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Tarikh ka Safar Al-Risala, February 2017 Maulana Wahiduddin Khan</w:t>
      </w:r>
    </w:p>
    <w:p>
      <w:r>
        <w:t>https://www.youtube.com/watch?v=vICD_iiWoRM</w:t>
      </w:r>
    </w:p>
    <w:p>
      <w:r>
        <w:rPr>
          <w:b/>
        </w:rPr>
        <w:t xml:space="preserve">[00:01] </w:t>
      </w:r>
      <w:r>
        <w:t>tareekh ka safar: kainat aur insaan ki soorat mein jo azeem duniya hamare saamne hai, woh bilashuba ek khudaai mansoobe ke tehat banayi gayi hai,</w:t>
      </w:r>
    </w:p>
    <w:p>
      <w:pPr>
        <w:jc w:val="right"/>
      </w:pPr>
      <w:r>
        <w:t>تاریخ کا سفر: کائنات اور انسان کی صورت میں جو عظیم دنیا ہمارے سامنے ہے، وہ بلاشبہ ایک خدائی منصوبے کے تحت بنائی گئی ہے،</w:t>
      </w:r>
    </w:p>
    <w:p>
      <w:r>
        <w:rPr>
          <w:b/>
        </w:rPr>
        <w:t xml:space="preserve">[00:15] </w:t>
      </w:r>
      <w:r>
        <w:t>aur khudaai mansoobe ke mutabiq iska ek ba-maani anjaam hona muqaddar hai. yeh bilashuba sanjeeda mutaale ka ek mauzu hai,</w:t>
      </w:r>
    </w:p>
    <w:p>
      <w:pPr>
        <w:jc w:val="right"/>
      </w:pPr>
      <w:r>
        <w:t>اور خدائی منصوبے کے مطابق اس کا ایک بامعنی انجام ہونا مقدر ہے۔ یہ بلاشبہ سنجیدہ مطالعے کا ایک موضوع ہے،</w:t>
      </w:r>
    </w:p>
    <w:p>
      <w:r>
        <w:rPr>
          <w:b/>
        </w:rPr>
        <w:t xml:space="preserve">[00:26] </w:t>
      </w:r>
      <w:r>
        <w:t>iska talluq har fard se bhi hai aur poori insani tareekh se bhi. is maamle mein mutalliq literature, yaani relevant literature ke gehre mutaale se jo tasveer banti hai,</w:t>
      </w:r>
    </w:p>
    <w:p>
      <w:pPr>
        <w:jc w:val="right"/>
      </w:pPr>
      <w:r>
        <w:t>اس کا تعلق ہر فرد سے بھی ہے اور پوری انسانی تاریخ سے بھی۔ اس معاملے میں متعلق لٹریچر، یعنی ریلیونٹ لٹریچر کے گہرے مطالعے سے جو تصویر بنتی ہے،</w:t>
      </w:r>
    </w:p>
    <w:p>
      <w:r>
        <w:rPr>
          <w:b/>
        </w:rPr>
        <w:t xml:space="preserve">[00:40] </w:t>
      </w:r>
      <w:r>
        <w:t>isko yahan darj kiya jata hai. ilmi mutaale ke mutabiq Allah Rabbul Alameen ne maujooda kainat ka aaghaz taqreeban 13 billion saal pehle kiya.</w:t>
      </w:r>
    </w:p>
    <w:p>
      <w:pPr>
        <w:jc w:val="right"/>
      </w:pPr>
      <w:r>
        <w:t>اس کو یہاں درج کیا جاتا ہے۔ علمی مطالعے کے مطابق اللہ رب العالمین نے موجودہ کائنات کا آغاز تقریباً 13 بلین سال پہلے کیا۔</w:t>
      </w:r>
    </w:p>
    <w:p>
      <w:r>
        <w:rPr>
          <w:b/>
        </w:rPr>
        <w:t xml:space="preserve">[00:54] </w:t>
      </w:r>
      <w:r>
        <w:t>is muddat mein mansooba band andaaz mein, tadreeji yaani gradually tor par, poori kainat wajood mein aayi. is muddat ko tausee taqseem yaani broad division ke mutabiq chhe bade adwaar yaani periods mein taqseem kiya ja sakta hai.</w:t>
      </w:r>
    </w:p>
    <w:p>
      <w:pPr>
        <w:jc w:val="right"/>
      </w:pPr>
      <w:r>
        <w:t>اس مدت میں منصوبہ بند انداز میں، تدریجی یعنی گریجولی طور پر، پوری کائنات وجود میں آئی۔ اس مدت کو توسیع تقسیم یعنی براڈ ڈویژن کے مطابق چھ بڑے ادوار یعنی پیریڈز میں تقسیم کیا جا سکتا ہے۔</w:t>
      </w:r>
    </w:p>
    <w:p>
      <w:r>
        <w:rPr>
          <w:b/>
        </w:rPr>
        <w:t xml:space="preserve">[01:13] </w:t>
      </w:r>
      <w:r>
        <w:t>number 1: is silsile mein maloom taur par pehla waqea jo is kainat mein pesh aaya, woh yeh tha ki khalique ne taqreeban 13 billion saal pehle khala yaani space mein ek azeem dhamaka manage kiya.</w:t>
      </w:r>
    </w:p>
    <w:p>
      <w:pPr>
        <w:jc w:val="right"/>
      </w:pPr>
      <w:r>
        <w:t>نمبر 1: اس سلسلے میں معلوم طور پر پہلا واقعہ جو اس کائنات میں پیش آیا، وہ یہ تھا کہ خالق نے تقریباً 13 بلین سال پہلے خلا یعنی سپیس میں ایک عظیم دھماکہ مینج کیا۔</w:t>
      </w:r>
    </w:p>
    <w:p>
      <w:r>
        <w:rPr>
          <w:b/>
        </w:rPr>
        <w:t xml:space="preserve">[01:32] </w:t>
      </w:r>
      <w:r>
        <w:t>is dhamake ko English aalam falakiyat yaani astronomer</w:t>
      </w:r>
    </w:p>
    <w:p>
      <w:pPr>
        <w:jc w:val="right"/>
      </w:pPr>
      <w:r>
        <w:t>اس دھماکے کو انگلش عالم فلکیات یعنی آسٹرونومر</w:t>
      </w:r>
    </w:p>
    <w:p>
      <w:r>
        <w:rPr>
          <w:b/>
        </w:rPr>
        <w:t xml:space="preserve">[01:39] </w:t>
      </w:r>
      <w:r>
        <w:t>Fred Hoyle ne 1949 mein Big Bang naam diya. yeh Big Bang ab saansai taur par ek saabit shuda waqea yaani established fact ban chuka hai.</w:t>
      </w:r>
    </w:p>
    <w:p>
      <w:pPr>
        <w:jc w:val="right"/>
      </w:pPr>
      <w:r>
        <w:t>فریڈ ہائل نے 1949 میں بگ بینگ نام دیا۔ یہ بگ بینگ اب سائنسی طور پر ایک ثابت شدہ واقعہ یعنی اسٹیبلش فیکٹ بن چکا ہے۔</w:t>
      </w:r>
    </w:p>
    <w:p>
      <w:r>
        <w:rPr>
          <w:b/>
        </w:rPr>
        <w:t xml:space="preserve">[01:54] </w:t>
      </w:r>
      <w:r>
        <w:t>is dhamake se maujooda kainat ka aaghaz hua. is waqeye ka zikr Quran mein in alfaaz mein aaya hai: "أولم ير الذين كفروا أن السماوات والأرض كانتا رتقا ففتقناهما"</w:t>
      </w:r>
    </w:p>
    <w:p>
      <w:pPr>
        <w:jc w:val="right"/>
      </w:pPr>
      <w:r>
        <w:t>اس دھماکے سے موجودہ کائنات کا آغاز ہوا۔ اس واقعے کا ذکر قرآن میں ان الفاظ میں آیا ہے: "أولم ير الذين كفروا أن السماوات والأرض كانتا رتقا ففتقناهما"</w:t>
      </w:r>
    </w:p>
    <w:p>
      <w:r>
        <w:rPr>
          <w:b/>
        </w:rPr>
        <w:t xml:space="preserve">[02:12] </w:t>
      </w:r>
      <w:r>
        <w:t>Surah number 21 aayat 30. yaani ke inkaar karne walon ne nahi dekha ki aasman aur zameen dono ba-ham mile hue thay, phir hum ne un ko khol diya.</w:t>
      </w:r>
    </w:p>
    <w:p>
      <w:pPr>
        <w:jc w:val="right"/>
      </w:pPr>
      <w:r>
        <w:t>سورہ نمبر 21 آیت 30۔ یعنی کہ انکار کرنے والوں نے نہیں دیکھا کہ آسمان اور زمین دونوں باہم ملے ہوئے تھے، پھر ہم نے ان کو کھول دیا۔</w:t>
      </w:r>
    </w:p>
    <w:p>
      <w:r>
        <w:rPr>
          <w:b/>
        </w:rPr>
        <w:t xml:space="preserve">[02:27] </w:t>
      </w:r>
      <w:r>
        <w:t>iska matlab saansai maloomat ki roshni mein yeh hai ki ibtida mein ek azeem gola yaani super atom tha, jis ke andar kainat ke tamam particle maujood thay.</w:t>
      </w:r>
    </w:p>
    <w:p>
      <w:pPr>
        <w:jc w:val="right"/>
      </w:pPr>
      <w:r>
        <w:t>اس کا مطلب سائنسی معلومات کی روشنی میں یہ ہے کہ ابتداء میں ایک عظیم گولا یعنی سپر ایٹم تھا، جس کے اندر کائنات کے تمام پارٹیکل موجود تھے۔</w:t>
      </w:r>
    </w:p>
    <w:p>
      <w:r>
        <w:rPr>
          <w:b/>
        </w:rPr>
        <w:t xml:space="preserve">[02:42] </w:t>
      </w:r>
      <w:r>
        <w:t>is dhamake ke baad Big Bang ke particles wasee khala mein tezi se phail gaye, aur phir ek hakeemana mansoobe ke tehat mukhtalif marhalon se guzarte hue in zarat yaani particles ke majmooay se maujooda kainat wajood mein aayi.</w:t>
      </w:r>
    </w:p>
    <w:p>
      <w:pPr>
        <w:jc w:val="right"/>
      </w:pPr>
      <w:r>
        <w:t>اس دھماکے کے بعد بگ بینگ کے پارٹیکلز وسیع خلا میں تیزی سے پھیل گئے، اور پھر ایک حکیمانہ منصوبے کے تحت مختلف مراحل سے گزرتے ہوئے ان ذرات یعنی پارٹیکلز کے مجموعے سے موجودہ کائنات وجود میں آئی۔</w:t>
      </w:r>
    </w:p>
    <w:p>
      <w:r>
        <w:rPr>
          <w:b/>
        </w:rPr>
        <w:t xml:space="preserve">[03:04] </w:t>
      </w:r>
      <w:r>
        <w:t>number 2: mazkoora tadreeji amal ka doosra bada waqea woh hai jis ko solar bang kaha ja sakta hai.</w:t>
      </w:r>
    </w:p>
    <w:p>
      <w:pPr>
        <w:jc w:val="right"/>
      </w:pPr>
      <w:r>
        <w:t>نمبر 2: مذکورہ تدریجی عمل کا دوسرا بڑا واقعہ وہ ہے جس کو سولار بینگ کہا جا سکتا ہے۔</w:t>
      </w:r>
    </w:p>
    <w:p>
      <w:r>
        <w:rPr>
          <w:b/>
        </w:rPr>
        <w:t xml:space="preserve">[03:14] </w:t>
      </w:r>
      <w:r>
        <w:t>is ke baad lambe amal yaani process ke tehat shamsi nizaam apne tamam sayaron yaani planets ke sath wajood mein aaya.</w:t>
      </w:r>
    </w:p>
    <w:p>
      <w:pPr>
        <w:jc w:val="right"/>
      </w:pPr>
      <w:r>
        <w:t>اس کے بعد لمبے عمل یعنی پروسیس کے تحت شمسی نظام اپنے تمام سیاروں یعنی پلینٹس کے ساتھ وجود میں آیا۔</w:t>
      </w:r>
    </w:p>
    <w:p>
      <w:r>
        <w:rPr>
          <w:b/>
        </w:rPr>
        <w:t xml:space="preserve">[03:24] </w:t>
      </w:r>
      <w:r>
        <w:t>is kainaati waqeye ka zikr Quran mein in alfaaz mein kiya gaya hai: "وھو الذی خلق الیل والنہار والشمس والقمر کل فی فلک یسبحون"</w:t>
      </w:r>
    </w:p>
    <w:p>
      <w:pPr>
        <w:jc w:val="right"/>
      </w:pPr>
      <w:r>
        <w:t>اس کائناتی واقعے کا ذکر قرآن میں ان الفاظ میں کیا گیا ہے: "وھو الذی خلق الیل والنہار والشمس والقمر کل فی فلک یسبحون"</w:t>
      </w:r>
    </w:p>
    <w:p>
      <w:r>
        <w:rPr>
          <w:b/>
        </w:rPr>
        <w:t xml:space="preserve">[03:39] </w:t>
      </w:r>
      <w:r>
        <w:t>surah number 21 ayat 33. yani aur wohi hai jis ne raat aur din aur suraj aur chand banaye, sab aik aik مدار yani orbit mein teir rahe hain.</w:t>
      </w:r>
    </w:p>
    <w:p>
      <w:pPr>
        <w:jc w:val="right"/>
      </w:pPr>
      <w:r>
        <w:t>سورہ نمبر 21 آیت 33۔ یعنی اور وہی ہے جس نے رات اور دن اور سورج اور چاند بنائے، سب ایک ایک مدار یعنی آربٹ میں تیر رہے ہیں۔</w:t>
      </w:r>
    </w:p>
    <w:p>
      <w:r>
        <w:rPr>
          <w:b/>
        </w:rPr>
        <w:t xml:space="preserve">[03:52] </w:t>
      </w:r>
      <w:r>
        <w:t>yeh shamsi nizam aik azeem kehkashan yani galaxy ke aik kinare par waqe hai. yeh shamsi nizam aik azeem kehkashan yani galaxy ke aik kinare par qaim kiya gaya hai,</w:t>
      </w:r>
    </w:p>
    <w:p>
      <w:pPr>
        <w:jc w:val="right"/>
      </w:pPr>
      <w:r>
        <w:t>یہ شمسی نظام ایک عظیم کہکشاں یعنی گیلیکسی کے ایک کنارے پر واقع ہے۔ یہ شمسی نظام ایک عظیم کہکشاں یعنی گیلیکسی کے ایک کنارے پر قائم کیا گیا ہے،</w:t>
      </w:r>
    </w:p>
    <w:p>
      <w:r>
        <w:rPr>
          <w:b/>
        </w:rPr>
        <w:t xml:space="preserve">[04:06] </w:t>
      </w:r>
      <w:r>
        <w:t>jis ko milky way kaha jata hai. is tarah shamsi nizam ko kainat mein aik mehfooz ilaaqa yani area mil gaya.</w:t>
      </w:r>
    </w:p>
    <w:p>
      <w:pPr>
        <w:jc w:val="right"/>
      </w:pPr>
      <w:r>
        <w:t>جس کو ملکی وے کہا جاتا ہے۔ اس طرح شمسی نظام کو کائنات میں ایک محفوظ علاقہ یعنی ایریا مل گیا۔</w:t>
      </w:r>
    </w:p>
    <w:p>
      <w:r>
        <w:rPr>
          <w:b/>
        </w:rPr>
        <w:t xml:space="preserve">[04:17] </w:t>
      </w:r>
      <w:r>
        <w:t>is haqeeqat ka ishara quran ki is ayat mein kiya gaya hai:</w:t>
      </w:r>
    </w:p>
    <w:p>
      <w:pPr>
        <w:jc w:val="right"/>
      </w:pPr>
      <w:r>
        <w:t>اس حقیقت کا اشارہ قرآن کی اس آیت میں کیا گیا ہے:</w:t>
      </w:r>
    </w:p>
    <w:p>
      <w:r>
        <w:rPr>
          <w:b/>
        </w:rPr>
        <w:t xml:space="preserve">[04:21] </w:t>
      </w:r>
      <w:r>
        <w:t>"فلا أقسم بمواقع النجوم وإنه لقسم لو تعلمون عظیم" surah number 56 ayat 75 ta 76.</w:t>
      </w:r>
    </w:p>
    <w:p>
      <w:pPr>
        <w:jc w:val="right"/>
      </w:pPr>
      <w:r>
        <w:t>"فلا أقسم بمواقع النجوم وإنه لقسم لو تعلمون عظیم" سورہ نمبر 56 آیات 75 تا 76۔</w:t>
      </w:r>
    </w:p>
    <w:p>
      <w:r>
        <w:rPr>
          <w:b/>
        </w:rPr>
        <w:t xml:space="preserve">[04:33] </w:t>
      </w:r>
      <w:r>
        <w:t>yani mein qasam khata hoon sitaron ke mawaqe ki, aur agar tum jano to beshak yeh bohat bari qasam hai. yahan mawaqe se murad mahal-e-waqe hai.</w:t>
      </w:r>
    </w:p>
    <w:p>
      <w:pPr>
        <w:jc w:val="right"/>
      </w:pPr>
      <w:r>
        <w:t>یعنی میں قسم کھاتا ہوں ستاروں کے مواقع کی، اور اگر تم جانو تو بے شک یہ بہت بڑی قسم ہے۔ یہاں مواقع سے مراد محل وقوع ہے۔</w:t>
      </w:r>
    </w:p>
    <w:p>
      <w:r>
        <w:rPr>
          <w:b/>
        </w:rPr>
        <w:t xml:space="preserve">[04:45] </w:t>
      </w:r>
      <w:r>
        <w:t>is mein is haqeeqat ki taraf ishara hai ke shamsi nizam ko nihayat ba-ma'ni tor par azeem milky way ke aik kinare par qaim kiya gaya hai.</w:t>
      </w:r>
    </w:p>
    <w:p>
      <w:pPr>
        <w:jc w:val="right"/>
      </w:pPr>
      <w:r>
        <w:t>اس میں اس حقیقت کی طرف اشارہ ہے کہ شمسی نظام کو نہایت بامعنی طور پر عظیم ملکی وے کے ایک کنارے پر قائم کیا گیا ہے۔</w:t>
      </w:r>
    </w:p>
    <w:p>
      <w:r>
        <w:rPr>
          <w:b/>
        </w:rPr>
        <w:t xml:space="preserve">[04:56] </w:t>
      </w:r>
      <w:r>
        <w:t>is mahal-e-waqe ki bina par shamsi nizam ko aik mehfooz ilaaqa yani safe area mil gaya, jo insan jaisi makhlooq ki zindagi ke liye behad zaroori hai.</w:t>
      </w:r>
    </w:p>
    <w:p>
      <w:pPr>
        <w:jc w:val="right"/>
      </w:pPr>
      <w:r>
        <w:t>اس محل وقوع کی بنا پر شمسی نظام کو ایک محفوظ علاقہ یعنی سیف ایریا مل گیا، جو انسان جیسی مخلوق کی زندگی کے لیے بے حد ضروری ہے۔</w:t>
      </w:r>
    </w:p>
    <w:p>
      <w:r>
        <w:rPr>
          <w:b/>
        </w:rPr>
        <w:t xml:space="preserve">[05:09] </w:t>
      </w:r>
      <w:r>
        <w:t>number 3: kainat mein teesra waqe woh hai jis ko water being kaha ja sakta hai. yani sayarah arz ka thanda hona aur phir zameen ke oopar pani ke zakhair ka wajood mein aana, aur phir pani ki wajah se har qism ki zindagi ka paida hona.</w:t>
      </w:r>
    </w:p>
    <w:p>
      <w:pPr>
        <w:jc w:val="right"/>
      </w:pPr>
      <w:r>
        <w:t>نمبر 3: کائنات میں تیسرا واقعہ وہ ہے جس کو واٹر بینگ کہا جا سکتا ہے۔ یعنی سیارہ ارض کا ٹھنڈا ہونا اور پھر زمین کے اوپر پانی کے ذخائر کا وجود میں آنا، اور پھر پانی کی وجہ سے ہر قسم کی زندگیوں کا پیدا ہونا۔</w:t>
      </w:r>
    </w:p>
    <w:p>
      <w:r>
        <w:rPr>
          <w:b/>
        </w:rPr>
        <w:t xml:space="preserve">[05:29] </w:t>
      </w:r>
      <w:r>
        <w:t>is waqe ka zikr quran mein in alfaaz mein kiya gaya hai:</w:t>
      </w:r>
    </w:p>
    <w:p>
      <w:pPr>
        <w:jc w:val="right"/>
      </w:pPr>
      <w:r>
        <w:t>اس واقعے کا ذکر قرآن میں ان الفاظ میں کیا گیا ہے:</w:t>
      </w:r>
    </w:p>
    <w:p>
      <w:r>
        <w:rPr>
          <w:b/>
        </w:rPr>
        <w:t xml:space="preserve">[05:34] </w:t>
      </w:r>
      <w:r>
        <w:t>"وجعلنا من الماء کل شی حی" surah number 21 ayat 30. yani aur hum ne pani se har jandar cheez ko banaya.</w:t>
      </w:r>
    </w:p>
    <w:p>
      <w:pPr>
        <w:jc w:val="right"/>
      </w:pPr>
      <w:r>
        <w:t>"وجعلنا من الماء کل شی حی" سورہ نمبر 21 آیت 30۔ یعنی اور ہم نے پانی سے ہر جاندار چیز کو بنایا۔</w:t>
      </w:r>
    </w:p>
    <w:p>
      <w:r>
        <w:rPr>
          <w:b/>
        </w:rPr>
        <w:t xml:space="preserve">[05:45] </w:t>
      </w:r>
      <w:r>
        <w:t>tamam zinda cheezon ke wajood ka bara hissa pani hota hai. jahan tak insan ka taluq hai, insan ka jism taqreeban 60 feesad pani par mushtamil hai.</w:t>
      </w:r>
    </w:p>
    <w:p>
      <w:pPr>
        <w:jc w:val="right"/>
      </w:pPr>
      <w:r>
        <w:t>تمام زندہ چیزوں کے وجود کا بڑا حصہ پانی ہوتا ہے۔ جہاں تک انسان کا تعلق ہے، انسان کا جسم تقریباً 60 فیصد پانی پر مشتمل ہے۔</w:t>
      </w:r>
    </w:p>
    <w:p>
      <w:r>
        <w:rPr>
          <w:b/>
        </w:rPr>
        <w:t xml:space="preserve">[05:59] </w:t>
      </w:r>
      <w:r>
        <w:t>water is of major importance of all living things.</w:t>
      </w:r>
    </w:p>
    <w:p>
      <w:pPr>
        <w:jc w:val="right"/>
      </w:pPr>
      <w:r>
        <w:t>واٹر از آف میجر امپورٹنس آف آل لیونگ تھنگز۔</w:t>
      </w:r>
    </w:p>
    <w:p>
      <w:r>
        <w:rPr>
          <w:b/>
        </w:rPr>
        <w:t xml:space="preserve">[06:05] </w:t>
      </w:r>
      <w:r>
        <w:t>in some organisms up to 90 percent of their body weight comes from water. up to 60 percent of human adult body is water.</w:t>
      </w:r>
    </w:p>
    <w:p>
      <w:pPr>
        <w:jc w:val="right"/>
      </w:pPr>
      <w:r>
        <w:t>ان سم ارگینزمز اپ ٹو 90 فیصد آف دیر باڈی ویٹ کمز فرام واٹر۔ اپ ٹو 60 فیصد آف ہیومن ایڈلٹ باڈی از واٹر۔</w:t>
      </w:r>
    </w:p>
    <w:p>
      <w:r>
        <w:rPr>
          <w:b/>
        </w:rPr>
        <w:t xml:space="preserve">[06:21] </w:t>
      </w:r>
      <w:r>
        <w:t>number 4: chautha bara waqe jo zameen par paish aya, woh dunya-e-nabatat ka wajood mein aana tha.</w:t>
      </w:r>
    </w:p>
    <w:p>
      <w:pPr>
        <w:jc w:val="right"/>
      </w:pPr>
      <w:r>
        <w:t>نمبر 4: چوتھا بڑا واقعہ جو زمین پر پیش آیا، وہ دنیائے نباتات کا وجود میں آنا تھا۔</w:t>
      </w:r>
    </w:p>
    <w:p>
      <w:r>
        <w:rPr>
          <w:b/>
        </w:rPr>
        <w:t xml:space="preserve">[06:30] </w:t>
      </w:r>
      <w:r>
        <w:t>is ko plant being kaha ja sakta hai. is</w:t>
      </w:r>
    </w:p>
    <w:p>
      <w:pPr>
        <w:jc w:val="right"/>
      </w:pPr>
      <w:r>
        <w:t>اس کو پلانٹ بینگ کہا جا سکتا ہے۔ اس</w:t>
      </w:r>
    </w:p>
    <w:p>
      <w:r>
        <w:rPr>
          <w:b/>
        </w:rPr>
        <w:t xml:space="preserve">[06:34] </w:t>
      </w:r>
      <w:r>
        <w:t>ke baad zameen jo pehle khushk zare ki manind thi, ab sar sabz sayarah yani green planet ki surat ikhtiyar kar gayi.</w:t>
      </w:r>
    </w:p>
    <w:p>
      <w:pPr>
        <w:jc w:val="right"/>
      </w:pPr>
      <w:r>
        <w:t>کے بعد زمین جو پہلے خشک کرے کی مانند تھی، اب سرسبز سیارہ یعنی گرین پلینٹ کی صورت اختیار کر گئی۔</w:t>
      </w:r>
    </w:p>
    <w:p>
      <w:r>
        <w:rPr>
          <w:b/>
        </w:rPr>
        <w:t xml:space="preserve">[06:44] </w:t>
      </w:r>
      <w:r>
        <w:t>is waqe ka ishara quran mein in alfaaz mein kiya gaya hai: "وانزلنا من المعصرات ما ان سجاجا لنخرج بہ حبا ونباتا وجنات الفافا" surah number 78 ayat 14 ta 16.</w:t>
      </w:r>
    </w:p>
    <w:p>
      <w:pPr>
        <w:jc w:val="right"/>
      </w:pPr>
      <w:r>
        <w:t>اس واقعے کا اشارہ قرآن میں ان الفاظ میں کیا گیا ہے: "وانزلنا من المعصرات ما ان سجاجا لنخرج بہ حبا ونباتا وجنات الفافا" سورہ نمبر 78 آیات 14 تا 16۔</w:t>
      </w:r>
    </w:p>
    <w:p>
      <w:r>
        <w:rPr>
          <w:b/>
        </w:rPr>
        <w:t xml:space="preserve">[07:03] </w:t>
      </w:r>
      <w:r>
        <w:t>yani aur hum ne pani bhare badalon se mosla dhar pani barsaya ta ke hum is ke zariye se ugayein ghalla aur sabzi aur ghane bagh.</w:t>
      </w:r>
    </w:p>
    <w:p>
      <w:pPr>
        <w:jc w:val="right"/>
      </w:pPr>
      <w:r>
        <w:t>یعنی اور ہم نے پانی بھرے بادلوں سے موصلہ دھار پانی برسایا تاکہ ہم اس کے ذریعے سے اگائیں غلہ اور سبزی اور گھنے باغ۔</w:t>
      </w:r>
    </w:p>
    <w:p>
      <w:r>
        <w:rPr>
          <w:b/>
        </w:rPr>
        <w:t xml:space="preserve">[07:15] </w:t>
      </w:r>
      <w:r>
        <w:t>number 5: is silsile ka panchwan daur woh hai jabke zameen par mukhtalif qism ki jandar cheezein wajood mein</w:t>
      </w:r>
    </w:p>
    <w:p>
      <w:pPr>
        <w:jc w:val="right"/>
      </w:pPr>
      <w:r>
        <w:t>نمبر 5: اس سلسلے کا پانچواں دور وہ ہے جبکہ زمین پر مختلف قسم کی جاندار چیزیں وجود میں</w:t>
      </w:r>
    </w:p>
    <w:p>
      <w:r>
        <w:rPr>
          <w:b/>
        </w:rPr>
        <w:t xml:space="preserve">[07:24] </w:t>
      </w:r>
      <w:r>
        <w:t>aayin, keere makoron se le kar hathi aur sher tak. takhleeq ke is panchwein phase ko animal being kaha ja sakta hai.</w:t>
      </w:r>
    </w:p>
    <w:p>
      <w:pPr>
        <w:jc w:val="right"/>
      </w:pPr>
      <w:r>
        <w:t>آئیں، کیڑے مکوڑوں سے لے کر ہاتھی اور شیر تک۔ تخلیق کے اس پانچویں فیز کو اینیمل بینگ کہا جا سکتا ہے۔</w:t>
      </w:r>
    </w:p>
    <w:p>
      <w:r>
        <w:rPr>
          <w:b/>
        </w:rPr>
        <w:t xml:space="preserve">[07:34] </w:t>
      </w:r>
      <w:r>
        <w:t>is ke nateejay mein mukhtalif qism ke beshumar jandar ashya yani species paida huin jin ki waqai tadad ab tak maloom nahi hai.</w:t>
      </w:r>
    </w:p>
    <w:p>
      <w:pPr>
        <w:jc w:val="right"/>
      </w:pPr>
      <w:r>
        <w:t>اس کے نتیجے میں مختلف قسم کے بے شمار جاندار اشیاء یعنی سپیشیز پیدا ہوئیں جن کی واقعی تعداد اب تک نامعلوم ہے۔</w:t>
      </w:r>
    </w:p>
    <w:p>
      <w:r>
        <w:rPr>
          <w:b/>
        </w:rPr>
        <w:t xml:space="preserve">[07:45] </w:t>
      </w:r>
      <w:r>
        <w:t>8 million seven hundred that's the latest estimated total number of species on earth and the most precise calculation ever offered.</w:t>
      </w:r>
    </w:p>
    <w:p>
      <w:pPr>
        <w:jc w:val="right"/>
      </w:pPr>
      <w:r>
        <w:t>8 ملین سیون ہنڈرڈ تھا از دا لیٹسٹ ایسٹیمیٹڈ ٹوٹل نمبر آف سپیشیز آن ارتھ اینڈ دا موسٹ پریسائز کیلکولیشن ایور افرڈ ا</w:t>
      </w:r>
    </w:p>
    <w:p>
      <w:r>
        <w:rPr>
          <w:b/>
        </w:rPr>
        <w:t xml:space="preserve">[08:02] </w:t>
      </w:r>
      <w:r>
        <w:t>according to a study co-authored by a researcher with the United Nations Environment Program UNEP.</w:t>
      </w:r>
    </w:p>
    <w:p>
      <w:pPr>
        <w:jc w:val="right"/>
      </w:pPr>
      <w:r>
        <w:t>کارڈنگ ٹو اے سٹڈی کو اتھرڈ بائی اے ریسرچر ود دا یونائٹڈ نیشنز انوائرمنٹ پروگرام یو این ای پی۔</w:t>
      </w:r>
    </w:p>
    <w:p>
      <w:r>
        <w:rPr>
          <w:b/>
        </w:rPr>
        <w:t xml:space="preserve">[08:19] </w:t>
      </w:r>
      <w:r>
        <w:t>around 65 million species are found inland and 22 million about 25 percent of the total dwell in the ocean depth.</w:t>
      </w:r>
    </w:p>
    <w:p>
      <w:pPr>
        <w:jc w:val="right"/>
      </w:pPr>
      <w:r>
        <w:t>اراؤنڈ 65 ملین سپیشیز ار فاؤنڈ ان لینڈ اینڈ 22 ملین اباؤٹ 25 فیصد آف دا ٹوٹل ڈویل ان دا اوشین ڈیپتھ۔</w:t>
      </w:r>
    </w:p>
    <w:p>
      <w:r>
        <w:rPr>
          <w:b/>
        </w:rPr>
        <w:t xml:space="preserve">[08:37] </w:t>
      </w:r>
      <w:r>
        <w:t>The report also shows that 86 percent of all species in land and 91 percent of those in the sea have yet to be discovered,</w:t>
      </w:r>
    </w:p>
    <w:p>
      <w:pPr>
        <w:jc w:val="right"/>
      </w:pPr>
      <w:r>
        <w:t>دا رپورٹ السو شوز دیٹ 86 فیصد آف آل سپیشیز ان لینڈ اینڈ 91 فیصد آف دوز ان دا سیز ہیو فیئر ٹو بی ڈسکورڈ،</w:t>
      </w:r>
    </w:p>
    <w:p>
      <w:r>
        <w:rPr>
          <w:b/>
        </w:rPr>
        <w:t xml:space="preserve">[08:53] </w:t>
      </w:r>
      <w:r>
        <w:t>describe our cataloged. number 6: is silsile mein chatha being woh tha jis ko human being kaha ja sakta hai.</w:t>
      </w:r>
    </w:p>
    <w:p>
      <w:pPr>
        <w:jc w:val="right"/>
      </w:pPr>
      <w:r>
        <w:t>ڈسکرائب اور کیٹلاگڈ۔ نمبر 6: اس سلسلے میں چھٹا بینگ وہ تھا جس کو ہیومن بینگ کہا جا سکتا ہے۔</w:t>
      </w:r>
    </w:p>
    <w:p>
      <w:r>
        <w:rPr>
          <w:b/>
        </w:rPr>
        <w:t xml:space="preserve">[09:07] </w:t>
      </w:r>
      <w:r>
        <w:t>is aakhri daur mein insan ko paida kiya gaya aur nasl dar nasl phailta hua is zameen yaani planet earth par abad ho gaya.</w:t>
      </w:r>
    </w:p>
    <w:p>
      <w:pPr>
        <w:jc w:val="right"/>
      </w:pPr>
      <w:r>
        <w:t>اس آخری دور میں انسان کو پیدا کیا گیا اور نسل در نسل پھیلتا ہوا اس زمین یعنی پلینٹ ارتھ پر آباد ہو گیا۔</w:t>
      </w:r>
    </w:p>
    <w:p>
      <w:r>
        <w:rPr>
          <w:b/>
        </w:rPr>
        <w:t xml:space="preserve">[09:18] </w:t>
      </w:r>
      <w:r>
        <w:t>bataur yeh kaha ja sakta hai ke taqreeban 13 billion saal ke dauran tamam takhleeqi waqiat mansooba band andaaz mein paish aaye.</w:t>
      </w:r>
    </w:p>
    <w:p>
      <w:pPr>
        <w:jc w:val="right"/>
      </w:pPr>
      <w:r>
        <w:t>بظاہر یہ کہا جا سکتا ہے کہ تقریباً 13 بلین سال کے دوران تمام تخلیقی واقعات منصوبہ بند انداز میں پیش آئے۔</w:t>
      </w:r>
    </w:p>
    <w:p>
      <w:r>
        <w:rPr>
          <w:b/>
        </w:rPr>
        <w:t xml:space="preserve">[09:28] </w:t>
      </w:r>
      <w:r>
        <w:t>is ka maqsad yeh tha ke aakhir kar insan ko paida kar ke is ko zameen par abad kiya jaye aur phir insan ko yeh mauqa diya jaye ke woh apni aazadana koshish se is cheez ko wajood mein laye jis ko tehzeeb yaani civilization kaha jata hai.</w:t>
      </w:r>
    </w:p>
    <w:p>
      <w:pPr>
        <w:jc w:val="right"/>
      </w:pPr>
      <w:r>
        <w:t>اس کا مقصد یہ تھا کہ آخر کار انسان کو پیدا کر کے اس کو زمین پر آباد کیا جائے اور پھر انسان کو یہ موقع دیا جائے کہ وہ اپنی آزادانہ کوشش سے اس چیز کو وجود میں لائے جس کو تہذیب یعنی سویلائزیشن کہا جاتا ہے۔</w:t>
      </w:r>
    </w:p>
    <w:p>
      <w:r>
        <w:rPr>
          <w:b/>
        </w:rPr>
        <w:t xml:space="preserve">[09:47] </w:t>
      </w:r>
      <w:r>
        <w:t>tehzeeb goya mahdood maani mein kalmat Allah yaani ek surah number 31 ayat 27, surah number 18 ayat 109 ki juzwi unfolding thi.</w:t>
      </w:r>
    </w:p>
    <w:p>
      <w:pPr>
        <w:jc w:val="right"/>
      </w:pPr>
      <w:r>
        <w:t>تہذیب گویا محدود معنی میں کلمات اللہ یعنی ایک سورہ نمبر 31 آیت 27، سورہ نمبر 18 آیت 109 کی جزئی ان فولڈنگ تھی۔</w:t>
      </w:r>
    </w:p>
    <w:p>
      <w:r>
        <w:rPr>
          <w:b/>
        </w:rPr>
        <w:t xml:space="preserve">[10:00] </w:t>
      </w:r>
      <w:r>
        <w:t>fitrat ke is tareeqa amal ka yeh nateeja tha ke insan ko yeh mauqa mila ke woh apni aqal ko aala irtiqai darja yaani high level of development tak pouncha sake.</w:t>
      </w:r>
    </w:p>
    <w:p>
      <w:pPr>
        <w:jc w:val="right"/>
      </w:pPr>
      <w:r>
        <w:t>فطرت کے اس طریقہ عمل کا یہ نتیجہ تھا کہ انسان کو یہ موقع ملا کہ وہ اپنی عقل کو اعلیٰ ارتقائی درجہ یعنی ہائی لیول آف ڈیولپمنٹ تک پہنچا سکے۔</w:t>
      </w:r>
    </w:p>
    <w:p>
      <w:r>
        <w:rPr>
          <w:b/>
        </w:rPr>
        <w:t xml:space="preserve">[10:13] </w:t>
      </w:r>
      <w:r>
        <w:t>maujooda kainaat ke do hisse hain: insani duniya yaani human world aur doosre ghair insani duniya yaani non human world.</w:t>
      </w:r>
    </w:p>
    <w:p>
      <w:pPr>
        <w:jc w:val="right"/>
      </w:pPr>
      <w:r>
        <w:t>موجودہ کائنات کے دو حصے ہیں: انسانی دنیا یعنی ہیومن ورلڈ اور دوسرے غیر انسانی دنیا یعنی نان ہیومن ورلڈ۔</w:t>
      </w:r>
    </w:p>
    <w:p>
      <w:r>
        <w:rPr>
          <w:b/>
        </w:rPr>
        <w:t xml:space="preserve">[10:23] </w:t>
      </w:r>
      <w:r>
        <w:t>ghor karne se maloom hota hai ke ghair insani duniya kharji taur par manage ki jane wali duniya yaani externally managed world hai.</w:t>
      </w:r>
    </w:p>
    <w:p>
      <w:pPr>
        <w:jc w:val="right"/>
      </w:pPr>
      <w:r>
        <w:t>غور کرنے سے معلوم ہوتا ہے کہ غیر انسانی دنیا خارجی طور پر مینج کی جانے والی دنیا یعنی ایکسٹرنلی مینجڈ ورلڈ ہے۔</w:t>
      </w:r>
    </w:p>
    <w:p>
      <w:r>
        <w:rPr>
          <w:b/>
        </w:rPr>
        <w:t xml:space="preserve">[10:35] </w:t>
      </w:r>
      <w:r>
        <w:t>is ke muqable mein insani duniya khud manage ki jane wali duniya yaani self managed world hai.</w:t>
      </w:r>
    </w:p>
    <w:p>
      <w:pPr>
        <w:jc w:val="right"/>
      </w:pPr>
      <w:r>
        <w:t>اس کے مقابلے میں انسانی دنیا خود مینج کی جانے والی دنیا یعنی سیلف مینجڈ ورلڈ ہے۔</w:t>
      </w:r>
    </w:p>
    <w:p>
      <w:r>
        <w:rPr>
          <w:b/>
        </w:rPr>
        <w:t xml:space="preserve">[10:44] </w:t>
      </w:r>
      <w:r>
        <w:t>ab tareekh ek aise aala taraqqi yafta daur yaani super developed world ki taraf ja rahi hai jahan maazi ke record ke mutabiq ghair matloob insanon ko chhanat diya jaye aur matloob insanon ko alag kar ke yeh mauqa diya jaye ke woh ideal world mein abadi rahat ki zindagi guzarein.</w:t>
      </w:r>
    </w:p>
    <w:p>
      <w:pPr>
        <w:jc w:val="right"/>
      </w:pPr>
      <w:r>
        <w:t>اب تاریخ ایک ایسے اعلیٰ ترقی یافتہ دور یعنی سپر ڈیولپڈ ورلڈ کی طرف جا رہی ہے جہاں ماضی کے ریکارڈ کے مطابق غیر مطلوب انسانوں کو چھانٹ دیا جائے اور مطلوب انسانوں کو الگ کر کے یہ موقع دیا جائے کہ وہ آئیڈیل ورلڈ میں ابدی راحت کی زندگی گزاریں۔</w:t>
      </w:r>
    </w:p>
    <w:p>
      <w:r>
        <w:rPr>
          <w:b/>
        </w:rPr>
        <w:t xml:space="preserve">[11:07] </w:t>
      </w:r>
      <w:r>
        <w:t>yahi woh waqia hai jis ka zikr bible mein in alfaaz mein aaya hai: "sadiqeen zameen ke waris honge aur woh is mein hamesha rahenge." the righteous will inherit the land and dwell in it permanently.</w:t>
      </w:r>
    </w:p>
    <w:p>
      <w:pPr>
        <w:jc w:val="right"/>
      </w:pPr>
      <w:r>
        <w:t>یہی وہ واقعہ ہے جس کا ذکر بائبل میں ان الفاظ میں آیا ہے: "صادقین زمین کے وارث ہوں اور وہ اس میں ہمیشہ رہیں گے۔" دا رائچس ول انہیریٹ دا لینڈ اینڈ ڈویل ان اٹ پرماننٹلی۔</w:t>
      </w:r>
    </w:p>
    <w:p>
      <w:r>
        <w:rPr>
          <w:b/>
        </w:rPr>
        <w:t xml:space="preserve">[11:28] </w:t>
      </w:r>
      <w:r>
        <w:t>psalm chapter number 37, verse number 29.</w:t>
      </w:r>
    </w:p>
    <w:p>
      <w:pPr>
        <w:jc w:val="right"/>
      </w:pPr>
      <w:r>
        <w:t>سام چیپٹر نمبر 37، ورس نمبر 29۔</w:t>
      </w:r>
    </w:p>
    <w:p>
      <w:r>
        <w:rPr>
          <w:b/>
        </w:rPr>
        <w:t xml:space="preserve">[11:36] </w:t>
      </w:r>
      <w:r>
        <w:t>bible mein mazkoor is haqeeqat ko quran mein in alfaaz mein bayan kiya gaya hai: "wa laqad katabna fiz-zaburi min ba'diz-zikri annal-arda yarisuha 'ibadiyas-salihun" surah number 21 ayat 105.</w:t>
      </w:r>
    </w:p>
    <w:p>
      <w:pPr>
        <w:jc w:val="right"/>
      </w:pPr>
      <w:r>
        <w:t>بائبل میں مذکور اس حقیقت کو قرآن میں ان الفاظ میں بیان کیا گیا ہے: "ولقد کتبنا فی الزبور من بعد الذکر ان الارضیرثها عبادی الصالحون" سورہ نمبر 21 آیت 105۔</w:t>
      </w:r>
    </w:p>
    <w:p>
      <w:r>
        <w:rPr>
          <w:b/>
        </w:rPr>
        <w:t xml:space="preserve">[11:53] </w:t>
      </w:r>
      <w:r>
        <w:t>yaani aur zaboor mein hum naseehat ke baad likh chuke hain ke zameen ke waris hamare nek bande honge.</w:t>
      </w:r>
    </w:p>
    <w:p>
      <w:pPr>
        <w:jc w:val="right"/>
      </w:pPr>
      <w:r>
        <w:t>یعنی اور زبور میں ہم نصیحت کے بعد لکھ چکے ہیں کہ زمین کے وارث ہمارے نیک بندے ہوں گے۔</w:t>
      </w:r>
    </w:p>
    <w:p>
      <w:r>
        <w:rPr>
          <w:b/>
        </w:rPr>
        <w:t xml:space="preserve">[12:02] </w:t>
      </w:r>
      <w:r>
        <w:t>yeh duniya poori tareekh bashri ke muntakhib insanon ka muashra hoga. yeh muntakhib afraad darasal daur maazi ke tarbiyat yafta afraad yaani trained individuals honge.</w:t>
      </w:r>
    </w:p>
    <w:p>
      <w:pPr>
        <w:jc w:val="right"/>
      </w:pPr>
      <w:r>
        <w:t>یہ دنیا پوری تاریخ بشری کے منتخب انسانوں کا معاشرہ ہوگا۔ یہ منتخب افراد دراصل دور ماضی کے تربیت یافتہ افراد یعنی ٹرینڈ انڈیویجولز ہوں گے۔</w:t>
      </w:r>
    </w:p>
    <w:p>
      <w:r>
        <w:rPr>
          <w:b/>
        </w:rPr>
        <w:t xml:space="preserve">[12:16] </w:t>
      </w:r>
      <w:r>
        <w:t>yahan poori tareekh ke muntakhib afraad yaani selected people of history ko yeh mauqa hoga ke woh aala fikri sargharmiyon yaani high level of intellectual activities ke mutabiq zindagi guzarenge.</w:t>
      </w:r>
    </w:p>
    <w:p>
      <w:pPr>
        <w:jc w:val="right"/>
      </w:pPr>
      <w:r>
        <w:t>یہاں پوری تاریخ کے منتخب افراد یعنی سلیکٹڈ پیپل آف ہسٹری کو یہ موقع ہوگا کہ وہ اعلیٰ فکری سرگرمیوں یعنی ہائی لیول آف انٹلیکچول ایکٹیویٹیز کے مطابق زندگی گزاریں گے۔</w:t>
      </w:r>
    </w:p>
    <w:p>
      <w:r>
        <w:rPr>
          <w:b/>
        </w:rPr>
        <w:t xml:space="preserve">[12:32] </w:t>
      </w:r>
      <w:r>
        <w:t>is aala muashra yaani high society ka zikr quran mein in alfaaz mein aaya hai: "alladhina an'amallahu 'alayhim minan-nabiyyina was-siddiqina wash-shuhada'i was-salihina wa hasuna ula'ika rafiqa" surah number 4 ayat 69.</w:t>
      </w:r>
    </w:p>
    <w:p>
      <w:pPr>
        <w:jc w:val="right"/>
      </w:pPr>
      <w:r>
        <w:t>اس اعلیٰ معاشرہ یعنی ہائی سوسائٹی کا ذکر قرآن میں ان الفاظ میں آیا ہے: "الذین انعم اللہ علیہم من النبیین وصدیقین والشہداء والصالحین وحسنک رفیقا" سورہ نمبر چار آیت 69۔</w:t>
      </w:r>
    </w:p>
    <w:p>
      <w:r>
        <w:rPr>
          <w:b/>
        </w:rPr>
        <w:t xml:space="preserve">[12:55] </w:t>
      </w:r>
      <w:r>
        <w:t>yaani yeh ahle jannat un logon ke sath honge jin par Allah ne inaam kiya</w:t>
      </w:r>
    </w:p>
    <w:p>
      <w:pPr>
        <w:jc w:val="right"/>
      </w:pPr>
      <w:r>
        <w:t>یعنی یہ اہل جنت ان لوگوں کے ساتھ ہوں گے جن پر اللہ نے انعام کیا</w:t>
      </w:r>
    </w:p>
    <w:p>
      <w:r>
        <w:rPr>
          <w:b/>
        </w:rPr>
        <w:t xml:space="preserve">[13:02] </w:t>
      </w:r>
      <w:r>
        <w:t>yaani payghambar aur siddiq aur shaheed aur salih. kaisi achhi hai un ki rifaqat! is agle daur hayat ko quran mein jannat yaani paradise ka naam diya gaya hai.</w:t>
      </w:r>
    </w:p>
    <w:p>
      <w:pPr>
        <w:jc w:val="right"/>
      </w:pPr>
      <w:r>
        <w:t>یعنی پیغمبر اور صدیق اور شہید اور صالح۔ کیسی اچھی ہے ان کی رفاقت! اس اگلے دور حیات کو قرآن میں جنت یعنی پیراڈائز کا نام دیا گیا ہے۔</w:t>
      </w:r>
    </w:p>
    <w:p>
      <w:r>
        <w:rPr>
          <w:b/>
        </w:rPr>
        <w:t xml:space="preserve">[13:17] </w:t>
      </w:r>
      <w:r>
        <w:t>insan kainaat ka hero hai. apni takhleeqi salahiyat ke aitbaar se insan ek abadi makhlooq hai lekin insan maujooda duniya mein sirf mahdood muddat ke liye rehta hai.</w:t>
      </w:r>
    </w:p>
    <w:p>
      <w:pPr>
        <w:jc w:val="right"/>
      </w:pPr>
      <w:r>
        <w:t>انسان کائنات کا ہیرو ہے۔ اپنی تخلیقی صلاحیت کے اعتبار سے انسان ایک ابدی مخلوق ہے لیکن انسان موجودہ دنیا میں صرف محدود مدت کے لیے رہتا ہے۔</w:t>
      </w:r>
    </w:p>
    <w:p>
      <w:r>
        <w:rPr>
          <w:b/>
        </w:rPr>
        <w:t xml:space="preserve">[13:31] </w:t>
      </w:r>
      <w:r>
        <w:t>is duniya mein insan ki average umar taqreeban 70 saal hai. abadیت ka talib insan 'amalan abadit ko paane se mehroom rehta hai magar insan ke liye yeh mehroomi ki baat nahin.</w:t>
      </w:r>
    </w:p>
    <w:p>
      <w:pPr>
        <w:jc w:val="right"/>
      </w:pPr>
      <w:r>
        <w:t>اس دنیا میں انسان کی ایوریج عمر تقریباً 70 سال ہے۔ ابدیت کا طالب انسان عملاً ابدیت کو پانے سے محروم رہتا ہے مگر انسان کے لیے یہ محرومی کی بات نہیں۔</w:t>
      </w:r>
    </w:p>
    <w:p>
      <w:r>
        <w:rPr>
          <w:b/>
        </w:rPr>
        <w:t xml:space="preserve">[13:48] </w:t>
      </w:r>
      <w:r>
        <w:t>aisa khaliq ke takhleeqi plan ki bina par hota hai na ke insan ki apni khwahish ki bina par.</w:t>
      </w:r>
    </w:p>
    <w:p>
      <w:pPr>
        <w:jc w:val="right"/>
      </w:pPr>
      <w:r>
        <w:t>ایسا خالق کے تخلیقی پلان کی بنا پر ہوتا ہے نہ کہ انسان کی اپنی خواہش کی بنا پر۔</w:t>
      </w:r>
    </w:p>
    <w:p>
      <w:r>
        <w:rPr>
          <w:b/>
        </w:rPr>
        <w:t xml:space="preserve">[13:56] </w:t>
      </w:r>
      <w:r>
        <w:t>khaliq ke takhleeqi naqshe ke mutabiq insan ko is duniya mein sirf mahdood muddat tak ke liye rehna hai. is ke baad insan ko is ke habitat mein pouncha diya jata hai jahan us ko yeh mauqa milega ke woh apni pasand ki duniya mein abadi taur par rahe.</w:t>
      </w:r>
    </w:p>
    <w:p>
      <w:pPr>
        <w:jc w:val="right"/>
      </w:pPr>
      <w:r>
        <w:t>خالق کے تخلیقی نقشے کے مطابق انسان کو اس دنیا میں صرف محدود مدت تک کے لیے رہنا ہے۔ اس کے بعد انسان کو اس کے ہیبیٹیٹ میں پہنچا دیا جاتا ہے جہاں اس کو یہ موقع ملے گا کہ وہ اپنی پسند کی دنیا میں ابدی طور پر رہے۔</w:t>
      </w:r>
    </w:p>
    <w:p>
      <w:r>
        <w:rPr>
          <w:b/>
        </w:rPr>
        <w:t xml:space="preserve">[14:16] </w:t>
      </w:r>
      <w:r>
        <w:t>yahan insan ko sirf yeh karna hai ke woh khaliq ke plan ko jaane aur apne ko aur apne aap ko is ke liye tayyar kare.</w:t>
      </w:r>
    </w:p>
    <w:p>
      <w:pPr>
        <w:jc w:val="right"/>
      </w:pPr>
      <w:r>
        <w:t>یہاں انسان کو صرف یہ کرنا ہے کہ وہ خالق کے پلان کو جانے اور اپنے کو اور اپنے آپ کو اس کے لیے تیار کرے۔</w:t>
      </w:r>
    </w:p>
    <w:p>
      <w:r>
        <w:rPr>
          <w:b/>
        </w:rPr>
        <w:t xml:space="preserve">[14:25] </w:t>
      </w:r>
      <w:r>
        <w:t>insan ko paida karne wala khuda hai lekin apne abadi mustaqbil ka faisla karna mukammal taur par insan ke apne ikhtiyar mein hai.</w:t>
      </w:r>
    </w:p>
    <w:p>
      <w:pPr>
        <w:jc w:val="right"/>
      </w:pPr>
      <w:r>
        <w:t>انسان کو پیدا کرنے والا خدا ہے لیکن اپنے ابدی مستقبل کا فیصلہ کرنا مکمل طور پر انسان کے اپنے اختیار میں ہے۔</w:t>
      </w:r>
    </w:p>
    <w:p>
      <w:r>
        <w:rPr>
          <w:b/>
        </w:rPr>
        <w:t xml:space="preserve">[14:34] </w:t>
      </w:r>
      <w:r>
        <w:t>aadmi ko sirf yeh karna hai ke woh apne andar is personality ko develop kare jis ki wajah se woh agli dunya mein banne wali paradise ke liye mustahiq umeedwar yani deserving candidate qarar paaye.</w:t>
      </w:r>
    </w:p>
    <w:p>
      <w:pPr>
        <w:jc w:val="right"/>
      </w:pPr>
      <w:r>
        <w:t>آدمی کو صرف یہ کرنا ہے کہ وہ اپنے اندر اس پرسنیلٹی کو ڈیولپ کرے جس کی وجہ سے وہ اگلی دنیا میں بننے والی پیراڈائز کے لیے مستحق امیدوار یعنی ڈیزرونگ کینڈیڈیٹ قرار پائے۔</w:t>
      </w:r>
    </w:p>
    <w:p>
      <w:r>
        <w:rPr>
          <w:b/>
        </w:rPr>
        <w:t xml:space="preserve">[14:51] </w:t>
      </w:r>
      <w:r>
        <w:t>is takhliqi maqsad ki bina par aisa hua ke khaliq ne poori kainat ko custom made kainat yani custom made universe banaya.</w:t>
      </w:r>
    </w:p>
    <w:p>
      <w:pPr>
        <w:jc w:val="right"/>
      </w:pPr>
      <w:r>
        <w:t>اس تخلیقی مقصد کی بنا پر ایسا ہوا کہ خالق نے پوری کائنات کو کسٹم میڈ کائنات یعنی کسٹم میڈ یونیورس بنایا۔</w:t>
      </w:r>
    </w:p>
    <w:p>
      <w:r>
        <w:rPr>
          <w:b/>
        </w:rPr>
        <w:t xml:space="preserve">[15:01] </w:t>
      </w:r>
      <w:r>
        <w:t>is waqe ko quran mein in alfaaz mein bayan kiya gaya hai: "wasakhkhar lakum ma fis samawati wa ma fil ardi jamee'an min" surah number 45 ayat 13.</w:t>
      </w:r>
    </w:p>
    <w:p>
      <w:pPr>
        <w:jc w:val="right"/>
      </w:pPr>
      <w:r>
        <w:t>اس واقعے کو قرآن میں ان الفاظ میں بیان کیا گیا ہے: "وسخر لکم ما فی السماوات وما فی الارض جمیعا من" سورہ نمبر 45 آیت 13۔</w:t>
      </w:r>
    </w:p>
    <w:p>
      <w:r>
        <w:rPr>
          <w:b/>
        </w:rPr>
        <w:t xml:space="preserve">[15:13] </w:t>
      </w:r>
      <w:r>
        <w:t>yani khuda ne aasmanon aur zameen ki tamam cheezon ko tumhare liye masakhkhar kar diya</w:t>
      </w:r>
    </w:p>
    <w:p>
      <w:pPr>
        <w:jc w:val="right"/>
      </w:pPr>
      <w:r>
        <w:t>یعنی خدا نے آسمانوں اور زمین کی تمام چیزوں کو تمہارے لیے مسخر کر دیا</w:t>
      </w:r>
    </w:p>
    <w:p>
      <w:r>
        <w:rPr>
          <w:b/>
        </w:rPr>
        <w:t xml:space="preserve">[15:19] </w:t>
      </w:r>
      <w:r>
        <w:t>sab ko apni taraf se. ayat mein "jamee'an minhu" ke lafz ka matlab yeh hai ke taskheer ka yeh maamla ittefaqi taur par nahi hua balkeh woh khaliq ke baqayda mansoobah yani well considered plan ke tehat hua hai.</w:t>
      </w:r>
    </w:p>
    <w:p>
      <w:pPr>
        <w:jc w:val="right"/>
      </w:pPr>
      <w:r>
        <w:t>سب کو اپنی طرف سے۔ آیت میں "جمیعا منہ" کے لفظ کا مطلب یہ ہے کہ تسخیر کا یہ معاملہ اتفاقی طور پر نہیں ہوا بلکہ وہ خالق کے باقاعدہ منصوبہ یعنی ویل کنسیڈرڈ پلان کے تحت ہوا ہے۔</w:t>
      </w:r>
    </w:p>
    <w:p>
      <w:r>
        <w:rPr>
          <w:b/>
        </w:rPr>
        <w:t xml:space="preserve">[15:39] </w:t>
      </w:r>
      <w:r>
        <w:t>insan is poori kainat mein ek khasoosi takhliq ki hesiyat rakhta</w:t>
      </w:r>
    </w:p>
    <w:p>
      <w:pPr>
        <w:jc w:val="right"/>
      </w:pPr>
      <w:r>
        <w:t>انسان اس پوری کائنات میں ایک خصوصی تخلیق کی حیثیت رکھتا</w:t>
      </w:r>
    </w:p>
    <w:p>
      <w:r>
        <w:rPr>
          <w:b/>
        </w:rPr>
        <w:t xml:space="preserve">[15:43] </w:t>
      </w:r>
      <w:r>
        <w:t>hai. insan ko is ke khaliq ne dimaag yani mind diya jo kisi bhi doosri makhlooq ko ata nahi hua. insan ko is ke khaliq ne la mahdood salahiyaten di hain.</w:t>
      </w:r>
    </w:p>
    <w:p>
      <w:pPr>
        <w:jc w:val="right"/>
      </w:pPr>
      <w:r>
        <w:t>ہے۔ انسان کو اس کے خالق نے دماغ یعنی مائنڈ دیا جو کسی بھی دوسری مخلوق کو عطا نہیں ہوا۔ انسان کو اس کے خالق نے لامحدود صلاحیتیں دی ہیں۔</w:t>
      </w:r>
    </w:p>
    <w:p>
      <w:r>
        <w:rPr>
          <w:b/>
        </w:rPr>
        <w:t xml:space="preserve">[15:55] </w:t>
      </w:r>
      <w:r>
        <w:t>mazeed yeh ke insan ki khasoosiyat yeh hai ke is ko amanat ilahi surah al ahzab ayat 72 se sarfraz kiya gaya.</w:t>
      </w:r>
    </w:p>
    <w:p>
      <w:pPr>
        <w:jc w:val="right"/>
      </w:pPr>
      <w:r>
        <w:t>مزید یہ کہ انسان کی خصوصیت یہ ہے کہ اس کو امانت الہی سورہ الاحزاب آیت 72 سے سرفراز کیا گیا۔</w:t>
      </w:r>
    </w:p>
    <w:p>
      <w:r>
        <w:rPr>
          <w:b/>
        </w:rPr>
        <w:t xml:space="preserve">[16:05] </w:t>
      </w:r>
      <w:r>
        <w:t>insan wahid makhlooq hai jis ko kamil azadi yani total freedom di gayi hai.</w:t>
      </w:r>
    </w:p>
    <w:p>
      <w:pPr>
        <w:jc w:val="right"/>
      </w:pPr>
      <w:r>
        <w:t>انسان واحد مخلوق ہے جس کو کامل آزادی یعنی ٹوٹل فریڈم دی گئی ہے۔</w:t>
      </w:r>
    </w:p>
    <w:p>
      <w:r>
        <w:rPr>
          <w:b/>
        </w:rPr>
        <w:t xml:space="preserve">[16:11] </w:t>
      </w:r>
      <w:r>
        <w:t>insan ke liye muqaddar kiya gaya hai ke agar woh azadi pa kar is ka ghalat istemal yani misuse na kare balkeh azadi ko wasee tar takhliqi naqsha yani creation plan of god ke mutabiq istemal kare to is ke liye abadi jannat yani eternal paradise ka inaam yani reward hai.</w:t>
      </w:r>
    </w:p>
    <w:p>
      <w:pPr>
        <w:jc w:val="right"/>
      </w:pPr>
      <w:r>
        <w:t>انسان کے لیے مقدر کیا گیا ہے کہ اگر وہ آزادی پا کر اس کا غلط استعمال یعنی مس یوز نہ کرے بلکہ آزادی کو وسیع تر تخلیقی نقشہ یعنی کریشن پلان آف گاڈ کے مطابق استعمال کرے تو اس کے لیے ابدی جنت یعنی ایٹرنل پیراڈائز کا انعام یعنی ریوارڈ ہے۔</w:t>
      </w:r>
    </w:p>
    <w:p>
      <w:r>
        <w:rPr>
          <w:b/>
        </w:rPr>
        <w:t xml:space="preserve">[16:35] </w:t>
      </w:r>
      <w:r>
        <w:t>mutale se maloom hota hai ke insan ke siwa jo doosri makhlooqat hain madiyat, nabatat, haiwanat woh sab ke sab fitrat ke qanoon yani law of nature ke matahat hain.</w:t>
      </w:r>
    </w:p>
    <w:p>
      <w:pPr>
        <w:jc w:val="right"/>
      </w:pPr>
      <w:r>
        <w:t>مطالعے سے معلوم ہوتا ہے کہ انسان کے سوا جو دوسری مخلوقات ہیں مادیات، نباتات، حیوانات وہ سب کے سب فطرت کے قانون یعنی لاء آف نیچر کے ماتحت ہیں۔</w:t>
      </w:r>
    </w:p>
    <w:p>
      <w:r>
        <w:rPr>
          <w:b/>
        </w:rPr>
        <w:t xml:space="preserve">[16:48] </w:t>
      </w:r>
      <w:r>
        <w:t>hata ke haiwanat bhi mukammal taur par apni muqarrar karda jabalat yani instinct ke tehat kaam karte hain. yeh sirf insan hai jo is maamle mein istasna yani exception ki hesiyat rakhta hai.</w:t>
      </w:r>
    </w:p>
    <w:p>
      <w:pPr>
        <w:jc w:val="right"/>
      </w:pPr>
      <w:r>
        <w:t>حتی کہ حیوانات بھی مکمل طور پر اپنی مقرر کردہ جبلت یعنی انسٹنکٹ کے تحت کام کرتے ہیں۔ یہ صرف انسان ہے جو اس معاملے میں استثنیٰ یعنی ایکسیپشن کی حیثیت رکھتا ہے۔</w:t>
      </w:r>
    </w:p>
    <w:p>
      <w:r>
        <w:rPr>
          <w:b/>
        </w:rPr>
        <w:t xml:space="preserve">[17:03] </w:t>
      </w:r>
      <w:r>
        <w:t>insan ko yeh mauqa hai ke woh apne zaati irade ke tehat soche aur kamil azadi ke sath apni zindagi ka naqsha banaye.</w:t>
      </w:r>
    </w:p>
    <w:p>
      <w:pPr>
        <w:jc w:val="right"/>
      </w:pPr>
      <w:r>
        <w:t>انسان کو یہ موقع ہے کہ وہ اپنے ذاتی ارادے کے تحت سوچے اور کامل آزادی کے ساتھ اپنی زندگی کا نقشہ بنائے۔</w:t>
      </w:r>
    </w:p>
    <w:p>
      <w:r>
        <w:rPr>
          <w:b/>
        </w:rPr>
        <w:t xml:space="preserve">[17:13] </w:t>
      </w:r>
      <w:r>
        <w:t>is mein shakk nahi ke insan mukammal taur par ek azaad makhlooq hai lekin yeh azadi sirf zaati amal ke aitbar se hai yani insan azaad hai ke woh wasee tar naqsha takhliq ke mutabiq amal kare ya is ka baghi ban jaye lekin jahan tak amal ke nateejay ka taalluq hai is par insan ko koi ikhtiyar hasil nahi.</w:t>
      </w:r>
    </w:p>
    <w:p>
      <w:pPr>
        <w:jc w:val="right"/>
      </w:pPr>
      <w:r>
        <w:t>اس میں شک نہیں کہ انسان مکمل طور پر ایک آزاد مخلوق ہے لیکن یہ آزادی صرف ذاتی عمل کے اعتبار سے ہے یعنی انسان آزاد ہے کہ وہ وسیع تر نقشہ تخلیق کے مطابق عمل کرے یا اس کا باغی بن جائے لیکن جہاں تک عمل کے نتیجے کا تعلق ہے اس پر انسان کو کوئی اختیار حاصل نہیں۔</w:t>
      </w:r>
    </w:p>
    <w:p>
      <w:r>
        <w:rPr>
          <w:b/>
        </w:rPr>
        <w:t xml:space="preserve">[17:34] </w:t>
      </w:r>
      <w:r>
        <w:t>yeh</w:t>
      </w:r>
    </w:p>
    <w:p>
      <w:pPr>
        <w:jc w:val="right"/>
      </w:pPr>
      <w:r>
        <w:t>یہ</w:t>
      </w:r>
    </w:p>
    <w:p>
      <w:r>
        <w:rPr>
          <w:b/>
        </w:rPr>
        <w:t xml:space="preserve">[17:35] </w:t>
      </w:r>
      <w:r>
        <w:t>khaliq ne muqaddar kiya hai ke insan agar khaliq ke takhliqi naqshe ke mutabiq amal kare to is ke liye abadi jannat hai aur agar woh khaliq ke takhliqi naqshe ki khilaf warzi kare to is ke liye abadi jahannum hai.</w:t>
      </w:r>
    </w:p>
    <w:p>
      <w:pPr>
        <w:jc w:val="right"/>
      </w:pPr>
      <w:r>
        <w:t>اں خالق نے مقدر کیا ہے کہ انسان اگر خالق کے تخلیقی نقشے کے مطابق عمل کرے تو اس کے لیے ابدی جنت ہے اور اگر وہ خالق کے تخلیقی نقشے کی خلاف ورزی کرے تو اس کے لیے ابدی جہنم ہے۔</w:t>
      </w:r>
    </w:p>
    <w:p>
      <w:r>
        <w:rPr>
          <w:b/>
        </w:rPr>
        <w:t xml:space="preserve">[17:51] </w:t>
      </w:r>
      <w:r>
        <w:t>rab ul alameen ke is takhliqi naqshe ko quran mein isharon ki zaban mein bayan kiya gaya hai.</w:t>
      </w:r>
    </w:p>
    <w:p>
      <w:pPr>
        <w:jc w:val="right"/>
      </w:pPr>
      <w:r>
        <w:t>رب العالمین کے اس تخلیقی نقشے کو قرآن میں اشارات کی زبان میں بیان کیا گیا ہے۔</w:t>
      </w:r>
    </w:p>
    <w:p>
      <w:r>
        <w:rPr>
          <w:b/>
        </w:rPr>
        <w:t xml:space="preserve">[17:57] </w:t>
      </w:r>
      <w:r>
        <w:t>misal ke taur par quran mein bataya gaya hai ke madi kainat ki takhliq ke baad insan ko paida kiya gaya aur is ko zameen par khaleefa surah al baqarah ayat 30 ki hesiyat se abad kiya gaya.</w:t>
      </w:r>
    </w:p>
    <w:p>
      <w:pPr>
        <w:jc w:val="right"/>
      </w:pPr>
      <w:r>
        <w:t>مثلاً قرآن میں بتایا گیا ہے کہ مادی کائنات کی تخلیق کے بعد انسان کو پیدا کیا گیا اور اس کو زمین پر خلیفہ سورہ البقرہ آیت 30 کی حیثیت سے آباد کیا گیا۔</w:t>
      </w:r>
    </w:p>
    <w:p>
      <w:r>
        <w:rPr>
          <w:b/>
        </w:rPr>
        <w:t xml:space="preserve">[18:11] </w:t>
      </w:r>
      <w:r>
        <w:t>khaleefa se murad wahi cheez hai jis ko insani zaban mein incharge kaha jata hai. farishte khuda ke hukum ke mutabiq kainat ka nizam is tarah chala rahe hain ke hamesha insan ke liye woh ek muafiq dunya bani rahe.</w:t>
      </w:r>
    </w:p>
    <w:p>
      <w:pPr>
        <w:jc w:val="right"/>
      </w:pPr>
      <w:r>
        <w:t>خلیفہ سے مراد وہی چیز ہے جس کو انسانی زبان میں انچارج کہا جاتا ہے۔ فرشتہ خدا کے حکم کے مطابق کائنات کا نظام اس طرح چلا رہے ہیں کہ ہمیشہ انسان کے لیے وہ ایک موافق دنیا بنی رہے۔</w:t>
      </w:r>
    </w:p>
    <w:p>
      <w:r>
        <w:rPr>
          <w:b/>
        </w:rPr>
        <w:t xml:space="preserve">[18:26] </w:t>
      </w:r>
      <w:r>
        <w:t>is ke baad insan ne jab nature ke khufiya raazon ko daryaft karna shuru kiya aur technology par mabni tahzeeb ki tashkeel ki to is maamle mein bhi insan ko musalsal taur par farishton ki madad hasil rahi.</w:t>
      </w:r>
    </w:p>
    <w:p>
      <w:pPr>
        <w:jc w:val="right"/>
      </w:pPr>
      <w:r>
        <w:t>اس کے بعد انسان نے جب نیچر کے خفیہ رازوں کو دریافت کرنا شروع کیا اور ٹیکنالوجی پر مبنی تہذیب کی تشکیل کی تو اس معاملے میں بھی انسان کو مسلسل طور پر فرشتوں کی مدد حاصل رہی۔</w:t>
      </w:r>
    </w:p>
    <w:p>
      <w:r>
        <w:rPr>
          <w:b/>
        </w:rPr>
        <w:t xml:space="preserve">[18:41] </w:t>
      </w:r>
      <w:r>
        <w:t>is ka ishara peghambar nooh ki kashti saazi ke zikr mein is tarah kiya gaya hai: "wasana' al fulka bi aiyunina wa wahyina" surah number 11 ayat 37.</w:t>
      </w:r>
    </w:p>
    <w:p>
      <w:pPr>
        <w:jc w:val="right"/>
      </w:pPr>
      <w:r>
        <w:t>اس کا اشارہ پیغمبر نوح کی کشتی سازی کے ذکر میں اس طرح کیا گیا ہے: "وسنع الفلک باعیننا ووحینا" سورہ نمبر 11 آیت 37۔</w:t>
      </w:r>
    </w:p>
    <w:p>
      <w:r>
        <w:rPr>
          <w:b/>
        </w:rPr>
        <w:t xml:space="preserve">[18:54] </w:t>
      </w:r>
      <w:r>
        <w:t>is se mustanbat hota hai ke yahi waqe jadeed tahzeeb yani modern civilization ki tashkeel ke maamle mein pesh aa raha hai. goya khaliq ne insan se yeh keh diya ke "asna' al hadarat bi aiyunina wa wahyina" yani tahzeeb banao hamari aankhon ke samne aur hamari wahy ke mutabiq.</w:t>
      </w:r>
    </w:p>
    <w:p>
      <w:pPr>
        <w:jc w:val="right"/>
      </w:pPr>
      <w:r>
        <w:t>اس سے مستنبط ہوتا ہے کہ یہی واقعہ جدید تہذیب یعنی ماڈرن سویلائزیشن کی تشکیل کے معاملے میں پیش آ رہا ہے۔ گویا خالق نے انسان سے یہ کہہ دیا کہ "اسنع الحضارت باعیننا ووحینا" یعنی تہذیب بناؤ ہماری آنکھوں کے سامنے اور ہماری وحی کے مطابق۔</w:t>
      </w:r>
    </w:p>
    <w:p>
      <w:r>
        <w:rPr>
          <w:b/>
        </w:rPr>
        <w:t xml:space="preserve">[19:15] </w:t>
      </w:r>
      <w:r>
        <w:t>kaha jata hai ke aksar scientific daryaften kisi na kisi ittefaq yani chance ke zariye wajood mein aati</w:t>
      </w:r>
    </w:p>
    <w:p>
      <w:pPr>
        <w:jc w:val="right"/>
      </w:pPr>
      <w:r>
        <w:t>کہا جاتا ہے کہ اکثر سائنسی دریافتیں کسی نہ کسی اتفاق یعنی چانس کے ذریعے وجود میں آئ</w:t>
      </w:r>
    </w:p>
    <w:p>
      <w:r>
        <w:rPr>
          <w:b/>
        </w:rPr>
        <w:t xml:space="preserve">[19:21] </w:t>
      </w:r>
      <w:r>
        <w:t>hain. tafseel ke liye wikipedia par yeh mazmoon dekha ja sakta hai: "role of chance in scientific discoveries".</w:t>
      </w:r>
    </w:p>
    <w:p>
      <w:pPr>
        <w:jc w:val="right"/>
      </w:pPr>
      <w:r>
        <w:t>یں۔ تفصیل کے لیے ویکیپیڈیا پر یہ مضمون دیکھا جا سکتا ہے: "رول آف چانس ان سائنٹیفک ڈسکوریز"۔</w:t>
      </w:r>
    </w:p>
    <w:p>
      <w:r>
        <w:rPr>
          <w:b/>
        </w:rPr>
        <w:t xml:space="preserve">[19:32] </w:t>
      </w:r>
      <w:r>
        <w:t>yeh ittifaqat mahaz ittifaqat nahin hain balkeh woh farishton ke taawun ki misalein hain jo ghair marri madad ke taur par science daanon ko haasil hoti hain.</w:t>
      </w:r>
    </w:p>
    <w:p>
      <w:pPr>
        <w:jc w:val="right"/>
      </w:pPr>
      <w:r>
        <w:t>یہ اتفاقات محض اتفاقات نہیں ہیں بلکہ وہ فرشتوں کے تعاون کی مثالیں ہیں جو غیر مری مدد کے طور پر سائنس دانوں کو حاصل ہوتی ہیں۔</w:t>
      </w:r>
    </w:p>
    <w:p>
      <w:r>
        <w:rPr>
          <w:b/>
        </w:rPr>
        <w:t xml:space="preserve">[19:42] </w:t>
      </w:r>
      <w:r>
        <w:t>is qism ke ittifaq ke liye ek istilaah istemaal hoti hai jis ko serendipity kaha jata hai:</w:t>
      </w:r>
    </w:p>
    <w:p>
      <w:pPr>
        <w:jc w:val="right"/>
      </w:pPr>
      <w:r>
        <w:t>اس قسم کے اتفاق کے لیے ایک اصطلاح استعمال ہوتی ہے جس کو سرینڈیپٹی کہا جاتا ہے:</w:t>
      </w:r>
    </w:p>
    <w:p>
      <w:r>
        <w:rPr>
          <w:b/>
        </w:rPr>
        <w:t xml:space="preserve">[19:50] </w:t>
      </w:r>
      <w:r>
        <w:t>"serendipity is a happy and unexpected event that apparently occurs due to chance and often appears when we are searching for something else".</w:t>
      </w:r>
    </w:p>
    <w:p>
      <w:pPr>
        <w:jc w:val="right"/>
      </w:pPr>
      <w:r>
        <w:t>"سرینڈیپٹی از اے ہیپی اینڈ ان ایکسپیکٹڈ ایونٹ دیٹ اپیرنٹلی اکرز ڈیو ٹو چانس اینڈ افن اپیئرز وین وی آر سرچنگ فار سمتھنگ ایلس"۔</w:t>
      </w:r>
    </w:p>
    <w:p>
      <w:r>
        <w:rPr>
          <w:b/>
        </w:rPr>
        <w:t xml:space="preserve">[20:09] </w:t>
      </w:r>
      <w:r>
        <w:t>serendipity happens in our daily life and has been responsible for many innovations and important advances in science and technology.</w:t>
      </w:r>
    </w:p>
    <w:p>
      <w:pPr>
        <w:jc w:val="right"/>
      </w:pPr>
      <w:r>
        <w:t>سرینڈیپٹی ہیپنز ان اور ڈیلی لائف اینڈ ہیز بین ریسپانسبل فار مینی انویشنز اینڈ امپورٹنٹ ایڈوانسز ان سائنس اینڈ ٹیکنالوجی۔</w:t>
      </w:r>
    </w:p>
    <w:p>
      <w:r>
        <w:rPr>
          <w:b/>
        </w:rPr>
        <w:t xml:space="preserve">[20:28] </w:t>
      </w:r>
      <w:r>
        <w:t>tareekh insani ke doosre daur mein ek nayi duniya banai jayegi. yeh duniya isi zameen o aasman ke andar hogi</w:t>
      </w:r>
    </w:p>
    <w:p>
      <w:pPr>
        <w:jc w:val="right"/>
      </w:pPr>
      <w:r>
        <w:t>تاریخ انسانی کے دوسرے دور میں ایک نئی دنیا بنائی جائے گی۔ یہ دنیا اسی زمین و آسمان کے اندر ہوگی</w:t>
      </w:r>
    </w:p>
    <w:p>
      <w:r>
        <w:rPr>
          <w:b/>
        </w:rPr>
        <w:t xml:space="preserve">[20:38] </w:t>
      </w:r>
      <w:r>
        <w:t>lekin us waqt zameen o aasman ek badle hue zameen o aasman honge. surah ibrahim ayat 48. isi badli hui kainat mein jannat waqe hogi.</w:t>
      </w:r>
    </w:p>
    <w:p>
      <w:pPr>
        <w:jc w:val="right"/>
      </w:pPr>
      <w:r>
        <w:t>لیکن اس وقت زمین و آسمان ایک بدلے ہوئے زمین و آسمان ہوں گے۔ سورہ ابراہیم آیت 48۔ اسی بدلی ہوئی کائنات میں جنت واقع ہوگی۔</w:t>
      </w:r>
    </w:p>
    <w:p>
      <w:r>
        <w:rPr>
          <w:b/>
        </w:rPr>
        <w:t xml:space="preserve">[20:51] </w:t>
      </w:r>
      <w:r>
        <w:t>is jannat ka campus itna bara hoga jitne bare maujooda zameen o aasman. surah aal imran ayat 143.</w:t>
      </w:r>
    </w:p>
    <w:p>
      <w:pPr>
        <w:jc w:val="right"/>
      </w:pPr>
      <w:r>
        <w:t>اس جنت کا کیمپس اتنا بڑا ہوگا جتنے بڑے موجودہ زمین و آسمان۔ سورہ آل عمران آیت 143۔</w:t>
      </w:r>
    </w:p>
    <w:p>
      <w:r>
        <w:rPr>
          <w:b/>
        </w:rPr>
        <w:t xml:space="preserve">[21:01] </w:t>
      </w:r>
      <w:r>
        <w:t>is aala jannat ka intezam dobara farishte karenge.</w:t>
      </w:r>
    </w:p>
    <w:p>
      <w:pPr>
        <w:jc w:val="right"/>
      </w:pPr>
      <w:r>
        <w:t>اس اعلیٰ جنت کا انتظام دوبارہ فرشتے کریں گے۔</w:t>
      </w:r>
    </w:p>
    <w:p>
      <w:r>
        <w:rPr>
          <w:b/>
        </w:rPr>
        <w:t xml:space="preserve">[21:05] </w:t>
      </w:r>
      <w:r>
        <w:t>insan ke liye is jannat mein har qism ki matloob cheezein maujood rahengi. surah fusalat ayat 31.</w:t>
      </w:r>
    </w:p>
    <w:p>
      <w:pPr>
        <w:jc w:val="right"/>
      </w:pPr>
      <w:r>
        <w:t>انسان کے لیے اس جنت میں ہر قسم کی مطلوب چیزیں موجود رہیں گی۔ سورہ فصلت آیت 31۔</w:t>
      </w:r>
    </w:p>
    <w:p>
      <w:r>
        <w:rPr>
          <w:b/>
        </w:rPr>
        <w:t xml:space="preserve">[21:14] </w:t>
      </w:r>
      <w:r>
        <w:t>jannat ki yahi woh miyari duniya hai jo muntakhib logon ke liye banai gayi hai. bible mein un ke liye sadiqin yaani righteous ka lafz aaya hai aur quran mein isi ka hum maani saleheen ka lafz istemaal hua hai.</w:t>
      </w:r>
    </w:p>
    <w:p>
      <w:pPr>
        <w:jc w:val="right"/>
      </w:pPr>
      <w:r>
        <w:t>جنت کی یہی وہ معیاری دنیا ہے جو منتخب لوگوں کے لیے بنائی گئی ہے۔ بائبل میں ان کے لیے صادقین یعنی رائچس کا لفظ آیا ہے اور قرآن میں اسی کا ہم معنی صالحین کا لفظ استعمال ہوا ہے۔</w:t>
      </w:r>
    </w:p>
    <w:p>
      <w:r>
        <w:rPr>
          <w:b/>
        </w:rPr>
        <w:t xml:space="preserve">[21:29] </w:t>
      </w:r>
      <w:r>
        <w:t>yahan woh aala marifat ke mutabiq zindagi guzarenge.</w:t>
      </w:r>
    </w:p>
    <w:p>
      <w:pPr>
        <w:jc w:val="right"/>
      </w:pPr>
      <w:r>
        <w:t>یہاں وہ اعلیٰ معرفت کے مطابق زندگی گزاریں گے۔</w:t>
      </w:r>
    </w:p>
    <w:p>
      <w:r>
        <w:rPr>
          <w:b/>
        </w:rPr>
        <w:t xml:space="preserve">[21:35] </w:t>
      </w:r>
      <w:r>
        <w:t>insan ke sath takhleeq ka yeh maamla behad nazuk maamla tha. yahan zaroori tha ke insan ko sahih rehnumai yaani right guidance mile jo insan ko khaliq ke takhleeqi naqshe se baghabar kare aur yeh bataye ke insan ke liye apni azadi ko istemaal karne ka durust laeha amal kya hai.</w:t>
      </w:r>
    </w:p>
    <w:p>
      <w:pPr>
        <w:jc w:val="right"/>
      </w:pPr>
      <w:r>
        <w:t>انسان کے ساتھ تخلیق کا یہ معاملہ بے حد نازک معاملہ تھا۔ یہاں ضروری تھا کہ انسان کو صحیح رہنمائی یعنی رائٹ گائیڈنس ملے جو انسان کو خالق کے تخلیقی نقشے سے باخبر کرے اور یہ بتائے کہ انسان کے لیے اپنی آزادی کو استعمال کرنے کا درست لائحہ عمل کیا ہے۔</w:t>
      </w:r>
    </w:p>
    <w:p>
      <w:r>
        <w:rPr>
          <w:b/>
        </w:rPr>
        <w:t xml:space="preserve">[21:57] </w:t>
      </w:r>
      <w:r>
        <w:t>insan ki yahi zaroorat hai jis ko poora karne ke liye Allah ne anbiya yaani prophets bhejane ka silsila shuru kiya.</w:t>
      </w:r>
    </w:p>
    <w:p>
      <w:pPr>
        <w:jc w:val="right"/>
      </w:pPr>
      <w:r>
        <w:t>انسان کی یہی ضرورت ہے جس کو پورا کرنے کے لیے اللہ نے انبیاء یعنی پرافٹس بھیجنے کا سلسلہ شروع کیا۔</w:t>
      </w:r>
    </w:p>
    <w:p>
      <w:r>
        <w:rPr>
          <w:b/>
        </w:rPr>
        <w:t xml:space="preserve">[22:05] </w:t>
      </w:r>
      <w:r>
        <w:t>yeh anbiya mukammal taur par insan the albattah un ki khusoosiyat yeh thi ke khaliq ne taqreeban chalis saal ki umar tak un ka jaiza lene ke baad yeh paya ke woh kar-e-nubowat ki anjaam dahi ke liye zehni aur ikhlaqi aitbar se laiq yaani competent fard hain.</w:t>
      </w:r>
    </w:p>
    <w:p>
      <w:pPr>
        <w:jc w:val="right"/>
      </w:pPr>
      <w:r>
        <w:t>یہ انبیاء مکمل طور پر انسان تھے البتہ ان کی خصوصیت یہ تھی کہ خالق نے تقریباً چالیس سال کی عمر تک ان کا جائزہ لینے کے بعد یہ پایا کہ وہ کار نبوت کی انجام دہی کے لیے ذہنی اور اخلاقی اعتبار سے لائق یعنی کمپیٹنٹ فرد ہیں۔</w:t>
      </w:r>
    </w:p>
    <w:p>
      <w:r>
        <w:rPr>
          <w:b/>
        </w:rPr>
        <w:t xml:space="preserve">[22:25] </w:t>
      </w:r>
      <w:r>
        <w:t>is tarah har nabbi ki infiradi khusoosiyat ki bina par is ka intikhab kiya gaya</w:t>
      </w:r>
    </w:p>
    <w:p>
      <w:pPr>
        <w:jc w:val="right"/>
      </w:pPr>
      <w:r>
        <w:t>اس طرح ہر نبی کی انفرادی خصوصیت کی بنا پر اس کا انتخاب کیا گیا</w:t>
      </w:r>
    </w:p>
    <w:p>
      <w:r>
        <w:rPr>
          <w:b/>
        </w:rPr>
        <w:t xml:space="preserve">[22:31] </w:t>
      </w:r>
      <w:r>
        <w:t>aur farishta jibril ke zariye khaliq ne un ko apni rehnumai yaani wahi</w:t>
      </w:r>
    </w:p>
    <w:p>
      <w:pPr>
        <w:jc w:val="right"/>
      </w:pPr>
      <w:r>
        <w:t>اور فرشتہ جبرائیل کے ذریعے خالق نے ان کو اپنی رہنمائی یعنی وحی</w:t>
      </w:r>
    </w:p>
    <w:p>
      <w:r>
        <w:rPr>
          <w:b/>
        </w:rPr>
        <w:t xml:space="preserve">[22:38] </w:t>
      </w:r>
      <w:r>
        <w:t>aur farishta jibril ke zariye khaliq ne un ko apni rehnumai wahi yaani revelation ke zariye bheji aur</w:t>
      </w:r>
    </w:p>
    <w:p>
      <w:pPr>
        <w:jc w:val="right"/>
      </w:pPr>
      <w:r>
        <w:t>اور فرشتہ جبرائیل کے ذریعے خالق نے ان کو اپنی رہنمائی وحی یعنی ریولیشن کے ذریعے بھیجی اور</w:t>
      </w:r>
    </w:p>
    <w:p>
      <w:r>
        <w:rPr>
          <w:b/>
        </w:rPr>
        <w:t xml:space="preserve">[22:47] </w:t>
      </w:r>
      <w:r>
        <w:t>un par kitaab nazil ki taake woh khaliq ke numainda yaani representative ki hesiyat se insaan ko durust</w:t>
      </w:r>
    </w:p>
    <w:p>
      <w:pPr>
        <w:jc w:val="right"/>
      </w:pPr>
      <w:r>
        <w:t>ان پر کتاب نازل کی تاکہ وہ خالق کے نمائندہ یعنی ریپریزنٹیٹیو کی حیثیت سے انسان کو درست</w:t>
      </w:r>
    </w:p>
    <w:p>
      <w:r>
        <w:rPr>
          <w:b/>
        </w:rPr>
        <w:t xml:space="preserve">[22:55] </w:t>
      </w:r>
      <w:r>
        <w:t>rehnumai yaani right guidance dein</w:t>
      </w:r>
    </w:p>
    <w:p>
      <w:pPr>
        <w:jc w:val="right"/>
      </w:pPr>
      <w:r>
        <w:t>رہنمائی یعنی رائٹ گائیڈنس دیں</w:t>
      </w:r>
    </w:p>
    <w:p>
      <w:r>
        <w:rPr>
          <w:b/>
        </w:rPr>
        <w:t xml:space="preserve">[22:59] </w:t>
      </w:r>
      <w:r>
        <w:t>aur phir insaan un ki rehnumai ke muqable mein jo response de us ke record ko dekh kar</w:t>
      </w:r>
    </w:p>
    <w:p>
      <w:pPr>
        <w:jc w:val="right"/>
      </w:pPr>
      <w:r>
        <w:t>اور پھر انسان ان کی رہنمائی کے مقابلے میں جو رسپانس دے اس کے ریکارڈ کو دیکھ کر</w:t>
      </w:r>
    </w:p>
    <w:p>
      <w:r>
        <w:rPr>
          <w:b/>
        </w:rPr>
        <w:t xml:space="preserve">[23:05] </w:t>
      </w:r>
      <w:r>
        <w:t>har insaan ke abadi mustaqbil ka faisla kiya jaye.</w:t>
      </w:r>
    </w:p>
    <w:p>
      <w:pPr>
        <w:jc w:val="right"/>
      </w:pPr>
      <w:r>
        <w:t>ہر انسان کے ابدی مستقبل کا فیصلہ کیا جائے۔</w:t>
      </w:r>
    </w:p>
    <w:p>
      <w:r>
        <w:rPr>
          <w:b/>
        </w:rPr>
        <w:t xml:space="preserve">[23:09] </w:t>
      </w:r>
      <w:r>
        <w:t>is haqeeqat ko quran mein in alfaz mein bayan kiya gaya hai: "rasool mubashireen wa munzireen ala Allah ba'da al-rusul" surah number chaar ayat 165 yaani Allah ne rasoolon ko khushkhabri dene wala aur darane wala bana kar bheja taake rasoolon ke baad logon ke paas Allah ke muqable mein koi hujjat baqi na rahe.</w:t>
      </w:r>
    </w:p>
    <w:p>
      <w:pPr>
        <w:jc w:val="right"/>
      </w:pPr>
      <w:r>
        <w:t>اس حقیقت کو قرآن میں ان الفاظ میں بیان کیا گیا ہے: "رسول مبشرین ومنذرین علی اللہ بعد الرسل" سورہ نمبر چار آیت 165 یعنی اللہ نے رسولوں کو خوشخبری دینے والا اور ڈرانے والا بنا کر بھیجا تاکہ رسولوں کے بعد لوگوں کے پاس اللہ کے مقابلے میں کوئی حجت باقی نہ رہے۔</w:t>
      </w:r>
    </w:p>
    <w:p>
      <w:r>
        <w:rPr>
          <w:b/>
        </w:rPr>
        <w:t xml:space="preserve">[23:38] </w:t>
      </w:r>
      <w:r>
        <w:t>inzar wa tabshir ke alfaz se yeh baat wazeh hoti hai ke peghambaron ka mission khalis akhrawi mission tha. un ke mission ka focus hamesha yeh hota tha ke insan ke liye woh kaun sa ravaiyya hai jo us ko abadi jannat tak pohnchaney wala hai aur woh kaun sa ravaiyya hai jo us ko is khatre yaani rizq mein dalta hai ke agle daur hayat mein us ko abadi taur par jahannum walon ke sath shamil kiya jaye.</w:t>
      </w:r>
    </w:p>
    <w:p>
      <w:pPr>
        <w:jc w:val="right"/>
      </w:pPr>
      <w:r>
        <w:t>انظار و تبشیر کے الفاظ سے یہ بات واضح ہوتی ہے کہ پیغمبروں کا مشن خالص اخروی مشن تھا۔ ان کے مشن کا فوکس ہمیشہ یہ ہوتا تھا کہ انسان کے لیے وہ کون سا رویہ ہے جو اس کو ابدی جنت تک پہنچانے والا ہے اور وہ کون سا رویہ ہے جو اس کو اس خطرے یعنی رزق میں ڈالتا ہے کہ اگلے دور حیات میں اس کو ابدی طور پر جہنم والوں کے ساتھ شامل کیا جائے۔</w:t>
      </w:r>
    </w:p>
    <w:p>
      <w:r>
        <w:rPr>
          <w:b/>
        </w:rPr>
        <w:t xml:space="preserve">[24:06] </w:t>
      </w:r>
      <w:r>
        <w:t>peghambaron ke zariye insan ko jo rehnumai mili usooli taur par is ka khulasa do cheezein theen: number ek nazariya tauheed yaani ideology of tauheed, number do tareeqa kar yaani method.</w:t>
      </w:r>
    </w:p>
    <w:p>
      <w:pPr>
        <w:jc w:val="right"/>
      </w:pPr>
      <w:r>
        <w:t>پیغمبروں کے ذریعے انسان کو جو رہنمائی ملی اصولی طور پر اس کا خلاصہ دو چیزیں تھیں: نمبر ایک نظریہ توحید یعنی آئیڈیالوجی آف توحید، نمبر دو طریقہ کار یعنی میتھڈ۔</w:t>
      </w:r>
    </w:p>
    <w:p>
      <w:r>
        <w:rPr>
          <w:b/>
        </w:rPr>
        <w:t xml:space="preserve">[24:22] </w:t>
      </w:r>
      <w:r>
        <w:t>peghambrana tareeqa kar ek lafz mein ghair niza'i tareeqa kar yaani non confrontational method hai.</w:t>
      </w:r>
    </w:p>
    <w:p>
      <w:pPr>
        <w:jc w:val="right"/>
      </w:pPr>
      <w:r>
        <w:t>پیغمبرانہ طریقہ کار ایک لفظ میں غیر نزاعی طریقہ کار یعنی نان کانفرنٹیشنل میتھڈ ہے۔</w:t>
      </w:r>
    </w:p>
    <w:p>
      <w:r>
        <w:rPr>
          <w:b/>
        </w:rPr>
        <w:t xml:space="preserve">[24:31] </w:t>
      </w:r>
      <w:r>
        <w:t>nazariya aur tareeqa kar ke aitbar se yahi do cheezein peghambaron ke zariye insan ko di gaeen. pehle insan yaani Adam se le kar Muhammad ibn Abdullah sallallahu alaihi wasallam tak ek lakh se zyada peghamabr insan ki taraf aaye.</w:t>
      </w:r>
    </w:p>
    <w:p>
      <w:pPr>
        <w:jc w:val="right"/>
      </w:pPr>
      <w:r>
        <w:t>نظریہ اور طریقہ کار کے اعتبار سے یہی دو چیزیں پیغمبروں کے ذریعے انسان کو دی گئیں۔ پہلے انسان یعنی آدم سے لے کر محمد ابن عبداللہ صلی اللہ علیہ وسلم تک ایک لاکھ سے زیادہ پیغمبر انسان کی طرف آئے۔</w:t>
      </w:r>
    </w:p>
    <w:p>
      <w:r>
        <w:rPr>
          <w:b/>
        </w:rPr>
        <w:t xml:space="preserve">[24:48] </w:t>
      </w:r>
      <w:r>
        <w:t>unhon ne insan ko bataya ke yeh zameen tumhare liye abadi qayamgah yaani eternal habitat nahin hai balkeh yeh tumhare liye ek aarzai qayamgah yaani temporary abode hai.</w:t>
      </w:r>
    </w:p>
    <w:p>
      <w:pPr>
        <w:jc w:val="right"/>
      </w:pPr>
      <w:r>
        <w:t>انہوں نے انسان کو بتایا کہ یہ زمین تمہارے لیے ابدی قیام گاہ یعنی ایٹرنل ہیبیٹاٹ نہیں ہے بلکہ یہ تمہارے لیے ایک عارضی قیام گاہ یعنی ٹیمپرری اباڈ ہے۔</w:t>
      </w:r>
    </w:p>
    <w:p>
      <w:r>
        <w:rPr>
          <w:b/>
        </w:rPr>
        <w:t xml:space="preserve">[25:03] </w:t>
      </w:r>
      <w:r>
        <w:t>yahan tumhe yeh mauqa diya gaya hai ke tum apni azadi ka sahih istemaal kar ke apne aap ko jannat ka mustahiq yaani deserving candidate banao aur tareekh insani ke khatme par jannat ki shakal mein apne matloob abadi habitat mein jagah pao.</w:t>
      </w:r>
    </w:p>
    <w:p>
      <w:pPr>
        <w:jc w:val="right"/>
      </w:pPr>
      <w:r>
        <w:t>یہاں تمہیں یہ موقع دیا گیا ہے کہ تم اپنی آزادی کا صحیح استعمال کر کے اپنے آپ کو جنت کا مستحق یعنی ڈیزرونگ کینڈیڈیٹ بناؤ اور تاریخ انسانی کے خاتمے پر جنت کی شکل میں اپنے مطلوب ابدی ہیبیٹاٹ میں جگہ پاؤ۔</w:t>
      </w:r>
    </w:p>
    <w:p>
      <w:r>
        <w:rPr>
          <w:b/>
        </w:rPr>
        <w:t xml:space="preserve">[25:21] </w:t>
      </w:r>
      <w:r>
        <w:t>saatveen sadi isvi mein Muhammad Arabi ke zahoor ke baad anbiya ki aamad ka silsila khatam ho gaya magar khaliq ke takhleeqi naqshe ke mutabiq insan phir bhi paida ho kar zameen par abad ho rahe the.</w:t>
      </w:r>
    </w:p>
    <w:p>
      <w:pPr>
        <w:jc w:val="right"/>
      </w:pPr>
      <w:r>
        <w:t>ساتویں صدی عیسوی میں محمد عربی کے ظہور کے بعد انبیاء کی آمد کا سلسلہ ختم ہوگیا مگر خالق کے تخلیقی نقشے کے مطابق انسان پھر بھی پیدا ہو کر زمین پر آباد ہو رہے تھے۔</w:t>
      </w:r>
    </w:p>
    <w:p>
      <w:r>
        <w:rPr>
          <w:b/>
        </w:rPr>
        <w:t xml:space="preserve">[25:35] </w:t>
      </w:r>
      <w:r>
        <w:t>ab yeh sawal tha ke baad ko paida hone wale insanon tak khudaai rehnumai ki numaindagi kaun kare? saatveen sadi isvi mein khatm-e-nubowat se pehle Khuda ki taraf se is rehnumai ki zimmedari peghambaron ne ada ki.</w:t>
      </w:r>
    </w:p>
    <w:p>
      <w:pPr>
        <w:jc w:val="right"/>
      </w:pPr>
      <w:r>
        <w:t>اب یہ سوال تھا کہ بعد کو پیدا ہونے والے انسانوں تک خدائی رہنمائی کی نمائندگی کون کرے؟ ساتویں صدی عیسوی میں ختم نبوت سے پہلے خدا کی طرف سے اس رہنمائی کی ذمہ داری پیغمبروں نے ادا کی۔</w:t>
      </w:r>
    </w:p>
    <w:p>
      <w:r>
        <w:rPr>
          <w:b/>
        </w:rPr>
        <w:t xml:space="preserve">[25:50] </w:t>
      </w:r>
      <w:r>
        <w:t>is aitbar se tamam peghamabr ummat-e-wusta yaani middle ummah ki hesiyat rakhte the. un ke ek taraf Allah Rabbul Alameen tha aur un ke doosri taraf tamam insan.</w:t>
      </w:r>
    </w:p>
    <w:p>
      <w:pPr>
        <w:jc w:val="right"/>
      </w:pPr>
      <w:r>
        <w:t>اس اعتبار سے تمام پیغمبر امت وسط یعنی مڈل امہ کی حیثیت رکھتے تھے۔ ان کے ایک طرف اللہ رب العالمین تھا اور ان کے دوسری طرف تمام انسان۔</w:t>
      </w:r>
    </w:p>
    <w:p>
      <w:r>
        <w:rPr>
          <w:b/>
        </w:rPr>
        <w:t xml:space="preserve">[26:02] </w:t>
      </w:r>
      <w:r>
        <w:t>unhon ne is rehnumai ko Allah se liya aur purey maanon mein naseeh aur ameen surah al-araf ayat 68 ban kar is ko insanon tak pohanchaya.</w:t>
      </w:r>
    </w:p>
    <w:p>
      <w:pPr>
        <w:jc w:val="right"/>
      </w:pPr>
      <w:r>
        <w:t>انہوں نے اس رہنمائی کو اللہ سے لیا اور پورے معنوں میں ناصح اور امین سورہ الاعراف آیت 68 بن کر اس کو انسانوں تک پہنچایا۔</w:t>
      </w:r>
    </w:p>
    <w:p>
      <w:r>
        <w:rPr>
          <w:b/>
        </w:rPr>
        <w:t xml:space="preserve">[26:14] </w:t>
      </w:r>
      <w:r>
        <w:t>paighambar-e-Islam sal-lal-lahu alaihi wasallam ki wafaat 632 eesvi mein madine mein hui. Aap Allah ke aakhri rasool thay.</w:t>
      </w:r>
    </w:p>
    <w:p>
      <w:pPr>
        <w:jc w:val="right"/>
      </w:pPr>
      <w:r>
        <w:t>پیغمبر اسلام صلی اللہ علیہ وسلم کی وفات 632 عیسوی میں مدینے میں ہوئی۔ آپ اللہ کے آخری رسول تھے۔</w:t>
      </w:r>
    </w:p>
    <w:p>
      <w:r>
        <w:rPr>
          <w:b/>
        </w:rPr>
        <w:t xml:space="preserve">[26:23] </w:t>
      </w:r>
      <w:r>
        <w:t>Aap ne apne baad hidayat ke do mustanad zariye yani authentic sources chode: ek Quran aur doosra sunnat-e-rasool.</w:t>
      </w:r>
    </w:p>
    <w:p>
      <w:pPr>
        <w:jc w:val="right"/>
      </w:pPr>
      <w:r>
        <w:t>آپ نے اپنے بعد ہدایت کے دو مستند ذریعے یعنی اتھینٹک سورسز چھوڑے: ایک قرآن اور دوسرا سنت رسول۔</w:t>
      </w:r>
    </w:p>
    <w:p>
      <w:r>
        <w:rPr>
          <w:b/>
        </w:rPr>
        <w:t xml:space="preserve">[26:33] </w:t>
      </w:r>
      <w:r>
        <w:t>Ab koi paighambar dunya mein aane wala nahi hai lekin jahan tak paighambar ke mission ki baat hai woh badastoor jari hai.</w:t>
      </w:r>
    </w:p>
    <w:p>
      <w:pPr>
        <w:jc w:val="right"/>
      </w:pPr>
      <w:r>
        <w:t>اب کوئی پیغمبر دنیا میں آنے والا نہیں ہے لیکن جہاں تک پیغمبر کے مشن کی بات ہے وہ بدستور جاری ہے۔</w:t>
      </w:r>
    </w:p>
    <w:p>
      <w:r>
        <w:rPr>
          <w:b/>
        </w:rPr>
        <w:t xml:space="preserve">[26:41] </w:t>
      </w:r>
      <w:r>
        <w:t>Pehle anbiya ki hesiyat ummat-e-wasta ki hoti thi. Ab paighambar-e-aakhir-uz-zaman ke muttabiyeen ki hesiyat ummat-e-wasta ki hai. Is haqeeqat ko Quran mein in alfaaz mein bayan kiya gaya hai: "Wa kadhalika ja'alnakum ummatan wasatan litakunu shuhadaa'a 'alan-naasi wa yakuna ar-rasoolu 'alaykum shaheeda"</w:t>
      </w:r>
    </w:p>
    <w:p>
      <w:pPr>
        <w:jc w:val="right"/>
      </w:pPr>
      <w:r>
        <w:t>پہلے انبیاء کی حیثیت امت وسط کی ہوتی تھی۔ اب پیغمبر آخر الزماں کے متبعین کی حیثیت امت وسط کی ہے۔ اس حقیقت کو قرآن میں ان الفاظ میں بیان کیا گیا ہے: "وکذالک جعلناکم امت وسط لتکونوا شہداء علی الناس ویکون الرسول علیکم شہیدا"</w:t>
      </w:r>
    </w:p>
    <w:p>
      <w:r>
        <w:rPr>
          <w:b/>
        </w:rPr>
        <w:t xml:space="preserve">[27:03] </w:t>
      </w:r>
      <w:r>
        <w:t>Surah number do ayat 143 yani aur is tarah hum ne tum ko ummat-e-wasta bana diya taa ke tum ho batane wale logon par aur rasool ho tum par batane wala.</w:t>
      </w:r>
    </w:p>
    <w:p>
      <w:pPr>
        <w:jc w:val="right"/>
      </w:pPr>
      <w:r>
        <w:t>سورہ نمبر دو آیت 143 یعنی اور اس طرح ہم نے تم کو امت وسط بنا دیا تاکہ تم ہو بتانے والے لوگوں پر اور رسول ہو تم پر بتانے والا۔</w:t>
      </w:r>
    </w:p>
    <w:p>
      <w:r>
        <w:rPr>
          <w:b/>
        </w:rPr>
        <w:t xml:space="preserve">[27:18] </w:t>
      </w:r>
      <w:r>
        <w:t>Ummat-e-wasta ka matlab beech ki ummat yani middle community hai. Paighambar-e-Islam sal-lal-lahu alaihi wasallam ke muttabiyeen sab ke sab ummat-e-Muhammadi hain.</w:t>
      </w:r>
    </w:p>
    <w:p>
      <w:pPr>
        <w:jc w:val="right"/>
      </w:pPr>
      <w:r>
        <w:t>امت وسط کا مطلب بیچ کی امت یعنی مڈل کمیونٹی ہے۔ پیغمبر اسلام صلی اللہ علیہ وسلم کے متبعین سب کے سب امت محمدی ہیں۔</w:t>
      </w:r>
    </w:p>
    <w:p>
      <w:r>
        <w:rPr>
          <w:b/>
        </w:rPr>
        <w:t xml:space="preserve">[27:28] </w:t>
      </w:r>
      <w:r>
        <w:t>Un ki hesiyat dobara ummat-e-wasta ki hai. Sirf is farq ke sath ke paighambar-e-Khuda aur insan ke darmiyan ummat-e-wasta hotay thay.</w:t>
      </w:r>
    </w:p>
    <w:p>
      <w:pPr>
        <w:jc w:val="right"/>
      </w:pPr>
      <w:r>
        <w:t>ان کی حیثیت دوبارہ امت وسط کی ہے۔ صرف اس فرق کے ساتھ کہ پیغمبر خدا اور انسان کے درمیان امت وسط ہوتے تھے۔</w:t>
      </w:r>
    </w:p>
    <w:p>
      <w:r>
        <w:rPr>
          <w:b/>
        </w:rPr>
        <w:t xml:space="preserve">[27:37] </w:t>
      </w:r>
      <w:r>
        <w:t>Ab paighambar-e-aakhir-uz-zaman ke muttabiyeen Muhammad bin Abdullah aur aqwaam-e-alam ke darmiyan ummat-e-wasta ki hesiyat rakhtay hain.</w:t>
      </w:r>
    </w:p>
    <w:p>
      <w:pPr>
        <w:jc w:val="right"/>
      </w:pPr>
      <w:r>
        <w:t>اب پیغمبر آخر الزماں کے متبعین محمد ابن عبداللہ اور اقوام عالم کے درمیان امت وسط کی حیثیت رکھتے ہیں۔</w:t>
      </w:r>
    </w:p>
    <w:p>
      <w:r>
        <w:rPr>
          <w:b/>
        </w:rPr>
        <w:t xml:space="preserve">[27:47] </w:t>
      </w:r>
      <w:r>
        <w:t>Paighambar-e-aakhir-uz-zaman ki rehnumai ko janne ka zariya Quran aur sunnat-e-rasool hai. Ummat ko yeh karna hai ke khalis mawzu'i yani objective andaaz mein woh Quran aur sunnat-e-rasool ka mutala'a kare aur is ki taleemat ko kisi aamezish ke baghair puraman andaaz mein har daur ke insanon tak pohanchati rahe.</w:t>
      </w:r>
    </w:p>
    <w:p>
      <w:pPr>
        <w:jc w:val="right"/>
      </w:pPr>
      <w:r>
        <w:t>پیغمبر آخر الزماں کی رہنمائی کو جاننے کا ذریعہ قرآن اور سنت رسول ہے۔ امت کو یہ کرنا ہے کہ خالص موضوعی یعنی ابجیکٹو انداز میں وہ قرآن اور سنت رسول کا مطالعہ کرے اور اس کی تعلیمات کو کسی آمیزش کے بغیر پرامن انداز میں ہر دور کے انسانوں تک پہنچاتی رہے۔</w:t>
      </w:r>
    </w:p>
    <w:p>
      <w:r>
        <w:rPr>
          <w:b/>
        </w:rPr>
        <w:t xml:space="preserve">[28:08] </w:t>
      </w:r>
      <w:r>
        <w:t>Yeh kaam is ko tamam aqwaam ki qabil-e-fehm zabaan mein karna hai</w:t>
      </w:r>
    </w:p>
    <w:p>
      <w:pPr>
        <w:jc w:val="right"/>
      </w:pPr>
      <w:r>
        <w:t>یہ کام اس کو تمام اقوام کی قابل فہم زبان میں کرنا ہے</w:t>
      </w:r>
    </w:p>
    <w:p>
      <w:r>
        <w:rPr>
          <w:b/>
        </w:rPr>
        <w:t xml:space="preserve">[28:13] </w:t>
      </w:r>
      <w:r>
        <w:t>jaisa ke Quran mein aaya hai: "Wa ma arsalna min rasoolin illa bi lisaani qawmihi li yubayyina lahum" Surah number 14 ayat 4.</w:t>
      </w:r>
    </w:p>
    <w:p>
      <w:pPr>
        <w:jc w:val="right"/>
      </w:pPr>
      <w:r>
        <w:t>جیسا کہ قرآن میں آیا ہے: "وما أرسلنا من رسول إلا بلسان قومه ليبین لہم" سورہ نمبر 14 آیت 4۔</w:t>
      </w:r>
    </w:p>
    <w:p>
      <w:r>
        <w:rPr>
          <w:b/>
        </w:rPr>
        <w:t xml:space="preserve">[28:24] </w:t>
      </w:r>
      <w:r>
        <w:t>Is ki practical soorat yeh hai ke Quran ke tarajim tayyar kar ke un ko sari dunya mein phailaya jaye yahan tak ke hadith Musnad Ahmad hadith number 23814 ke mutabiq woh har chote aur bare ghar mein pohanch j</w:t>
      </w:r>
    </w:p>
    <w:p>
      <w:pPr>
        <w:jc w:val="right"/>
      </w:pPr>
      <w:r>
        <w:t>اس کی پریکٹیکل صورت یہ ہے کہ قرآن کے تراجم تیار کر کے ان کو ساری دنیا میں پھیلایا جائے یہاں تک کہ حدیث مسند احمد حدیث نمبر 23814 کے مطابق وہ ہر چھوٹے اور بڑے گھر میں پہنچ ج</w:t>
      </w:r>
    </w:p>
    <w:p>
      <w:r>
        <w:rPr>
          <w:b/>
        </w:rPr>
        <w:t xml:space="preserve">[28:39] </w:t>
      </w:r>
      <w:r>
        <w:t>aye. Yahi ummat-e-Muhammadi ka abadi mission hai. Khulasa yeh ke ummat-e-Muhammadi ki hesiyat se musalmanon ka ek hi mission hai aur woh hai da'wat ilallah.</w:t>
      </w:r>
    </w:p>
    <w:p>
      <w:pPr>
        <w:jc w:val="right"/>
      </w:pPr>
      <w:r>
        <w:t>ائے۔ یہی امت محمدی کا ابدی مشن ہے۔ خلاصہ یہ کہ امت محمدی کی حیثیت سے مسلمانوں کا ایک ہی مشن ہے اور وہ ہے دعوت الی اللہ۔</w:t>
      </w:r>
    </w:p>
    <w:p>
      <w:r>
        <w:rPr>
          <w:b/>
        </w:rPr>
        <w:t xml:space="preserve">[28:52] </w:t>
      </w:r>
      <w:r>
        <w:t>Da'wat ka yeh puraman kaam mukammal taur par ghair-siyasi yani non-political aur ghair-qaumi yani non-communal andaaz mein karna hai.</w:t>
      </w:r>
    </w:p>
    <w:p>
      <w:pPr>
        <w:jc w:val="right"/>
      </w:pPr>
      <w:r>
        <w:t>دعوت کا یہ پرامن کام مکمل طور پر غیر سیاسی یعنی نان پولیٹیکل اور غیر قومی یعنی نان کمیونل انداز میں کرنا ہے۔</w:t>
      </w:r>
    </w:p>
    <w:p>
      <w:r>
        <w:rPr>
          <w:b/>
        </w:rPr>
        <w:t xml:space="preserve">[29:03] </w:t>
      </w:r>
      <w:r>
        <w:t>Mazeed yeh ke is kaam ko is usool ke tehat anjaam dena chahiye</w:t>
      </w:r>
    </w:p>
    <w:p>
      <w:pPr>
        <w:jc w:val="right"/>
      </w:pPr>
      <w:r>
        <w:t>مزید یہ کہ اس کام کو اس اصول کے تحت انجام دینا چاہیے</w:t>
      </w:r>
    </w:p>
    <w:p>
      <w:r>
        <w:rPr>
          <w:b/>
        </w:rPr>
        <w:t xml:space="preserve">[29:07] </w:t>
      </w:r>
      <w:r>
        <w:t>jis ko Quran mein talif-e-qalb Surah Taubah ayat 60 kaha gaya hai. Talif-e-qalb ek abadi usool hai. Woh kabhi aur kisi haal mein mansookh hone wala nahi.</w:t>
      </w:r>
    </w:p>
    <w:p>
      <w:pPr>
        <w:jc w:val="right"/>
      </w:pPr>
      <w:r>
        <w:t>جس کو قرآن میں تالیف قلب سورہ توبہ آیت 60 کہا گیا ہے۔ تالیف قلب ایک ابدی اصول ہے۔ وہ کبھی اور کسی حال میں منسوخ ہونے والا نہیں۔</w:t>
      </w:r>
    </w:p>
    <w:p>
      <w:r>
        <w:rPr>
          <w:b/>
        </w:rPr>
        <w:t xml:space="preserve">[29:20] </w:t>
      </w:r>
      <w:r>
        <w:t>Al-Risalah February 2017 Maulana Wahiduddin Khan safha number 11.</w:t>
      </w:r>
    </w:p>
    <w:p>
      <w:pPr>
        <w:jc w:val="right"/>
      </w:pPr>
      <w:r>
        <w:t>الرسالہ فروری 2017 مولانا وحید الدین خان صفحہ نمبر 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