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From Political Empire to Opportunity Empire, Jan 3, 2010</w:t>
      </w:r>
    </w:p>
    <w:p>
      <w:r>
        <w:t>https://youtu.be/beXYK7vtZ04</w:t>
      </w:r>
    </w:p>
    <w:p>
      <w:r>
        <w:rPr>
          <w:b/>
        </w:rPr>
        <w:t xml:space="preserve">[00:13] </w:t>
      </w:r>
      <w:r>
        <w:t>Bismillah hir Rahman nir Rahim, wa salallahu ala nabiyyil karim. Rabbi shrahli sadri, wa yassirli amri, wah lul uqdatan min lisani yafqahu qawli.</w:t>
      </w:r>
    </w:p>
    <w:p>
      <w:pPr>
        <w:jc w:val="right"/>
      </w:pPr>
      <w:r>
        <w:t>بسم اللہ الرحمن الرحیم، وصلی اللہ علی النبی الکریم ۔ رباشرحلی صدری، و یسرلیام ری، واحلالعقدۃ منلسانی یفقہ قولی۔</w:t>
      </w:r>
    </w:p>
    <w:p>
      <w:r>
        <w:rPr>
          <w:b/>
        </w:rPr>
        <w:t xml:space="preserve">[00:34] </w:t>
      </w:r>
      <w:r>
        <w:t>aaj ka topic hai: From Political Empire to Opportunity Empire.</w:t>
      </w:r>
    </w:p>
    <w:p>
      <w:pPr>
        <w:jc w:val="right"/>
      </w:pPr>
      <w:r>
        <w:t>آجکا ٹاپکہے: فرام پولیٹیکل ایمپائر ٹو اپرچونیٹیایمپائر۔</w:t>
      </w:r>
    </w:p>
    <w:p>
      <w:r>
        <w:rPr>
          <w:b/>
        </w:rPr>
        <w:t xml:space="preserve">[00:51] </w:t>
      </w:r>
      <w:r>
        <w:t>asal subject par kuch kehne se pehle, mein aaj ka ek experience bayan karna chahta hoon.</w:t>
      </w:r>
    </w:p>
    <w:p>
      <w:pPr>
        <w:jc w:val="right"/>
      </w:pPr>
      <w:r>
        <w:t>اصل سبجیکٹپرکچھکہنےسےپہلے ، میں آج کا ایک ایکسپیرینس بیانکرناچاہتاہوں۔</w:t>
      </w:r>
    </w:p>
    <w:p>
      <w:r>
        <w:rPr>
          <w:b/>
        </w:rPr>
        <w:t xml:space="preserve">[01:04] </w:t>
      </w:r>
      <w:r>
        <w:t>aaj subah mere paas ek telephone aaya,</w:t>
      </w:r>
    </w:p>
    <w:p>
      <w:pPr>
        <w:jc w:val="right"/>
      </w:pPr>
      <w:r>
        <w:t>آج صبح میرےپاسایک ٹیلیفونآیا،</w:t>
      </w:r>
    </w:p>
    <w:p>
      <w:r>
        <w:rPr>
          <w:b/>
        </w:rPr>
        <w:t xml:space="preserve">[01:14] </w:t>
      </w:r>
      <w:r>
        <w:t>Durban se ek sahab bol rahe the. to</w:t>
      </w:r>
    </w:p>
    <w:p>
      <w:pPr>
        <w:jc w:val="right"/>
      </w:pPr>
      <w:r>
        <w:t>دکنسےایکصاحببولرہےتھے۔ تو</w:t>
      </w:r>
    </w:p>
    <w:p>
      <w:r>
        <w:rPr>
          <w:b/>
        </w:rPr>
        <w:t xml:space="preserve">[01:21] </w:t>
      </w:r>
      <w:r>
        <w:t>unhon ne kaha ke mein monthly magazine risala padhta hoon barabar, aur aap ki kitabein bhi padhi hain.</w:t>
      </w:r>
    </w:p>
    <w:p>
      <w:pPr>
        <w:jc w:val="right"/>
      </w:pPr>
      <w:r>
        <w:t>انہوں نے کہاکہمیں منتھلیمیگزین رسالہ پڑھتاہوںبرابر، اور آپ کیکتاب یںبھیپڑھیہیں۔</w:t>
      </w:r>
    </w:p>
    <w:p>
      <w:r>
        <w:rPr>
          <w:b/>
        </w:rPr>
        <w:t xml:space="preserve">[01:31] </w:t>
      </w:r>
      <w:r>
        <w:t>to maine un se poocha ke aap ne is se kya paya? to unhon ne kaha ke bohat si cheezein mili.</w:t>
      </w:r>
    </w:p>
    <w:p>
      <w:pPr>
        <w:jc w:val="right"/>
      </w:pPr>
      <w:r>
        <w:t>تومیںنےانسےپوچھاکہ آپ نے اسسےکیا پایا؟ توانہوںنےکہاکہبہت سیچیزملی ۔</w:t>
      </w:r>
    </w:p>
    <w:p>
      <w:r>
        <w:rPr>
          <w:b/>
        </w:rPr>
        <w:t xml:space="preserve">[01:43] </w:t>
      </w:r>
      <w:r>
        <w:t>to maine kaha nahi, ek baat bataiye.</w:t>
      </w:r>
    </w:p>
    <w:p>
      <w:pPr>
        <w:jc w:val="right"/>
      </w:pPr>
      <w:r>
        <w:t>تومیںنےکہانہیں ، ایکباتبتائیے۔</w:t>
      </w:r>
    </w:p>
    <w:p>
      <w:r>
        <w:rPr>
          <w:b/>
        </w:rPr>
        <w:t xml:space="preserve">[01:49] </w:t>
      </w:r>
      <w:r>
        <w:t>to</w:t>
      </w:r>
    </w:p>
    <w:p>
      <w:pPr>
        <w:jc w:val="right"/>
      </w:pPr>
      <w:r>
        <w:t>تو</w:t>
      </w:r>
    </w:p>
    <w:p>
      <w:r>
        <w:rPr>
          <w:b/>
        </w:rPr>
        <w:t xml:space="preserve">[01:50] </w:t>
      </w:r>
      <w:r>
        <w:t>unhon ne ek bohat hi meaningful baat kahi, mein chahta hoon ke aap sab log is ko pakdein.</w:t>
      </w:r>
    </w:p>
    <w:p>
      <w:pPr>
        <w:jc w:val="right"/>
      </w:pPr>
      <w:r>
        <w:t>انہوںنے ایکبہت ہی میننگفلباتکہی، میںچاہتاہوںکہآپسبلوگاسکو پکڑیں۔</w:t>
      </w:r>
    </w:p>
    <w:p>
      <w:r>
        <w:rPr>
          <w:b/>
        </w:rPr>
        <w:t xml:space="preserve">[02:01] </w:t>
      </w:r>
      <w:r>
        <w:t>unhon ne kaha ke aap ki jo writings hain, jo risala hai, is se mere andar ek nayi soch jaagi.</w:t>
      </w:r>
    </w:p>
    <w:p>
      <w:pPr>
        <w:jc w:val="right"/>
      </w:pPr>
      <w:r>
        <w:t>انہوںنےکہاکہ آپ کیجو رائٹنگزہیں،جو رسالہہے، اسسے میرےاندرایکن ئیسوچجاگی۔</w:t>
      </w:r>
    </w:p>
    <w:p>
      <w:r>
        <w:rPr>
          <w:b/>
        </w:rPr>
        <w:t xml:space="preserve">[02:11] </w:t>
      </w:r>
      <w:r>
        <w:t>woh unke alfaaz mein: " Seeing extraordinary in ordinary". ordinary cheezon mein extraordinary cheez daryaft karna,</w:t>
      </w:r>
    </w:p>
    <w:p>
      <w:pPr>
        <w:jc w:val="right"/>
      </w:pPr>
      <w:r>
        <w:t>وہانکےالفاظمیں: "سینگ ایکسٹراآرڈنری انآرڈنری"۔ آرڈنریچیزوںمیںایکسٹراآرڈنری چیز دریا فتکرنا،</w:t>
      </w:r>
    </w:p>
    <w:p>
      <w:r>
        <w:rPr>
          <w:b/>
        </w:rPr>
        <w:t xml:space="preserve">[02:26] </w:t>
      </w:r>
      <w:r>
        <w:t>yeh bohat hi important hai. isi ka naam hai marifat. marifat jis ko hum kehte hain, realization of God, woh kya hai ?</w:t>
      </w:r>
    </w:p>
    <w:p>
      <w:pPr>
        <w:jc w:val="right"/>
      </w:pPr>
      <w:r>
        <w:t>یہبہتہیامپورٹنٹہے۔ اسیکانامہے معرفت ۔ معرفتجس کوہمکہتےہیں، ریلائزیشنآفگاڈ، وہکیاہے ؟</w:t>
      </w:r>
    </w:p>
    <w:p>
      <w:r>
        <w:rPr>
          <w:b/>
        </w:rPr>
        <w:t xml:space="preserve">[02:38] </w:t>
      </w:r>
      <w:r>
        <w:t>woh yeh yeh hai. cheezon ko hum lete hain for granted ke taur par, toh cheezein hamein bas mamooli dikhai deti hain, koi khaas baat nahin hai.</w:t>
      </w:r>
    </w:p>
    <w:p>
      <w:pPr>
        <w:jc w:val="right"/>
      </w:pPr>
      <w:r>
        <w:t>وہ یہیہے۔ چیزوںکوہم لیتےہیں فار گانٹڈکےطورپر، توچیزیںہمیںبس معمولیدکھائیدیتیہیں،کوئیخاص باتنہیںہے۔</w:t>
      </w:r>
    </w:p>
    <w:p>
      <w:r>
        <w:rPr>
          <w:b/>
        </w:rPr>
        <w:t xml:space="preserve">[02:54] </w:t>
      </w:r>
      <w:r>
        <w:t>jismein bol raha hoon toh main koi sochta nahin ke bol raha hoon toh yeh toh ek meri kala hai, kaise hai insaan bol raha hai? toh bol na, chuki har aadmi bolta hai, toh usko ek ordinary cheez samajhta hai,</w:t>
      </w:r>
    </w:p>
    <w:p>
      <w:pPr>
        <w:jc w:val="right"/>
      </w:pPr>
      <w:r>
        <w:t>جسمیں بولرہاہوںتو میں کوئیسوچتانہیںکہبولرہاہوںتو یہتوایک میریکلہے،کیسےہےانسانبولرہاہے؟ تو بول نا ،چونکہہرآدمیبولتاہے،تواسکو ایک آرڈنریچیزسمجھتاہے،</w:t>
      </w:r>
    </w:p>
    <w:p>
      <w:r>
        <w:rPr>
          <w:b/>
        </w:rPr>
        <w:t xml:space="preserve">[03:09] </w:t>
      </w:r>
      <w:r>
        <w:t>ek normal cheez. lekin is bol ne mein aap daryaft karein, yeh toh meri kala hai. farmaiye realization of god.</w:t>
      </w:r>
    </w:p>
    <w:p>
      <w:pPr>
        <w:jc w:val="right"/>
      </w:pPr>
      <w:r>
        <w:t>ایک نارملچیز ۔ لیکن اسبول نےمیںآپ دریا فتکریں،یہتومیریکلہے۔ فرامہیربگنز ریلائزیشنآفگاڈ۔</w:t>
      </w:r>
    </w:p>
    <w:p>
      <w:r>
        <w:rPr>
          <w:b/>
        </w:rPr>
        <w:t xml:space="preserve">[03:24] </w:t>
      </w:r>
      <w:r>
        <w:t>ma'rifat ya realization jo hai, woh koi aisa nahin hai ke bas kalma ka lafz padh diya, aap ko ma'rifat mil gayi.</w:t>
      </w:r>
    </w:p>
    <w:p>
      <w:pPr>
        <w:jc w:val="right"/>
      </w:pPr>
      <w:r>
        <w:t>معرفت یا ریلائزیشن جوہے، وہ کوئی ایسانہیںہےکہ بس کلمہکالفظ پڑھدیا،آپبسمعرفتملگئی۔</w:t>
      </w:r>
    </w:p>
    <w:p>
      <w:r>
        <w:rPr>
          <w:b/>
        </w:rPr>
        <w:t xml:space="preserve">[03:35] </w:t>
      </w:r>
      <w:r>
        <w:t>nahin.</w:t>
      </w:r>
    </w:p>
    <w:p>
      <w:pPr>
        <w:jc w:val="right"/>
      </w:pPr>
      <w:r>
        <w:t>نہیں ۔</w:t>
      </w:r>
    </w:p>
    <w:p>
      <w:r>
        <w:rPr>
          <w:b/>
        </w:rPr>
        <w:t xml:space="preserve">[03:40] </w:t>
      </w:r>
      <w:r>
        <w:t>realization of god is not one time</w:t>
      </w:r>
    </w:p>
    <w:p>
      <w:pPr>
        <w:jc w:val="right"/>
      </w:pPr>
      <w:r>
        <w:t>ر یلائزیشن آف گاڈاز ناٹ اون ٹائم</w:t>
      </w:r>
    </w:p>
    <w:p>
      <w:r>
        <w:rPr>
          <w:b/>
        </w:rPr>
        <w:t xml:space="preserve">[03:48] </w:t>
      </w:r>
      <w:r>
        <w:t>experience, ek baar padh diya woh ho gaya.</w:t>
      </w:r>
    </w:p>
    <w:p>
      <w:pPr>
        <w:jc w:val="right"/>
      </w:pPr>
      <w:r>
        <w:t>ایکسپیرینس، ایکبار پڑھدیاتوہوگیا۔</w:t>
      </w:r>
    </w:p>
    <w:p>
      <w:r>
        <w:rPr>
          <w:b/>
        </w:rPr>
        <w:t xml:space="preserve">[03:52] </w:t>
      </w:r>
      <w:r>
        <w:t>realization is a continuous process,</w:t>
      </w:r>
    </w:p>
    <w:p>
      <w:pPr>
        <w:jc w:val="right"/>
      </w:pPr>
      <w:r>
        <w:t>ر یلائزیشن از اکنٹینی وسپروسیس،</w:t>
      </w:r>
    </w:p>
    <w:p>
      <w:r>
        <w:rPr>
          <w:b/>
        </w:rPr>
        <w:t xml:space="preserve">[04:00] </w:t>
      </w:r>
      <w:r>
        <w:t>an ending process. har waqt, har experience, har baat jo aap dekhte hain, jo sunte hain, jo aap tajurba karte hain, un sab mein la ilaha illallah ki jhalak hoti hai,</w:t>
      </w:r>
    </w:p>
    <w:p>
      <w:pPr>
        <w:jc w:val="right"/>
      </w:pPr>
      <w:r>
        <w:t>ان اینڈنگپروسیس۔ ہر وقت ،ہر ایکسپیرینس، ہرباتجوآپدیکھتےہیں ،جو سن تےہیں، جوآپ تجربہکرتےہیں، ان سب میں الا ؤاللہ کیجھلکہوتیہے،</w:t>
      </w:r>
    </w:p>
    <w:p>
      <w:r>
        <w:rPr>
          <w:b/>
        </w:rPr>
        <w:t xml:space="preserve">[04:19] </w:t>
      </w:r>
      <w:r>
        <w:t>khuda ki gul raiki jhalak hoti hai. toh ismein aap discover karte rahein. toh realization is a continuous process.</w:t>
      </w:r>
    </w:p>
    <w:p>
      <w:pPr>
        <w:jc w:val="right"/>
      </w:pPr>
      <w:r>
        <w:t>خداکی گل وریکی جھلکہوتیہے۔ تو اسمیںآپ ڈسکورکرتے رہیں۔ تو ر یلائزیشن از ا کنٹینیوسپروسیس۔</w:t>
      </w:r>
    </w:p>
    <w:p>
      <w:r>
        <w:rPr>
          <w:b/>
        </w:rPr>
        <w:t xml:space="preserve">[04:36] </w:t>
      </w:r>
      <w:r>
        <w:t>when you discover the there are extraordinary aspect in ordinary thing, farmaiye ma'rifat is a process, ek tarah se chalta rehta hai sari zindagi mein.</w:t>
      </w:r>
    </w:p>
    <w:p>
      <w:pPr>
        <w:jc w:val="right"/>
      </w:pPr>
      <w:r>
        <w:t>وینیوڈسکور دی ٹ دیرآر ایکسٹراآرڈنریاسپیکٹ ان ارڈنریتھنگ، فرامہیربگنز معرفت ای زاےپروسیس، ایکطرحسےچلتارہتاہےساریزندگی میں۔</w:t>
      </w:r>
    </w:p>
    <w:p>
      <w:r>
        <w:rPr>
          <w:b/>
        </w:rPr>
        <w:t xml:space="preserve">[04:57] </w:t>
      </w:r>
      <w:r>
        <w:t>kal main soch raha tha ke main aadmi khana khata hai, toh khana toh daal roti chawal hai, aur andar jaa kar ke jo factory hai,</w:t>
      </w:r>
    </w:p>
    <w:p>
      <w:pPr>
        <w:jc w:val="right"/>
      </w:pPr>
      <w:r>
        <w:t>کل میںسوچرہاتھاکہمیں آدمیکھاناکھاتاہے، تو کھاناتو دالروٹیچاولہے، اوراندرجاکرکےجو فیکٹریہے،</w:t>
      </w:r>
    </w:p>
    <w:p>
      <w:r>
        <w:rPr>
          <w:b/>
        </w:rPr>
        <w:t xml:space="preserve">[05:12] </w:t>
      </w:r>
      <w:r>
        <w:t>woh kya karti hai? usko convert karti hai blood mein, flesh mein, baal mein, bone mein, nakhun mein, aankh ke cell, kaan ke cell, itna saara ismein se banta hai,</w:t>
      </w:r>
    </w:p>
    <w:p>
      <w:pPr>
        <w:jc w:val="right"/>
      </w:pPr>
      <w:r>
        <w:t>وہکیاکرتیہے؟ اسکو کنورٹکرتیہے بلڈمیں ،فلیشمیں، بال میں ، بونمیں، ناخنمیں، آنکھکےسیل،کانکےسیل ،اتنا سارااسیمیںسےبنتاہے،</w:t>
      </w:r>
    </w:p>
    <w:p>
      <w:r>
        <w:rPr>
          <w:b/>
        </w:rPr>
        <w:t xml:space="preserve">[05:29] </w:t>
      </w:r>
      <w:r>
        <w:t>jo super kala hai, jo har din hota hai har aadmi ke body mein.</w:t>
      </w:r>
    </w:p>
    <w:p>
      <w:pPr>
        <w:jc w:val="right"/>
      </w:pPr>
      <w:r>
        <w:t>جو سپربریکلہے،جو ہردن ہوتاہے ہرآدمیکے باڈیمیں ۔</w:t>
      </w:r>
    </w:p>
    <w:p>
      <w:r>
        <w:rPr>
          <w:b/>
        </w:rPr>
        <w:t xml:space="preserve">[05:37] </w:t>
      </w:r>
      <w:r>
        <w:t>toh seeing an extraordinary in ordinary, yahi hai ma'rifat. jab tak aisa na ho, kuch nahin ho sakta.</w:t>
      </w:r>
    </w:p>
    <w:p>
      <w:pPr>
        <w:jc w:val="right"/>
      </w:pPr>
      <w:r>
        <w:t>تو سین گ ایکسٹراآرڈنری انآرڈنری ،یہیہےمعرفت۔ جبتکایسا نہہو ، کچھنہیںہوسکتا۔</w:t>
      </w:r>
    </w:p>
    <w:p>
      <w:r>
        <w:rPr>
          <w:b/>
        </w:rPr>
        <w:t xml:space="preserve">[05:52] </w:t>
      </w:r>
      <w:r>
        <w:t>ek baat mein aap ka dilao ke twenty century woh hai, beeswi sadi, poori ki poori Quran ki sadi hai, kyunke saare jo musalman uthe zamane mein, sab Quran Quran bolte the.</w:t>
      </w:r>
    </w:p>
    <w:p>
      <w:pPr>
        <w:jc w:val="right"/>
      </w:pPr>
      <w:r>
        <w:t>ایکباتمیںآپکا دلاؤںکہ ٹونٹی سن چریجوہے، بیسویںصدی ، پوریکیپوریقرآنکیصدی ہے، کیونکہ سارےجو مس لمان اٹھےزمانےمیں،سبقرآنقرآنبولتےتھے۔</w:t>
      </w:r>
    </w:p>
    <w:p>
      <w:r>
        <w:rPr>
          <w:b/>
        </w:rPr>
        <w:t xml:space="preserve">[06:04] </w:t>
      </w:r>
      <w:r>
        <w:t>Shah Syed ne Quran kaha, Allah Ali Khawar Al Muslimoon, jo Arab mein bane, unhone kaha: "Quran dastoor na".</w:t>
      </w:r>
    </w:p>
    <w:p>
      <w:pPr>
        <w:jc w:val="right"/>
      </w:pPr>
      <w:r>
        <w:t>شاہ سید نے قرآنکہا، اللہ علی خوار المسلمون،جوعربمیںبنے،انہوںنےکہا:" القرآندستور نا"۔</w:t>
      </w:r>
    </w:p>
    <w:p>
      <w:r>
        <w:rPr>
          <w:b/>
        </w:rPr>
        <w:t xml:space="preserve">[06:13] </w:t>
      </w:r>
      <w:r>
        <w:t>jisko dekhein, woh Quran Quran kar raha hai, aur result kuch nahin.</w:t>
      </w:r>
    </w:p>
    <w:p>
      <w:pPr>
        <w:jc w:val="right"/>
      </w:pPr>
      <w:r>
        <w:t>جسکو دیکھیں،وہقرآنقرآنکررہاہے، اوررزلٹکچھنہیں۔</w:t>
      </w:r>
    </w:p>
    <w:p>
      <w:r>
        <w:rPr>
          <w:b/>
        </w:rPr>
        <w:t xml:space="preserve">[06:20] </w:t>
      </w:r>
      <w:r>
        <w:t>result kya hai? politics chal rahi hai, militancy chal rahi hai. aaj aap dekhiye, aaj ke paper mein kya hai?</w:t>
      </w:r>
    </w:p>
    <w:p>
      <w:pPr>
        <w:jc w:val="right"/>
      </w:pPr>
      <w:r>
        <w:t>رزلٹکیاہے؟پولیٹکسچلرہیہے، ملٹینسیچلرہیہے۔ آجآپ دیکھیے، آجکےپیپرمیںکیاہے؟</w:t>
      </w:r>
    </w:p>
    <w:p>
      <w:r>
        <w:rPr>
          <w:b/>
        </w:rPr>
        <w:t xml:space="preserve">[06:31] </w:t>
      </w:r>
      <w:r>
        <w:t>Denmark mein 2005 mein, 75 saal ke ek aadmi ne ek cartoon chhapa, jismein Rasool Allah ko depict kiya is tarah ke aap ki jo pagdi thi, aap ke sar par, woh bomb ki shape mein thi.</w:t>
      </w:r>
    </w:p>
    <w:p>
      <w:pPr>
        <w:jc w:val="right"/>
      </w:pPr>
      <w:r>
        <w:t>ڈنمارکمیں 2 005 میں ، 75 سالہ ایکآدمینے ایککارٹونچھاپا، جسمیںرسولاللہکو ڈیپکٹکیااسطرح کہآپکیجوپگڑیتھی،آپکےسرپر،وہبم کیشیپمیںتھی۔</w:t>
      </w:r>
    </w:p>
    <w:p>
      <w:r>
        <w:rPr>
          <w:b/>
        </w:rPr>
        <w:t xml:space="preserve">[06:47] </w:t>
      </w:r>
      <w:r>
        <w:t>bas saari duniya ke musalman ghussa ho gaye, aur aaj tak unka ghussa khatam nahin hua. Somalia ka ek musalman naujawan, 28 saal ka, ghus gaya uske ghar mein.</w:t>
      </w:r>
    </w:p>
    <w:p>
      <w:pPr>
        <w:jc w:val="right"/>
      </w:pPr>
      <w:r>
        <w:t>بس ساریدنیا کےمسلمان غصہہوگئے، اور آج تک انکا غصہختمنہیںہوا ۔ صومالیہکاایک مسلمنوجوان، 2 8سالکا ،گھسگیااسکےگھرمیں۔</w:t>
      </w:r>
    </w:p>
    <w:p>
      <w:r>
        <w:rPr>
          <w:b/>
        </w:rPr>
        <w:t xml:space="preserve">[07:03] </w:t>
      </w:r>
      <w:r>
        <w:t>Quran mein hai toh yeh hai: "la tadkhalu bait ghaira baitikum hatta tasta'nisu". tsalmalah kisi ghair ke ghar mein baghair ijazat ke mutadakhil ho.</w:t>
      </w:r>
    </w:p>
    <w:p>
      <w:pPr>
        <w:jc w:val="right"/>
      </w:pPr>
      <w:r>
        <w:t>قرآنمیںہےتو یہہے: "لاتد خلوا بیتغیر بیتکمحتیتستان سو"۔تس لمال ہکسی غیر کےگھرمیں بغیرحجازکےمتداخلہو۔</w:t>
      </w:r>
    </w:p>
    <w:p>
      <w:r>
        <w:rPr>
          <w:b/>
        </w:rPr>
        <w:t xml:space="preserve">[07:15] </w:t>
      </w:r>
      <w:r>
        <w:t>woh zabardasti dakhil ho gaya, ek sawar knife le kar, aur Quran ka dhoom machi hui hai saari duniya mein. jisko dekhiye, woh Quran ka dars de raha hai, Quran ka charcha kar raha hai.</w:t>
      </w:r>
    </w:p>
    <w:p>
      <w:pPr>
        <w:jc w:val="right"/>
      </w:pPr>
      <w:r>
        <w:t>وہزبردستیداخلہوگیا، ایکساورنائفلےکر، اورقرآنکادھوممچیہوئیہےساریدنیا میں۔ جسکودیکھیے،وہقرآنکادرسدےرہاہے، قرآنکاچرچاکررہاہے۔</w:t>
      </w:r>
    </w:p>
    <w:p>
      <w:r>
        <w:rPr>
          <w:b/>
        </w:rPr>
        <w:t xml:space="preserve">[07:30] </w:t>
      </w:r>
      <w:r>
        <w:t>toh log jo hain, meri samajh aaye ke log Quran mein apne mind ko padhte hain.</w:t>
      </w:r>
    </w:p>
    <w:p>
      <w:pPr>
        <w:jc w:val="right"/>
      </w:pPr>
      <w:r>
        <w:t>تولوگ جوہیں، میریسمجھآئے کہلوگ قرآنمیں اپنے مائنڈکوپڑھتےہیں۔</w:t>
      </w:r>
    </w:p>
    <w:p>
      <w:r>
        <w:rPr>
          <w:b/>
        </w:rPr>
        <w:t xml:space="preserve">[07:37] </w:t>
      </w:r>
      <w:r>
        <w:t>jaise ek Hindu mujhse mile, unhone kaha ke main Quran ko padhta hoon barabar, toh main toh Quran mein padhta hoon, toh lagta hai main Gita padh raha hoon.</w:t>
      </w:r>
    </w:p>
    <w:p>
      <w:pPr>
        <w:jc w:val="right"/>
      </w:pPr>
      <w:r>
        <w:t>جیسےایکہندو مجھسےملے، انہوںنےکہاکہمیںقرآنکوپڑھتاہوں برابر ،تو میںتو قرآن میںپڑھتاہوں،تولگتاہےمیںگیتاپڑھرہاہوں۔</w:t>
      </w:r>
    </w:p>
    <w:p>
      <w:r>
        <w:rPr>
          <w:b/>
        </w:rPr>
        <w:t xml:space="preserve">[07:48] </w:t>
      </w:r>
      <w:r>
        <w:t>quran parhta hoon, to lagta hai ke mein yeh geeta parh raha hoon. yeh hi saare musalmanon ka haal hai. woh quran parhte hain, lekin apne mind ko iske andar parh rahe hote hain.</w:t>
      </w:r>
    </w:p>
    <w:p>
      <w:pPr>
        <w:jc w:val="right"/>
      </w:pPr>
      <w:r>
        <w:t>قرآنپڑھتاہوں،تولگتاہےکہمیںیہگیتاپڑھرہاہوں۔ یہیسارےمسلمانوںکاحال ہے۔ وہقرآنپڑھتےہیں،لیکن اپنے مائنڈکواسکےاندرپڑھرہےہوتےہیں۔</w:t>
      </w:r>
    </w:p>
    <w:p>
      <w:r>
        <w:rPr>
          <w:b/>
        </w:rPr>
        <w:t xml:space="preserve">[07:57] </w:t>
      </w:r>
      <w:r>
        <w:t>jiske mind mein politics hai, use politics parh raha hai. jiske mind mein multancy hai, woh multancy parh raha hai.</w:t>
      </w:r>
    </w:p>
    <w:p>
      <w:pPr>
        <w:jc w:val="right"/>
      </w:pPr>
      <w:r>
        <w:t>جسکےمائنڈمیں پولیٹکسہے، اسے پولیٹکسپڑھرہاہے۔ جسکےمائنڈمیں مل ٹینسیہے،وہملٹینسیپڑھرہاہے۔</w:t>
      </w:r>
    </w:p>
    <w:p>
      <w:r>
        <w:rPr>
          <w:b/>
        </w:rPr>
        <w:t xml:space="preserve">[08:05] </w:t>
      </w:r>
      <w:r>
        <w:t>jiske mind mein yeh hai ke mein peghambar woh hain, use koi insult na kare, to woh usko woh parh raha hai. to quran ke dhoom bache hue ek so baras se, woh result kuch bhi nahin hai, kyunke aapne mind ko badla nahin hai.</w:t>
      </w:r>
    </w:p>
    <w:p>
      <w:pPr>
        <w:jc w:val="right"/>
      </w:pPr>
      <w:r>
        <w:t>جسکےمائنڈمیںیہہےکہمیں پیغمبرجوہے، اسےکوئیانسرٹنہ کرے،تووہاسکووہپڑھرہاہے۔ تو قرآنکےدھومبچےہوئےایک سو برسسے، وہرزلٹکچھبھینہیںہے، کیونکہآپنےمائنڈکوبدلانہیں۔</w:t>
      </w:r>
    </w:p>
    <w:p>
      <w:r>
        <w:rPr>
          <w:b/>
        </w:rPr>
        <w:t xml:space="preserve">[08:20] </w:t>
      </w:r>
      <w:r>
        <w:t>mind ke andar thinking laaye nahin hain. aap mind ke andar yeh laaye nahin ke aap cheezon ko ghor jaa kar dekhein. bas quran parhna shuru kar diya.</w:t>
      </w:r>
    </w:p>
    <w:p>
      <w:pPr>
        <w:jc w:val="right"/>
      </w:pPr>
      <w:r>
        <w:t>مائنڈکےاندر تھنکنگلائےنہیں۔آپ مائنڈکےاندریہلائےنہیںکہآپچیزوںکوگھرجا کردیکھیں۔ بس قرآنپڑھناشروعکردیا۔</w:t>
      </w:r>
    </w:p>
    <w:p>
      <w:r>
        <w:rPr>
          <w:b/>
        </w:rPr>
        <w:t xml:space="preserve">[08:31] </w:t>
      </w:r>
      <w:r>
        <w:t>to bana jo jo mind jotha, jo inka bana hua, isi mind ko parhne lage. woh jaise is is hindu scholar ka mind geeta bana hua hai, to quran parha hota hai, to geeta parh raha hai iske andar. woh saare musalmanon ka yeh haal hai.</w:t>
      </w:r>
    </w:p>
    <w:p>
      <w:pPr>
        <w:jc w:val="right"/>
      </w:pPr>
      <w:r>
        <w:t>تو بنا جو جو مائنڈجوتھا، جوانکابناہوا،اسیمائنڈکوپڑھنےلگے۔وہ جیسےاس اسہندو اسکالرکامائنڈگیتا بناہواہے، تو قرآنپڑھاہوتاہے،توگیتاپڑھرہاہےاسکےاندر۔وہ سارے مسلمانوںکایہحالہے۔</w:t>
      </w:r>
    </w:p>
    <w:p>
      <w:r>
        <w:rPr>
          <w:b/>
        </w:rPr>
        <w:t xml:space="preserve">[08:49] </w:t>
      </w:r>
      <w:r>
        <w:t>i don't know any exception, maaf kijiye ga, bade chhote sab apne mind ko woh quran mein parh rahe hain,</w:t>
      </w:r>
    </w:p>
    <w:p>
      <w:pPr>
        <w:jc w:val="right"/>
      </w:pPr>
      <w:r>
        <w:t>آئیڈونٹنواینیایکسیپشن، معافکیجئےگا، بڑے چھوٹے سب اپنے مائنڈکووہقرآنمیںپڑھرہےہیں،</w:t>
      </w:r>
    </w:p>
    <w:p>
      <w:r>
        <w:rPr>
          <w:b/>
        </w:rPr>
        <w:t xml:space="preserve">[09:00] </w:t>
      </w:r>
      <w:r>
        <w:t>apne mind ko quran mein parh rahe hain.</w:t>
      </w:r>
    </w:p>
    <w:p>
      <w:pPr>
        <w:jc w:val="right"/>
      </w:pPr>
      <w:r>
        <w:t>اپنے مائنڈکوقرآنمیںپڑھرہےہیں۔</w:t>
      </w:r>
    </w:p>
    <w:p>
      <w:r>
        <w:rPr>
          <w:b/>
        </w:rPr>
        <w:t xml:space="preserve">[09:06] </w:t>
      </w:r>
      <w:r>
        <w:t>is se koi natija nahin. dekhiye, beginning woh hai, thinking se hoti hai. yaad rakhiye, quran ko parhne se pehle aapko mind banana hai,</w:t>
      </w:r>
    </w:p>
    <w:p>
      <w:pPr>
        <w:jc w:val="right"/>
      </w:pPr>
      <w:r>
        <w:t>اسسےکوئینتیجہنہیں۔ دیکھیے،بگننگجوہے، تھنکنگسےہوتیہے۔یادرکھیے، قرآنکوپڑھنےسےپہلے آپکو مائنڈبناناہے،</w:t>
      </w:r>
    </w:p>
    <w:p>
      <w:r>
        <w:rPr>
          <w:b/>
        </w:rPr>
        <w:t xml:space="preserve">[09:20] </w:t>
      </w:r>
      <w:r>
        <w:t>mind banana hai. agar mind bana hua nahin hai, to quran parhate rahiye.</w:t>
      </w:r>
    </w:p>
    <w:p>
      <w:pPr>
        <w:jc w:val="right"/>
      </w:pPr>
      <w:r>
        <w:t>مائنڈبناناہے۔ اگر مائنڈبناہوانہیںہے،تو قرآنپڑھاتےرہیے۔</w:t>
      </w:r>
    </w:p>
    <w:p>
      <w:r>
        <w:rPr>
          <w:b/>
        </w:rPr>
        <w:t xml:space="preserve">[09:27] </w:t>
      </w:r>
      <w:r>
        <w:t>yani beesveen sadi mein, mein bohat se logon ke naam le sakta hoon, jo top ke log, unhon ne yeh hi kaha ke quran parhna hai, quran parhna hai, quran parhna hai, quran ka dars dena hai, quran ka dars dena hai, quran ka dars dena hai.</w:t>
      </w:r>
    </w:p>
    <w:p>
      <w:pPr>
        <w:jc w:val="right"/>
      </w:pPr>
      <w:r>
        <w:t>یعنی بیسویںصدی میں، میںبہتسےلوگوںکےناملےسکتاہوں ،جوٹاپکےلوگ، انہوںنےیہیکہاکہقرآنپڑھاناہے،قرآنپڑھاناہے،قرآنپڑھاناہے، قرآنکادرسدیناہے،قرآنکادرسدیناہے،قرآنکادرسدیناہے۔</w:t>
      </w:r>
    </w:p>
    <w:p>
      <w:r>
        <w:rPr>
          <w:b/>
        </w:rPr>
        <w:t xml:space="preserve">[09:39] </w:t>
      </w:r>
      <w:r>
        <w:t>puri ek sau saal isi mein beete hain,</w:t>
      </w:r>
    </w:p>
    <w:p>
      <w:pPr>
        <w:jc w:val="right"/>
      </w:pPr>
      <w:r>
        <w:t>پوری ایک سوسال اسیمیںبیتےہیں،</w:t>
      </w:r>
    </w:p>
    <w:p>
      <w:r>
        <w:rPr>
          <w:b/>
        </w:rPr>
        <w:t xml:space="preserve">[09:43] </w:t>
      </w:r>
      <w:r>
        <w:t>tamam bade bade log. lekin result kya hai? multancy, political hangame, aur rasool allah ko koi zara sa, koi baat aapke mind mein aaye ke isne insult kiya, to maar daalo usko.</w:t>
      </w:r>
    </w:p>
    <w:p>
      <w:pPr>
        <w:jc w:val="right"/>
      </w:pPr>
      <w:r>
        <w:t>تمام بڑےبڑےلوگ ۔لیکن رزلٹکیاہے؟ مل ٹینسی، پولیٹیکل ہنگامے، اور رسولاللہ کو کوئیذراسا،کوئیباتآپکےمائنڈمیںآئےکہاسنے انسلٹکیا،تومارڈالواسکو۔</w:t>
      </w:r>
    </w:p>
    <w:p>
      <w:r>
        <w:rPr>
          <w:b/>
        </w:rPr>
        <w:t xml:space="preserve">[10:00] </w:t>
      </w:r>
      <w:r>
        <w:t>sahi hai? jis quran mein likha hua hai ke doosre ghar mein bina hijaz mutadakhil ho, wahan ghus gaya, ek saar naif le kar ke.</w:t>
      </w:r>
    </w:p>
    <w:p>
      <w:pPr>
        <w:jc w:val="right"/>
      </w:pPr>
      <w:r>
        <w:t>صحیحہے؟ جس قرآنمیںلکھاہواہےکہ دوسرےگھرمیں بنا حجازمتداخلہو، وہاںگھسگیا، ایکساورنائفلےکرکے۔</w:t>
      </w:r>
    </w:p>
    <w:p>
      <w:r>
        <w:rPr>
          <w:b/>
        </w:rPr>
        <w:t xml:space="preserve">[10:09] </w:t>
      </w:r>
      <w:r>
        <w:t>yeh kaun sa quran parh rahe hain log?</w:t>
      </w:r>
    </w:p>
    <w:p>
      <w:pPr>
        <w:jc w:val="right"/>
      </w:pPr>
      <w:r>
        <w:t>یہکونساقرآنپڑھرہےہیںلوگ ؟</w:t>
      </w:r>
    </w:p>
    <w:p>
      <w:r>
        <w:rPr>
          <w:b/>
        </w:rPr>
        <w:t xml:space="preserve">[10:14] </w:t>
      </w:r>
      <w:r>
        <w:t>kaun sa quran parh rahe hain? apne mind ko parh rahe hain quran mein.</w:t>
      </w:r>
    </w:p>
    <w:p>
      <w:pPr>
        <w:jc w:val="right"/>
      </w:pPr>
      <w:r>
        <w:t>کونساقرآنپڑھرہےہیں؟اپنے مائنڈکوپڑھرہےہیںقرآنمیں۔</w:t>
      </w:r>
    </w:p>
    <w:p>
      <w:r>
        <w:rPr>
          <w:b/>
        </w:rPr>
        <w:t xml:space="preserve">[10:20] </w:t>
      </w:r>
      <w:r>
        <w:t>ab mere experience ke mutabiq, is mein akabir ka bhi exception nahin hai. tamam bade bade log woh hain, quran mein parh rahe hain. kya?</w:t>
      </w:r>
    </w:p>
    <w:p>
      <w:pPr>
        <w:jc w:val="right"/>
      </w:pPr>
      <w:r>
        <w:t>ابمیرے ایکسپیرینسکےمطابق،اسمیں اکابرکابھیایکسیپشننہیںہے۔ تمام بڑےبڑےلوگجوہیں،قرآنمیںپڑھرہےہیں۔کیا ؟</w:t>
      </w:r>
    </w:p>
    <w:p>
      <w:r>
        <w:rPr>
          <w:b/>
        </w:rPr>
        <w:t xml:space="preserve">[10:31] </w:t>
      </w:r>
      <w:r>
        <w:t>aur mein misaal doon aapko, yeh saare log jo unhon ne quran ko parha, abhi twenty century mein, badi badi tehrikein uthain,</w:t>
      </w:r>
    </w:p>
    <w:p>
      <w:pPr>
        <w:jc w:val="right"/>
      </w:pPr>
      <w:r>
        <w:t>اور میں مثالدوںآپکو ،یہ سارےلوگ جوانہوںنےقرآنکوپڑھا،ابھیٹونٹیسنچریمیں،بڑیبڑیتحریکیںاٹھائیں،</w:t>
      </w:r>
    </w:p>
    <w:p>
      <w:r>
        <w:rPr>
          <w:b/>
        </w:rPr>
        <w:t xml:space="preserve">[10:40] </w:t>
      </w:r>
      <w:r>
        <w:t>unki jitni bhi activities theen, woh sab muslim oriented theen, without any exception.</w:t>
      </w:r>
    </w:p>
    <w:p>
      <w:pPr>
        <w:jc w:val="right"/>
      </w:pPr>
      <w:r>
        <w:t>ان کی جتنیبھی ایکٹیویٹیزتھیں،وہسب مسلم اورینٹڈتھیں، وداآؤٹاینیایکسیپشن ۔</w:t>
      </w:r>
    </w:p>
    <w:p>
      <w:r>
        <w:rPr>
          <w:b/>
        </w:rPr>
        <w:t xml:space="preserve">[10:50] </w:t>
      </w:r>
      <w:r>
        <w:t>without any exception, jitne top ke log hain, ya kuch bhi. sir syed ne quran ka naam liya, banaya kya? muslim university.</w:t>
      </w:r>
    </w:p>
    <w:p>
      <w:pPr>
        <w:jc w:val="right"/>
      </w:pPr>
      <w:r>
        <w:t>وداآؤٹاینیایکسیپشن،جتنے ٹاپکےلوگہیں،یاکچھبھی۔ سر سید نےقرآنکاناملیا ، بنایاکیا؟مسلمیونیورسٹی۔</w:t>
      </w:r>
    </w:p>
    <w:p>
      <w:r>
        <w:rPr>
          <w:b/>
        </w:rPr>
        <w:t xml:space="preserve">[11:02] </w:t>
      </w:r>
      <w:r>
        <w:t>is mein ek naam le raha hoon ke sab ka yahi haal hai, sab ka ke naam liya quran ka, aur activities muslim oriented.</w:t>
      </w:r>
    </w:p>
    <w:p>
      <w:pPr>
        <w:jc w:val="right"/>
      </w:pPr>
      <w:r>
        <w:t>اس میں ایکایکنام لےرہاہوںکہسب کایہیحالہے،سبکا کہنام لیاقرآنکا، اور ایکٹیویٹیزمسلماورینٹڈ۔</w:t>
      </w:r>
    </w:p>
    <w:p>
      <w:r>
        <w:rPr>
          <w:b/>
        </w:rPr>
        <w:t xml:space="preserve">[11:11] </w:t>
      </w:r>
      <w:r>
        <w:t>halanke quran mein aap parhein</w:t>
      </w:r>
    </w:p>
    <w:p>
      <w:pPr>
        <w:jc w:val="right"/>
      </w:pPr>
      <w:r>
        <w:t>حالانکہقرآنمیںآپپڑھیں</w:t>
      </w:r>
    </w:p>
    <w:p>
      <w:r>
        <w:rPr>
          <w:b/>
        </w:rPr>
        <w:t xml:space="preserve">[11:13] </w:t>
      </w:r>
      <w:r>
        <w:t>to quran mein aap dekhiye, nazeer nazeer bashar, nazeer insaan, nazeer lil naas, nazeer lil aalameen ka lafz hai.</w:t>
      </w:r>
    </w:p>
    <w:p>
      <w:pPr>
        <w:jc w:val="right"/>
      </w:pPr>
      <w:r>
        <w:t>تو قرآنمیںآپدیکھیے، نظیر نظ یر البشر ، نظیر الانسان، نظیر لل ناس، نظ یر للعالمینکالفظہے۔</w:t>
      </w:r>
    </w:p>
    <w:p>
      <w:r>
        <w:rPr>
          <w:b/>
        </w:rPr>
        <w:t xml:space="preserve">[11:27] </w:t>
      </w:r>
      <w:r>
        <w:t>delhi mein ek mote ram sardar the, to woh quran ko parha karte the. to unhon ne kaha ke quran mein likha hua hai: "alhamdulillah rabbil aalameen", aur musalman ka apna rakha hai: "alhamdulillah rabbil musalmeen".</w:t>
      </w:r>
    </w:p>
    <w:p>
      <w:pPr>
        <w:jc w:val="right"/>
      </w:pPr>
      <w:r>
        <w:t>دلیمیں ایک موتیرامسردارتھے، تووہ قرآنکوپڑھاکرتے تھے۔ توانہوںنےکہاکہقرآنمیںلکھاہواہے: "الحمدللہ ربالعالم ین"، اورمسلمانکا اپنارکھاہے:"الحمدللہرب المسلمین"۔</w:t>
      </w:r>
    </w:p>
    <w:p>
      <w:r>
        <w:rPr>
          <w:b/>
        </w:rPr>
        <w:t xml:space="preserve">[11:41] </w:t>
      </w:r>
      <w:r>
        <w:t>bilkul sahi kaha unhon ne.</w:t>
      </w:r>
    </w:p>
    <w:p>
      <w:pPr>
        <w:jc w:val="right"/>
      </w:pPr>
      <w:r>
        <w:t>بالکلصحیحکہاانہوںنے۔</w:t>
      </w:r>
    </w:p>
    <w:p>
      <w:r>
        <w:rPr>
          <w:b/>
        </w:rPr>
        <w:t xml:space="preserve">[11:43] </w:t>
      </w:r>
      <w:r>
        <w:t>yani quran parh kar ke aapke andar insani thinking kyun nahin aayi? insaan oriented think kyun nahin aayi? insaan se humdardi, insaan ko khuda ka paigham pahunchana, insaan se khair khwahi karna, insaan ke liye aapke dil mein valuing hona,</w:t>
      </w:r>
    </w:p>
    <w:p>
      <w:pPr>
        <w:jc w:val="right"/>
      </w:pPr>
      <w:r>
        <w:t>یعنیقرآن پڑھکرکےآپکےاندرانسانی تھنکنگکیوںنہیںآئی ؟ انسان اورینٹڈتھنککیوںنہیںآئی؟انسان سےہمدردی، انسان کو خداکاپیغامپہنچانا، انسان سے خیرخواہیکرنا ،انسانکےلیے آپ کےدل میں ویلوشنگہونا،</w:t>
      </w:r>
    </w:p>
    <w:p>
      <w:r>
        <w:rPr>
          <w:b/>
        </w:rPr>
        <w:t xml:space="preserve">[12:05] </w:t>
      </w:r>
      <w:r>
        <w:t>yehkyunnahinaya? printopreskazamana hai, quran chhap chhap kar aap sari dinya mein pohanchatay.</w:t>
      </w:r>
    </w:p>
    <w:p>
      <w:pPr>
        <w:jc w:val="right"/>
      </w:pPr>
      <w:r>
        <w:t>یہکیوںنہیںآیا؟ پرنٹوپریسکازمانہہے، قرآن چھاپچھاپکرآپ ساریدنیا میںپہنچاتے۔</w:t>
      </w:r>
    </w:p>
    <w:p>
      <w:r>
        <w:rPr>
          <w:b/>
        </w:rPr>
        <w:t xml:space="preserve">[12:14] </w:t>
      </w:r>
      <w:r>
        <w:t>military chal rahi hai, suicide bombing chal rahi hai, gharon mein ghus kar ke marne ka.</w:t>
      </w:r>
    </w:p>
    <w:p>
      <w:pPr>
        <w:jc w:val="right"/>
      </w:pPr>
      <w:r>
        <w:t>ملٹری چلرہیہے، سوسائیڈبمبنگچلرہیہے، گھروںمیںگھسکرکےمارنےکا۔</w:t>
      </w:r>
    </w:p>
    <w:p>
      <w:r>
        <w:rPr>
          <w:b/>
        </w:rPr>
        <w:t xml:space="preserve">[12:23] </w:t>
      </w:r>
      <w:r>
        <w:t>to quran kiya? konsa quran parh rahay hain log? quran mein apne mind ko parh rahay hain, quran mein apne mind ko parh rahay hain. woh</w:t>
      </w:r>
    </w:p>
    <w:p>
      <w:pPr>
        <w:jc w:val="right"/>
      </w:pPr>
      <w:r>
        <w:t>تو قرآنکیا؟کونساقرآنپڑھرہےہیںلوگ ؟ قرآنمیں اپنے مائنڈکوپڑھرہےہیں، قرآنمیں اپنے مائنڈکوپڑھرہےہیں۔وہ</w:t>
      </w:r>
    </w:p>
    <w:p>
      <w:r>
        <w:rPr>
          <w:b/>
        </w:rPr>
        <w:t xml:space="preserve">[12:36] </w:t>
      </w:r>
      <w:r>
        <w:t>misal ke tor par, ek misal mein deta hoon aap ko ke syed qutb bohat hi baray popular leader hain arab ke.</w:t>
      </w:r>
    </w:p>
    <w:p>
      <w:pPr>
        <w:jc w:val="right"/>
      </w:pPr>
      <w:r>
        <w:t>مثالکےطورپر،ایکمثالمیںدیتاہوںآپکو کہ سید قط ب بہت ہی بڑے پاپولر لیڈرہیںعرب کے ۔</w:t>
      </w:r>
    </w:p>
    <w:p>
      <w:r>
        <w:rPr>
          <w:b/>
        </w:rPr>
        <w:t xml:space="preserve">[12:45] </w:t>
      </w:r>
      <w:r>
        <w:t>unhon ne tafseer likhi hai poore quran ki: "fi zilal al-quran", poore quran ki tafseer.</w:t>
      </w:r>
    </w:p>
    <w:p>
      <w:pPr>
        <w:jc w:val="right"/>
      </w:pPr>
      <w:r>
        <w:t>انہوںنے تفسیرلکھیہے پورےقرآنکی : "فی ذلال القرآن" ،پورےقرآنکیتفسیر۔</w:t>
      </w:r>
    </w:p>
    <w:p>
      <w:r>
        <w:rPr>
          <w:b/>
        </w:rPr>
        <w:t xml:space="preserve">[12:53] </w:t>
      </w:r>
      <w:r>
        <w:t>aur kiya kiya unhon ne? governments se lar gaye,</w:t>
      </w:r>
    </w:p>
    <w:p>
      <w:pPr>
        <w:jc w:val="right"/>
      </w:pPr>
      <w:r>
        <w:t>اورکیا کیاانہوںنے؟ گورنمنٹسےلڑگئے،</w:t>
      </w:r>
    </w:p>
    <w:p>
      <w:r>
        <w:rPr>
          <w:b/>
        </w:rPr>
        <w:t xml:space="preserve">[12:58] </w:t>
      </w:r>
      <w:r>
        <w:t>yani misr ke, egypt ke shah farooq se laray, aur jamal abdullah se takrao shuru kar diya. jab ke quran mein likha hua hai ke takrao na karo.</w:t>
      </w:r>
    </w:p>
    <w:p>
      <w:pPr>
        <w:jc w:val="right"/>
      </w:pPr>
      <w:r>
        <w:t>یعنیمصر کے ،ایجپٹکے شاہ فاروقسےلڑے، اور جماعت عبداللہسےٹکراؤشروعکردیا۔ جب کہقرآنمیںلکھاہواہےکہٹکراؤنہکرو۔</w:t>
      </w:r>
    </w:p>
    <w:p>
      <w:r>
        <w:rPr>
          <w:b/>
        </w:rPr>
        <w:t xml:space="preserve">[13:11] </w:t>
      </w:r>
      <w:r>
        <w:t>quran mein misal di gayi malika saba ki, us ke takrao ko avoid kiya. quran mein misal di gayi hazrat yusuf alaihi salam ki, unhon ne mushrik king se takrao nahin kiya, aur takrao kiye bina jo opportunity mil rahi thi, us ko avail kiya unhon ne.</w:t>
      </w:r>
    </w:p>
    <w:p>
      <w:pPr>
        <w:jc w:val="right"/>
      </w:pPr>
      <w:r>
        <w:t>قرآنمیں مثالدیگئیملکہصباکی، اسکےٹکراؤکواوائڈکیا۔ قرآنمیںمثالدیگئیحضرتیوسفعلیہالسلامکی،انہوںنے مشرک کنگسےٹکراؤنہیںکیا، اور ٹکراؤکیےبنا جو اپرچونیٹیملرہیتھی،اسکواویلکیاانہوںنے۔</w:t>
      </w:r>
    </w:p>
    <w:p>
      <w:r>
        <w:rPr>
          <w:b/>
        </w:rPr>
        <w:t xml:space="preserve">[13:28] </w:t>
      </w:r>
      <w:r>
        <w:t>to shah farooq ke zamane mein bhi opportunities theen, us ko unhon ne avail nahin kiya. alwars to jamal abdul nasir ke zamane mein bhi opportunity thi, us ko avail nahin kiya. bas takra gaye, tum hato.</w:t>
      </w:r>
    </w:p>
    <w:p>
      <w:pPr>
        <w:jc w:val="right"/>
      </w:pPr>
      <w:r>
        <w:t>تو شاہ فاروقکےزمانےمیںبھی اپرچونیٹیزتھیں، اسکوانہوںنےاویلنہیںکیا۔ الورس ٹجماعت عبدالناصرکےزمانےمیںبھیاپرچونیٹیتھی،اسکواویلنہیںکیا۔بسٹکراگئے، تم ہٹو۔</w:t>
      </w:r>
    </w:p>
    <w:p>
      <w:r>
        <w:rPr>
          <w:b/>
        </w:rPr>
        <w:t xml:space="preserve">[13:41] </w:t>
      </w:r>
      <w:r>
        <w:t>unhon ne death throe takne ki policy ikhtiyar ki unhon ne. yeh kahan kahan ka quran tha? yeh tafseer likh rahay hain quran ki, chal rahay hain apne mind par.</w:t>
      </w:r>
    </w:p>
    <w:p>
      <w:pPr>
        <w:jc w:val="right"/>
      </w:pPr>
      <w:r>
        <w:t>انکوڈی تھروٹکرنےکیپالیسی اختیارکی انہوںنے۔یہکہاںکہاںکاقرآنتھا؟یہ تفسیرلکھرہےہیںقرآنکی، چلرہےہیںاپنے مائنڈپر ۔</w:t>
      </w:r>
    </w:p>
    <w:p>
      <w:r>
        <w:rPr>
          <w:b/>
        </w:rPr>
        <w:t xml:space="preserve">[13:52] </w:t>
      </w:r>
      <w:r>
        <w:t>tafseer likh rahay hain quran ki, aur chal rahay hain apne mind par. yeh sab ne kiya.</w:t>
      </w:r>
    </w:p>
    <w:p>
      <w:pPr>
        <w:jc w:val="right"/>
      </w:pPr>
      <w:r>
        <w:t>تفسیرلکھرہےہیںقرآنکی،اورچلرہےہیںاپنےمائنڈپر۔ یہ سب نےکیا۔</w:t>
      </w:r>
    </w:p>
    <w:p>
      <w:r>
        <w:rPr>
          <w:b/>
        </w:rPr>
        <w:t xml:space="preserve">[13:57] </w:t>
      </w:r>
      <w:r>
        <w:t>mein ek naam liya hai, mein ne misal ke liye, warna one to all sab ne yeh hi kiya hai ke quran ka naam le kar ke apna mind chalaya unhon ne.</w:t>
      </w:r>
    </w:p>
    <w:p>
      <w:pPr>
        <w:jc w:val="right"/>
      </w:pPr>
      <w:r>
        <w:t>میںایکنام لیا ہے،میںنے مثالکےلیے،ورنہ ون ٹوال سبنےیہیکیاہے کہقرآنکاناملےکرکےاپنامائنڈچلایاانہوںنے۔</w:t>
      </w:r>
    </w:p>
    <w:p>
      <w:r>
        <w:rPr>
          <w:b/>
        </w:rPr>
        <w:t xml:space="preserve">[14:08] </w:t>
      </w:r>
      <w:r>
        <w:t>sahi hai? yeh yeh konsa quran hai?</w:t>
      </w:r>
    </w:p>
    <w:p>
      <w:pPr>
        <w:jc w:val="right"/>
      </w:pPr>
      <w:r>
        <w:t>صحیحہے؟ یہیہکونساقرآنہے؟</w:t>
      </w:r>
    </w:p>
    <w:p>
      <w:r>
        <w:rPr>
          <w:b/>
        </w:rPr>
        <w:t xml:space="preserve">[14:14] </w:t>
      </w:r>
      <w:r>
        <w:t>isi liye quran mein yeh ayat hai ke quran koi logon ko gumrah karta hai, koi logon ko hidayat deta hai. khud quran mein yeh ayat hai</w:t>
      </w:r>
    </w:p>
    <w:p>
      <w:pPr>
        <w:jc w:val="right"/>
      </w:pPr>
      <w:r>
        <w:t>اسیلیے قرآنمیںیہآیتہے کہقرآن کوئیلوگوںکوگمراہکرتاہے، کوئیلوگوںکوہدایتدیتاہے۔ خود قرآنمیںیہآیتہے</w:t>
      </w:r>
    </w:p>
    <w:p>
      <w:r>
        <w:rPr>
          <w:b/>
        </w:rPr>
        <w:t xml:space="preserve">[14:26] </w:t>
      </w:r>
      <w:r>
        <w:t>ke quran koi logon ko gumrah karta hai, koi logon ko hidayat deta hai. to mein sochta tha ke kiya matlab hai is ka? to wohi hai ke quran parh kar ke aap ko geeta milay, quran parh kar ke aap ko apna mind milay, quran parh kar ke aap ko multi-nasi milay.</w:t>
      </w:r>
    </w:p>
    <w:p>
      <w:pPr>
        <w:jc w:val="right"/>
      </w:pPr>
      <w:r>
        <w:t>کہقرآنکوئیلوگوںکوگمراہکرتاہے،کوئیلوگوںکوہدایتدیتاہے۔ تو میں سوچتاتھا کہ کیامطلبہےاسکا ؟ تووہیہے کہ قرآنپڑھکرکےآپکوگیتاملے، قرآنپڑھکرکےآپکواپنامائنڈملے، قرآنپڑھکرکےآپکو مل ٹینسیملے۔</w:t>
      </w:r>
    </w:p>
    <w:p>
      <w:r>
        <w:rPr>
          <w:b/>
        </w:rPr>
        <w:t xml:space="preserve">[14:43] </w:t>
      </w:r>
      <w:r>
        <w:t>yeh yeh gumrahi. yani quran mein apne mind ko parhna yeh gumrahi hai, aur quran mein quran ko parhna yeh hidayat hai. dhoom machi hui hai quran ki sari dunya mein,</w:t>
      </w:r>
    </w:p>
    <w:p>
      <w:pPr>
        <w:jc w:val="right"/>
      </w:pPr>
      <w:r>
        <w:t>یہ یہ گمراہی۔ یعنیقرآنمیں اپنے مائنڈکوپڑھنا یہگمراہیہے، اورقرآنمیںقرآنکوپڑھنایہہدایتہے۔ دھوممچیہوئیہےقرآنکیساری دنیا میں،</w:t>
      </w:r>
    </w:p>
    <w:p>
      <w:r>
        <w:rPr>
          <w:b/>
        </w:rPr>
        <w:t xml:space="preserve">[14:56] </w:t>
      </w:r>
      <w:r>
        <w:t>yahan se le kar america tak. yahan dekhiye, bas dhoom hai quran majeed ki.</w:t>
      </w:r>
    </w:p>
    <w:p>
      <w:pPr>
        <w:jc w:val="right"/>
      </w:pPr>
      <w:r>
        <w:t>یہاںسےلےکرامریکہتک۔ یہاںدیکھیے،بسدھومہےقرآنمجیدکی۔</w:t>
      </w:r>
    </w:p>
    <w:p>
      <w:r>
        <w:rPr>
          <w:b/>
        </w:rPr>
        <w:t xml:space="preserve">[15:02] </w:t>
      </w:r>
      <w:r>
        <w:t>kyun? quran mein apne mind ko parhne ke liye.</w:t>
      </w:r>
    </w:p>
    <w:p>
      <w:pPr>
        <w:jc w:val="right"/>
      </w:pPr>
      <w:r>
        <w:t>کیوں؟قرآنمیںاپنےمائنڈکوپڑھنےکےلیے۔</w:t>
      </w:r>
    </w:p>
    <w:p>
      <w:r>
        <w:rPr>
          <w:b/>
        </w:rPr>
        <w:t xml:space="preserve">[15:08] </w:t>
      </w:r>
      <w:r>
        <w:t>yeh doosre logon mein bhi hai, jaise geeta ko lijiye. aap ghazi ka mind tha peaceful, to unhon ne quran mein geeta se nikal liya peaceful method nikal liya.</w:t>
      </w:r>
    </w:p>
    <w:p>
      <w:pPr>
        <w:jc w:val="right"/>
      </w:pPr>
      <w:r>
        <w:t>یہدوسرے لوگوںمیںبھیہے،جیسےگیتاکولیجئے۔آپ غازیکا مائنڈتھا پیسفل،توانہوںنے قرآن میںگیتاسےنکاللیا پیسفلمیتھڈنکاللیا۔</w:t>
      </w:r>
    </w:p>
    <w:p>
      <w:r>
        <w:rPr>
          <w:b/>
        </w:rPr>
        <w:t xml:space="preserve">[15:18] </w:t>
      </w:r>
      <w:r>
        <w:t>tilak ka mind tha doosra, to unhon ne is mein violence nikal liya.</w:t>
      </w:r>
    </w:p>
    <w:p>
      <w:pPr>
        <w:jc w:val="right"/>
      </w:pPr>
      <w:r>
        <w:t>تلککامائنڈتھادوسرا،توانہوںنےاسمیںوائیلنس نکاللیا۔</w:t>
      </w:r>
    </w:p>
    <w:p>
      <w:r>
        <w:rPr>
          <w:b/>
        </w:rPr>
        <w:t xml:space="preserve">[15:23] </w:t>
      </w:r>
      <w:r>
        <w:t>yani tilak ko geeta mein violence mila, violent method, aur ghazi ko usi waqt peaceful method mila. yahi musalmanon ka haal hai. har aadmi ka apna bana hua mind us ko toarta nahin hai. aadmi first of all, you have to decondition your mind.</w:t>
      </w:r>
    </w:p>
    <w:p>
      <w:pPr>
        <w:jc w:val="right"/>
      </w:pPr>
      <w:r>
        <w:t>یعنیتل ککو گیتامیں وائیلنسملا، وائلنٹمیتھڈ، اورغازیکواسیوقتپیسفلمیتھڈملا۔ یہی مس لمانوںکاحالہے۔ ہرآدمی کااپنابناہوا مائنڈاسکوتوڑتانہیں۔آدمی فرسٹ آف آل،یوہیوٹوڈیکنڈیشنیورمائنڈ۔</w:t>
      </w:r>
    </w:p>
    <w:p>
      <w:r>
        <w:rPr>
          <w:b/>
        </w:rPr>
        <w:t xml:space="preserve">[15:40] </w:t>
      </w:r>
      <w:r>
        <w:t>aap ko self-hammering karni hai. aap ko self-hammering apne mind ko toariye. qalaqul yawm wa la shaka ti apne shakla ko toariye,</w:t>
      </w:r>
    </w:p>
    <w:p>
      <w:pPr>
        <w:jc w:val="right"/>
      </w:pPr>
      <w:r>
        <w:t>آپ کو سیلفہیمرنگکرنیہے۔آپکو سیلفہیمرنگ اپنےمائنڈکوتوڑیے۔ قلقل یوم ولا شاک تی اپنے شاکلہکوتوڑیے،</w:t>
      </w:r>
    </w:p>
    <w:p>
      <w:r>
        <w:rPr>
          <w:b/>
        </w:rPr>
        <w:t xml:space="preserve">[15:52] </w:t>
      </w:r>
      <w:r>
        <w:t>warna aap ko kuch malam mile ga nahin quran se. aap ko kuch bhi nahin mile ga.</w:t>
      </w:r>
    </w:p>
    <w:p>
      <w:pPr>
        <w:jc w:val="right"/>
      </w:pPr>
      <w:r>
        <w:t>ورنہآپکچھ ملاملےگانہیںقرآنسے۔آپکو کچھبھینہیںملےگا۔</w:t>
      </w:r>
    </w:p>
    <w:p>
      <w:r>
        <w:rPr>
          <w:b/>
        </w:rPr>
        <w:t xml:space="preserve">[16:01] </w:t>
      </w:r>
      <w:r>
        <w:t>baray baray log jin hon ne tafseeren likhi hain quran majeed ke zamane mein, un sab ka yahi haal hai. tafseer likhi, lekin kaam woh kiya jo jisko islam quran ne nahin bataya tha.</w:t>
      </w:r>
    </w:p>
    <w:p>
      <w:pPr>
        <w:jc w:val="right"/>
      </w:pPr>
      <w:r>
        <w:t>بڑےبڑےلوگجنہوںنےتفسیریںلکھیہیںقرآنمجیدکےزمانےمیں، ان سب کایہیحال ہے۔تفسیرلکھ ی، لیکن کام وہکیا جوجسکواسلام قرآننےنہیںبتایاتھا۔</w:t>
      </w:r>
    </w:p>
    <w:p>
      <w:r>
        <w:rPr>
          <w:b/>
        </w:rPr>
        <w:t xml:space="preserve">[16:11] </w:t>
      </w:r>
      <w:r>
        <w:t>jis ki ek misal mein ne bataya aap ko ke ek shakhs nahin bata sakte aap jis ka jis ki thinking muslim oriented thinking nahin ho, jitne quran wale hain.</w:t>
      </w:r>
    </w:p>
    <w:p>
      <w:pPr>
        <w:jc w:val="right"/>
      </w:pPr>
      <w:r>
        <w:t>جسکیایکمثالمیںنےبتایاآپکو کہ ایک شخص نہیںبتاسکتےآپ جس کاجسکیتھنکنگمسلم اورینٹڈتھنکنگنہہو، جتنےقرآنوالے ہیں۔</w:t>
      </w:r>
    </w:p>
    <w:p>
      <w:r>
        <w:rPr>
          <w:b/>
        </w:rPr>
        <w:t xml:space="preserve">[16:23] </w:t>
      </w:r>
      <w:r>
        <w:t>halankeh quran to bar bar insan al as alameen ke alfaz bolta hai. li yakun lil alameen nazirah, sar-e-dunya ke liye nazir,</w:t>
      </w:r>
    </w:p>
    <w:p>
      <w:pPr>
        <w:jc w:val="right"/>
      </w:pPr>
      <w:r>
        <w:t>حالانکہقرآنتو باربار انسان الن اس عالمین کےالفاظبول تاہے۔ ل یکون للعالمین نظیرہ، ساریدنیا کےلیے نظیر،</w:t>
      </w:r>
    </w:p>
    <w:p>
      <w:r>
        <w:rPr>
          <w:b/>
        </w:rPr>
        <w:t xml:space="preserve">[16:39] </w:t>
      </w:r>
      <w:r>
        <w:t>sar-e-dunya ke liye nazir. li yakun lil alameen nazirah. to baat kya hai? apne mind ko pehle prepared mind banana hai.</w:t>
      </w:r>
    </w:p>
    <w:p>
      <w:pPr>
        <w:jc w:val="right"/>
      </w:pPr>
      <w:r>
        <w:t>ساریدنیا کےلیےنظیر۔لیکون للعالمین نظیرہ۔ تو باتکیاہے؟ اپنے مائنڈکوپہلے پریپیئرڈمائنڈبناناہے۔</w:t>
      </w:r>
    </w:p>
    <w:p>
      <w:r>
        <w:rPr>
          <w:b/>
        </w:rPr>
        <w:t xml:space="preserve">[16:49] </w:t>
      </w:r>
      <w:r>
        <w:t>first of all, you have to prepare your mind.</w:t>
      </w:r>
    </w:p>
    <w:p>
      <w:pPr>
        <w:jc w:val="right"/>
      </w:pPr>
      <w:r>
        <w:t>فرسٹ آف آل،یوہیوٹوپریپیئریورمائنڈ۔</w:t>
      </w:r>
    </w:p>
    <w:p>
      <w:r>
        <w:rPr>
          <w:b/>
        </w:rPr>
        <w:t xml:space="preserve">[16:53] </w:t>
      </w:r>
      <w:r>
        <w:t>first of all, you have to decondition your conditioning. here's the beginning, here's the beginning.</w:t>
      </w:r>
    </w:p>
    <w:p>
      <w:pPr>
        <w:jc w:val="right"/>
      </w:pPr>
      <w:r>
        <w:t>فرسٹآف آل،یوہیوٹوڈیکنڈیشناور کنڈیشننگ۔ ہیرازدابگننگ، ہیرازدابگننگ۔</w:t>
      </w:r>
    </w:p>
    <w:p>
      <w:r>
        <w:rPr>
          <w:b/>
        </w:rPr>
        <w:t xml:space="preserve">[17:06] </w:t>
      </w:r>
      <w:r>
        <w:t>apne jo mare ilm hai, jo mera nalaj hai, jo maine padha hai, main keh sakta hoon ke poori 20th century mein ek bhi exception nahi hai jinhone quran ko padhkar ke insaan ko nikala ho. ismein se quran ko padhkar ke dawat nikali ho. unhone quran ko padhkar mili kam, musalman oriented thinking,</w:t>
      </w:r>
    </w:p>
    <w:p>
      <w:pPr>
        <w:jc w:val="right"/>
      </w:pPr>
      <w:r>
        <w:t>اپنے جو میریعلم ہے، جو میرینالجہے،جومیںنےپڑھاہے، میں کہہسکتاہوںکہ پوریٹونٹی سنچریمیںایکبھیایکسیپشننہیںہے جنہوںنےقرآنکوپڑھکرکے انسانکونکالاہو۔اسمیںسے قرآنکوپڑھکرکےدعوتنکالیہو۔انہوںنے قرآنکوپڑھکر ملی کام ، مسلماورینٹڈتھنکنگ،</w:t>
      </w:r>
    </w:p>
    <w:p>
      <w:r>
        <w:rPr>
          <w:b/>
        </w:rPr>
        <w:t xml:space="preserve">[17:26] </w:t>
      </w:r>
      <w:r>
        <w:t>mili hangame, yeh yeh nikala unhone.</w:t>
      </w:r>
    </w:p>
    <w:p>
      <w:pPr>
        <w:jc w:val="right"/>
      </w:pPr>
      <w:r>
        <w:t>ملی ہنگامے، یہیہینکالاانہوںنے۔</w:t>
      </w:r>
    </w:p>
    <w:p>
      <w:r>
        <w:rPr>
          <w:b/>
        </w:rPr>
        <w:t xml:space="preserve">[17:33] </w:t>
      </w:r>
      <w:r>
        <w:t>to sab se pehle aap apni deconditioning kijiye, apne mind ko todiye, apne mindset ke. ab self self hammering ke zariye apne mindset ko todiye. aap tab quran samajh mein aayega, nahi to quran kuch nahi samajh mein aayega. quran mein aap padhenge, aap apna mind quran padhenge, ismein geeta dikhai degi aapko.</w:t>
      </w:r>
    </w:p>
    <w:p>
      <w:pPr>
        <w:jc w:val="right"/>
      </w:pPr>
      <w:r>
        <w:t>تو سب سے پہلے آپ اپنی ڈیکنڈیشننگکیجئے،اپنے مائنڈکوتوڑیے، اپنےمائنڈسیٹ کے۔ اب سیلف سیلفہیمرنگکےذریعےاپنےمائنڈسیٹکوتوڑیے۔آپ تبقرآنسمجھمیںآئےگا،نہیںتوقرآنکچھنہیںسمجھمیںآئےگا۔قرآنمیںآپپڑھیںگے،آپاپنامائنڈ قرآنپڑھیںگے،اسمیںگیتادکھائیدےگیآپکو۔</w:t>
      </w:r>
    </w:p>
    <w:p>
      <w:r>
        <w:rPr>
          <w:b/>
        </w:rPr>
        <w:t xml:space="preserve">[17:54] </w:t>
      </w:r>
      <w:r>
        <w:t>yahi haal hoga aapka.</w:t>
      </w:r>
    </w:p>
    <w:p>
      <w:pPr>
        <w:jc w:val="right"/>
      </w:pPr>
      <w:r>
        <w:t>یہیحالہوگاآپکا۔</w:t>
      </w:r>
    </w:p>
    <w:p>
      <w:r>
        <w:rPr>
          <w:b/>
        </w:rPr>
        <w:t xml:space="preserve">[17:58] </w:t>
      </w:r>
      <w:r>
        <w:t>ab dekhiye ke</w:t>
      </w:r>
    </w:p>
    <w:p>
      <w:pPr>
        <w:jc w:val="right"/>
      </w:pPr>
      <w:r>
        <w:t>ابدیکھیےکہ</w:t>
      </w:r>
    </w:p>
    <w:p>
      <w:r>
        <w:rPr>
          <w:b/>
        </w:rPr>
        <w:t xml:space="preserve">[18:03] </w:t>
      </w:r>
      <w:r>
        <w:t>abhi jo qissa hua hai america mein, major hasan ndal, ek filastini naujawan jo america mein america mein military mein tha,</w:t>
      </w:r>
    </w:p>
    <w:p>
      <w:pPr>
        <w:jc w:val="right"/>
      </w:pPr>
      <w:r>
        <w:t>ابھیجو قصہہواہے امریک ہمیں، میجر حسنندال، ایک فلسطینی نوجوان جو امریک ن امریک ن ملٹریمیں تھا،</w:t>
      </w:r>
    </w:p>
    <w:p>
      <w:r>
        <w:rPr>
          <w:b/>
        </w:rPr>
        <w:t xml:space="preserve">[18:19] </w:t>
      </w:r>
      <w:r>
        <w:t>aur usne 13 americanon ko maar dala. to yeh sab, yeh sab, yeh sab jaiza hai. yeh</w:t>
      </w:r>
    </w:p>
    <w:p>
      <w:pPr>
        <w:jc w:val="right"/>
      </w:pPr>
      <w:r>
        <w:t>اوراسنے 13امریکنوںکومارڈالا۔ تویہسب،یہسب،یہسبجائزہے۔یہ</w:t>
      </w:r>
    </w:p>
    <w:p>
      <w:r>
        <w:rPr>
          <w:b/>
        </w:rPr>
        <w:t xml:space="preserve">[18:29] </w:t>
      </w:r>
      <w:r>
        <w:t>kyun maar dala? abhi iska 31st ko, yani ab main english shaper mein maine padha 31st december ko ke kya kehta hai woh aadmi?</w:t>
      </w:r>
    </w:p>
    <w:p>
      <w:pPr>
        <w:jc w:val="right"/>
      </w:pPr>
      <w:r>
        <w:t>کیوںمارڈالا؟ ابھیاسکا تھرٹیفرسٹ کو ،یعنی ابمیں انگل شپیپر میںمیںنےپڑھا تھرٹیفرسٹ دسمبر کو کہکیاکہتاہےوہآدمی؟</w:t>
      </w:r>
    </w:p>
    <w:p>
      <w:r>
        <w:rPr>
          <w:b/>
        </w:rPr>
        <w:t xml:space="preserve">[18:42] </w:t>
      </w:r>
      <w:r>
        <w:t>woh kehta hai ke bajaye, yani muslims will establish inshallah the empire, the great empire once again in the world.</w:t>
      </w:r>
    </w:p>
    <w:p>
      <w:pPr>
        <w:jc w:val="right"/>
      </w:pPr>
      <w:r>
        <w:t>وہکہتاہےکہ بجائے، یعنی مسلم ز ول اسٹیبلش انشاءاللہ دیرایمپائر، دیرگریٹایمپائر ونساگین اندیورلڈ۔</w:t>
      </w:r>
    </w:p>
    <w:p>
      <w:r>
        <w:rPr>
          <w:b/>
        </w:rPr>
        <w:t xml:space="preserve">[18:56] </w:t>
      </w:r>
      <w:r>
        <w:t>yani yeh jo kar rahe hain, yeh sab kis liye kar rahe hain? ke dunya mein musalmanon ka dobara empire qaim ho. yeh kya hai? yeh andhepan ki baat hai.</w:t>
      </w:r>
    </w:p>
    <w:p>
      <w:pPr>
        <w:jc w:val="right"/>
      </w:pPr>
      <w:r>
        <w:t>یعنییہجوکررہےہیں،یہسب کسلیےکررہےہیں؟ کہدنیا میں مسلمانوںکادوبارہایمپائرقائمہو۔ یہکیاہے؟یہاندھےپنکیباتہے۔</w:t>
      </w:r>
    </w:p>
    <w:p>
      <w:r>
        <w:rPr>
          <w:b/>
        </w:rPr>
        <w:t xml:space="preserve">[19:07] </w:t>
      </w:r>
      <w:r>
        <w:t>empire to already qaim ho chuka hai. isi baat karte hue maine kaha kisi sahib se ke dekhiye, empire to already qaim ho chuka hai, lekin ghalati kahan hai?</w:t>
      </w:r>
    </w:p>
    <w:p>
      <w:pPr>
        <w:jc w:val="right"/>
      </w:pPr>
      <w:r>
        <w:t>ایمپائرتوالریڈیقائمہوچکاہے۔ اسیباتکرتے ہوئےمیںنےکہاکسیصاحبسے کہدیکھیے، ایمپائرتوالریڈیقائمہوچکاہے، لیکن غلطیکہاںہے؟</w:t>
      </w:r>
    </w:p>
    <w:p>
      <w:r>
        <w:rPr>
          <w:b/>
        </w:rPr>
        <w:t xml:space="preserve">[19:19] </w:t>
      </w:r>
      <w:r>
        <w:t>yeh ghalati yeh hai ke woh empire ko in terms of politics le rahe hain, woh log</w:t>
      </w:r>
    </w:p>
    <w:p>
      <w:pPr>
        <w:jc w:val="right"/>
      </w:pPr>
      <w:r>
        <w:t>یہغلطییہاںہے کہوہ ایمپائرکو انٹرمزآف پولیٹکس لےرہےہیں،وہلوگ</w:t>
      </w:r>
    </w:p>
    <w:p>
      <w:r>
        <w:rPr>
          <w:b/>
        </w:rPr>
        <w:t xml:space="preserve">[19:26] </w:t>
      </w:r>
      <w:r>
        <w:t>in terms of ideology nahi le rahe hain. woh maine aaj ka jo topic rakha hai, from political empire to opportunity empire.</w:t>
      </w:r>
    </w:p>
    <w:p>
      <w:pPr>
        <w:jc w:val="right"/>
      </w:pPr>
      <w:r>
        <w:t>انٹرمزآفآئیڈیالوجینہیںلےرہےہیں۔ وہیمیںنےآجکا جو ٹاپکرکھاہے، فر ام پولیٹیکل ایمپائر ٹواپرچونیٹیایمپائر ۔</w:t>
      </w:r>
    </w:p>
    <w:p>
      <w:r>
        <w:rPr>
          <w:b/>
        </w:rPr>
        <w:t xml:space="preserve">[19:38] </w:t>
      </w:r>
      <w:r>
        <w:t>to political empire bazahir nahi hai, to musalman wohi, sab se hi takkar rahe hain, negative bane hue hain.</w:t>
      </w:r>
    </w:p>
    <w:p>
      <w:pPr>
        <w:jc w:val="right"/>
      </w:pPr>
      <w:r>
        <w:t>تو پولیٹیکلایمپائر بظاہرنہیںہے، تو مس لمانجوہیں، سبسےہیٹکررہےہیں، نیگیٹیوبنےہوئےہیں۔</w:t>
      </w:r>
    </w:p>
    <w:p>
      <w:r>
        <w:rPr>
          <w:b/>
        </w:rPr>
        <w:t xml:space="preserve">[19:48] </w:t>
      </w:r>
      <w:r>
        <w:t>aain is waqt opportunity empire qaim ho chuka hai. opportunity empire sab mawaqe hi mawaqe, mawaqe hi mawaqe.</w:t>
      </w:r>
    </w:p>
    <w:p>
      <w:pPr>
        <w:jc w:val="right"/>
      </w:pPr>
      <w:r>
        <w:t>عیناسیوقت اپرچونیٹیایمپائرقائمہوچکاہے۔ اپرچونیٹیایمپائر سب مواقعہیمواقع،مواقعہیمواقع۔</w:t>
      </w:r>
    </w:p>
    <w:p>
      <w:r>
        <w:rPr>
          <w:b/>
        </w:rPr>
        <w:t xml:space="preserve">[20:02] </w:t>
      </w:r>
      <w:r>
        <w:t>jaise aaj jo dukan se mere paas chalpur aaya, to maine socha ke akbar jo tha, shahanshah tha, woh emperor tha, usko jaana tha agra se dakan.</w:t>
      </w:r>
    </w:p>
    <w:p>
      <w:pPr>
        <w:jc w:val="right"/>
      </w:pPr>
      <w:r>
        <w:t>جیسےآججو دکنسےمیرےپاسچہلپورآیا،تومیںنےسوچا کہ اکبرجوتھا، شہ نشاہتھا، وہایمپررتھا، اسکو جاناتھا آگرہسے دکن۔</w:t>
      </w:r>
    </w:p>
    <w:p>
      <w:r>
        <w:rPr>
          <w:b/>
        </w:rPr>
        <w:t xml:space="preserve">[20:18] </w:t>
      </w:r>
      <w:r>
        <w:t>to woh pahuncha gyarah din mein</w:t>
      </w:r>
    </w:p>
    <w:p>
      <w:pPr>
        <w:jc w:val="right"/>
      </w:pPr>
      <w:r>
        <w:t>تو وہ پہنچا گیارہدنمیں</w:t>
      </w:r>
    </w:p>
    <w:p>
      <w:r>
        <w:rPr>
          <w:b/>
        </w:rPr>
        <w:t xml:space="preserve">[20:21] </w:t>
      </w:r>
      <w:r>
        <w:t>agra se dakan. pahuncha ghode se jaagi tha. woh bada yahan se wohahan tak arrangement kiya gaya tha shahanshah ke liye. tab woh gyarah din safar karke dakan pahuncha.</w:t>
      </w:r>
    </w:p>
    <w:p>
      <w:pPr>
        <w:jc w:val="right"/>
      </w:pPr>
      <w:r>
        <w:t>آگرہسےدکن۔ پہنچا گھوڑےسےجاگیاتھا۔وہ بڑا یہاںسےوہاںتک ارینجمنٹکیاگیاتھا شہ نشاہکےلیے۔ تب وہ گیارہدن سفرکرکے دکنپہنچا۔</w:t>
      </w:r>
    </w:p>
    <w:p>
      <w:r>
        <w:rPr>
          <w:b/>
        </w:rPr>
        <w:t xml:space="preserve">[20:35] </w:t>
      </w:r>
      <w:r>
        <w:t>aaj kya hai? agar aap train se jaen to do din pahunchenge. aap hawai jahaz se jaen to do ghante pahunchenge. aap aur agar telephone istemal karen to aap ek second mein contact ho jata hai.</w:t>
      </w:r>
    </w:p>
    <w:p>
      <w:pPr>
        <w:jc w:val="right"/>
      </w:pPr>
      <w:r>
        <w:t>آجکیاہے؟ اگر آپ ٹرینسےجائیںتودودن پہنچیںگے۔آپ ہوا جہازسےجائیں تو دوگھنٹےپہنچیںگے۔آپ اور اگر ٹیلفوناستعمالکریں تو آپ ایک سیکنڈمیںکنٹیکٹہوجاتاہے۔</w:t>
      </w:r>
    </w:p>
    <w:p>
      <w:r>
        <w:rPr>
          <w:b/>
        </w:rPr>
        <w:t xml:space="preserve">[20:50] </w:t>
      </w:r>
      <w:r>
        <w:t>aapka jaise aaj meri baat hui, ek second mein contact ho gaya. hum baat karne lage to shahanshah akbar se zyada badi cheez mujhe mili hui hai.</w:t>
      </w:r>
    </w:p>
    <w:p>
      <w:pPr>
        <w:jc w:val="right"/>
      </w:pPr>
      <w:r>
        <w:t>آپکا جیسےآجمیریباتہوئی،ایکسیکنڈمیںکنٹیکٹہوگیا۔ ہمباتکرنے لگے تو شہ نشاہاکبرسےزیادہ بڑیچیز میںملیہوئیہے۔</w:t>
      </w:r>
    </w:p>
    <w:p>
      <w:r>
        <w:rPr>
          <w:b/>
        </w:rPr>
        <w:t xml:space="preserve">[21:02] </w:t>
      </w:r>
      <w:r>
        <w:t>zyada badi cheez physically hum jaana chahen tab bhi do ghante mein chale jayenge. nahi to baat karna hai yahin se, wahan se baat kar lijiye, dunya bhar se kar lijiye.</w:t>
      </w:r>
    </w:p>
    <w:p>
      <w:pPr>
        <w:jc w:val="right"/>
      </w:pPr>
      <w:r>
        <w:t>زیادہ بڑیچیز فزیکلیہمجاناچاہیںتببھیدوگھنٹےمیںچلےجائیںگے۔ نہیںتوباتکرناہے یہیںسے، وہاںسےباتکرلیجئے، دنیا بھرسےکرلیجئے۔</w:t>
      </w:r>
    </w:p>
    <w:p>
      <w:r>
        <w:rPr>
          <w:b/>
        </w:rPr>
        <w:t xml:space="preserve">[21:18] </w:t>
      </w:r>
      <w:r>
        <w:t>abhikal merepas yahan kashmir mein ek hain professor kaleem kaleemullah sahib, to woh apne haan class chalate hain.</w:t>
      </w:r>
    </w:p>
    <w:p>
      <w:pPr>
        <w:jc w:val="right"/>
      </w:pPr>
      <w:r>
        <w:t>ابھیکل میرےپاس یہاں کشمیرمیں ایکہیں پروفیسرکلیم کلیم اللہصاحب، تو وہ اپنے ہاں کلاسچلاتےہیں۔</w:t>
      </w:r>
    </w:p>
    <w:p>
      <w:r>
        <w:rPr>
          <w:b/>
        </w:rPr>
        <w:t xml:space="preserve">[21:30] </w:t>
      </w:r>
      <w:r>
        <w:t>to kal inka tha class chalane ka. hamare office mein the woh to time hua saade nau baje subah. to unse baat ho chuki thi. ab telephone par aapko address</w:t>
      </w:r>
    </w:p>
    <w:p>
      <w:pPr>
        <w:jc w:val="right"/>
      </w:pPr>
      <w:r>
        <w:t>تو کل انکادنتھا کلاسچلانےکا۔ہمارےافسمیںتھےوہ توٹائمانکاہوا ساڑھےنو بجے صبح۔ تو انسے باتہوچکیتھی۔ابٹیلفونپر آپکو ایڈریسک</w:t>
      </w:r>
    </w:p>
    <w:p>
      <w:r>
        <w:rPr>
          <w:b/>
        </w:rPr>
        <w:t xml:space="preserve">[21:42] </w:t>
      </w:r>
      <w:r>
        <w:t>karenge. to srinagar se unhone telephone kiya unko. mere office mein unki ghanti baji aur uske baad yahan se address karne lage woh.</w:t>
      </w:r>
    </w:p>
    <w:p>
      <w:pPr>
        <w:jc w:val="right"/>
      </w:pPr>
      <w:r>
        <w:t>ریںگے۔ تو سری نگرسےانہوںنےٹیلفونکیا انکو۔ میرےافسمیں انکیگھنٹیبجی اور اسکےبعدیہاںسےایڈریسکرنے لگےوہ۔</w:t>
      </w:r>
    </w:p>
    <w:p>
      <w:r>
        <w:rPr>
          <w:b/>
        </w:rPr>
        <w:t xml:space="preserve">[21:51] </w:t>
      </w:r>
      <w:r>
        <w:t>to speaker baithe hue hain dilli mein, audience hai srinagar mein, yaani one thousand kilometer ki doori.</w:t>
      </w:r>
    </w:p>
    <w:p>
      <w:pPr>
        <w:jc w:val="right"/>
      </w:pPr>
      <w:r>
        <w:t>تو سپیکربیٹھاہواہےدلیمیں، آڈینسہے سرینگرمیں، یعنی ون تھا کلومیٹرکیدوری۔</w:t>
      </w:r>
    </w:p>
    <w:p>
      <w:r>
        <w:rPr>
          <w:b/>
        </w:rPr>
        <w:t xml:space="preserve">[22:01] </w:t>
      </w:r>
      <w:r>
        <w:t>aur yahan se bol rahe hain, wahan woh sun rahe hain. to maine kaha ki dekhiye, pehle zamane mein yeh possible nahi tha.</w:t>
      </w:r>
    </w:p>
    <w:p>
      <w:pPr>
        <w:jc w:val="right"/>
      </w:pPr>
      <w:r>
        <w:t>اوریہاںسے بولرہےہیں،وہاںوہسنرہےہیں۔ تومیںنےکہاکہدیکھیے، پہلے زمانےمیںیہپاسیبلنہیںتھا۔</w:t>
      </w:r>
    </w:p>
    <w:p>
      <w:r>
        <w:rPr>
          <w:b/>
        </w:rPr>
        <w:t xml:space="preserve">[22:11] </w:t>
      </w:r>
      <w:r>
        <w:t>tareekh mein ek chhota sa qissa aata hai ki Hazrat Umar Farooq Razi Allah Anhu ke zamane mein Iran mein musalman faujen pahunchi hui thin.</w:t>
      </w:r>
    </w:p>
    <w:p>
      <w:pPr>
        <w:jc w:val="right"/>
      </w:pPr>
      <w:r>
        <w:t>تاریخ میںایکچھوٹاساقصہآتاہے کہ حضرتعمر فاروقرضیاللہعنہکےزمان ےمیں ایران میں مس لمان فوجیںپہنچیہوئیتھیں۔</w:t>
      </w:r>
    </w:p>
    <w:p>
      <w:r>
        <w:rPr>
          <w:b/>
        </w:rPr>
        <w:t xml:space="preserve">[22:22] </w:t>
      </w:r>
      <w:r>
        <w:t>to wahan par saarih general the, saarih naam tha unka. to pahad ki taraf se qatra tha.</w:t>
      </w:r>
    </w:p>
    <w:p>
      <w:pPr>
        <w:jc w:val="right"/>
      </w:pPr>
      <w:r>
        <w:t>تو وہاںپر ساریہ جنرلتھے، ساریہنام تھاانکا ۔ تو پہاڑکیطرفسے قطرہتھا۔</w:t>
      </w:r>
    </w:p>
    <w:p>
      <w:r>
        <w:rPr>
          <w:b/>
        </w:rPr>
        <w:t xml:space="preserve">[22:34] </w:t>
      </w:r>
      <w:r>
        <w:t>to Hazrat Umar us waqt jumme ke din tha, khutba de rahe the. khat</w:t>
      </w:r>
    </w:p>
    <w:p>
      <w:pPr>
        <w:jc w:val="right"/>
      </w:pPr>
      <w:r>
        <w:t>تو حضرتعمر اسوقت جمعہکےدنتھا،خطبہدےرہےتھے۔ خط</w:t>
      </w:r>
    </w:p>
    <w:p>
      <w:r>
        <w:rPr>
          <w:b/>
        </w:rPr>
        <w:t xml:space="preserve">[22:38] </w:t>
      </w:r>
      <w:r>
        <w:t>ba de rahe the, achanak unhone kaha: "Ya saarih al jabal! Ya saarih al jabal! " yaani: "Ae saarih! Pahad ki taraf dekho, idhar se aa raha hai dasta attack karne ke liye." to logon ko taajjub hua ki bhai yeh madine mein kya bol rahe hain? yeh to Allah taala ne, yaani ek miracle kiya.</w:t>
      </w:r>
    </w:p>
    <w:p>
      <w:pPr>
        <w:jc w:val="right"/>
      </w:pPr>
      <w:r>
        <w:t>بہدےرہےتھے،اچانکانہوںنےکہا:"یا ساریہ الجبل!یا ساریہالجبل! "یعنی:"اےساریہ! پہاڑکیطرفدیکھو، ادھرسےآرہاہے دست ہ اٹیککرنےکےلیے۔" تولوگوںکوتعجبہواکہبھئییہ مدینےمیں کیابولرہےہیں؟یہ تواللہ تعالینے ،یعنیایک بریکلکیا۔</w:t>
      </w:r>
    </w:p>
    <w:p>
      <w:r>
        <w:rPr>
          <w:b/>
        </w:rPr>
        <w:t xml:space="preserve">[23:00] </w:t>
      </w:r>
      <w:r>
        <w:t>ek miracle ke zariye se aisa mumkin hua</w:t>
      </w:r>
    </w:p>
    <w:p>
      <w:pPr>
        <w:jc w:val="right"/>
      </w:pPr>
      <w:r>
        <w:t>ایک بریکلکےذریعےسےایساممکنہوا</w:t>
      </w:r>
    </w:p>
    <w:p>
      <w:r>
        <w:rPr>
          <w:b/>
        </w:rPr>
        <w:t xml:space="preserve">[23:03] </w:t>
      </w:r>
      <w:r>
        <w:t>ki yeh khalifa jo hai, madine mein rehte hue Iran ko address kare, woh bhi ek jumla keh sake: "Ya saarih al jabal!"</w:t>
      </w:r>
    </w:p>
    <w:p>
      <w:pPr>
        <w:jc w:val="right"/>
      </w:pPr>
      <w:r>
        <w:t>کہیہخلیفہجوہے، مدینےمیںرہتےہوئے ایران کوایڈریسکرے، وہبھیایکجملہکہہسکے: "یا ساریہ الجبل!</w:t>
      </w:r>
    </w:p>
    <w:p>
      <w:r>
        <w:rPr>
          <w:b/>
        </w:rPr>
        <w:t xml:space="preserve">[23:13] </w:t>
      </w:r>
      <w:r>
        <w:t>aaj Khuda ne explosion kar diya hai. communication explosion hai! ab hum jire hain communication explosion ke zamane mein.</w:t>
      </w:r>
    </w:p>
    <w:p>
      <w:pPr>
        <w:jc w:val="right"/>
      </w:pPr>
      <w:r>
        <w:t>آجخدانے ایکسپلوژنکردیاہے۔ کمیونیکیشنایکسپلوژنہے!"اب ہمجیرہےہیںک میونیکیشنایکسپلوژنکےزمانےمیں۔</w:t>
      </w:r>
    </w:p>
    <w:p>
      <w:r>
        <w:rPr>
          <w:b/>
        </w:rPr>
        <w:t xml:space="preserve">[23:24] </w:t>
      </w:r>
      <w:r>
        <w:t>har aadmi baat kar sakta hai duniya bhar mein, jab chahe,</w:t>
      </w:r>
    </w:p>
    <w:p>
      <w:pPr>
        <w:jc w:val="right"/>
      </w:pPr>
      <w:r>
        <w:t>ہرآدمیباتکرسکتاہے دنیا بھرمیں،جبچاہے،</w:t>
      </w:r>
    </w:p>
    <w:p>
      <w:r>
        <w:rPr>
          <w:b/>
        </w:rPr>
        <w:t xml:space="preserve">[23:28] </w:t>
      </w:r>
      <w:r>
        <w:t>woh in seconds duniya mein kahin bhi aap contact kar sakte hain.</w:t>
      </w:r>
    </w:p>
    <w:p>
      <w:pPr>
        <w:jc w:val="right"/>
      </w:pPr>
      <w:r>
        <w:t>ودانسیکنڈزدنیا میں کہیںبھیآپ کنٹیکٹکرسکتےہیں۔</w:t>
      </w:r>
    </w:p>
    <w:p>
      <w:r>
        <w:rPr>
          <w:b/>
        </w:rPr>
        <w:t xml:space="preserve">[23:35] </w:t>
      </w:r>
      <w:r>
        <w:t>kal subah mere paas telephone aaya, wahan ke America mein hamare ek saath rehte hain, Khwaja Kaleemuddin. unhone bataya ki America mein ek ek ek woh telephone line kholi gayi hai.</w:t>
      </w:r>
    </w:p>
    <w:p>
      <w:pPr>
        <w:jc w:val="right"/>
      </w:pPr>
      <w:r>
        <w:t>کل صبحمیرےپاسٹیلفونآیا،وہاںکے امریک ہمیںہمارےایکساتھیرہتےہیں، خواجہ کلیمالدین۔ انہوںنےبتایاکہ امریک ہمیں ایک ایک ایک وہ ٹیلیفونکیلائن کھولیگئیہے۔</w:t>
      </w:r>
    </w:p>
    <w:p>
      <w:r>
        <w:rPr>
          <w:b/>
        </w:rPr>
        <w:t xml:space="preserve">[23:55] </w:t>
      </w:r>
      <w:r>
        <w:t>India, India mein aap 24 ghante jab chahe baat kijiye. ek baar aap isko subscribe kar lijiye, yaani ek baar aap subscribe kar lete hain to, yaani per call aapko kuch nahi dena hai.</w:t>
      </w:r>
    </w:p>
    <w:p>
      <w:pPr>
        <w:jc w:val="right"/>
      </w:pPr>
      <w:r>
        <w:t>انڈ یا، انڈیامیں آپ 24گھنٹےجبچاہےباتکیجئے۔ایکبارآپ اسکو سبسکرائبکرلیجئے، یعنیایکبارآپسبسکرائبکرلیتےہیںتو، یعنی پر کالآپکوکچھنہیںدیناہے۔</w:t>
      </w:r>
    </w:p>
    <w:p>
      <w:r>
        <w:rPr>
          <w:b/>
        </w:rPr>
        <w:t xml:space="preserve">[24:10] </w:t>
      </w:r>
      <w:r>
        <w:t>24 ghante baat karte rahiye, per call aapko kuch nahi dena hai. maine kaha: "Aaj kaisi ajeeb nemat hai! Kaisi ajeeb nemat hai ki ek aadmi America mein baitha hua hai aur yahan se baat kar raha hai!"</w:t>
      </w:r>
    </w:p>
    <w:p>
      <w:pPr>
        <w:jc w:val="right"/>
      </w:pPr>
      <w:r>
        <w:t>24گھنٹےباتکرتے رہیے،پرکالآپکوکچھنہیںدیناہے۔ میںنےکہا:"آجکیسیعجیبنعمتہے! کیسیعجیبنعمتہےکہایکآدمیامریکہمیںبیٹھاہواہے اوریہاںسےباتکررہاہے!"</w:t>
      </w:r>
    </w:p>
    <w:p>
      <w:r>
        <w:rPr>
          <w:b/>
        </w:rPr>
        <w:t xml:space="preserve">[24:24] </w:t>
      </w:r>
      <w:r>
        <w:t>to aap ghaur kijiye ki Shahanshah Akbar gyarah din mein Dilli se Deccan pahuncha tha. Akbar Farooq Razi Allah Anhu ko ek baar yeh mauqa mila ki woh madine mein bolen aur wahan par sunai de. Iran mein ab to explosion hai, explosion hai,</w:t>
      </w:r>
    </w:p>
    <w:p>
      <w:pPr>
        <w:jc w:val="right"/>
      </w:pPr>
      <w:r>
        <w:t>توآپغورکیجئےکہشہ نشاہاکبر گیارہدنمیں دلیسےدکنپہنچاتھا۔ اکبر فاروقرضیاللہعنہکوایکباریہموقعملاکہوہمدینےمیںبولیںاور وہاںپرسنائیدے۔ایران میں ابتوایکسپلوژنہے،ایکسپلوژنہے،</w:t>
      </w:r>
    </w:p>
    <w:p>
      <w:r>
        <w:rPr>
          <w:b/>
        </w:rPr>
        <w:t xml:space="preserve">[24:42] </w:t>
      </w:r>
      <w:r>
        <w:t>yaani mauqe ka ek explosion, yaani opportunities ka explosion.</w:t>
      </w:r>
    </w:p>
    <w:p>
      <w:pPr>
        <w:jc w:val="right"/>
      </w:pPr>
      <w:r>
        <w:t>یعنی مواقعکاایک سپلوژن،یعنی اپرچونیٹیزکاایکسپلوژن۔</w:t>
      </w:r>
    </w:p>
    <w:p>
      <w:r>
        <w:rPr>
          <w:b/>
        </w:rPr>
        <w:t xml:space="preserve">[24:51] </w:t>
      </w:r>
      <w:r>
        <w:t>ek kaisi ajeeb cheez hai ki mauqe ki bharmar hai aur log ro rahe hain, complain kar rahe hain, khwamkhwah jaakar ke maar rahe hain.</w:t>
      </w:r>
    </w:p>
    <w:p>
      <w:pPr>
        <w:jc w:val="right"/>
      </w:pPr>
      <w:r>
        <w:t>ایککیسیعجیبچیزہے کہمواقعکیبھرمار ہے اور لوگ رورہےہیں،کمپلینکررہےہیں، خوامخواہ جاکرکےماررہےہیں۔</w:t>
      </w:r>
    </w:p>
    <w:p>
      <w:r>
        <w:rPr>
          <w:b/>
        </w:rPr>
        <w:t xml:space="preserve">[25:01] </w:t>
      </w:r>
      <w:r>
        <w:t>jo aadmi ghusa Dunbar ke cartoon ke ghar mein, usko agar waqe ya salam mila ho tha, Quran mila ho tha, Rasool Allah ki surat mili ho thi to woh jaata aur naakkarta,</w:t>
      </w:r>
    </w:p>
    <w:p>
      <w:pPr>
        <w:jc w:val="right"/>
      </w:pPr>
      <w:r>
        <w:t>جو آدمیگھسا ڈنبارکےکارٹونیکےگھرمیں، اسکو اگر واقع یاسلام ملاہواتھا،قرآنملاہواتھا، رسولاللہکیسورتملیہوئیتھی تووہجاتا اورناککرتا،</w:t>
      </w:r>
    </w:p>
    <w:p>
      <w:r>
        <w:rPr>
          <w:b/>
        </w:rPr>
        <w:t xml:space="preserve">[25:17] </w:t>
      </w:r>
      <w:r>
        <w:t>kehta ki mere paighambar ne, mere Quran ne bataya ki pehle naqara, phir milo.</w:t>
      </w:r>
    </w:p>
    <w:p>
      <w:pPr>
        <w:jc w:val="right"/>
      </w:pPr>
      <w:r>
        <w:t>کہتاکہمیرےپیغمبرنے ،میرےقرآننےبتایاکہپہلے ناککرو،پھر ملو۔</w:t>
      </w:r>
    </w:p>
    <w:p>
      <w:r>
        <w:rPr>
          <w:b/>
        </w:rPr>
        <w:t xml:space="preserve">[25:24] </w:t>
      </w:r>
      <w:r>
        <w:t>aur uske baad kehta hai ki main aapko aaya hoon yeh Quran pesh karne ke liye kyunki paighambar ne kaha hai ki ek zamana aayega ki jab yeh mumkin ho jayega ki ghar ghar mein word of God pahunch sake.</w:t>
      </w:r>
    </w:p>
    <w:p>
      <w:pPr>
        <w:jc w:val="right"/>
      </w:pPr>
      <w:r>
        <w:t>اوراسکےبعدکہتاہےکہمیں آپکوآیاہوں یہقرآنپیش کرنےکےلیے کیونکہپیغمبرنےکہاہے کہایکزمانہآئےگاکہجب یہممکنہوجائےگاکہگھرگھرمیں ورڈآفگاڈپہنچسکے۔</w:t>
      </w:r>
    </w:p>
    <w:p>
      <w:r>
        <w:rPr>
          <w:b/>
        </w:rPr>
        <w:t xml:space="preserve">[25:36] </w:t>
      </w:r>
      <w:r>
        <w:t>yeh thi printing, age of printing ki peshangoi. jab tak printing press nahi aayi thi to aap kaise pahunchate?</w:t>
      </w:r>
    </w:p>
    <w:p>
      <w:pPr>
        <w:jc w:val="right"/>
      </w:pPr>
      <w:r>
        <w:t>یہ تھی پرنٹ نگ، ایجآفپرنٹنگکی پی شنگوئی۔ جبتک پرنٹنگپریسنہیںآیاتھاتوآپکیسےپہنچاتے؟</w:t>
      </w:r>
    </w:p>
    <w:p>
      <w:r>
        <w:rPr>
          <w:b/>
        </w:rPr>
        <w:t xml:space="preserve">[25:45] </w:t>
      </w:r>
      <w:r>
        <w:t>kaise pahunchate? aap to communication aaya, printing aayi aur hazaron cheezein aayin. to woh jaakar kehta hai ki main, mere mere mere paighambar ne yeh kaha hai ki logon ko word of God pahunchao, to main aapko pahunchane aaya hoon.</w:t>
      </w:r>
    </w:p>
    <w:p>
      <w:pPr>
        <w:jc w:val="right"/>
      </w:pPr>
      <w:r>
        <w:t>کیسےپہنچاتے؟آپ توکمیونیکیشنآیا،پرنٹنگآئی اور ہزاروںچیزیںآئیں۔ تو وہجاکرکہتاہےکہمیں، میرے میرے میرےپیغمبرنےیہکہاہےکہلوگوںکو ورڈآفگاڈپہنچاؤ، تو میںآپکوپہنچانےآیاہوں۔</w:t>
      </w:r>
    </w:p>
    <w:p>
      <w:r>
        <w:rPr>
          <w:b/>
        </w:rPr>
        <w:t xml:space="preserve">[26:03] </w:t>
      </w:r>
      <w:r>
        <w:t>aur woh wahan ek sa aur knife le kar ghus gaya. kyun? log Quran padhte hain, apne mind unhein dikhayi jaata hai. ismein Hadees padhte hain, ismein apna mind dikhayi jaata hai. ismein</w:t>
      </w:r>
    </w:p>
    <w:p>
      <w:pPr>
        <w:jc w:val="right"/>
      </w:pPr>
      <w:r>
        <w:t>اوروہ وہاں ایکساورنائفلےکرگھسگیا۔ کیوں؟لوگ قرآنپڑھتےہیں،اپنے مائنڈ انہیں دکھایاجاتا ہے۔اسمیں حدیثپڑھتےہیں،اسمیںاپنامائنڈدکھایاجاتاہے۔اسمیں</w:t>
      </w:r>
    </w:p>
    <w:p>
      <w:r>
        <w:rPr>
          <w:b/>
        </w:rPr>
        <w:t xml:space="preserve">[26:19] </w:t>
      </w:r>
      <w:r>
        <w:t>to kisi ki samajh mein yeh nahin aaya hai ke from where the beginning.</w:t>
      </w:r>
    </w:p>
    <w:p>
      <w:pPr>
        <w:jc w:val="right"/>
      </w:pPr>
      <w:r>
        <w:t>توکسی کیسمجھمیںیہ نہیںآیاہےکہ فرامویئردابگننگ۔</w:t>
      </w:r>
    </w:p>
    <w:p>
      <w:r>
        <w:rPr>
          <w:b/>
        </w:rPr>
        <w:t xml:space="preserve">[26:26] </w:t>
      </w:r>
      <w:r>
        <w:t>Arab mein ek martaba ek sheikh ne mujh se kaha tha ke from where to begin. Yahi baat maine kaha, main yahi baat maine kaha. Aap log in terms of program beginning sochte hain.</w:t>
      </w:r>
    </w:p>
    <w:p>
      <w:pPr>
        <w:jc w:val="right"/>
      </w:pPr>
      <w:r>
        <w:t>عرب میںایکمرتبہایکشیخنےمجھسےکہاتھاکہ من نبدا فرامویئرٹوبگن۔ یہیباتمیںنےکہا،میںیہیباتمیںنےکہا۔آپلوگ انٹرمآفپروگرامبگننگسوچتےہیں۔</w:t>
      </w:r>
    </w:p>
    <w:p>
      <w:r>
        <w:rPr>
          <w:b/>
        </w:rPr>
        <w:t xml:space="preserve">[26:37] </w:t>
      </w:r>
      <w:r>
        <w:t>yeh maine ise kaha ke konsa practical program ho, wahan se aap shuru karein.</w:t>
      </w:r>
    </w:p>
    <w:p>
      <w:pPr>
        <w:jc w:val="right"/>
      </w:pPr>
      <w:r>
        <w:t>یہمیںنےاسےکہا کہکونساپریکٹیکلپروگرامہو،وہاںسےآپشروعکریں۔</w:t>
      </w:r>
    </w:p>
    <w:p>
      <w:r>
        <w:rPr>
          <w:b/>
        </w:rPr>
        <w:t xml:space="preserve">[26:44] </w:t>
      </w:r>
      <w:r>
        <w:t>nahin, in terms of beginning, in terms of program beginning nahin hoti hai ke aap koi dhoom machayein, isko samjhein ke main beginning kar raha hoon. nahin, mind ko badliye, soch ko badliye.</w:t>
      </w:r>
    </w:p>
    <w:p>
      <w:pPr>
        <w:jc w:val="right"/>
      </w:pPr>
      <w:r>
        <w:t>نہیں ، انٹرمآفبگننگ، انٹرمآفپروگرامبگننگنہیںہوتیہے کہآپکوئیدھوممچائیں،اسکوسمجھیںکہمیںبگننگکررہاہوں۔ نہیں ، مائنڈکوبد لیے،سوچکوبدلیے۔</w:t>
      </w:r>
    </w:p>
    <w:p>
      <w:r>
        <w:rPr>
          <w:b/>
        </w:rPr>
        <w:t xml:space="preserve">[26:59] </w:t>
      </w:r>
      <w:r>
        <w:t>here the starting point. to munabda jo kehte kaha, unhone unke zehan mein yeh tha ke koi aisa baat ho jaye ke hukoomat se takrao karein, kuch jalse jaloos karein, kuch seminar karein.</w:t>
      </w:r>
    </w:p>
    <w:p>
      <w:pPr>
        <w:jc w:val="right"/>
      </w:pPr>
      <w:r>
        <w:t>ہیئردےسٹارٹنگپوائنٹ۔ تو من نبداجوکہتے کہا،انہوںنے انکےذہنمیںیہتھاکہکوئیایسا باتہوجائےکہحکومت سے ٹکراؤکریں، کچھ جلسہجلوسکریں،کچھسیمینارکریں۔</w:t>
      </w:r>
    </w:p>
    <w:p>
      <w:r>
        <w:rPr>
          <w:b/>
        </w:rPr>
        <w:t xml:space="preserve">[27:14] </w:t>
      </w:r>
      <w:r>
        <w:t>woh woh beginning nahin hai, woh woh beginning nahin hai. woh to isi ek hi ek ek choti si baat ko unhone samjha ke kahan se beginning, kahan se hoti hai, starting point kahan hai,</w:t>
      </w:r>
    </w:p>
    <w:p>
      <w:pPr>
        <w:jc w:val="right"/>
      </w:pPr>
      <w:r>
        <w:t>وہ وہبگننگنہیںہے،وہ وہبگننگنہیںہے۔ وہ تو اسی ایکہی ایک ایکچھوٹیسیباتکوانہوںنےسمجھا کہ کہاںسے بگننگ،کہاںسےہوتیہے،سٹارٹنگپوائنٹکہاںہے،</w:t>
      </w:r>
    </w:p>
    <w:p>
      <w:r>
        <w:rPr>
          <w:b/>
        </w:rPr>
        <w:t xml:space="preserve">[27:29] </w:t>
      </w:r>
      <w:r>
        <w:t>starting point kahan hai.</w:t>
      </w:r>
    </w:p>
    <w:p>
      <w:pPr>
        <w:jc w:val="right"/>
      </w:pPr>
      <w:r>
        <w:t>سٹارٹنگپوائنٹکہاںہے۔</w:t>
      </w:r>
    </w:p>
    <w:p>
      <w:r>
        <w:rPr>
          <w:b/>
        </w:rPr>
        <w:t xml:space="preserve">[27:34] </w:t>
      </w:r>
      <w:r>
        <w:t>halanke dekhein, Quran mein pehli ayat hoti thi: "Iqra bismi rabbikal lazi khalaq". padho "Iqra", yaani yeh pehli ayat thi, pehli ayat:</w:t>
      </w:r>
    </w:p>
    <w:p>
      <w:pPr>
        <w:jc w:val="right"/>
      </w:pPr>
      <w:r>
        <w:t>حالانکہ دیکھیں،قرآنمیںپہلیآیتہوتیتھی: "اقرأبسمربکالذیخلق" ۔پڑھو" اقرأ"،یعنییہپہلیآیتتھی،پہلیآیت:</w:t>
      </w:r>
    </w:p>
    <w:p>
      <w:r>
        <w:rPr>
          <w:b/>
        </w:rPr>
        <w:t xml:space="preserve">[27:45] </w:t>
      </w:r>
      <w:r>
        <w:t>"padho". yaani beginning jo hai, woh kahan se hoti hai? thinking mein change, koi badalne se hoti hai. jab aadmi padhega, jab aadmi study karega, jab aadmi sochega to uska mind badlega.</w:t>
      </w:r>
    </w:p>
    <w:p>
      <w:pPr>
        <w:jc w:val="right"/>
      </w:pPr>
      <w:r>
        <w:t>"پڑھو" ۔یعنی بگننگجوہے،وہکہاںسےہوتیہے؟ تھنکنگمیںچینج،کوئیبدلنےسےہوتیہے۔ جبآدمیپڑھےگا، جبآدمیاسٹڈیکرےگا،جبآدمیسوچےگا تواسکامائنڈبدلےگا۔</w:t>
      </w:r>
    </w:p>
    <w:p>
      <w:r>
        <w:rPr>
          <w:b/>
        </w:rPr>
        <w:t xml:space="preserve">[27:59] </w:t>
      </w:r>
      <w:r>
        <w:t>to yeh "here the beginning". yeh hai ke ek hungama khayega saari duniya mein aur result kuch bhi nahin.</w:t>
      </w:r>
    </w:p>
    <w:p>
      <w:pPr>
        <w:jc w:val="right"/>
      </w:pPr>
      <w:r>
        <w:t>تو یہ"ہیرازدابگننگ" ۔ یہہےکہایکہنگامہکھایاساریدنیا میں اور رزلٹکچھبھی نہیں۔</w:t>
      </w:r>
    </w:p>
    <w:p>
      <w:r>
        <w:rPr>
          <w:b/>
        </w:rPr>
        <w:t xml:space="preserve">[28:12] </w:t>
      </w:r>
      <w:r>
        <w:t>saari duniya mein Muslim world jo hai, Muslim world ek hungame mein jee rahi hai do sau saal se aur result kuch bhi nahin, no result at all.</w:t>
      </w:r>
    </w:p>
    <w:p>
      <w:pPr>
        <w:jc w:val="right"/>
      </w:pPr>
      <w:r>
        <w:t>ساریدنیا میںمسلمورلڈجوہے،مسلمورلڈایکہنگامےمیںجیرہیہےدوسوسالسے اور رزلٹکچھبھینہیں، نورزلٹایٹآل۔</w:t>
      </w:r>
    </w:p>
    <w:p>
      <w:r>
        <w:rPr>
          <w:b/>
        </w:rPr>
        <w:t xml:space="preserve">[28:22] </w:t>
      </w:r>
      <w:r>
        <w:t>kyunki beginning nahin hai, inhein starting point nahin maloom. inko starting point ne kaha hai: "Jihad karo, talwar uthao aur political hungame khade karo, hukoomaton ko dethrone karo".</w:t>
      </w:r>
    </w:p>
    <w:p>
      <w:pPr>
        <w:jc w:val="right"/>
      </w:pPr>
      <w:r>
        <w:t>کیونکہ بگننگہینہیں،انہیں سٹارٹنگپوائنٹہینہیںمعلوم۔انکو سٹارٹنگپوائنٹنےکہاہے: "جہادکرو، تلواراٹھاؤ اور پولیٹیکلہنگامےکھڑاکرو، حکومت وںکوڈی تھرونکرو"۔</w:t>
      </w:r>
    </w:p>
    <w:p>
      <w:r>
        <w:rPr>
          <w:b/>
        </w:rPr>
        <w:t xml:space="preserve">[28:36] </w:t>
      </w:r>
      <w:r>
        <w:t>yeh "the beginning".</w:t>
      </w:r>
    </w:p>
    <w:p>
      <w:pPr>
        <w:jc w:val="right"/>
      </w:pPr>
      <w:r>
        <w:t>یہ"دا بگننگ"۔</w:t>
      </w:r>
    </w:p>
    <w:p>
      <w:r>
        <w:rPr>
          <w:b/>
        </w:rPr>
        <w:t xml:space="preserve">[28:40] </w:t>
      </w:r>
      <w:r>
        <w:t>jaise maine jo arz kiya ke Egypt mein beginning samjha unhone Sayyid Qutb ne ke King Farooq ko hata diya jaye.</w:t>
      </w:r>
    </w:p>
    <w:p>
      <w:pPr>
        <w:jc w:val="right"/>
      </w:pPr>
      <w:r>
        <w:t>جیسے میںنےجوعرضکیا کہ ایجپٹمیں بگننگسمجھا انہوں نے سید قطبنے کہ کنگفاروقکوہٹادیا جائے۔</w:t>
      </w:r>
    </w:p>
    <w:p>
      <w:r>
        <w:rPr>
          <w:b/>
        </w:rPr>
        <w:t xml:space="preserve">[28:52] </w:t>
      </w:r>
      <w:r>
        <w:t xml:space="preserve">to hata to diya gaya, to phir kuch bhi nahin nikla. Sayyid Mehdi ne Pakistan mein chaha ke Ayub ko hata do, to Ayub to hat gaye, phir bhi kuch nahin hua. </w:t>
      </w:r>
    </w:p>
    <w:p>
      <w:pPr>
        <w:jc w:val="right"/>
      </w:pPr>
      <w:r>
        <w:t>تو ہٹاتودیا گیا،توپھرکچھبھینہیںنکلا۔ سید م ہدی نےپاکستانمیںچاہاکہایوبکوہٹادو، توایوبتوہٹگئے،پھربھیکچھنہیںہوا ۔</w:t>
      </w:r>
    </w:p>
    <w:p>
      <w:r>
        <w:rPr>
          <w:b/>
        </w:rPr>
        <w:t xml:space="preserve">[29:06] </w:t>
      </w:r>
      <w:r>
        <w:t>Iqbal ne samjha ke India ka hissa kaat kar ke Muslim land bana do, phir kuch nahin hua. kyunki yeh beginning thi nahin, basic baat yeh hai ke beginning thi nahin.</w:t>
      </w:r>
    </w:p>
    <w:p>
      <w:pPr>
        <w:jc w:val="right"/>
      </w:pPr>
      <w:r>
        <w:t>اقبالنےسمجھاکہ انڈیاکاحص ہ کاٹکرکےمسلملینڈبنادو، پھرکچھنہیںہوا۔ کیونکہ یہبگننگتھیہینہیں،بیسکباتیہہےکہبگننگتھیہینہیں۔</w:t>
      </w:r>
    </w:p>
    <w:p>
      <w:r>
        <w:rPr>
          <w:b/>
        </w:rPr>
        <w:t xml:space="preserve">[29:20] </w:t>
      </w:r>
      <w:r>
        <w:t>to woh jo unhone kaha tha mujh se ke "munabda from where to begin", to unke aur saare logon ke zehan mein hai ke beginning to hogi kisi amli program se.</w:t>
      </w:r>
    </w:p>
    <w:p>
      <w:pPr>
        <w:jc w:val="right"/>
      </w:pPr>
      <w:r>
        <w:t>تووہجوانہوںنےکہاتھامجھسےکہ "من نبدا فرامویئرٹوبگن" ،تو انکےاور سارےلوگوںکےذہنمیںہےکہبگننگتوہوگیکسیعملیپروگرامسے ۔</w:t>
      </w:r>
    </w:p>
    <w:p>
      <w:r>
        <w:rPr>
          <w:b/>
        </w:rPr>
        <w:t xml:space="preserve">[29:31] </w:t>
      </w:r>
      <w:r>
        <w:t>saare beginning samajhte hain kisi practical program se.</w:t>
      </w:r>
    </w:p>
    <w:p>
      <w:pPr>
        <w:jc w:val="right"/>
      </w:pPr>
      <w:r>
        <w:t>سارے بگننگسمجھتےہیںکسی پریکٹیکلپروگرامسے۔</w:t>
      </w:r>
    </w:p>
    <w:p>
      <w:r>
        <w:rPr>
          <w:b/>
        </w:rPr>
        <w:t xml:space="preserve">[29:35] </w:t>
      </w:r>
      <w:r>
        <w:t>woh beginning nahin hai. woh jalsa karo, jaloos karo, seminar karo, hukoomaton se takrao, sangharsh chalao.</w:t>
      </w:r>
    </w:p>
    <w:p>
      <w:pPr>
        <w:jc w:val="right"/>
      </w:pPr>
      <w:r>
        <w:t>وہبگننگہینہیںہے۔وہ جلسہکرو،جلوسکرو، سیمینارکرو، حکومت وںسےٹکراؤ، संघर्ष چلاؤ۔</w:t>
      </w:r>
    </w:p>
    <w:p>
      <w:r>
        <w:rPr>
          <w:b/>
        </w:rPr>
        <w:t xml:space="preserve">[29:45] </w:t>
      </w:r>
      <w:r>
        <w:t>yeh beginning hai, yeh to futile activities hain.</w:t>
      </w:r>
    </w:p>
    <w:p>
      <w:pPr>
        <w:jc w:val="right"/>
      </w:pPr>
      <w:r>
        <w:t>یہبگننگہے، یہتوفیٹائلایکٹیویٹیزہیں۔</w:t>
      </w:r>
    </w:p>
    <w:p>
      <w:r>
        <w:rPr>
          <w:b/>
        </w:rPr>
        <w:t xml:space="preserve">[29:54] </w:t>
      </w:r>
      <w:r>
        <w:t>beginning hoti hai Iqra se, Iqra yani mind ko badalna, nayi thinking lana, nayi soch lana.</w:t>
      </w:r>
    </w:p>
    <w:p>
      <w:pPr>
        <w:jc w:val="right"/>
      </w:pPr>
      <w:r>
        <w:t>بگننگہوتیہےاقراءسے، اق راءیعنیمائنڈکوبدلنا، نئیتھنکنگلانا،نئیسوچلانا۔</w:t>
      </w:r>
    </w:p>
    <w:p>
      <w:r>
        <w:rPr>
          <w:b/>
        </w:rPr>
        <w:t xml:space="preserve">[30:03] </w:t>
      </w:r>
      <w:r>
        <w:t>ab dekhein, logon ko pata nahin hai, pata nahin hai ke tum soch rahe ho empire banana hai. empire to ban chuki hai already</w:t>
      </w:r>
    </w:p>
    <w:p>
      <w:pPr>
        <w:jc w:val="right"/>
      </w:pPr>
      <w:r>
        <w:t>ابدیکھیں،لوگوںکوپتہہینہیںہے، پتہہینہیںہےکہ تم سوچرہےہوایمپائربناناہے۔ایمپائرتوبنچکیہےالریڈی</w:t>
      </w:r>
    </w:p>
    <w:p>
      <w:r>
        <w:rPr>
          <w:b/>
        </w:rPr>
        <w:t xml:space="preserve">[30:13] </w:t>
      </w:r>
      <w:r>
        <w:t>in terms of political power. aap sochte hain empire ko nahin, in terms of opportunities sochiye to bani hui hai. saari duniya mein aap Islam ka paigham pahunchayein,</w:t>
      </w:r>
    </w:p>
    <w:p>
      <w:pPr>
        <w:jc w:val="right"/>
      </w:pPr>
      <w:r>
        <w:t>انٹرمزآف پولیٹیکلپاور۔ آپسوچتےہیںایمپائرکو نہیں، انٹرمزآف اپرچونیٹیزسوچیےتو توبنی ہوئیہے۔ ساریدنیا میںآپ اسلام کاپیغام پہنچائیں،</w:t>
      </w:r>
    </w:p>
    <w:p>
      <w:r>
        <w:rPr>
          <w:b/>
        </w:rPr>
        <w:t xml:space="preserve">[30:26] </w:t>
      </w:r>
      <w:r>
        <w:t>koiRkaawathain nahin hai.</w:t>
      </w:r>
    </w:p>
    <w:p>
      <w:pPr>
        <w:jc w:val="right"/>
      </w:pPr>
      <w:r>
        <w:t>کوئیرکاوٹہینہیںہے۔</w:t>
      </w:r>
    </w:p>
    <w:p>
      <w:r>
        <w:rPr>
          <w:b/>
        </w:rPr>
        <w:t xml:space="preserve">[30:31] </w:t>
      </w:r>
      <w:r>
        <w:t>ab aap dekhiye, hum yahan par yeh program karte hain, dunya mein kahin bhi aap is ko sun sakte hain. yeh kitni bari opportunities hain ke aap ek jagah ek program karen aur dunya mein har jagah dekha jaye aur suna jaye.</w:t>
      </w:r>
    </w:p>
    <w:p>
      <w:pPr>
        <w:jc w:val="right"/>
      </w:pPr>
      <w:r>
        <w:t>ابآپدیکھیے،ہمیہاںپر یہپروگرامکرتے ہیں، دنیا میںکہیںبھیآپاسکوسنسکتےہیں۔ یہکتنیبڑیاپرچونیٹیزہیں کہآپ ایک جگہ ایک پروگرامکریںاوردنیا میںہرجگہدیکھاجائےاورسناجائے۔</w:t>
      </w:r>
    </w:p>
    <w:p>
      <w:r>
        <w:rPr>
          <w:b/>
        </w:rPr>
        <w:t xml:space="preserve">[30:48] </w:t>
      </w:r>
      <w:r>
        <w:t>yeh super, yeh to super super empire hai. yeh to</w:t>
      </w:r>
    </w:p>
    <w:p>
      <w:pPr>
        <w:jc w:val="right"/>
      </w:pPr>
      <w:r>
        <w:t>یہ سپر،یہتوسپر سپرایمپائرہے۔یہتو</w:t>
      </w:r>
    </w:p>
    <w:p>
      <w:r>
        <w:rPr>
          <w:b/>
        </w:rPr>
        <w:t xml:space="preserve">[30:56] </w:t>
      </w:r>
      <w:r>
        <w:t>aise bohat sare khuli hui hain imkanat.</w:t>
      </w:r>
    </w:p>
    <w:p>
      <w:pPr>
        <w:jc w:val="right"/>
      </w:pPr>
      <w:r>
        <w:t>ایسےبہت ساریکھلیہوئیہیں امکانات۔</w:t>
      </w:r>
    </w:p>
    <w:p>
      <w:r>
        <w:rPr>
          <w:b/>
        </w:rPr>
        <w:t xml:space="preserve">[31:02] </w:t>
      </w:r>
      <w:r>
        <w:t>kitabain logon ko pohanchaiye. modern export jo hai, modern export ka jo concept pehle tha hi nahin. pehle kya kya export karte hain? aap woh sadhan nahin thay.</w:t>
      </w:r>
    </w:p>
    <w:p>
      <w:pPr>
        <w:jc w:val="right"/>
      </w:pPr>
      <w:r>
        <w:t>کتاب یںلوگوںکوپہنچائیے۔ ماڈرنایکسپورٹجوہے،ماڈرنایکسپورٹکاجوکانسیپٹپہلےتھاہینہیں۔ پہلےکیا کیاایکسپورٹکرتےہیں؟آپ وہ سادھننہیںتھے۔</w:t>
      </w:r>
    </w:p>
    <w:p>
      <w:r>
        <w:rPr>
          <w:b/>
        </w:rPr>
        <w:t xml:space="preserve">[31:14] </w:t>
      </w:r>
      <w:r>
        <w:t>ab jo naye sadhan huwe hain, jo naya communication hua hai, to modern export possible hua ke kitabain aaj chhapi hain aur sari dunya mein phailai hain. pehle aise kahan se ho sakta tha?</w:t>
      </w:r>
    </w:p>
    <w:p>
      <w:pPr>
        <w:jc w:val="right"/>
      </w:pPr>
      <w:r>
        <w:t>ابجو نئےسادھنہوئےہیں،جونیاکمیونیکیشنہواہے، تو ماڈرنایکسپورٹپاسیبلہوا کہکتاب یںآجچھاپیہیںاورساریدنیا میں پھیلائیہیں۔ پہلے ایسےکہاںسےہوسکتاتھا؟</w:t>
      </w:r>
    </w:p>
    <w:p>
      <w:r>
        <w:rPr>
          <w:b/>
        </w:rPr>
        <w:t xml:space="preserve">[31:25] </w:t>
      </w:r>
      <w:r>
        <w:t>to modern export at itself as an empire.</w:t>
      </w:r>
    </w:p>
    <w:p>
      <w:pPr>
        <w:jc w:val="right"/>
      </w:pPr>
      <w:r>
        <w:t>تو ماڈرن ایکسپورٹاٹسیلفاز اینایمپائر۔</w:t>
      </w:r>
    </w:p>
    <w:p>
      <w:r>
        <w:rPr>
          <w:b/>
        </w:rPr>
        <w:t xml:space="preserve">[31:32] </w:t>
      </w:r>
      <w:r>
        <w:t>pehlay aisay kahan ho sakta tha?</w:t>
      </w:r>
    </w:p>
    <w:p>
      <w:pPr>
        <w:jc w:val="right"/>
      </w:pPr>
      <w:r>
        <w:t>پہلے ایساکہاںہوسکتاتھا؟</w:t>
      </w:r>
    </w:p>
    <w:p>
      <w:r>
        <w:rPr>
          <w:b/>
        </w:rPr>
        <w:t xml:space="preserve">[31:36] </w:t>
      </w:r>
      <w:r>
        <w:t>to sab yani aap opportunities ka ek sailab hai. lekin hum ro rahe hain kiske liye? empire ke liye. empire ke zamane mein kya tha? kuch bhi nahin tha.</w:t>
      </w:r>
    </w:p>
    <w:p>
      <w:pPr>
        <w:jc w:val="right"/>
      </w:pPr>
      <w:r>
        <w:t>تو سب یعنیاپ رچونیٹیزکاایک سیلابہے۔ لیکن ہم رورہےہیںکسکےلیے؟ ایمپائرکےلیے۔ایمپائرکےزمانےمیںکیاتھا؟کچھبھینہیںتھا۔</w:t>
      </w:r>
    </w:p>
    <w:p>
      <w:r>
        <w:rPr>
          <w:b/>
        </w:rPr>
        <w:t xml:space="preserve">[31:47] </w:t>
      </w:r>
      <w:r>
        <w:t>abhi ek sahab jo islami yat mein islami</w:t>
      </w:r>
    </w:p>
    <w:p>
      <w:pPr>
        <w:jc w:val="right"/>
      </w:pPr>
      <w:r>
        <w:t>ابھی ایک صاحبجو اسلام یاتمیں اسلامی</w:t>
      </w:r>
    </w:p>
    <w:p>
      <w:r>
        <w:rPr>
          <w:b/>
        </w:rPr>
        <w:t xml:space="preserve">[31:52] </w:t>
      </w:r>
      <w:r>
        <w:t>shariat ima'e kiya, unhon ne to unhon ne mujh se kaha hai bohat hi yani ajeeb baat. to unhon ne kaha ke jab islami yat mein mujhe islami shariat mujhe ima'e karna tha to mujhe islam ki history parhna para.</w:t>
      </w:r>
    </w:p>
    <w:p>
      <w:pPr>
        <w:jc w:val="right"/>
      </w:pPr>
      <w:r>
        <w:t>شریعتایماےکیا،انہوںنے توانہوںنےمجھسےکہاہےبہتہی یعنی عجیببات۔ توانہوںنےکہاکہجباسلام یاتمیںمجھے اسلامی شریعتمجھےایماےکرناتھاتومجھےاسلام کہسٹریپڑھناپڑا۔</w:t>
      </w:r>
    </w:p>
    <w:p>
      <w:r>
        <w:rPr>
          <w:b/>
        </w:rPr>
        <w:t xml:space="preserve">[32:08] </w:t>
      </w:r>
      <w:r>
        <w:t>pehlay mein ne nahin parha tha. pehle to unhon ne kaha islam ki history mein ne parhi. matlab muslim history. islam ki history matlab muslim history.</w:t>
      </w:r>
    </w:p>
    <w:p>
      <w:pPr>
        <w:jc w:val="right"/>
      </w:pPr>
      <w:r>
        <w:t>پہلے میںنےنہیںپڑھاتھا۔پہلے توانہوںنےکہااسلام کہسٹریمیںنےپڑھی۔ مط لبمسلمہسٹری۔ اسلام کہسٹریمطلبمسلمہسٹری۔</w:t>
      </w:r>
    </w:p>
    <w:p>
      <w:r>
        <w:rPr>
          <w:b/>
        </w:rPr>
        <w:t xml:space="preserve">[32:17] </w:t>
      </w:r>
      <w:r>
        <w:t>to yahan se wohahan tak sab markat hai, markat hai.</w:t>
      </w:r>
    </w:p>
    <w:p>
      <w:pPr>
        <w:jc w:val="right"/>
      </w:pPr>
      <w:r>
        <w:t>تویہاں سےوہاںتکسبمارکاٹہیمارکاٹہے۔</w:t>
      </w:r>
    </w:p>
    <w:p>
      <w:r>
        <w:rPr>
          <w:b/>
        </w:rPr>
        <w:t xml:space="preserve">[32:21] </w:t>
      </w:r>
      <w:r>
        <w:t>yani Hazrat Usman ke zamane se shuru hui to aaj tak hamari markat khatam nahin hui. to mein ne kaha agar mujhe aap aap karna ho to mein kahun ke yeh yeh secular system zyada achha hai tumhare muslim empire ke liye.</w:t>
      </w:r>
    </w:p>
    <w:p>
      <w:pPr>
        <w:jc w:val="right"/>
      </w:pPr>
      <w:r>
        <w:t>یعنیحضرتعثمانکےزمانےسےشروعہوئی توآجتکوہمارکاٹختمنہیںہوئی ۔ تومیںنےکہااگرمجھے آپ آپ کرناہوتومیںکہوںکہیہ یہ سیکولر سسٹمزیادہاچھاہے تمہارے مسلمایمپائرسے۔</w:t>
      </w:r>
    </w:p>
    <w:p>
      <w:r>
        <w:rPr>
          <w:b/>
        </w:rPr>
        <w:t xml:space="preserve">[32:36] </w:t>
      </w:r>
      <w:r>
        <w:t>kya karein hum muslim empire ko le kar ke jahan markat ho rahi hai? zamane mein Rasool Allah (SAW) ne farmaya tha ke agar ek bar meri ummat mein talwar dakhil ho gayi to kabhi nikle gi nahin. woh qayamat tak</w:t>
      </w:r>
    </w:p>
    <w:p>
      <w:pPr>
        <w:jc w:val="right"/>
      </w:pPr>
      <w:r>
        <w:t>کیا کریںہممسلمایمپائرکولےکرکےجہاںمارکاٹہورہیہے؟ زمانےمیں رسولاللہصلیاللہعلیہوسلمنےفرمایاتھاکہاگر ایک بار میریامتمیں تلوارداخلہوگئیتوکبھینکلےگینہیں۔وہ قیامتتک</w:t>
      </w:r>
    </w:p>
    <w:p>
      <w:r>
        <w:rPr>
          <w:b/>
        </w:rPr>
        <w:t xml:space="preserve">[32:52] </w:t>
      </w:r>
      <w:r>
        <w:t>Rasool Allah (SAW) ne bohat zyada bohat zyada mana kiya tha. yahan tak ke farmaya tha aap ne ke agar tum ko koi marne aaye, fa qatla khair ibn Adam.</w:t>
      </w:r>
    </w:p>
    <w:p>
      <w:pPr>
        <w:jc w:val="right"/>
      </w:pPr>
      <w:r>
        <w:t>رسولاللہصلیاللہعلیہوسلمنےبہت زیادہ بہتزیادہ منعکیاتھا۔ یہاںتککہفرمایاتھاآپنےکہاگرتمکوکوئیمارنےآئے، فکن کخیر ابن آدم ۔</w:t>
      </w:r>
    </w:p>
    <w:p>
      <w:r>
        <w:rPr>
          <w:b/>
        </w:rPr>
        <w:t xml:space="preserve">[33:04] </w:t>
      </w:r>
      <w:r>
        <w:t>kisi ne kaha ke agar hamein ghar mein ghus jaye marne ke liye to hum kya karein? aap ne farmaya fa qatla khair ibn Adam ke Habil jo tha woh mar gaya lekin us ne Qabil par hathon nahin uthaya.</w:t>
      </w:r>
    </w:p>
    <w:p>
      <w:pPr>
        <w:jc w:val="right"/>
      </w:pPr>
      <w:r>
        <w:t>کسی نےکہاکہاگرہمیںگھرمیںگھسجائےمارنےکےلیےتوہمکیاکریں؟ آپنےفرمایا فکنکخیر ابنآدم کہ ہابیلجوتھا وہ مرگیا لیکن اسنےقابیلپرہاتھنہیںاٹھایا۔</w:t>
      </w:r>
    </w:p>
    <w:p>
      <w:r>
        <w:rPr>
          <w:b/>
        </w:rPr>
        <w:t xml:space="preserve">[33:16] </w:t>
      </w:r>
      <w:r>
        <w:t>to tum aise ban jao.</w:t>
      </w:r>
    </w:p>
    <w:p>
      <w:pPr>
        <w:jc w:val="right"/>
      </w:pPr>
      <w:r>
        <w:t>تو تم ایسےبنجاؤ۔</w:t>
      </w:r>
    </w:p>
    <w:p>
      <w:r>
        <w:rPr>
          <w:b/>
        </w:rPr>
        <w:t xml:space="preserve">[33:19] </w:t>
      </w:r>
      <w:r>
        <w:t>phir bhi logon ne Hazrat Usman ke zamane mein talwar nikali. aap ne farmaya tha agar ek bar talwar nikal gayi to phir kabhi mein mein nahin jaye gi. to wohi ho raha hai. aap dekhiye to unhon ne kaha ke mein jab mein ne islam ki history tareekh ko parha, muslim history ko parha to mein ne kaha is tareekh ko lotane, usi empire ko lotana chahte ho tum log?</w:t>
      </w:r>
    </w:p>
    <w:p>
      <w:pPr>
        <w:jc w:val="right"/>
      </w:pPr>
      <w:r>
        <w:t>پھر بھیلوگوںنےحضرتعثمانکےزمان ےمیں تلوارنکالی۔ آپنےفرمایاتھااگر ایکبار تلوارنکلگئی توپھرکبھی می انمیںنہیںجائےگی۔تووہیہورہاہے۔آپدیکھیےتو انہوںنےکہاکہمیں جب میںنےاسلام کہسٹری تاریخ کوپڑھا، مسلمتاریخ کوپڑھاتومیںنےکہااستاریخ کولوٹانے، اسیایمپائرکولوٹاناچاہتےہوتملوگ ؟</w:t>
      </w:r>
    </w:p>
    <w:p>
      <w:r>
        <w:rPr>
          <w:b/>
        </w:rPr>
        <w:t xml:space="preserve">[33:40] </w:t>
      </w:r>
      <w:r>
        <w:t>usi islam ko rule ko qaim karna chahte ho tum log?</w:t>
      </w:r>
    </w:p>
    <w:p>
      <w:pPr>
        <w:jc w:val="right"/>
      </w:pPr>
      <w:r>
        <w:t>اسی اسلام کرولکوقائمکرناچاہتےہوتملوگ ؟</w:t>
      </w:r>
    </w:p>
    <w:p>
      <w:r>
        <w:rPr>
          <w:b/>
        </w:rPr>
        <w:t xml:space="preserve">[33:44] </w:t>
      </w:r>
      <w:r>
        <w:t>sari dunya mein muslim rule, islam rule, islami khilafat to kaun sa bhai? yeh jo markat wala kya faida hai is ko dobara qaim karne se?</w:t>
      </w:r>
    </w:p>
    <w:p>
      <w:pPr>
        <w:jc w:val="right"/>
      </w:pPr>
      <w:r>
        <w:t>ساریدنیا میں مسلم رول،اسلام کرول، اسلامی خلافتتوکونسابھئی؟یہجومارکاٹوالا کیا فائدہہےاسکو دوبارہقائمکرنے سے ؟</w:t>
      </w:r>
    </w:p>
    <w:p>
      <w:r>
        <w:rPr>
          <w:b/>
        </w:rPr>
        <w:t xml:space="preserve">[33:56] </w:t>
      </w:r>
      <w:r>
        <w:t>is se achha to yahi hai.</w:t>
      </w:r>
    </w:p>
    <w:p>
      <w:pPr>
        <w:jc w:val="right"/>
      </w:pPr>
      <w:r>
        <w:t>اسسےاچھاتویہیہے۔</w:t>
      </w:r>
    </w:p>
    <w:p>
      <w:r>
        <w:rPr>
          <w:b/>
        </w:rPr>
        <w:t xml:space="preserve">[33:57] </w:t>
      </w:r>
      <w:r>
        <w:t>to mein Quran Majeed mein ek ayat hai: "wa qatuluhata la takuna fitnatun wa yaddeenulillahi". fitna na rahe, is daur ko lao, is daur ko lao jab ke fitna na rahe aur deen sab Allah ka ho jaye.</w:t>
      </w:r>
    </w:p>
    <w:p>
      <w:pPr>
        <w:jc w:val="right"/>
      </w:pPr>
      <w:r>
        <w:t>تو میں قرآنمجیدمیںایکآیتہے: "وق ات لواحتیلا تكون فتنہوکل الدینکل للہ"۔ فتنہنہرہے، اس دورکو لاؤ،اسدورکولاؤ جب کہفتنہنہرہے اوردینسب اللہکاہوجائے۔</w:t>
      </w:r>
    </w:p>
    <w:p>
      <w:r>
        <w:rPr>
          <w:b/>
        </w:rPr>
        <w:t xml:space="preserve">[34:12] </w:t>
      </w:r>
      <w:r>
        <w:t>is par ghor karte hue mujhe samajh mein aayi yahi baat jo mein arz kar raha hoon.</w:t>
      </w:r>
    </w:p>
    <w:p>
      <w:pPr>
        <w:jc w:val="right"/>
      </w:pPr>
      <w:r>
        <w:t>اسپر غورکرتے ہوئےمجھےسمجھمیںآئییہیباتجومیںعرضکررہاہوں۔</w:t>
      </w:r>
    </w:p>
    <w:p>
      <w:r>
        <w:rPr>
          <w:b/>
        </w:rPr>
        <w:t xml:space="preserve">[34:18] </w:t>
      </w:r>
      <w:r>
        <w:t>yahi baat fitna se murad hai insani intervention. yani insan jab aap mawaqe par qabza kar le to fitna hai woh.</w:t>
      </w:r>
    </w:p>
    <w:p>
      <w:pPr>
        <w:jc w:val="right"/>
      </w:pPr>
      <w:r>
        <w:t>یہیبات فتنہسےمرادہے انسانیانٹروینشن۔ یعنیانسان جب آپ مواقعپرقبضہکرلےتو فتنہہےوہ۔</w:t>
      </w:r>
    </w:p>
    <w:p>
      <w:r>
        <w:rPr>
          <w:b/>
        </w:rPr>
        <w:t xml:space="preserve">[34:29] </w:t>
      </w:r>
      <w:r>
        <w:t>aur deen sab ka Allah ka ho jaye to woh hai jab ke sab khul jaye, sab ke liye fitri nizam qaim ho jaye. wa yaddeenulillahi matlab hai ke fitri nizam qaim ho jaye.</w:t>
      </w:r>
    </w:p>
    <w:p>
      <w:pPr>
        <w:jc w:val="right"/>
      </w:pPr>
      <w:r>
        <w:t>اور دین سبکواللہ کاہوجائےتووہہےجبکہسبکھلجائے،سبکےلیے فطری فطرینظامقائمہوجائے۔ و کل الدینکل للہمطلبہےکہفطرینظامقائمہوجائے۔</w:t>
      </w:r>
    </w:p>
    <w:p>
      <w:r>
        <w:rPr>
          <w:b/>
        </w:rPr>
        <w:t xml:space="preserve">[34:41] </w:t>
      </w:r>
      <w:r>
        <w:t>to pehle zamane mein kya tha? king hua karte the. aap jante hain ke shuru mein, bilkul shuru mein history jab shuru hui to tribal chief</w:t>
      </w:r>
    </w:p>
    <w:p>
      <w:pPr>
        <w:jc w:val="right"/>
      </w:pPr>
      <w:r>
        <w:t>تو پہلے زمانےمیںکیاتھا؟ کنگہواکرتے تھے۔ آپجانتےہیںکہشروع میں،بالکل شروع میں ہسٹریجبشروع ہوئی تو ٹرائبلچیف</w:t>
      </w:r>
    </w:p>
    <w:p>
      <w:r>
        <w:rPr>
          <w:b/>
        </w:rPr>
        <w:t xml:space="preserve">[34:51] </w:t>
      </w:r>
      <w:r>
        <w:t>hua karte the. tribal chief, phir raja hue, phir nawab hue, phir sultan hue, phir empire hua. poori history aise mein hai.</w:t>
      </w:r>
    </w:p>
    <w:p>
      <w:pPr>
        <w:jc w:val="right"/>
      </w:pPr>
      <w:r>
        <w:t>ہواکرتے تھے۔ ٹرائبلچیف ،پھرراجہہوئے، پھر نوابہوئے، پھر سلطان ہوئے، پھر ایمپائرہوا۔ پوری ہسٹریاسیمیںہے۔</w:t>
      </w:r>
    </w:p>
    <w:p>
      <w:r>
        <w:rPr>
          <w:b/>
        </w:rPr>
        <w:t xml:space="preserve">[35:02] </w:t>
      </w:r>
      <w:r>
        <w:t>to yeh log the, yeh rulers jo the, sab ke inhi kabze mein hota tha. sari opportunities inhi ke kabze mein hoti thin.</w:t>
      </w:r>
    </w:p>
    <w:p>
      <w:pPr>
        <w:jc w:val="right"/>
      </w:pPr>
      <w:r>
        <w:t>تویہجولوگ تھے، یہ رولرزجوتھے، سب کےانہیقبضےمیںہوتاتھا۔ ساری اپرچونیٹیزانہیکے قبضےمیںہوتیتھیں۔</w:t>
      </w:r>
    </w:p>
    <w:p>
      <w:r>
        <w:rPr>
          <w:b/>
        </w:rPr>
        <w:t xml:space="preserve">[35:11] </w:t>
      </w:r>
      <w:r>
        <w:t>kyunki nazariya kya tha? "dakinkantdonorowrong". badshah koi galati nahi kar sakta. badshah hai to sab badshah hai.</w:t>
      </w:r>
    </w:p>
    <w:p>
      <w:pPr>
        <w:jc w:val="right"/>
      </w:pPr>
      <w:r>
        <w:t>کیونکہ نظریہکیاتھا؟ "داکنگکینٹڈونورونگ"۔ بادشاہکوئیغلطینہیںکرسکتا۔ بادشاہہےتوبسبادشاہہے۔</w:t>
      </w:r>
    </w:p>
    <w:p>
      <w:r>
        <w:rPr>
          <w:b/>
        </w:rPr>
        <w:t xml:space="preserve">[35:23] </w:t>
      </w:r>
      <w:r>
        <w:t>arab mein tha ke "alnasul adin muluk". log apne badshah ke deen par hote hain. to ek equation jo tha is zamane mein raja par ja ke ek equation tha, ruler rule ka ek equation tha.</w:t>
      </w:r>
    </w:p>
    <w:p>
      <w:pPr>
        <w:jc w:val="right"/>
      </w:pPr>
      <w:r>
        <w:t>عربیمیںتھاکہ"الناسول ادین ملوک"۔ لوگاپنے بادشاہکےدینپرہوتےہیں۔ تو ایکویشنجوتھااسزمانےمیںراجہپرجاکاایکویشنتھا، رولر رول کا ایکویشنتھا۔</w:t>
      </w:r>
    </w:p>
    <w:p>
      <w:r>
        <w:rPr>
          <w:b/>
        </w:rPr>
        <w:t xml:space="preserve">[35:39] </w:t>
      </w:r>
      <w:r>
        <w:t>allah ne chaha ke khatma ho jaye. yani king aur subject ka equation woh khatma ho jaye, sab ko barabari mil jaye.</w:t>
      </w:r>
    </w:p>
    <w:p>
      <w:pPr>
        <w:jc w:val="right"/>
      </w:pPr>
      <w:r>
        <w:t>اللہ نےچاہایہختمہوجائے۔ یعنیکنگاور سبجیکٹکا ایکویشنجوہےختمہوجائے، سبکوبرابریملجائے۔</w:t>
      </w:r>
    </w:p>
    <w:p>
      <w:r>
        <w:rPr>
          <w:b/>
        </w:rPr>
        <w:t xml:space="preserve">[35:50] </w:t>
      </w:r>
      <w:r>
        <w:t>to ek process chalaya gaya allah ta'ala ne rasool allah (saw) ke zariye se jo aakhri mein democracy par ja kar kal kal mein democracy is culmination hai.</w:t>
      </w:r>
    </w:p>
    <w:p>
      <w:pPr>
        <w:jc w:val="right"/>
      </w:pPr>
      <w:r>
        <w:t>تو ایکپروسیسچلایاگیااللہتعالینے رسولاللہصلیاللہعلیہوسلمکےذریعےسے جو آخرمیںڈیموکریسیپرجاکرکل کل میں ڈیموکریسیاسیکلمنیشنہے۔</w:t>
      </w:r>
    </w:p>
    <w:p>
      <w:r>
        <w:rPr>
          <w:b/>
        </w:rPr>
        <w:t xml:space="preserve">[36:00] </w:t>
      </w:r>
      <w:r>
        <w:t>democracy ek ek nemat hai allah ta'ala ki ke jab sab kuch yani central power ek hoti thi, king ya emperor, uske hath mein sab kuch hota tha.</w:t>
      </w:r>
    </w:p>
    <w:p>
      <w:pPr>
        <w:jc w:val="right"/>
      </w:pPr>
      <w:r>
        <w:t>ڈیموکریسیایکایک نعمتہےاللہتعالیکی کہ جب سبکچھ یعنی سینٹرلپاورایکہوتیتھی، کنگ یا ایمپرر،اسکےہاتھمیںسبکچھہوتاتھا۔</w:t>
      </w:r>
    </w:p>
    <w:p>
      <w:r>
        <w:rPr>
          <w:b/>
        </w:rPr>
        <w:t xml:space="preserve">[36:12] </w:t>
      </w:r>
      <w:r>
        <w:t>to from centralization to decentralization yeh matlab tha is ayat ka:</w:t>
      </w:r>
    </w:p>
    <w:p>
      <w:pPr>
        <w:jc w:val="right"/>
      </w:pPr>
      <w:r>
        <w:t>تو فر امسینٹرلائزیشنٹوڈیسینٹرلائزیشن یہمطلبتھااسآیتکا:</w:t>
      </w:r>
    </w:p>
    <w:p>
      <w:r>
        <w:rPr>
          <w:b/>
        </w:rPr>
        <w:t xml:space="preserve">[36:18] </w:t>
      </w:r>
      <w:r>
        <w:t>"wa qatiluhum hatta la takuna fitnatun wa yakuna ad-dinu kulluhu lillah" . from centralization to decentralization yeh tha matlab.</w:t>
      </w:r>
    </w:p>
    <w:p>
      <w:pPr>
        <w:jc w:val="right"/>
      </w:pPr>
      <w:r>
        <w:t>"وقاتلوامت لاتگورفتنہوکنالدینکل للہ"۔ فرامسینٹرلائزیشنٹو ڈیسینٹرلائزیشن یہتھامطلب۔</w:t>
      </w:r>
    </w:p>
    <w:p>
      <w:r>
        <w:rPr>
          <w:b/>
        </w:rPr>
        <w:t xml:space="preserve">[36:27] </w:t>
      </w:r>
      <w:r>
        <w:t>fitna yeh hai ke ek central power ho, sab kuch usi ke hath mein ho . aam logon ke paas kuch bhi nahi, woh riaya bani hui hain. to de centralize kiya gaya isko.</w:t>
      </w:r>
    </w:p>
    <w:p>
      <w:pPr>
        <w:jc w:val="right"/>
      </w:pPr>
      <w:r>
        <w:t>فتنہیہہےکہ ایک سینٹرلپاورہو،سبکچھاسیکےہاتھمیںہو ۔ عاملوگوںکےپاس کچھبھینہیں، وہرعایتبنی ہوئیہیں۔ تو ڈی سینٹرلائزکیاگیااسکو۔</w:t>
      </w:r>
    </w:p>
    <w:p>
      <w:r>
        <w:rPr>
          <w:b/>
        </w:rPr>
        <w:t xml:space="preserve">[36:39] </w:t>
      </w:r>
      <w:r>
        <w:t>isi ko jab iran mein kuch gaye the musalman to rustam ne poocha ke tum yahan kis liye aaye ho? hamare mulk mein kyun aaye ho?</w:t>
      </w:r>
    </w:p>
    <w:p>
      <w:pPr>
        <w:jc w:val="right"/>
      </w:pPr>
      <w:r>
        <w:t>اسیکو جب ایران میں کچھگئےتھے مسلمان تو رستمنےپوچھاکہتمیہاںکسلیےآئےہو؟ہمارےملکمیںکیوںآئےہو؟</w:t>
      </w:r>
    </w:p>
    <w:p>
      <w:r>
        <w:rPr>
          <w:b/>
        </w:rPr>
        <w:t xml:space="preserve">[36:47] </w:t>
      </w:r>
      <w:r>
        <w:t>to unhone kaha ke hum is liye aaye hain ke "lil kharja lil kharaj al ibad min ibadat al ibad ila ibadat allah" .</w:t>
      </w:r>
    </w:p>
    <w:p>
      <w:pPr>
        <w:jc w:val="right"/>
      </w:pPr>
      <w:r>
        <w:t>توانہوںنےکہاکہ ہم اسلیےآئےہیںکہ "للخرجل لخرج العبادہ منعبادتالعباد الیعبادتاللہ" ۔</w:t>
      </w:r>
    </w:p>
    <w:p>
      <w:r>
        <w:rPr>
          <w:b/>
        </w:rPr>
        <w:t xml:space="preserve">[36:59] </w:t>
      </w:r>
      <w:r>
        <w:t>"lil kharja lil kharaj al ibad min ibadat al ibad ila ibadat allah" . hum is liye aaye hain yahan ke insano ko insaan ki mahkoomi se nikal kar khuda ki ibadat mein dakhil karen.</w:t>
      </w:r>
    </w:p>
    <w:p>
      <w:pPr>
        <w:jc w:val="right"/>
      </w:pPr>
      <w:r>
        <w:t>"للخرجالعبادہ من عبادتالعباد الیعبادتاللہ" ۔ہماسلیےآئےہیںیہاں کہانسان وںکو انسان کی محکومیتسےنکالکرخداکیعبادتمیں داخلکریں۔</w:t>
      </w:r>
    </w:p>
    <w:p>
      <w:r>
        <w:rPr>
          <w:b/>
        </w:rPr>
        <w:t xml:space="preserve">[37:12] </w:t>
      </w:r>
      <w:r>
        <w:t>insano ko insaan ki ibadat se nikal kar khuda ki ibadat mein dakhil karen.</w:t>
      </w:r>
    </w:p>
    <w:p>
      <w:pPr>
        <w:jc w:val="right"/>
      </w:pPr>
      <w:r>
        <w:t>انسانوںکو انسانکی عبادتسےنکالکر خدا کیعبادتمیں داخلکریں۔</w:t>
      </w:r>
    </w:p>
    <w:p>
      <w:r>
        <w:rPr>
          <w:b/>
        </w:rPr>
        <w:t xml:space="preserve">[37:17] </w:t>
      </w:r>
      <w:r>
        <w:t>iska matlab yeh tha ke raja aur aur aur king aur emperor wohi, sab unhone control kar rakha hai.</w:t>
      </w:r>
    </w:p>
    <w:p>
      <w:pPr>
        <w:jc w:val="right"/>
      </w:pPr>
      <w:r>
        <w:t>اسکامطلبیہتھا کہ راجہاور اور اور کنگاورایمپررجوہیں، سب انہوںنےکنٹرولکررکھاہے۔</w:t>
      </w:r>
    </w:p>
    <w:p>
      <w:r>
        <w:rPr>
          <w:b/>
        </w:rPr>
        <w:t xml:space="preserve">[37:27] </w:t>
      </w:r>
      <w:r>
        <w:t>yani centralization hai duniya mein, isko hum khatam hum decentralize karna chahte hain. sab kuch har insaan ka azaad ho jaye, azadi ho jaye, har insaan par opportunity khul jaye.</w:t>
      </w:r>
    </w:p>
    <w:p>
      <w:pPr>
        <w:jc w:val="right"/>
      </w:pPr>
      <w:r>
        <w:t>یعنیسینٹرلائزیشنہےدنیا میں، اسکوہمختم ہمڈیسینٹرلائزکرناچاہتےہیں۔ سبکچھہرانسان کا آزادہوجائے،آزادیہوجائے، ہرانسان پر اپرچونیٹیکھلجائے۔</w:t>
      </w:r>
    </w:p>
    <w:p>
      <w:r>
        <w:rPr>
          <w:b/>
        </w:rPr>
        <w:t xml:space="preserve">[37:43] </w:t>
      </w:r>
      <w:r>
        <w:t>to is yeh process allah ta'ala ne rasool allah ke zamane mein shuru karwaya sahaba ke zariye se. is process se culmination hai democracy, modern democracy.</w:t>
      </w:r>
    </w:p>
    <w:p>
      <w:pPr>
        <w:jc w:val="right"/>
      </w:pPr>
      <w:r>
        <w:t>تو اس یہپروسیساللہتعالینےرسولاللہکےزمانےمیںشروعکروایا صحابہکےذریعےسے۔ اس پروسیسسےکلمنیشنہےڈیموکریسی، ماڈرنڈیموکریسی۔</w:t>
      </w:r>
    </w:p>
    <w:p>
      <w:r>
        <w:rPr>
          <w:b/>
        </w:rPr>
        <w:t xml:space="preserve">[37:53] </w:t>
      </w:r>
      <w:r>
        <w:t>aaj sab kuch azaad, sab kuch khul gaya.</w:t>
      </w:r>
    </w:p>
    <w:p>
      <w:pPr>
        <w:jc w:val="right"/>
      </w:pPr>
      <w:r>
        <w:t>آجسبکچھآزاد،سبکچھکھلگیا۔</w:t>
      </w:r>
    </w:p>
    <w:p>
      <w:r>
        <w:rPr>
          <w:b/>
        </w:rPr>
        <w:t xml:space="preserve">[37:57] </w:t>
      </w:r>
      <w:r>
        <w:t>itna khula, itna khula, itna khula ke aaj jo hai yani har taraf tolerance hai, har taraf religious respect hai.</w:t>
      </w:r>
    </w:p>
    <w:p>
      <w:pPr>
        <w:jc w:val="right"/>
      </w:pPr>
      <w:r>
        <w:t>اتنا کھلا ،اتناکھلا،اتناکھلا کہآججوہے یعنیہرطرف ٹولرنسہے، ہرطرف ریلیجس ریسپیکٹہے۔</w:t>
      </w:r>
    </w:p>
    <w:p>
      <w:r>
        <w:rPr>
          <w:b/>
        </w:rPr>
        <w:t xml:space="preserve">[38:08] </w:t>
      </w:r>
      <w:r>
        <w:t>yahan tak ke kal mein kis se baat kar raha tha, ab age of cooperation aa gaya. age of cooperation yani pehle log samajhte the ke doosra doosra maro, doosre mazhab walon ko mara jata tha.</w:t>
      </w:r>
    </w:p>
    <w:p>
      <w:pPr>
        <w:jc w:val="right"/>
      </w:pPr>
      <w:r>
        <w:t>یہاںتککہ کل میںکسیسےباتکررہاتھا، اب ایجآفکاپریشنآگیا۔ ایجآفکاپریشنیعنیپہلے لوگ سمجھتےتھےکہ دوسرا دوسرا مارو، دوسرےمذہبوالوںکو ماراجاتا تھا۔</w:t>
      </w:r>
    </w:p>
    <w:p>
      <w:r>
        <w:rPr>
          <w:b/>
        </w:rPr>
        <w:t xml:space="preserve">[38:25] </w:t>
      </w:r>
      <w:r>
        <w:t>religious religious persecution ke zamane mein hua karta tha. aaj ke hum jahan jaate hain, hamare saathi se pooch lijiye. to wohi log jo non muslim hain, woh cooperation dete hain ke aap literature failaiye, apna quran failaiye, apna khud</w:t>
      </w:r>
    </w:p>
    <w:p>
      <w:pPr>
        <w:jc w:val="right"/>
      </w:pPr>
      <w:r>
        <w:t>ریلیجس ریلیجسپرسیکیوشنکےزمانےمیںہواکرتاتھا۔ آجکہہمجہاںجاتےہیں،ہمارےساتھیوںسےپوچھلیجئے۔ تو وہیلوگجو نانمسلمہیں،وہ کاپریشندیتےہیںکہ آپ لیٹریچرپھیلائیے،اپناقرآنپھیلائیے،اپنا خود</w:t>
      </w:r>
    </w:p>
    <w:p>
      <w:r>
        <w:rPr>
          <w:b/>
        </w:rPr>
        <w:t xml:space="preserve">[38:38] </w:t>
      </w:r>
      <w:r>
        <w:t>distribute karte hain, le le kar. that is age of cooperation.</w:t>
      </w:r>
    </w:p>
    <w:p>
      <w:pPr>
        <w:jc w:val="right"/>
      </w:pPr>
      <w:r>
        <w:t>ڈسٹریبیوٹکرتےہیں،لےلےکر۔ دیٹازایجآفکاپریشن۔</w:t>
      </w:r>
    </w:p>
    <w:p>
      <w:r>
        <w:rPr>
          <w:b/>
        </w:rPr>
        <w:t xml:space="preserve">[38:46] </w:t>
      </w:r>
      <w:r>
        <w:t>to centralization ka zamana khatam hua, decentralization ho gaya. sab kuch har aadmi ke ikhtiyar mein hai.</w:t>
      </w:r>
    </w:p>
    <w:p>
      <w:pPr>
        <w:jc w:val="right"/>
      </w:pPr>
      <w:r>
        <w:t>تو سینٹرلائزیشنکازمان ہختمہوا، ڈیسینٹرلائزیشنہوگیا۔ سبکچھہرآدمیکےاختیارمیںہے۔</w:t>
      </w:r>
    </w:p>
    <w:p>
      <w:r>
        <w:rPr>
          <w:b/>
        </w:rPr>
        <w:t xml:space="preserve">[38:56] </w:t>
      </w:r>
      <w:r>
        <w:t>maslan hum yeh yahan, mein yahan address kar raha hoon, aap log sun rahe hain. kingship ke zamane mein yeh possible nahi tha. bolne ka right sirf king ko hua karta tha.</w:t>
      </w:r>
    </w:p>
    <w:p>
      <w:pPr>
        <w:jc w:val="right"/>
      </w:pPr>
      <w:r>
        <w:t>مثلاًہمیہاں ،میں یہاںایڈریسکررہاہوں،آپلوگسنرہےہیں۔ کنگشپکےزمانےمیںیہپاسیبلنہیںتھا۔ بولنےکارائٹصرفکنگکوہواکرتاتھا۔</w:t>
      </w:r>
    </w:p>
    <w:p>
      <w:r>
        <w:rPr>
          <w:b/>
        </w:rPr>
        <w:t xml:space="preserve">[39:07] </w:t>
      </w:r>
      <w:r>
        <w:t>bol nekarait sirf king ko hota tha. king ko doosra koi bole to usko zibah kardo, maar dalo.</w:t>
      </w:r>
    </w:p>
    <w:p>
      <w:pPr>
        <w:jc w:val="right"/>
      </w:pPr>
      <w:r>
        <w:t>بول نےکارائٹصرفکنگکوہوتاتھا۔کنگکودوسراکوئی بولےتواسکو ذبحکردو ، مارڈالو۔</w:t>
      </w:r>
    </w:p>
    <w:p>
      <w:r>
        <w:rPr>
          <w:b/>
        </w:rPr>
        <w:t xml:space="preserve">[39:21] </w:t>
      </w:r>
      <w:r>
        <w:t>yani kaisa ajeeb zamana aaya hai. lekin jisko kehte hain angrezi mein nechronism, yani zaman e se peeche sochna, woh hai musalmanon ka haal.</w:t>
      </w:r>
    </w:p>
    <w:p>
      <w:pPr>
        <w:jc w:val="right"/>
      </w:pPr>
      <w:r>
        <w:t>یعنیکیسا عجیبزمانہآیاہے۔ لیکن جسکوکہتےہیںانگریزیمیںنیکرونزم، یعنی زمان ےسےپیچھےسوچنا، وہہےمس لمانوںکاحال ۔</w:t>
      </w:r>
    </w:p>
    <w:p>
      <w:r>
        <w:rPr>
          <w:b/>
        </w:rPr>
        <w:t xml:space="preserve">[39:33] </w:t>
      </w:r>
      <w:r>
        <w:t>peeche soch rahe hain, aaj ki khabar nahi hai. inhe</w:t>
      </w:r>
    </w:p>
    <w:p>
      <w:pPr>
        <w:jc w:val="right"/>
      </w:pPr>
      <w:r>
        <w:t>پیچھےسوچرہےہیں،آجکیخبرنہیںہے۔انہیں</w:t>
      </w:r>
    </w:p>
    <w:p>
      <w:r>
        <w:rPr>
          <w:b/>
        </w:rPr>
        <w:t xml:space="preserve">[39:38] </w:t>
      </w:r>
      <w:r>
        <w:t>share nechronism hai yeh ke zamane se peeche peeche sochna. yani woh empire qaim karna chahte hain.</w:t>
      </w:r>
    </w:p>
    <w:p>
      <w:pPr>
        <w:jc w:val="right"/>
      </w:pPr>
      <w:r>
        <w:t>شیئر نیکرونزمہےیہ کہزمانےسےپیچھے پیچھےسوچنا۔ یعنی وہ ایمپائرقائ مقائمکرناچاہتےہیں۔</w:t>
      </w:r>
    </w:p>
    <w:p>
      <w:r>
        <w:rPr>
          <w:b/>
        </w:rPr>
        <w:t xml:space="preserve">[39:48] </w:t>
      </w:r>
      <w:r>
        <w:t>arey bhai, empire to already qaim hai in term of ideology, in term of opportunity. already qaim hai, woh usko avail karo, usko is se zyada barhe darje pe qaim hai.</w:t>
      </w:r>
    </w:p>
    <w:p>
      <w:pPr>
        <w:jc w:val="right"/>
      </w:pPr>
      <w:r>
        <w:t>ارےبھئی،ایمپائرتوالریڈیقائمہے انٹرمآفآئیڈیالوجی، انٹرمآف اپرچونیٹی۔ الریڈیقائمہے،وہاسکو اویلکرو،اسکو اسسےزیادہ بڑے درج ےپہقائمہے۔</w:t>
      </w:r>
    </w:p>
    <w:p>
      <w:r>
        <w:rPr>
          <w:b/>
        </w:rPr>
        <w:t xml:space="preserve">[40:04] </w:t>
      </w:r>
      <w:r>
        <w:t>yani jo mawaqe akbar ko nahi mile hue the, woh woh qaim hain.</w:t>
      </w:r>
    </w:p>
    <w:p>
      <w:pPr>
        <w:jc w:val="right"/>
      </w:pPr>
      <w:r>
        <w:t>یعنیجو مواقعاکبرکونہیںملےہوئےتھے،وہ وہ قائمہیں۔</w:t>
      </w:r>
    </w:p>
    <w:p>
      <w:r>
        <w:rPr>
          <w:b/>
        </w:rPr>
        <w:t xml:space="preserve">[40:09] </w:t>
      </w:r>
      <w:r>
        <w:t>moghul moghul ruler aur spain ke ruler, baghdad ke ruler, kisi ko woh mawaqa nahi mile the jo aaj hamein mile hue hain.</w:t>
      </w:r>
    </w:p>
    <w:p>
      <w:pPr>
        <w:jc w:val="right"/>
      </w:pPr>
      <w:r>
        <w:t>مغل مغلرولراور اسپینکےرولر، بغدادکےرولر، کسی کووہموقعنہیںملےتھےجوآجہمیںملےہوئےہیں۔</w:t>
      </w:r>
    </w:p>
    <w:p>
      <w:r>
        <w:rPr>
          <w:b/>
        </w:rPr>
        <w:t xml:space="preserve">[40:23] </w:t>
      </w:r>
      <w:r>
        <w:t>dekhiye, importance hai opportunity ki. opportunity ki sab se zyada importance hai.</w:t>
      </w:r>
    </w:p>
    <w:p>
      <w:pPr>
        <w:jc w:val="right"/>
      </w:pPr>
      <w:r>
        <w:t>دیکھیے،امپورٹنسہے اپرچونیٹیکی۔ اپرچونیٹیکی سبسےزیادہ امپورٹنسہے۔</w:t>
      </w:r>
    </w:p>
    <w:p>
      <w:r>
        <w:rPr>
          <w:b/>
        </w:rPr>
        <w:t xml:space="preserve">[40:31] </w:t>
      </w:r>
      <w:r>
        <w:t>us daur mein jab moghul ruler the to awam ko kuch nahi, awam ke paas kuch nahi hota tha.</w:t>
      </w:r>
    </w:p>
    <w:p>
      <w:pPr>
        <w:jc w:val="right"/>
      </w:pPr>
      <w:r>
        <w:t>اسیدہلیمیںجب مغلرولرتھے تو عوامکوکچھبھینہیں،عوامکےپاسکچھبھینہیںہوتاتھا۔</w:t>
      </w:r>
    </w:p>
    <w:p>
      <w:r>
        <w:rPr>
          <w:b/>
        </w:rPr>
        <w:t xml:space="preserve">[40:37] </w:t>
      </w:r>
      <w:r>
        <w:t>ek ek ruler woh hai, woh maal banata tha. aapko shakk ho to jaake ghalib ka ghar dekh lijiye. ghalib ke ghar kitna bra haalat tha unka.</w:t>
      </w:r>
    </w:p>
    <w:p>
      <w:pPr>
        <w:jc w:val="right"/>
      </w:pPr>
      <w:r>
        <w:t>ایک ایک رولرجوہے،وہمال بناتاتھا۔ آپکوشک ہوتوجاکےغالبکاگھردیکھلیجئے۔ غالبکےگھرکتنابراحالتھاانکا۔</w:t>
      </w:r>
    </w:p>
    <w:p>
      <w:r>
        <w:rPr>
          <w:b/>
        </w:rPr>
        <w:t xml:space="preserve">[40:47] </w:t>
      </w:r>
      <w:r>
        <w:t>aur saare yani mamooli ghar the us daur mein. ek ek shandar qila aur mahal bana hua tha. to woh tha centralization.</w:t>
      </w:r>
    </w:p>
    <w:p>
      <w:pPr>
        <w:jc w:val="right"/>
      </w:pPr>
      <w:r>
        <w:t>اور سارے یعنی معمولیگھرتھے اسیدہلیمیں۔ ایک ایک شاندار قلعہاورمحلبناہواتھا۔ تووہتھا سینٹرلائزیشن۔</w:t>
      </w:r>
    </w:p>
    <w:p>
      <w:r>
        <w:rPr>
          <w:b/>
        </w:rPr>
        <w:t xml:space="preserve">[40:58] </w:t>
      </w:r>
      <w:r>
        <w:t>ab decentralization ka zamana</w:t>
      </w:r>
    </w:p>
    <w:p>
      <w:pPr>
        <w:jc w:val="right"/>
      </w:pPr>
      <w:r>
        <w:t>اب ڈی سینٹرلائزیشنکازمانہ</w:t>
      </w:r>
    </w:p>
    <w:p>
      <w:r>
        <w:rPr>
          <w:b/>
        </w:rPr>
        <w:t xml:space="preserve">[41:00] </w:t>
      </w:r>
      <w:r>
        <w:t>aa gaya. har aadmi ka paisa hai, har aadmi ke paas building hai, har aadmi ke paas car hai, har aadmi taghayur kar sakta hai, har aadmi stage bana sakta hai, har aadmi daur work kar sakta hai.</w:t>
      </w:r>
    </w:p>
    <w:p>
      <w:pPr>
        <w:jc w:val="right"/>
      </w:pPr>
      <w:r>
        <w:t>آگیا۔ ہرآدمیکا پیسہہے، ہرآدمیکےپاسبلڈنگہے،ہرآدمیکےپاسکارہے، ہرآدمی تغیرکرسکتاہے،ہرآدمیاسٹیج ب نابناسکتاہے، ہرآدمی داؤورککرسکتاہے۔</w:t>
      </w:r>
    </w:p>
    <w:p>
      <w:r>
        <w:rPr>
          <w:b/>
        </w:rPr>
        <w:t xml:space="preserve">[41:12] </w:t>
      </w:r>
      <w:r>
        <w:t>to from centralization to decentralization yeh hua hai. lekin kya soch rahe hain? hamein muslim rule qaim karna hai.</w:t>
      </w:r>
    </w:p>
    <w:p>
      <w:pPr>
        <w:jc w:val="right"/>
      </w:pPr>
      <w:r>
        <w:t>تو فرامسینٹرلائزیشنٹوڈیسینٹرلائزیشن یہہواہے۔ لیکن کیاسوچرہےہیں؟ ہمیںمسلمرولقائمکرناہے۔</w:t>
      </w:r>
    </w:p>
    <w:p>
      <w:r>
        <w:rPr>
          <w:b/>
        </w:rPr>
        <w:t xml:space="preserve">[41:21] </w:t>
      </w:r>
      <w:r>
        <w:t>qaim karna hai woh to already zyada barhe pemane pe qaim hai. super rule qaim hai. super rule</w:t>
      </w:r>
    </w:p>
    <w:p>
      <w:pPr>
        <w:jc w:val="right"/>
      </w:pPr>
      <w:r>
        <w:t>قائمکرناہےوہتوالریڈیزیادہ بڑے پیمانےپرقائمہے۔ سپررولقائمہے۔سپررول</w:t>
      </w:r>
    </w:p>
    <w:p>
      <w:r>
        <w:rPr>
          <w:b/>
        </w:rPr>
        <w:t xml:space="preserve">[41:29] </w:t>
      </w:r>
      <w:r>
        <w:t>jab koi rock nahi hai, opportunity khul jaye to aap sab kuch kar sakte hain phir. lekin log jeete hain past mein, jeete hain past mein.</w:t>
      </w:r>
    </w:p>
    <w:p>
      <w:pPr>
        <w:jc w:val="right"/>
      </w:pPr>
      <w:r>
        <w:t>جب کوئیروکنہرہے، اپرچونیٹیکھلجائے تو آپ سبکچھکرسکتےہیںپھر۔ لیکن لوگ جیتےہیں پاسٹمیں،جیتےہیںپاسٹمیں۔</w:t>
      </w:r>
    </w:p>
    <w:p>
      <w:r>
        <w:rPr>
          <w:b/>
        </w:rPr>
        <w:t xml:space="preserve">[41:41] </w:t>
      </w:r>
      <w:r>
        <w:t>yani woh jo kehte hain past glory mein jeete hain, yani azmat rafta mein jeete hain.</w:t>
      </w:r>
    </w:p>
    <w:p>
      <w:pPr>
        <w:jc w:val="right"/>
      </w:pPr>
      <w:r>
        <w:t>یعنی وہ جوکہتےہیں پاسٹگل وریمیںجیتےہیں، یعنیعظمت رفتہمیںجیتےہیں۔</w:t>
      </w:r>
    </w:p>
    <w:p>
      <w:r>
        <w:rPr>
          <w:b/>
        </w:rPr>
        <w:t xml:space="preserve">[41:51] </w:t>
      </w:r>
      <w:r>
        <w:t>azmat haal ki pata nahi logon ko.</w:t>
      </w:r>
    </w:p>
    <w:p>
      <w:pPr>
        <w:jc w:val="right"/>
      </w:pPr>
      <w:r>
        <w:t>عظمت حالکےپتہنہیںلوگوںکو ۔</w:t>
      </w:r>
    </w:p>
    <w:p>
      <w:r>
        <w:rPr>
          <w:b/>
        </w:rPr>
        <w:t xml:space="preserve">[41:56] </w:t>
      </w:r>
      <w:r>
        <w:t>jitne hamare paida hue zamane mein, is 200 saal ke andar, sab azmat rafta mein jeete the. mujhe ek bhi aadmi nahi maloom.</w:t>
      </w:r>
    </w:p>
    <w:p>
      <w:pPr>
        <w:jc w:val="right"/>
      </w:pPr>
      <w:r>
        <w:t>جتنے ہمارے پیدا ہوئے زمان ےمیں، اسدو سوسالکےاندر ،سب عظمترفتہمیںجیتےتھے۔ مجھےایکبھیآدمینہیںمعلوم۔</w:t>
      </w:r>
    </w:p>
    <w:p>
      <w:r>
        <w:rPr>
          <w:b/>
        </w:rPr>
        <w:t xml:space="preserve">[42:05] </w:t>
      </w:r>
      <w:r>
        <w:t>agar hai to iska naam mujhe bata dijiye. jo aaj ki opportunity ko jaanta ho,</w:t>
      </w:r>
    </w:p>
    <w:p>
      <w:pPr>
        <w:jc w:val="right"/>
      </w:pPr>
      <w:r>
        <w:t>اگر ہےتواسکانام مجھےبتادیجئے۔ جو آج کی اپرچونیٹیکوجانتاہو،</w:t>
      </w:r>
    </w:p>
    <w:p>
      <w:r>
        <w:rPr>
          <w:b/>
        </w:rPr>
        <w:t xml:space="preserve">[42:15] </w:t>
      </w:r>
      <w:r>
        <w:t>bas mazi ko, mazi ko jo hai phir se zinda karna. woh mazi to chala gaya, woh zinda hone wala nahi hai. woh</w:t>
      </w:r>
    </w:p>
    <w:p>
      <w:pPr>
        <w:jc w:val="right"/>
      </w:pPr>
      <w:r>
        <w:t>بس ماضیکو، ماضیکو جوہےپھرسےزندہکرنا۔وہماضیتوچلاگیا،وہ زندہہونےوالاہینہیںہے۔وہ</w:t>
      </w:r>
    </w:p>
    <w:p>
      <w:r>
        <w:rPr>
          <w:b/>
        </w:rPr>
        <w:t xml:space="preserve">[42:24] </w:t>
      </w:r>
      <w:r>
        <w:t>to usi ko mein keh raha hoon ke jo aadmi ghusa Denmark ke cartoonist ke ghar mein, x-ray karke, usko jaana chahiye tha quran le kar ke.</w:t>
      </w:r>
    </w:p>
    <w:p>
      <w:pPr>
        <w:jc w:val="right"/>
      </w:pPr>
      <w:r>
        <w:t>تواسیکومیںکہہرہاہوںکہ جو آدمی گھسا ڈنمارککےکارٹونسٹکےگھرمیں، ایکسرےکرکے،اسکو جاناچاہیےتھاقرآنلےکرکے۔</w:t>
      </w:r>
    </w:p>
    <w:p>
      <w:r>
        <w:rPr>
          <w:b/>
        </w:rPr>
        <w:t xml:space="preserve">[42:36] </w:t>
      </w:r>
      <w:r>
        <w:t>aur kya maloom ke uske dil mein Allah taala sachai daal de. jaise bahut se logon ke dil mein sachai daali Allah taala ne, mulhidon ke dil mein sachai padi.</w:t>
      </w:r>
    </w:p>
    <w:p>
      <w:pPr>
        <w:jc w:val="right"/>
      </w:pPr>
      <w:r>
        <w:t>اور کیا معلومکہاسکےدلمیںاللہتعالی سچائیڈالدے۔ جیسےبہت سےلوگوںکےدلمیںسچائیڈالی اللہتعالینے، مل ینبلینلوگوںکےدلمیںسچائیپڑی۔</w:t>
      </w:r>
    </w:p>
    <w:p>
      <w:r>
        <w:rPr>
          <w:b/>
        </w:rPr>
        <w:t xml:space="preserve">[42:48] </w:t>
      </w:r>
      <w:r>
        <w:t>bare bare dushman jo hain, dost ban gaye. to</w:t>
      </w:r>
    </w:p>
    <w:p>
      <w:pPr>
        <w:jc w:val="right"/>
      </w:pPr>
      <w:r>
        <w:t>بڑےبڑےدشمنجوہیں، دوستبنگئے۔ تو</w:t>
      </w:r>
    </w:p>
    <w:p>
      <w:r>
        <w:rPr>
          <w:b/>
        </w:rPr>
        <w:t xml:space="preserve">[42:54] </w:t>
      </w:r>
      <w:r>
        <w:t>chunki logon ko pata nahi opportunity ka, isi mein jeh rahe hain. woh king ke zamane mein maro, maro usko. king ke zamane mein kya tha? maro usko.</w:t>
      </w:r>
    </w:p>
    <w:p>
      <w:pPr>
        <w:jc w:val="right"/>
      </w:pPr>
      <w:r>
        <w:t>چونکہلوگوںکوپتہنہیں اپرچونیٹیکا، اسیمیںجیرہےہیں۔وہ کنگکےزمانےمیںمار و، مارواسکو ۔ کنگکےزمانےمیںکیاتھا؟مارواسکو۔</w:t>
      </w:r>
    </w:p>
    <w:p>
      <w:r>
        <w:rPr>
          <w:b/>
        </w:rPr>
        <w:t xml:space="preserve">[43:09] </w:t>
      </w:r>
      <w:r>
        <w:t>jaise iran ka wo tha king nushirwan, jo kaha jata hai ke bohat hi adil tha. wo iska darbar lagahowa tha.</w:t>
      </w:r>
    </w:p>
    <w:p>
      <w:pPr>
        <w:jc w:val="right"/>
      </w:pPr>
      <w:r>
        <w:t>جیسے ایران کا وہتھا کنگ نوشیرواں، جو کہاجاتاہےکہبہتہیعادل تھا۔ وہ اسکا دربار لگاہواتھا۔</w:t>
      </w:r>
    </w:p>
    <w:p>
      <w:r>
        <w:rPr>
          <w:b/>
        </w:rPr>
        <w:t xml:space="preserve">[43:20] </w:t>
      </w:r>
      <w:r>
        <w:t>to isne test lena chaha ke hamare darbar mein koi hai al-tasochnewala aadmi bhi? kya to isne kaha ke koi kisi ko mere, meri, mere raaj mein kisi ko koi baat shikayat wali hai to batao. wo mera raaj jo hai, wo is mein koi, is ko lagta hai koi negative point hai, koi shikayat batao. wo to sab log chupte, sab log chupte, chupte.</w:t>
      </w:r>
    </w:p>
    <w:p>
      <w:pPr>
        <w:jc w:val="right"/>
      </w:pPr>
      <w:r>
        <w:t>تو اسنے ٹیسٹ لیناچاہاکہہمارےدربارمیںکوئیہے الٹیسوچوالاآدمیبھی؟کیا تواسنےکہاکہ کوئیکسی کومیرے ،میری ،میرےراجمیںکسیکوکوئی بات شکایتوالیہےتوبتائے۔وہ میراراججوہے،وہ اسمیںکوئی،اسکولگتاہےکوئینیگیٹیوپوائنٹہے،کوئیشکایتبتائے۔وہ تو سبلوگچپتھے،سبلوگچپتھے،چپتھے۔</w:t>
      </w:r>
    </w:p>
    <w:p>
      <w:r>
        <w:rPr>
          <w:b/>
        </w:rPr>
        <w:t xml:space="preserve">[43:43] </w:t>
      </w:r>
      <w:r>
        <w:t>ek aadmi khara ho gaya, kaha sahib aap ne tax zyada laga diya hai? to isne kaha acha hai,</w:t>
      </w:r>
    </w:p>
    <w:p>
      <w:pPr>
        <w:jc w:val="right"/>
      </w:pPr>
      <w:r>
        <w:t>ایکآدمیکھڑاہوگیا، کہاںصاحبآپنےٹیکسزیادہ لگادیاہے؟ تو اسنےکہااچھاہے،</w:t>
      </w:r>
    </w:p>
    <w:p>
      <w:r>
        <w:rPr>
          <w:b/>
        </w:rPr>
        <w:t xml:space="preserve">[43:50] </w:t>
      </w:r>
      <w:r>
        <w:t>aap ke dil mein mere khilaf manfi socho. to khud nahi kuch keh raha, wo keh raha maro is ko, is sir pe maro.</w:t>
      </w:r>
    </w:p>
    <w:p>
      <w:pPr>
        <w:jc w:val="right"/>
      </w:pPr>
      <w:r>
        <w:t>آپ کےدلمیںمیرےخلاف منفی سوچہے۔ تو خود نہیںکچھکہہرہا،وہکہاہےمارواسکو، اس سرپرمارو۔</w:t>
      </w:r>
    </w:p>
    <w:p>
      <w:r>
        <w:rPr>
          <w:b/>
        </w:rPr>
        <w:t xml:space="preserve">[44:00] </w:t>
      </w:r>
      <w:r>
        <w:t>is zamane mein qalam dan huwa karta tha, qalam dan maro, qalam dan. itna mara gaya ke bechara wohin mar ke khatam ho gaya. independent soch wala koi mauqa nahi tha pehle zamane mein.</w:t>
      </w:r>
    </w:p>
    <w:p>
      <w:pPr>
        <w:jc w:val="right"/>
      </w:pPr>
      <w:r>
        <w:t>اسزمانےمیںقلمدانہواکرتاتھا،قلمدان مارو،قلمدان۔ اتناماراگیاکہبیچارہوہیںمرکےختمہوگیا۔ انڈیپینڈ نٹسوچکاکوئیموقعہینہیںتھاپہلےزمان ےمیں۔</w:t>
      </w:r>
    </w:p>
    <w:p>
      <w:r>
        <w:rPr>
          <w:b/>
        </w:rPr>
        <w:t xml:space="preserve">[44:13] </w:t>
      </w:r>
      <w:r>
        <w:t>yani Muslim rule ke zamane mein bhi yahi baat thi. independent soch wala koi mauqa nahi tha.</w:t>
      </w:r>
    </w:p>
    <w:p>
      <w:pPr>
        <w:jc w:val="right"/>
      </w:pPr>
      <w:r>
        <w:t>یعنیمسلمرولکےزمانےمیںبھییہیباتتھی۔ انڈیپینڈنٹسوچکاکوئیموقعنہیںتھا۔</w:t>
      </w:r>
    </w:p>
    <w:p>
      <w:r>
        <w:rPr>
          <w:b/>
        </w:rPr>
        <w:t xml:space="preserve">[44:21] </w:t>
      </w:r>
      <w:r>
        <w:t>poore Muslim rule mein ek hi aadmi paida huwa hai jiska independent soch thi, wo hai Ibn Khaldun. koi bhi doosra nahi hai. critical soch, independent soch sirf Ibn Khaldun, Ibn Khaldun mein hui thi.</w:t>
      </w:r>
    </w:p>
    <w:p>
      <w:pPr>
        <w:jc w:val="right"/>
      </w:pPr>
      <w:r>
        <w:t>پورےمسلمرولمیں ایک ہیآدمیپیداہواہےجسکا انڈیپینڈنٹسوچتھی،وہہےابن خلدون۔ کوئیبھیدوسرانہیںہے۔ ک ریٹیوسوچ،انڈیپینڈنٹسوچ صرفابنخلدون، ابن خلدونمیںہوئیتھی۔</w:t>
      </w:r>
    </w:p>
    <w:p>
      <w:r>
        <w:rPr>
          <w:b/>
        </w:rPr>
        <w:t xml:space="preserve">[44:34] </w:t>
      </w:r>
      <w:r>
        <w:t>aur iski kitab jo thi, bohat der mein chhapi. yani European logon ne chhapi is kitab ko, Musalmanon mein maqbool nahi hui wo kitab.</w:t>
      </w:r>
    </w:p>
    <w:p>
      <w:pPr>
        <w:jc w:val="right"/>
      </w:pPr>
      <w:r>
        <w:t>اوراسکیکتاب جو تھی، بہت دیرمیںچھپی۔یعنییورپینلوگوںنےچھاپیاسکتاب کو، مسلمانوںمیںمقبولنہیںہوئیوہکتاب ۔</w:t>
      </w:r>
    </w:p>
    <w:p>
      <w:r>
        <w:rPr>
          <w:b/>
        </w:rPr>
        <w:t xml:space="preserve">[44:44] </w:t>
      </w:r>
      <w:r>
        <w:t>to king ship ke zamane mein ya empire ke zamane mein sab se bari musibat thi ke kisi ko azad nahi thi, opportunity nahi hoti thi logon ko.</w:t>
      </w:r>
    </w:p>
    <w:p>
      <w:pPr>
        <w:jc w:val="right"/>
      </w:pPr>
      <w:r>
        <w:t>تو کنگشپکےزمانےمیں یا ایمپائرکےزمانےمیں سبسے بڑی مصیبتیہتھیکہ کسی کو آزادینہیںتھی، اپرچونیٹینہیںہوتیتھی لوگوںکو ۔</w:t>
      </w:r>
    </w:p>
    <w:p>
      <w:r>
        <w:rPr>
          <w:b/>
        </w:rPr>
        <w:t xml:space="preserve">[44:56] </w:t>
      </w:r>
      <w:r>
        <w:t>ek aadmi jo tha, wo sab kuch is ke control mein tha.</w:t>
      </w:r>
    </w:p>
    <w:p>
      <w:pPr>
        <w:jc w:val="right"/>
      </w:pPr>
      <w:r>
        <w:t>ایکآدمیجوتھا،وہسبکچھ اسکےکنٹرولمیںتھا۔</w:t>
      </w:r>
    </w:p>
    <w:p>
      <w:r>
        <w:rPr>
          <w:b/>
        </w:rPr>
        <w:t xml:space="preserve">[45:02] </w:t>
      </w:r>
      <w:r>
        <w:t>to Allah taala ne Sahaba ke zariye se jo inqilab barpa kiya, wa qatalu aftan la qatalu lillah.</w:t>
      </w:r>
    </w:p>
    <w:p>
      <w:pPr>
        <w:jc w:val="right"/>
      </w:pPr>
      <w:r>
        <w:t>تواللہ تعالینے صحابہکےذریعےسےجوانقلاببرپاکیا، وقات لوافت نہ کل للہ۔</w:t>
      </w:r>
    </w:p>
    <w:p>
      <w:r>
        <w:rPr>
          <w:b/>
        </w:rPr>
        <w:t xml:space="preserve">[45:12] </w:t>
      </w:r>
      <w:r>
        <w:t>is ayat ka matlab main yeh samajhta hoon ke centralization ke daur ko khatam karo, decentralization ke zamane mein lao. har insaan azad ho jaye, har insaan ko mauqa ho, har insaan ke paas opportunity ke raste khul jayein.</w:t>
      </w:r>
    </w:p>
    <w:p>
      <w:pPr>
        <w:jc w:val="right"/>
      </w:pPr>
      <w:r>
        <w:t>اسآیتکامطلبمیںیہیسمجھاہےکہ سینٹرلائزیشنکےدور کوختمکرو، ڈیسینٹرلائزیشنکےزمان ےمیںلاؤ۔ ہر انسان آزادہوجائے،ہرانسانکو موقعہو، ہرانسانکےپاساپرچونیٹی کے راستےکھلجائیں۔</w:t>
      </w:r>
    </w:p>
    <w:p>
      <w:r>
        <w:rPr>
          <w:b/>
        </w:rPr>
        <w:t xml:space="preserve">[45:27] </w:t>
      </w:r>
      <w:r>
        <w:t>wo ho chuka hai, already ho chuka hai, already ho chuka hai. wo ab paas karona kiya hai? ab paas karona kiya</w:t>
      </w:r>
    </w:p>
    <w:p>
      <w:pPr>
        <w:jc w:val="right"/>
      </w:pPr>
      <w:r>
        <w:t>وہ ہوچکاہے،الریڈیہوچکاہے،الریڈیہوچکاہے۔وہ ابپاسکاروناکیاہے؟ ابپاسکاروناکیا</w:t>
      </w:r>
    </w:p>
    <w:p>
      <w:r>
        <w:rPr>
          <w:b/>
        </w:rPr>
        <w:t xml:space="preserve">[45:37] </w:t>
      </w:r>
      <w:r>
        <w:t>hai? abhi haal mein ek Angrez akhbar mein ek ek ek article chhapa tha, ek ek Hindu scholar ka.</w:t>
      </w:r>
    </w:p>
    <w:p>
      <w:pPr>
        <w:jc w:val="right"/>
      </w:pPr>
      <w:r>
        <w:t>ہے؟ ابھی حال میں ایک انگریزیاخبارمیںایکایک ایک آرٹیکلچھپاتھا، ایک ایک ہندو اسک الرکا۔</w:t>
      </w:r>
    </w:p>
    <w:p>
      <w:r>
        <w:rPr>
          <w:b/>
        </w:rPr>
        <w:t xml:space="preserve">[45:47] </w:t>
      </w:r>
      <w:r>
        <w:t>wo tha "Ummah versus Nation State". "Ummah versus Nation State" yeh is ka title, is ka title tha.</w:t>
      </w:r>
    </w:p>
    <w:p>
      <w:pPr>
        <w:jc w:val="right"/>
      </w:pPr>
      <w:r>
        <w:t>وہتھا "ام ہ ورسز نیشن اسٹیٹ"۔ "امہورسزنیشن اسٹیٹ" یہاسکاٹائٹل، اسکا ٹائٹلتھا۔</w:t>
      </w:r>
    </w:p>
    <w:p>
      <w:r>
        <w:rPr>
          <w:b/>
        </w:rPr>
        <w:t xml:space="preserve">[45:59] </w:t>
      </w:r>
      <w:r>
        <w:t>is mein unhone dikhaya tha ke saare Musalman jo hain, Ummah ke concept pe jeete hain, is liye apne apne mulkon ke wafadar nahi hain. wo</w:t>
      </w:r>
    </w:p>
    <w:p>
      <w:pPr>
        <w:jc w:val="right"/>
      </w:pPr>
      <w:r>
        <w:t>اسمیںانہوںنےدکھایاتھاکہسارے مسلمانجوہیں،امہکےکانسیپٹپہجیتےہیں، اسلیے اپنے اپنے ملکوںکےوفادارنہیںہیں۔وہ</w:t>
      </w:r>
    </w:p>
    <w:p>
      <w:r>
        <w:rPr>
          <w:b/>
        </w:rPr>
        <w:t xml:space="preserve">[46:09] </w:t>
      </w:r>
      <w:r>
        <w:t>is ne naqal kiya, unhone is ka Andal Hasan ka, jis ne kaha tere aadmi ko maar dala. yani America mein ja ke settle huwa, wo aadmi wahan ka citizenship liya aur maar dala.</w:t>
      </w:r>
    </w:p>
    <w:p>
      <w:pPr>
        <w:jc w:val="right"/>
      </w:pPr>
      <w:r>
        <w:t>اسنےنقلکیا،انہوںنے اسکا ندالحسنکا، جسنےکہ تیرےآدمیکومارڈالا۔ یعنیامریک ہمیںجاکرسیٹلہوا،وہآدمی وہاںکا سٹیزنشپلیا اورمارڈالا۔</w:t>
      </w:r>
    </w:p>
    <w:p>
      <w:r>
        <w:rPr>
          <w:b/>
        </w:rPr>
        <w:t xml:space="preserve">[46:22] </w:t>
      </w:r>
      <w:r>
        <w:t>to is ne kiya kaha? wo chhapa tha is mein ke "My allegiance is to the Ummah and not to the country"</w:t>
      </w:r>
    </w:p>
    <w:p>
      <w:pPr>
        <w:jc w:val="right"/>
      </w:pPr>
      <w:r>
        <w:t>تو اسنےکیا کہا؟ وہچھپاتھااسمیں کہ" مائی ایلیجنس از ٹو ٹودیامہ اینڈناٹٹودسکنٹری"</w:t>
      </w:r>
    </w:p>
    <w:p>
      <w:r>
        <w:rPr>
          <w:b/>
        </w:rPr>
        <w:t xml:space="preserve">[46:37] </w:t>
      </w:r>
      <w:r>
        <w:t>. country ka matlab America. "My allegiance is to the Ummah and not to the country". yani meri wafadari jo hai, wo Ummah ke liye hai, is mulk ke liye nahi hai.</w:t>
      </w:r>
    </w:p>
    <w:p>
      <w:pPr>
        <w:jc w:val="right"/>
      </w:pPr>
      <w:r>
        <w:t>۔ کنٹریکامطلب امریک ہ۔ "مائیایلیجنساز ٹودیام ہ اینڈناٹٹودسکنٹری"۔ یعنیمیریوفاداریجوہے،وہ امہکےلیےہے، اس ملککےلیےنہیںہے۔</w:t>
      </w:r>
    </w:p>
    <w:p>
      <w:r>
        <w:rPr>
          <w:b/>
        </w:rPr>
        <w:t xml:space="preserve">[46:50] </w:t>
      </w:r>
      <w:r>
        <w:t>yeh bohat hi khatarnak nazariya hai. aur is ke zimmedar kaun nahi? is ke zimmedar hain Muslim rehnuma. ek zamana tha jab ke pehle Sahaba ka nazariya ubhra.</w:t>
      </w:r>
    </w:p>
    <w:p>
      <w:pPr>
        <w:jc w:val="right"/>
      </w:pPr>
      <w:r>
        <w:t>یہبہت ہی خطرناک نظریہہے۔ اور اسکےذمہدارکونہیں؟اسکےذمہدارہیںمسلمرہنما۔ ایک زمان ہتھا جب کہ پہلیصحابیت کانظریہابھرا۔</w:t>
      </w:r>
    </w:p>
    <w:p>
      <w:r>
        <w:rPr>
          <w:b/>
        </w:rPr>
        <w:t xml:space="preserve">[47:03] </w:t>
      </w:r>
      <w:r>
        <w:t>Al-Ummah usi ki, usi ka afshot hai. to hua yeh ke yeh colonial period jo tha, jab ke European taqatein uthi aur Muslim empires ko tod diya, unhone Musalmanon mein har jagah unhone apna rule qaim kar liya.</w:t>
      </w:r>
    </w:p>
    <w:p>
      <w:pPr>
        <w:jc w:val="right"/>
      </w:pPr>
      <w:r>
        <w:t>الامہاسی کی، اسیکا اف شوٹہے۔ تو ہوا یہکہیہکلونیلپیریڈجوتھا، جب کہ یورپینطاقتیں اٹھیںاورمسلم ایمپائرزکوتوڑدیا،انہوںنے مسلمانوںمیں ہرجگہانہوںنے اپنا رولقائمکرلیا۔</w:t>
      </w:r>
    </w:p>
    <w:p>
      <w:r>
        <w:rPr>
          <w:b/>
        </w:rPr>
        <w:t xml:space="preserve">[47:23] </w:t>
      </w:r>
      <w:r>
        <w:t>to is zamane mein jab Jamaat-ud-din Afghani uthe, Syed Jamaat-ud-din Afghani, unhone yeh nare sab se pehle nikala tha. yeh</w:t>
      </w:r>
    </w:p>
    <w:p>
      <w:pPr>
        <w:jc w:val="right"/>
      </w:pPr>
      <w:r>
        <w:t>تو اسزمانےمیں جب جماعتالدینافغانیاٹھے، سید جماعتالدینافغانی، انہوںنے یہنعرے سب سےپہلےنکالاتھا۔یہ</w:t>
      </w:r>
    </w:p>
    <w:p>
      <w:r>
        <w:rPr>
          <w:b/>
        </w:rPr>
        <w:t xml:space="preserve">[47:31] </w:t>
      </w:r>
      <w:r>
        <w:t>yani poori dunya ke Musalmanon ko is ittehad karna, colonial power se ladne ke liye. to yeh is ka saath diya bohat se logon ne.</w:t>
      </w:r>
    </w:p>
    <w:p>
      <w:pPr>
        <w:jc w:val="right"/>
      </w:pPr>
      <w:r>
        <w:t>یعنیپوریدنیا کے مسلمانوںکو اس متحد کرنا، کلونیلپاورسےلڑنےکےلیے۔ تو یہ اسکا ساتھ دیا بہتسےلوگوںنے۔</w:t>
      </w:r>
    </w:p>
    <w:p>
      <w:r>
        <w:rPr>
          <w:b/>
        </w:rPr>
        <w:t xml:space="preserve">[47:46] </w:t>
      </w:r>
      <w:r>
        <w:t>hamare Abul Kalam Azad bhai is mein the, Iqbal is mein the, Abdullah Maududi ki yeh soch thi. saare log isi soch mein the, Ummah, Ummah, Ummah. saari dunya ke qaum, saari dunya ke Musalman ek qaum hain.</w:t>
      </w:r>
    </w:p>
    <w:p>
      <w:pPr>
        <w:jc w:val="right"/>
      </w:pPr>
      <w:r>
        <w:t>ہمارےابوالکلامآزادبھیاسیمیںتھے، اقبالاسیمیںتھے، عبداللہ مودیکییہیسوچتھی۔ سارےلوگاسیسوچمیںتھے،امہ،امہ،امہ۔ساریدنیا کے قوم ،ساریدنیا کےمسلمانایکقومہیں۔</w:t>
      </w:r>
    </w:p>
    <w:p>
      <w:r>
        <w:rPr>
          <w:b/>
        </w:rPr>
        <w:t xml:space="preserve">[48:00] </w:t>
      </w:r>
      <w:r>
        <w:t>acha, ab is ke baad jab nation states ka zamana aaya, second world war ke baad, ab nation states ka zamana aa chuka hai. to ab Muslim infa ho gaye.</w:t>
      </w:r>
    </w:p>
    <w:p>
      <w:pPr>
        <w:jc w:val="right"/>
      </w:pPr>
      <w:r>
        <w:t>اچھا،اباسکےبعد جب نیشن اسٹیٹکازمانہآیا، سیکنڈورلڈوارکےبعد،ابنیشناسٹیٹکازمانہآچکاہے۔ تو ابمس لمان انفٹہوگئے۔</w:t>
      </w:r>
    </w:p>
    <w:p>
      <w:r>
        <w:rPr>
          <w:b/>
        </w:rPr>
        <w:t xml:space="preserve">[48:11] </w:t>
      </w:r>
      <w:r>
        <w:t>yani inke zehan mein tha ke hamari wafadari ummah ke sath hai, yani universal nationality. to ab adjust nahi kar paye, woh aaj bhi adjust nahi kar pa rahe hain kyunke wohi hamare shairyon mein, adab mein wohi chalta hai. abhi tak al-ummah,</w:t>
      </w:r>
    </w:p>
    <w:p>
      <w:pPr>
        <w:jc w:val="right"/>
      </w:pPr>
      <w:r>
        <w:t>یعنیانکےذہنمیںتھاکہہماریوفاداریامہکےساتھہے، یعنییونیور سلنیشنلٹی۔ تو اب ایڈجسٹنہیںکرپائے،وہ آجبھیایڈجسٹنہیںکرپارہےہیںکیونکہوہی ہمارے شاعریوں میں،ادبمیںوہیچلتاہے۔ابھیتک الامہ،</w:t>
      </w:r>
    </w:p>
    <w:p>
      <w:r>
        <w:rPr>
          <w:b/>
        </w:rPr>
        <w:t xml:space="preserve">[48:25] </w:t>
      </w:r>
      <w:r>
        <w:t>ummah, ummah ka concept. to hua kya? dekhiye, khilafat-e-usmaniya ko bachane ke liye sab kiya gaya tha.</w:t>
      </w:r>
    </w:p>
    <w:p>
      <w:pPr>
        <w:jc w:val="right"/>
      </w:pPr>
      <w:r>
        <w:t>امہ، امہکان سیپٹ۔ تو ہوا کیا؟دیکھیے، خلافت عثمانی کوبچانےکےلیے سبکیاگیاتھا۔</w:t>
      </w:r>
    </w:p>
    <w:p>
      <w:r>
        <w:rPr>
          <w:b/>
        </w:rPr>
        <w:t xml:space="preserve">[48:36] </w:t>
      </w:r>
      <w:r>
        <w:t>khilafat ke saare dunya ke musalmanon ki madad de, khilafat-e-usmaniya ko bachane ke liye. turki khilafat jo thi. lekin hua kya is zamane mein</w:t>
      </w:r>
    </w:p>
    <w:p>
      <w:pPr>
        <w:jc w:val="right"/>
      </w:pPr>
      <w:r>
        <w:t>خلافت کہساریدنیا کےمسلمانوںکیمدددے،خلافتعثمانی کوبچانےکےلیے۔ترکیکیخلافتجوتھی۔ لیکن ہواکیا اسزمانےمیں</w:t>
      </w:r>
    </w:p>
    <w:p>
      <w:r>
        <w:rPr>
          <w:b/>
        </w:rPr>
        <w:t xml:space="preserve">[48:44] </w:t>
      </w:r>
      <w:r>
        <w:t>ke khud inke jo matahat countries the, arab ke jitne countries hain, un sab mein inki hukumat thi. turki khilafat ki sab mein nationalism aa gaya.</w:t>
      </w:r>
    </w:p>
    <w:p>
      <w:pPr>
        <w:jc w:val="right"/>
      </w:pPr>
      <w:r>
        <w:t>کہخود انکےجو ماتحتکنٹریزتھے، عرب کےجتنےکنٹریزہیں، انسبمیںانکیحکومت تھی۔ ترک خلافتکی سب میں نیشنلزمآگیا۔</w:t>
      </w:r>
    </w:p>
    <w:p>
      <w:r>
        <w:rPr>
          <w:b/>
        </w:rPr>
        <w:t xml:space="preserve">[48:56] </w:t>
      </w:r>
      <w:r>
        <w:t>arab nationalism jo kehte the, arab nationalism. ab saari arab state alag ho gayi. to ummah kahan raha?</w:t>
      </w:r>
    </w:p>
    <w:p>
      <w:pPr>
        <w:jc w:val="right"/>
      </w:pPr>
      <w:r>
        <w:t>عرب نیشنلزمجوکہتےتھے،عرب نیشنلزم۔ اب ساری عرب اسٹیٹالگہوگئی۔ تو امہکہاںرہا؟</w:t>
      </w:r>
    </w:p>
    <w:p>
      <w:r>
        <w:rPr>
          <w:b/>
        </w:rPr>
        <w:t xml:space="preserve">[49:08] </w:t>
      </w:r>
      <w:r>
        <w:t>ummah kahan raha? ummah to khatam ho gaya.</w:t>
      </w:r>
    </w:p>
    <w:p>
      <w:pPr>
        <w:jc w:val="right"/>
      </w:pPr>
      <w:r>
        <w:t>امہکہاںرہا؟امہتوختمہوگیا۔</w:t>
      </w:r>
    </w:p>
    <w:p>
      <w:r>
        <w:rPr>
          <w:b/>
        </w:rPr>
        <w:t xml:space="preserve">[49:10] </w:t>
      </w:r>
      <w:r>
        <w:t>ummah ka matlab tha ke saare musalman turki khilafat ka sath dein aur unhone inko sath chhod kar ke apne apne mulk ke leaderon ka sath diya.</w:t>
      </w:r>
    </w:p>
    <w:p>
      <w:pPr>
        <w:jc w:val="right"/>
      </w:pPr>
      <w:r>
        <w:t>ام ہکامطلبتھاکہ سارے مس لمان ترکیخلافتکاساتھ دیں اورانہوںنےانکو ساتھچھوڑکرکےاپنے اپنے مل کی لیڈروںکاساتھدیا۔</w:t>
      </w:r>
    </w:p>
    <w:p>
      <w:r>
        <w:rPr>
          <w:b/>
        </w:rPr>
        <w:t xml:space="preserve">[49:22] </w:t>
      </w:r>
      <w:r>
        <w:t>yahan par ek baat mein arz karna chahta hoon ke theek yahi baat hui thi communism mein. first world war ke zamane mein yeh hua ke communiston mein ek nazariya nikla jisko kehte hain communist international.</w:t>
      </w:r>
    </w:p>
    <w:p>
      <w:pPr>
        <w:jc w:val="right"/>
      </w:pPr>
      <w:r>
        <w:t>یہاںپرایکباتمیںعرضکرناچاہتاہوںکہ ٹھیک یہیباتہوئی تھی کمیونزممیں۔ فرسٹورلڈوارکےزمان ےمیں یہہوا کہ کمیونسٹوںمیں ایک نظریہنکلا جسکوکہتےہیںکمیونسٹانٹرنیشنل ۔</w:t>
      </w:r>
    </w:p>
    <w:p>
      <w:r>
        <w:rPr>
          <w:b/>
        </w:rPr>
        <w:t xml:space="preserve">[49:38] </w:t>
      </w:r>
      <w:r>
        <w:t>yani saari dunya ke communist jo hain, ek ho jayen. yani laborers jo laborers hain. marx ne kaha tha ke sab saari dunya ke mazdoor ek ho jayen.</w:t>
      </w:r>
    </w:p>
    <w:p>
      <w:pPr>
        <w:jc w:val="right"/>
      </w:pPr>
      <w:r>
        <w:t>یعنیساریدنیا کےکمیونسٹجوہیں، ایکہوجائیں۔ یعنیلیبرزجولیبرزہیں۔ مارکسنےکہاتھاکہ سب ساریدنیا کےمزدورایکہوجائیں۔</w:t>
      </w:r>
    </w:p>
    <w:p>
      <w:r>
        <w:rPr>
          <w:b/>
        </w:rPr>
        <w:t xml:space="preserve">[49:50] </w:t>
      </w:r>
      <w:r>
        <w:t>yani ek taraf capitalist nizam, ek taraf mazdooron ke nizam. yani capitalist class aur worker class. workers to asasa ke nazdeek woh hai, do hi class the: worker class aur capitalist class.</w:t>
      </w:r>
    </w:p>
    <w:p>
      <w:pPr>
        <w:jc w:val="right"/>
      </w:pPr>
      <w:r>
        <w:t>یعنیایکطرف سرمایہدارینظام،ایکطرف مزدور وںکےنظام ۔ یعنیکیپیٹلسٹ کلاساور ورکرکلاس۔ ورکرز تو اساسکےنزدیکجوہے، دوہی کلاستھے: ورکرکلاس اورکیپیٹلسٹکلاس۔</w:t>
      </w:r>
    </w:p>
    <w:p>
      <w:r>
        <w:rPr>
          <w:b/>
        </w:rPr>
        <w:t xml:space="preserve">[50:07] </w:t>
      </w:r>
      <w:r>
        <w:t>to communist international jo qaim hui, isi liye ke saari worker class ek taraf ho jaye aur capitalist class ko todne ke liye. iske baad jab first world war hui to har country ke logon ne apne country ki governments ka sath diya.</w:t>
      </w:r>
    </w:p>
    <w:p>
      <w:pPr>
        <w:jc w:val="right"/>
      </w:pPr>
      <w:r>
        <w:t>تو کمیونسٹانٹرنیشنلجوقائمہوئی،اسیلیےکہ ساراورککلاس ایکطرف ہوجائے اور کیپیٹلسٹکلاسکوتوڑنےکےلیے۔ اسکےبعد جبفرسٹورلڈوارہوئی تو ہر کنٹریکےلوگوںنے اپنے کنٹریکےحکومت وںکاساتھدیا۔</w:t>
      </w:r>
    </w:p>
    <w:p>
      <w:r>
        <w:rPr>
          <w:b/>
        </w:rPr>
        <w:t xml:space="preserve">[50:23] </w:t>
      </w:r>
      <w:r>
        <w:t>yani workers jo the, yani jo communist the, in communiston ne bhi apni nation state ka sath diya. yeh hua third international mein.</w:t>
      </w:r>
    </w:p>
    <w:p>
      <w:pPr>
        <w:jc w:val="right"/>
      </w:pPr>
      <w:r>
        <w:t>یعنیورکرزجوتھے،یعنیجوکمیونسٹتھے، ان کمیونسٹوںنےبھی اپنی نیشن اسٹیٹکاساتھدیا۔ یہہوا تھرڈانٹرنیشنلمیں۔</w:t>
      </w:r>
    </w:p>
    <w:p>
      <w:r>
        <w:rPr>
          <w:b/>
        </w:rPr>
        <w:t xml:space="preserve">[50:35] </w:t>
      </w:r>
      <w:r>
        <w:t>third international ke zamane mein second first world war hui thi. iske baad woh communist international toot gayi. ab sochiye, communist international toot gayi aur phir yeh ummah kyun nahi toota?</w:t>
      </w:r>
    </w:p>
    <w:p>
      <w:pPr>
        <w:jc w:val="right"/>
      </w:pPr>
      <w:r>
        <w:t>تھرڈ انٹرنیشنلکےزمانےمیں سیکنڈفرسٹورلڈوارہوئیتھی۔ اسکےبعد وہ کمیونسٹانٹرنیشنلٹوٹگئی۔ ابسوچیے،کمیونسٹانٹر نیشنلٹوٹگئی اورپھریہامہکیوںنہیںٹوٹا؟</w:t>
      </w:r>
    </w:p>
    <w:p>
      <w:r>
        <w:rPr>
          <w:b/>
        </w:rPr>
        <w:t xml:space="preserve">[50:49] </w:t>
      </w:r>
      <w:r>
        <w:t>jab ke saare arab states ne reveal kiya aur turki khilafat ko chhod diya. turki khilafat jo khatam hui, woh mustafa kemal pasha ne nahi khatam ki thi. usko</w:t>
      </w:r>
    </w:p>
    <w:p>
      <w:pPr>
        <w:jc w:val="right"/>
      </w:pPr>
      <w:r>
        <w:t>جب کہ سارےعرب اسٹیٹسنے ریویلکیا اور ترک یخلافتکےکو چھوڑدیا۔ ترکیخلافتجوختمہوئی،وہمصطفیکمالپاشاہنےنہیںختمکیتھی۔اسکو</w:t>
      </w:r>
    </w:p>
    <w:p>
      <w:r>
        <w:rPr>
          <w:b/>
        </w:rPr>
        <w:t xml:space="preserve">[51:03] </w:t>
      </w:r>
      <w:r>
        <w:t>arab mulk jo the, woh sab usse cut gaye. log samajhte hain ke turki khilafat ko mustafa kemal pasha ne khatam kiya. yeh bhi ek bilkul baseless baat hai.</w:t>
      </w:r>
    </w:p>
    <w:p>
      <w:pPr>
        <w:jc w:val="right"/>
      </w:pPr>
      <w:r>
        <w:t>عرب ممالکجوتھے،وہسب اسسےکٹگئے۔ لوگسمجھتےہیںکہترکی خلافتکو مصطفیکمالپاشاہنےختمکیا۔ یہبھیایکبالکل بیسلیسباتہے۔</w:t>
      </w:r>
    </w:p>
    <w:p>
      <w:r>
        <w:rPr>
          <w:b/>
        </w:rPr>
        <w:t xml:space="preserve">[51:13] </w:t>
      </w:r>
      <w:r>
        <w:t>jab arab state ne reveal kiya aur baghi ban gaya iske, to woh kahan kahan qaim hoti hai? hawa mein qaim hoti hai. woh kyunke woh toot gayi. woh to yahan mein aapse arz karna chahta hoon ke dekhiye, communist international toot gaya jab ke dunya bhar ke mazdooron ne apna apna nation state ka sath diya.</w:t>
      </w:r>
    </w:p>
    <w:p>
      <w:pPr>
        <w:jc w:val="right"/>
      </w:pPr>
      <w:r>
        <w:t>جب عرب اسٹیٹنےریویلکیا اور باغیبنگیااسکے،تووہکہاںکہاںقائمہوتیہے؟ہوامیںقائمہوتیہے۔وہ کیونکہوہٹوٹیگئی۔وہ تو یہاںمیںآپسےعرضکرناچاہتاہوںکہدیکھیے، کمیونسٹانٹرنیشنلٹوٹگیا جب کہ دنیا بھرکےمزدوروںنےاپنیاپنی نیشناسٹیٹکاساتھدیا۔</w:t>
      </w:r>
    </w:p>
    <w:p>
      <w:r>
        <w:rPr>
          <w:b/>
        </w:rPr>
        <w:t xml:space="preserve">[51:33] </w:t>
      </w:r>
      <w:r>
        <w:t>kisi farzi universal communism ka sath nahi diya. communist international jo tha, uska sath nahi diya. apni apni nation state ka sath diya to woh toot gayi, khatam ho gayi.</w:t>
      </w:r>
    </w:p>
    <w:p>
      <w:pPr>
        <w:jc w:val="right"/>
      </w:pPr>
      <w:r>
        <w:t>کسی فرضییونیورسل کمیونزمکاساتھنہیںدیا۔ کمیونسٹانٹرنیشنلجوتھا،اسکاساتھنہیںدیا۔ اپنی اپنی نیشن اسٹیٹکاساتھدیاتووہٹوٹگئی،ختمہوگئی ۔</w:t>
      </w:r>
    </w:p>
    <w:p>
      <w:r>
        <w:rPr>
          <w:b/>
        </w:rPr>
        <w:t xml:space="preserve">[51:45] </w:t>
      </w:r>
      <w:r>
        <w:t>ab kahin dunya mein communist international nahi maujood hai. lekin yeh jo hai pehli sahabi, yeh ummah ki shakal mein aaj bhi maujood hai.</w:t>
      </w:r>
    </w:p>
    <w:p>
      <w:pPr>
        <w:jc w:val="right"/>
      </w:pPr>
      <w:r>
        <w:t>ابکہیںدنیا میںکمیونسٹانٹرنیشنلنہیںموجود ہے۔ لیکن یہجوہے پہلیصحابیت، یہ امہکیشکلمیںآجبھیموجود ہے۔</w:t>
      </w:r>
    </w:p>
    <w:p>
      <w:r>
        <w:rPr>
          <w:b/>
        </w:rPr>
        <w:t xml:space="preserve">[51:58] </w:t>
      </w:r>
      <w:r>
        <w:t>aaj bhi saari dunya ke musalman ummah ke, in ummah ke mizaj se sochte hain. yeh likha hua hai is article mein: ummah vs nation state.</w:t>
      </w:r>
    </w:p>
    <w:p>
      <w:pPr>
        <w:jc w:val="right"/>
      </w:pPr>
      <w:r>
        <w:t>آجبھیساریدنیا کےمسلمانامہکے ،انامہکے مزاجسےسوچتےہیں۔ یہلکھ اہواہےاسآرٹیکلمیں: امہورسز نیشن اسٹیٹ۔</w:t>
      </w:r>
    </w:p>
    <w:p>
      <w:r>
        <w:rPr>
          <w:b/>
        </w:rPr>
        <w:t xml:space="preserve">[52:07] </w:t>
      </w:r>
      <w:r>
        <w:t>aisa kyun hai? yahan par mein ek baat arz karna chahta hoon ke hadith mein aata hai ke ke zalat al-alam, zalat al-alam. yeh yani yeh hadith ke alfaaz nahi hain.</w:t>
      </w:r>
    </w:p>
    <w:p>
      <w:pPr>
        <w:jc w:val="right"/>
      </w:pPr>
      <w:r>
        <w:t>ایساکیوںہے؟ یہاںپر میں ایکبات عرضکرناچاہتاہوںکہحدیثمیںآتاہےکہ کہ ذ لت العالم ، ذلت العالم ۔یہ یعنییہحدیثکےالفاظنہیںہیں۔</w:t>
      </w:r>
    </w:p>
    <w:p>
      <w:r>
        <w:rPr>
          <w:b/>
        </w:rPr>
        <w:t xml:space="preserve">[52:19] </w:t>
      </w:r>
      <w:r>
        <w:t>kayi hadithain aisi hain, isse yeh aks kiya gaya hai ke aalim agar phisal jaye to saari dunya phisal jayegi.</w:t>
      </w:r>
    </w:p>
    <w:p>
      <w:pPr>
        <w:jc w:val="right"/>
      </w:pPr>
      <w:r>
        <w:t>کئیحدیثیںایسیہیں،اسسے یہ عکسکیاگیاہے کہ عالماگر پھسلجائےتوساریدنیا پھسلجائےگی۔</w:t>
      </w:r>
    </w:p>
    <w:p>
      <w:r>
        <w:rPr>
          <w:b/>
        </w:rPr>
        <w:t xml:space="preserve">[52:29] </w:t>
      </w:r>
      <w:r>
        <w:t>is mafhoom ki hadithain kayi hain: zalat al-alam, zalat al-alam. yani aalim ka phisalna saari dunya ka phisalna hai. aisa kyun hota hai?</w:t>
      </w:r>
    </w:p>
    <w:p>
      <w:pPr>
        <w:jc w:val="right"/>
      </w:pPr>
      <w:r>
        <w:t>اس مفہومکیحدیثیںکئیہیں: ذ لت العالم ، ذ لت العالم ۔ یعنیعالمکاپھسلناساریدنیاکاپھسلناہے۔ایساکیوںہوتاہے؟</w:t>
      </w:r>
    </w:p>
    <w:p>
      <w:r>
        <w:rPr>
          <w:b/>
        </w:rPr>
        <w:t xml:space="preserve">[52:39] </w:t>
      </w:r>
      <w:r>
        <w:t>isi misaal se aap samajh sakte hain. yani communist international ke paas secular daleel thi. secular daleel ka matlab interim result.</w:t>
      </w:r>
    </w:p>
    <w:p>
      <w:pPr>
        <w:jc w:val="right"/>
      </w:pPr>
      <w:r>
        <w:t>اسی مثالسےآپسمجھسکتےہیں۔ یعنی کمیونسٹانٹرنیشنلکےپاس سیکولردلیلتھی۔ سیکولردلیلکامطلب انٹرمآفرزلٹ۔</w:t>
      </w:r>
    </w:p>
    <w:p>
      <w:r>
        <w:rPr>
          <w:b/>
        </w:rPr>
        <w:t xml:space="preserve">[52:49] </w:t>
      </w:r>
      <w:r>
        <w:t>inke paas sirf result ke term mein batane ke mumkin tha ke iska result yeh niklega. lekin aalim kya karta hai?</w:t>
      </w:r>
    </w:p>
    <w:p>
      <w:pPr>
        <w:jc w:val="right"/>
      </w:pPr>
      <w:r>
        <w:t>انکےپاسصرفرزلٹکےٹرممیں بت انے کےممکنتھاکہ اسکارزلٹیہنکلےگا۔ لیکن عالمکیاکرتاہے؟</w:t>
      </w:r>
    </w:p>
    <w:p>
      <w:r>
        <w:rPr>
          <w:b/>
        </w:rPr>
        <w:t xml:space="preserve">[52:57] </w:t>
      </w:r>
      <w:r>
        <w:t>isko aqeedah bana deta hai, fatwa de deta hai. communist ummah khatam ho gayi, muslim ummah khatam nahi hui. ab bhi musalman har mulk mein ghair wafadar.</w:t>
      </w:r>
    </w:p>
    <w:p>
      <w:pPr>
        <w:jc w:val="right"/>
      </w:pPr>
      <w:r>
        <w:t>اسکوعقیدہبنادیتاہے، فتویدیتاہے۔ کمیونسٹامہختمہوگئی، مسلمامہختمنہیںہوئی۔ اببھی مسلمانہرملکمیں غیر وف ادار۔</w:t>
      </w:r>
    </w:p>
    <w:p>
      <w:r>
        <w:rPr>
          <w:b/>
        </w:rPr>
        <w:t xml:space="preserve">[53:08] </w:t>
      </w:r>
      <w:r>
        <w:t>yaniasi amreek hamein rehta tha ndal,asi amreek hake logon ko tere aadmiyon ko maar daala isne. iski waja se nation, kyunke woh iska masla tha ke bhai nation twa islam nation hai, poori dunya ek nation hai, mein iska member hoon.</w:t>
      </w:r>
    </w:p>
    <w:p>
      <w:pPr>
        <w:jc w:val="right"/>
      </w:pPr>
      <w:r>
        <w:t>یعنیاسیامریک ہمیںرہتاتھا ندال،اسیامریک ہکےلوگوںکو تیرےآدمیوںکومارڈالااسنے۔ اسکیونکہ نیشن ،کیونکہوہ اسکامسئلہتھاکہبھئینیشنتواسلام کنیشنہے، پوریدنیا ایکنیشنہے،میںاسکا ممبرہوں۔</w:t>
      </w:r>
    </w:p>
    <w:p>
      <w:r>
        <w:rPr>
          <w:b/>
        </w:rPr>
        <w:t xml:space="preserve">[53:24] </w:t>
      </w:r>
      <w:r>
        <w:t>to ulama ne is mein yeh jo hadith mein aata hai, iska matlab ulama barai ko aqeedah ki shakal de den ge.</w:t>
      </w:r>
    </w:p>
    <w:p>
      <w:pPr>
        <w:jc w:val="right"/>
      </w:pPr>
      <w:r>
        <w:t>تو علم اءنے اسمیں یہجوحدیث میںآتاہے، اسکامطلبعلماء برائیکوعقیدہکیشکلدےدیںگے۔</w:t>
      </w:r>
    </w:p>
    <w:p>
      <w:r>
        <w:rPr>
          <w:b/>
        </w:rPr>
        <w:t xml:space="preserve">[53:33] </w:t>
      </w:r>
      <w:r>
        <w:t>mere nazdeek ek burai hai ke aap saari dunya ke musalmanon ko ek nation kahein. yeh political burai hai, political burai. kyunke saari dunya ke musalman ek nation agar rahen, apne mulk ka wafadar nahi rahen ge. woh hamesha apne ham mulk jo hain, unko shobay ki nazar se dekhe ga.</w:t>
      </w:r>
    </w:p>
    <w:p>
      <w:pPr>
        <w:jc w:val="right"/>
      </w:pPr>
      <w:r>
        <w:t>میرےنزدیکایکبرائیہےکہآپ ساریدنیاکےمسلمانوںکوایکنیشنکہیں۔ یہپولیٹیکلبرائیہے،پولیٹیکلبرائی۔ کیونکہساریدنیاکےمسلمانایکنیشناگررہیں، اپنےملککاوفادارنہیںرہیںگے۔وہ ہمیشہ اپنے ہمملکجوہے،انکو شعبےکی نظر سےدیکھےگا۔</w:t>
      </w:r>
    </w:p>
    <w:p>
      <w:r>
        <w:rPr>
          <w:b/>
        </w:rPr>
        <w:t xml:space="preserve">[53:51] </w:t>
      </w:r>
      <w:r>
        <w:t>hum nation state ke zamane mein reh rahe hain.</w:t>
      </w:r>
    </w:p>
    <w:p>
      <w:pPr>
        <w:jc w:val="right"/>
      </w:pPr>
      <w:r>
        <w:t>ہم نیشناسٹیٹکےزمانےمیںرہرہےہیں۔</w:t>
      </w:r>
    </w:p>
    <w:p>
      <w:r>
        <w:rPr>
          <w:b/>
        </w:rPr>
        <w:t xml:space="preserve">[53:53] </w:t>
      </w:r>
      <w:r>
        <w:t>hum ko apni nation ka, apni qaum ka, apni country ka wafadar banna hai. lekin agar aap ke dilon mein basa hua hai ummah ka concept, international ummah, saari dunya ke musalman ek nation nahi to kya ho ga?</w:t>
      </w:r>
    </w:p>
    <w:p>
      <w:pPr>
        <w:jc w:val="right"/>
      </w:pPr>
      <w:r>
        <w:t>ہمکو اپنی نیشنکا،اپنی قومکا ،اپنی کنٹریکاوفاداربنناہے۔ لیکن اگرآپکےدلوںمیںبساہواہے امہ کانسیپٹ، انٹرنیشنل ام ہ، س اریدنیا کےمسلمانایکنیشنہیں تو کیاہوگا؟</w:t>
      </w:r>
    </w:p>
    <w:p>
      <w:r>
        <w:rPr>
          <w:b/>
        </w:rPr>
        <w:t xml:space="preserve">[54:07] </w:t>
      </w:r>
      <w:r>
        <w:t>aap apne mulk ka wafadar nahi banen ge. yani kitna dangerous idea hai yeh.</w:t>
      </w:r>
    </w:p>
    <w:p>
      <w:pPr>
        <w:jc w:val="right"/>
      </w:pPr>
      <w:r>
        <w:t>آپ اپنے ملککاوفادارنہیںبنیںگے۔ یعنیکتنا ڈینجرسآئیڈیاہےیہ۔</w:t>
      </w:r>
    </w:p>
    <w:p>
      <w:r>
        <w:rPr>
          <w:b/>
        </w:rPr>
        <w:t xml:space="preserve">[54:13] </w:t>
      </w:r>
      <w:r>
        <w:t>to yeh kyun baqi hai ke ulama is mein shareek ho gaye, unhone fatwa diya, isko aqeedah ka masla bana diya? yeh khatam nahi ho raha hai, aaj tak khatam nahi ho raha hai.</w:t>
      </w:r>
    </w:p>
    <w:p>
      <w:pPr>
        <w:jc w:val="right"/>
      </w:pPr>
      <w:r>
        <w:t>تویہکیوں باقیہے کہ علم اءاسمیںشریکہوگئے،انہوںنےفتویدیا، اسکوعقیدےکامسئلہبنادیا؟ یہ ختمہینہیںہورہاہے،آجتکختمہینہیںہورہاہے۔</w:t>
      </w:r>
    </w:p>
    <w:p>
      <w:r>
        <w:rPr>
          <w:b/>
        </w:rPr>
        <w:t xml:space="preserve">[54:24] </w:t>
      </w:r>
      <w:r>
        <w:t>agar ek secular idea hota yeh to khatam ho chuka hota ab tak. lekin jab aqeedah bana diya, ab to khatam nahi hota. aadmi suicide bomb bhi kare ga, lekin woh us se hate ga nahi.</w:t>
      </w:r>
    </w:p>
    <w:p>
      <w:pPr>
        <w:jc w:val="right"/>
      </w:pPr>
      <w:r>
        <w:t>اگر ایک سیکولرآئیڈیاہوتایہ تو ختمہوچکاہوتاابتک۔ لیکنجب عقیدہبنادیا،ابتوختمنہیںہوتا۔آدمیس وسائیڈبمبھیکرےگا،لیکنوہ اسسےہٹےگانہیں۔</w:t>
      </w:r>
    </w:p>
    <w:p>
      <w:r>
        <w:rPr>
          <w:b/>
        </w:rPr>
        <w:t xml:space="preserve">[54:36] </w:t>
      </w:r>
      <w:r>
        <w:t>to kitna khatarnak hai kisi ghair deeni baat ko deeni banana</w:t>
      </w:r>
    </w:p>
    <w:p>
      <w:pPr>
        <w:jc w:val="right"/>
      </w:pPr>
      <w:r>
        <w:t>تو کتناخطرناکہے کسی غیر دینیباتکودینیبن انا</w:t>
      </w:r>
    </w:p>
    <w:p>
      <w:r>
        <w:rPr>
          <w:b/>
        </w:rPr>
        <w:t xml:space="preserve">[54:45] </w:t>
      </w:r>
      <w:r>
        <w:t>ke communist international khatam ho gayi, musalman international khatam nahi ho rahi. ghor kijiye, communist international khatam ho gayi, iska wajood hi nahi hai aaj.</w:t>
      </w:r>
    </w:p>
    <w:p>
      <w:pPr>
        <w:jc w:val="right"/>
      </w:pPr>
      <w:r>
        <w:t>کہ کمیونسٹانٹرنیشنلختمہوگئی، مسلمانٹرنیشنلختمنہیںہورہی۔ غورکیجئے، کمیونسٹانٹرنیشنلختمہوگئی،اسکاوجود ہینہیںہےآج۔</w:t>
      </w:r>
    </w:p>
    <w:p>
      <w:r>
        <w:rPr>
          <w:b/>
        </w:rPr>
        <w:t xml:space="preserve">[54:55] </w:t>
      </w:r>
      <w:r>
        <w:t>ab muslim international baqi hai, ummah ke naam se. ummah ka concept ka na Quran se koi talluq hai, na hadith se koi talluq.</w:t>
      </w:r>
    </w:p>
    <w:p>
      <w:pPr>
        <w:jc w:val="right"/>
      </w:pPr>
      <w:r>
        <w:t>ابمسلمنےانٹرنیشنلباقیہے، الامہکےنامسے۔ الامہکا کانسیپٹ کا نہقرآنسےکوئی تعلقہے،نہحدیثسےکوئیتعلق ۔</w:t>
      </w:r>
    </w:p>
    <w:p>
      <w:r>
        <w:rPr>
          <w:b/>
        </w:rPr>
        <w:t xml:space="preserve">[55:05] </w:t>
      </w:r>
      <w:r>
        <w:t>yeh ek invention hai, yeh bidat hai, bidat.</w:t>
      </w:r>
    </w:p>
    <w:p>
      <w:pPr>
        <w:jc w:val="right"/>
      </w:pPr>
      <w:r>
        <w:t>یہ ایک انوی شنہے،یہ بدعتہے،بد عت۔</w:t>
      </w:r>
    </w:p>
    <w:p>
      <w:r>
        <w:rPr>
          <w:b/>
        </w:rPr>
        <w:t xml:space="preserve">[55:11] </w:t>
      </w:r>
      <w:r>
        <w:t>koi international ummah nahi hai.</w:t>
      </w:r>
    </w:p>
    <w:p>
      <w:pPr>
        <w:jc w:val="right"/>
      </w:pPr>
      <w:r>
        <w:t>کوئی انٹرنیشنلامہنہیںہے۔</w:t>
      </w:r>
    </w:p>
    <w:p>
      <w:r>
        <w:rPr>
          <w:b/>
        </w:rPr>
        <w:t xml:space="preserve">[55:14] </w:t>
      </w:r>
      <w:r>
        <w:t>aqeedah ke yani ek dekhiye, ek hai mera secular aspect meri zindagi ka ke mein ek mulk mein rehta hoon, is mulk ka law mere upar apply hota hai, is mulk ki hukumat se mera talluq hai.</w:t>
      </w:r>
    </w:p>
    <w:p>
      <w:pPr>
        <w:jc w:val="right"/>
      </w:pPr>
      <w:r>
        <w:t>عقیدےکے یعنی ایکدیکھیے،ایکہے میرا سیکولرایسپیکٹمیریزندگی کا کہمیںایکملکمیںرہتاہوں، اس ملککالاءمیرےاوپر اپلائیہوتاہے، اسملککیحکومت سےمیراتعلقہے۔</w:t>
      </w:r>
    </w:p>
    <w:p>
      <w:r>
        <w:rPr>
          <w:b/>
        </w:rPr>
        <w:t xml:space="preserve">[55:28] </w:t>
      </w:r>
      <w:r>
        <w:t>is sense mein hamari koi international qaumiyat nahi hai. ek aur mafhoom hai ke hum ibadat karte hain Allah ki, doosre musalman ibadat karte hain Allah ki, to hum jab bhi jaate hain, wahan par sab log jama hokar ibadat karte hain.</w:t>
      </w:r>
    </w:p>
    <w:p>
      <w:pPr>
        <w:jc w:val="right"/>
      </w:pPr>
      <w:r>
        <w:t>اس سینسمیںہماریکوئیانٹرنیشنلقومیتنہیںہے۔ ایکاور مفہومہےکہہمعبادتکرتے ہیں اللہ کی ،دوسرےمسلمان عبادتکرتےہیںاللہکی،توہم حجبھیجاتےہیں،وہاںپرسبلوگاکٹھاہوکرعبادتکرتےہیں۔</w:t>
      </w:r>
    </w:p>
    <w:p>
      <w:r>
        <w:rPr>
          <w:b/>
        </w:rPr>
        <w:t xml:space="preserve">[55:41] </w:t>
      </w:r>
      <w:r>
        <w:t>is sense mein saare musalmanon ka tareeqa ibadat ek hai, saare musalmanon ka kalma ek hai.</w:t>
      </w:r>
    </w:p>
    <w:p>
      <w:pPr>
        <w:jc w:val="right"/>
      </w:pPr>
      <w:r>
        <w:t>اس سینسمیںسارےمسلمانوںکاطریقہعبادتایکہے، سارےمسلمانوںکاکلمہایکہے۔</w:t>
      </w:r>
    </w:p>
    <w:p>
      <w:r>
        <w:rPr>
          <w:b/>
        </w:rPr>
        <w:t xml:space="preserve">[55:48] </w:t>
      </w:r>
      <w:r>
        <w:t>to world level امور mein ya secular امور mein hamari koi alag nationality nahi hai. is baat ko samjhiye aap achhe tareeqe se. yani purely religious mamla agar hai, aqeedah ka mamla, ibadat ka mamla, to wahan hamara ek mushtaraq hai doosre musalmanon se.</w:t>
      </w:r>
    </w:p>
    <w:p>
      <w:pPr>
        <w:jc w:val="right"/>
      </w:pPr>
      <w:r>
        <w:t>تو ورلڈلیامورمیںیاسیکولرامورمیںہماریکوئیالگ نیشنلٹینہیںہے۔ اسباتکوسمجھئےآپاچھےطریقےسے ۔ یعنی پیورلیریلیجیس معاملہاگرہے، عقیدےکامعاملہ،عبادتکامعاملہ، تو وہاں ہمارا ایک اشتراکہے دوسرےمسلمانوںسے۔</w:t>
      </w:r>
    </w:p>
    <w:p>
      <w:r>
        <w:rPr>
          <w:b/>
        </w:rPr>
        <w:t xml:space="preserve">[56:06] </w:t>
      </w:r>
      <w:r>
        <w:t>lekin jo secular cheezein hain, jo world level cheezein hain, is mein hum apne mulk mein jaise doosre log hain, waise hi hum bhi hain.</w:t>
      </w:r>
    </w:p>
    <w:p>
      <w:pPr>
        <w:jc w:val="right"/>
      </w:pPr>
      <w:r>
        <w:t>لیکن جو سیکولر چیزیںہیں،جو ورلڈلیچیزیںہیں، اسمیںہم اپنے ملکمیںجیسےدوسرےلوگہیں،ویسےہیہمبھیہیں۔</w:t>
      </w:r>
    </w:p>
    <w:p>
      <w:r>
        <w:rPr>
          <w:b/>
        </w:rPr>
        <w:t xml:space="preserve">[56:19] </w:t>
      </w:r>
      <w:r>
        <w:t>arey, hamari nationality hai, woh land based rahe gi. yani yeh mulk hamara, yeh jis mulk mein hum paida hue hain, jahan hum rehte hain, wahi hamari nationality bhi hai.</w:t>
      </w:r>
    </w:p>
    <w:p>
      <w:pPr>
        <w:jc w:val="right"/>
      </w:pPr>
      <w:r>
        <w:t>ارے،ہماری نیشنلہڈہے، وہ لینڈبیسرہےگی۔یعنی یہملکہمارا، یہ جس ملکمیںہمپیداہوئےہیں،جہاںہمرہتےہیں،وہیہمارینیشنلٹیبھیہے۔</w:t>
      </w:r>
    </w:p>
    <w:p>
      <w:r>
        <w:rPr>
          <w:b/>
        </w:rPr>
        <w:t xml:space="preserve">[56:28] </w:t>
      </w:r>
      <w:r>
        <w:t>koi universal nationality alag se nahi hai. lekin ek aisi yeh ghareebi fitna hai, aur saare ke log is mein shareek hue, aur kisne ab tak fatwa nahi diya ke yeh galat hai. yeh is liye musalman is mein jeh rahe hain,</w:t>
      </w:r>
    </w:p>
    <w:p>
      <w:pPr>
        <w:jc w:val="right"/>
      </w:pPr>
      <w:r>
        <w:t>کوئییونیورسلنیشنلٹیالگسےنہیںہے۔ لیکن ایکایسییہغریبیہفتنہہے، اور سارے کےلوگ اسمیں شریکہوئے، اورکسینےابتکفتوینہیںدیاکہیہغلطہے۔یہ اسلیےمسلماناسیمیںجیرہےہیں،</w:t>
      </w:r>
    </w:p>
    <w:p>
      <w:r>
        <w:rPr>
          <w:b/>
        </w:rPr>
        <w:t xml:space="preserve">[56:44] </w:t>
      </w:r>
      <w:r>
        <w:t>is mein jeh rahe hain ab tak.</w:t>
      </w:r>
    </w:p>
    <w:p>
      <w:pPr>
        <w:jc w:val="right"/>
      </w:pPr>
      <w:r>
        <w:t>اسیمیںجیرہےہیںابتک۔</w:t>
      </w:r>
    </w:p>
    <w:p>
      <w:r>
        <w:rPr>
          <w:b/>
        </w:rPr>
        <w:t xml:space="preserve">[56:48] </w:t>
      </w:r>
      <w:r>
        <w:t>to mein yeh kahunga ke rethink kijiye, reassess kijiye, revise kijiye, apna introspection kijiye, phir se apne ko sochiye,</w:t>
      </w:r>
    </w:p>
    <w:p>
      <w:pPr>
        <w:jc w:val="right"/>
      </w:pPr>
      <w:r>
        <w:t>تومیںیہکہوںگا کہ ریتھنکنگکیجئے، ری اسسکیجئے، ریوائزکیجئے، اپناانٹراسپیک شنکیجئے، پھرسے اپنےکوسوچیے،</w:t>
      </w:r>
    </w:p>
    <w:p>
      <w:r>
        <w:rPr>
          <w:b/>
        </w:rPr>
        <w:t xml:space="preserve">[57:05] </w:t>
      </w:r>
      <w:r>
        <w:t>warna bohat bade bade nadaniyan hongi hum se, jaisa ke ho rahi hain.</w:t>
      </w:r>
    </w:p>
    <w:p>
      <w:pPr>
        <w:jc w:val="right"/>
      </w:pPr>
      <w:r>
        <w:t>ورنہبہت بڑےبڑے نادانیاںہوںگیہمسے ، جیساکہہورہیہیں۔</w:t>
      </w:r>
    </w:p>
    <w:p>
      <w:r>
        <w:rPr>
          <w:b/>
        </w:rPr>
        <w:t xml:space="preserve">[57:12] </w:t>
      </w:r>
      <w:r>
        <w:t>jaisa ke maine arz kiya ke</w:t>
      </w:r>
    </w:p>
    <w:p>
      <w:pPr>
        <w:jc w:val="right"/>
      </w:pPr>
      <w:r>
        <w:t>جیساکہمیںنےعرضکیا کہ</w:t>
      </w:r>
    </w:p>
    <w:p>
      <w:r>
        <w:rPr>
          <w:b/>
        </w:rPr>
        <w:t xml:space="preserve">[57:18] </w:t>
      </w:r>
      <w:r>
        <w:t>woh woh aaj ek aadmi ki baat nahi hai, major ndal ne jo baat kahi, woh ek aadmi ki baat nahi hai. saari dunya ke musalman isi option mein jeh rahe hain ke hamein saari dunya mein islami rule banana hai, saari dunya mein islami khilafat qaim karna hai, saari dunya mein phir se muslim empire banana hai.</w:t>
      </w:r>
    </w:p>
    <w:p>
      <w:pPr>
        <w:jc w:val="right"/>
      </w:pPr>
      <w:r>
        <w:t>وہ وہ آجایکآدمیکیباتنہیںہے، میجرندالنےجوباتکہی،وہایکآدمیکیباتنہیںہے۔ساریدنیا کےمسلماناسیآپشنمیںجیرہےہیں کہہمیں ساریدنیا میں اسلامی رولبناناہے، ساریدنیامیںاسلامی خلافتقائم کرناہے، ساریدنیا میںپھرسے مسلمایمپائربن اناہے۔</w:t>
      </w:r>
    </w:p>
    <w:p>
      <w:r>
        <w:rPr>
          <w:b/>
        </w:rPr>
        <w:t xml:space="preserve">[57:35] </w:t>
      </w:r>
      <w:r>
        <w:t>sab log consciously and subconsciously jeerahaay hain, kyunke hamara literature is se bhara hua hai,</w:t>
      </w:r>
    </w:p>
    <w:p>
      <w:pPr>
        <w:jc w:val="right"/>
      </w:pPr>
      <w:r>
        <w:t>سب لوگ کانشیسلییاانکانسشلیاسیمیںجیرہےہیں، کیونکہہمارالٹریچراسسےبھراہواہے،</w:t>
      </w:r>
    </w:p>
    <w:p>
      <w:r>
        <w:rPr>
          <w:b/>
        </w:rPr>
        <w:t xml:space="preserve">[57:41] </w:t>
      </w:r>
      <w:r>
        <w:t>isi andaz mein masjido mein taqreerein hoti hain.</w:t>
      </w:r>
    </w:p>
    <w:p>
      <w:pPr>
        <w:jc w:val="right"/>
      </w:pPr>
      <w:r>
        <w:t>اسیاندازمیںمسجدوںمیںتقریریںہوتیہیں۔</w:t>
      </w:r>
    </w:p>
    <w:p>
      <w:r>
        <w:rPr>
          <w:b/>
        </w:rPr>
        <w:t xml:space="preserve">[57:47] </w:t>
      </w:r>
      <w:r>
        <w:t>to mein yeh kahunga ke janiye ke hum kis zamane mein hain. hum ek aise zamane mein hain jahan saari opportunity hamare liye khuli hui hai.</w:t>
      </w:r>
    </w:p>
    <w:p>
      <w:pPr>
        <w:jc w:val="right"/>
      </w:pPr>
      <w:r>
        <w:t>تو میں یہکہوںگا کہ جانیےکہہمکسزمانےمیںہیں۔ ہم ایک ایسےزمانےمیںہیںجہاں ساریاپرچونیٹیہمارےلیےکھلیہوئیہیں۔</w:t>
      </w:r>
    </w:p>
    <w:p>
      <w:r>
        <w:rPr>
          <w:b/>
        </w:rPr>
        <w:t xml:space="preserve">[57:59] </w:t>
      </w:r>
      <w:r>
        <w:t>to jaisa ke maine arz kiya tha ke fram centralization to decentralization, from political empire to to opportunity empire,</w:t>
      </w:r>
    </w:p>
    <w:p>
      <w:pPr>
        <w:jc w:val="right"/>
      </w:pPr>
      <w:r>
        <w:t>توجیساکہمیںنےعرضکیاتھاکہ فر ام سنٹرائزیشنٹوڈیسنٹرائزیشن، فرام پولیٹیکلایمپائر ٹو ٹو اپرچونیٹیایمپائر،</w:t>
      </w:r>
    </w:p>
    <w:p>
      <w:r>
        <w:rPr>
          <w:b/>
        </w:rPr>
        <w:t xml:space="preserve">[58:11] </w:t>
      </w:r>
      <w:r>
        <w:t>yani pehle se behtar humein halaat hain, hamare pehle se behtar mawaqe humein hasil hain. to humein shukr karke inko avail karna chahiye, naye mawaqe ko shukr karke unhein avail karna chahiye, na ke hum suicide bomb bhikarein.</w:t>
      </w:r>
    </w:p>
    <w:p>
      <w:pPr>
        <w:jc w:val="right"/>
      </w:pPr>
      <w:r>
        <w:t>یعنیپہلے سےبہترہمیںحالاتہیں،ہمارےپہلے سےبہترمواقعہمیںحاصل ہیں۔ توہمیںشکرکرکےانکو اویلکرناچاہیے، نئےمواقعکوشکرکرکے انہیں اویلکرناچاہیے،نہکہہمسوسائیڈبمبھیکریں۔</w:t>
      </w:r>
    </w:p>
    <w:p>
      <w:r>
        <w:rPr>
          <w:b/>
        </w:rPr>
        <w:t xml:space="preserve">[58:24] </w:t>
      </w:r>
      <w:r>
        <w:t>ab nafrat haram ho chuki, dushmani haram ho chuki, ladai bhadai haram ho chuki. ab to sirf shukr hi shukr karna hai, shukr hi shukr karna hai.</w:t>
      </w:r>
    </w:p>
    <w:p>
      <w:pPr>
        <w:jc w:val="right"/>
      </w:pPr>
      <w:r>
        <w:t>اب نفرت حرامہوچکی، دشمنیحرامہوچکی، لڑائیبھڑائیحرامہوچکی۔ ابتوصرفشکرہیشکرکرناہے،شکرہیشکرکرناہے۔</w:t>
      </w:r>
    </w:p>
    <w:p>
      <w:r>
        <w:rPr>
          <w:b/>
        </w:rPr>
        <w:t xml:space="preserve">[58:35] </w:t>
      </w:r>
      <w:r>
        <w:t>mawaqe ka sailab jo Allah Ta'ala ne khol diya aap ke liye, to shukr kijiye</w:t>
      </w:r>
    </w:p>
    <w:p>
      <w:pPr>
        <w:jc w:val="right"/>
      </w:pPr>
      <w:r>
        <w:t>مواقع کا سیلاب جو اللہتعالینےکھولدیاآپکےلیے، توشکرکیجئے</w:t>
      </w:r>
    </w:p>
    <w:p>
      <w:r>
        <w:rPr>
          <w:b/>
        </w:rPr>
        <w:t xml:space="preserve">[58:39] </w:t>
      </w:r>
      <w:r>
        <w:t>aur in opportunities ko avail kijiye. bas yeh hi karna hai aap ko.</w:t>
      </w:r>
    </w:p>
    <w:p>
      <w:pPr>
        <w:jc w:val="right"/>
      </w:pPr>
      <w:r>
        <w:t>اور ان اپرچونیٹیزکواویلکیجئے۔ بس یہیکرناہےآپکو ۔</w:t>
      </w:r>
    </w:p>
    <w:p>
      <w:r>
        <w:rPr>
          <w:b/>
        </w:rPr>
        <w:t xml:space="preserve">[58:49] </w:t>
      </w:r>
      <w:r>
        <w:t>ab woh woh zamana hi khatam ho gaya hai ke ke</w:t>
      </w:r>
    </w:p>
    <w:p>
      <w:pPr>
        <w:jc w:val="right"/>
      </w:pPr>
      <w:r>
        <w:t>ابوہ وہ زمان ہہیختمہوگیا ہےکہ کہ</w:t>
      </w:r>
    </w:p>
    <w:p>
      <w:r>
        <w:rPr>
          <w:b/>
        </w:rPr>
        <w:t xml:space="preserve">[58:52] </w:t>
      </w:r>
      <w:r>
        <w:t>aap nafrat karein aur dushman samjhein kisi ko, ke kisi ke khilaaf ladai bhadai chhedein, aap kisi ko dethrone karne ki barish karein. yeh sab bilkul hi yani inka iska woh zamana hi khatam ho chuka.</w:t>
      </w:r>
    </w:p>
    <w:p>
      <w:pPr>
        <w:jc w:val="right"/>
      </w:pPr>
      <w:r>
        <w:t>آپ نفرتکریںاوردشمنسمجھیںکسیکو ، کہ کسی کےخلاف لڑائیبھڑائیچھڑیں،آپ کسی کوڈی تھرونکرنےکیبارشچلائیں۔ یہ سب بالکل ہی یعنی انکا اسکا وہ زمان ہہیختمہوچکا۔</w:t>
      </w:r>
    </w:p>
    <w:p>
      <w:r>
        <w:rPr>
          <w:b/>
        </w:rPr>
        <w:t xml:space="preserve">[59:07] </w:t>
      </w:r>
      <w:r>
        <w:t>is qism ki tehreekon ka zamana hi khatam ho chuka.</w:t>
      </w:r>
    </w:p>
    <w:p>
      <w:pPr>
        <w:jc w:val="right"/>
      </w:pPr>
      <w:r>
        <w:t>اس قسم کیتحریکوںکازمانہہیختمہوچکا۔</w:t>
      </w:r>
    </w:p>
    <w:p>
      <w:r>
        <w:rPr>
          <w:b/>
        </w:rPr>
        <w:t xml:space="preserve">[59:13] </w:t>
      </w:r>
      <w:r>
        <w:t>to mein yeh hi kahunga ke phir se sochiye</w:t>
      </w:r>
    </w:p>
    <w:p>
      <w:pPr>
        <w:jc w:val="right"/>
      </w:pPr>
      <w:r>
        <w:t>تو میںیہیکہوںگاکہ پھرسےسوچی</w:t>
      </w:r>
    </w:p>
    <w:p>
      <w:r>
        <w:rPr>
          <w:b/>
        </w:rPr>
        <w:t xml:space="preserve">[59:16] </w:t>
      </w:r>
      <w:r>
        <w:t>Allah Ta'ala hum sab ko tofeeq de ke hum apna muhasiba karein aur sahi raaste par apne aap ko chalayein ta ke Allah Ta'ala hum se raazi ho.</w:t>
      </w:r>
    </w:p>
    <w:p>
      <w:pPr>
        <w:jc w:val="right"/>
      </w:pPr>
      <w:r>
        <w:t>ے، اللہ تعالیہمسبکوتوفیقدے کہہم اپنا محاسبہکریں اور صحیحراستےپر اپنےآپکوچلائیںت اکہاللہ تعالیہمسےراضیہو ۔</w:t>
      </w:r>
    </w:p>
    <w:p>
      <w:r>
        <w:rPr>
          <w:b/>
        </w:rPr>
        <w:t xml:space="preserve">[59:26] </w:t>
      </w:r>
      <w:r>
        <w:t>aqool qooli haza wastaghfirullah li walakum ajmaeen.</w:t>
      </w:r>
    </w:p>
    <w:p>
      <w:pPr>
        <w:jc w:val="right"/>
      </w:pPr>
      <w:r>
        <w:t>اقول قولیھذا واستغفراللہ لولکماجمعین۔</w:t>
      </w:r>
    </w:p>
    <w:p>
      <w:r>
        <w:rPr>
          <w:b/>
        </w:rPr>
        <w:t xml:space="preserve">[59:44] </w:t>
      </w:r>
      <w:r>
        <w:t>This question is from</w:t>
      </w:r>
    </w:p>
    <w:p>
      <w:pPr>
        <w:jc w:val="right"/>
      </w:pPr>
      <w:r>
        <w:t>This questionis from</w:t>
      </w:r>
    </w:p>
    <w:p>
      <w:r>
        <w:rPr>
          <w:b/>
        </w:rPr>
        <w:t xml:space="preserve">[59:46] </w:t>
      </w:r>
      <w:r>
        <w:t>Dr. Farida Khanum from Delhi. Why is it that man has always been ungrateful to both God and man ?</w:t>
      </w:r>
    </w:p>
    <w:p>
      <w:pPr>
        <w:jc w:val="right"/>
      </w:pPr>
      <w:r>
        <w:t>Dr. FaridaKhanumfrom Delhi. Whyisit that man has always been ungrateful to both God and man ?</w:t>
      </w:r>
    </w:p>
    <w:p>
      <w:r>
        <w:rPr>
          <w:b/>
        </w:rPr>
        <w:t xml:space="preserve">[59:56] </w:t>
      </w:r>
      <w:r>
        <w:t>This is true for both the haves and the haves not. Kindly explain. dekhiye, shukr jo hai, gratefulness jo hai, woh sochne se aati hai.</w:t>
      </w:r>
    </w:p>
    <w:p>
      <w:pPr>
        <w:jc w:val="right"/>
      </w:pPr>
      <w:r>
        <w:t>Thisistruefor both the havesandthehavesnot . Kindlyexplain. دیکھیے،شکر جوہے، gratefulness جوہے، وہ سوچنےسےآتیہے۔</w:t>
      </w:r>
    </w:p>
    <w:p>
      <w:r>
        <w:rPr>
          <w:b/>
        </w:rPr>
        <w:t xml:space="preserve">[1:00:12] </w:t>
      </w:r>
      <w:r>
        <w:t>socheinge nahi to shukr bhi nahi aayega.</w:t>
      </w:r>
    </w:p>
    <w:p>
      <w:pPr>
        <w:jc w:val="right"/>
      </w:pPr>
      <w:r>
        <w:t>سوچیںگےنہیںتو شکر بھینہیںآئےگا۔</w:t>
      </w:r>
    </w:p>
    <w:p>
      <w:r>
        <w:rPr>
          <w:b/>
        </w:rPr>
        <w:t xml:space="preserve">[1:00:17] </w:t>
      </w:r>
      <w:r>
        <w:t>jaise maine abhi glass ko dekha to mein socha ke dekhiye, glass bol nahi sakta.</w:t>
      </w:r>
    </w:p>
    <w:p>
      <w:pPr>
        <w:jc w:val="right"/>
      </w:pPr>
      <w:r>
        <w:t>جیسےمیںنےابھی گلاسکودیکھا تومیںسوچاکہدیکھیے،گلاس بول نہیںسکتا۔</w:t>
      </w:r>
    </w:p>
    <w:p>
      <w:r>
        <w:rPr>
          <w:b/>
        </w:rPr>
        <w:t xml:space="preserve">[1:00:27] </w:t>
      </w:r>
      <w:r>
        <w:t>speech jo hai, specially Khuda ne di hai insaan ko. yeh socha maine to mere dil mein kaha ke kya kitna Allah Ta'ala ki blessing hai</w:t>
      </w:r>
    </w:p>
    <w:p>
      <w:pPr>
        <w:jc w:val="right"/>
      </w:pPr>
      <w:r>
        <w:t>اسپیچجوہے، اسپیشلی خدانےدیہےانسانکو ۔ یہسوچامیںنےتومیرےدلمیںکہاہےکہکیا کتنااللہتعالیکی بلیسنگہے</w:t>
      </w:r>
    </w:p>
    <w:p>
      <w:r>
        <w:rPr>
          <w:b/>
        </w:rPr>
        <w:t xml:space="preserve">[1:00:38] </w:t>
      </w:r>
      <w:r>
        <w:t>ke bolna jo hai, na mountain ko mila, na ocean ko mila, na galaxy ko koi bol sakti hai, na solar system bol sakta, na glass bol sakta.</w:t>
      </w:r>
    </w:p>
    <w:p>
      <w:pPr>
        <w:jc w:val="right"/>
      </w:pPr>
      <w:r>
        <w:t>کہ بول ناجوہے، نہماؤنٹینکو ملا، نہاوشنکوملا، نہگیلیکسیکوئیبولسکتیہے،نہسولرسسٹمبولسکتا، نہگلاسبولسکتا۔</w:t>
      </w:r>
    </w:p>
    <w:p>
      <w:r>
        <w:rPr>
          <w:b/>
        </w:rPr>
        <w:t xml:space="preserve">[1:00:48] </w:t>
      </w:r>
      <w:r>
        <w:t>aur insaan ko Khuda ne bolne ki taqat di. is tarah sochne se shukr aata hai, gratefulness aata hai.</w:t>
      </w:r>
    </w:p>
    <w:p>
      <w:pPr>
        <w:jc w:val="right"/>
      </w:pPr>
      <w:r>
        <w:t>اورانسانکو خدانےبولنےکیطاقتدی۔ اس طرحسوچنےسے شکرآتاہے، gratefulness آتاہے۔</w:t>
      </w:r>
    </w:p>
    <w:p>
      <w:r>
        <w:rPr>
          <w:b/>
        </w:rPr>
        <w:t xml:space="preserve">[1:00:58] </w:t>
      </w:r>
      <w:r>
        <w:t>nahi socheinge to kuch bhi nahi.</w:t>
      </w:r>
    </w:p>
    <w:p>
      <w:pPr>
        <w:jc w:val="right"/>
      </w:pPr>
      <w:r>
        <w:t>نہیںسوچیںگےتوکچھبھینہیں ۔</w:t>
      </w:r>
    </w:p>
    <w:p>
      <w:r>
        <w:rPr>
          <w:b/>
        </w:rPr>
        <w:t xml:space="preserve">[1:01:04] </w:t>
      </w:r>
      <w:r>
        <w:t>aaj subah ek telephone ek sahib se baat ho rahi thi</w:t>
      </w:r>
    </w:p>
    <w:p>
      <w:pPr>
        <w:jc w:val="right"/>
      </w:pPr>
      <w:r>
        <w:t>آجصبحایکٹیلیفون ایکصاحبسےباتہورہیتھی</w:t>
      </w:r>
    </w:p>
    <w:p>
      <w:r>
        <w:rPr>
          <w:b/>
        </w:rPr>
        <w:t xml:space="preserve">[1:01:10] </w:t>
      </w:r>
      <w:r>
        <w:t>to unhone kaha ke poori tareekh mein insaan ladta phira, jang aur qatl karta raha. to maine kaha ke dekhiye, yeh tha azaadi ko misuse karna.</w:t>
      </w:r>
    </w:p>
    <w:p>
      <w:pPr>
        <w:jc w:val="right"/>
      </w:pPr>
      <w:r>
        <w:t>توانہوںنےکہاکہ پوریتاریخ میںانسان لڑتاپھرتارہا، جنگ اورقتلکرتارہا۔ تومیںنےکہاکہدیکھیے، یہتھا آز ادی کو مس یوزکرنا۔</w:t>
      </w:r>
    </w:p>
    <w:p>
      <w:r>
        <w:rPr>
          <w:b/>
        </w:rPr>
        <w:t xml:space="preserve">[1:01:26] </w:t>
      </w:r>
      <w:r>
        <w:t>allah ta'ala ne insaan ko azadi di. azadi de ke yeh sirf yeh sirf khuda ki cheez hai, kisi ko azaad nahin hai duniya mein.</w:t>
      </w:r>
    </w:p>
    <w:p>
      <w:pPr>
        <w:jc w:val="right"/>
      </w:pPr>
      <w:r>
        <w:t>اللہ تعالینےانسانکو آزادی دی۔ آز ادیدےکے یہ صرف یہصرفخداکی چیز ہے، کسیکوآزادینہیںہےدنیا میں۔</w:t>
      </w:r>
    </w:p>
    <w:p>
      <w:r>
        <w:rPr>
          <w:b/>
        </w:rPr>
        <w:t xml:space="preserve">[1:01:36] </w:t>
      </w:r>
      <w:r>
        <w:t>itne stars hain, itne planets hain, itne saare,</w:t>
      </w:r>
    </w:p>
    <w:p>
      <w:pPr>
        <w:jc w:val="right"/>
      </w:pPr>
      <w:r>
        <w:t>اتنے اسٹارزہیں،اتنےپلینٹسہیں،اتنے سارے،</w:t>
      </w:r>
    </w:p>
    <w:p>
      <w:r>
        <w:rPr>
          <w:b/>
        </w:rPr>
        <w:t xml:space="preserve">[1:01:43] </w:t>
      </w:r>
      <w:r>
        <w:t>kisi ko azaad nahin hai. ocean ko, mountain ko, yahan tak ke animal ko bhi azaad nahin hai. woh apne street pe chalte hain. woh insaan ko azaadi di gayi, azaadi.</w:t>
      </w:r>
    </w:p>
    <w:p>
      <w:pPr>
        <w:jc w:val="right"/>
      </w:pPr>
      <w:r>
        <w:t>کسیکوآزادینہیںہے۔ اوشنکو، ماؤنٹینکو ،یہاںتکاین یملکیبھیآزادینہیںہے۔ وہاپنے اسٹریٹپہچلتےہیں۔وہ انسانکو آزادیدیگئی،آزادی ۔</w:t>
      </w:r>
    </w:p>
    <w:p>
      <w:r>
        <w:rPr>
          <w:b/>
        </w:rPr>
        <w:t xml:space="preserve">[1:01:55] </w:t>
      </w:r>
      <w:r>
        <w:t>toh main ne kaha ke dekhein, azaadi ko misuse na karna yeh allah ki sifat hai. allah ke paas har kisi ko power hai,</w:t>
      </w:r>
    </w:p>
    <w:p>
      <w:pPr>
        <w:jc w:val="right"/>
      </w:pPr>
      <w:r>
        <w:t>تومیںنےکہاکہدیکھیں،آزادیکو مس یوزنہکرنا یہ اللہ کیصفتہے۔ اللہ کےپاسہرکسی کوپاورہے،</w:t>
      </w:r>
    </w:p>
    <w:p>
      <w:r>
        <w:rPr>
          <w:b/>
        </w:rPr>
        <w:t xml:space="preserve">[1:02:05] </w:t>
      </w:r>
      <w:r>
        <w:t>iski azaadi pe koi control nahin kar sakta hai. lekin allah apni azaadi ko misuse nahin karta, apni taaqat ko misuse nahin karta.</w:t>
      </w:r>
    </w:p>
    <w:p>
      <w:pPr>
        <w:jc w:val="right"/>
      </w:pPr>
      <w:r>
        <w:t>اسکیآزادی پہکوئیکنٹرولنہیںکرسکتاہے۔ لیکن اللہ اپنیآزادیکومسیوزنہیںکرتا، اپنی طاقتکومسیوزنہیںکرتا۔</w:t>
      </w:r>
    </w:p>
    <w:p>
      <w:r>
        <w:rPr>
          <w:b/>
        </w:rPr>
        <w:t xml:space="preserve">[1:02:16] </w:t>
      </w:r>
      <w:r>
        <w:t>yeh tha insaan ka kamaal ke woh kare jo khuda ki sifat hai ke azaadi paakar ke misuse na kare isko. toh phir khuda ka paros iske liye muqaddar tha.</w:t>
      </w:r>
    </w:p>
    <w:p>
      <w:pPr>
        <w:jc w:val="right"/>
      </w:pPr>
      <w:r>
        <w:t>یہ تھا انسان کاکمال کہوہکرےجو خداکیصفتہے کہآز ادی پاکرکےمس یوزنہکرےاسکو ۔ تو پھرخداکاپڑوس اسکےلیےمق درتھا۔</w:t>
      </w:r>
    </w:p>
    <w:p>
      <w:r>
        <w:rPr>
          <w:b/>
        </w:rPr>
        <w:t xml:space="preserve">[1:02:29] </w:t>
      </w:r>
      <w:r>
        <w:t>khuda ka paros, andam mulk muqtadar, khuda ke</w:t>
      </w:r>
    </w:p>
    <w:p>
      <w:pPr>
        <w:jc w:val="right"/>
      </w:pPr>
      <w:r>
        <w:t>خداکاپڑوس، انداملک مقتدر، خدا کے</w:t>
      </w:r>
    </w:p>
    <w:p>
      <w:r>
        <w:rPr>
          <w:b/>
        </w:rPr>
        <w:t xml:space="preserve">[1:02:37] </w:t>
      </w:r>
      <w:r>
        <w:t>qurbat. lekin insaan jo hai,</w:t>
      </w:r>
    </w:p>
    <w:p>
      <w:pPr>
        <w:jc w:val="right"/>
      </w:pPr>
      <w:r>
        <w:t>قربت۔ لیکن انسانجوہے،</w:t>
      </w:r>
    </w:p>
    <w:p>
      <w:r>
        <w:rPr>
          <w:b/>
        </w:rPr>
        <w:t xml:space="preserve">[1:02:45] </w:t>
      </w:r>
      <w:r>
        <w:t>ma qadar allah haqq qadar ke khuda ne itni badi cheez di aur qadar nahin kar saka, aur woh misuse karne laga isko.</w:t>
      </w:r>
    </w:p>
    <w:p>
      <w:pPr>
        <w:jc w:val="right"/>
      </w:pPr>
      <w:r>
        <w:t>ما قدر اللہ حق قدر کہخدانےاتنی بڑیچیز دی اورقدر نہیںکرسکا،اوروہمسیوزکرنےلگااسکو۔</w:t>
      </w:r>
    </w:p>
    <w:p>
      <w:r>
        <w:rPr>
          <w:b/>
        </w:rPr>
        <w:t xml:space="preserve">[1:02:55] </w:t>
      </w:r>
      <w:r>
        <w:t>toh yeh yeh sochne ke saath saath aata hai. agar socha nahin toh yeh bhi nahin samajh mein aayega. yeh soche tab samajh mein aayega ke dekhein, azaadi kitni badi cheez hai</w:t>
      </w:r>
    </w:p>
    <w:p>
      <w:pPr>
        <w:jc w:val="right"/>
      </w:pPr>
      <w:r>
        <w:t>تو یہ یہ سوچنےکےساتھساتھآتاہے۔اگرسوچانہیںتویہبھینہیںسمجھمیںآئےگا۔ یہسوچےتبسمجھمیںآئےگاکہدیکھیں، آز ادی کتنیبڑیچیزہے</w:t>
      </w:r>
    </w:p>
    <w:p>
      <w:r>
        <w:rPr>
          <w:b/>
        </w:rPr>
        <w:t xml:space="preserve">[1:03:06] </w:t>
      </w:r>
      <w:r>
        <w:t>ke woh cheez jo allah ki apni sifat hai, usko de diya insaan ko. aur is liye diya ke woh misuse na kare toh phir woh takhleeq o ba khilaq allah ke barabar aajayega, aur allah ke ke qareeb usko rehne ka mauqa milega.</w:t>
      </w:r>
    </w:p>
    <w:p>
      <w:pPr>
        <w:jc w:val="right"/>
      </w:pPr>
      <w:r>
        <w:t>کہوہچیزجو اللہ کی اپنی صفتہے،اسکودےدیا انسانکو۔ اوراسلیےدیاکہوہمسیوزنہکرے تو پھروہ تخ لقو باخلاق اللہ کے برابرآجائےگا،اوراللہ کے کے قریباسکورہنےکاموقعملےگا۔</w:t>
      </w:r>
    </w:p>
    <w:p>
      <w:r>
        <w:rPr>
          <w:b/>
        </w:rPr>
        <w:t xml:space="preserve">[1:03:26] </w:t>
      </w:r>
      <w:r>
        <w:t>toh bahar haal, gratefulness jo hai, iska ta'alluq soch se hai. koi sochta nahin hai. main toh kisi ko paaya nahin ke sochta hoon.</w:t>
      </w:r>
    </w:p>
    <w:p>
      <w:pPr>
        <w:jc w:val="right"/>
      </w:pPr>
      <w:r>
        <w:t>تو بہرحال،گریٹفل نسجوہے،اسکاتعلق سوچسےہے۔ کوئیسوچتاہینہیں۔ میںتوکسی کوپایانہیںکہسوچتاہو۔</w:t>
      </w:r>
    </w:p>
    <w:p>
      <w:r>
        <w:rPr>
          <w:b/>
        </w:rPr>
        <w:t xml:space="preserve">[1:03:35] </w:t>
      </w:r>
      <w:r>
        <w:t>main apni zindagi mein toh kisi ko paaya nahin ke sochta hoon. har cheez par sochna hai, baal par, naakhoon par, har cheez par sochna hai.</w:t>
      </w:r>
    </w:p>
    <w:p>
      <w:pPr>
        <w:jc w:val="right"/>
      </w:pPr>
      <w:r>
        <w:t>میں اپنیزندگی میںتوکسیکوپایانہیںکہسوچتاہو۔ ہرچیز پرسوچناہے، بال پر،ناخنپر،ہرچیزپرسوچناہے۔</w:t>
      </w:r>
    </w:p>
    <w:p>
      <w:r>
        <w:rPr>
          <w:b/>
        </w:rPr>
        <w:t xml:space="preserve">[1:03:48] </w:t>
      </w:r>
      <w:r>
        <w:t>jaise ab main ne utha chaha ke mera dayaan haath uthe toh yeh uth gaya. main ne chaha ke bayaan haath uthe toh yeh uth gaya. kyunke sochna is par sochna hai. kaise dimagh control kar raha hai?</w:t>
      </w:r>
    </w:p>
    <w:p>
      <w:pPr>
        <w:jc w:val="right"/>
      </w:pPr>
      <w:r>
        <w:t>جیسے ابمیںنےاٹھاچاہاکہمیرادایاںہاتھاٹھےتو یہاٹھگیا۔ میں نےچاہاکہبایاںہاتھاٹھےتویہاٹھگیا۔ کیونکہسوچنااسپرسوچناہے۔کیسےدماغکنٹرولکررہاہے؟</w:t>
      </w:r>
    </w:p>
    <w:p>
      <w:r>
        <w:rPr>
          <w:b/>
        </w:rPr>
        <w:t xml:space="preserve">[1:03:59] </w:t>
      </w:r>
      <w:r>
        <w:t>har angli par, body ke har hisse par mind ka control hai.</w:t>
      </w:r>
    </w:p>
    <w:p>
      <w:pPr>
        <w:jc w:val="right"/>
      </w:pPr>
      <w:r>
        <w:t>ہرانگلی پر، باڈیکےہرحصےپر م ائنڈکاکنٹرولہے۔</w:t>
      </w:r>
    </w:p>
    <w:p>
      <w:r>
        <w:rPr>
          <w:b/>
        </w:rPr>
        <w:t xml:space="preserve">[1:04:05] </w:t>
      </w:r>
      <w:r>
        <w:t>kaise mind control kar raha hai? toh bahar haal, isi liye quran o hadith mein sab se zyada ahmiyat di gayi tafakkur ko. tadabbur, socho, socho, socho, socho.</w:t>
      </w:r>
    </w:p>
    <w:p>
      <w:pPr>
        <w:jc w:val="right"/>
      </w:pPr>
      <w:r>
        <w:t>کیسےمائنڈکنٹرولکررہاہے؟ تو بہرحال، اسیلیے قرآنوحدیثمیں سبسے زیادہاہمیتدیگئیتف کر کو۔تد بر ،سوچو،سوچو،سوچو،سوچو۔</w:t>
      </w:r>
    </w:p>
    <w:p>
      <w:r>
        <w:rPr>
          <w:b/>
        </w:rPr>
        <w:t xml:space="preserve">[1:04:20] </w:t>
      </w:r>
      <w:r>
        <w:t>toh sab batao, jo sochega nahin, woh shukr bhi nahin karega, animal ki tarah rahega. woh toh basic baat hai, apne andar tadabbur aur tafakkur wali sifat ko develop karna.</w:t>
      </w:r>
    </w:p>
    <w:p>
      <w:pPr>
        <w:jc w:val="right"/>
      </w:pPr>
      <w:r>
        <w:t>توبسبتاؤ،جوسوچےگانہیں،وہشکربھینہیںکرےگا، این یملکیطرحرہےگا۔وہ توبیسکباتہے،اپنےاندرتد براورتف کروالی صفتکوڈیولپکرنا۔</w:t>
      </w:r>
    </w:p>
    <w:p>
      <w:r>
        <w:rPr>
          <w:b/>
        </w:rPr>
        <w:t xml:space="preserve">[1:04:36] </w:t>
      </w:r>
      <w:r>
        <w:t>main is ko basic baat samajhta hoon. This question is from Miss Tutti from Delhi. Why are Muslims, particularly the young generation of today, obsessed with the idea of establishing political rule?</w:t>
      </w:r>
    </w:p>
    <w:p>
      <w:pPr>
        <w:jc w:val="right"/>
      </w:pPr>
      <w:r>
        <w:t>میں اسیکوبیسکباتسمجھتاہوں۔ This questionis from MissTutifrom Delhi. Whyare Muslims, particular ly theyoung gener ationsof today, obs essedwiththeideaof establ ishing polit icalrule?</w:t>
      </w:r>
    </w:p>
    <w:p>
      <w:r>
        <w:rPr>
          <w:b/>
        </w:rPr>
        <w:t xml:space="preserve">[1:04:53] </w:t>
      </w:r>
      <w:r>
        <w:t>And why is it, why is it that doing dawah is no longer their priority?</w:t>
      </w:r>
    </w:p>
    <w:p>
      <w:pPr>
        <w:jc w:val="right"/>
      </w:pPr>
      <w:r>
        <w:t>And whyisit ,whyisitthat doingدعویٰnolongertheir priority?</w:t>
      </w:r>
    </w:p>
    <w:p>
      <w:r>
        <w:rPr>
          <w:b/>
        </w:rPr>
        <w:t xml:space="preserve">[1:05:04] </w:t>
      </w:r>
      <w:r>
        <w:t>main samajhta hoon ke unawareness ka raaz hai. woh jaante nahin ke zamana badal gaya hai, zamane mein kya nayi baatein hain.</w:t>
      </w:r>
    </w:p>
    <w:p>
      <w:pPr>
        <w:jc w:val="right"/>
      </w:pPr>
      <w:r>
        <w:t>میںسمجھتاہوںکہاناو یرنس کا رازہے۔ وہجانتےہیںنہیںکہ زمانہبدلگیاہے،زمانےمیںکیانئیب اتیںہیں۔</w:t>
      </w:r>
    </w:p>
    <w:p>
      <w:r>
        <w:rPr>
          <w:b/>
        </w:rPr>
        <w:t xml:space="preserve">[1:05:13] </w:t>
      </w:r>
      <w:r>
        <w:t>aur jo mayaj aati hai, iski hamare ulama par, leaderon par, rehnumaon par, unhone bataya nahin naujawanon ko ke ek naye zamane mein hum daakhil ho gaye hain.</w:t>
      </w:r>
    </w:p>
    <w:p>
      <w:pPr>
        <w:jc w:val="right"/>
      </w:pPr>
      <w:r>
        <w:t>اور جومایاجاتیہے،اسکیہمارے علم اء پر،لیڈروںپر ،رہنماؤںپر،انہوںنےبتایاہینہیں نوجوانوںکو کہایکنئےزمان ے میںہمداخلہوگئےہیں۔</w:t>
      </w:r>
    </w:p>
    <w:p>
      <w:r>
        <w:rPr>
          <w:b/>
        </w:rPr>
        <w:t xml:space="preserve">[1:05:27] </w:t>
      </w:r>
      <w:r>
        <w:t>par anee zabaan, zabaan ek baat hai. kabhi hai naujawan muslim tadabbur bhi kiya tune</w:t>
      </w:r>
    </w:p>
    <w:p>
      <w:pPr>
        <w:jc w:val="right"/>
      </w:pPr>
      <w:r>
        <w:t>پر انیزبان ،زبانایکباتہے۔ کبھی ہے نوجوان مسلمتد بر بھیکیا تونے</w:t>
      </w:r>
    </w:p>
    <w:p>
      <w:r>
        <w:rPr>
          <w:b/>
        </w:rPr>
        <w:t xml:space="preserve">[1:05:32] </w:t>
      </w:r>
      <w:r>
        <w:t>? woh kya garduth toh jis ka ek tuta hua tara? bas mazi ke yani political jo badhai hai, usi ko yaad dilate rahe.</w:t>
      </w:r>
    </w:p>
    <w:p>
      <w:pPr>
        <w:jc w:val="right"/>
      </w:pPr>
      <w:r>
        <w:t>؟ وہکیاگرد وتھاتو جسکا ایکٹوٹاہوا تارا؟ بس ماضیکے یعنی پولیٹیکلجو بڑائیہے،اسیکو یاددلاتےرہے۔</w:t>
      </w:r>
    </w:p>
    <w:p>
      <w:r>
        <w:rPr>
          <w:b/>
        </w:rPr>
        <w:t xml:space="preserve">[1:05:42] </w:t>
      </w:r>
      <w:r>
        <w:t>bas mazi mein hum aise the, mazi mein hum aise the.</w:t>
      </w:r>
    </w:p>
    <w:p>
      <w:pPr>
        <w:jc w:val="right"/>
      </w:pPr>
      <w:r>
        <w:t>بس ماضیمیںہمایسےتھے،ماضیمیںہمایسےتھے۔</w:t>
      </w:r>
    </w:p>
    <w:p>
      <w:r>
        <w:rPr>
          <w:b/>
        </w:rPr>
        <w:t xml:space="preserve">[1:05:49] </w:t>
      </w:r>
      <w:r>
        <w:t>khud meri family mein ek jo hamare ek bade shayar the, khud meri family mein toh woh bhi isi tarah ki baatein</w:t>
      </w:r>
    </w:p>
    <w:p>
      <w:pPr>
        <w:jc w:val="right"/>
      </w:pPr>
      <w:r>
        <w:t>خود میریفیملیمیںایک جوہمارے ایک بڑے شاعرتھے،خود میریفیملیمیں تو وہبھیاسیطرحکیباتیں</w:t>
      </w:r>
    </w:p>
    <w:p>
      <w:r>
        <w:rPr>
          <w:b/>
        </w:rPr>
        <w:t xml:space="preserve">[1:05:59] </w:t>
      </w:r>
      <w:r>
        <w:t>karte the. Anka shair tha ke "Ya de amke taale qom ka bedar tha, har musalman nish-e-tauheed mein sarshaar tha." Bas wohi yaad aai hai hamein mazi ke, mazi ki yaad.</w:t>
      </w:r>
    </w:p>
    <w:p>
      <w:pPr>
        <w:jc w:val="right"/>
      </w:pPr>
      <w:r>
        <w:t>کرتے تھے۔ انکاشعرتھاکہ "یا دی امکے تالےقومکا بیدارتھا، ہر مسلمان نش ہ توحیدمیں سرشار تھا۔" بسوہییادآئیہےہمیںماضیکے، ماضیکییاد ۔</w:t>
      </w:r>
    </w:p>
    <w:p>
      <w:r>
        <w:rPr>
          <w:b/>
        </w:rPr>
        <w:t xml:space="preserve">[1:06:11] </w:t>
      </w:r>
      <w:r>
        <w:t>Aaj jo opportunities khuli hain, aaj jo naye halaat paida hue hain, jo hamare liye favorable hain, woh kisne bataya hai nahin, kisi ne bhi nahin bataya.</w:t>
      </w:r>
    </w:p>
    <w:p>
      <w:pPr>
        <w:jc w:val="right"/>
      </w:pPr>
      <w:r>
        <w:t>آججو اپرچونیٹیزکھلیہیں،آججو نئے حالات پیدا ہوئے ہیں، جوہمارےلیےفیوریبلہیں، وہکسینےبتایاہینہیں، کسی نےبھینہیںبتایا۔</w:t>
      </w:r>
    </w:p>
    <w:p>
      <w:r>
        <w:rPr>
          <w:b/>
        </w:rPr>
        <w:t xml:space="preserve">[1:06:22] </w:t>
      </w:r>
      <w:r>
        <w:t>Allah taala ki tofeeq se mujhe, main pehla shakhs poori Muslim world mein jisne bataya ke naye opportunities ko avail karo. Poori Muslim world mein Allah taala ki tofeeq se main iske liye khada hua ke bataun</w:t>
      </w:r>
    </w:p>
    <w:p>
      <w:pPr>
        <w:jc w:val="right"/>
      </w:pPr>
      <w:r>
        <w:t>اللہ تعالی کیتوفیقسےمجھے، میں پہلاشخص پ وریمسلمورلڈمیںجسنےبتایا کہنئے اپرچونیٹیزکواویلکرو۔ پوریمسلمورلڈمیںاللہ تعالی کیتوفیقسےمیں اسکےلیےکھڑاہواکہبتاؤں</w:t>
      </w:r>
    </w:p>
    <w:p>
      <w:r>
        <w:rPr>
          <w:b/>
        </w:rPr>
        <w:t xml:space="preserve">[1:06:36] </w:t>
      </w:r>
      <w:r>
        <w:t>ke naye mawaqe khule hain, inko avail karo. Lekin sab mazi ki baatein hain, mazi ki baatein hain, mazi ki baatein hain.</w:t>
      </w:r>
    </w:p>
    <w:p>
      <w:pPr>
        <w:jc w:val="right"/>
      </w:pPr>
      <w:r>
        <w:t>کہنئے مواقعکھلےہیں،انکو اویلکرو۔ لیکن سبماضیکیباتیںہیں،ماضیکیباتیںہیں،ماضیکیباتیںہیں۔</w:t>
      </w:r>
    </w:p>
    <w:p>
      <w:r>
        <w:rPr>
          <w:b/>
        </w:rPr>
        <w:t xml:space="preserve">[1:06:45] </w:t>
      </w:r>
      <w:r>
        <w:t>Spain mein humne yeh saltanat qaim ki, Baghdad mein yeh saltanat qaim ki, aur Mughal daur mein yeh hamara general tha, waghera waghera. Sab aisi baatein hain. Isko</w:t>
      </w:r>
    </w:p>
    <w:p>
      <w:pPr>
        <w:jc w:val="right"/>
      </w:pPr>
      <w:r>
        <w:t>اسپ ینمیںہمنےیہ سلطنتقائمکی،بغدادمیںیہسلطنتقائمکی، اور مغلدور میںیہہماراجنرلتھا،وغیرہوغیرہ۔ سب ای بسرٹباتیںہیں۔اسکو</w:t>
      </w:r>
    </w:p>
    <w:p>
      <w:r>
        <w:rPr>
          <w:b/>
        </w:rPr>
        <w:t xml:space="preserve">[1:06:59] </w:t>
      </w:r>
      <w:r>
        <w:t>Toh Allah ki tofeeq se yeh maine, meri discovery thi ke ab daur jo aaya hai, naye halaat paida hue hain, naye mawaqe paida hue hain, nayi opportunities khuli hain, inko avail karo.</w:t>
      </w:r>
    </w:p>
    <w:p>
      <w:pPr>
        <w:jc w:val="right"/>
      </w:pPr>
      <w:r>
        <w:t>تواللہ کیتوفیقسے یہ میںنے ،میری ڈسکوری تھی کہ اب دور جوآیاہے، نئے حالات پیدا ہوئےہیں،نئے مواقعپیداہوئےہیں، نئیاپرچونیٹیزکھلیہیں، انکو اویلکرو۔</w:t>
      </w:r>
    </w:p>
    <w:p>
      <w:r>
        <w:rPr>
          <w:b/>
        </w:rPr>
        <w:t xml:space="preserve">[1:07:16] </w:t>
      </w:r>
      <w:r>
        <w:t>Ek ek naujawan gaye America, America mein padha, unhone phir India wapas aa gaye toh mujhse mile. Unhone kaha ke dekhein, jo mujhse milta hai, kehta hai ke arey toh America se India chala aaya hai, America se India chala aaya hai,</w:t>
      </w:r>
    </w:p>
    <w:p>
      <w:pPr>
        <w:jc w:val="right"/>
      </w:pPr>
      <w:r>
        <w:t>ایک ایک نوجوان گئے امریک ہ، امریک ہمیںپڑھا،انہوںنے پھرانڈیاواپسآگئے تو مجھسےملے۔انہوںنےکہاکہدیکھیں، جو مجھسےملتاہے،کہتاہےکہارےتوامریکہسےانڈیاچلاہے، امریک ہسےانڈیاچلاہے،</w:t>
      </w:r>
    </w:p>
    <w:p>
      <w:r>
        <w:rPr>
          <w:b/>
        </w:rPr>
        <w:t xml:space="preserve">[1:07:30] </w:t>
      </w:r>
      <w:r>
        <w:t>Yahan kya hai? Maine kaha jhoot bolte hain log. Opportunities ka explosion hai, woh har jagah hai, India mein bhi hai, Sri Lanka mein bhi hai, aur America mein bhi hai.</w:t>
      </w:r>
    </w:p>
    <w:p>
      <w:pPr>
        <w:jc w:val="right"/>
      </w:pPr>
      <w:r>
        <w:t>یہاںکیاہے؟ میںنےکہاج ھوٹبولتےہیںلوگ ۔ اپرچونیٹیز کا ایکسپلوژنہے،وہہرجگہہے، انڈیامیںبھی ہے، سریلنکامیںبھیہے،اور امریک ہمیںبھیہے۔</w:t>
      </w:r>
    </w:p>
    <w:p>
      <w:r>
        <w:rPr>
          <w:b/>
        </w:rPr>
        <w:t xml:space="preserve">[1:07:43] </w:t>
      </w:r>
      <w:r>
        <w:t>Opportunities ka explosion hua hai is zamane mein toh yahan bhi hai, yahan bhi aap khoob khoob tarraqi kar sakte hain. Logon ko khabar nahin hai ke zamane mein kya change aaya hai, zamane mein kya tabdeeli aai hai.</w:t>
      </w:r>
    </w:p>
    <w:p>
      <w:pPr>
        <w:jc w:val="right"/>
      </w:pPr>
      <w:r>
        <w:t>اپرچونیٹیزکاایکسپلوژنہوا ہےاسزمانےمیں تو یہاںبھیہے، یہاںبھیآپخوبخوبترقیکرسکتےہیں۔ لوگوںکوخبرہینہیں ہےکہ زمان ےمیں کیا چینجآیاہے،زمانےمیںکیاتبدیلیآئیہے۔</w:t>
      </w:r>
    </w:p>
    <w:p>
      <w:r>
        <w:rPr>
          <w:b/>
        </w:rPr>
        <w:t xml:space="preserve">[1:07:57] </w:t>
      </w:r>
      <w:r>
        <w:t>Isi bekhabari ki wajah se yeh sab harkatein karte hain.</w:t>
      </w:r>
    </w:p>
    <w:p>
      <w:pPr>
        <w:jc w:val="right"/>
      </w:pPr>
      <w:r>
        <w:t>اسیبےخبریکیوجہسےیہسب حرکتیںکرتےہیں۔</w:t>
      </w:r>
    </w:p>
    <w:p>
      <w:r>
        <w:rPr>
          <w:b/>
        </w:rPr>
        <w:t xml:space="preserve">[1:08:01] </w:t>
      </w:r>
      <w:r>
        <w:t>Toh hamara hamara jo maqsad hai, logon ka awareness badhana,</w:t>
      </w:r>
    </w:p>
    <w:p>
      <w:pPr>
        <w:jc w:val="right"/>
      </w:pPr>
      <w:r>
        <w:t>توہماراہماراجومقصدہے، لوگوںکا اویرنس بڑھانا،</w:t>
      </w:r>
    </w:p>
    <w:p>
      <w:r>
        <w:rPr>
          <w:b/>
        </w:rPr>
        <w:t xml:space="preserve">[1:08:08] </w:t>
      </w:r>
      <w:r>
        <w:t>Awareness badhana. Jab aware ho jayenge toh sab chhod denge.</w:t>
      </w:r>
    </w:p>
    <w:p>
      <w:pPr>
        <w:jc w:val="right"/>
      </w:pPr>
      <w:r>
        <w:t>اویرنسبڑھانا۔جب اویرہوجائیںگےتو سبچھوڑدیںگے۔</w:t>
      </w:r>
    </w:p>
    <w:p>
      <w:r>
        <w:rPr>
          <w:b/>
        </w:rPr>
        <w:t xml:space="preserve">[1:08:16] </w:t>
      </w:r>
      <w:r>
        <w:t>Toh aap yeh hi koshish kijiye ke logon ko aware karayein, logon ko ba-khabar karayein,</w:t>
      </w:r>
    </w:p>
    <w:p>
      <w:pPr>
        <w:jc w:val="right"/>
      </w:pPr>
      <w:r>
        <w:t>توآپ یہیکوششکیجئےکہلوگوںکو او یرکرائیں،لوگوںکوباخبرکرائیں،</w:t>
      </w:r>
    </w:p>
    <w:p>
      <w:r>
        <w:rPr>
          <w:b/>
        </w:rPr>
        <w:t xml:space="preserve">[1:08:25] </w:t>
      </w:r>
      <w:r>
        <w:t>Aur zamane mein jo tabdiliyan aai hain, isko jaan lein toh apne aap mein sab cheez khatam ho jayegi. Aur yeh bhi nahin jaante log ke dawah opportunities ko toh bilkul nahin jaante log.</w:t>
      </w:r>
    </w:p>
    <w:p>
      <w:pPr>
        <w:jc w:val="right"/>
      </w:pPr>
      <w:r>
        <w:t>اور زمان ے میںجو تبدیلیاںآئیہیں، اسکو جانلیں تو اپنےآپمیںسب چیزختمہوجائےگی۔ اوریہبھینہیںجانتےلوگ کہ دعویٰاپرچونیٹیزکوتوبالکلنہیںجانتےلوگ۔</w:t>
      </w:r>
    </w:p>
    <w:p>
      <w:r>
        <w:rPr>
          <w:b/>
        </w:rPr>
        <w:t xml:space="preserve">[1:08:40] </w:t>
      </w:r>
      <w:r>
        <w:t>Dawah opportunities ko koi jaanta hi nahin.</w:t>
      </w:r>
    </w:p>
    <w:p>
      <w:pPr>
        <w:jc w:val="right"/>
      </w:pPr>
      <w:r>
        <w:t>دعویٰاپرچونیٹیزکوکوئیجانتاہینہیں۔</w:t>
      </w:r>
    </w:p>
    <w:p>
      <w:r>
        <w:rPr>
          <w:b/>
        </w:rPr>
        <w:t xml:space="preserve">[1:08:44] </w:t>
      </w:r>
      <w:r>
        <w:t>Jaise main arz kiya hua hai ke Quran ki dunya hui hai sau baras se, lekin kisi ne yeh nahin bataya ke Quran sabse bada kaam batata hai. Dawah kisi ne nahin bataya.</w:t>
      </w:r>
    </w:p>
    <w:p>
      <w:pPr>
        <w:jc w:val="right"/>
      </w:pPr>
      <w:r>
        <w:t>جیسے میںعرضکیاہواہےکہقرآنکیدھممچیہوئیہے سو برسسے، لیکن کسی نےیہنہیںبتایاکہقرآن سبسے بڑاکامبتاتاہے۔دعویٰ کسی نےنہیںبتایا۔</w:t>
      </w:r>
    </w:p>
    <w:p>
      <w:r>
        <w:rPr>
          <w:b/>
        </w:rPr>
        <w:t xml:space="preserve">[1:08:55] </w:t>
      </w:r>
      <w:r>
        <w:t>Mujhko Allah taala ne tofeeq di, main isko discover kiya hua hai ke Quran jo hai, sabse bada beshak dawah batata hai. Dawah work, sabse bada kaam dawah work. Woh log Quran padh padh kar log na nikal rahe the, ladai bhadai, political role nikal rahe the. Quran padh padh kar log</w:t>
      </w:r>
    </w:p>
    <w:p>
      <w:pPr>
        <w:jc w:val="right"/>
      </w:pPr>
      <w:r>
        <w:t>مجھکواللہتعالینےتوفیقدی،میں اسکوڈسکورکیا ہواہےکہقرآنجوہے، سببڑابےشکدعویٰبتاتاہے۔دعویٰورک، سببڑاکامدعویٰورک۔ وہلوگقرآنپڑھپڑھکرلوگن کالرہےتھے،لڑائیبھڑائی، پولیٹیکلرولیہنکالرہےتھے۔قرآنپڑھپڑھکرلوگ</w:t>
      </w:r>
    </w:p>
    <w:p>
      <w:r>
        <w:rPr>
          <w:b/>
        </w:rPr>
        <w:t xml:space="preserve">[1:09:12] </w:t>
      </w:r>
      <w:r>
        <w:t>Toh har haal aap logon ki zimmedari hai ke aap log is baat ko samajhte hain ke isko duniya mein phailayein, logon ki unawareness ko khatam karein.</w:t>
      </w:r>
    </w:p>
    <w:p>
      <w:pPr>
        <w:jc w:val="right"/>
      </w:pPr>
      <w:r>
        <w:t>توبہرحالآپلوگوںکیذمہداریہےکہآپلوگاسباتکوسمجھتےہیں کہاسکودنیا میںپھیلائیں، لوگوںکیاناویرنسکوختمکریں۔</w:t>
      </w:r>
    </w:p>
    <w:p>
      <w:r>
        <w:rPr>
          <w:b/>
        </w:rPr>
        <w:t xml:space="preserve">[1:09:21] </w:t>
      </w:r>
      <w:r>
        <w:t>This question is from Mr. Mustafa Omri from Delhi. Maulana sahib, kya aisa nahin hai ke Sir Syed ne Aligarh Muslim University bana kar main-oriented wala kaam kiya hai?</w:t>
      </w:r>
    </w:p>
    <w:p>
      <w:pPr>
        <w:jc w:val="right"/>
      </w:pPr>
      <w:r>
        <w:t>This question is from Mr. Mustafa Omrifrom Delhi. مول اناصاحب،کیا ایسانہیں ہے کہ سر سید نے علی گڑھمسلمیونیورس ٹیبناکر میناورینٹڈوالاکام کیا ہے؟</w:t>
      </w:r>
    </w:p>
    <w:p>
      <w:r>
        <w:rPr>
          <w:b/>
        </w:rPr>
        <w:t xml:space="preserve">[1:09:37] </w:t>
      </w:r>
      <w:r>
        <w:t>Kyunke wahan se sirf Musalman hi nahin, balkeh saare log faida utha rahe hain, aur ek educational institute bana kar Islam ki sabse ahem fariza anjam diya hai.</w:t>
      </w:r>
    </w:p>
    <w:p>
      <w:pPr>
        <w:jc w:val="right"/>
      </w:pPr>
      <w:r>
        <w:t>کیونکہوہاںسےصرف مسلمان ہینہیں ،بل کہ سارے لوگ فائدہاٹھارہےہیں، اور ایک ایجوکیشنل انسٹیٹیوٹبناکر اسلام کی سبسے اہم فریضہ انجام دیا ہے۔</w:t>
      </w:r>
    </w:p>
    <w:p>
      <w:r>
        <w:rPr>
          <w:b/>
        </w:rPr>
        <w:t xml:space="preserve">[1:09:52] </w:t>
      </w:r>
      <w:r>
        <w:t>Mere khayal mein sabse ahem fariza yeh hi tha.</w:t>
      </w:r>
    </w:p>
    <w:p>
      <w:pPr>
        <w:jc w:val="right"/>
      </w:pPr>
      <w:r>
        <w:t>میرےخیالتکسبسےاہمفریضہ یہیتھا۔</w:t>
      </w:r>
    </w:p>
    <w:p>
      <w:r>
        <w:rPr>
          <w:b/>
        </w:rPr>
        <w:t xml:space="preserve">[1:09:56] </w:t>
      </w:r>
      <w:r>
        <w:t>Main toh dekhein, education ko na Muslim samajhta hoon, na Hindu samajhta hoon. Main Hindu University ke naam ko galat samajhta hoon,</w:t>
      </w:r>
    </w:p>
    <w:p>
      <w:pPr>
        <w:jc w:val="right"/>
      </w:pPr>
      <w:r>
        <w:t>میںتودیکھیں، ایجوکیشن کو نہمسلمسمجھتاہوں،نہہندو سمجھتاہوں۔ میںہندو یونیورسٹیکےنامکوغلطسمجھتاہوں،</w:t>
      </w:r>
    </w:p>
    <w:p>
      <w:r>
        <w:rPr>
          <w:b/>
        </w:rPr>
        <w:t xml:space="preserve">[1:10:05] </w:t>
      </w:r>
      <w:r>
        <w:t>Aur Muslim University ke naam ko galat samajhta hoon. Iska naam hona chahiye Aligarh University, iska naam hona chahiye Banarasi University. Education ko koi mazhab nahin hota, yaad rakhiye.</w:t>
      </w:r>
    </w:p>
    <w:p>
      <w:pPr>
        <w:jc w:val="right"/>
      </w:pPr>
      <w:r>
        <w:t>اورمسلمیونیورسٹیکےنامکوغلطسمجھتاہوں۔ اسکانام ہوناچاہیےعلیگڑھیونیورسٹی،اسکانامہوناچاہیےبنارسیونیورس ٹی۔ ایجوکیشنکوئیمذہبنہیںہوتا،یادرکھیے۔</w:t>
      </w:r>
    </w:p>
    <w:p>
      <w:r>
        <w:rPr>
          <w:b/>
        </w:rPr>
        <w:t xml:space="preserve">[1:10:17] </w:t>
      </w:r>
      <w:r>
        <w:t>Yeh galat soch wahan par aai hai ke Muslim education, Muslim University, Muslim college yeh kehte hain ke Musalman si-lem mein jeene lage, si-lem mein, si-lem mein jeene lage.</w:t>
      </w:r>
    </w:p>
    <w:p>
      <w:pPr>
        <w:jc w:val="right"/>
      </w:pPr>
      <w:r>
        <w:t>یہ غلطسوچ وہاںپرآئیہے کہ مسلمایجوکیشن ،مسلمیونیورسٹی،مسلم کالجیہ کہتےہیںکہمسلمان سیلمیںجینےلگے،سیلمیں، سیلمیںجینےلگے۔</w:t>
      </w:r>
    </w:p>
    <w:p>
      <w:r>
        <w:rPr>
          <w:b/>
        </w:rPr>
        <w:t xml:space="preserve">[1:10:31] </w:t>
      </w:r>
      <w:r>
        <w:t>Gheto bana bana kar aane ka mizaj inke andar aa gaya.</w:t>
      </w:r>
    </w:p>
    <w:p>
      <w:pPr>
        <w:jc w:val="right"/>
      </w:pPr>
      <w:r>
        <w:t>گھیٹوبنابناکرانےکامزاجانکےاندرآگیا۔</w:t>
      </w:r>
    </w:p>
    <w:p>
      <w:r>
        <w:rPr>
          <w:b/>
        </w:rPr>
        <w:t xml:space="preserve">[1:10:34] </w:t>
      </w:r>
      <w:r>
        <w:t>mein mein manta hoon education, falsafe ka, education ko. education khoob parho, khoob parho, lekin woh education falsafe ka education hai. muslim education ka concept wahan nahi tha, spain mein aur baghdad mein.</w:t>
      </w:r>
    </w:p>
    <w:p>
      <w:pPr>
        <w:jc w:val="right"/>
      </w:pPr>
      <w:r>
        <w:t>میں میںمانتاہوںایجوکیشن،فلسفےکا،ایجوکیشنکو ۔ ایجوکیشنخوبپڑھو،خوبپڑھو،لیکنوہایجوکیشنفلسفےکاایجوکیشنہے۔ مسلمایجوکیشنکانسیپٹوہاںنہیںتھا، اسپ ینمیںاوربغدادمیں۔</w:t>
      </w:r>
    </w:p>
    <w:p>
      <w:r>
        <w:rPr>
          <w:b/>
        </w:rPr>
        <w:t xml:space="preserve">[1:10:48] </w:t>
      </w:r>
      <w:r>
        <w:t>wahan to education falsafe ka education. haal hi mein likha hai ke woh harri khilafat mein onton par latkar chale aate the misr yunani ke daftar.</w:t>
      </w:r>
    </w:p>
    <w:p>
      <w:pPr>
        <w:jc w:val="right"/>
      </w:pPr>
      <w:r>
        <w:t>وہاںتوایجوکیشنفلس فےکاایجوکیشن۔ حالہیمیںلکھاہےکہ وہ حری میخلافتمیںاونٹوںپرلتکر چلےآتےتھےمصر یونہکےدفتر ۔</w:t>
      </w:r>
    </w:p>
    <w:p>
      <w:r>
        <w:rPr>
          <w:b/>
        </w:rPr>
        <w:t xml:space="preserve">[1:11:01] </w:t>
      </w:r>
      <w:r>
        <w:t>harri</w:t>
      </w:r>
    </w:p>
    <w:p>
      <w:pPr>
        <w:jc w:val="right"/>
      </w:pPr>
      <w:r>
        <w:t>حری</w:t>
      </w:r>
    </w:p>
    <w:p>
      <w:r>
        <w:rPr>
          <w:b/>
        </w:rPr>
        <w:t xml:space="preserve">[1:11:02] </w:t>
      </w:r>
      <w:r>
        <w:t>mi khilafat mein onton par latkar chale aate the misr yunani ke daftar. yaani misr yunani mein secular philosophers ne, secular mind ne jo baat, jo kitabein tayyar ki thin, woh yahan laya gaya. isko tarjuma kiya gaya,</w:t>
      </w:r>
    </w:p>
    <w:p>
      <w:pPr>
        <w:jc w:val="right"/>
      </w:pPr>
      <w:r>
        <w:t>میخلافتمیںاونٹوںپرلتکرچلےآتےتھے مصر یونہکےدفتر۔ یعنیمصر یونانمیں سیکولر فلاسفرزنے،سیکولر مائنڈنےجو بات، جوکتاب یںتیارکیتھیں،وہ یہاں لایاگیا۔اسکوترجمہکیاگیا،</w:t>
      </w:r>
    </w:p>
    <w:p>
      <w:r>
        <w:rPr>
          <w:b/>
        </w:rPr>
        <w:t xml:space="preserve">[1:11:17] </w:t>
      </w:r>
      <w:r>
        <w:t>darul tarjuma wahan qaim hua. saare ilm, saare ilm ko seekho. atlub ulm walon ka alam scene, yeh islamize karna education ko madrasa chalaiye. aap madrasay mein theek</w:t>
      </w:r>
    </w:p>
    <w:p>
      <w:pPr>
        <w:jc w:val="right"/>
      </w:pPr>
      <w:r>
        <w:t>دارالترجمہوہاںقائمہوا۔ سارےعلم ،سارےعلمکوسیکھو۔ اطلب العلموالوںکاعالم سین ، یہ اسلام ائز کرنا ایجوکیشنکو مدرس ہچلائیے۔آپمدرسےمیںٹھیک</w:t>
      </w:r>
    </w:p>
    <w:p>
      <w:r>
        <w:rPr>
          <w:b/>
        </w:rPr>
        <w:t xml:space="preserve">[1:11:30] </w:t>
      </w:r>
      <w:r>
        <w:t>hai, mein iska isko manta hoon ke madrasay mein honi chahiye deeni taleem, woh theek hai bilkul, lekin university aur college mein secular education honi chahiye.</w:t>
      </w:r>
    </w:p>
    <w:p>
      <w:pPr>
        <w:jc w:val="right"/>
      </w:pPr>
      <w:r>
        <w:t>ہے، میں اسکا اسکومانتاہوںکہمدرس ےمیںہونیچاہیےدینیتعلیم ، وہٹھیکہےبالکل،لیکن یونیورسٹیاورکالجمیںسیکولرایجوکیشنہونیچاہیے۔</w:t>
      </w:r>
    </w:p>
    <w:p>
      <w:r>
        <w:rPr>
          <w:b/>
        </w:rPr>
        <w:t xml:space="preserve">[1:11:40] </w:t>
      </w:r>
      <w:r>
        <w:t>natija kya hai ke aaj muslim university ka mayar dunya mein na bohat ghata hua hai. hatta arab countries mein logon ne mujhe bataya ke wahan jaate hain na, unki degree le kar ke to phir se unka imtehan hota hai,</w:t>
      </w:r>
    </w:p>
    <w:p>
      <w:pPr>
        <w:jc w:val="right"/>
      </w:pPr>
      <w:r>
        <w:t>نتیجہکیاہےکہ آج مسلمیونیورسٹیکامعیاردنیامیں نہبہت گھٹاہواہے۔ حتیٰعرب کنٹریزمیں لوگوںنےمجھےبتایاکہوہاںجاتےہیںنا، انکیڈگریلےکرکےتو پھرسےانکاامتحانہوتاہے،</w:t>
      </w:r>
    </w:p>
    <w:p>
      <w:r>
        <w:rPr>
          <w:b/>
        </w:rPr>
        <w:t xml:space="preserve">[1:11:56] </w:t>
      </w:r>
      <w:r>
        <w:t>jab ke delhi university ko nahi hota dobara imtehan. to mein samajhta hoon ke yeh koi achha kaam nahi hua ke unhone hindu university banayi, unhone muslim university banayi.</w:t>
      </w:r>
    </w:p>
    <w:p>
      <w:pPr>
        <w:jc w:val="right"/>
      </w:pPr>
      <w:r>
        <w:t>جب کہدلییونیورسٹیکونہیںہوتادوبارہامتحان۔ تو میں سمجھتاہوںکہ یہ کوئیاچھاکامنہیںہوا کہانہوںنےہندویونیورسٹیبنائی،انہوںنےمسلمیونیورسٹیبنائی۔</w:t>
      </w:r>
    </w:p>
    <w:p>
      <w:r>
        <w:rPr>
          <w:b/>
        </w:rPr>
        <w:t xml:space="preserve">[1:12:06] </w:t>
      </w:r>
      <w:r>
        <w:t>bas Aligarh university honi chahiye, Banarsi university honi chahiye. ilm ko ilm ke liye seekhna cha</w:t>
      </w:r>
    </w:p>
    <w:p>
      <w:pPr>
        <w:jc w:val="right"/>
      </w:pPr>
      <w:r>
        <w:t>بس علیگڑھیونیورسٹیہونیچاہیے،بنارسیونیورسٹیہونیچاہیے۔ علم کو علم کےلیے سیکھناچ</w:t>
      </w:r>
    </w:p>
    <w:p>
      <w:r>
        <w:rPr>
          <w:b/>
        </w:rPr>
        <w:t xml:space="preserve">[1:12:13] </w:t>
      </w:r>
      <w:r>
        <w:t>hiye, ilm ko ilm ke liye seekhna chahiye. tabhi bade zehan paida honge aapke haan. yeh baat jo mein kar raha hoon, yeh ibn khaldun ne bhi likha hai, aisi hi baat.</w:t>
      </w:r>
    </w:p>
    <w:p>
      <w:pPr>
        <w:jc w:val="right"/>
      </w:pPr>
      <w:r>
        <w:t>اہیے،علم کوعلمکےلیےسیکھناچاہیے۔تبیہ بڑے ذہنپیدا ہوںگےآپکےہاں۔ یہباتجومیںکررہاہوں،یہابن خلدوننےبھیلکھاہے،ایسیہیبات۔</w:t>
      </w:r>
    </w:p>
    <w:p>
      <w:r>
        <w:rPr>
          <w:b/>
        </w:rPr>
        <w:t xml:space="preserve">[1:12:23] </w:t>
      </w:r>
      <w:r>
        <w:t>aur bohat dinon ke tajrube ke baad maine yeh samjha hai ke hindu university bhi galat tha, naam rakhna muslim university bhi naam tha galat rakhna. iska naam hona chahiye Banarsi university, iska naam hona chahiye Aligarh university. bas jaise Lucknow university hai, Delhi university hai, koi isko bhi hona chahiye tha.</w:t>
      </w:r>
    </w:p>
    <w:p>
      <w:pPr>
        <w:jc w:val="right"/>
      </w:pPr>
      <w:r>
        <w:t>اوربہتدنوںکےتجربےکےبعد میںنےیہسمجھاہے کہ ہندو یونیورسٹیبھیغلط تھا،نامرکھنا مسلمیونیورسٹیبھینامتھاغلطرکھنا۔ اسکانامہوناچاہیےبنارسیونیورسٹی،اسکانامہوناچاہیے علیگڑھیونیورسٹی۔بس جیسےلکھنویونیورسٹیہے،دلییونیورسٹیہے، کوئیاسکوبھیہوناچاہیےتھا۔</w:t>
      </w:r>
    </w:p>
    <w:p>
      <w:r>
        <w:rPr>
          <w:b/>
        </w:rPr>
        <w:t xml:space="preserve">[1:12:41] </w:t>
      </w:r>
      <w:r>
        <w:t>mazhabi taleem ka alag se dijiye, aap isko ek title na banaiye. natija ek daawa work, yaani aap bataiye ke kaun daayi utha muslim university se?</w:t>
      </w:r>
    </w:p>
    <w:p>
      <w:pPr>
        <w:jc w:val="right"/>
      </w:pPr>
      <w:r>
        <w:t>مذہبیتعلیم کا الگسےدیجیے،آپ اسکو ایکٹائٹل نہبنائیے۔ نتیجہایکدعویٰورک ،یعنیآپبتائیےکہکونداعیاٹھا مسلمیونیورسٹیسے؟</w:t>
      </w:r>
    </w:p>
    <w:p>
      <w:r>
        <w:rPr>
          <w:b/>
        </w:rPr>
        <w:t xml:space="preserve">[1:12:54] </w:t>
      </w:r>
      <w:r>
        <w:t>koi daayi nahi utha, ek bhi nahi utha. kyun? kyunke muslim oriented thinking ki jo hai, woh clear hai daawa thinking ki. muslim oriented thinking jo hai, clear hai daawa thinking ki.</w:t>
      </w:r>
    </w:p>
    <w:p>
      <w:pPr>
        <w:jc w:val="right"/>
      </w:pPr>
      <w:r>
        <w:t>کوئیداعینہیںاٹھا، ایکبھینہیںاٹھا۔ کیوں؟کیونکہ مسلم اورینٹڈتھنکنگکی جوہے، وہ کلرہے دعوتتھنکنگکی۔ مسلم اورینٹڈتھنکنگجوہے،کلرہےدعوتتھنکنگکی۔</w:t>
      </w:r>
    </w:p>
    <w:p>
      <w:r>
        <w:rPr>
          <w:b/>
        </w:rPr>
        <w:t xml:space="preserve">[1:13:07] </w:t>
      </w:r>
      <w:r>
        <w:t>jab aapne isko muslim bana diya to phir daawa work wahan hoga na.</w:t>
      </w:r>
    </w:p>
    <w:p>
      <w:pPr>
        <w:jc w:val="right"/>
      </w:pPr>
      <w:r>
        <w:t>جبآپنےاسکومسلمبنادیا توپھردعویٰورکوہاںہوگانہیں۔</w:t>
      </w:r>
    </w:p>
    <w:p>
      <w:r>
        <w:rPr>
          <w:b/>
        </w:rPr>
        <w:t xml:space="preserve">[1:13:11] </w:t>
      </w:r>
      <w:r>
        <w:t>koi daawa work jo hai, insan oriented thinking se aata hai. daawa work jo aata hai, woh insan oriented thinking ke saath. saare alam ko aap ek samjho, saare alam ka dard aapke dil mein ho, saare alam ko Allah ka paigham pahunchane ka jazba aapke andar ho.</w:t>
      </w:r>
    </w:p>
    <w:p>
      <w:pPr>
        <w:jc w:val="right"/>
      </w:pPr>
      <w:r>
        <w:t>کوئیدعویٰورکجوہے، انسان اورینٹڈتھنکنگسےآتاہے۔ دعویٰورکجوآتاہے،وہانسان اورینٹڈتھنکنگکےساتھ۔سارےعالمکو آپایک سمجھیں، سارےعالمکادردآپکےدلمیںہو ،سارےعالمکواللہ کاپیغامپہنچانےکاجذبہآپکےاندرہو ۔</w:t>
      </w:r>
    </w:p>
    <w:p>
      <w:r>
        <w:rPr>
          <w:b/>
        </w:rPr>
        <w:t xml:space="preserve">[1:13:26] </w:t>
      </w:r>
      <w:r>
        <w:t>woh to pehle pehle din khatm ho gaya. bas musalmanon ke liye karna hai, musalmanon ke liye karna hai, musalmanon ke liye karna hai. mein isko koi healthy soch nahi samajhta,</w:t>
      </w:r>
    </w:p>
    <w:p>
      <w:pPr>
        <w:jc w:val="right"/>
      </w:pPr>
      <w:r>
        <w:t>وہتو پہلے پہلےدنختمہوگیا۔ بس مسلمانوںکےلیےکرناہے،مسلمانوںکےلیےکرناہے،مسلمانوںکےلیےکرناہے۔ میں اسکو کوئیہیلتھیسوچنہیںسمجھتا،</w:t>
      </w:r>
    </w:p>
    <w:p>
      <w:r>
        <w:rPr>
          <w:b/>
        </w:rPr>
        <w:t xml:space="preserve">[1:13:37] </w:t>
      </w:r>
      <w:r>
        <w:t>yeh bohat hi, yaani woh hai, ghettoized mentality hai mere nazdeek.</w:t>
      </w:r>
    </w:p>
    <w:p>
      <w:pPr>
        <w:jc w:val="right"/>
      </w:pPr>
      <w:r>
        <w:t>یہبہت ہی، یعنی وہہے، گھیٹوائزڈمینٹیلیٹیہےمیرےنزدیک۔</w:t>
      </w:r>
    </w:p>
    <w:p>
      <w:r>
        <w:rPr>
          <w:b/>
        </w:rPr>
        <w:t xml:space="preserve">[1:13:45] </w:t>
      </w:r>
      <w:r>
        <w:t>This question is from Mr. Nafeez Shiraz from Delhi. mein chahta hoon ke mera shumar Allah ke sabse achhe bando mein kiya jaye.</w:t>
      </w:r>
    </w:p>
    <w:p>
      <w:pPr>
        <w:jc w:val="right"/>
      </w:pPr>
      <w:r>
        <w:t>Thisquestionis from Mr. NafeezShirazfrom Delhi. میں چاہتاہوںکہ میرا شمار خداکےسبسےاچھے بندوںمیںکیاجائے۔</w:t>
      </w:r>
    </w:p>
    <w:p>
      <w:r>
        <w:rPr>
          <w:b/>
        </w:rPr>
        <w:t xml:space="preserve">[1:13:57] </w:t>
      </w:r>
      <w:r>
        <w:t>is ke liye mujhe kin kin baaton par amal karna hoga? Quran majeed parhiye, sau baar parhiye Quran majeed</w:t>
      </w:r>
    </w:p>
    <w:p>
      <w:pPr>
        <w:jc w:val="right"/>
      </w:pPr>
      <w:r>
        <w:t>اس کےلیےمجھے کن کن باتوںپر عمل کرناہوگا؟ قرآنمجیدپڑھیے، سو بارپڑھیےقرآنمجید</w:t>
      </w:r>
    </w:p>
    <w:p>
      <w:r>
        <w:rPr>
          <w:b/>
        </w:rPr>
        <w:t xml:space="preserve">[1:14:08] </w:t>
      </w:r>
      <w:r>
        <w:t>to aapko khud hi maloom ho jayega.</w:t>
      </w:r>
    </w:p>
    <w:p>
      <w:pPr>
        <w:jc w:val="right"/>
      </w:pPr>
      <w:r>
        <w:t>توآپکوخودہیمعلومہوجائےگا۔</w:t>
      </w:r>
    </w:p>
    <w:p>
      <w:r>
        <w:rPr>
          <w:b/>
        </w:rPr>
        <w:t xml:space="preserve">[1:14:13] </w:t>
      </w:r>
      <w:r>
        <w:t>yaani koi doosra aadmi agar bataye to uski apni baat ho sakti hai, lekin Quran ki baat to Allah ki baat hai. is niyat se parh lein. bohat se logon ne Quran padha, lekin woh niyat unki doosri thi.</w:t>
      </w:r>
    </w:p>
    <w:p>
      <w:pPr>
        <w:jc w:val="right"/>
      </w:pPr>
      <w:r>
        <w:t>یعنیکوئیدوسراآدمیاگربتائےتو اسکی اپنیباتہوسکتیہے، لیکن قرآنکیباتتوخداکیباتہے۔ اسینیتسےپڑھلیں۔ بہتسےلوگوںنےقرآنپڑھا،لیکنوہ نیتانکیدوسریتھی۔</w:t>
      </w:r>
    </w:p>
    <w:p>
      <w:r>
        <w:rPr>
          <w:b/>
        </w:rPr>
        <w:t xml:space="preserve">[1:14:24] </w:t>
      </w:r>
      <w:r>
        <w:t>is liye Quran mein unhone ghair Quran mila. Quran padh kar bhi nahi paya Quran ko. unhone aap ko agar yeh jazba hai to aap is niyat se</w:t>
      </w:r>
    </w:p>
    <w:p>
      <w:pPr>
        <w:jc w:val="right"/>
      </w:pPr>
      <w:r>
        <w:t>اسلیےقرآنمیںانہوںنےغیر قرآنملا۔قرآنپڑھکر بھینہیںپایا قرآنکو۔انہوںنے آپ کواگر یہجذبہہےتوآپ اسینیتسے</w:t>
      </w:r>
    </w:p>
    <w:p>
      <w:r>
        <w:rPr>
          <w:b/>
        </w:rPr>
        <w:t xml:space="preserve">[1:14:35] </w:t>
      </w:r>
      <w:r>
        <w:t>namaz padhiye. namaz padh kar dua kijiye ke Khuda mujhe, mein Quran ko padhunga, ismein mujhe bata de ke mein kaise tera muqarrab banda banu.</w:t>
      </w:r>
    </w:p>
    <w:p>
      <w:pPr>
        <w:jc w:val="right"/>
      </w:pPr>
      <w:r>
        <w:t>نمازپڑھیے۔ نمازپڑھکےدعاکیجئے کہخدائے مجھے، میں قرآنکو پڑھوںگا، اسمیںمجھےبتادےکہ میں کیسے تیرا مقرببندہبنوں۔</w:t>
      </w:r>
    </w:p>
    <w:p>
      <w:r>
        <w:rPr>
          <w:b/>
        </w:rPr>
        <w:t xml:space="preserve">[1:14:46] </w:t>
      </w:r>
      <w:r>
        <w:t>is niyat se bilkul to aapko jawab mil jayega, bohat aasani se mil jayega jawab. kisi se poochne ki zaroorat nahi hogi aapko.</w:t>
      </w:r>
    </w:p>
    <w:p>
      <w:pPr>
        <w:jc w:val="right"/>
      </w:pPr>
      <w:r>
        <w:t>اسینیتسےبالکل توآپکو جوابملجائےگا،بہتآسانیسےملجائےگاجواب۔ کسیسےپوچھنےکیضرورتنہیںہوگیآپکو۔</w:t>
      </w:r>
    </w:p>
    <w:p>
      <w:r>
        <w:rPr>
          <w:b/>
        </w:rPr>
        <w:t xml:space="preserve">[1:14:57] </w:t>
      </w:r>
      <w:r>
        <w:t>This question is from Miss Nagma Siddiqui from Delhi.</w:t>
      </w:r>
    </w:p>
    <w:p>
      <w:pPr>
        <w:jc w:val="right"/>
      </w:pPr>
      <w:r>
        <w:t>Thisquestion is from Miss Nag maSiddiquifrom Delhi.</w:t>
      </w:r>
    </w:p>
    <w:p>
      <w:r>
        <w:rPr>
          <w:b/>
        </w:rPr>
        <w:t xml:space="preserve">[1:15:02] </w:t>
      </w:r>
      <w:r>
        <w:t>molana, what is the Islamic concept of nationhood? Please explain. Dekhiye, yeh bohat bari falsafiya hai.</w:t>
      </w:r>
    </w:p>
    <w:p>
      <w:pPr>
        <w:jc w:val="right"/>
      </w:pPr>
      <w:r>
        <w:t>مول انا،whatistheIslam ic concept of nationhood ?Pleaseexplain. دیکھیے،یہبہت بڑی فیلسیہے۔</w:t>
      </w:r>
    </w:p>
    <w:p>
      <w:r>
        <w:rPr>
          <w:b/>
        </w:rPr>
        <w:t xml:space="preserve">[1:15:13] </w:t>
      </w:r>
      <w:r>
        <w:t>Ek hi admi the, Maulana Hussain Ahmed Madni. Unho ne kaha ke qaumein maujooda zamanay mein qaumein watan se banti hain. Is ko bhi ulama ne tasleem nahi kiya.</w:t>
      </w:r>
    </w:p>
    <w:p>
      <w:pPr>
        <w:jc w:val="right"/>
      </w:pPr>
      <w:r>
        <w:t>ایکہیآدمیتھے، مولاناحسیناحمد مد نی۔ انہوںنےکہاکہقومیں موجود ہزمان ےمیںقومیںاوتانسےبنتیہیں۔ اسکوبھیعلماءنےتسلیمنہیںکیا۔</w:t>
      </w:r>
    </w:p>
    <w:p>
      <w:r>
        <w:rPr>
          <w:b/>
        </w:rPr>
        <w:t xml:space="preserve">[1:15:22] </w:t>
      </w:r>
      <w:r>
        <w:t>Unho ne kaha ke yeh to Hazrat ne jo farmaya tha, woh khabar thi, woh insha nahi thi. Main is ko bilkul galat samajhta hoon. Is ko woh khabar nahi thi, woh insha thi. Woh</w:t>
      </w:r>
    </w:p>
    <w:p>
      <w:pPr>
        <w:jc w:val="right"/>
      </w:pPr>
      <w:r>
        <w:t>انہوںنےکہاکہیہتو حضرت نےجوفرمایاتھا،وہخبرتھی،وہانشاءنہیںتھی۔ میںاسکوبالکلغلطسمجھتاہوں۔اسکو وہخبرنہیںتھی،وہانشاءہیتھی۔وہ</w:t>
      </w:r>
    </w:p>
    <w:p>
      <w:r>
        <w:rPr>
          <w:b/>
        </w:rPr>
        <w:t xml:space="preserve">[1:15:31] </w:t>
      </w:r>
      <w:r>
        <w:t>Ek hi aalim mujhe maloom hai, Maulana Hussain Ahmed Madni, jinho ne yeh baat kahi thi ke maujooda zamanay mein qaumein watan se banti hain. Yani homeland, yani land based internationality ka concept hai is zamanay mein.</w:t>
      </w:r>
    </w:p>
    <w:p>
      <w:pPr>
        <w:jc w:val="right"/>
      </w:pPr>
      <w:r>
        <w:t>ایکہیعالممجھےمعلومہے، مولاناحسیناحمد مدنی،جنہوںنےیہباتکہیتھی کہ موجود ہزمانےمیں قومیںاوتانسےبنتیہیں۔یعنی ہوم لینڈ، یعنی لینڈ بیسڈ انٹرنیشنلٹیکاکانسیپٹہےاسزمانےمیں۔</w:t>
      </w:r>
    </w:p>
    <w:p>
      <w:r>
        <w:rPr>
          <w:b/>
        </w:rPr>
        <w:t xml:space="preserve">[1:15:47] </w:t>
      </w:r>
      <w:r>
        <w:t>Land based yeh bilkul sahi kaha tha unho ne. Phir aaj tak ulama ne is ko nahi mana. Baqayda ek mazmoon chapa tha, maine parha tha is ko.</w:t>
      </w:r>
    </w:p>
    <w:p>
      <w:pPr>
        <w:jc w:val="right"/>
      </w:pPr>
      <w:r>
        <w:t>لینڈبیسڈ یہ بالکلصحیحکہاتھاانہوںنے۔ پھرآجتک علم اءنےاسکونہیںمانا۔ باقاعدہایکمضمونچھپاتھا،میںنےپڑھاتھااسکو ۔</w:t>
      </w:r>
    </w:p>
    <w:p>
      <w:r>
        <w:rPr>
          <w:b/>
        </w:rPr>
        <w:t xml:space="preserve">[1:15:56] </w:t>
      </w:r>
      <w:r>
        <w:t>Unho ne kaha tha Hazrat ne jo farmaya tha, woh to khabar thi, woh insha nahi thi.</w:t>
      </w:r>
    </w:p>
    <w:p>
      <w:pPr>
        <w:jc w:val="right"/>
      </w:pPr>
      <w:r>
        <w:t>انہوںنےکہاتھاحضرتنےجوفرمایاتھا،وہتوخبرتھی،وہانشاءنہیںتھی۔</w:t>
      </w:r>
    </w:p>
    <w:p>
      <w:r>
        <w:rPr>
          <w:b/>
        </w:rPr>
        <w:t xml:space="preserve">[1:16:01] </w:t>
      </w:r>
      <w:r>
        <w:t>Matlab yeh duniya mein hota hai, humein nahi aisa karna chahiye. Main is ko bilkul galat samajhta hoon. Hamara bhi yeh nazariya hai Islam ke mutabiq ke jahan hum rehte hain, wahi hamara watan hai.</w:t>
      </w:r>
    </w:p>
    <w:p>
      <w:pPr>
        <w:jc w:val="right"/>
      </w:pPr>
      <w:r>
        <w:t>مطلبیہدنیامیںہوتاہے،ہمیںنہیںایساکرناہے۔ میںاسکوبالکلغلطسمجھتاہوں۔ ہمارابھی یہ ینظریہہےاسلام کےمطابق کہجہاںہمرہتےہیں،وہیہماراوطن ہے۔</w:t>
      </w:r>
    </w:p>
    <w:p>
      <w:r>
        <w:rPr>
          <w:b/>
        </w:rPr>
        <w:t xml:space="preserve">[1:16:12] </w:t>
      </w:r>
      <w:r>
        <w:t>Ek bohat hi galat baat kahi thi Iqbal ne, woh log Musalman is ko dohrate rehte hain aaj tak.</w:t>
      </w:r>
    </w:p>
    <w:p>
      <w:pPr>
        <w:jc w:val="right"/>
      </w:pPr>
      <w:r>
        <w:t>ایکبہتہیغلطبات کہیتھیاقبالنے، وہ لوگ مسلماناسیکودہراتےرہتےہیںآجتک۔</w:t>
      </w:r>
    </w:p>
    <w:p>
      <w:r>
        <w:rPr>
          <w:b/>
        </w:rPr>
        <w:t xml:space="preserve">[1:16:22] </w:t>
      </w:r>
      <w:r>
        <w:t>Woh kya hai? Woh intaza khudaon mein bara sab se watan hai. Jo pehna is ka hai, woh mazhab kafan hai. Bilkul baseless shair hai, bilkul lagh shair hai. Lagh watan se muhabbat karna, yeh khudai ki baat nahi hai.</w:t>
      </w:r>
    </w:p>
    <w:p>
      <w:pPr>
        <w:jc w:val="right"/>
      </w:pPr>
      <w:r>
        <w:t>وہکیاہے؟وہ انتازہخداؤںمیںبڑاسبسےوطن ہے۔ جو پیرہناسکاہے،وہمذہبکفنہے۔بالکل بیسلیس شعرہے،بالکل لاغشعرہے۔لاغ وطن سے محبتکرنا،یہخدائیکیباتنہیںہے۔</w:t>
      </w:r>
    </w:p>
    <w:p>
      <w:r>
        <w:rPr>
          <w:b/>
        </w:rPr>
        <w:t xml:space="preserve">[1:16:38] </w:t>
      </w:r>
      <w:r>
        <w:t>Yani watan based nationality, is ka matlab nahi ke Khuda bana liya hum ne watan ko. Land based nationality woh hai, woh bilkul sahi hai, woh Islami hai, woh Islami hai.</w:t>
      </w:r>
    </w:p>
    <w:p>
      <w:pPr>
        <w:jc w:val="right"/>
      </w:pPr>
      <w:r>
        <w:t>یعنی وطن بیسڈنیشنلٹی، اسکامطلبنہیںکہخدابنالیاہمنےوطن کو ۔ لینڈبیسڈ نیشنلٹیجوہے، وہ بالکل صحیحہے،وہیاسلامی ہے، وہیاسلامی ہے۔</w:t>
      </w:r>
    </w:p>
    <w:p>
      <w:r>
        <w:rPr>
          <w:b/>
        </w:rPr>
        <w:t xml:space="preserve">[1:16:54] </w:t>
      </w:r>
      <w:r>
        <w:t>Hamari wafadariyan apne watan se hona chahiye.</w:t>
      </w:r>
    </w:p>
    <w:p>
      <w:pPr>
        <w:jc w:val="right"/>
      </w:pPr>
      <w:r>
        <w:t>ہماریوف اداریاں اپنے وطن سےہوناچاہیے۔</w:t>
      </w:r>
    </w:p>
    <w:p>
      <w:r>
        <w:rPr>
          <w:b/>
        </w:rPr>
        <w:t xml:space="preserve">[1:17:01] </w:t>
      </w:r>
      <w:r>
        <w:t>Ek hadith hai to ulama kehte hain ke yeh to hadith nahi hai, yeh to sahi nahi hai ke hubb ul watan min al iman.</w:t>
      </w:r>
    </w:p>
    <w:p>
      <w:pPr>
        <w:jc w:val="right"/>
      </w:pPr>
      <w:r>
        <w:t>ایکحدیثہےتو علماءکہتےہیںکہیہتوحدیث نہیںہے،یہتو صحیحنہیںہے کہ حب الوطن من الایمان۔</w:t>
      </w:r>
    </w:p>
    <w:p>
      <w:r>
        <w:rPr>
          <w:b/>
        </w:rPr>
        <w:t xml:space="preserve">[1:17:10] </w:t>
      </w:r>
      <w:r>
        <w:t>Ek hadith batai jati hai ke hubb ul watan min al iman to ulama is hadith ko nahi mante. Main kehta hoon ke agar yeh hadith Rasool na ho, tab bhi hadith fitrat hai. Yeh</w:t>
      </w:r>
    </w:p>
    <w:p>
      <w:pPr>
        <w:jc w:val="right"/>
      </w:pPr>
      <w:r>
        <w:t>ایکحدیث بت ائیجاتیہےکہحب الوطن من الایمان تو علماءاسحدیثکونہیںمانتے۔ میںکہتاہوںکہاگریہحدیثرسولنہہو،تببھیحدیثفطرتہے۔یہ</w:t>
      </w:r>
    </w:p>
    <w:p>
      <w:r>
        <w:rPr>
          <w:b/>
        </w:rPr>
        <w:t xml:space="preserve">[1:17:20] </w:t>
      </w:r>
      <w:r>
        <w:t>Jis watan mein aap, jis mulk mein aap paida hue, us se aap muhabbat nahi karenge. Aap us ko to aap ayini mil hain, bilkul ayini mil hain. Jis watan mein aap, jis mulk mein aap paida hue, jahan jahan ka aap, jahan ke aap, jahan jahan aap ne khaya piya,</w:t>
      </w:r>
    </w:p>
    <w:p>
      <w:pPr>
        <w:jc w:val="right"/>
      </w:pPr>
      <w:r>
        <w:t>جس وطن میںآپ،جس ملکمیںآپپیدا ہوئے،اسسےآپمحبتنہیں کریںگے۔آپاسکو تو آپاینیملہیں،بالکلاینیملہیں۔ جسوطن میںآپ ،جس ملکمیںآپپیدا ہوئے ،جہاں جہ اںکاآپ ،جہاںکےآپ ،جہاں جہاںآپنے کھایاپیا،</w:t>
      </w:r>
    </w:p>
    <w:p>
      <w:r>
        <w:rPr>
          <w:b/>
        </w:rPr>
        <w:t xml:space="preserve">[1:17:37] </w:t>
      </w:r>
      <w:r>
        <w:t>Jahan aap parhe parhe, jahan ki hawa mein sans liya, to kya aap se is ko muhabbat nahi karenge? Is se aap is ka wafadar nahi karenge? Aap phir to aap ayini mil hain.</w:t>
      </w:r>
    </w:p>
    <w:p>
      <w:pPr>
        <w:jc w:val="right"/>
      </w:pPr>
      <w:r>
        <w:t>جہاںآپپڑھےپڑھے،جہاںکےہوامیںسانسلیا، توکیاآپسےاسکو محبتنہیںکریںگے؟اسسےآپ اسکاوفادارینہیںکریںگے؟آپ پھرتوآپاینیملہیں۔</w:t>
      </w:r>
    </w:p>
    <w:p>
      <w:r>
        <w:rPr>
          <w:b/>
        </w:rPr>
        <w:t xml:space="preserve">[1:17:48] </w:t>
      </w:r>
      <w:r>
        <w:t>To hubb ul watan min al iman agar hadith Rasool na ho, tab bhi woh hadith fitrat hai. Woh yeh Islami hai. Rasool Allah (SAW) jab Makah se jana pada tha, aap ko Madinah jo hijrat hui thi to kaha jata hai ke aap ne farmaya tha ke aye Makah,</w:t>
      </w:r>
    </w:p>
    <w:p>
      <w:pPr>
        <w:jc w:val="right"/>
      </w:pPr>
      <w:r>
        <w:t>تو حب الوطن من الایماناگرحدیثرسولنہہو،تببھیوہحدیثفطرتہے۔وہ یہیاسلام ہے۔ رسولاللہصلیاللہعلیہوسلمجبمکہسے جاناپڑاتھا،آپکو مدینہ جو ہجرتہوئیتھی تو کہاجاتاہےکہآپنےفرمایاتھاکہاےمکہ،</w:t>
      </w:r>
    </w:p>
    <w:p>
      <w:r>
        <w:rPr>
          <w:b/>
        </w:rPr>
        <w:t xml:space="preserve">[1:18:07] </w:t>
      </w:r>
      <w:r>
        <w:t>Mujh ko to dunya bakhsh se zyada aziz hai, lekin tere log mujhe rehne nahi dete. To log samajhte hain ke Makah ki fazilat ke tor par yeh hai. Nahi, aisa nahi hai.</w:t>
      </w:r>
    </w:p>
    <w:p>
      <w:pPr>
        <w:jc w:val="right"/>
      </w:pPr>
      <w:r>
        <w:t>مجھکوتودنیا بخشسےزیادہ عزیزہے، لیکن تیرےلوگمجھے رہنےنہیںدیتے۔ تولوگسمجھتےہیںکہمکہکیفضیلتکےطورپریہہے۔نہیں،ایسانہیںہے۔</w:t>
      </w:r>
    </w:p>
    <w:p>
      <w:r>
        <w:rPr>
          <w:b/>
        </w:rPr>
        <w:t xml:space="preserve">[1:18:16] </w:t>
      </w:r>
      <w:r>
        <w:t>Yeh</w:t>
      </w:r>
    </w:p>
    <w:p>
      <w:pPr>
        <w:jc w:val="right"/>
      </w:pPr>
      <w:r>
        <w:t>یہ</w:t>
      </w:r>
    </w:p>
    <w:p>
      <w:r>
        <w:rPr>
          <w:b/>
        </w:rPr>
        <w:t xml:space="preserve">[1:18:18] </w:t>
      </w:r>
      <w:r>
        <w:t>Yeh watan taluq ki buniyad par hai. Yeh yeh Makah ki fazilat ke tor par nahi hai. Humein bhi wahi jazba hona chahiye apne mulk se, jo jazba Rasool Allah, jo Rasool Allah (SAW) ka apne watan se, watan se tha.</w:t>
      </w:r>
    </w:p>
    <w:p>
      <w:pPr>
        <w:jc w:val="right"/>
      </w:pPr>
      <w:r>
        <w:t>یہ وطنیتعلق کیبناپرہے۔یہ یہ مکہکیفضیلتکے طورپرنہیںہے۔ ہمیںبھی وہیجذبہہوناچاہیے اپنےملکسے ،جو جذبہرسولاللہ،جو رسولاللہصلیاللہعلیہوسلمکااپنے وطن سے،وطن سےتھا۔</w:t>
      </w:r>
    </w:p>
    <w:p>
      <w:r>
        <w:rPr>
          <w:b/>
        </w:rPr>
        <w:t xml:space="preserve">[1:18:33] </w:t>
      </w:r>
      <w:r>
        <w:t>Agar fazilat Makah hoti to Fateh Makah ke baad aap Makah mein reh jaate, kyun ke Madinah kyun wapas chale gaye? Aap Madinah kyun wapas chale gaye? Aap</w:t>
      </w:r>
    </w:p>
    <w:p>
      <w:pPr>
        <w:jc w:val="right"/>
      </w:pPr>
      <w:r>
        <w:t>اگر فضیلت مکہہوتی تو فتحمکہکےبعد آپمکہمیںرہجاتے، کیوںکہمدینہکیوںواپسچلےگئے؟آپ مدینہکیوںواپسچلےگئے؟آپ</w:t>
      </w:r>
    </w:p>
    <w:p>
      <w:r>
        <w:rPr>
          <w:b/>
        </w:rPr>
        <w:t xml:space="preserve">[1:18:44] </w:t>
      </w:r>
      <w:r>
        <w:t>To yeh yeh jo aap ne farmaya tha ke aye Makah, to mujh ko dunya bakhsh zyada aziz hai, yeh yeh koi aqeedati baat nahi thi. Jahan aap rahenge, wahan se muhabbat honi chahiye.</w:t>
      </w:r>
    </w:p>
    <w:p>
      <w:pPr>
        <w:jc w:val="right"/>
      </w:pPr>
      <w:r>
        <w:t>تویہ یہ جو آپنےفرمایاتھاکہاےمکہ،تو مجھکودنیا بخش زیادہعزیزہے، یہ یہکوئیاعتقادیباتنہیںتھی۔ جہاںآپرہیںگے،وہاںسےمحبتہونیچاہیے۔</w:t>
      </w:r>
    </w:p>
    <w:p>
      <w:r>
        <w:rPr>
          <w:b/>
        </w:rPr>
        <w:t xml:space="preserve">[1:18:56] </w:t>
      </w:r>
      <w:r>
        <w:t>Bas aqeedati baat hoti to Fateh Makah ke baad aap phir Madinah chale aate.</w:t>
      </w:r>
    </w:p>
    <w:p>
      <w:pPr>
        <w:jc w:val="right"/>
      </w:pPr>
      <w:r>
        <w:t>بس اعتقادیباتہوتیہےتوفتحمکہکےبعدآپپھرمدینےچلےآتے۔</w:t>
      </w:r>
    </w:p>
    <w:p>
      <w:r>
        <w:rPr>
          <w:b/>
        </w:rPr>
        <w:t xml:space="preserve">[1:19:03] </w:t>
      </w:r>
      <w:r>
        <w:t>Is liye main samajhta hoon ke ke land based nationality woh hai, yeh jo concept hai, yeh Islami concept hai. Yeh aur bilkul lagh woh hai woh shair un ka ke intaza khudaon mein bara sab se watan hai.</w:t>
      </w:r>
    </w:p>
    <w:p>
      <w:pPr>
        <w:jc w:val="right"/>
      </w:pPr>
      <w:r>
        <w:t>اسلیےمیں سمجھتاہوںکہ کہ لینڈ بیسڈ نیشنلٹیجوہے،یہ جو کانسیپٹہے،یہاسلامی کانسیپٹہے۔یہ اوربالکللاغ وہےوہشعرانکا کہ انتازہخداؤںمیںبڑاسبسےوطن ہے۔</w:t>
      </w:r>
    </w:p>
    <w:p>
      <w:r>
        <w:rPr>
          <w:b/>
        </w:rPr>
        <w:t xml:space="preserve">[1:19:15] </w:t>
      </w:r>
      <w:r>
        <w:t>Bilkul galat hai yeh baat. Watan jo hai, hamara maabood nahi hai, lekin us se muhabbat bilkul fitri cheez hai, fitri cheez hai. Woh</w:t>
      </w:r>
    </w:p>
    <w:p>
      <w:pPr>
        <w:jc w:val="right"/>
      </w:pPr>
      <w:r>
        <w:t>بالکل غلطہےیہبات۔ وطن جوہے، ہمارامعبودنہیںہے، لیکن اسسےمحبت بالکل فطریچیزہے، فطریچیزہے۔وہ</w:t>
      </w:r>
    </w:p>
    <w:p>
      <w:r>
        <w:rPr>
          <w:b/>
        </w:rPr>
        <w:t xml:space="preserve">[1:19:26] </w:t>
      </w:r>
      <w:r>
        <w:t>Yeh jo Islam ka national, jo internationalism hai, yeh yeh Islam mein is ka koi Quran hadith se is ka koi taluq nahi hai. Ummah jo concept hai ke sare sare Musalman duniya ke un ke ek nation hain, yeh bilkul baseless hai.</w:t>
      </w:r>
    </w:p>
    <w:p>
      <w:pPr>
        <w:jc w:val="right"/>
      </w:pPr>
      <w:r>
        <w:t>یہجو اسلام ک نیشنل،جو انٹرنیشنلنیشنلزمہے،یہ یہ اسلام میں اسکاکوئی قرآنحدیثسے اسکاکوئیتعلقنہیںہے۔ امہجوکانسیپٹہے کہ سارے سارےمسلمان دنیاکےانکےایکنیشنہیں، یہبالکل بیسلیسہے۔</w:t>
      </w:r>
    </w:p>
    <w:p>
      <w:r>
        <w:rPr>
          <w:b/>
        </w:rPr>
        <w:t xml:space="preserve">[1:19:42] </w:t>
      </w:r>
      <w:r>
        <w:t>iska quran hadith se koi taluq nahi hai. jahan hamein jis mulk mein hai, us mulk se hamein mohabbat karna hai, hamein us mulk ke wafadar banna hai, us mulk ki bhalai par kh</w:t>
      </w:r>
    </w:p>
    <w:p>
      <w:pPr>
        <w:jc w:val="right"/>
      </w:pPr>
      <w:r>
        <w:t>اسکاقرآنحدیثسےکوئیتعلقنہیںہے۔ جہاں ہمیںجسملکمیںہے،اسملکسےہمیںمحبتکرناہے، ہمیںاسملککےوفاداربنناہے، اس ملک کی بھلائیپرخ</w:t>
      </w:r>
    </w:p>
    <w:p>
      <w:r>
        <w:rPr>
          <w:b/>
        </w:rPr>
        <w:t xml:space="preserve">[1:19:53] </w:t>
      </w:r>
      <w:r>
        <w:t>wahshoon hai, us mulk ki bhalai par hamein takleef hona chahiye. woh attachment jo aap ko hota hai apni aulad se, wahi attachment hona chahiye aap ko watan se.</w:t>
      </w:r>
    </w:p>
    <w:p>
      <w:pPr>
        <w:jc w:val="right"/>
      </w:pPr>
      <w:r>
        <w:t>وشہوناہے، اس ملککیبھلائیپر ہمیں تکلیفہوناچاہیے۔ وہاٹیچمنٹجوآپکوہوتاہےاپنی اولادسے،وہی اٹیچمنٹہوناچاہیےآپکو وطن سے۔</w:t>
      </w:r>
    </w:p>
    <w:p>
      <w:r>
        <w:rPr>
          <w:b/>
        </w:rPr>
        <w:t xml:space="preserve">[1:20:03] </w:t>
      </w:r>
      <w:r>
        <w:t>har aadmi ko attachment hota hai apni family se. har aadmi ko apni family se bohat mohabbat hoti hai. wohi mohabbat aap ko watan se hona chahiye. yahi islam hai mere nazdeek.</w:t>
      </w:r>
    </w:p>
    <w:p>
      <w:pPr>
        <w:jc w:val="right"/>
      </w:pPr>
      <w:r>
        <w:t>ہرآدمیکواٹیچمنٹہوتاہےاپنیفیملیسے۔ ہرآدمیکو اپنی فیملیسے بہت محبتہوتیہے۔وہیمحبتآپکو وطن سےہوناچاہیے۔یہیاسلام ہے میرےنزدیک۔</w:t>
      </w:r>
    </w:p>
    <w:p>
      <w:r>
        <w:rPr>
          <w:b/>
        </w:rPr>
        <w:t xml:space="preserve">[1:20:14] </w:t>
      </w:r>
      <w:r>
        <w:t>yahi islam hai.</w:t>
      </w:r>
    </w:p>
    <w:p>
      <w:pPr>
        <w:jc w:val="right"/>
      </w:pPr>
      <w:r>
        <w:t>یہیاسلام ہے۔</w:t>
      </w:r>
    </w:p>
    <w:p>
      <w:r>
        <w:rPr>
          <w:b/>
        </w:rPr>
        <w:t xml:space="preserve">[1:20:19] </w:t>
      </w:r>
      <w:r>
        <w:t>aur main ummah ke concept ko bilkul ek ek bid'at samajhta hoon. bid'at. This question is from Mr.</w:t>
      </w:r>
    </w:p>
    <w:p>
      <w:pPr>
        <w:jc w:val="right"/>
      </w:pPr>
      <w:r>
        <w:t>اور میں امہکانسیپٹکوبالکلایک ایک بدعتسمجھتاہوں۔بدعت۔ This question is from Mr.</w:t>
      </w:r>
    </w:p>
    <w:p>
      <w:r>
        <w:rPr>
          <w:b/>
        </w:rPr>
        <w:t xml:space="preserve">[1:20:28] </w:t>
      </w:r>
      <w:r>
        <w:t>Nafeez Shiraz from Delhi. khuda ne jitne bhi paighambar bheje, sab ne logon ko haq o tauheed ki taleem di, lekin paighambar e islam ko tamam anbiya par fawqiyat hasil hai.</w:t>
      </w:r>
    </w:p>
    <w:p>
      <w:pPr>
        <w:jc w:val="right"/>
      </w:pPr>
      <w:r>
        <w:t>NafeezShirazfrom Delhi. خدانےجتنےبھی پیغمبر بھیجے، سبنے لوگوںکو حق و توحیدکیशिक्षा دی ، لیکن پیغمبر اسلام کو تمام انبیاء پر فوق یتحاصل ہے۔</w:t>
      </w:r>
    </w:p>
    <w:p>
      <w:r>
        <w:rPr>
          <w:b/>
        </w:rPr>
        <w:t xml:space="preserve">[1:20:44] </w:t>
      </w:r>
      <w:r>
        <w:t>iska kya karan hai ?</w:t>
      </w:r>
    </w:p>
    <w:p>
      <w:pPr>
        <w:jc w:val="right"/>
      </w:pPr>
      <w:r>
        <w:t>اسکاکیا कारण ہے ؟</w:t>
      </w:r>
    </w:p>
    <w:p>
      <w:r>
        <w:rPr>
          <w:b/>
        </w:rPr>
        <w:t xml:space="preserve">[1:20:46] </w:t>
      </w:r>
      <w:r>
        <w:t>dekhiye, yeh galat aqeeda hi galat hai. fawqiyat kahan hasil hai? yeh galat hai bilkul. saare anbiya barabar hain. yeh nazariya bilkul hi bid'at hai. bid'at.</w:t>
      </w:r>
    </w:p>
    <w:p>
      <w:pPr>
        <w:jc w:val="right"/>
      </w:pPr>
      <w:r>
        <w:t>دیکھیے، یہغلطعقیدہہیغلطہے۔ فوق یت کہاں حاصل ہے؟یہغلطہےبالکل ۔ سارےانبیاءبرابرہیں۔ یہ نظریہبالکل ہی بد عتہے۔بدعت ۔</w:t>
      </w:r>
    </w:p>
    <w:p>
      <w:r>
        <w:rPr>
          <w:b/>
        </w:rPr>
        <w:t xml:space="preserve">[1:21:01] </w:t>
      </w:r>
      <w:r>
        <w:t>hadith mein aata hai ke la tafdil 'ala anbiya'i. yeh kahan se nikal liya aap logon ne? musalmanon ne na quran mein hai na hadith mein.</w:t>
      </w:r>
    </w:p>
    <w:p>
      <w:pPr>
        <w:jc w:val="right"/>
      </w:pPr>
      <w:r>
        <w:t>حدیثمیںآتاہےکہ لا تفضلبرالانبیاء۔ یہکہاںسےنکاللیاآپلوگوںنے؟مسلمانوںنے نہقرآنمیںہےنہحدیثمیں۔</w:t>
      </w:r>
    </w:p>
    <w:p>
      <w:r>
        <w:rPr>
          <w:b/>
        </w:rPr>
        <w:t xml:space="preserve">[1:21:13] </w:t>
      </w:r>
      <w:r>
        <w:t>woh jo ayat hai: " taqarrub rasool fazl ba'd ba'd ", us se log nikalte hain. ibn kathir ne is pe behas ki hai, unhon ne likha hai ke us se nahi nikalta. yeh nazariya fawqiyat ka nazariya la min quran mein hai.</w:t>
      </w:r>
    </w:p>
    <w:p>
      <w:pPr>
        <w:jc w:val="right"/>
      </w:pPr>
      <w:r>
        <w:t>وہجوآیتہے:" تقرب رسولفضل بعد بعد "،اسسےلوگنکالتےہیں۔ ابن کثیرنےاسپہبحثکیہے،انہوںنےلکھاہےکہ اسسےنہیںنکلتا۔ یہ نظریہ فوق یتکانظریہلا من قرآنمیںہے۔</w:t>
      </w:r>
    </w:p>
    <w:p>
      <w:r>
        <w:rPr>
          <w:b/>
        </w:rPr>
        <w:t xml:space="preserve">[1:21:30] </w:t>
      </w:r>
      <w:r>
        <w:t>hum nabiyon ke darmiyan farq nahi karte. yeh farq karne ka nazariya hai ke yeh fawq hai, woh ghair fawq hai. yahi yeh to bid'at nazariya hai. yeh</w:t>
      </w:r>
    </w:p>
    <w:p>
      <w:pPr>
        <w:jc w:val="right"/>
      </w:pPr>
      <w:r>
        <w:t>ہمنبیوںکےدرمیانفرقنہیںکرتے۔ یہ فرقکرنے کانظریہہےکہیہفوق ہے، وہ غیر فوق ہے۔یہیہتویہتو بدعتینظریہہے۔یہ</w:t>
      </w:r>
    </w:p>
    <w:p>
      <w:r>
        <w:rPr>
          <w:b/>
        </w:rPr>
        <w:t xml:space="preserve">[1:21:41] </w:t>
      </w:r>
      <w:r>
        <w:t>saare anbiya barabar hain, saare anbiya Allah ta'ala ke paighambar hain aur saare anbiya ke darje ek sa'an hain. yahi quran mein hai, yeh hadith mein hai aur yeh jo nikal rakha hai logon ne, yeh to khud sakhta tor par nikal rakha hai ke in ko fawqiyat hasil hai. kahan hai? bataiye, kaun si hadith mein nikalta hai? kis quran se nikalta hai?</w:t>
      </w:r>
    </w:p>
    <w:p>
      <w:pPr>
        <w:jc w:val="right"/>
      </w:pPr>
      <w:r>
        <w:t>سارے انبیاءبرابرہیں، سارےانبیاءاللہ تعالی کےپیغمبرہیںاور سارےانبیاءکےدرجےایکساںہیں۔ یہیقرآنمیںہے،یہحدیثمیںہے اوریہجونکالرکھاہےلوگوںنے،یہتوخودساخت ہطورپرنکالرکھاہےکہانکوفوق یتحاصل ہے۔کہاںہے؟بتائیے،کونسیحدیثمیںنکلتاہے؟کسقرآنسےنکلتاہے؟</w:t>
      </w:r>
    </w:p>
    <w:p>
      <w:r>
        <w:rPr>
          <w:b/>
        </w:rPr>
        <w:t xml:space="preserve">[1:22:00] </w:t>
      </w:r>
      <w:r>
        <w:t>jab quran mein hadith mein saaf saaf hai: " la tafdil 'ala anbiya'i ", yahan tak ke aap ne farmaya ke " la tafdil 'ala yunus ibn bhatta ".</w:t>
      </w:r>
    </w:p>
    <w:p>
      <w:pPr>
        <w:jc w:val="right"/>
      </w:pPr>
      <w:r>
        <w:t>جب قرآنمیںحدیثمیں صافصافہے: "لاتفضلبر الانبیاء"، یہاںتککہآپنےفرمایاکہ"لاتفضل علی یونسابن بتا"۔</w:t>
      </w:r>
    </w:p>
    <w:p>
      <w:r>
        <w:rPr>
          <w:b/>
        </w:rPr>
        <w:t xml:space="preserve">[1:22:10] </w:t>
      </w:r>
      <w:r>
        <w:t>yunus ibn bhatta bhi mujhe fawqiyat na do, to yeh kahan se nikal aya nazariya? yeh bilkul besلیس hai, iski koi haqeeqat nahi hai.</w:t>
      </w:r>
    </w:p>
    <w:p>
      <w:pPr>
        <w:jc w:val="right"/>
      </w:pPr>
      <w:r>
        <w:t>یونسبنبتابھیمجھےفوق یتنہدو، تویہکہاںسےنکلآیانظریہ؟ یہبالکل بیسلیسہے، اسکیکوئیحقیقتنہیںہے۔</w:t>
      </w:r>
    </w:p>
    <w:p>
      <w:r>
        <w:rPr>
          <w:b/>
        </w:rPr>
        <w:t xml:space="preserve">[1:22:20] </w:t>
      </w:r>
      <w:r>
        <w:t>aap ko saare nabiyon se mohabbat hona chahiye, saare nabiyon se aap ko gehra ta'alluq hona chahiye, saare nabiyon ko aap ko ek sa'an darje mein Allah ta'ala ka paighambar banna chahiye.</w:t>
      </w:r>
    </w:p>
    <w:p>
      <w:pPr>
        <w:jc w:val="right"/>
      </w:pPr>
      <w:r>
        <w:t>آپ کو سارےنبیوںسےمحبتہوناچاہیے، سارےنبیوںسےآپکو گہراتعلقہوناچاہیے، سارےنبیوںکوآپکو یکساںدرجےمیںاللہ تعالی کاپیغمبربنناچاہیے۔</w:t>
      </w:r>
    </w:p>
    <w:p>
      <w:r>
        <w:rPr>
          <w:b/>
        </w:rPr>
        <w:t xml:space="preserve">[1:22:31] </w:t>
      </w:r>
      <w:r>
        <w:t>This question is from Mr. Khalid Ansari from Delhi.</w:t>
      </w:r>
    </w:p>
    <w:p>
      <w:pPr>
        <w:jc w:val="right"/>
      </w:pPr>
      <w:r>
        <w:t>Thisquestionis from Mr. خالد انصاریfrom Delhi.</w:t>
      </w:r>
    </w:p>
    <w:p>
      <w:r>
        <w:rPr>
          <w:b/>
        </w:rPr>
        <w:t xml:space="preserve">[1:22:35] </w:t>
      </w:r>
      <w:r>
        <w:t>Movements like Al-Ikhwan Al-Muslimun lay emphasis on one ummah or international brotherhood for Muslims.</w:t>
      </w:r>
    </w:p>
    <w:p>
      <w:pPr>
        <w:jc w:val="right"/>
      </w:pPr>
      <w:r>
        <w:t>Mov ements like الاخوان المسلم ون لے ایمفیسزon one امہ اور انٹرنیشنلبرادرہوڈfor مسلمز۔</w:t>
      </w:r>
    </w:p>
    <w:p>
      <w:r>
        <w:rPr>
          <w:b/>
        </w:rPr>
        <w:t xml:space="preserve">[1:22:46] </w:t>
      </w:r>
      <w:r>
        <w:t>Maulana, what is the basis of such movement? Is it the result of some mis interpretation of hadith or Qurani words?</w:t>
      </w:r>
    </w:p>
    <w:p>
      <w:pPr>
        <w:jc w:val="right"/>
      </w:pPr>
      <w:r>
        <w:t>مولانا،whatisthebas isof such mov ement ؟Isittheresult of some mis interpretationofحدیث اور قرآنی words؟</w:t>
      </w:r>
    </w:p>
    <w:p>
      <w:r>
        <w:rPr>
          <w:b/>
        </w:rPr>
        <w:t xml:space="preserve">[1:22:57] </w:t>
      </w:r>
      <w:r>
        <w:t>It is simply a continuation of an evil. Quran hadith koi taluq nahi hai.</w:t>
      </w:r>
    </w:p>
    <w:p>
      <w:pPr>
        <w:jc w:val="right"/>
      </w:pPr>
      <w:r>
        <w:t>Itissimp ly a continu ation of anev il۔ قرآنحدیثکوئیتعلقنہیںہے۔</w:t>
      </w:r>
    </w:p>
    <w:p>
      <w:r>
        <w:rPr>
          <w:b/>
        </w:rPr>
        <w:t xml:space="preserve">[1:23:03] </w:t>
      </w:r>
      <w:r>
        <w:t>iske jo pehle jo the, woh the Syed Jawad Al-Awani, iske baad Iqbal, Abdul Kalam Azad aur sab logon ne yahi baatein kahi hain.</w:t>
      </w:r>
    </w:p>
    <w:p>
      <w:pPr>
        <w:jc w:val="right"/>
      </w:pPr>
      <w:r>
        <w:t>اسکےجو پہلے جوتھے، وہتھے سید جواد العو انی، اسکےبعد اقبال ،عبدالکلامآزاد اور سب لوگوںنے یہیباتیںکہیں۔</w:t>
      </w:r>
    </w:p>
    <w:p>
      <w:r>
        <w:rPr>
          <w:b/>
        </w:rPr>
        <w:t xml:space="preserve">[1:23:15] </w:t>
      </w:r>
      <w:r>
        <w:t>to yeh tha in logon ka nazariya ke woh samajhte the ke western powers jo hain, woh hamein attack kar rahi hain, hamein mitana chahti hain.</w:t>
      </w:r>
    </w:p>
    <w:p>
      <w:pPr>
        <w:jc w:val="right"/>
      </w:pPr>
      <w:r>
        <w:t>تویہتھا انلوگوںکانظریہکہ وہسمجھتےتھےکہ ویسٹرنپاورزجوہیں، وہ ہمیں اٹیککررہیہیں،ہمیںمٹاناچاہتیہیں۔</w:t>
      </w:r>
    </w:p>
    <w:p>
      <w:r>
        <w:rPr>
          <w:b/>
        </w:rPr>
        <w:t xml:space="preserve">[1:23:24] </w:t>
      </w:r>
      <w:r>
        <w:t>to saare duniya ke musalman mil kar ke unhein unka unka defense karein.</w:t>
      </w:r>
    </w:p>
    <w:p>
      <w:pPr>
        <w:jc w:val="right"/>
      </w:pPr>
      <w:r>
        <w:t>تو ساریدنیاکےمسلمانملکرکےانہیں انکا انکا ڈیفنسکریں۔</w:t>
      </w:r>
    </w:p>
    <w:p>
      <w:r>
        <w:rPr>
          <w:b/>
        </w:rPr>
        <w:t xml:space="preserve">[1:23:29] </w:t>
      </w:r>
      <w:r>
        <w:t>to saare duniya ke musalmanon ko is front par aktha aktha karne ke liye unhon ne yeh concept nikala: ittehad e islami, pan islamism, ummah internationally. yeh sab concept nikala unhon ne to woh chala bhi nahi, woh khatam bhi ho gaya kyunke saare duniya mein empire musalmanon ki toot gayi.</w:t>
      </w:r>
    </w:p>
    <w:p>
      <w:pPr>
        <w:jc w:val="right"/>
      </w:pPr>
      <w:r>
        <w:t>تو ساریدنیا کےمسلمانوںکو اس فر نٹپر ا کٹھااکٹھاکرنےکےلیےانہوںنےیہکانسیپٹنکالا: اتحاد اسلام ی، پیناسلام زم، ام ہ انٹرنیشنلی۔یہسبکانسیپٹنکالاانہوںنے تو وہ چلابھینہیں، وہختمبھیہوگیا کیونکہ ساریدنیامیں ایمپائرمسلمانوںکیٹوٹگئی۔</w:t>
      </w:r>
    </w:p>
    <w:p>
      <w:r>
        <w:rPr>
          <w:b/>
        </w:rPr>
        <w:t xml:space="preserve">[1:23:52] </w:t>
      </w:r>
      <w:r>
        <w:t>ab chote chote state hain musalmanon ke, 57.</w:t>
      </w:r>
    </w:p>
    <w:p>
      <w:pPr>
        <w:jc w:val="right"/>
      </w:pPr>
      <w:r>
        <w:t>ابچھوٹےچھوٹےاسٹیٹہیںمسلمانوںکے،5 7۔</w:t>
      </w:r>
    </w:p>
    <w:p>
      <w:r>
        <w:rPr>
          <w:b/>
        </w:rPr>
        <w:t xml:space="preserve">[1:23:56] </w:t>
      </w:r>
      <w:r>
        <w:t>to jaisa ke maine arz kiya, empire international toot gayi kyunke woh secular basis par qaim hui thi. yeh unhon ne yeh abhi tak khatam nahi ho rahi hai kyunke isko aqeeda bana diya logon ne.</w:t>
      </w:r>
    </w:p>
    <w:p>
      <w:pPr>
        <w:jc w:val="right"/>
      </w:pPr>
      <w:r>
        <w:t>توجیساکہمیںنےعرضکیا،کمرسانٹرنیشنلٹوٹگئیکیونکہوہ سیکولربیسزپرقائمہوئیتھی۔ یہ انہوںنے یہ ابھیتکختمنہیںہورہیکیونکہاسکوعقیدہبنادیالوگوںنے۔</w:t>
      </w:r>
    </w:p>
    <w:p>
      <w:r>
        <w:rPr>
          <w:b/>
        </w:rPr>
        <w:t xml:space="preserve">[1:24:07] </w:t>
      </w:r>
      <w:r>
        <w:t>agar unhonne aqeedah na banaya hota to yeh bhi khatam ho chuki hoti. ab tak yeh concept ab tak khatam ho chuka hota.</w:t>
      </w:r>
    </w:p>
    <w:p>
      <w:pPr>
        <w:jc w:val="right"/>
      </w:pPr>
      <w:r>
        <w:t>اگر انہوںنےعقیدہنہبنایاہوتاتویہبھیختمہوچکیہوتی۔ابتک یہ کانسیپٹ ابتکختمہوچکاہوتا۔</w:t>
      </w:r>
    </w:p>
    <w:p>
      <w:r>
        <w:rPr>
          <w:b/>
        </w:rPr>
        <w:t xml:space="preserve">[1:24:17] </w:t>
      </w:r>
      <w:r>
        <w:t>jo ad al-awani ne ek parche nikala tha, us ka naam tha "al-urwah al-wusqa". yeh quran ka alfaaz hain. yeh</w:t>
      </w:r>
    </w:p>
    <w:p>
      <w:pPr>
        <w:jc w:val="right"/>
      </w:pPr>
      <w:r>
        <w:t>جو اد العوانینےایکپرچہنکالاتھا،اسکانامتھا" العروۃ العسقہ"۔ یہقرآنکا الفاظہیں۔یہ</w:t>
      </w:r>
    </w:p>
    <w:p>
      <w:r>
        <w:rPr>
          <w:b/>
        </w:rPr>
        <w:t xml:space="preserve">[1:24:25] </w:t>
      </w:r>
      <w:r>
        <w:t>to us ko quran se unhon ne justify karna shuru kar diya ya sanctify karna shuru kar diya. yeh ek political stunt tha.</w:t>
      </w:r>
    </w:p>
    <w:p>
      <w:pPr>
        <w:jc w:val="right"/>
      </w:pPr>
      <w:r>
        <w:t>تو اسکو قرآنسے انہوں نے جسٹیفائیکرناشروعکردیا یا سینکٹیفائیکرناشروعکردیا۔ یہ ایکپولیٹیکلاسٹنٹتھا۔</w:t>
      </w:r>
    </w:p>
    <w:p>
      <w:r>
        <w:rPr>
          <w:b/>
        </w:rPr>
        <w:t xml:space="preserve">[1:24:35] </w:t>
      </w:r>
      <w:r>
        <w:t>yeh jo tha pan-islamism, ek political stunt tha lekin us ko unhon ne quran mein naam de diya: "al-urwah al-wusqa".</w:t>
      </w:r>
    </w:p>
    <w:p>
      <w:pPr>
        <w:jc w:val="right"/>
      </w:pPr>
      <w:r>
        <w:t>یہجوتھا پیناسلام زم،ایکپولیٹیکلاسٹنٹتھا لیکن اسکوانہوںنےقرآنینامدےدیا:" العروۃ العسقہ"۔</w:t>
      </w:r>
    </w:p>
    <w:p>
      <w:r>
        <w:rPr>
          <w:b/>
        </w:rPr>
        <w:t xml:space="preserve">[1:24:42] </w:t>
      </w:r>
      <w:r>
        <w:t>ab woh muqaddas ho gaya, ab aqeedah ban gaya. woh to kaise musalman haten is se? woh samajhte hain is se haten to ab ke hum jannat chali gayi hamari. ab saare ulama ko mil kar fatwa dena chahiye ke yeh pan-islamism jo tha, yeh bilkul ek political stunt tha, us ki koi haqeeqat nahin hai.</w:t>
      </w:r>
    </w:p>
    <w:p>
      <w:pPr>
        <w:jc w:val="right"/>
      </w:pPr>
      <w:r>
        <w:t>ابوہمقدسہوگیا، اب عقیدہبنگیا۔وہ تو کیسے مسلمانہٹیںاسسے؟وہسمجھتےہیںاسسےہٹیںتواب کہہمجنتچلیگئی ہماری۔ اب سارےعلم اءکوملکرفتویدیناچاہیے کہیہپیناسلام زمجوتھا، یہبالکل ایک پولیٹیکلاسٹنٹتھا، اسکیکوئیحقیقتنہیںہے۔</w:t>
      </w:r>
    </w:p>
    <w:p>
      <w:r>
        <w:rPr>
          <w:b/>
        </w:rPr>
        <w:t xml:space="preserve">[1:24:59] </w:t>
      </w:r>
      <w:r>
        <w:t>har sab log apne apne mulkon ke wafadar banen, apne mulkon mein reh kar kaam karen. aaj fatwa koi de nahin raha hai.</w:t>
      </w:r>
    </w:p>
    <w:p>
      <w:pPr>
        <w:jc w:val="right"/>
      </w:pPr>
      <w:r>
        <w:t>ہر سبلوگ اپنے اپنےملکوںکےوفاداربنیں، اپنےملکوںمیںرہکرکامکریں۔ آجفتویکوئیدےنہیںرہاہے۔</w:t>
      </w:r>
    </w:p>
    <w:p>
      <w:r>
        <w:rPr>
          <w:b/>
        </w:rPr>
        <w:t xml:space="preserve">[1:25:09] </w:t>
      </w:r>
      <w:r>
        <w:t>to ulama us waqt khamosh nahin rahe, us waqt hi khamosh rahe hote. us waqt na kaha hota unhon ne, yaani yeh nazariya na nikala hota unhon ne. us waqt bole to ab bhi unhein bolna pare ga.</w:t>
      </w:r>
    </w:p>
    <w:p>
      <w:pPr>
        <w:jc w:val="right"/>
      </w:pPr>
      <w:r>
        <w:t>تو علم اء اس وقت خاموشنہیںرہے،اسوقتہیخاموشرہےہوتے۔اسوقت نہکہاہوتاانہوںنے ،یعنییہنظریہنہنکالاہوتاانہوںنے۔ اسوقتبولےتواببھیانہیں بولناپڑےگا۔</w:t>
      </w:r>
    </w:p>
    <w:p>
      <w:r>
        <w:rPr>
          <w:b/>
        </w:rPr>
        <w:t xml:space="preserve">[1:25:20] </w:t>
      </w:r>
      <w:r>
        <w:t>yaani usmani saltanat ko bachane ke liye unhon ne yeh nikala tha, yeh nazariya sayyed jawad al-awani ne aur saare dunya ke musalmanon ne saath diya is ka.</w:t>
      </w:r>
    </w:p>
    <w:p>
      <w:pPr>
        <w:jc w:val="right"/>
      </w:pPr>
      <w:r>
        <w:t>یعنی عثمانی سلطنتکوبچانےکےلیے انہوںنےیہنکالاتھا،یہنظریہ سید جوادالعوانینے اورساریدنیاکےمسلمانوںنےساتھدیااسکا۔</w:t>
      </w:r>
    </w:p>
    <w:p>
      <w:r>
        <w:rPr>
          <w:b/>
        </w:rPr>
        <w:t xml:space="preserve">[1:25:29] </w:t>
      </w:r>
      <w:r>
        <w:t>yaani arab mein sayyed jawad al-awani, mufti muhammad abduh, amir shaqib arsalan aur rasheed ridha yeh sab is ke saathi ban gaye.</w:t>
      </w:r>
    </w:p>
    <w:p>
      <w:pPr>
        <w:jc w:val="right"/>
      </w:pPr>
      <w:r>
        <w:t>یعنیعرب میں سید جواد العوانی، مفتیمحمد عبدو، امیرشکیبارسلان اور رشیدرضایہسب اسکےساتھیبنگئے۔</w:t>
      </w:r>
    </w:p>
    <w:p>
      <w:r>
        <w:rPr>
          <w:b/>
        </w:rPr>
        <w:t xml:space="preserve">[1:25:38] </w:t>
      </w:r>
      <w:r>
        <w:t>bar-saghir hind mein sayyed abdullah al-maududi aur abdul kalam azad aur yeh yeh</w:t>
      </w:r>
    </w:p>
    <w:p>
      <w:pPr>
        <w:jc w:val="right"/>
      </w:pPr>
      <w:r>
        <w:t>برصغرہند میں سید عبداللہ المودودی اور عبدالکلامآزاد اور یہ یہ</w:t>
      </w:r>
    </w:p>
    <w:p>
      <w:r>
        <w:rPr>
          <w:b/>
        </w:rPr>
        <w:t xml:space="preserve">[1:25:47] </w:t>
      </w:r>
      <w:r>
        <w:t>yeh saare ulama taqreeban isi isi baat bolne lage. to ab agar agar agar aap ne ghalat baat ki taeed ki to ab is ka ailan kijiye ke hum ghalati parhte hain us waqt ke ek political stunt ko hum ne islami bana diya. us ko to chounke yeh ailan nahin kar rahe ke hum ne ghalati ki thi ke woh ek political stunt tha,</w:t>
      </w:r>
    </w:p>
    <w:p>
      <w:pPr>
        <w:jc w:val="right"/>
      </w:pPr>
      <w:r>
        <w:t>یہسارےعلماءتقریباً اسی اسیکیباتبولنےلگے۔ تواباباگر اگر اگر آپ نےغلطباتکیتائیدکیتواباسکواعلانکیجئےکہہمغلطیپڑھتےہیںاسوقت کہایکپولیٹیکل اسٹنٹکوہمنےاسلامی بنادیا۔اسکو تو چونکہیہ اعلاننہیںکررہےکہہمنےغلطیکیتھی کہوہایکپولیٹیکلاسٹنٹ تھا،</w:t>
      </w:r>
    </w:p>
    <w:p>
      <w:r>
        <w:rPr>
          <w:b/>
        </w:rPr>
        <w:t xml:space="preserve">[1:26:09] </w:t>
      </w:r>
      <w:r>
        <w:t>yaani western powers ke khilaf musalmanon ko mutahid karne ke liye jo jo fail ho gaya.</w:t>
      </w:r>
    </w:p>
    <w:p>
      <w:pPr>
        <w:jc w:val="right"/>
      </w:pPr>
      <w:r>
        <w:t>یعنیویسٹرنپاورزکےخلاف مسلمانوںکو متحدکرنےکےلیے جو جو فیلہوگیا۔</w:t>
      </w:r>
    </w:p>
    <w:p>
      <w:r>
        <w:rPr>
          <w:b/>
        </w:rPr>
        <w:t xml:space="preserve">[1:26:16] </w:t>
      </w:r>
      <w:r>
        <w:t>to isi tarah se coverage international khatam ho gayi, is ne is ko khatam hona chahiye tha. is ko coverage international jis tarah khatam ho gayi, isi tarah khatam hona chahiye ummah ke concept ko aur saare dunya ke musalmanon ko batana chahiye ke tamaapne mulk ke wafadar bano, apne mulk mein peaceful tareeqe se raho,</w:t>
      </w:r>
    </w:p>
    <w:p>
      <w:pPr>
        <w:jc w:val="right"/>
      </w:pPr>
      <w:r>
        <w:t>تو اسیجسطرحسےکوریج انٹرنیشنلختمہوگئی،اسنےاسکوختمہوناچاہیےتھا۔اسکو کوریجانٹرنیشنلجسطرحختمہوگئی، اسیطرحختمہوناچاہیےامہکانسیپٹکو اور سارے دنیا کےمسلمانوںکوبتاناچاہیےکہتماپنےملککےوفاداربنو، اپنےملکمیں پیسفلطریقےسےرہو،</w:t>
      </w:r>
    </w:p>
    <w:p>
      <w:r>
        <w:rPr>
          <w:b/>
        </w:rPr>
        <w:t xml:space="preserve">[1:26:36] </w:t>
      </w:r>
      <w:r>
        <w:t>apne mazhabi mamlaat mein tum azaad ho lekin mulki mamlaat mein tumhari wohi policy hai jo jo jo doosre logon ki policy hai. yeh</w:t>
      </w:r>
    </w:p>
    <w:p>
      <w:pPr>
        <w:jc w:val="right"/>
      </w:pPr>
      <w:r>
        <w:t>اپنے مذہبیمعاملاتمیںتم آزادہو لیکن ملکیمعاملاتمیںتمہاریوہیپالیسیہےجو جو جو دوسرےلوگوںکیپالیسیہے۔ یہ</w:t>
      </w:r>
    </w:p>
    <w:p>
      <w:r>
        <w:rPr>
          <w:b/>
        </w:rPr>
        <w:t xml:space="preserve">[1:26:45] </w:t>
      </w:r>
      <w:r>
        <w:t>hona chahiye. hum hum hum yeh kaam kar rahe hain lekin musalmanon ulama ko chahiye ke hamara saath den. woh This question is from Mr.</w:t>
      </w:r>
    </w:p>
    <w:p>
      <w:pPr>
        <w:jc w:val="right"/>
      </w:pPr>
      <w:r>
        <w:t>ہوناچاہیے۔ ہمہمہمیہیکامکررہےہیں لیکن مسلمانوںعلماءکوچاہیےکہہماراساتھدیں۔وہ This questionis from Mr.</w:t>
      </w:r>
    </w:p>
    <w:p>
      <w:r>
        <w:rPr>
          <w:b/>
        </w:rPr>
        <w:t xml:space="preserve">[1:26:55] </w:t>
      </w:r>
      <w:r>
        <w:t>abdul rahman from Delhi. Maulana sahib, there are 1 14 chapters in Quran. Some are very small and some are very large.</w:t>
      </w:r>
    </w:p>
    <w:p>
      <w:pPr>
        <w:jc w:val="right"/>
      </w:pPr>
      <w:r>
        <w:t>عبد الرح من from Delhi. مول اناصاحب،there are1 14 چیپٹرز in قرآن۔ Someare very small and someareverylarge ۔</w:t>
      </w:r>
    </w:p>
    <w:p>
      <w:r>
        <w:rPr>
          <w:b/>
        </w:rPr>
        <w:t xml:space="preserve">[1:27:07] </w:t>
      </w:r>
      <w:r>
        <w:t>Every chapter is named but subject matter is not compatible with the title of the chapter.</w:t>
      </w:r>
    </w:p>
    <w:p>
      <w:pPr>
        <w:jc w:val="right"/>
      </w:pPr>
      <w:r>
        <w:t>Ever ychapteris named but subject matteris not compat ible with thetitleofthechapter۔</w:t>
      </w:r>
    </w:p>
    <w:p>
      <w:r>
        <w:rPr>
          <w:b/>
        </w:rPr>
        <w:t xml:space="preserve">[1:27:15] </w:t>
      </w:r>
      <w:r>
        <w:t>Kindly make us understand the background.</w:t>
      </w:r>
    </w:p>
    <w:p>
      <w:pPr>
        <w:jc w:val="right"/>
      </w:pPr>
      <w:r>
        <w:t>Kindlymakeusunderstand thebackground ۔</w:t>
      </w:r>
    </w:p>
    <w:p>
      <w:r>
        <w:rPr>
          <w:b/>
        </w:rPr>
        <w:t xml:space="preserve">[1:27:20] </w:t>
      </w:r>
      <w:r>
        <w:t>Ab yeh to koi aisi baat nahin hai ke subject ko le kar naam rakha jaye. Quran ki ayat soortein jo hain, us ka koi ek subject hota nahin hai. Ek hi Quran mein ek hi chapter mein kai baatein hoti hain.</w:t>
      </w:r>
    </w:p>
    <w:p>
      <w:pPr>
        <w:jc w:val="right"/>
      </w:pPr>
      <w:r>
        <w:t>ابیہتوکوئیایسیباتنہیںہےکہ سبجیکٹکولےکرنام رکھاجائے۔ قرآنکیآیت سورتیںجوہیں،اسکاکوئیایکسبجیکٹہوتانہیںہے۔ ایکہیقرآنمیں ایکہی چیپٹرمیںکئیباتیںہوتیہیں۔</w:t>
      </w:r>
    </w:p>
    <w:p>
      <w:r>
        <w:rPr>
          <w:b/>
        </w:rPr>
        <w:t xml:space="preserve">[1:27:34] </w:t>
      </w:r>
      <w:r>
        <w:t>Misal'an surah al-baqarah jo hai, to baqarah ke maani hote hain gaaye. To al-baqarah ke naam se agar kuch subject rakh diya jaye to us mein kis subject ko lenge aap?</w:t>
      </w:r>
    </w:p>
    <w:p>
      <w:pPr>
        <w:jc w:val="right"/>
      </w:pPr>
      <w:r>
        <w:t>مث لاًسورہ البقرہجوہے، توبقرہکےمعنیہوتےہیں گائے۔ تو البقرہکےنام سوااگرکچھسبجیکٹرکھاجائےتواسمیں کسسبجیکٹکولیںگےآپ ؟</w:t>
      </w:r>
    </w:p>
    <w:p>
      <w:r>
        <w:rPr>
          <w:b/>
        </w:rPr>
        <w:t xml:space="preserve">[1:27:45] </w:t>
      </w:r>
      <w:r>
        <w:t>Is mein tauheed bhi hai, is mein aakhirat bhi hai, is mein risalat bhi hai. Is mein to to yeh yeh possible</w:t>
      </w:r>
    </w:p>
    <w:p>
      <w:pPr>
        <w:jc w:val="right"/>
      </w:pPr>
      <w:r>
        <w:t>اسمیںتوحیدبھیہے،اسمیںآخرتبھیہے،اسمیںرسالتبھیہے۔ اسمیں تو تویہ یہ پاسیبل</w:t>
      </w:r>
    </w:p>
    <w:p>
      <w:r>
        <w:rPr>
          <w:b/>
        </w:rPr>
        <w:t xml:space="preserve">[1:27:51] </w:t>
      </w:r>
      <w:r>
        <w:t>nahin hai. Quran ki jo soortein hain, is tarah nahin hain jaise ke us ka log kitabon mein likha karte hain. Ek chapter apne subject ke lehaz se to Quran jo hai, is mein har har surah mein different subject deal kiye jaate hain kyunke kai kyunke woh Quran ikatthe utra nahin tha. Aap jante hain,</w:t>
      </w:r>
    </w:p>
    <w:p>
      <w:pPr>
        <w:jc w:val="right"/>
      </w:pPr>
      <w:r>
        <w:t>نہیںہے۔ قرآن کیجو سورتیںہیں،اسٹائمپرنہیںہیں جیسےکہ اسکار لوگ کتاب یںلکھاکرتے ہیں۔ ایک چیپٹراپنےسبجیکٹکےلحاظسے تو قرآنجوہے،اسمیں ہر ہر سورہمیں ڈفرنٹسبجیکٹ ڈیلکیےجاتےہیں کیونکہکئی کیونکہوہ قرآن اکٹھےاترانہیںتھا۔آپجانتےہیں،</w:t>
      </w:r>
    </w:p>
    <w:p>
      <w:r>
        <w:rPr>
          <w:b/>
        </w:rPr>
        <w:t xml:space="preserve">[1:28:11] </w:t>
      </w:r>
      <w:r>
        <w:t>woh jo 23 saal mein utra tha, naghma naghma ayat hai to phir woh compile kiya gaya.</w:t>
      </w:r>
    </w:p>
    <w:p>
      <w:pPr>
        <w:jc w:val="right"/>
      </w:pPr>
      <w:r>
        <w:t>وہجو23سالمیںاتراتھا، نجمننجمنکاآیتہے تو پھروہکمپائلکیاگیا۔</w:t>
      </w:r>
    </w:p>
    <w:p>
      <w:r>
        <w:rPr>
          <w:b/>
        </w:rPr>
        <w:t xml:space="preserve">[1:28:17] </w:t>
      </w:r>
      <w:r>
        <w:t>To main samajhta hoon ke sab se achha tareeqa yahi hai ke is ka naam surah ke koi lafz ko le kar rakha jaye. Jo jitne bhi naam hain, woh sab surah ke kisi lafz se al-hujurat hai to hujurat ka lafz is mein aaya to is ka naam rakh diya gaya.</w:t>
      </w:r>
    </w:p>
    <w:p>
      <w:pPr>
        <w:jc w:val="right"/>
      </w:pPr>
      <w:r>
        <w:t>تو میں سمجھتاہوںکہ سبسےاچھاطریقہیہیہے کہ اسکانام سورہ کے کوئی لفظکولےکررکھاجائے۔ جو ج تنےبھینامہیں، وہسبسورہکسی لفظسے الحجراتہے تو حجراتکالفظاسمیںآیاتواسکانامرکھدیاگیا۔</w:t>
      </w:r>
    </w:p>
    <w:p>
      <w:r>
        <w:rPr>
          <w:b/>
        </w:rPr>
        <w:t xml:space="preserve">[1:28:35] </w:t>
      </w:r>
      <w:r>
        <w:t>To surah ke kisi ek lafz ko le kar naam rakhna Quran ke liye yahi behtar hai. Subjective naam nahin rakh sakte, aap rakhenge to phir is mein problem paida ho jayega.</w:t>
      </w:r>
    </w:p>
    <w:p>
      <w:pPr>
        <w:jc w:val="right"/>
      </w:pPr>
      <w:r>
        <w:t>تو سورہ کے کسی ایک لفظکولےکرنامرکھنا قرآنکےلیے یہی بہترہے۔ سبجیکٹوائز نام نہیںرکھسکتے،آپ رکھیںگےتوپھراسمیں پرابلمپیداہوجائےگا۔</w:t>
      </w:r>
    </w:p>
    <w:p>
      <w:r>
        <w:rPr>
          <w:b/>
        </w:rPr>
        <w:t xml:space="preserve">[1:28:48] </w:t>
      </w:r>
      <w:r>
        <w:t>Maulana, here is another question. Turk-e-Khilafat has always very much Muslim rights ups, but I do not know much about this empire and its activities.</w:t>
      </w:r>
    </w:p>
    <w:p>
      <w:pPr>
        <w:jc w:val="right"/>
      </w:pPr>
      <w:r>
        <w:t>مول انا، ہیہیزانادرکوئسچن۔ ترک یخلافت از الویز ویریمچانمسلم رائٹاپس، بٹآئیڈوناٹنو مچاباؤٹدسایمپائر اینڈاٹسایکٹیویٹیز۔</w:t>
      </w:r>
    </w:p>
    <w:p>
      <w:r>
        <w:rPr>
          <w:b/>
        </w:rPr>
        <w:t xml:space="preserve">[1:29:01] </w:t>
      </w:r>
      <w:r>
        <w:t>i request you to kindly tell us in brief. dekhen, yeh tatari jo qabail thay jinhon ne khilafat abbasi ko khatm kiya tha, to woh non muslim thay. woh koi mazhab nahi tha unka</w:t>
      </w:r>
    </w:p>
    <w:p>
      <w:pPr>
        <w:jc w:val="right"/>
      </w:pPr>
      <w:r>
        <w:t>آئیریکویسٹیوٹوکائنڈلیٹیلاس ان بریف۔ دیکھیں،یہ تاتاریجو قبائل تھے جنہوںنے خلافت عباسیکوختمکیا تھا، تووہ نانمسلمتھے۔وہ کوئیمذہبنہیںتھاانکا</w:t>
      </w:r>
    </w:p>
    <w:p>
      <w:r>
        <w:rPr>
          <w:b/>
        </w:rPr>
        <w:t xml:space="preserve">[1:29:18] </w:t>
      </w:r>
      <w:r>
        <w:t>, woh to paharon mein rehte thay. baad ko unki majority jo hai, woh islam mein dakhil ho gayi to phir unke do tukre bane.</w:t>
      </w:r>
    </w:p>
    <w:p>
      <w:pPr>
        <w:jc w:val="right"/>
      </w:pPr>
      <w:r>
        <w:t>،وہتو پہاڑوںمیںرہتےتھے۔ بعد کو انکیمیجورٹیجوہے،وہاسلام میںداخلہوگئی توپھرانکےدوٹکڑےبنے۔</w:t>
      </w:r>
    </w:p>
    <w:p>
      <w:r>
        <w:rPr>
          <w:b/>
        </w:rPr>
        <w:t xml:space="preserve">[1:29:29] </w:t>
      </w:r>
      <w:r>
        <w:t>ek hissa jo hai, wohi india mein jo jo aap mughal rule kehte hain, woh bhi isi ka hissa hai. woh bhi tatari family ke log thay yeh, aur wahan jo gaye turkey mein, woh bhi isi family ke kuch log thay.</w:t>
      </w:r>
    </w:p>
    <w:p>
      <w:pPr>
        <w:jc w:val="right"/>
      </w:pPr>
      <w:r>
        <w:t>ایک حصہجوہے، وہی انڈیامیں جو جوآپ مغلرولکہتےہیں،وہبھیاسیکاحصہہے۔ وہبھیتاتاریفیملی کےلوگ تھےیہ ،اور وہاںجو گئے ترکیمیں، وہبھیاسیفیملیکےکچھلوگتھے۔</w:t>
      </w:r>
    </w:p>
    <w:p>
      <w:r>
        <w:rPr>
          <w:b/>
        </w:rPr>
        <w:t xml:space="preserve">[1:29:43] </w:t>
      </w:r>
      <w:r>
        <w:t>to do ek ek is is is ki do shakhain, ek shakh wahan ja kar ke unhon ne rule qaim kiya, doosri shakh ne yahan rule qaim kiya.</w:t>
      </w:r>
    </w:p>
    <w:p>
      <w:pPr>
        <w:jc w:val="right"/>
      </w:pPr>
      <w:r>
        <w:t>تو دو ایک ایک اس اس اسکیدو شاخیں، ایک شاخ وہاںجاکرکےانہوںنےرولقائمکیا، دوسریشاخنےیہاںرولقائمکیا۔</w:t>
      </w:r>
    </w:p>
    <w:p>
      <w:r>
        <w:rPr>
          <w:b/>
        </w:rPr>
        <w:t xml:space="preserve">[1:29:54] </w:t>
      </w:r>
      <w:r>
        <w:t>to yeh zaman ho tha jab ke kingship ka zamana tha. log yani king ko maan liya karte thay jis ke sar par taj, usi ki hukumat .</w:t>
      </w:r>
    </w:p>
    <w:p>
      <w:pPr>
        <w:jc w:val="right"/>
      </w:pPr>
      <w:r>
        <w:t>تویہزمان ہوہتھاجبکہ کنگشپکازمانہتھا۔ لوگ یعنیکنگکومانلیاکرتے تھے جسکےسرپرتاج، اسیکیحکومت ۔</w:t>
      </w:r>
    </w:p>
    <w:p>
      <w:r>
        <w:rPr>
          <w:b/>
        </w:rPr>
        <w:t xml:space="preserve">[1:30:05] </w:t>
      </w:r>
      <w:r>
        <w:t>to wahan par jab unhon ne qaim kar li to logon ne accept kar liya, us ko yahan bhi accept kar liya.</w:t>
      </w:r>
    </w:p>
    <w:p>
      <w:pPr>
        <w:jc w:val="right"/>
      </w:pPr>
      <w:r>
        <w:t>تو وہاںپرجب انہوںنےقائمکرلیاتو لوگوںنےایکسیپٹکرلیا،اسکو یہاںبھیایکسیپٹکرلیا۔</w:t>
      </w:r>
    </w:p>
    <w:p>
      <w:r>
        <w:rPr>
          <w:b/>
        </w:rPr>
        <w:t xml:space="preserve">[1:30:11] </w:t>
      </w:r>
      <w:r>
        <w:t>us waqt tak yeh chala jab tak ke democracy duniya mein nahi aayi. jab democracy aa gayi to woh bhi khatm, yeh bhi khatm. to democracy is se behtar hai mere nazdeek kyun ke democracy jo hai, woh power sharing ka concept base karti hai. power sharing yani hum bhi is mein hissedar hain.</w:t>
      </w:r>
    </w:p>
    <w:p>
      <w:pPr>
        <w:jc w:val="right"/>
      </w:pPr>
      <w:r>
        <w:t>اسوقت تکیہچلاجبتککہڈیموکریسیدنیامیںنہیںآئی۔ جبڈیموکریسیآگئیتو وہبھیختم،یہبھیختم۔ توڈیموکریسیاسسےبیٹرہےمیرےنزدیککیونکہڈیموکریسیجوہے،وہ پاور شیئرنگکی کاکانسیپٹ بیسکرتیہے۔پاورشیئرنگ یعنیہمبھیاسمیںحصہدارہیں۔</w:t>
      </w:r>
    </w:p>
    <w:p>
      <w:r>
        <w:rPr>
          <w:b/>
        </w:rPr>
        <w:t xml:space="preserve">[1:30:29] </w:t>
      </w:r>
      <w:r>
        <w:t>mein is mulk ka prime minister nahi hoon lekin mein mein mujhe mein mujhe hissa hai is mein hasil prime minister ship mein, mein bhi hissedar hoon. yeh yeh naya concept hai jo democracy mein aaya hai.</w:t>
      </w:r>
    </w:p>
    <w:p>
      <w:pPr>
        <w:jc w:val="right"/>
      </w:pPr>
      <w:r>
        <w:t>میںاس ملککاپرائممنسٹرنہیںہوںلیکنمیں میں مجھے میںمجھےحصہہےاسمیںحاصل پرائممنسٹرشپمیں،میںبھیحصہدارہوں۔ یہ یہ نیاکانسیپٹہےجوڈیموکریسیمیںآیاہے۔</w:t>
      </w:r>
    </w:p>
    <w:p>
      <w:r>
        <w:rPr>
          <w:b/>
        </w:rPr>
        <w:t xml:space="preserve">[1:30:41] </w:t>
      </w:r>
      <w:r>
        <w:t>king ke zamane mein aap aap ko share queen nahi hota tha, us zamane mein aap koi share nahi hota tha. aap aap subject hote thay, woh ruler hote thay. aaj hum aaj hum hissedar hain, prime minister kisi ke monopoly nahi hai.</w:t>
      </w:r>
    </w:p>
    <w:p>
      <w:pPr>
        <w:jc w:val="right"/>
      </w:pPr>
      <w:r>
        <w:t>کنگکےزمانےمیںآپ آپکو شیئرکوئینہیںہوتاتھا،اسزمانےمیں آپکوئیشیئرنہیںہوتاتھا۔آپآپ سبجیکٹہوتےتھے، وہ رولرہوتےتھے۔آ جہم آجہ محصہدارہیں، قائممنسٹریکسی کے موناپولینہیںہے۔</w:t>
      </w:r>
    </w:p>
    <w:p>
      <w:r>
        <w:rPr>
          <w:b/>
        </w:rPr>
        <w:t xml:space="preserve">[1:30:57] </w:t>
      </w:r>
      <w:r>
        <w:t>hum bhi is mein, hamara bhi is mein share hai. to yeh to democracy behtar din din da kingship.</w:t>
      </w:r>
    </w:p>
    <w:p>
      <w:pPr>
        <w:jc w:val="right"/>
      </w:pPr>
      <w:r>
        <w:t>ہمبھیاسمیں،ہمارابھیاسمیںشیئرہے۔ تو یہ توڈیموکریسیبی ٹردین دینداکنگشپ۔</w:t>
      </w:r>
    </w:p>
    <w:p>
      <w:r>
        <w:rPr>
          <w:b/>
        </w:rPr>
        <w:t xml:space="preserve">[1:31:06] </w:t>
      </w:r>
      <w:r>
        <w:t>lekin log khwa makha is mein rote hain abhi tak, aur is se acha mil gaya in ko, in ko is ki value nahi maloom.</w:t>
      </w:r>
    </w:p>
    <w:p>
      <w:pPr>
        <w:jc w:val="right"/>
      </w:pPr>
      <w:r>
        <w:t>لیکن لوگ خوامخواہاسیمیںروتےہیںابھیتک، اوراسسےاچھاملگیا انکو،انکو اسکیویلیونہیںمعلوم۔</w:t>
      </w:r>
    </w:p>
    <w:p>
      <w:r>
        <w:rPr>
          <w:b/>
        </w:rPr>
        <w:t xml:space="preserve">[1:31:16] </w:t>
      </w:r>
      <w:r>
        <w:t>this question is from molana az kwan and we from delhi. molana anas nad ahmed wali whom to . it is mentioned that prophet of islam once said that the believer will continue to be tested by afflictions until he and his are pure from sin .</w:t>
      </w:r>
    </w:p>
    <w:p>
      <w:pPr>
        <w:jc w:val="right"/>
      </w:pPr>
      <w:r>
        <w:t>دسکوئسچناز فرام مول انازکوانندویفرامڈیلی۔ مول اناان مس ناد احمد والی وم ٹو ۔اٹازمینشن دیٹپرافٹاف اسلام ونسسیڈ دیٹدابیلیورول کنٹینیوٹوبی ٹیسٹ ڈبائےاف لکشنز انٹلہی اینڈزاپ پیورفرامسن ۔</w:t>
      </w:r>
    </w:p>
    <w:p>
      <w:r>
        <w:rPr>
          <w:b/>
        </w:rPr>
        <w:t xml:space="preserve">[1:31:37] </w:t>
      </w:r>
      <w:r>
        <w:t>and the parable of the hypocrite is that of a farmer and a mule. it does not know why it is on her tied or released.</w:t>
      </w:r>
    </w:p>
    <w:p>
      <w:pPr>
        <w:jc w:val="right"/>
      </w:pPr>
      <w:r>
        <w:t>اینڈدی پیریبل اف دیہپوکریٹاز دیٹافایناین یمل۔ اٹڈزناٹنو وائیاٹساونرہیزٹائیڈاٹ اور ریلیزڈاٹ۔</w:t>
      </w:r>
    </w:p>
    <w:p>
      <w:r>
        <w:rPr>
          <w:b/>
        </w:rPr>
        <w:t xml:space="preserve">[1:31:47] </w:t>
      </w:r>
      <w:r>
        <w:t>molana kindly explain this hadith. dekhen, yeh yani kisan ki casual life hoti hai, us ki tamseel ko le kar ke rasool Allah ne baat samjhai.</w:t>
      </w:r>
    </w:p>
    <w:p>
      <w:pPr>
        <w:jc w:val="right"/>
      </w:pPr>
      <w:r>
        <w:t>مول اناکائنڈلیایکسپلیندسحدیث۔ دیکھیں،یہ یعنی کسان کیجولائفہوتیہے، اس کی تمثیلکولےکرکےرسولاللہنےباتسمجھائی۔</w:t>
      </w:r>
    </w:p>
    <w:p>
      <w:r>
        <w:rPr>
          <w:b/>
        </w:rPr>
        <w:t xml:space="preserve">[1:32:02] </w:t>
      </w:r>
      <w:r>
        <w:t>agar aap jante hon, gaon mein jis tarah se kisan hote hain, un ke bail hote hain to wahan kya hota hai ke bailon ko ras mein bandha jata hai.</w:t>
      </w:r>
    </w:p>
    <w:p>
      <w:pPr>
        <w:jc w:val="right"/>
      </w:pPr>
      <w:r>
        <w:t>اگر آپجانتےہوں ،گاؤںمیں جسطرحسے کسانہوتےہیں، انکے بیلہوتےہیں تو وہاںکیاہوتاہےکہ بیلوںکو رسیمیںباندھاجاتاہے۔</w:t>
      </w:r>
    </w:p>
    <w:p>
      <w:r>
        <w:rPr>
          <w:b/>
        </w:rPr>
        <w:t xml:space="preserve">[1:32:14] </w:t>
      </w:r>
      <w:r>
        <w:t>to kabhi bandh diya peed ke neeche, kabhi bandh diya khuli jagah par . to kisan samajhta hai ke is waqt us ko dhoop chahiye to bandh diya wahan, us waqt saaya chahiye to peed ke neeche bandh diya.</w:t>
      </w:r>
    </w:p>
    <w:p>
      <w:pPr>
        <w:jc w:val="right"/>
      </w:pPr>
      <w:r>
        <w:t>توکبھی باندھدیا پیڑکےنیچے ،کبھیباندھدیا کھلیجگہپر ۔ تو کسان سمجھتاہےکہاسوقت اسکودھوپچاہیےتوباندھدیاوہاں، اسوقت سایہچاہیےتوپیڑکےنیچےباندھدیا۔</w:t>
      </w:r>
    </w:p>
    <w:p>
      <w:r>
        <w:rPr>
          <w:b/>
        </w:rPr>
        <w:t xml:space="preserve">[1:32:26] </w:t>
      </w:r>
      <w:r>
        <w:t>is ko le kar rasool Allah ne farmaya ke unwar ko kuch pata nahi ke kisan ne yahan kyun bandha, kisan ne wahan kyun bandha. to munafiq ka munafiq isi tarah be khabar rehta hai.</w:t>
      </w:r>
    </w:p>
    <w:p>
      <w:pPr>
        <w:jc w:val="right"/>
      </w:pPr>
      <w:r>
        <w:t>اسکولےکررسولاللہنےفرمایاکہ انورکوکچھپتہنہیں کہ کساننےیہاںکیوںباندھا،کساننےوہاںکیوںباندھا۔ تو من افقکا منافقاسیطرحبےخبررہتاہے۔</w:t>
      </w:r>
    </w:p>
    <w:p>
      <w:r>
        <w:rPr>
          <w:b/>
        </w:rPr>
        <w:t xml:space="preserve">[1:32:40] </w:t>
      </w:r>
      <w:r>
        <w:t>Allah taala mukhtalif halaat dalte hain,</w:t>
      </w:r>
    </w:p>
    <w:p>
      <w:pPr>
        <w:jc w:val="right"/>
      </w:pPr>
      <w:r>
        <w:t>اللہ تعالی مختلف حالاتڈالتےہیں،</w:t>
      </w:r>
    </w:p>
    <w:p>
      <w:r>
        <w:rPr>
          <w:b/>
        </w:rPr>
        <w:t xml:space="preserve">[1:32:42] </w:t>
      </w:r>
      <w:r>
        <w:t>kabhi aaram hai, kabhi kabhi kabhi kabhi sukh hai, kabhi dukh hai. kuch mawaqe khule hain, kuch jo pehle nahi thay.</w:t>
      </w:r>
    </w:p>
    <w:p>
      <w:pPr>
        <w:jc w:val="right"/>
      </w:pPr>
      <w:r>
        <w:t>کبھیآرامہے،کبھی کبھی کبھی کبھیسکھہے،کبھیدکھہے۔ کچھ مواقعکھلےہیں،کچھ جو پہلےنہیںتھے۔</w:t>
      </w:r>
    </w:p>
    <w:p>
      <w:r>
        <w:rPr>
          <w:b/>
        </w:rPr>
        <w:t xml:space="preserve">[1:32:52] </w:t>
      </w:r>
      <w:r>
        <w:t>to momin is ko jaan leta hai, munafiq jaan nahi pata is ko . to hamari sharhon mein is ko bohat mehdood ma'ne mein liya gaya hai, mehdood ma'ne mein, limited sense mein.</w:t>
      </w:r>
    </w:p>
    <w:p>
      <w:pPr>
        <w:jc w:val="right"/>
      </w:pPr>
      <w:r>
        <w:t>تو مومناسکوجانلیتاہے، منافقجاننہیںپاتا اسکو ۔ تو ہماری شرحوںمیںاسکوبہت محدودمعنیمیںلیاگیاہے،محدودمعنیمیں،لمیٹڈسینسمیں۔</w:t>
      </w:r>
    </w:p>
    <w:p>
      <w:r>
        <w:rPr>
          <w:b/>
        </w:rPr>
        <w:t xml:space="preserve">[1:33:02] </w:t>
      </w:r>
      <w:r>
        <w:t>mein kehta hoon, is ko aap phailaiye to yeh bhi isi baat hai jo mein ne abhi abhi bayan kiya aapse ke Allah taala ne opportunities kholi hain, aap ko khabar nahi is ki. yeh bhi isi baat hai.</w:t>
      </w:r>
    </w:p>
    <w:p>
      <w:pPr>
        <w:jc w:val="right"/>
      </w:pPr>
      <w:r>
        <w:t>میںکہتاہوں،اسکوآپپھیلائیےتویہبھی اسیباتہےجومیںنےابھیاببیانکیاآپسے کہاللہتعالینے اپرچونیٹیزکھولیہیں،آپکوخبرنہیںاسکی۔ یہبھیاسیباتہے۔</w:t>
      </w:r>
    </w:p>
    <w:p>
      <w:r>
        <w:rPr>
          <w:b/>
        </w:rPr>
        <w:t xml:space="preserve">[1:33:12] </w:t>
      </w:r>
      <w:r>
        <w:t>Allah taala ne pehle aap ko ek ruler banaya tha, emperor banaya tha, is mein aap jeh rahe hain. ab jo Allah taala ne naye halaat paida kiye, yani opportunities ka jo exposure ho gaya, us ki aap ko khabar na ho.</w:t>
      </w:r>
    </w:p>
    <w:p>
      <w:pPr>
        <w:jc w:val="right"/>
      </w:pPr>
      <w:r>
        <w:t>اللہ تعالینے پہلے آپ کو ایک رولربنایاتھا، ایمپرربنایاتھا، اسیمیںآپجیرہےہیں۔ ابجو اللہ تعالینےنئےحالاتپیدا کیے، یعنی اپرچونیٹیزکاجو ایکسپلوجرہوگیا،اسکیآپکوخبرہینہیں۔</w:t>
      </w:r>
    </w:p>
    <w:p>
      <w:r>
        <w:rPr>
          <w:b/>
        </w:rPr>
        <w:t xml:space="preserve">[1:33:30] </w:t>
      </w:r>
      <w:r>
        <w:t>is mein yeh bhi aata hai. to yeh hadith jo hai, is ki is ke ulma jo sharah karte hain, bohat mehdood ma'ne mein karte hain, limit</w:t>
      </w:r>
    </w:p>
    <w:p>
      <w:pPr>
        <w:jc w:val="right"/>
      </w:pPr>
      <w:r>
        <w:t>اسیمیںیہبھیآتاہے۔ تویہحدیثجوہے،اسکی اسکے علماءجوشرحکرتےہیں،بہت محدودمعنیمیںکرتے ہیں، لمیٹ</w:t>
      </w:r>
    </w:p>
    <w:p>
      <w:r>
        <w:rPr>
          <w:b/>
        </w:rPr>
        <w:t xml:space="preserve">[1:33:37] </w:t>
      </w:r>
      <w:r>
        <w:t>ted ma'ne mein. mein is ko greater ma'ne mein leta hoon ke halaat jab badlein to hamesha woh aap ke liye aap ke favor mein hote hain.</w:t>
      </w:r>
    </w:p>
    <w:p>
      <w:pPr>
        <w:jc w:val="right"/>
      </w:pPr>
      <w:r>
        <w:t>ڈمعنیمیں۔ میںاسکو گیٹرمعنیمیںلیتاہوں کہحالاتجببدلیںتوہمیشہوہآپکےلیے آپ کےفیورمیںہوتےہیں۔</w:t>
      </w:r>
    </w:p>
    <w:p>
      <w:r>
        <w:rPr>
          <w:b/>
        </w:rPr>
        <w:t xml:space="preserve">[1:33:47] </w:t>
      </w:r>
      <w:r>
        <w:t>jab bhi halaat badlen to aapke favor mein hote hain. woh to aap janiye usko ke dunya mein kingship thi to usse aapko favor mil raha tha. ab kingship nahin hai, ab democracy hai to uske uske ismein andar aur bhi bade bade favor aapke likhe hue hain. isko janiye aap</w:t>
      </w:r>
    </w:p>
    <w:p>
      <w:pPr>
        <w:jc w:val="right"/>
      </w:pPr>
      <w:r>
        <w:t>جببھیحالاتبدلیںتوآپکےفیورمیںہوتےہیں۔وہتوآپ جانیےاسکو کہ دنیا میں کنگشپتھی تو اسسےآپکو فیورملرہاتھا۔ ابکنگشپنہیںہے، ابڈیموکریسیہے تو اسکے اسکے اسمیںاندراوربھیبڑےبڑےفیورآپکےلکھےہوئےہیں۔اسکوجانیےآپ</w:t>
      </w:r>
    </w:p>
    <w:p>
      <w:r>
        <w:rPr>
          <w:b/>
        </w:rPr>
        <w:t xml:space="preserve">[1:34:04] </w:t>
      </w:r>
      <w:r>
        <w:t>ke Allah taala ne kyun aisa kiya ke kingship ka daur khatm kar diya. ab democracy hai, ab secularism hai, ab freedom hai, ab industrial age hai, ab communication hai.</w:t>
      </w:r>
    </w:p>
    <w:p>
      <w:pPr>
        <w:jc w:val="right"/>
      </w:pPr>
      <w:r>
        <w:t>کہاللہتعالینےکیوںایساکیا کہ کنگشپکادور ختمکردیا۔ ابڈیموکریسیہے،ابسیکولرزمہے، ابفریڈمہے، اب انڈسٹریلایجہے، اب کمیونیکیشنہے۔</w:t>
      </w:r>
    </w:p>
    <w:p>
      <w:r>
        <w:rPr>
          <w:b/>
        </w:rPr>
        <w:t xml:space="preserve">[1:34:14] </w:t>
      </w:r>
      <w:r>
        <w:t>isko janiye, isko na jaane aur ladte rahen khwamkhwah. yeh bahut is hadith ke mutabiq yeh bahut badi alamat hai, yeh munafeqat ki alamat hai. yeh kehta hai itne bade mauqe isi liye hadith mein aata hai ke inna koon basir zamani.</w:t>
      </w:r>
    </w:p>
    <w:p>
      <w:pPr>
        <w:jc w:val="right"/>
      </w:pPr>
      <w:r>
        <w:t>اسکوجانیے، اسکونہجانےاورلڑتےرہیںخوامخواہ۔ یہبہت اسحدیثکےمطابق یہبہت بڑیعلامتہے، یہمنافقتکیعلامتہے۔یہ کہاتنابڑ ے مواقع اسیلیےحدیثمیںآتاہےکہ انیکون بصیرابزمانی۔</w:t>
      </w:r>
    </w:p>
    <w:p>
      <w:r>
        <w:rPr>
          <w:b/>
        </w:rPr>
        <w:t xml:space="preserve">[1:34:33] </w:t>
      </w:r>
      <w:r>
        <w:t>yani momin ki sift yeh batai gayi hai ke apne zamane ko jaane. woh momin woh hai, inna koon basir zamani. momin apne zamane ko janne wala hota hai.</w:t>
      </w:r>
    </w:p>
    <w:p>
      <w:pPr>
        <w:jc w:val="right"/>
      </w:pPr>
      <w:r>
        <w:t>یعنیمومنکیصفتیہبتائیگئیہےکہاپنےزمان ےکوجانے۔وہ مومنجوہے، انیکون بصیرابزمانی۔ مومن اپنےزمان ےکو جاننےوالاہوتاہے۔</w:t>
      </w:r>
    </w:p>
    <w:p>
      <w:r>
        <w:rPr>
          <w:b/>
        </w:rPr>
        <w:t xml:space="preserve">[1:34:43] </w:t>
      </w:r>
      <w:r>
        <w:t>yani Allah taala jo halaat paida kare,</w:t>
      </w:r>
    </w:p>
    <w:p>
      <w:pPr>
        <w:jc w:val="right"/>
      </w:pPr>
      <w:r>
        <w:t>یعنی اللہ تعالیجوحالاتپیدا کرے،</w:t>
      </w:r>
    </w:p>
    <w:p>
      <w:r>
        <w:rPr>
          <w:b/>
        </w:rPr>
        <w:t xml:space="preserve">[1:34:46] </w:t>
      </w:r>
      <w:r>
        <w:t>Allah taala yeh jo jo naye chances kholen aapke liye, jis yani jahan aapko, jahan aapko ek nayi zindagi ka mauqa mile, usko aap jaan len ke Khuda ne mere liye mauqe khole hain.</w:t>
      </w:r>
    </w:p>
    <w:p>
      <w:pPr>
        <w:jc w:val="right"/>
      </w:pPr>
      <w:r>
        <w:t>اللہ تعالی یہجو جو نئے چانسزکھولیںآپکےلیے، جس یعنی جہاںآپکو، جہاںآپکو ایکنئیزندگی کاموقعملے،اسکوآپجان لیں کہخدانےمیرےلیےمواقعکھولےہیں۔</w:t>
      </w:r>
    </w:p>
    <w:p>
      <w:r>
        <w:rPr>
          <w:b/>
        </w:rPr>
        <w:t xml:space="preserve">[1:35:05] </w:t>
      </w:r>
      <w:r>
        <w:t>ke aapko pehle mauqa diya tha Allah taala ne kingship ke zamane mein, ab diya hai aapko democracy ke zamane mein. isko janiye, nahin janne ge to munafeqat ka aapko shubah</w:t>
      </w:r>
    </w:p>
    <w:p>
      <w:pPr>
        <w:jc w:val="right"/>
      </w:pPr>
      <w:r>
        <w:t>کہآپکو پہلے موقعدیاتھااللہتعالینےکنگشپکےزمانےمیں، ابدیا ہےآپکوڈیموکریسیکےزمانےمیں۔اسکوجانیے، نہیںجانے گےتومنافقتکا آپکوشبہ</w:t>
      </w:r>
    </w:p>
    <w:p>
      <w:r>
        <w:rPr>
          <w:b/>
        </w:rPr>
        <w:t xml:space="preserve">[1:35:15] </w:t>
      </w:r>
      <w:r>
        <w:t>kya jayega ke kaise log hain, nahin jante. yeh animal ki tarah se hain, jis tarah animal woh hai, woh bekhabar rehta hai ke kisan ne yahan kyun bandha, wahan kyun bandha.</w:t>
      </w:r>
    </w:p>
    <w:p>
      <w:pPr>
        <w:jc w:val="right"/>
      </w:pPr>
      <w:r>
        <w:t>کیاجائےگا کہکیسےلوگہیں،نہیںجانتے۔یہ این یملکیطرحسےہیں، جسطرحاینیملجوہے، وہ بےخبررہتاہےکہکساننےیہاںکیوںباندھا،وہاںکیوںباندھا۔</w:t>
      </w:r>
    </w:p>
    <w:p>
      <w:r>
        <w:rPr>
          <w:b/>
        </w:rPr>
        <w:t xml:space="preserve">[1:35:26] </w:t>
      </w:r>
      <w:r>
        <w:t>to aap bhi wohi animal, just like a animal ho jayenge. to main samajhta hoon ke Allah taala ne zamane mein tabdili ki hai.</w:t>
      </w:r>
    </w:p>
    <w:p>
      <w:pPr>
        <w:jc w:val="right"/>
      </w:pPr>
      <w:r>
        <w:t>تو آپبھیوہی اینیمل، جسٹلائکاینیملہوجائیںگے۔ تومیں سمجھتاہوںکہاللہتعالینےزمانےمیںتبدیلیکیہے۔</w:t>
      </w:r>
    </w:p>
    <w:p>
      <w:r>
        <w:rPr>
          <w:b/>
        </w:rPr>
        <w:t xml:space="preserve">[1:35:37] </w:t>
      </w:r>
      <w:r>
        <w:t>hadith mein aata hai, main zamana hoon, main zamane ko ladta padhta rehta hoon.</w:t>
      </w:r>
    </w:p>
    <w:p>
      <w:pPr>
        <w:jc w:val="right"/>
      </w:pPr>
      <w:r>
        <w:t>حدیثمیںآتاہے،میں زمان ہہوں، میں زمانےکولڑتاپڑھتارہتاہوں۔</w:t>
      </w:r>
    </w:p>
    <w:p>
      <w:r>
        <w:rPr>
          <w:b/>
        </w:rPr>
        <w:t xml:space="preserve">[1:35:44] </w:t>
      </w:r>
      <w:r>
        <w:t>is ko le kar ke aleem-ul-gharb toh woh toh wajood nikal liya. woh toh wajood ka matlab nahin, is asaas mein bayan kiya gaya hai. Raddah mein Raddah mein ke zamane ko main control kar raha hoon, zamane mein main changes lata hoon.</w:t>
      </w:r>
    </w:p>
    <w:p>
      <w:pPr>
        <w:jc w:val="right"/>
      </w:pPr>
      <w:r>
        <w:t>اسکولےکرکےعلیمغربتو وہیتووجود نکاللیا۔ وہیتووجود کامطلبنہیں،اساسمیںبیانکیاگیاہے۔ ردہ میں ردہمیںکہ زمان ےکومیںکنٹرولکررہاہوں، زمان ےمیںمیںچینجزلاتاہوں۔</w:t>
      </w:r>
    </w:p>
    <w:p>
      <w:r>
        <w:rPr>
          <w:b/>
        </w:rPr>
        <w:t xml:space="preserve">[1:35:57] </w:t>
      </w:r>
      <w:r>
        <w:t>to kingship ka zamana jo tha, woh bhi Allah ke sanction se tha.</w:t>
      </w:r>
    </w:p>
    <w:p>
      <w:pPr>
        <w:jc w:val="right"/>
      </w:pPr>
      <w:r>
        <w:t>توکنگشپکازمانہجوتھا،وہبھیاللہ کےسینکشنسےتھا۔</w:t>
      </w:r>
    </w:p>
    <w:p>
      <w:r>
        <w:rPr>
          <w:b/>
        </w:rPr>
        <w:t xml:space="preserve">[1:36:01] </w:t>
      </w:r>
      <w:r>
        <w:t>ab jo zamana democracy ka, woh bhi Allah ke sanction se aaya hai. to wahan bhi alag qudrat tha, yahan bhi alag qudrat hai. to agar aap is se bekhabar rahenge to aapko munafeqat ka shubah kiya jayega.</w:t>
      </w:r>
    </w:p>
    <w:p>
      <w:pPr>
        <w:jc w:val="right"/>
      </w:pPr>
      <w:r>
        <w:t>ابجو زمانہڈیموکریسیکا،وہبھیاللہکےسینکشنسےآیاہے۔ تووہاںبھیالگدرتھا،یہاںبھیالگدر ہے۔ تواگر آپ اسسےبےخبررہیںگےتوآپکومنافقتکا شبہکیاجائےگا۔</w:t>
      </w:r>
    </w:p>
    <w:p>
      <w:r>
        <w:rPr>
          <w:b/>
        </w:rPr>
        <w:t xml:space="preserve">[1:36:16] </w:t>
      </w:r>
      <w:r>
        <w:t>Maulana, he is another question. he wants to know what is the difference between confidence and overconfidence.</w:t>
      </w:r>
    </w:p>
    <w:p>
      <w:pPr>
        <w:jc w:val="right"/>
      </w:pPr>
      <w:r>
        <w:t>مولانا،ہیہیزانادرکوئسچن۔ ہیوانٹسٹونوواٹازداڈیفرنس بٹوین کانفیڈنس اینڈاوور کانفیڈنس۔</w:t>
      </w:r>
    </w:p>
    <w:p>
      <w:r>
        <w:rPr>
          <w:b/>
        </w:rPr>
        <w:t xml:space="preserve">[1:36:32] </w:t>
      </w:r>
      <w:r>
        <w:t>ek naujawan mujhse autograph lene ke liye aapke woh diya, unhone diary to maine unki diary mein likh diya ke confidence is good, but overconfidence is equally bad.</w:t>
      </w:r>
    </w:p>
    <w:p>
      <w:pPr>
        <w:jc w:val="right"/>
      </w:pPr>
      <w:r>
        <w:t>ایک نوجوان مجھسے آٹوگرافلینےکےلیے آپکے وہدیا،انہوںنے ڈائری تومیںنےانکیڈائریمیںلکھدیاکہ کان فیڈنسازگڈ، بٹ اوورکان فیڈنسازایک ولیبیڈ۔</w:t>
      </w:r>
    </w:p>
    <w:p>
      <w:r>
        <w:rPr>
          <w:b/>
        </w:rPr>
        <w:t xml:space="preserve">[1:36:48] </w:t>
      </w:r>
      <w:r>
        <w:t>confidence is good, but overconfidence is equally bad.</w:t>
      </w:r>
    </w:p>
    <w:p>
      <w:pPr>
        <w:jc w:val="right"/>
      </w:pPr>
      <w:r>
        <w:t>کان فیڈنسازگڈ،بٹ اوورکان فیڈنسازایکولیبیڈ۔</w:t>
      </w:r>
    </w:p>
    <w:p>
      <w:r>
        <w:rPr>
          <w:b/>
        </w:rPr>
        <w:t xml:space="preserve">[1:36:54] </w:t>
      </w:r>
      <w:r>
        <w:t>to dekhen, hota yeh hai ke zyada tar naujawan intelligent log hote hain, intelligent log woh aksar is ka shikar ho jate hain. confidence ka matlab yeh hai ke aap apne ko janen ke Allah ne mujhe ek body di hai, ek mind diya hai,</w:t>
      </w:r>
    </w:p>
    <w:p>
      <w:pPr>
        <w:jc w:val="right"/>
      </w:pPr>
      <w:r>
        <w:t>تو دیکھیں، ہوتایہہےکہ زیادہ ترجوانٹیلیجنٹلوگہوتےہیں،انٹیلیجنٹلوگ وہاکثراسکاشکارہوجاتےہیں۔ کان فیڈنسکامعنییہہےکہآپ اپنے کوجانیں کہاللہنےمجھےایکباڈیدیہے، ایک مائنڈدیاہے،</w:t>
      </w:r>
    </w:p>
    <w:p>
      <w:r>
        <w:rPr>
          <w:b/>
        </w:rPr>
        <w:t xml:space="preserve">[1:37:10] </w:t>
      </w:r>
      <w:r>
        <w:t>mujhe ek insan banaya hai. usko janen, us se aapka ek confidence aayega. jaise aap chalte hain raste mein, to is liye chal paate hain ke aapko pata hai ke mere paas paon hain.</w:t>
      </w:r>
    </w:p>
    <w:p>
      <w:pPr>
        <w:jc w:val="right"/>
      </w:pPr>
      <w:r>
        <w:t>مجھے ایک انسان بنایاہے۔اسکوجانیں، اسسےآپکاایک کانفیڈنسآئےگا۔ جیسےآپچلتےہیںراستےمیں، تو اسلیےچلپاتےہیںکہآپکوپتہہےکہمیرےپاسپاؤںہے۔</w:t>
      </w:r>
    </w:p>
    <w:p>
      <w:r>
        <w:rPr>
          <w:b/>
        </w:rPr>
        <w:t xml:space="preserve">[1:37:22] </w:t>
      </w:r>
      <w:r>
        <w:t>agar aapko yeh pata na ho ke mere paas paon hain to kyun chalenge? aap nahin chal sakte. aap to confidence ka matlab yeh hai ke apni salahiyaton ko jankar ke aap koi kaam karen. lekin overconfidence kya hai?</w:t>
      </w:r>
    </w:p>
    <w:p>
      <w:pPr>
        <w:jc w:val="right"/>
      </w:pPr>
      <w:r>
        <w:t>اگرآپکویہپتہنہہوکہمیرےپاسپاؤںہیںتوکیوںچلیںگے؟آپ نہیںچلسکتے۔آپ تو کانفیڈنسکامطلبیہہےکہ اپنی صلاحیتوںکوجانکرکے آپ کوئیکامکریں۔لیکن اوورکانفیڈنسکیاہے؟</w:t>
      </w:r>
    </w:p>
    <w:p>
      <w:r>
        <w:rPr>
          <w:b/>
        </w:rPr>
        <w:t xml:space="preserve">[1:37:36] </w:t>
      </w:r>
      <w:r>
        <w:t>ke aap apne ko is se zyada samajh len jitna ke aap hain.</w:t>
      </w:r>
    </w:p>
    <w:p>
      <w:pPr>
        <w:jc w:val="right"/>
      </w:pPr>
      <w:r>
        <w:t>کہآپ اپنے کواسسےزیادہ سمجھلیںجتناکہآپہیں۔</w:t>
      </w:r>
    </w:p>
    <w:p>
      <w:r>
        <w:rPr>
          <w:b/>
        </w:rPr>
        <w:t xml:space="preserve">[1:37:43] </w:t>
      </w:r>
      <w:r>
        <w:t>misal ke taur par, main aag ko dekh sakta hoon, lekin main aag ko pakad nahin sakta hath se. to dekhna confidence hai, pakadna overconfidence hai.</w:t>
      </w:r>
    </w:p>
    <w:p>
      <w:pPr>
        <w:jc w:val="right"/>
      </w:pPr>
      <w:r>
        <w:t>مثلاً،میںآگکودیکھسکتاہوں،لیکنمیںآگکوپکڑنہیںسکتاہاتھسے۔ تو دیکھنا کانفیڈنسہے، پکڑنا اورکانفیڈنسہے۔</w:t>
      </w:r>
    </w:p>
    <w:p>
      <w:r>
        <w:rPr>
          <w:b/>
        </w:rPr>
        <w:t xml:space="preserve">[1:37:55] </w:t>
      </w:r>
      <w:r>
        <w:t>to jo log zyada intelligent hote hain, aksar is galati mein mubtala hote hain ke apne ko zyada andaza kar lete hain, zyada andaza kar lete hain.</w:t>
      </w:r>
    </w:p>
    <w:p>
      <w:pPr>
        <w:jc w:val="right"/>
      </w:pPr>
      <w:r>
        <w:t>تو جولوگزیادہ انٹیلیجنٹہوتےہیں،اکثر اس غلطیمیں مبتلاہوتےہیںکہاپنے کو زیادہ اندازہکرلیتےہیں، زیادہ اندازہکرلیتےہیں۔</w:t>
      </w:r>
    </w:p>
    <w:p>
      <w:r>
        <w:rPr>
          <w:b/>
        </w:rPr>
        <w:t xml:space="preserve">[1:38:08] </w:t>
      </w:r>
      <w:r>
        <w:t>to phir wohi log hain jo zindagi mein kuch achieve nahin kar paate. maine bahut se logon ko dekha hai ke bahut hi zeheen the, lekin kuch bhi achieve nahin kar sake kyunke badi badi baaten karte the, woh bade bade chhalaak lagate the. woh</w:t>
      </w:r>
    </w:p>
    <w:p>
      <w:pPr>
        <w:jc w:val="right"/>
      </w:pPr>
      <w:r>
        <w:t>تو پھروہ یہیلوگہیںجو زندگی میںکچھاچیونہیںکرپاتے۔ میںنےبہتسےلوگوںکودیکھاہےکہبہتہی ذہینتھے،لیکن کچھبھیاچیونہیںکرسکے کیونکہبڑیبڑیباتیںکرتے تھے،وہ بڑےبڑے چھلاکلگاتےتھے۔وہ</w:t>
      </w:r>
    </w:p>
    <w:p>
      <w:r>
        <w:rPr>
          <w:b/>
        </w:rPr>
        <w:t xml:space="preserve">[1:38:24] </w:t>
      </w:r>
      <w:r>
        <w:t>to kuch bhi aap hon, kehte hain intelligent aap hon, lekin aapki limitations hain. you have to know your limitations. to ek lafz mein kahun ke jo aadmi apni limitations ko jan kar kaam kare, woh confidence ka case hai.</w:t>
      </w:r>
    </w:p>
    <w:p>
      <w:pPr>
        <w:jc w:val="right"/>
      </w:pPr>
      <w:r>
        <w:t>تو کچھبھی آپہوں،کہتےہیں انٹیلیجنٹآپہوں،لیکنآپکیلیمیٹیشنزہیں۔ یوہیوٹونو یورلیمیٹیشنز۔ تو ایک لفظمیںکہوںکہجوآدمی اپنی لیمیٹیشنزکوجان کرکامکرے، وہ کان فیڈنس کاکیسہے۔</w:t>
      </w:r>
    </w:p>
    <w:p>
      <w:r>
        <w:rPr>
          <w:b/>
        </w:rPr>
        <w:t xml:space="preserve">[1:38:38] </w:t>
      </w:r>
      <w:r>
        <w:t>jo aadmi apni limitations ko na jaane, woh overconfidence ka case hai.</w:t>
      </w:r>
    </w:p>
    <w:p>
      <w:pPr>
        <w:jc w:val="right"/>
      </w:pPr>
      <w:r>
        <w:t>جوآدمی اپنی لیمیٹیشنزکونہجانے، وہاورکانفیڈنسکاکیسہے۔</w:t>
      </w:r>
    </w:p>
    <w:p>
      <w:r>
        <w:rPr>
          <w:b/>
        </w:rPr>
        <w:t xml:space="preserve">[1:38:50] </w:t>
      </w:r>
      <w:r>
        <w:t>yani when you know your limitations, then your case is case of confidence. but when you don't know your limitations, then your case becomes overconfidence. case of case of overconfidence.</w:t>
      </w:r>
    </w:p>
    <w:p>
      <w:pPr>
        <w:jc w:val="right"/>
      </w:pPr>
      <w:r>
        <w:t>یعنی وینیونو یورلیمیٹیشنز، دین یور کیساز کیسآفکان فیڈنس۔ بٹ وین یو ڈونٹنو یورلیمیٹیشنز، دین یور کیسبیکمز اوورکانفیڈنس۔کیسآف کیسآفاوورکانفیڈنس۔</w:t>
      </w:r>
    </w:p>
    <w:p>
      <w:r>
        <w:rPr>
          <w:b/>
        </w:rPr>
        <w:t xml:space="preserve">[1:39:07] </w:t>
      </w:r>
      <w:r>
        <w:t>basic baat hai ke apni mahdoodiyat ko janna, apni limitations ko janna, yeh hai demarcation. yahi dono ke darmiyan.</w:t>
      </w:r>
    </w:p>
    <w:p>
      <w:pPr>
        <w:jc w:val="right"/>
      </w:pPr>
      <w:r>
        <w:t>بیسکباتہےکہاپنی محدودیتکوجاننا، اپنی لیمیٹیشنزکوجاننا، یہیہے ڈیمارکیشن۔یہی دونوںکےدرمیان۔</w:t>
      </w:r>
    </w:p>
    <w:p>
      <w:r>
        <w:rPr>
          <w:b/>
        </w:rPr>
        <w:t xml:space="preserve">[1:39:18] </w:t>
      </w:r>
      <w:r>
        <w:t>this question is from doctor farida khan from delhi. why is it that we are always obsessed with the human glory rather than god's glory?</w:t>
      </w:r>
    </w:p>
    <w:p>
      <w:pPr>
        <w:jc w:val="right"/>
      </w:pPr>
      <w:r>
        <w:t>دسکوئسچناز فرامڈاکٹرفریدہخان مفرامڈیلی۔ وائیازاٹدیٹویآرالویز ابسیسڈودہیومنگل وری ریدردینگاڈزگل وری؟</w:t>
      </w:r>
    </w:p>
    <w:p>
      <w:r>
        <w:rPr>
          <w:b/>
        </w:rPr>
        <w:t xml:space="preserve">[1:39:30] </w:t>
      </w:r>
      <w:r>
        <w:t>sometimes we glorify some kings or so called leaders or saints etc. how can we bring man to understand and realize the glory of god?</w:t>
      </w:r>
    </w:p>
    <w:p>
      <w:pPr>
        <w:jc w:val="right"/>
      </w:pPr>
      <w:r>
        <w:t>سم ٹائمزویگلوریفائی سم کنگز اور سو کالڈلیڈراور سین ٹسای ٹسٹر۔ ہاؤکینویبرنگ مین ٹوانڈرسٹینڈ اینڈریلائزداگلوریافگاڈ؟</w:t>
      </w:r>
    </w:p>
    <w:p>
      <w:r>
        <w:rPr>
          <w:b/>
        </w:rPr>
        <w:t xml:space="preserve">[1:39:48] </w:t>
      </w:r>
      <w:r>
        <w:t>dekhein, quran ke shuru mein hai. youm bil ghaib</w:t>
      </w:r>
    </w:p>
    <w:p>
      <w:pPr>
        <w:jc w:val="right"/>
      </w:pPr>
      <w:r>
        <w:t>دیکھیں،قرآنکےشروع میںہے۔ یوابنبال غیب</w:t>
      </w:r>
    </w:p>
    <w:p>
      <w:r>
        <w:rPr>
          <w:b/>
        </w:rPr>
        <w:t xml:space="preserve">[1:39:55] </w:t>
      </w:r>
      <w:r>
        <w:t>, ghaib par iman laane wale to allah ghaib mein hai, aur yeh so called books hain to yeh to shuhood mein hain, dikhai dete hain. chahe agar zinda na hamare samne hon, tab bhi woh historical books mein maujood hai. woh to</w:t>
      </w:r>
    </w:p>
    <w:p>
      <w:pPr>
        <w:jc w:val="right"/>
      </w:pPr>
      <w:r>
        <w:t>،غیب پرایمانلانےوالے تواللہ غیبمیںہے، اور یہ سو کالڈبکسہیںتو یہتوشہودمیںہیں،دکھائیدیتےہیں۔ چاہےاگرزند ہنہہمارےسامنےہوں،تببھیوہ ہسٹریکیبکسمیںموجود ہے۔وہ تو</w:t>
      </w:r>
    </w:p>
    <w:p>
      <w:r>
        <w:rPr>
          <w:b/>
        </w:rPr>
        <w:t xml:space="preserve">[1:40:11] </w:t>
      </w:r>
      <w:r>
        <w:t>woh log jo hamare liye dikhai dete hain, jo visible hain, to woh jab bade dikhai padte hain to hum maan lete hain, haan yeh bade hain.</w:t>
      </w:r>
    </w:p>
    <w:p>
      <w:pPr>
        <w:jc w:val="right"/>
      </w:pPr>
      <w:r>
        <w:t>وہلوگ جو ہمارےلیے دکھائیدیتےہیں،جو ویزیبلہیں، تووہجببڑے دکھائیپڑتےہیںتوہممانلیتےہیں،ہاںیہبڑےہیں۔</w:t>
      </w:r>
    </w:p>
    <w:p>
      <w:r>
        <w:rPr>
          <w:b/>
        </w:rPr>
        <w:t xml:space="preserve">[1:40:20] </w:t>
      </w:r>
      <w:r>
        <w:t>lekin khuda dikhai nahi deta, to khuda ki badai jo hai, usko aapko discover karna padta hai. insano ki badai to one hai, har taraf uska charcha hai, paper mein hai, media mein hai,</w:t>
      </w:r>
    </w:p>
    <w:p>
      <w:pPr>
        <w:jc w:val="right"/>
      </w:pPr>
      <w:r>
        <w:t>لیکنخدادکھائینہیںدیتا، تو خداکیبڑائیجوہے،اسکوآپکوڈسکورکرناپڑتاہے۔ انسانوںکیبڑائیتوال ونہے، ہرطرفاسکاچرچہہے، پیپرمیںہے، میڈیامیںہے،</w:t>
      </w:r>
    </w:p>
    <w:p>
      <w:r>
        <w:rPr>
          <w:b/>
        </w:rPr>
        <w:t xml:space="preserve">[1:40:34] </w:t>
      </w:r>
      <w:r>
        <w:t>kitabon mein hai, majlis mein hai, seminar mein hai, unki badai ka charcha ho raha hai.</w:t>
      </w:r>
    </w:p>
    <w:p>
      <w:pPr>
        <w:jc w:val="right"/>
      </w:pPr>
      <w:r>
        <w:t>کتاب وںمیںہے، مجلس وںمیںہے،سیمینارمیںہے،انکیبڑائیکاچرچہہورہاہے۔</w:t>
      </w:r>
    </w:p>
    <w:p>
      <w:r>
        <w:rPr>
          <w:b/>
        </w:rPr>
        <w:t xml:space="preserve">[1:40:40] </w:t>
      </w:r>
      <w:r>
        <w:t>to insan jo so called books hain, har taraf unka charcha ho raha hai, lekin khuda ki badai jo hai, woh to aapko discover karni padegi, tab aap janenge kyunke woh ghaib mein hai. woh yeh yeh hi test hai.</w:t>
      </w:r>
    </w:p>
    <w:p>
      <w:pPr>
        <w:jc w:val="right"/>
      </w:pPr>
      <w:r>
        <w:t>تو انسان جو سوکالڈبکسہیں،ہرطرفانکاچرچہہورہاہے، لیکن خداکیبڑائیجوہے، وہ توآپکوڈسکورکرنیپڑےگی،تبآپجانیںگےکیونکہوہغیبمیںہے۔وہ یہ یہیتوٹیسٹ ہے۔</w:t>
      </w:r>
    </w:p>
    <w:p>
      <w:r>
        <w:rPr>
          <w:b/>
        </w:rPr>
        <w:t xml:space="preserve">[1:40:54] </w:t>
      </w:r>
      <w:r>
        <w:t>agar aap ne sirf is badai ko jaana jo visible hai, badai to koi credit nahi milne wala nahi aapko, aur jo badai chupi hui hai, usko jano, tab credit milega.</w:t>
      </w:r>
    </w:p>
    <w:p>
      <w:pPr>
        <w:jc w:val="right"/>
      </w:pPr>
      <w:r>
        <w:t>اگر آپ نے صرف اسبڑ ائیکوجانا جو ویزیبلہے،بڑ ائی تو کوئی کریڈٹنہیںملنےوالانہیںآپکو ، اورجو بڑائیچھپیہوئیہے،اسکوجان یں،تب کریڈٹملےگا۔</w:t>
      </w:r>
    </w:p>
    <w:p>
      <w:r>
        <w:rPr>
          <w:b/>
        </w:rPr>
        <w:t xml:space="preserve">[1:41:10] </w:t>
      </w:r>
      <w:r>
        <w:t>yahan tak ke mein yeh kehta hoon ke jo log rasool allah ko bahut badha darja dete hain, jise fawqiyat unhone kaha, yeh fawqiyat kya hai? yeh aaj ki baat hai, jab rasool allah makka mein the to koi fawqiyat nahi deta tha aapko.</w:t>
      </w:r>
    </w:p>
    <w:p>
      <w:pPr>
        <w:jc w:val="right"/>
      </w:pPr>
      <w:r>
        <w:t>یہاںتککہمیںیہکہتاہوںکہجولوگ رسولاللہکو بہت بڑادرجہدیتےہیں،جسےفوق یتانہوںنےکہا،یہفوقیتکیاہے؟ یہآجکیباتہے، جبرسولاللہ مکےمیںتھےتوکوئیفوق یتنہیںدیتاتھا آپکو۔</w:t>
      </w:r>
    </w:p>
    <w:p>
      <w:r>
        <w:rPr>
          <w:b/>
        </w:rPr>
        <w:t xml:space="preserve">[1:41:23] </w:t>
      </w:r>
      <w:r>
        <w:t>is maani ke muhammad muhammad plus historical ko lekar fawqiyat banai hui hain log, usko khud muhammad ne nahi.</w:t>
      </w:r>
    </w:p>
    <w:p>
      <w:pPr>
        <w:jc w:val="right"/>
      </w:pPr>
      <w:r>
        <w:t>اسمعنی کہ محمد محمد پلس ہسٹریکولےکر فوق یتبنائیہوئیہیںلوگ،اسکو خود محمد کینہیں۔</w:t>
      </w:r>
    </w:p>
    <w:p>
      <w:r>
        <w:rPr>
          <w:b/>
        </w:rPr>
        <w:t xml:space="preserve">[1:41:33] </w:t>
      </w:r>
      <w:r>
        <w:t>jab rasool allah makka mein the, ek aadmi makka aaya to jab apne qabile mein wapas gaya to usse poocha gaya ke kya haal chaal hai makka ka? to usne kaha ke muhammad tan baaw tabe' ibn abi quhafah.</w:t>
      </w:r>
    </w:p>
    <w:p>
      <w:pPr>
        <w:jc w:val="right"/>
      </w:pPr>
      <w:r>
        <w:t>جب رسولاللہصلیاللہعلیہوسلممکہمیںتھے، ایکآدمیمکہآیاتوجب اپنےقبیلےمیںواپسگیا تواسسےپوچھاگیا کہکیا حال چالہےمکےکا ؟ تواسنےکہاکہ محمد تن با وتبع ابن ابیقحافہ۔</w:t>
      </w:r>
    </w:p>
    <w:p>
      <w:r>
        <w:rPr>
          <w:b/>
        </w:rPr>
        <w:t xml:space="preserve">[1:41:47] </w:t>
      </w:r>
      <w:r>
        <w:t>muhammad tan baaw tabe' ibn abi quhaf</w:t>
      </w:r>
    </w:p>
    <w:p>
      <w:pPr>
        <w:jc w:val="right"/>
      </w:pPr>
      <w:r>
        <w:t>محمد تن با وتبع ابن ابیقح</w:t>
      </w:r>
    </w:p>
    <w:p>
      <w:r>
        <w:rPr>
          <w:b/>
        </w:rPr>
        <w:t xml:space="preserve">[1:41:50] </w:t>
      </w:r>
      <w:r>
        <w:t>ah yani mohabbat ne nabuwat ka dawa kiya hai. ek aadmi jo quhafah ka beta hai, woh unka saath de raha hai. us waqt koi fawqiyat ka pata nahi tha kisi ko.</w:t>
      </w:r>
    </w:p>
    <w:p>
      <w:pPr>
        <w:jc w:val="right"/>
      </w:pPr>
      <w:r>
        <w:t>افہ یعنیمحبت نےنبوتکادعویٰکیاہے۔ ایکآدمیجو قحافہکابیٹاہے،وہانکاساتھدےرہاہے۔ اسوقتکوئیفوق یتکاپتہنہیںتھاکسی کو۔</w:t>
      </w:r>
    </w:p>
    <w:p>
      <w:r>
        <w:rPr>
          <w:b/>
        </w:rPr>
        <w:t xml:space="preserve">[1:42:00] </w:t>
      </w:r>
      <w:r>
        <w:t>yeh fawqiyat woh hai, nazar yeh tareekh se nikala gaya hai, tareekh se yeh history se liya hua nazariya hai, muhammad se liya hua nazariya nahi hai. yeh to mein yeh kaha karta hoon aksar ke muhammad ko pehchanne wala woh shakhs hai jo us zamanay mein pahunch kar pahuncha hai, peeche peeche laut kar ke.</w:t>
      </w:r>
    </w:p>
    <w:p>
      <w:pPr>
        <w:jc w:val="right"/>
      </w:pPr>
      <w:r>
        <w:t>یہفوق یتجوہے، نظریہیہتاریخ سےنکالاگیاہے،تاریخ سے یہ ہسٹریسے لیاہوا نظریہہے، محمد سےلیاہوانظریہنہیںہے۔یہ تو میںیہکہاکرتاہوںاکثر کہ محمد کو پہچاننےوالاوہشخص ہےجواسزمان ے میںپہنچکرپہنچاہے،پیچھےپیچھےلوٹکرکے۔</w:t>
      </w:r>
    </w:p>
    <w:p>
      <w:r>
        <w:rPr>
          <w:b/>
        </w:rPr>
        <w:t xml:space="preserve">[1:42:18] </w:t>
      </w:r>
      <w:r>
        <w:t>aaj jo bade bade haram hain, bade bade building hain, bade bade tareekhi azmaten hain, woh ek pura ek dhoom hai naat khwano ki aur murikhin ki.</w:t>
      </w:r>
    </w:p>
    <w:p>
      <w:pPr>
        <w:jc w:val="right"/>
      </w:pPr>
      <w:r>
        <w:t>آججو بڑےبڑےحرمہیں، بڑےبڑےبل ڈنگیںہیں،بڑےبڑے تاریخ یعظمتیںہیں، وہایکپوراایکدھومہے نعتخوانوںکیاور مورخینکی۔</w:t>
      </w:r>
    </w:p>
    <w:p>
      <w:r>
        <w:rPr>
          <w:b/>
        </w:rPr>
        <w:t xml:space="preserve">[1:42:30] </w:t>
      </w:r>
      <w:r>
        <w:t>is ke waste se jisne peghambar ko usay nahi pehchana, mere nazdeek woh andha hai. woh muhammad jab makka mein the, jab unko muzamm kaha jata tha, jab usne kaha tha ke muhammad tan baaw tabe' ibn abi quhafah, jab aap nangay paon chalte the,</w:t>
      </w:r>
    </w:p>
    <w:p>
      <w:pPr>
        <w:jc w:val="right"/>
      </w:pPr>
      <w:r>
        <w:t>اس کے واسطےسے جسنے پیغمبرکواسے نہیںپہنچانا، میرےنزدیکوہاندھاہے۔وہ محمد جبمکہمیںتھے، جب انکومذممکہاجاتاتھا، جب اسنےکہاتھاکہمحمد تن باوتبع ابن ابیقحافہ، جبآپننگےپاؤںچلتےتھے،</w:t>
      </w:r>
    </w:p>
    <w:p>
      <w:r>
        <w:rPr>
          <w:b/>
        </w:rPr>
        <w:t xml:space="preserve">[1:42:50] </w:t>
      </w:r>
      <w:r>
        <w:t>us waqt aapki azmat ko usne pehchana, usne aap aapko bachana. aaj kya hai? aaj to tareekhi, aaj tareekh ka aap ke upar ek aghlaf pad chuka hai, tareekh ka aap ke upar se ek cover pad chuka hai.</w:t>
      </w:r>
    </w:p>
    <w:p>
      <w:pPr>
        <w:jc w:val="right"/>
      </w:pPr>
      <w:r>
        <w:t>اس وقت آپکیعظمتکواسنےپہچانا،اسنے آپ آپکو بچانا۔ آج کیاہے؟آجتوتاریخ ی، آج تاریخ کا آپ کےاوپرایک اغلاف پڑچکاہے، تاریخ کا آپکےاوپرسےایککورپڑچکاہے۔</w:t>
      </w:r>
    </w:p>
    <w:p>
      <w:r>
        <w:rPr>
          <w:b/>
        </w:rPr>
        <w:t xml:space="preserve">[1:43:04] </w:t>
      </w:r>
      <w:r>
        <w:t>ab aap ko mohabbat ko tareekh ke waste se jante hain to jo log fawqiyat dete hain, woh tareekh ko fawqiyat de rahe hain, mohabbat ko fawqiyat nahi de rahe hain. woh yaad rakhiye, yeh kuch nothing hai, bilkul nothing hai. yeh</w:t>
      </w:r>
    </w:p>
    <w:p>
      <w:pPr>
        <w:jc w:val="right"/>
      </w:pPr>
      <w:r>
        <w:t>ابآپ کومحبتکوتاریخ کے واسطےسےجانتےہیں توجولوگ فوق یتدیتےہیں،وہ تاریخ کوفوق یتدےرہےہیں،محبتکوفوقیتنہیںدےرہےہیں۔وہ یادرکھیے، یہکچھ نتھنگہے،بالکلنتھنگہے۔یہ</w:t>
      </w:r>
    </w:p>
    <w:p>
      <w:r>
        <w:rPr>
          <w:b/>
        </w:rPr>
        <w:t xml:space="preserve">[1:43:20] </w:t>
      </w:r>
      <w:r>
        <w:t>to allah ko pehchanne wala woh hai jo ghaib ghaib ko discover kar sake, rasool allah ko pehchanne wala woh hai jo tareekh ko hadaf kar ke rasool allah ko jaan sake.</w:t>
      </w:r>
    </w:p>
    <w:p>
      <w:pPr>
        <w:jc w:val="right"/>
      </w:pPr>
      <w:r>
        <w:t>تو اللہ کو پہچاننےوالاوہہے جو غیب غیب کو ڈسکورکرسکے، رسولاللہکوپہچاننے والاوہہےجو تاریخ کو حذفکرکےرسولاللہکو جان سکے۔</w:t>
      </w:r>
    </w:p>
    <w:p>
      <w:r>
        <w:rPr>
          <w:b/>
        </w:rPr>
        <w:t xml:space="preserve">[1:43:37] </w:t>
      </w:r>
      <w:r>
        <w:t>yani rasool allah, allah ta'ala ko woh pehchanega jo in seen ko seen bana sake.</w:t>
      </w:r>
    </w:p>
    <w:p>
      <w:pPr>
        <w:jc w:val="right"/>
      </w:pPr>
      <w:r>
        <w:t>یعنیرسولاللہ،اللہتعالیکووہپہچانےگا جو ان سینکوسین بناسکے۔</w:t>
      </w:r>
    </w:p>
    <w:p>
      <w:r>
        <w:rPr>
          <w:b/>
        </w:rPr>
        <w:t xml:space="preserve">[1:43:45] </w:t>
      </w:r>
      <w:r>
        <w:t>rasool allah ki azmat ko woh janega jo tareekh ko hatakar ke aap us azmat ko jane jo ke bahesiyat yani sahib e wahi ke aap ko mili hui thi.</w:t>
      </w:r>
    </w:p>
    <w:p>
      <w:pPr>
        <w:jc w:val="right"/>
      </w:pPr>
      <w:r>
        <w:t>رسولاللہکیعظمتکووہجانےگاجو تاریخ کوہٹاکرکے آپاسعظمتکوجانےجو کہ بحیثیت یعنی صاحب وحیکےآپکو ملی ہوئیتھی۔</w:t>
      </w:r>
    </w:p>
    <w:p>
      <w:r>
        <w:rPr>
          <w:b/>
        </w:rPr>
        <w:t xml:space="preserve">[1:43:55] </w:t>
      </w:r>
      <w:r>
        <w:t>asal mohabbat wahan hai, asal mohabbat tareekh mein nahi hai.</w:t>
      </w:r>
    </w:p>
    <w:p>
      <w:pPr>
        <w:jc w:val="right"/>
      </w:pPr>
      <w:r>
        <w:t>اصلمحبتوہاںہے، اصلمحبتیہتاریخ وںمیںنہیںہے۔</w:t>
      </w:r>
    </w:p>
    <w:p>
      <w:r>
        <w:rPr>
          <w:b/>
        </w:rPr>
        <w:t xml:space="preserve">[1:44:01] </w:t>
      </w:r>
      <w:r>
        <w:t>discusssion naz from ms sadia khan from daily. you try san the need to spread the quran, which apparently was also the objective of the movements of yesteryears.</w:t>
      </w:r>
    </w:p>
    <w:p>
      <w:pPr>
        <w:jc w:val="right"/>
      </w:pPr>
      <w:r>
        <w:t>دسکوئسچناز فرام مس سعدیہخان فرامڈیلی۔ یوسٹریسان دا نیڈٹوسپریڈداقرآن، وچ اپیئرنٹلیوازالس وداابجیکٹو اف داموومنٹساف یسٹرایئرز۔</w:t>
      </w:r>
    </w:p>
    <w:p>
      <w:r>
        <w:rPr>
          <w:b/>
        </w:rPr>
        <w:t xml:space="preserve">[1:44:15] </w:t>
      </w:r>
      <w:r>
        <w:t>how was your stress to spread the quran different from their wish to spread or teach the quran? dekhen, in logon ne quran ka naam lia lekin unhon ne quran mein apne aap ko daryaft kia.</w:t>
      </w:r>
    </w:p>
    <w:p>
      <w:pPr>
        <w:jc w:val="right"/>
      </w:pPr>
      <w:r>
        <w:t>ہاؤاز یور سٹریسٹوسپریڈداقرآن ڈفرنٹفرامدیر وش ٹوسپریڈاور ٹیچداقرآن؟ دیکھیں، انلوگوںنےقرآنکانام لیالیکن انہوںنےقرآنمیںاپنےآپکودریافتکیا۔</w:t>
      </w:r>
    </w:p>
    <w:p>
      <w:r>
        <w:rPr>
          <w:b/>
        </w:rPr>
        <w:t xml:space="preserve">[1:44:29] </w:t>
      </w:r>
      <w:r>
        <w:t>misal ke taur par, dekhen, molana mahbubul hasan sahib the, jo ke shaikh al hadith kahlaata tha. malta mein in ko angrezon ne qaid kar dia, taqreeban teen saal shayad wahan rahe.</w:t>
      </w:r>
    </w:p>
    <w:p>
      <w:pPr>
        <w:jc w:val="right"/>
      </w:pPr>
      <w:r>
        <w:t>مثالکےطورپر،دیکھیں، مول انا محبوبالحسنصاحبتھے ،جوکہشاخالحدکہ اجاتاتھا۔ مال ٹا میںانکو انگریزوںنے قیدکردیا، تقریباً تینسال شایدوہاںرہے۔</w:t>
      </w:r>
    </w:p>
    <w:p>
      <w:r>
        <w:rPr>
          <w:b/>
        </w:rPr>
        <w:t xml:space="preserve">[1:44:43] </w:t>
      </w:r>
      <w:r>
        <w:t>jab wapas aaye to unhon ne kaha,</w:t>
      </w:r>
    </w:p>
    <w:p>
      <w:pPr>
        <w:jc w:val="right"/>
      </w:pPr>
      <w:r>
        <w:t>جبواپسآئے تو انہوںنےکہا،</w:t>
      </w:r>
    </w:p>
    <w:p>
      <w:r>
        <w:rPr>
          <w:b/>
        </w:rPr>
        <w:t xml:space="preserve">[1:44:46] </w:t>
      </w:r>
      <w:r>
        <w:t>deoband mein jalsa hua ke main teen saal tak ghor karta raha quran ke bare mein to meri samajh mein aaya ke hamein yeh karna hai ke quran ko khoob phailayein, quran ka nazira logon ko parhwayein, quran ke ka dars quran khoob phailayein.</w:t>
      </w:r>
    </w:p>
    <w:p>
      <w:pPr>
        <w:jc w:val="right"/>
      </w:pPr>
      <w:r>
        <w:t>دی وبندمیںجلسہہوا کہمیں تینسال تکغورکرتارہا قرآنکےبارےمیں تو میریسمجھمیںآیاکہہمیںیہکرناہےکہقرآنکوخوبپھیلائیں، قرآنکاناظرہلوگوںکوپڑھوائیں، قرآنکے کادرسقرآنخوبپھیلائیں۔</w:t>
      </w:r>
    </w:p>
    <w:p>
      <w:r>
        <w:rPr>
          <w:b/>
        </w:rPr>
        <w:t xml:space="preserve">[1:45:00] </w:t>
      </w:r>
      <w:r>
        <w:t>lekin kiske darmiyan? musalmanon ke darmiyan.</w:t>
      </w:r>
    </w:p>
    <w:p>
      <w:pPr>
        <w:jc w:val="right"/>
      </w:pPr>
      <w:r>
        <w:t>لیکن کسکےدرمیان؟مسلمانوںکےدرمیان ۔</w:t>
      </w:r>
    </w:p>
    <w:p>
      <w:r>
        <w:rPr>
          <w:b/>
        </w:rPr>
        <w:t xml:space="preserve">[1:45:04] </w:t>
      </w:r>
      <w:r>
        <w:t>yeh kyun nahin daryaft kiya unhon ne ke angrezon ko main dushman samajhta tha, woh hamare mad ah hain? yeh kyun nahin daryaft kiya quran ke liye unhon ne? yaani malta se wapas aakar jo sabak diya unhon ne, wohi yeh sabak tha ke quran ka dars do musalmanon mein,</w:t>
      </w:r>
    </w:p>
    <w:p>
      <w:pPr>
        <w:jc w:val="right"/>
      </w:pPr>
      <w:r>
        <w:t>یہ کیوں نہیںدریافتکیاانہوںنے کہ انگریزوںکومیںدشمنسمجھتاتھا،وہہمارےمد عوہیں؟یہ کیوںنہیںدریافتکیاقرآنکےلیےانہوںنے؟ یعنیمال ٹاسےواپسآکرجوسبقدیاانہوںنے،وہیہسبقتھا کہ قرآنکادرسدو مسلمانوںمیں،</w:t>
      </w:r>
    </w:p>
    <w:p>
      <w:r>
        <w:rPr>
          <w:b/>
        </w:rPr>
        <w:t xml:space="preserve">[1:45:19] </w:t>
      </w:r>
      <w:r>
        <w:t>musalmanon ko quran ka nazira parhwayein.</w:t>
      </w:r>
    </w:p>
    <w:p>
      <w:pPr>
        <w:jc w:val="right"/>
      </w:pPr>
      <w:r>
        <w:t>مس لمانوںکو قرآنکاناظرہپڑھواؤ۔</w:t>
      </w:r>
    </w:p>
    <w:p>
      <w:r>
        <w:rPr>
          <w:b/>
        </w:rPr>
        <w:t xml:space="preserve">[1:45:22] </w:t>
      </w:r>
      <w:r>
        <w:t>to quran ko kahan daryaft kiya unhon ne? quran ka charchah kiya unhon ne lekin quran mein milne wale musalmanon ko daryaft kiya. bas hai na, quran sara ka sara dawat ki kitab hai, insan ko خطاب karta hai: "ya ayyuhal insan! ya ayyuhal insan! ya ayyuhal insan!"</w:t>
      </w:r>
    </w:p>
    <w:p>
      <w:pPr>
        <w:jc w:val="right"/>
      </w:pPr>
      <w:r>
        <w:t>تو قرآنکوکہاںدریافتکیاانہوںنے؟قرآنکاچرچہکیاانہوںنےلیکن قرآنمیں ملنےوالےمسلموںکودریافتکیا۔بس ہےنا،قرآنساراکاسارا دعوتیکتاب ہے، انسانکو خطابکرتاہے: "یا ایہاالانسان!یاایہاالانسان!یاایہاالانسان!</w:t>
      </w:r>
    </w:p>
    <w:p>
      <w:r>
        <w:rPr>
          <w:b/>
        </w:rPr>
        <w:t xml:space="preserve">[1:45:37] </w:t>
      </w:r>
      <w:r>
        <w:t>"to unhon ne yeh kehna chahiye tha ke main teen saal wahan jo raha to meri samajh mein aaya ke main khwamkhwah lad raha</w:t>
      </w:r>
    </w:p>
    <w:p>
      <w:pPr>
        <w:jc w:val="right"/>
      </w:pPr>
      <w:r>
        <w:t>"تو انہوںنےیہکہناچاہیےتھاکہمیںتینسال وہاںجورہا تو میریسمجھمیںآیاکہمیں خوامخواہلڑرہا</w:t>
      </w:r>
    </w:p>
    <w:p>
      <w:r>
        <w:rPr>
          <w:b/>
        </w:rPr>
        <w:t xml:space="preserve">[1:45:43] </w:t>
      </w:r>
      <w:r>
        <w:t>tha angrezon se. yeh to badu hain, mere in ko dawat de raha hoon. mujhe chalo, aap dawat de rahe ho, ladai ladai band karo. yeh yeh kahan kaha unhon ne? yeh sabak ka hala hai.</w:t>
      </w:r>
    </w:p>
    <w:p>
      <w:pPr>
        <w:jc w:val="right"/>
      </w:pPr>
      <w:r>
        <w:t>تھاانگریزوںسے۔یہتوبدوہیں،میرے انکودعوتدےرہاہے۔مجھے چلو،آپدعوتدےرہےہو،لڑائیلڑائیبندکرو۔یہ یہکہاںکہاانہوںنے؟ یہ سبکاحالہے۔</w:t>
      </w:r>
    </w:p>
    <w:p>
      <w:r>
        <w:rPr>
          <w:b/>
        </w:rPr>
        <w:t xml:space="preserve">[1:45:53] </w:t>
      </w:r>
      <w:r>
        <w:t>to quran ka naam le kar ke woh apne mind pe chalte rahe. hum khuda ke fazl se, hum quran ka naam le kar quran hi pe chal chal rahe hain. quran ki jo dawat hai, asal is ko le kar hum uthe hain. yeh farq hai,</w:t>
      </w:r>
    </w:p>
    <w:p>
      <w:pPr>
        <w:jc w:val="right"/>
      </w:pPr>
      <w:r>
        <w:t>تو قرآنکانام لےکرکےوہاپنےمائنڈپہچلتےرہے۔ ہمخداکےفضلسے ،ہمقرآنکانام لےکرقرآنہیپہ چلچلرہےہیں۔ قرآنکیجودعوتہے،اصل اسکولےکرہماٹھےہیں۔یہفرقہے،</w:t>
      </w:r>
    </w:p>
    <w:p>
      <w:r>
        <w:rPr>
          <w:b/>
        </w:rPr>
        <w:t xml:space="preserve">[1:46:07] </w:t>
      </w:r>
      <w:r>
        <w:t>hum apne mind ko nahin chala rahe, hum quran ko chala rahe hain.</w:t>
      </w:r>
    </w:p>
    <w:p>
      <w:pPr>
        <w:jc w:val="right"/>
      </w:pPr>
      <w:r>
        <w:t>ہماپنےمائنڈکونہیںچلارہے،ہمقرآنکوچلارہےہیں۔</w:t>
      </w:r>
    </w:p>
    <w:p>
      <w:r>
        <w:rPr>
          <w:b/>
        </w:rPr>
        <w:t xml:space="preserve">[1:46:12] </w:t>
      </w:r>
      <w:r>
        <w:t>discusssion naz from ms razieh from daily. how should quran be read to receive guidance from it?</w:t>
      </w:r>
    </w:p>
    <w:p>
      <w:pPr>
        <w:jc w:val="right"/>
      </w:pPr>
      <w:r>
        <w:t>دسکوئسچناز فر ام مس راضیہفرامڈیلی۔ ہاؤشوڈقرآنبی ریڈ ٹوریسیوگائیڈنسفراماٹ؟</w:t>
      </w:r>
    </w:p>
    <w:p>
      <w:r>
        <w:rPr>
          <w:b/>
        </w:rPr>
        <w:t xml:space="preserve">[1:46:21] </w:t>
      </w:r>
      <w:r>
        <w:t>kindly comment.</w:t>
      </w:r>
    </w:p>
    <w:p>
      <w:pPr>
        <w:jc w:val="right"/>
      </w:pPr>
      <w:r>
        <w:t>کائنڈلیکمنٹ۔</w:t>
      </w:r>
    </w:p>
    <w:p>
      <w:r>
        <w:rPr>
          <w:b/>
        </w:rPr>
        <w:t xml:space="preserve">[1:46:29] </w:t>
      </w:r>
      <w:r>
        <w:t>sabse pehli jo condition hai, woh hai objectivity. objectivity</w:t>
      </w:r>
    </w:p>
    <w:p>
      <w:pPr>
        <w:jc w:val="right"/>
      </w:pPr>
      <w:r>
        <w:t>سبسے پہلیجو کنڈیشنہے،وہہےابجیکٹیوٹی۔ ابجیکٹیوٹی</w:t>
      </w:r>
    </w:p>
    <w:p>
      <w:r>
        <w:rPr>
          <w:b/>
        </w:rPr>
        <w:t xml:space="preserve">[1:46:37] </w:t>
      </w:r>
      <w:r>
        <w:t>yaani musalman thinking woh bhari hui hai, woh dushman hai, yeh bhara hua hai. duniya ka conspiracy kar rahi hai, woh bhara hua hai. is ko le kar quran padhenge to kuch bhi samajh mein nahin aayega.</w:t>
      </w:r>
    </w:p>
    <w:p>
      <w:pPr>
        <w:jc w:val="right"/>
      </w:pPr>
      <w:r>
        <w:t>یعنیمسلم ووٹڈتھنکنگوہبھریہوئیہے، وہدشمنہے،یہبھراہواہے۔ دنیا کانسپریسیکررہیہے،وہبھراہواہے۔ اسیکولےکرقرآنپڑھیںگے توکچھبھیسمجھمیںنہیںآئےگا۔</w:t>
      </w:r>
    </w:p>
    <w:p>
      <w:r>
        <w:rPr>
          <w:b/>
        </w:rPr>
        <w:t xml:space="preserve">[1:46:49] </w:t>
      </w:r>
      <w:r>
        <w:t>to sabse pehle zaroorat hai objectivity, apne mind ko free karna har qism ke negative thoughts se. to unhon ne chunke free nahin kiya,</w:t>
      </w:r>
    </w:p>
    <w:p>
      <w:pPr>
        <w:jc w:val="right"/>
      </w:pPr>
      <w:r>
        <w:t>تو سبسےپہلے ضرورتہےابجیکٹیوٹی، اپنے مائنڈکوفریکرنا ہرقسم کےنیگیٹیوتھاٹسے۔ تو انہوں نےچونکہفریکیانہیں،</w:t>
      </w:r>
    </w:p>
    <w:p>
      <w:r>
        <w:rPr>
          <w:b/>
        </w:rPr>
        <w:t xml:space="preserve">[1:47:02] </w:t>
      </w:r>
      <w:r>
        <w:t>deoband ke jo ulama hain, un ki kitab mein aap ka padhein,</w:t>
      </w:r>
    </w:p>
    <w:p>
      <w:pPr>
        <w:jc w:val="right"/>
      </w:pPr>
      <w:r>
        <w:t>دیوبندکےجوعلماءہیں، انکیکتاب یں آپ کا پڑھیں،</w:t>
      </w:r>
    </w:p>
    <w:p>
      <w:r>
        <w:rPr>
          <w:b/>
        </w:rPr>
        <w:t xml:space="preserve">[1:47:06] </w:t>
      </w:r>
      <w:r>
        <w:t>bade bade ulama ke paas likha rehta hai: "hazrat ko angrezon se badi nafrat thi." baqayda likha hua, chapa hua, bade bade jo ulama hain deoband ke, un ke is mein: "hazrat ko angrezon se badi nafrat thi." to kyun? hazrat ko nafrat kyun thi? bhai, mohabbat kyun nahin thi?</w:t>
      </w:r>
    </w:p>
    <w:p>
      <w:pPr>
        <w:jc w:val="right"/>
      </w:pPr>
      <w:r>
        <w:t>بڑےبڑےعلماءکےپاسلکھارہتاہے: "حضرت کوانگریزوںسےبڑینفرتتھی۔" باقاعدہلکھاہوا،چھپاہوا، بڑےبڑےجوعلماءہیںدیوبندکے،انکے اسمیں: "حضرت کوانگریزوںسےبڑینفرتتھی۔" تو کیوں؟حضرتکونفرتکیوںتھی؟بھئی،محبتکیوںنہیںتھی؟</w:t>
      </w:r>
    </w:p>
    <w:p>
      <w:r>
        <w:rPr>
          <w:b/>
        </w:rPr>
        <w:t xml:space="preserve">[1:47:23] </w:t>
      </w:r>
      <w:r>
        <w:t>hazrat ko angrezon se mohabbat kyun nahin thi? woh bhi to insan hai.</w:t>
      </w:r>
    </w:p>
    <w:p>
      <w:pPr>
        <w:jc w:val="right"/>
      </w:pPr>
      <w:r>
        <w:t>حضرت کو انگریزوںسےمحبتکیوںنہیںتھی؟وہبھیتوانسانہے۔</w:t>
      </w:r>
    </w:p>
    <w:p>
      <w:r>
        <w:rPr>
          <w:b/>
        </w:rPr>
        <w:t xml:space="preserve">[1:47:30] </w:t>
      </w:r>
      <w:r>
        <w:t>to quran padhte hain log apne apne mind ko ko theek kiye baghair, pehle apne mind ko brain wash karo, apne mind mein objectivity lao, apne mind ko condition conditioning karo, tab quran padh kar samajh mein aayega, warna samajh mein nahin aayega.</w:t>
      </w:r>
    </w:p>
    <w:p>
      <w:pPr>
        <w:jc w:val="right"/>
      </w:pPr>
      <w:r>
        <w:t>تو قرآنپڑھتےہیںلوگ اپنے اپنے مائنڈکو کو ٹھیککیےبغیر، پہلےاپنےمائنڈکو برینواشکرو، اپنےمائنڈمیںابجیکٹیوٹیلاؤ، اپنے مائنڈکو کیڈیکنڈیشننگکرو، تب قرآنپڑھکرسمجھمیںآئےگا،ورنہسمجھمیںنہیںآئےگا۔</w:t>
      </w:r>
    </w:p>
    <w:p>
      <w:r>
        <w:rPr>
          <w:b/>
        </w:rPr>
        <w:t xml:space="preserve">[1:47:45] </w:t>
      </w:r>
      <w:r>
        <w:t>bade bade ulama bataiye ke keh rahe hain ke agar hazrat ko angrezon se badi nafrat thi, bhai, nafrat kyun thi tum ko? mohabbat kyun nahin thi tum ko angrezon se? kyunke woh Allah ke paida kiye hue hain, jaise mujhe paida kiya Allah ne, un ko paida kiya.</w:t>
      </w:r>
    </w:p>
    <w:p>
      <w:pPr>
        <w:jc w:val="right"/>
      </w:pPr>
      <w:r>
        <w:t>بڑےبڑےعلماءبت ائیےکہکہہرہےہیںکہ اگرحضرتکوانگریزوںسےبڑینفرتتھی،بھئی،نفرتکیوںتھیتمکو؟ محبتکیوںنہیںتھیتمکوانگریزوںسے ؟ کیونکہوہاللہ کےپیدا کیےہوئےہیں، جیسےمجھےپیداکیااللہ نے،انکوپیدا کیا۔</w:t>
      </w:r>
    </w:p>
    <w:p>
      <w:r>
        <w:rPr>
          <w:b/>
        </w:rPr>
        <w:t xml:space="preserve">[1:47:59] </w:t>
      </w:r>
      <w:r>
        <w:t>rasool Allah ne ek yahudi ke bare mein kaha tha ke "alayhi nafs an kya woh insan nahin?" to unhon ne kyun nahin kaha ke angrez insan nahin?</w:t>
      </w:r>
    </w:p>
    <w:p>
      <w:pPr>
        <w:jc w:val="right"/>
      </w:pPr>
      <w:r>
        <w:t>رسولاللہنےایکیہودی کے بارےمیں کہاتھاکہ" علیہ نفس اً کیا وہانساننہیں ؟ "توانہوںنےکیوںنہیںکہاکہ انگریزانساننہیں ؟</w:t>
      </w:r>
    </w:p>
    <w:p>
      <w:r>
        <w:rPr>
          <w:b/>
        </w:rPr>
        <w:t xml:space="preserve">[1:48:09] </w:t>
      </w:r>
      <w:r>
        <w:t>main inse nafrat kyun karoon? to pehli shart hai apni de conditioning, beshak apne aap ko objective banana, beshak apne aap ko bias se bahar le aana, tab quran samajh mein aayega.</w:t>
      </w:r>
    </w:p>
    <w:p>
      <w:pPr>
        <w:jc w:val="right"/>
      </w:pPr>
      <w:r>
        <w:t>میںانسےنفرتکیوںکروں؟ تو پہلیشرطہے اپنی ڈیکنڈیشننگ، بےشک اپنے آپکوابجیکٹوبنانا، بےشک اپنےآپکو باعثسےباہرلےآنا، تبقرآنسمجھمیںآئےگا۔</w:t>
      </w:r>
    </w:p>
    <w:p>
      <w:r>
        <w:rPr>
          <w:b/>
        </w:rPr>
        <w:t xml:space="preserve">[1:48:24] </w:t>
      </w:r>
      <w:r>
        <w:t>waranhur nah quran parhen ge, jaisay mein ne arz kiya ke is ne kaha ke "mein to quran parhta hoon, to lagta hai mein geeta parh raha hoon." to aap quran parhen ge aur parhen ge apne mind ko.</w:t>
      </w:r>
    </w:p>
    <w:p>
      <w:pPr>
        <w:jc w:val="right"/>
      </w:pPr>
      <w:r>
        <w:t>ورنہورنہ قرآنپڑھیںگے،جیسےمیںنےعرضکیاکہ اسنےکہاکہ "میںتوقرآنپڑھتاہوں،تولگتاہےمیںگیتاپڑھرہاہوں۔" توآپ قرآنپڑھیںگےاورپڑھیںگےاپنےمائنڈکو ۔</w:t>
      </w:r>
    </w:p>
    <w:p>
      <w:r>
        <w:rPr>
          <w:b/>
        </w:rPr>
        <w:t xml:space="preserve">[1:48:36] </w:t>
      </w:r>
      <w:r>
        <w:t>to hazrat aisha ne kaha tha shayad isi logon ke baray mein ke "allah ka qaro mal be qaro" yaani unhon ne quran parha, magar unhon ne quran nahi parha.</w:t>
      </w:r>
    </w:p>
    <w:p>
      <w:pPr>
        <w:jc w:val="right"/>
      </w:pPr>
      <w:r>
        <w:t>تو حضرتعائشہنےکہاتھا شایداسیلوگوںکےبارےمیں کہ"اللہکاقرو ہملب یقرو" یعنیانہوںنےقرآنپڑھا،مگرانہوںنےقرآننہیںپڑھا۔</w:t>
      </w:r>
    </w:p>
    <w:p>
      <w:r>
        <w:rPr>
          <w:b/>
        </w:rPr>
        <w:t xml:space="preserve">[1:48:47] </w:t>
      </w:r>
      <w:r>
        <w:t>"allah ka qaro mal be qaro" unhon ne quran ko parha, magar unhon ne quran ko nahi parha.</w:t>
      </w:r>
    </w:p>
    <w:p>
      <w:pPr>
        <w:jc w:val="right"/>
      </w:pPr>
      <w:r>
        <w:t>"اللہکاقرو ہملب یقرو" انہوںنےقرآنکوپڑھا، مگرانہوںنےقرآنکونہیںپڑھا۔</w:t>
      </w:r>
    </w:p>
    <w:p>
      <w:r>
        <w:rPr>
          <w:b/>
        </w:rPr>
        <w:t xml:space="preserve">[1:48:55] </w:t>
      </w:r>
      <w:r>
        <w:t>to sab se pehle apne apne apne aap ko objective banana hai. from here is the beginning.</w:t>
      </w:r>
    </w:p>
    <w:p>
      <w:pPr>
        <w:jc w:val="right"/>
      </w:pPr>
      <w:r>
        <w:t>تو سبسےپہلے اپنے اپنے اپنےآپکو ابجیکٹوبناناہے۔ فرامہیرازدابگننگ۔</w:t>
      </w:r>
    </w:p>
    <w:p>
      <w:r>
        <w:rPr>
          <w:b/>
        </w:rPr>
        <w:t xml:space="preserve">[1:49:04] </w:t>
      </w:r>
      <w:r>
        <w:t>shia is another question: "people blame saturn for misguiding them and acquit themselves of the guilt."</w:t>
      </w:r>
    </w:p>
    <w:p>
      <w:pPr>
        <w:jc w:val="right"/>
      </w:pPr>
      <w:r>
        <w:t>شیعہازانادرکوئسچن: "پیپل بلیم سیٹرنفار مس گائیڈنگدیم اینڈایکویٹدیمسیلفسافدا گل ٹ۔</w:t>
      </w:r>
    </w:p>
    <w:p>
      <w:r>
        <w:rPr>
          <w:b/>
        </w:rPr>
        <w:t xml:space="preserve">[1:49:13] </w:t>
      </w:r>
      <w:r>
        <w:t>"this is when the choice and undertake any recourse made by men themselves. how far then is cursing saturn justified?"</w:t>
      </w:r>
    </w:p>
    <w:p>
      <w:pPr>
        <w:jc w:val="right"/>
      </w:pPr>
      <w:r>
        <w:t>"دسازوینداچوائسٹوانڈرٹیکاینای ولکورساز میڈ بائے مینہمسیلف۔ ہاؤفار دین از کرسنگ سیٹرن جس ٹیفائیڈ؟</w:t>
      </w:r>
    </w:p>
    <w:p>
      <w:r>
        <w:rPr>
          <w:b/>
        </w:rPr>
        <w:t xml:space="preserve">[1:49:24] </w:t>
      </w:r>
      <w:r>
        <w:t>dekhen, aadmi khud hi zimmedar hai.</w:t>
      </w:r>
    </w:p>
    <w:p>
      <w:pPr>
        <w:jc w:val="right"/>
      </w:pPr>
      <w:r>
        <w:t>دیکھیں،آدمی خود ہی ذمہدارہے۔</w:t>
      </w:r>
    </w:p>
    <w:p>
      <w:r>
        <w:rPr>
          <w:b/>
        </w:rPr>
        <w:t xml:space="preserve">[1:49:32] </w:t>
      </w:r>
      <w:r>
        <w:t>bil insan awwalin fsi basira wal qama zira. kyunke dekhen, allah taala ne insaan ke andar aql di, samajh di, aur shaitan bhi aap ko baqayda, aur farishtay bhi aap ko sahi raste batate hain.</w:t>
      </w:r>
    </w:p>
    <w:p>
      <w:pPr>
        <w:jc w:val="right"/>
      </w:pPr>
      <w:r>
        <w:t>بل انسان اولینفسی بصیرہ ول وق امعاذیرا۔ کیونکہدیکھیں،اللہ تعالینےانسانکےاندر عقلدی، سمجھدی، اور شیطان بھیآپکو باقاعدہ، اورفرشتےبھیآپکو صحیحراستے بتاتےہیں۔</w:t>
      </w:r>
    </w:p>
    <w:p>
      <w:r>
        <w:rPr>
          <w:b/>
        </w:rPr>
        <w:t xml:space="preserve">[1:49:50] </w:t>
      </w:r>
      <w:r>
        <w:t>donon option aap ke liye hain. to shaitan ka yaani aap ka apna option hai ke aap ne shaitan ki baat sun li aur aur angel ki baat nahi suni.</w:t>
      </w:r>
    </w:p>
    <w:p>
      <w:pPr>
        <w:jc w:val="right"/>
      </w:pPr>
      <w:r>
        <w:t>دونوںآپشنآپکےلیےہیں۔ تو شیطان کا یعنی آپ کااپناآپشنہےکہآپنےشیطانکیباتکوسنلیااور اور اینجلکیباتنہیںسنا۔</w:t>
      </w:r>
    </w:p>
    <w:p>
      <w:r>
        <w:rPr>
          <w:b/>
        </w:rPr>
        <w:t xml:space="preserve">[1:50:02] </w:t>
      </w:r>
      <w:r>
        <w:t>to aap ke apne option ki baat hai, jabke har waqt, har waqt, har waqt angel bhi aap ke sath hai aur shaitan bhi aap ke sath hai.</w:t>
      </w:r>
    </w:p>
    <w:p>
      <w:pPr>
        <w:jc w:val="right"/>
      </w:pPr>
      <w:r>
        <w:t>توآپکےاپنےآپشنکیباتہے،جبکہ ہروقت،ہروقت،ہروقت اینجل بھیآپکےساتھہےاورشیطانبھیآپکےساتھ ہے۔</w:t>
      </w:r>
    </w:p>
    <w:p>
      <w:r>
        <w:rPr>
          <w:b/>
        </w:rPr>
        <w:t xml:space="preserve">[1:50:12] </w:t>
      </w:r>
      <w:r>
        <w:t>to aap ne shaitan ki baat kyun sun li aur angel ki baat kyun nahi suni?</w:t>
      </w:r>
    </w:p>
    <w:p>
      <w:pPr>
        <w:jc w:val="right"/>
      </w:pPr>
      <w:r>
        <w:t>تو آپ نےشیطان کیباتکیوںسنلیا اوراینجلکیباتکیوںنہیںسنا؟</w:t>
      </w:r>
    </w:p>
    <w:p>
      <w:r>
        <w:rPr>
          <w:b/>
        </w:rPr>
        <w:t xml:space="preserve">[1:50:18] </w:t>
      </w:r>
      <w:r>
        <w:t>iske liye aap khuda ke haan pakre jayen ge. jo doosre ko, doosre ko aap nahi, doosre ko aap nahi keh sakte ke is ne mujhe behkaya.</w:t>
      </w:r>
    </w:p>
    <w:p>
      <w:pPr>
        <w:jc w:val="right"/>
      </w:pPr>
      <w:r>
        <w:t>اسکےلیےآپ خداکےہاںپکڑےجائیںگے۔ جو دوسرےکو، دوسرےکو آپ نہیں،دوسرےکوآپنہیںکہہسکتےکہاسنےمجھےبہکایا۔</w:t>
      </w:r>
    </w:p>
    <w:p>
      <w:r>
        <w:rPr>
          <w:b/>
        </w:rPr>
        <w:t xml:space="preserve">[1:50:31] </w:t>
      </w:r>
      <w:r>
        <w:t>yeh kahein ke mein behka. ek hai ke aap kahein ke shaitan ne mujhe behkaya, yeh na kahiye, balke yeh ke mein shaitan ke kehne par bhag gaya.</w:t>
      </w:r>
    </w:p>
    <w:p>
      <w:pPr>
        <w:jc w:val="right"/>
      </w:pPr>
      <w:r>
        <w:t>یہکہیںکہمیں بہکا۔ ایکہےکہآپکہیںکہ شیطاننےمجھےبہکایا، یہنہکہیے، بلکہیہ کہمیں شیطانکےکہنےپربھاگگیا۔</w:t>
      </w:r>
    </w:p>
    <w:p>
      <w:r>
        <w:rPr>
          <w:b/>
        </w:rPr>
        <w:t xml:space="preserve">[1:50:44] </w:t>
      </w:r>
      <w:r>
        <w:t>quran majeed mein yeh baat bhi likhi hui hai.</w:t>
      </w:r>
    </w:p>
    <w:p>
      <w:pPr>
        <w:jc w:val="right"/>
      </w:pPr>
      <w:r>
        <w:t>قرآنمجیدمیںیہباتبھیلکھیہوئیہے۔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