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Differences Are a Part Of Nature CPS Women Discussion 24 September 17, 2023</w:t>
      </w:r>
    </w:p>
    <w:p>
      <w:r>
        <w:t>https://www.youtube.com/watch?v=uL_xIxYZtw4</w:t>
      </w:r>
    </w:p>
    <w:p>
      <w:r>
        <w:rPr>
          <w:b/>
        </w:rPr>
        <w:t xml:space="preserve">[00:00] </w:t>
      </w:r>
      <w:r>
        <w:t>A A topic given for this week, differences are a part of nature.</w:t>
      </w:r>
    </w:p>
    <w:p>
      <w:pPr>
        <w:jc w:val="right"/>
      </w:pPr>
      <w:r>
        <w:t>A A topic given for this week, differences are a part of nature.</w:t>
      </w:r>
    </w:p>
    <w:p>
      <w:r>
        <w:rPr>
          <w:b/>
        </w:rPr>
        <w:t xml:space="preserve">[00:10] </w:t>
      </w:r>
      <w:r>
        <w:t>I find this topic very relevant and we can all imply this in our life.</w:t>
      </w:r>
    </w:p>
    <w:p>
      <w:pPr>
        <w:jc w:val="right"/>
      </w:pPr>
      <w:r>
        <w:t>I find this topic very relevant and we can all imply this in our life.</w:t>
      </w:r>
    </w:p>
    <w:p>
      <w:r>
        <w:rPr>
          <w:b/>
        </w:rPr>
        <w:t xml:space="preserve">[00:21] </w:t>
      </w:r>
      <w:r>
        <w:t>And I hope every ladies have gone through this topic and written the points that they want to share.</w:t>
      </w:r>
    </w:p>
    <w:p>
      <w:pPr>
        <w:jc w:val="right"/>
      </w:pPr>
      <w:r>
        <w:t>And I hope every ladies have gone through this topic and written the points that they want to share.</w:t>
      </w:r>
    </w:p>
    <w:p>
      <w:r>
        <w:rPr>
          <w:b/>
        </w:rPr>
        <w:t xml:space="preserve">[00:31] </w:t>
      </w:r>
      <w:r>
        <w:t>And we are going to take this session only for thirty minutes, but depending on the sharing and</w:t>
      </w:r>
    </w:p>
    <w:p>
      <w:pPr>
        <w:jc w:val="right"/>
      </w:pPr>
      <w:r>
        <w:t>And we are going to take this session only for thirty minutes, but depending on the sharing and</w:t>
      </w:r>
    </w:p>
    <w:p>
      <w:r>
        <w:rPr>
          <w:b/>
        </w:rPr>
        <w:t xml:space="preserve">[00:42] </w:t>
      </w:r>
      <w:r>
        <w:t>learning that we are doing it over here, we can extend it for ten to fifteen minutes.</w:t>
      </w:r>
    </w:p>
    <w:p>
      <w:pPr>
        <w:jc w:val="right"/>
      </w:pPr>
      <w:r>
        <w:t>learning that we are doing it over here, we can extend it for ten to fifteen minutes.</w:t>
      </w:r>
    </w:p>
    <w:p>
      <w:r>
        <w:rPr>
          <w:b/>
        </w:rPr>
        <w:t xml:space="preserve">[00:53] </w:t>
      </w:r>
      <w:r>
        <w:t>So whoever is sharing their learning path, please be precise and short, taking into account the time. And this topic was shared on the WhatsApp group as usual, which we do every week, mashaAllah. And thank you for the admin team who is continuously and consistently working for each and every work so that each and every week so that we can take this session.</w:t>
      </w:r>
    </w:p>
    <w:p>
      <w:pPr>
        <w:jc w:val="right"/>
      </w:pPr>
      <w:r>
        <w:t>So whoever is sharing their learning path, please be precise and short, taking into account the time. And this topic was shared on the WhatsApp group as usual, which we do every week, mashaAllah. And thank you for the admin team who is continuously and consistently working for each and every work so that each and every week so that we can take this session.</w:t>
      </w:r>
    </w:p>
    <w:p>
      <w:r>
        <w:rPr>
          <w:b/>
        </w:rPr>
        <w:t xml:space="preserve">[01:23] </w:t>
      </w:r>
      <w:r>
        <w:t>So we are starting this. I would like just to say one thing that regarding this topic, Maulana Wahiduddin Khan, our mentor, was the founder of CPS International. He has written immense literature, and I was just going through regarding this topic. I found this Maulana has written differences between people are a part of nature resulting directly from the creation plan of God.</w:t>
      </w:r>
    </w:p>
    <w:p>
      <w:pPr>
        <w:jc w:val="right"/>
      </w:pPr>
      <w:r>
        <w:t>So we are starting this. I would like just to say one thing that regarding this topic, मोलाना वाहिद्युद्दीन खान, our mentor, was the founder of CPS International. He has written immense literature, and I was just going through regarding this topic. I found this Molana has written differences between people are a part of nature resulting directly from the creation plan of God.</w:t>
      </w:r>
    </w:p>
    <w:p>
      <w:r>
        <w:rPr>
          <w:b/>
        </w:rPr>
        <w:t xml:space="preserve">[01:53] </w:t>
      </w:r>
      <w:r>
        <w:t>This fact is explained in the chapterhood of the Quran. If your lord had wished, he would have made mankind into one community. As it is, they will not cease to dispute. And to this end he has created them all except for those to whom your lord has shown mercy. Chapter 11, verse one one eight to one one nine.</w:t>
      </w:r>
    </w:p>
    <w:p>
      <w:pPr>
        <w:jc w:val="right"/>
      </w:pPr>
      <w:r>
        <w:t>This fact is explained in the chapterhood of the Quran. If your lord had wished, he would have made mankind into one community. As it is, they will not cease to dispute. And to this end he has created them all except for those to whom your lord has shown mercy. Chapter 11, verse one one eight to one one nine.</w:t>
      </w:r>
    </w:p>
    <w:p>
      <w:r>
        <w:rPr>
          <w:b/>
        </w:rPr>
        <w:t xml:space="preserve">[02:23] </w:t>
      </w:r>
      <w:r>
        <w:t>Pramita aabaad, now you can start the session. Awaaz clear hai meri? Yes, aap very clear. Aaj ka jo topic hai to isko lekar pehle hi bataungi.</w:t>
      </w:r>
    </w:p>
    <w:p>
      <w:pPr>
        <w:jc w:val="right"/>
      </w:pPr>
      <w:r>
        <w:t>पैमिता आबाद, now you can start the session. आवाज़ clear है मेरी? Yes, आप very clear. आज का जो topic है तो इसको लेकर पहले ही बताऊंगी.</w:t>
      </w:r>
    </w:p>
    <w:p>
      <w:r>
        <w:rPr>
          <w:b/>
        </w:rPr>
        <w:t xml:space="preserve">[02:50] </w:t>
      </w:r>
      <w:r>
        <w:t>Mera mizaj yeh tha Shabina ke koi cheez bhi kisi matlab ek sahi cheez ko jis nazar se dekha to to jab maine pehli baar Maulana sahib ke zariye hi samjha tha ke ek ikhtilaf jo hain woh part of nature hai.</w:t>
      </w:r>
    </w:p>
    <w:p>
      <w:pPr>
        <w:jc w:val="right"/>
      </w:pPr>
      <w:r>
        <w:t>मेरा मिज़ाज यह था छपीना कि कोई चीज़ भी किसी मतलब एक सही चीज़ को जिस नज़र से देखा तो तो जब मैंने पहली बार मौलाना साहब के ज़रिए ही समझा था कि एक तिलाफ़ जो हैं वह part of nature है.</w:t>
      </w:r>
    </w:p>
    <w:p>
      <w:r>
        <w:rPr>
          <w:b/>
        </w:rPr>
        <w:t xml:space="preserve">[03:19] </w:t>
      </w:r>
      <w:r>
        <w:t>To mujhe laga ke har taraf mere jo zehan ki jo khidkiyan hain woh khul gayi hain aur raushni aane lagi. To bahut badi baat mujhe samajh mein aayi thi jab mujhe pehli baar maine isko samjha tha ke agar har, agar har insaan ki ek soch hoti, agar har insaan baaton ko ek hi nazar se dekhe aur soche samjhe, to insaan ka zehni taca kaise hoga?</w:t>
      </w:r>
    </w:p>
    <w:p>
      <w:pPr>
        <w:jc w:val="right"/>
      </w:pPr>
      <w:r>
        <w:t>तो मुझे लगा कि हर तरफ़ मेरे जो ज़ेहन की जो खिड़कियां हैं वह खुल गई हैं और रौशनी आने लगी. तो बहुत बड़ी बात मुझे समझ में आई थी जब मुझे पहली बार मैंने इसको समझाता था कि अगर हर, अगर हर इंसान की एक सोच होती, अगर हर इंसान बातों को एक ही नज़र से देखिए और सोचे समझे, तो इंसान का ज़हनीय टका कैसे होगा?</w:t>
      </w:r>
    </w:p>
    <w:p>
      <w:r>
        <w:rPr>
          <w:b/>
        </w:rPr>
        <w:t xml:space="preserve">[03:45] </w:t>
      </w:r>
      <w:r>
        <w:t>To yeh bahut badi baat mujhe jab pehli baar Maulana sahib se mujhe samajh mein aayi thi, to yeh maine share karna tha. Yeh to yeh duniya itni tarakki kar gayi sirf insaan ke tarah tarah ke jo zehan the, tarah tarah ki jo soch thi uski wajah se aisa hua.</w:t>
      </w:r>
    </w:p>
    <w:p>
      <w:pPr>
        <w:jc w:val="right"/>
      </w:pPr>
      <w:r>
        <w:t>तो यह बहुत बड़ी बात मुझे जब पहली बार मुलाना साहब से मुझे समझ में आई थी, तो यह मैंने share करना था. यह तो यह दुनिया इतनी तरक्की कर गई सिर्फ़ इंसान के तरह तरह के जो ज़ेहन थे, तरह तरह की जो सोच थी उसकी वजह से ऐसा हुआ.</w:t>
      </w:r>
    </w:p>
    <w:p>
      <w:r>
        <w:rPr>
          <w:b/>
        </w:rPr>
        <w:t xml:space="preserve">[04:08] </w:t>
      </w:r>
      <w:r>
        <w:t>To har soch apni apni soch ko sahi samajhkar chal rahi hai aur zahir hai ke is duniya mein rehte hue itni tarah ki sochon ke saath zindagi guzarenge to is ikhtilaf to hoga hi.</w:t>
      </w:r>
    </w:p>
    <w:p>
      <w:pPr>
        <w:jc w:val="right"/>
      </w:pPr>
      <w:r>
        <w:t>तो हर सोच अपनी अपनी सोच को सही समझकर चल रही है और जाहिर है कि इस दुनिया में रहते हुए इतनी तरह की सोचों के साथ ज़िंदगी गुज़ारेंगे तो इस तिलाफ़ तो होगा ही.</w:t>
      </w:r>
    </w:p>
    <w:p>
      <w:r>
        <w:rPr>
          <w:b/>
        </w:rPr>
        <w:t xml:space="preserve">[04:36] </w:t>
      </w:r>
      <w:r>
        <w:t>Apne dimagh ke khazane mein izafa kar sakein. To Khuda ne jab ikhtilaf ko part of nature banaya hai to hamein chahiye ke hum ikhtilaf ke ko manage karne ka, karne ka adab seekhein. Jaise ikhtilaf ho jata hai to shikayat paida hoti hai.</w:t>
      </w:r>
    </w:p>
    <w:p>
      <w:pPr>
        <w:jc w:val="right"/>
      </w:pPr>
      <w:r>
        <w:t>अपने दिमाग़ के ख़ज़ाने में इज़ाफ़ा कर सकें. तो ख़ुदा ने जब इख़्तिलाफ़ को part of निजद बनाया है तो हमें चाहिए कि हम इख़्तिलाफ़ के को manage करने का, करने का आदाब सीखें. जैसे इख़्तलाफ हो जाता है तो शिकायत पैदा होती है.</w:t>
      </w:r>
    </w:p>
    <w:p>
      <w:r>
        <w:rPr>
          <w:b/>
        </w:rPr>
        <w:t xml:space="preserve">[04:58] </w:t>
      </w:r>
      <w:r>
        <w:t>To hamein chahiye ke hum doosron ke ka respect, doosron ki jo hai respect mein kami na hone dein balkeh saleeqe ke saath us ikhtilaf ka izhaar karein ke kisi ki dil ki azari na ho, kisi ka dil bhi na dukhe. Kyunke ikhtilaf ko shikayat aur negativity ki taraf le jaane ka matlab shaitan ka saath dena hai.</w:t>
      </w:r>
    </w:p>
    <w:p>
      <w:pPr>
        <w:jc w:val="right"/>
      </w:pPr>
      <w:r>
        <w:t>तो हमें चाहिए कि हम दूसरों के का respect, दूसरों की जो है respect में कमी ना होने दें बल्कि सलीखे के साथ उस इख़्तिलाफ का इज़्हार करें कि किसी की दिल की आज़ारी ना हो, किसी का दिल भी ना दुखे. क्योंकि इख़्तिलाफ को शिकायत और negativity की तरफ़ ले जाने का मतलब शैतान का साथ देना है.</w:t>
      </w:r>
    </w:p>
    <w:p>
      <w:r>
        <w:rPr>
          <w:b/>
        </w:rPr>
        <w:t xml:space="preserve">[05:23] </w:t>
      </w:r>
      <w:r>
        <w:t>Jaise shaitan ghar ke andar differences hone ki wajah se ladai karwa deta hai. Husband wife mein bhi chagra karwakar ikhtilaf ho jati hai. Is tarah ki bahut sari cheezein hain. Ghar ke andar aur bahar har taraf differences hone ki wajah se paida ho jate hain. To differences ko khatm karne ka mizaj hoga to shikayat paida hogi hi hogi.</w:t>
      </w:r>
    </w:p>
    <w:p>
      <w:pPr>
        <w:jc w:val="right"/>
      </w:pPr>
      <w:r>
        <w:t>जैसे शैतान घर के अंदर differences होने की वजह से लड़ाई करवा देता है. Husband wife में भी चगड़ा करवाकर तैलाख़ हो जाती है. इस तरह की बहुत सारी चीज़ें हैं. घर के अंदर और बाहर हर तरफ़ differences होने की वजह से पैदा हो जाते हैं. तो differences को ख़त्म करने का मिज़ाज होगा तो शिकायत पैदा होगी ही होगी.</w:t>
      </w:r>
    </w:p>
    <w:p>
      <w:r>
        <w:rPr>
          <w:b/>
        </w:rPr>
        <w:t xml:space="preserve">[05:49] </w:t>
      </w:r>
      <w:r>
        <w:t>Isliye jo Maulana sahib ne bataya ke visit him yeh hai ke differences ko khatm karne ki nahi balkeh manage karne ka saleeqa seekhein. Soch samajhkar baat karein, ilzam na lagayein taake shikayat aur narazgi na paida ho kyunke bardasht karna ek aala insani ya islami quality hai.</w:t>
      </w:r>
    </w:p>
    <w:p>
      <w:pPr>
        <w:jc w:val="right"/>
      </w:pPr>
      <w:r>
        <w:t>इसलिए जो मलाना साहब ने बताया कि visit him यह है कि differences को ख़त्म करने की नहीं बल्कि manage करने का सलीखा सीखें. सोच समझकर बात करें, इलज़ाम ना लगाएं ताकि शिकायत और नाराज़गी ना पैदा हो क्योंकि बर्दाश्त करना एक आला इंसानी या इस्लामी quality है.</w:t>
      </w:r>
    </w:p>
    <w:p>
      <w:r>
        <w:rPr>
          <w:b/>
        </w:rPr>
        <w:t xml:space="preserve">[06:10] </w:t>
      </w:r>
      <w:r>
        <w:t>To ek Asulullah ki zindagi se bahut sari cheezein samajh mein aati hain, sabit hain. Ke ek waqia mujhe yaad aaya ke mujhe yahi share karna chah rahi thi ke ek baar ek joo ka janaza ja raha tha to prophet khade ho gaye. To ek sahabi ne poocha ke woh to ek joo hai. To prophet ne jawab diya tha ke kya woh insaan nahi tha?</w:t>
      </w:r>
    </w:p>
    <w:p>
      <w:pPr>
        <w:jc w:val="right"/>
      </w:pPr>
      <w:r>
        <w:t>तो एक असुलिल्लाह की ज़िंदगी से बहुत सारी चीज़ें समझ में आती हैं, साबित हैं. कि एक वाकया मुझे याद आया कि मुझे यही share करना चाह रही थी कि एक बार एक जिव का जनाजा जा रहा था तो prophet खड़े हो गए. तो एक साबी ने पुछा कि वह तो एक जिव है. तो prophet ने जवाब दिया था कि क्या वह इंसान नहीं था?</w:t>
      </w:r>
    </w:p>
    <w:p>
      <w:r>
        <w:rPr>
          <w:b/>
        </w:rPr>
        <w:t xml:space="preserve">[06:38] </w:t>
      </w:r>
      <w:r>
        <w:t>To Maulana ne explain kara hai ke prophet ne apne aur us yahudi insaan ke andar common cheez discover kiya ke woh jaise insaan hai waise hi main bhi ek insaan hoon. Jaise Khuda ne usko banaya waise hi mujhko bhi banaya hai. To differences hain lekin ek common cheez hum sab mein hai ke hum sab insaan hain aur hum sab ek doosre ke bhai hain, behan hain.</w:t>
      </w:r>
    </w:p>
    <w:p>
      <w:pPr>
        <w:jc w:val="right"/>
      </w:pPr>
      <w:r>
        <w:t>तो मालाना ने explain करा है कि prophet ने अपने और उस यहूदी इंसान के अंदर common चीज़ discover किया कि वह जैसे इंसान है वैसे ही मैं भी एक इंसान हूं. जैसे खोदा ने उसको बनाया वैसे ही मुझको भी बनाया है. तो differences हैं लेकिन एक common चीज़ हम सब में है कि हम सब इंसान हैं और हम सब एक दूसरे के भाई हैं, बहन हैं.</w:t>
      </w:r>
    </w:p>
    <w:p>
      <w:r>
        <w:rPr>
          <w:b/>
        </w:rPr>
        <w:t xml:space="preserve">[07:05] </w:t>
      </w:r>
      <w:r>
        <w:t>To Maulana sahib ne jo bataya ke Islam aadmi ke andar yahi aala sharafat, aala filha paida karna chahta hai. To yahi meri learning thi Shabina. Thank you, aap. What I got from your, what you what you shared is that you were saying that differences is not actually an evil. It is good for humanity.</w:t>
      </w:r>
    </w:p>
    <w:p>
      <w:pPr>
        <w:jc w:val="right"/>
      </w:pPr>
      <w:r>
        <w:t>तो मलाना साहब ने जो बताया कि इस्लाम आदमी के अंदर यही आला शराफ़त, आला फ़िलहा पैदा करना चाहता है. तो यही मेरी learning थी शबीना. Thank you, अपम. What I got from your, what you what you shared is that you were saying that differences is not actually an evil. It is good for humanity.</w:t>
      </w:r>
    </w:p>
    <w:p>
      <w:r>
        <w:rPr>
          <w:b/>
        </w:rPr>
        <w:t xml:space="preserve">[07:33] </w:t>
      </w:r>
      <w:r>
        <w:t>And differences is not simply difference.</w:t>
      </w:r>
    </w:p>
    <w:p>
      <w:pPr>
        <w:jc w:val="right"/>
      </w:pPr>
      <w:r>
        <w:t>And differences is not simply difference.</w:t>
      </w:r>
    </w:p>
    <w:p>
      <w:r>
        <w:rPr>
          <w:b/>
        </w:rPr>
        <w:t xml:space="preserve">[07:38] </w:t>
      </w:r>
      <w:r>
        <w:t>It reflects diversity and the unlimited nature of men and women.</w:t>
      </w:r>
    </w:p>
    <w:p>
      <w:pPr>
        <w:jc w:val="right"/>
      </w:pPr>
      <w:r>
        <w:t>It reflects diversity and the unlimited nature of men and women.</w:t>
      </w:r>
    </w:p>
    <w:p>
      <w:r>
        <w:rPr>
          <w:b/>
        </w:rPr>
        <w:t xml:space="preserve">[07:43] </w:t>
      </w:r>
      <w:r>
        <w:t>Morana always used to say every man is mister different and every woman is misses miss different.</w:t>
      </w:r>
    </w:p>
    <w:p>
      <w:pPr>
        <w:jc w:val="right"/>
      </w:pPr>
      <w:r>
        <w:t>Morana always used to say every man is mister different and every woman is misses miss different.</w:t>
      </w:r>
    </w:p>
    <w:p>
      <w:r>
        <w:rPr>
          <w:b/>
        </w:rPr>
        <w:t xml:space="preserve">[07:49] </w:t>
      </w:r>
      <w:r>
        <w:t>So he always stressed on this fact.</w:t>
      </w:r>
    </w:p>
    <w:p>
      <w:pPr>
        <w:jc w:val="right"/>
      </w:pPr>
      <w:r>
        <w:t>So he always stressed on this fact.</w:t>
      </w:r>
    </w:p>
    <w:p>
      <w:r>
        <w:rPr>
          <w:b/>
        </w:rPr>
        <w:t xml:space="preserve">[07:54] </w:t>
      </w:r>
      <w:r>
        <w:t>We should all remember that what Morana has meant to us.</w:t>
      </w:r>
    </w:p>
    <w:p>
      <w:pPr>
        <w:jc w:val="right"/>
      </w:pPr>
      <w:r>
        <w:t>We should all remember that what Morana has meant to us.</w:t>
      </w:r>
    </w:p>
    <w:p>
      <w:r>
        <w:rPr>
          <w:b/>
        </w:rPr>
        <w:t xml:space="preserve">[07:59] </w:t>
      </w:r>
      <w:r>
        <w:t>I asked doctor Sabina to share him.</w:t>
      </w:r>
    </w:p>
    <w:p>
      <w:pPr>
        <w:jc w:val="right"/>
      </w:pPr>
      <w:r>
        <w:t>I asked doctor Sabina to share him.</w:t>
      </w:r>
    </w:p>
    <w:p>
      <w:r>
        <w:rPr>
          <w:b/>
        </w:rPr>
        <w:t xml:space="preserve">[08:05] </w:t>
      </w:r>
      <w:r>
        <w:t>bismillah hir rahman nir rahim. sabina aapne jo surah yud ka ayat quote kiya woh bahut hi zyada explanatory hai isko isko manne ke liye ki differences allah taala ki creation plan ka hi ek part hai aur kahin par bhi chahe hum phool patton mein dekhein, janwaron mein dekhein, har jagah hamein yeh cheez nazar aati hai. poori kainat ek different creations ki diversity se bhari hui hai.</w:t>
      </w:r>
    </w:p>
    <w:p>
      <w:pPr>
        <w:jc w:val="right"/>
      </w:pPr>
      <w:r>
        <w:t>अस्मिला है रहमान ए रहीम. सबीना आपने जो सूर्यहूद का आयत quote किया वह बहुत ही ज़्यादा explanatory है इसको इसको मानने के लिए कि differences अल्हा ताला की creation plan का ही एक part है और कहीं पर भी चाहे हम फ़ूल पत्तों में देखें, जानवरों में देखें, हर जगह हमें यह चीज़ नज़र आती है. पूरी कायनात एक different creations की diversity से भरी हुई है.</w:t>
      </w:r>
    </w:p>
    <w:p>
      <w:r>
        <w:rPr>
          <w:b/>
        </w:rPr>
        <w:t xml:space="preserve">[08:33] </w:t>
      </w:r>
      <w:r>
        <w:t>usmein hum khuda ki bahut badi ek rehmat paas dekhte hain ki allataala ne har cheez mein itni diversity aur itne designs dikhakar humne samjhaya ki yahi cheez insano ke saath hai. insano ki shuklosuratt alag hai aur jaisa tumne abhi kaha har insan mister different, miss different hai.</w:t>
      </w:r>
    </w:p>
    <w:p>
      <w:pPr>
        <w:jc w:val="right"/>
      </w:pPr>
      <w:r>
        <w:t>उसमें हम ख़ुदा की बहुत बड़ी एक ग्रहमत पास देखते हैं कि अल्लाताला ने हर चीज़ में इतनी diversity और इतने designs दिखाकर हमने समझाया कि यही चीज़ इंसानों के साथ है. इंसानों की शक्लोसूरत अलग है और जैसा तुमने अभी कहा हर इंसान mister different, miss different है.</w:t>
      </w:r>
    </w:p>
    <w:p>
      <w:r>
        <w:rPr>
          <w:b/>
        </w:rPr>
        <w:t xml:space="preserve">[08:54] </w:t>
      </w:r>
      <w:r>
        <w:t>toh ismein ek bahut badi hikmat hai alataala ki aapne bhi samjhaya ki jab do different personalities aapas mein interact karte hain toh kaise unke exchange se jo ek har waqt challenge rehta hai na dono ke dimagh mein? agar jaise aap keh rahe the koi mere behaviour se alag baat karta tha toh mujhe bahut udan hoti thi. toh woh jo friction hai na wahi hamare andar creativity paida karta hai basically.</w:t>
      </w:r>
    </w:p>
    <w:p>
      <w:pPr>
        <w:jc w:val="right"/>
      </w:pPr>
      <w:r>
        <w:t>तो इसमें एक बहुत बड़ी हिक्मत है अलाताला कि आपने भी समझाया कि जब दो different personalities आपस में interact करते हैं तो कैसे उनके exchange से जो एक हर वफ़ challenge रहता है ना दोनों के दिमाग में? अगर जैसे आप कह रहे थे कोई मेरे बिहार से अलग बात करता था तो मुझे बहुत उड़न होती थी. तो वह जो friction है ना वही हमारे अंदर creativity पैदा करता है basically.</w:t>
      </w:r>
    </w:p>
    <w:p>
      <w:r>
        <w:rPr>
          <w:b/>
        </w:rPr>
        <w:t xml:space="preserve">[09:19] </w:t>
      </w:r>
      <w:r>
        <w:t>jab koi doosra insaan humse alag point batata hai to yeh dono hi case mein hamare andar jo,</w:t>
      </w:r>
    </w:p>
    <w:p>
      <w:pPr>
        <w:jc w:val="right"/>
      </w:pPr>
      <w:r>
        <w:t>जब कोई दूसरा इंसान हमसे अलग point बताता है तो यह दोनों ही case में हमारे अंदर जो,</w:t>
      </w:r>
    </w:p>
    <w:p>
      <w:r>
        <w:rPr>
          <w:b/>
        </w:rPr>
        <w:t xml:space="preserve">[09:30] </w:t>
      </w:r>
      <w:r>
        <w:t>hamare andar jo personality hai woh strong hoti chali jaati hai, aala hoti chali jaati hai aur jitni</w:t>
      </w:r>
    </w:p>
    <w:p>
      <w:pPr>
        <w:jc w:val="right"/>
      </w:pPr>
      <w:r>
        <w:t>हमारे अंदर जो personality है वह strong होती चली जाती है, आला होती चली जाती है और जितनी</w:t>
      </w:r>
    </w:p>
    <w:p>
      <w:r>
        <w:rPr>
          <w:b/>
        </w:rPr>
        <w:t xml:space="preserve">[09:41] </w:t>
      </w:r>
      <w:r>
        <w:t>hamari aala personality hogi utna hi zyada hum deserving honge jannat ke liye.</w:t>
      </w:r>
    </w:p>
    <w:p>
      <w:pPr>
        <w:jc w:val="right"/>
      </w:pPr>
      <w:r>
        <w:t>हमारी आला personality होगी उतना ही ज़्यादा हम deserving होंगे जन्नत के लिए.</w:t>
      </w:r>
    </w:p>
    <w:p>
      <w:r>
        <w:rPr>
          <w:b/>
        </w:rPr>
        <w:t xml:space="preserve">[09:53] </w:t>
      </w:r>
      <w:r>
        <w:t>toh yeh mujhe fayda Maulana sahib ne samjhaya ki differences ka fayda hai kya? aur itni badi hikmat allah taala ki kya hai differences ke peeche? woh humne is tarah ki bahut aaye the padhi hain jismein allah taala farmate hain ki humne tumhein ek mard aur ek aurat se paida kiya phir uske baad tumhein qaumon mein baant diya.</w:t>
      </w:r>
    </w:p>
    <w:p>
      <w:pPr>
        <w:jc w:val="right"/>
      </w:pPr>
      <w:r>
        <w:t>तो यह मुझे फ़ायदा मराना साहब ने समझाया कि differences का फ़ायदा है क्या? और इतनी बड़ी हिकुमत अल्ला ताला की क्या है differences के पीछे? वह हमने इस तरह की बहुत आए थे पड़ी हैं जिसमें अल्ला ताला फरमाते हैं कि हमने तुम्हें एक मर्द और एक औरत से पैदा किया फिर उसके बाद तुम्हें गौमों में बांट दिया.</w:t>
      </w:r>
    </w:p>
    <w:p>
      <w:r>
        <w:rPr>
          <w:b/>
        </w:rPr>
        <w:t xml:space="preserve">[10:13] </w:t>
      </w:r>
      <w:r>
        <w:t>toh is sab ka jo reason hai, logic hai woh yahi samajh aata hai ki insan ke andar jo aaj itni tarakki jaise apne ka wajood mein aayi hai, itne zyada infrastructures hain, technology develop ho gayi hai.</w:t>
      </w:r>
    </w:p>
    <w:p>
      <w:pPr>
        <w:jc w:val="right"/>
      </w:pPr>
      <w:r>
        <w:t>तो इस सब का जो reason है, logic है वह यही समझ आता है कि इंसान के अंदर जो आज इतनी तरक्की जैसे अपने का वजूद में आई है, इतने ज़्यादा infrastructures हैं, technology develop हो गई है.</w:t>
      </w:r>
    </w:p>
    <w:p>
      <w:r>
        <w:rPr>
          <w:b/>
        </w:rPr>
        <w:t xml:space="preserve">[10:25] </w:t>
      </w:r>
      <w:r>
        <w:t>yeh bhi secular part mein differences hone se yeh bhi ek uska phenomena hai jo dekhne ko milta hai aur religious field mein bhi is tarah ke bahut sare aur ek ek quote bhi hai na aap sabhi logon ko Maulana sahib ne bataya ki agar everyone thinks alike then no one thinks anything. matlab koi agar sab log ek hi baat sochte hain, ek jaisa sochte hain toh kuch bhi nahi ho pata.</w:t>
      </w:r>
    </w:p>
    <w:p>
      <w:pPr>
        <w:jc w:val="right"/>
      </w:pPr>
      <w:r>
        <w:t>यह भी secular part में differences होने से यह भी एक उसका phenomena है जो देखने को मिलता है और religious field में भी इस तरह के बहुत सारे और एक एक quote भी है ना आप सभी लोगों को मुलाना साहब ने बताया कि अगर everyone thinks alike then no one thinks anything. मतलब कोई अगर सब लोग एक ही बात सोचते हैं, एक जैसा सोचते हैं तो कुछ भी नहीं हो पाता.</w:t>
      </w:r>
    </w:p>
    <w:p>
      <w:r>
        <w:rPr>
          <w:b/>
        </w:rPr>
        <w:t xml:space="preserve">[10:50] </w:t>
      </w:r>
      <w:r>
        <w:t>yeh ek bahut badi baat hai seekhne ki jisse ki jaise aaj hum log is topic par agar bolenge toh hamari sabke nazariye mein kitne differences honge usse hum jo seekhenge yahi hamara maqsad hota hai is discussion ka ki har aadmi alag aspect se ek baat kare. woh ek alag tarah se hamein thought deta hai, sikhata hai aur isko difference ko agar hum peacefully manage karein jaise ne kaha uski baat ko sune aur samjhein.</w:t>
      </w:r>
    </w:p>
    <w:p>
      <w:pPr>
        <w:jc w:val="right"/>
      </w:pPr>
      <w:r>
        <w:t>यह एक बहुत बड़ी बात है सीखने की जिससे कि जैसे आज हम लोग इस topic पर अगर बोलेंगे तो हमारी सबके नज़रिए में कितने differences होंगे उससे हम जो सीखेंगे यही हमारा मकसद होता है इस discussion का कि हर आदमी अलग aspect से एक बात करें. वह एक अलग तरह से हमें thought देता है, सिखाता है और इसको difference को अगर हम peacefully manage करें जैसे ने कहा उसकी बात को सुने और समझें.</w:t>
      </w:r>
    </w:p>
    <w:p>
      <w:r>
        <w:rPr>
          <w:b/>
        </w:rPr>
        <w:t xml:space="preserve">[11:18] </w:t>
      </w:r>
      <w:r>
        <w:t>doosre ki baat agar galat hai uske baad bhi hum common points ko lekar chalein. jaise ki ek ayat mein bhi pehle kitab ke liye bataya gaya tha ki humne common grounds par baat karni hai unse. ek gaadi ke liye yeh bahut important hai kyunki use hamesha difference ke beech apni baat rakhni hogi.</w:t>
      </w:r>
    </w:p>
    <w:p>
      <w:pPr>
        <w:jc w:val="right"/>
      </w:pPr>
      <w:r>
        <w:t>दूसरे की बात अगर ग़लत है उसके बाद भी हम common points को लेकर चलें. जैसे कि एक आयत में भी पहले किताब के लिए बताया गया था कि हमने common grounds पर बात करनी है उनसे. एक गाड़ी के लिए यह बहुत important है क्योंकि उसे हमेशा difference के beach अपनी बात रखनी होगी.</w:t>
      </w:r>
    </w:p>
    <w:p>
      <w:r>
        <w:rPr>
          <w:b/>
        </w:rPr>
        <w:t xml:space="preserve">[11:36] </w:t>
      </w:r>
      <w:r>
        <w:t>toh use hamesha yeh yeh approach lekar chalni padegi ki woh common grounds le dhoonde aisi baatein jo ki aam hain, jo ki sabke beech hoti hain aur phir usko lekar aapne aapne mission ko aage badhaye tab uski tarakki aur kamyabi zaroori shaalla hoti hai. lekin agar hum isi differences ko badhayein aur ise sochein ki ise kuch chalna chahiye kyunki meri baat sahi hai, yahi chalna chahiye.</w:t>
      </w:r>
    </w:p>
    <w:p>
      <w:pPr>
        <w:jc w:val="right"/>
      </w:pPr>
      <w:r>
        <w:t>तो उसे हमेशा यह यह approach लेकर चलनी पड़ेगी कि वह common grounds ले ढूंढे ऐसी बातें जो कि आम हैं, जो कि सबके beach होती हैं और फिर उसको लेकर आपने आपने mission को आगे बढ़ाए तब उसकी तरक्की और कामयाबी ज़रूरी शाल्ला होती है. लेकिन अगर हम इसी differences को बढ़ाएं और इसे सोचें कि इसे कुछ चलना चाहिए क्योंकि मेरी बात सही है, यही चलना चाहिए.</w:t>
      </w:r>
    </w:p>
    <w:p>
      <w:r>
        <w:rPr>
          <w:b/>
        </w:rPr>
        <w:t xml:space="preserve">[12:00] </w:t>
      </w:r>
      <w:r>
        <w:t>toh aksar history mein aisa hi hua hai ki jiske paas power hoti thi woh baqi sari opinions ko khatm kar deta tha, violence kar deta tha. toh yeh sari history isliye mujhe lagta hai ki violence se bhari hui hai kyunki log apni rai ko superior mante the, apne aap ko sahi mante the aur yeh bhool jate the ki differences are part of nature.</w:t>
      </w:r>
    </w:p>
    <w:p>
      <w:pPr>
        <w:jc w:val="right"/>
      </w:pPr>
      <w:r>
        <w:t>तो अक्सर history में ऐसा ही हुआ है कि जिसके पास power होती थी वह बाकी सारी opinions को ख़त्म कर देता था, violence कर देता था. तो यह सारी history इसलिए मुझे लगता है कि violence से भरी हुई है क्योंकि लोग अपनी राय को superior मानते थे, अपने आप को सही मानते थे और यह भूल जाते थे कि differences are part of nature.</w:t>
      </w:r>
    </w:p>
    <w:p>
      <w:r>
        <w:rPr>
          <w:b/>
        </w:rPr>
        <w:t xml:space="preserve">[12:20] </w:t>
      </w:r>
      <w:r>
        <w:t>yeh hamesha rahenge aur yeh hamare personality ko badhane ke liye aur sikhane ke liye hai aur ek aur ayat maine abhi chapter 42 mein dekhi jismein chapter 42 verse 10 usmein allah taala farmate hain aur jis kisi baat mein tum ikhtilaf karte ho uska faisla allahi ke supurd hai.</w:t>
      </w:r>
    </w:p>
    <w:p>
      <w:pPr>
        <w:jc w:val="right"/>
      </w:pPr>
      <w:r>
        <w:t>यह हमेशा रहेंगे और यह हमारे personality को बढ़ाने के लिए और सिखाने के लिए है और एक और आयात मैंने अभी chapter 42 में देखी जिसमें chapter 42 verse 10 उसमें अल्लाह दाला फ़रमाते हैं और जिस किसी बात में तुम इफ़्तलाफ़ करते हो उसका फ़ैसला अल्लाही के सुकुर्ध है.</w:t>
      </w:r>
    </w:p>
    <w:p>
      <w:r>
        <w:rPr>
          <w:b/>
        </w:rPr>
        <w:t xml:space="preserve">[12:41] </w:t>
      </w:r>
      <w:r>
        <w:t>toh yeh itna bada point hai ki difference management is ayat se samajh aa raha hai ki hum agar isko difference ko badhate rahein, apne aap mitane ki koshish karte rahein toh hum hum ek tarah se woh allah ka mamla apne haath mein le rahe hain.</w:t>
      </w:r>
    </w:p>
    <w:p>
      <w:pPr>
        <w:jc w:val="right"/>
      </w:pPr>
      <w:r>
        <w:t>तो यह इतना बड़ा point है कि difference management इस आयत से समझ आ रहा है कि हम अगर इसको difference को बढ़ाते रहें, अपने आप मिटाने की कोशिश करते रहें तो हम हम एक तरह से वह अल्लाह का मामला अपने हाथ में ले रहे हैं.</w:t>
      </w:r>
    </w:p>
    <w:p>
      <w:r>
        <w:rPr>
          <w:b/>
        </w:rPr>
        <w:t xml:space="preserve">[12:55] </w:t>
      </w:r>
      <w:r>
        <w:t>halanki woh maamla allah ke sukruj karna hai aur apne aap ko common grounds ke saath humein sabke saath</w:t>
      </w:r>
    </w:p>
    <w:p>
      <w:pPr>
        <w:jc w:val="right"/>
      </w:pPr>
      <w:r>
        <w:t>हालांकि वह मामला अल्लाह के सुकुर्ज करना है और अपने आपको common grounds के साथ हमें सबके साथ</w:t>
      </w:r>
    </w:p>
    <w:p>
      <w:r>
        <w:rPr>
          <w:b/>
        </w:rPr>
        <w:t xml:space="preserve">[13:04] </w:t>
      </w:r>
      <w:r>
        <w:t>lekar chalna hai aur yeh main ek aur yeh ek bahut hi bada example hai ki kaise differences</w:t>
      </w:r>
    </w:p>
    <w:p>
      <w:pPr>
        <w:jc w:val="right"/>
      </w:pPr>
      <w:r>
        <w:t>लेकर चलना है और यह मैं एक और यह एक बहुत ही बड़ा example है कि कैसे differences</w:t>
      </w:r>
    </w:p>
    <w:p>
      <w:r>
        <w:rPr>
          <w:b/>
        </w:rPr>
        <w:t xml:space="preserve">[13:14] </w:t>
      </w:r>
      <w:r>
        <w:t>ke bawajood hum sab ek reh sakte hain aur is baat par mulana sahab bahut emphasize karte the</w:t>
      </w:r>
    </w:p>
    <w:p>
      <w:pPr>
        <w:jc w:val="right"/>
      </w:pPr>
      <w:r>
        <w:t>के बावजूद हम सब एक रह सकते हैं और इस बात पर मुलाना साहब बहुत emphasize करते थे</w:t>
      </w:r>
    </w:p>
    <w:p>
      <w:r>
        <w:rPr>
          <w:b/>
        </w:rPr>
        <w:t xml:space="preserve">[13:23] </w:t>
      </w:r>
      <w:r>
        <w:t>کہ ہم CPS members جتنے بھی differences ہمارے بیچ ہوں۔</w:t>
      </w:r>
    </w:p>
    <w:p>
      <w:pPr>
        <w:jc w:val="right"/>
      </w:pPr>
      <w:r>
        <w:t>कि हम CPS members व्यक्ति कितने भी differences हमारे beach हों.</w:t>
      </w:r>
    </w:p>
    <w:p>
      <w:r>
        <w:rPr>
          <w:b/>
        </w:rPr>
        <w:t xml:space="preserve">[13:33] </w:t>
      </w:r>
      <w:r>
        <w:t>hamare andar ek unity honi chahiye. hamein manage karna aana chahiye un differences ko aur ismein hamare liye hamara jo incentive hona chahiye woh yeh hai ki hamein allah ke liye in differences ko mitana chahiye. tab hamein iska inshallah aakhir mein bhi sawal milega. main bas yahi kehna cha rahi thi Shabina. Doctor</w:t>
      </w:r>
    </w:p>
    <w:p>
      <w:pPr>
        <w:jc w:val="right"/>
      </w:pPr>
      <w:r>
        <w:t>हमारे अंदर एक unity होनी चाहिए. हमें manage करना आना चाहिए उन differences को और इसमें हमारे लिए हमारा जो incentive होना चाहिए वह यह है कि हमें अल्लाह के लिए इन differences को मिटाना चाहिए. तब हमें इसका इंशालाह आख़ित में भी सवाल मिलेगा. मैं बस यही कहना चाह रही थी शपीना. Doctor</w:t>
      </w:r>
    </w:p>
    <w:p>
      <w:r>
        <w:rPr>
          <w:b/>
        </w:rPr>
        <w:t xml:space="preserve">[13:56] </w:t>
      </w:r>
      <w:r>
        <w:t>Shabina, what I can infer from your talk is basically, you were talking about the healthy differences and the unhealthy differences. you elaborated on the unhealthy differences. what Molana says about healthy differences is that when you have healthy differences, then you can lead that to discussions and dialogue and intellectual development, and that leads to progress.</w:t>
      </w:r>
    </w:p>
    <w:p>
      <w:pPr>
        <w:jc w:val="right"/>
      </w:pPr>
      <w:r>
        <w:t>शपीना, what I can infer from your talk is basically, you were talking about the healthy differences and the unhealthy differences. You elaborated on the unhealthy differences. What Molana says about healthy differences is that when you have healthy differences, then you can lead that to discussions and dialogue and intellectual development, and that leads to progress.</w:t>
      </w:r>
    </w:p>
    <w:p>
      <w:r>
        <w:rPr>
          <w:b/>
        </w:rPr>
        <w:t xml:space="preserve">[14:23] </w:t>
      </w:r>
      <w:r>
        <w:t>but if there is no differences, then that leads to stagnation. Molena has pointed out very much in this fact, and every man and every woman is born with an unlimited potential. if this differences does not exist, it does not exist, then that potential will not unfold.</w:t>
      </w:r>
    </w:p>
    <w:p>
      <w:pPr>
        <w:jc w:val="right"/>
      </w:pPr>
      <w:r>
        <w:t>But if there is no differences, then that leads to stagnation. Molena has pointed out very much in this fact, and every man and every woman is born with an unlimited potential. If this differences does not exist, it does not exist, then that potential will not unfold.</w:t>
      </w:r>
    </w:p>
    <w:p>
      <w:r>
        <w:rPr>
          <w:b/>
        </w:rPr>
        <w:t xml:space="preserve">[14:47] </w:t>
      </w:r>
      <w:r>
        <w:t>it will not unfold, and that will lead to the stagnation of the whole society because each one of us is not progressing. so I invite Najma aapka to share her learning. aaj ka discussion bahut important hai.</w:t>
      </w:r>
    </w:p>
    <w:p>
      <w:pPr>
        <w:jc w:val="right"/>
      </w:pPr>
      <w:r>
        <w:t>It will not unfold, and that will lead to the stagnation of the whole society because each one of us is not progressing. So I invite नजमा आपका to share her learning. आज का discussion बहुत important है.</w:t>
      </w:r>
    </w:p>
    <w:p>
      <w:r>
        <w:rPr>
          <w:b/>
        </w:rPr>
        <w:t xml:space="preserve">[15:13] </w:t>
      </w:r>
      <w:r>
        <w:t>waise toh hum saare human beings jo hain woh ek hi species ke hain, homo sapiens hain. lekin agar hum dekhein toh kisi ke fingerprints ek se nahi hote aur kitni kitne individual differences hote hain aur woh dekhne mein toh khair chaliye saare ek tarah se ek bhi hain. unity mein diversity humein dikhti hai.</w:t>
      </w:r>
    </w:p>
    <w:p>
      <w:pPr>
        <w:jc w:val="right"/>
      </w:pPr>
      <w:r>
        <w:t>वैसे तो हम सारे human beings जो हैं वह एक ही species के हैं, homo sapiens हैं. लेकिन अगर हम देखें तो किसी के fingerprints एक से नहीं होते और कितनी कितने individual differences होते हैं और वह देखने में तो ख़ैर चलिए सारे एक तरह से एक भी हैं. Unity में diversity हमें दिखती है.</w:t>
      </w:r>
    </w:p>
    <w:p>
      <w:r>
        <w:rPr>
          <w:b/>
        </w:rPr>
        <w:t xml:space="preserve">[15:40] </w:t>
      </w:r>
      <w:r>
        <w:t>lekin agar hum spiritually aur mentally dekhein toh bahut zyada differences hain. log alag alag logon ke views hote hain aur matlab diversity I mean, it is divergence of views which arise between people because the difference is very important.</w:t>
      </w:r>
    </w:p>
    <w:p>
      <w:pPr>
        <w:jc w:val="right"/>
      </w:pPr>
      <w:r>
        <w:t>लेकिन अगर हम spiritually और mentally देखें तो बहुत ज़्यादा differences हैं. लोग अलग अलग लोगों के views होते हैं और मतलब diversity I mean, it is divergence of views which arise between people because the difference is very important.</w:t>
      </w:r>
    </w:p>
    <w:p>
      <w:r>
        <w:rPr>
          <w:b/>
        </w:rPr>
        <w:t xml:space="preserve">[16:10] </w:t>
      </w:r>
      <w:r>
        <w:t>toh Maulana ki writings mein bhi jo abhi doctor Safina ne bhi kaha ki ek maghribi scholar se kisi ne poocha ki maghribi tarakki ka kya kya raaz hai? toh unhone kaha descent ki aap descent kar sakein kisi se yani itlaaf e rai.</w:t>
      </w:r>
    </w:p>
    <w:p>
      <w:pPr>
        <w:jc w:val="right"/>
      </w:pPr>
      <w:r>
        <w:t>तो मोलाना की writings में भी जो अभी doctor सफ़ीना ने भी कहा कि एक मग्रवी scholar से किसी ने पुछा कि मग्रवी तरक्की का क्या क्या राज है? तो उन्होंने कहा descent कि आप descent कर सकें किसी से यानी इत्तला पर राय.</w:t>
      </w:r>
    </w:p>
    <w:p>
      <w:r>
        <w:rPr>
          <w:b/>
        </w:rPr>
        <w:t xml:space="preserve">[16:26] </w:t>
      </w:r>
      <w:r>
        <w:t>toh yeh bahut mufeed hai, bahut important cheez hai aur isse bahut different cheezein bahut sare pehlu saamne aate hain aur haan yeh Doctor Sapna ne kaha tha ki Maulana ne Walter Lipman ki is quote ko bhi kai baar quote karte the woh ki if everyone thinks alike, no one thinks very much.</w:t>
      </w:r>
    </w:p>
    <w:p>
      <w:pPr>
        <w:jc w:val="right"/>
      </w:pPr>
      <w:r>
        <w:t>तो यह बहुत मफ़ीद है, बहुत important चीज़ है और इससे बहुत different चीज़ें बहुत सारे पहलू सामने आते हैं और हां यह Doctor सपना ने कहा था कि मौलाना ने Walter Lipman की इस quote को भी कई बार quote करते थे वह कि if everyone thinks alike, no one thinks very much.</w:t>
      </w:r>
    </w:p>
    <w:p>
      <w:r>
        <w:rPr>
          <w:b/>
        </w:rPr>
        <w:t xml:space="preserve">[16:50] </w:t>
      </w:r>
      <w:r>
        <w:t>toh hamari thinking diverse hai aur hamein diversely think karna bhi chahiye aur Maulana discussion ki bhi bahut important karte the. toh agar differences hain toh discussions aur zyada important ho jate hain. doosre se agree karna toh waise aasan hai. disagree karne ke muqable mein kyunki yahan aapko reason dena padega.</w:t>
      </w:r>
    </w:p>
    <w:p>
      <w:pPr>
        <w:jc w:val="right"/>
      </w:pPr>
      <w:r>
        <w:t>तो हमारी thinking diverse है और हमें diversely think करना भी चाहिए और मौलाना discussion की भी बहुत important करते थे. तो अगर differences हैं तो discussions और ज़्यादा important हो जाते हैं. दूसरे से agree करना तो वैसे आसान है. Disagree करने के मुकाबले में क्योंकि यहां आपको reason देना पड़ेगा.</w:t>
      </w:r>
    </w:p>
    <w:p>
      <w:r>
        <w:rPr>
          <w:b/>
        </w:rPr>
        <w:t xml:space="preserve">[17:17] </w:t>
      </w:r>
      <w:r>
        <w:t>disagree agar aap karenge toh aapko reason dena hoga. isliye aapka mind ek creative mind hona chahiye.</w:t>
      </w:r>
    </w:p>
    <w:p>
      <w:pPr>
        <w:jc w:val="right"/>
      </w:pPr>
      <w:r>
        <w:t>Disagree अगर आप करेंगे तो आपको reason देना होगा. इसलिए आपका mind एक creative mind होना चाहिए.</w:t>
      </w:r>
    </w:p>
    <w:p>
      <w:r>
        <w:rPr>
          <w:b/>
        </w:rPr>
        <w:t xml:space="preserve">[17:26] </w:t>
      </w:r>
      <w:r>
        <w:t>kyunki one should have a very creative mind if you are thinking differently aur yeh jo thinking hai yeh ek tarah se higher order thinking hogi aur is higher order thinking ki agar hum samajh mein hum samajh banaye toh woh hamara intellectual development hota hai.</w:t>
      </w:r>
    </w:p>
    <w:p>
      <w:pPr>
        <w:jc w:val="right"/>
      </w:pPr>
      <w:r>
        <w:t>क्योंकि one should have a very creative mind if you are thinking differently और यह जो thinking है यह एक तरह से higher order thinking होगी और इस higher order thinking की अगर हम समझ में हम समझ बनाएं तो वह हमारा intellectual development होता है.</w:t>
      </w:r>
    </w:p>
    <w:p>
      <w:r>
        <w:rPr>
          <w:b/>
        </w:rPr>
        <w:t xml:space="preserve">[17:48] </w:t>
      </w:r>
      <w:r>
        <w:t>to Maulana Sahab ne mutala hai Quran ke page 87 par woh jo article likha hai jiska Famiida Sahab ne bhi bataya ikhtilaf ki hikmat unhone poora article likha hai jisme surah kud ki ek sau atharah aur ek sau unnis ayat ko discuss kiya hai aur is ayat mein jis ikhtilaf ka zikr hai woh mazhabi ikhtilaf hai.</w:t>
      </w:r>
    </w:p>
    <w:p>
      <w:pPr>
        <w:jc w:val="right"/>
      </w:pPr>
      <w:r>
        <w:t>तो मौलाना साहब ने मुताला है कुरान के page 87 पर वह जो article लिखा है जिसका फ़मीदा साहब ने भी बताया इस्तलाफ़ की हिक्मत उन्होंने पूरा article लिखा है जिसमें सूर्य कूद की एक सौ अठारह और एक सौ उन्नीस आयात को discuss किया है और इस आयात में जिस इख़ितिलाफ़ का ज़िक्र है वह मज़हबी इख़ितिलाफ़ है.</w:t>
      </w:r>
    </w:p>
    <w:p>
      <w:r>
        <w:rPr>
          <w:b/>
        </w:rPr>
        <w:t xml:space="preserve">[18:13] </w:t>
      </w:r>
      <w:r>
        <w:t>to tasqiron ko Quran mein elaborate kiya hai ki duniya mein sari makluqat ek fix raste par chalti hain aur sari. Insan aur uski apni instinct ki wajah se jo bhi Allah ki wajah Allah ne diye hain woh instinct usse woh follow karta hai lekin insan ke liye jo Allah ki scheme hai woh doosri hai. Allah ne insan ko freedom di hai.</w:t>
      </w:r>
    </w:p>
    <w:p>
      <w:pPr>
        <w:jc w:val="right"/>
      </w:pPr>
      <w:r>
        <w:t>तो तस्क़ीरों को कुरान में elaborate किया है कि दुनिया में सारी मक़लूक़ात एक fix रास्ते पर चलती हैं और सारी. इंसान और उसकी अपनी instinct की वजह से जो भी अल्लाह की वजह अल्लाह ने दिए हैं वह instinct उससे वह follow करता है लेकिन इंसान के लिए जो अल्लाह की scheme है वह दूसरी है. अल्लाह ने इंसान को freedom दी है.</w:t>
      </w:r>
    </w:p>
    <w:p>
      <w:r>
        <w:rPr>
          <w:b/>
        </w:rPr>
        <w:t xml:space="preserve">[18:39] </w:t>
      </w:r>
      <w:r>
        <w:t>uske tehat ek cheez ko woh leta hai aur doosri ko chhoden. Yeh uski choice hona chahiye. Allah ne ek din, ek din haq ke sath doosre bahut sare ghair sahi mazhabon ko bhi jilna rehne ka mauqa diya hai aur woh aur woh hai sharate muskeen ya haqdeeen sirf ek hai.</w:t>
      </w:r>
    </w:p>
    <w:p>
      <w:pPr>
        <w:jc w:val="right"/>
      </w:pPr>
      <w:r>
        <w:t>उसके तहत एक चीज़ को वह लेता है और दूसरी को छोड़ें. यह उसकी choice होना चाहिए. अल्लाह ने एक दिन, एक दिन हक़ के साथ दूसरे बहुत सारे गैर सही मज़हबों को भी जिलना रहने का मौक़ा दिया है और वह और वह है शराते मुस्कीन या हकेदीन सिर्फ़ एक है.</w:t>
      </w:r>
    </w:p>
    <w:p>
      <w:r>
        <w:rPr>
          <w:b/>
        </w:rPr>
        <w:t xml:space="preserve">[19:08] </w:t>
      </w:r>
      <w:r>
        <w:t>uske sath usko sath matlab jo gubrahik ki bhi cheezen hain woh bhi sath karti hain. To hamein apni aql istemal karke sahi aur ghalat ke beach mein tameez karna hai. Yahi hamari yeh hamara test hai. Nahak ko radd karke haq ko iqtair karna hai.</w:t>
      </w:r>
    </w:p>
    <w:p>
      <w:pPr>
        <w:jc w:val="right"/>
      </w:pPr>
      <w:r>
        <w:t>उसके साथ उसको साथ मतलब जो गुब्राहिक की भी चीज़ें हैं वह भी साथ करती हैं. तो हमें अपनी अक्ल इस्तेमाल करके सही और ग़लत के beach में तमीज़ करना है. यही हमारी यह हमारा test है. नाहक को रद्द करके हक को इक़्तैर करना है.</w:t>
      </w:r>
    </w:p>
    <w:p>
      <w:r>
        <w:rPr>
          <w:b/>
        </w:rPr>
        <w:t xml:space="preserve">[19:30] </w:t>
      </w:r>
      <w:r>
        <w:t>to Khuda ki rehmat jab bhi mil sakti hai aur yeh bhi unhone kaha meri umeed ka ikhtilaf rehmat hai. Ikhtilaf jo hai woh rehmat hai. To insan apne shaur ko itna jagaye ki bilgaib ki jo cheezen hain use samjhe aur un par Allah par bharosa karein usse fikri aur ruhani tarqi hoti hai aur yeh sirf insan hi kar sakta hai aur koi makluq nahi hai.</w:t>
      </w:r>
    </w:p>
    <w:p>
      <w:pPr>
        <w:jc w:val="right"/>
      </w:pPr>
      <w:r>
        <w:t>तो ख़ुदा की रहमत जब भी मिल सकती है और यह भी उन्होंने कहा मेरी उम्मीद का इख़्तिलाफ़ रहमत है. इख़्तिलाफ़ जो है वह रहमत है. तो इंसान अपने शौर को इतना जगाए कि बिल्गैब की जो चीज़ें हैं उसे समझे और उन पर अल्लाह पर भरोसा करें उससे फिक्री और रुहानी तरफ़ी होती है और यह सिर्फ़ इंसान ही कर सकता है और कोई मक़लूक नहीं है.</w:t>
      </w:r>
    </w:p>
    <w:p>
      <w:r>
        <w:rPr>
          <w:b/>
        </w:rPr>
        <w:t xml:space="preserve">[20:00] </w:t>
      </w:r>
      <w:r>
        <w:t>We should develop a habit of thinking aur objective thinking, not subjective thinking. To yeh introspection karke apne ghaltiyon ko dhoondhna yeh bhi thinking ke basis par hoga.</w:t>
      </w:r>
    </w:p>
    <w:p>
      <w:pPr>
        <w:jc w:val="right"/>
      </w:pPr>
      <w:r>
        <w:t>We should develop a habit of thinking और objective thinking, not subjective thinking. तो यह introspection करके अपने ग़लतियों को ढूंढना यह भी thinking के basis पर होगा.</w:t>
      </w:r>
    </w:p>
    <w:p>
      <w:r>
        <w:rPr>
          <w:b/>
        </w:rPr>
        <w:t xml:space="preserve">[20:14] </w:t>
      </w:r>
      <w:r>
        <w:t>to tarfeez ya criticism jo hai, to hamein criticize agar kisi ko karna hai woh unwise hokar positive mind se karna chahiye.</w:t>
      </w:r>
    </w:p>
    <w:p>
      <w:pPr>
        <w:jc w:val="right"/>
      </w:pPr>
      <w:r>
        <w:t>तो तरफ़ीज़ या criticism जो है, तो हमें criticize अगर किसी को करना है वह unwise होकर positive mind से करना चाहिए.</w:t>
      </w:r>
    </w:p>
    <w:p>
      <w:r>
        <w:rPr>
          <w:b/>
        </w:rPr>
        <w:t xml:space="preserve">[20:31] </w:t>
      </w:r>
      <w:r>
        <w:t>kyunki jo jab hum kisi ko criticize karein to woh bhi positive mind se aur unbiased hokar karein aur agar koi hamare upar hamein criticize karein because thinking is different to hamein bhi use positively lena chahiye. Agar hum usko positive lenge to hum mentally grow karenge. Jo hamari ghalati hai hum usko samajh payenge.</w:t>
      </w:r>
    </w:p>
    <w:p>
      <w:pPr>
        <w:jc w:val="right"/>
      </w:pPr>
      <w:r>
        <w:t>क्योंकि जो जब हम किसी को criticize करें तो वह भी positive mind से और unbiased होकर करें और अगर कोई हमारे ऊपर हमें criticize करें because thinking is different तो हमें भी उसे positively लेना चाहिए. अगर हम उसको positive लेंगे तो हम mentally grow करेंगे. जो हमारी ग़लती है हम उसको समझ पाएंगे.</w:t>
      </w:r>
    </w:p>
    <w:p>
      <w:r>
        <w:rPr>
          <w:b/>
        </w:rPr>
        <w:t xml:space="preserve">[20:55] </w:t>
      </w:r>
      <w:r>
        <w:t>to isse hamara intellectual development bhi hoga aur ikhtilaf mein hamein kyunki daleel dekar justification ke sath karna chahiye hamein. To ilzam tarashi nahi, yeh yeh bahut important baat hai. To ikhtilaf mein rai ya descent jo hai woh har sense mein faydemand hota hai. Agar positive manner mein rahein to naye pehlu hamare samne aate hain.</w:t>
      </w:r>
    </w:p>
    <w:p>
      <w:pPr>
        <w:jc w:val="right"/>
      </w:pPr>
      <w:r>
        <w:t>तो इससे हमारा intellectual development भी होगा और इस्तलाफ़ में हमें क्योंकि दलील देकर justification के साथ करना चाहिए हमें. तो इल्ज़ाम तराशी नहीं, यह यह बहुत important बात है. तो इस्तलाफ़ में राय या descent जो है वह हर sense में फायदेमंद होता है. अगर positive manner में रहें तो नए पहलू हमारे सामने आते हैं.</w:t>
      </w:r>
    </w:p>
    <w:p>
      <w:r>
        <w:rPr>
          <w:b/>
        </w:rPr>
        <w:t xml:space="preserve">[21:23] </w:t>
      </w:r>
      <w:r>
        <w:t>isse hamein advantage hum le sakte hain. Criticism ko negative lekar humse hamein koi fayda nahi, usse pareshani hogi, usse hum stress bhi ho sakte hain. To agar hum sochein ki difference are part of nature. Allah ne aise hi hamein banaya hai to hum phir negatively usko nahi lenge.</w:t>
      </w:r>
    </w:p>
    <w:p>
      <w:pPr>
        <w:jc w:val="right"/>
      </w:pPr>
      <w:r>
        <w:t>इससे हमें advantage हम ले सकते हैं. Criticism को negative लेकर हमसे हमें कोई फ़ायदा नहीं, उससे परेशानी होगी, उससे हम stress भी हो सकते हैं. तो अगर हम सोचें कि difference are part of nature. अल्लाह ने ऐसे ही हमें बनाया है तो हम फिर negatively उसको नहीं लेंगे.</w:t>
      </w:r>
    </w:p>
    <w:p>
      <w:r>
        <w:rPr>
          <w:b/>
        </w:rPr>
        <w:t xml:space="preserve">[21:43] </w:t>
      </w:r>
      <w:r>
        <w:t>agar positive rahein to intel, to intellectually hum develop honge aur Allah ki rehmat us insan ko milti hai jo apne shaur ko itna jagaye ki woh insan kudrat ke parde se Khuda ke kudrat ko dekhkar uske amal ke zariye insani shakhsiyat jo uski ittidai halat hai usse tarqi karke upar pahunchta hai. To jo Maulana kehte the ki man se Superman ho jayega.</w:t>
      </w:r>
    </w:p>
    <w:p>
      <w:pPr>
        <w:jc w:val="right"/>
      </w:pPr>
      <w:r>
        <w:t>अगर positive रहें तो intel, तो intellectually हम develop होंगे और अल्लाह की रहमत उस इंसान को मिलती है जो अपने शौर को इतना जगाए कि वह इंसान कुदरत के पर्दे से ख़ुदा के कुदरत को देखकर उसके अमल के ज़रिए इंसानी शख़्सियत जो उसकी इत्तिदाई हालत है उससे तरफ़ी करके ऊपर पहुंचता है. तो जो मौलाना कहते थे कि man से Superman हो जाएगा.</w:t>
      </w:r>
    </w:p>
    <w:p>
      <w:r>
        <w:rPr>
          <w:b/>
        </w:rPr>
        <w:t xml:space="preserve">[22:11] </w:t>
      </w:r>
      <w:r>
        <w:t>to jab hum matlab differences ko samjhenge, discussion karenge tabhi woh man se Superman ho sakta hai.</w:t>
      </w:r>
    </w:p>
    <w:p>
      <w:pPr>
        <w:jc w:val="right"/>
      </w:pPr>
      <w:r>
        <w:t>तो जब हम मतलब differences को समझेंगे, discussion करेंगे तभी वह man से Superman हो सकता है.</w:t>
      </w:r>
    </w:p>
    <w:p>
      <w:r>
        <w:rPr>
          <w:b/>
        </w:rPr>
        <w:t xml:space="preserve">[22:18] </w:t>
      </w:r>
      <w:r>
        <w:t>to allah se dua hai ki jo differences hain, jiski wajah se ikhtilaaf paida hote hain unse hum</w:t>
      </w:r>
    </w:p>
    <w:p>
      <w:pPr>
        <w:jc w:val="right"/>
      </w:pPr>
      <w:r>
        <w:t>तो अल्लाह से दुआ है कि जो differences हैं, जिसकी वजह से इख़्तिला पैदा होते हैं उनसे हम</w:t>
      </w:r>
    </w:p>
    <w:p>
      <w:r>
        <w:rPr>
          <w:b/>
        </w:rPr>
        <w:t xml:space="preserve">[22:26] </w:t>
      </w:r>
      <w:r>
        <w:t>pareshan na hon, negatively na lein balki unko positive manner mein lekar apni behtar samajh samajh banaye.</w:t>
      </w:r>
    </w:p>
    <w:p>
      <w:pPr>
        <w:jc w:val="right"/>
      </w:pPr>
      <w:r>
        <w:t>परेशान ना हों, negatively ना लें बल्कि उनको positive manner में लेकर अपनी बेहतर समझ समझ बनाएं.</w:t>
      </w:r>
    </w:p>
    <w:p>
      <w:r>
        <w:rPr>
          <w:b/>
        </w:rPr>
        <w:t xml:space="preserve">[22:34] </w:t>
      </w:r>
      <w:r>
        <w:t>yahi meri learning hai jazaak.</w:t>
      </w:r>
    </w:p>
    <w:p>
      <w:pPr>
        <w:jc w:val="right"/>
      </w:pPr>
      <w:r>
        <w:t>यही मेरी learning है जज़ाक.</w:t>
      </w:r>
    </w:p>
    <w:p>
      <w:r>
        <w:rPr>
          <w:b/>
        </w:rPr>
        <w:t xml:space="preserve">[22:42] </w:t>
      </w:r>
      <w:r>
        <w:t>Thank you Afwaah for sharing your learning. And Famiida Afwaah, would you like to say something? Achha Beena bahut achha se bataya Doctor Safeena ne bhi yeh nazma apane mein bahut behtareen bataya.</w:t>
      </w:r>
    </w:p>
    <w:p>
      <w:pPr>
        <w:jc w:val="right"/>
      </w:pPr>
      <w:r>
        <w:t>Thank you अफवाह for sharing your learning. And फ़ैमीदा अफवाह, would you like to say something? अच्छा बीना बहुत अच्छा से बताया doctor सफीना ने भी यह नजमा अपाने में बहुत बेहतरीन बताया.</w:t>
      </w:r>
    </w:p>
    <w:p>
      <w:r>
        <w:rPr>
          <w:b/>
        </w:rPr>
        <w:t xml:space="preserve">[22:56] </w:t>
      </w:r>
      <w:r>
        <w:t>mujhe ek khareed se is par yaad aayi ki ek hazrat sahi bijli ki ek riwayat nakal kiya</w:t>
      </w:r>
    </w:p>
    <w:p>
      <w:pPr>
        <w:jc w:val="right"/>
      </w:pPr>
      <w:r>
        <w:t>मुझे एक ख़रीद से इस पर याद आई कि एक हज़रत सही बिजली की एक रिवायत नकल किया</w:t>
      </w:r>
    </w:p>
    <w:p>
      <w:r>
        <w:rPr>
          <w:b/>
        </w:rPr>
        <w:t xml:space="preserve">[23:04] </w:t>
      </w:r>
      <w:r>
        <w:t>hai ki woh kehte hain ki aur hamesha nayi baat seekhne ka vishay man ho aur us tarah</w:t>
      </w:r>
    </w:p>
    <w:p>
      <w:pPr>
        <w:jc w:val="right"/>
      </w:pPr>
      <w:r>
        <w:t>है कि वह कहते हैं कि और हमेशा नई बात सीखने का भाई श्रीमान हो और उस तरह</w:t>
      </w:r>
    </w:p>
    <w:p>
      <w:r>
        <w:rPr>
          <w:b/>
        </w:rPr>
        <w:t xml:space="preserve">[23:13] </w:t>
      </w:r>
      <w:r>
        <w:t>आदमी का धनी विद्धका मसल्सन चाली रहता है और सोचने और अमल करने के लिए नए रात के</w:t>
      </w:r>
    </w:p>
    <w:p>
      <w:pPr>
        <w:jc w:val="right"/>
      </w:pPr>
      <w:r>
        <w:t>आदमी का धनी विद्धका मसल्सन चाली रहता है और सोचने और अमर करने के लिए नए रात के</w:t>
      </w:r>
    </w:p>
    <w:p>
      <w:r>
        <w:rPr>
          <w:b/>
        </w:rPr>
        <w:t xml:space="preserve">[23:22] </w:t>
      </w:r>
      <w:r>
        <w:t>diyaag karta rehta hai.</w:t>
      </w:r>
    </w:p>
    <w:p>
      <w:pPr>
        <w:jc w:val="right"/>
      </w:pPr>
      <w:r>
        <w:t>दियाग करता रहता है.</w:t>
      </w:r>
    </w:p>
    <w:p>
      <w:r>
        <w:rPr>
          <w:b/>
        </w:rPr>
        <w:t xml:space="preserve">[23:31] </w:t>
      </w:r>
      <w:r>
        <w:t>तो आम इंसान अगर सिर्फ इंसान होता hai to aisa aadmi pure maane mein ek galti yavta hota hai.</w:t>
      </w:r>
    </w:p>
    <w:p>
      <w:pPr>
        <w:jc w:val="right"/>
      </w:pPr>
      <w:r>
        <w:t>तो आम इंसान अगर सिर्फ इंसान होता है तो ऐसा आदमी पूरे माने में एक गलती यावता होता है.</w:t>
      </w:r>
    </w:p>
    <w:p>
      <w:r>
        <w:rPr>
          <w:b/>
        </w:rPr>
        <w:t xml:space="preserve">[23:38] </w:t>
      </w:r>
      <w:r>
        <w:t>to jaise ki hamare paas ayesha yusra ka woh se learning wala message aata hai.</w:t>
      </w:r>
    </w:p>
    <w:p>
      <w:pPr>
        <w:jc w:val="right"/>
      </w:pPr>
      <w:r>
        <w:t>तो जैसे कि हमारे पास आयशा यूसरा का वह से learning वाला message आता है.</w:t>
      </w:r>
    </w:p>
    <w:p>
      <w:r>
        <w:rPr>
          <w:b/>
        </w:rPr>
        <w:t xml:space="preserve">[23:46] </w:t>
      </w:r>
      <w:r>
        <w:t>to mujhe asha yusra bhi yaad aa rahi thi ki mashallah unka bahut hi achha rehta hai.</w:t>
      </w:r>
    </w:p>
    <w:p>
      <w:pPr>
        <w:jc w:val="right"/>
      </w:pPr>
      <w:r>
        <w:t>तो मुझे आशा यूसरा भी याद आ रही थी कि मशहल्लाह उनका बहुत ही अच्छा रहता है.</w:t>
      </w:r>
    </w:p>
    <w:p>
      <w:r>
        <w:rPr>
          <w:b/>
        </w:rPr>
        <w:t xml:space="preserve">[23:54] </w:t>
      </w:r>
      <w:r>
        <w:t>woh har cheez se kuch na kuch learning leti hai aur aur hum sabke saath share karti hai mashallah.</w:t>
      </w:r>
    </w:p>
    <w:p>
      <w:pPr>
        <w:jc w:val="right"/>
      </w:pPr>
      <w:r>
        <w:t>वह हर चीज़ से कुछ ना कुछ learning लेती है और और हम सबके साथ share करती है मशहल्ला.</w:t>
      </w:r>
    </w:p>
    <w:p>
      <w:r>
        <w:rPr>
          <w:b/>
        </w:rPr>
        <w:t xml:space="preserve">[24:02] </w:t>
      </w:r>
      <w:r>
        <w:t>Aisha, would you like to say something? Doctor Sutti Doctor Sutti haan, ek mujhe bahut important laga nazmapa ka point.</w:t>
      </w:r>
    </w:p>
    <w:p>
      <w:pPr>
        <w:jc w:val="right"/>
      </w:pPr>
      <w:r>
        <w:t>आशय, would you like to say something? Doctor सुट्टी doctor सुट्टी हां, एक मुझे बहुत important लगा नजमापा का point.</w:t>
      </w:r>
    </w:p>
    <w:p>
      <w:r>
        <w:rPr>
          <w:b/>
        </w:rPr>
        <w:t xml:space="preserve">[24:19] </w:t>
      </w:r>
      <w:r>
        <w:t>main yeh samajh pa rahi hoon ki jo bhi yeh jo differences ki baat apne kahin ke differences ki wajah se jo deen mein bhi differences hote hain to woh bhi Allah ki creation plan ka hi part hai kyunki Allah taala chahta hai ki hum apni free will se haq ko pehchanein. Koi compulsion na ho deen mein jaise ek ayat hai ki deen mein koi compulsion nahi.</w:t>
      </w:r>
    </w:p>
    <w:p>
      <w:pPr>
        <w:jc w:val="right"/>
      </w:pPr>
      <w:r>
        <w:t>मैं यह समझ पा रही हूं कि जो भी यह जो differences की बात अपने कहीं के differences की वजह से जो दीन में भी differences होते हैं तो वह भी अल्लाह की creation plan का ही part है क्योंकि अल्लाह ताला चाहता है कि हम अपनी free will से हक को पहचानें. कोई compulsion ना हो दीन में जैसे एक आयत है कि दीन में कोई compulsion नहीं.</w:t>
      </w:r>
    </w:p>
    <w:p>
      <w:r>
        <w:rPr>
          <w:b/>
        </w:rPr>
        <w:t xml:space="preserve">[24:42] </w:t>
      </w:r>
      <w:r>
        <w:t>wahi yeh baat bata rahi hai ki hum insan ka test yahi hai ki woh apni poori aazadi ka istemal karte hue yeh ab yeh cheez pehchane ke sahi kya hai aur galat kya hai? Isiliye yahan par galat bhi rakha hua hai aur sahi bhi rakha hua hai. To differences agar hum yeh maan lein ki agar main jo cheez sahi maan rahi hoon baqi sabko main kisi tarah se unke upar zabardasti karke usko manwana chahun to isse anarchy aur fasa bhi phaila phailaungi main. Apna development nahi kar paungi.</w:t>
      </w:r>
    </w:p>
    <w:p>
      <w:pPr>
        <w:jc w:val="right"/>
      </w:pPr>
      <w:r>
        <w:t>वही यह बात बता रही है कि हम इंसान का test यही है कि वह अपनी पूरी आज़ादी का इस्तेमाल करते हुए यह अब यह चीज़ पहचाने के सही क्या है और गलत क्या है? इसीलिए यहां पर गलत भी रखा हुआ है और सही भी रखा हुआ है. तो differences अगर हम यह मान लें कि अगर मैं जो चीज़ सही मान रही हूं बाकी सबको मैं किसी तरह से उनके ऊपर जबरदस्ती करके उसको मनमाना चाहूं तो इससे anarchy और फ़सा भी फैला फैलाऊंगी मैं. अपना development नहीं कर पाऊंगी.</w:t>
      </w:r>
    </w:p>
    <w:p>
      <w:r>
        <w:rPr>
          <w:b/>
        </w:rPr>
        <w:t xml:space="preserve">[25:12] </w:t>
      </w:r>
      <w:r>
        <w:t>yeh point bahut achha mujhe nazar a padta hai. Samajh mein aaya jiza kar lao aap. Nahi. I would like to say something regarding this difference. Difference important in both fields, secular, religious. Somebody is on mute. Please mute yourself, Swiya head up. Ok, thank you.</w:t>
      </w:r>
    </w:p>
    <w:p>
      <w:pPr>
        <w:jc w:val="right"/>
      </w:pPr>
      <w:r>
        <w:t>यह point बहुत अच्छा मुझे नज़र आ पड़ता है. समझ में आया जिज़ा कर लाओ आप. नहीं. I would like to say something regarding this difference. Difference important in both fields, secular, religious. Somebody is on mute. Please mute yourself, स्विया head up. Ok, thank you.</w:t>
      </w:r>
    </w:p>
    <w:p>
      <w:r>
        <w:rPr>
          <w:b/>
        </w:rPr>
        <w:t xml:space="preserve">[25:36] </w:t>
      </w:r>
      <w:r>
        <w:t>What I was saying differences is important in every field, in secular as well as in religious field. It is a form of descent rather than a matter of controversy. It provide us with a kind of ladder to which to attend the higher reaches of our lives. Without difference, no development is possible in any branch of intellectual learning.</w:t>
      </w:r>
    </w:p>
    <w:p>
      <w:pPr>
        <w:jc w:val="right"/>
      </w:pPr>
      <w:r>
        <w:t>What I was saying differences is important in every field, in secular as well as in religious field. It is a form of descent rather than a matter of controversy. It provide us with a kind of ladder to which to attend the higher reaches of our lives. Without difference, no development is possible in any branch of intellectual learning.</w:t>
      </w:r>
    </w:p>
    <w:p>
      <w:r>
        <w:rPr>
          <w:b/>
        </w:rPr>
        <w:t xml:space="preserve">[26:03] </w:t>
      </w:r>
      <w:r>
        <w:t>So I, we have many ladies who is attending the session. If anyone would like to share the learning, please raise your hand. Aisha you want to say something? Please. Wali bhi Sahab.</w:t>
      </w:r>
    </w:p>
    <w:p>
      <w:pPr>
        <w:jc w:val="right"/>
      </w:pPr>
      <w:r>
        <w:t>So I, we have many ladies who is attending the session. If anyone would like to share the learning, please raise your hand. आशा you want to say something? Please. वाली भी साहब.</w:t>
      </w:r>
    </w:p>
    <w:p>
      <w:r>
        <w:rPr>
          <w:b/>
        </w:rPr>
        <w:t xml:space="preserve">[26:33] </w:t>
      </w:r>
      <w:r>
        <w:t>jo quran ke aaye chapter hai 35 aur 27 verse mein aur 28 mein allah talah bol rahe</w:t>
      </w:r>
    </w:p>
    <w:p>
      <w:pPr>
        <w:jc w:val="right"/>
      </w:pPr>
      <w:r>
        <w:t>जो कुरान के आए chapter है 35 और 27 verse में और 28 में अल्लाह तालाह बोल रहे</w:t>
      </w:r>
    </w:p>
    <w:p>
      <w:r>
        <w:rPr>
          <w:b/>
        </w:rPr>
        <w:t xml:space="preserve">[26:41] </w:t>
      </w:r>
      <w:r>
        <w:t>hain ki allah talah ne aasman se barish barsaya aur usse taraf taraf ki fruits fayda kiya aur</w:t>
      </w:r>
    </w:p>
    <w:p>
      <w:pPr>
        <w:jc w:val="right"/>
      </w:pPr>
      <w:r>
        <w:t>हैं कि अल्लाह तालाह ने आसमान से बारिश बरसाया और उससे तरफ़ तरफ़ की fruits फ़ायदा किया और</w:t>
      </w:r>
    </w:p>
    <w:p>
      <w:r>
        <w:rPr>
          <w:b/>
        </w:rPr>
        <w:t xml:space="preserve">[26:50] </w:t>
      </w:r>
      <w:r>
        <w:t>mountains mein bhi white hair red hai aur different colors hai aur usmein black bhi hai aur insano</w:t>
      </w:r>
    </w:p>
    <w:p>
      <w:pPr>
        <w:jc w:val="right"/>
      </w:pPr>
      <w:r>
        <w:t>mountains में भी white hair red है और different colors है और उसमें black भी है और इंसानों</w:t>
      </w:r>
    </w:p>
    <w:p>
      <w:r>
        <w:rPr>
          <w:b/>
        </w:rPr>
        <w:t xml:space="preserve">[26:59] </w:t>
      </w:r>
      <w:r>
        <w:t>mein bhi aur jo zameen par chalte hue janwaron mein bhi different types of different types of colors</w:t>
      </w:r>
    </w:p>
    <w:p>
      <w:pPr>
        <w:jc w:val="right"/>
      </w:pPr>
      <w:r>
        <w:t>में भी और जो ज़मीन पर चलते हुए जानवरों में भी different types of different types of colors</w:t>
      </w:r>
    </w:p>
    <w:p>
      <w:r>
        <w:rPr>
          <w:b/>
        </w:rPr>
        <w:t xml:space="preserve">[27:08] </w:t>
      </w:r>
      <w:r>
        <w:t>hain, models hain.</w:t>
      </w:r>
    </w:p>
    <w:p>
      <w:pPr>
        <w:jc w:val="right"/>
      </w:pPr>
      <w:r>
        <w:t>हैं, models हैं.</w:t>
      </w:r>
    </w:p>
    <w:p>
      <w:r>
        <w:rPr>
          <w:b/>
        </w:rPr>
        <w:t xml:space="preserve">[27:17] </w:t>
      </w:r>
      <w:r>
        <w:t>yeh to Allah yahan bata rahe hain ki differences aur part of nature aur ek udan ka versus ek aur meri jo learning hai ki agar hum hamare body par dhyan dene se hamare jo fingers hai hand ka aur hamare fingers hai foot ka, to yeh sab ek ek size ka hai, yeh sab different different hai.</w:t>
      </w:r>
    </w:p>
    <w:p>
      <w:pPr>
        <w:jc w:val="right"/>
      </w:pPr>
      <w:r>
        <w:t>यह तो अल्लाह यहां बता रहे हैं कि differences और part of nature और एक उड़ान का versus एक और मेरी जो learning है कि अगर हम हमारे body पर ध्यान देने से हमारे जो fingers है hand का और हमारे fingers है foot का, तो यह सब एक एक size का है, यह सब different different है.</w:t>
      </w:r>
    </w:p>
    <w:p>
      <w:r>
        <w:rPr>
          <w:b/>
        </w:rPr>
        <w:t xml:space="preserve">[27:46] </w:t>
      </w:r>
      <w:r>
        <w:t>to aisi different rehne se hum kuch cheezon ko pakad sakte hain. Hum daily life mein kaam achhi tarah kar sakte hain. Agar yeh sab ek hi tarah hone se hum chhel bhi sakte hain na kaam bhi kar sakte hain. Iska matlab yeh hua ki difference difference se hi hum achha kaam, effectively hum kaam kar sakte hain aur difference ko ek aur ek naam rakhne se yeh hota ki uniqueness.</w:t>
      </w:r>
    </w:p>
    <w:p>
      <w:pPr>
        <w:jc w:val="right"/>
      </w:pPr>
      <w:r>
        <w:t>तो ऐसी different रहने से हम कुछ चीज़ों को पकड़ सकते हैं. हम daily life में काम अच्छी तरह कर सकते हैं. अगर यह सब एक ही तरह होने से हम छेल भी सकते हैं ना काम भी कर सकते हैं. इसका मतलब यह हुआ कि difference difference से ही हम अच्छा काम, effectively हम काम कर सकते हैं और difference को एक और एक नाम रखने से यह होता कि uniqueness.</w:t>
      </w:r>
    </w:p>
    <w:p>
      <w:r>
        <w:rPr>
          <w:b/>
        </w:rPr>
        <w:t xml:space="preserve">[28:15] </w:t>
      </w:r>
      <w:r>
        <w:t>to every man and woman is unique. Aage wale insan ke samne ek unique quality rehti hai aur hamare andar aur ek unique quality rehti hai. Jo dono villains aur ek unique quality fayda hoti hai aur intellectual group bhi hoti For example hamara CPS ladies mein kuch log hain bahut tabd se kaam karte hain.</w:t>
      </w:r>
    </w:p>
    <w:p>
      <w:pPr>
        <w:jc w:val="right"/>
      </w:pPr>
      <w:r>
        <w:t>तो every man and woman is unique. आगे वाले इंसान के सामने एक unique quality रहती है और हमारे अंदर और एक unique quality रहती है. जो दोनों villains और एक unique quality फ़ायदा होती है और intellectual group भी होती For example हमारा CPS ladies में कुछ लोग हैं बहुत तब्द से काम करते हैं.</w:t>
      </w:r>
    </w:p>
    <w:p>
      <w:r>
        <w:rPr>
          <w:b/>
        </w:rPr>
        <w:t xml:space="preserve">[28:43] </w:t>
      </w:r>
      <w:r>
        <w:t>kuch log hain bahut critical think karte hain. kuch log hain bahut daringly dawa work karte hain. to aisa ek team ek achhi team hone ke liye differences first and should. hum ek ek unique differences se zyada uniqueness ko use karne se baat bahut achha rahegi.</w:t>
      </w:r>
    </w:p>
    <w:p>
      <w:pPr>
        <w:jc w:val="right"/>
      </w:pPr>
      <w:r>
        <w:t>कुछ लोग हैं बहुत critical think करते हैं. कुछ लोग हैं बहुत daringly दावा work करते हैं. तो ऐसा एक team एक अच्छी team होने के लिए differences first and should. हम एक एक unique differences से ज़्यादा uniqueness को use करने से बात बहुत अच्छा रहेगी.</w:t>
      </w:r>
    </w:p>
    <w:p>
      <w:r>
        <w:rPr>
          <w:b/>
        </w:rPr>
        <w:t xml:space="preserve">[29:05] </w:t>
      </w:r>
      <w:r>
        <w:t>yeh to yeh sari unique queness qualities ek andar aane se ek achhi team banti hai, achhi team se achhi society banti hai, achhi nation banti hai. to yeh differences ka faayda hai. agar hum isko positive lene se, agar negative lene se conflicts faayda hote hain. main yahi samajh paayi hai is topic se jaisa kuch. The entire universe is working in tandem.</w:t>
      </w:r>
    </w:p>
    <w:p>
      <w:pPr>
        <w:jc w:val="right"/>
      </w:pPr>
      <w:r>
        <w:t>यह तो यह सारी unique queness qualities एक अंदर आने से एक अच्छी team बनती है, अच्छी team से अच्छी society बनती है, अच्छी nation बनती है. तो यह differences का फ़ायदा है. अगर हम इसको positive लेने से, अगर negative लेने से conflicts फ़ायदा होते हैं. मैं यही समझ पाई है इस topic से जैसा कुछ. The entire universe is working in tandem.</w:t>
      </w:r>
    </w:p>
    <w:p>
      <w:r>
        <w:rPr>
          <w:b/>
        </w:rPr>
        <w:t xml:space="preserve">[29:35] </w:t>
      </w:r>
      <w:r>
        <w:t>There are differences in the flowers, the animals, the species and millions of species in the universe, but they're all working in tandem. So it means that differences is a part, part of the creation. It is a part of the nature, and we need to accept it in a positive way. Doctor Safina, you want to say something? Okay.</w:t>
      </w:r>
    </w:p>
    <w:p>
      <w:pPr>
        <w:jc w:val="right"/>
      </w:pPr>
      <w:r>
        <w:t>There are differences in the flowers, the animals, the species and millions of species in the universe, but they're all working in tandem. So it means that differences is a part, part of the creation. It is a part of the nature, and we need to accept it in a positive way. Doctor सफ़ीना, you want to say something? Okay.</w:t>
      </w:r>
    </w:p>
    <w:p>
      <w:r>
        <w:rPr>
          <w:b/>
        </w:rPr>
        <w:t xml:space="preserve">[30:04] </w:t>
      </w:r>
      <w:r>
        <w:t>So any more points that anyone would like to add to this what we are discussing? Assalam Walikum. Walikum Islam. Ok. Quran ki chapter Sure number 11 mein chapter chapter name Hood.</w:t>
      </w:r>
    </w:p>
    <w:p>
      <w:pPr>
        <w:jc w:val="right"/>
      </w:pPr>
      <w:r>
        <w:t>So any more points that anyone would like to add to this what we are discussing? अस्सलाम वालिकों. वालिकों इस्लाम. Ok. क्रान की chapter सुरे number 11 में chapter chapter name हूद.</w:t>
      </w:r>
    </w:p>
    <w:p>
      <w:r>
        <w:rPr>
          <w:b/>
        </w:rPr>
        <w:t xml:space="preserve">[30:29] </w:t>
      </w:r>
      <w:r>
        <w:t>usmein verse number one eight eight mein hai ki one one eight mein hai ki aur agar tera Rab chahta to logon ko ek hi ummat bana deta. magar woh hamesha ek ikhtilaf mein rahenge. Siwaye unke jin par tera Rab reham farma hai. Is verse ko read karne ke baad mujhe yeh baat samajh mein aati hai ismein.</w:t>
      </w:r>
    </w:p>
    <w:p>
      <w:pPr>
        <w:jc w:val="right"/>
      </w:pPr>
      <w:r>
        <w:t>उसमें verse number one eight eight में है कि one one eight में है कि और अगर तेरा रब चाहता तो लोगों को एक ही उम्मद बना देता. मगर वह हमेशा एक तिलाफ में रहेंगे. सिवाएं उनके जिन पर तेरा रब रहम फ़रमा है. इस वर्ष को read करने के बाद मुझे यह बात समझ में आती है इसमें.</w:t>
      </w:r>
    </w:p>
    <w:p>
      <w:r>
        <w:rPr>
          <w:b/>
        </w:rPr>
        <w:t xml:space="preserve">[30:48] </w:t>
      </w:r>
      <w:r>
        <w:t>jaise Maulana ne apni commentary mein bhi likha hua hai ki Allah taala ne is duniya mein jo ikhtilaf paida kiye hain, woh isliye aapko diye hue hain ki aap apne aap ko decide karein ki aapko kya karna hai? Aapke jo apne opinions hain aap usko decide karein aapko kya karna hai?</w:t>
      </w:r>
    </w:p>
    <w:p>
      <w:pPr>
        <w:jc w:val="right"/>
      </w:pPr>
      <w:r>
        <w:t>जैसे मोलाना ने अपनी commentary में भी लिखा हुआ है कि अल्लाह तालन ने इस दुनिया में जो इकलाफ पैदा किए हैं, वह इसलिए आपको दिए हुए हैं कि आप अपने आप को decide करें कि आपको क्या करना है? आपके जो अपने opinions हैं आप उसको decide करें आपको क्या करना है?</w:t>
      </w:r>
    </w:p>
    <w:p>
      <w:r>
        <w:rPr>
          <w:b/>
        </w:rPr>
        <w:t xml:space="preserve">[31:06] </w:t>
      </w:r>
      <w:r>
        <w:t>jaise yahan par likha hua hai tasfeer mein ki Alatalaa ne insaan ko aazad paida kiya aur woh dekhna chahte hain ki aur jo hamare andar aazadana cheezein daali hain to hum usko kis expert mein lekar ja rahe hain? Positive ya negative?</w:t>
      </w:r>
    </w:p>
    <w:p>
      <w:pPr>
        <w:jc w:val="right"/>
      </w:pPr>
      <w:r>
        <w:t>जैसे यहां पर लिखा हुआ है तस्कीर में कि अलाताला ने इंसान को आज़ाद पैदा किया और वह देखना चाहते हैं कि और जो हमारे अंदर आज़ादाना चीज़ें डाली हैं तो हम उसको किस expert में लेकर जा रहे हैं? Positive या negative?</w:t>
      </w:r>
    </w:p>
    <w:p>
      <w:r>
        <w:rPr>
          <w:b/>
        </w:rPr>
        <w:t xml:space="preserve">[31:34] </w:t>
      </w:r>
      <w:r>
        <w:t>isi tarike se Maulana ek baat aur kehte hain ki jo differences hain woh insaan ke andar challenges ko paida karte hain. Insaan ko thinker banate hain aur jis insaan ke andar jo hai woh thinking process jaag jayega, woh insaan bahut hi easily apni personality ko develop kar sakta hai. Lekin jis insaan ke andar thinking process nahi aayega, woh thinker nahi banega to woh apni personality ko kabhi bhi develop nahi kar payega.</w:t>
      </w:r>
    </w:p>
    <w:p>
      <w:pPr>
        <w:jc w:val="right"/>
      </w:pPr>
      <w:r>
        <w:t>इसी तरीके से मौलाना एक बात और कहते हैं कि जो differences हैं वह इंसान के अंदर challenges को पैदा करते हैं. इंसान को thinker बनाते हैं और जिस इंसान के अंदर जो है वह thinking process जाग जाएगा, वह इंसान बहुत ही easily अपनी personality को develop कर सकता है. लेकिन जिस इंसान के अंदर thinking process नहीं आएगा, वह thinker नहीं बनेगा तो वह अपनी personality को कभी भी develop नहीं कर पाएगा.</w:t>
      </w:r>
    </w:p>
    <w:p>
      <w:r>
        <w:rPr>
          <w:b/>
        </w:rPr>
        <w:t xml:space="preserve">[31:58] </w:t>
      </w:r>
      <w:r>
        <w:t>ab aapko yeh decide karna hai ki jo alah ne aapko differences par paida kiya hai to aapko</w:t>
      </w:r>
    </w:p>
    <w:p>
      <w:pPr>
        <w:jc w:val="right"/>
      </w:pPr>
      <w:r>
        <w:t>अब आपको यह decide करना है कि जो अलाह ने आपको differences पर पैदा किया है तो आपको</w:t>
      </w:r>
    </w:p>
    <w:p>
      <w:r>
        <w:rPr>
          <w:b/>
        </w:rPr>
        <w:t xml:space="preserve">[32:10] </w:t>
      </w:r>
      <w:r>
        <w:t>us differences ka istemal kaise karna hai?</w:t>
      </w:r>
    </w:p>
    <w:p>
      <w:pPr>
        <w:jc w:val="right"/>
      </w:pPr>
      <w:r>
        <w:t>उस differences का इस्तेमाल कैसे करना है?</w:t>
      </w:r>
    </w:p>
    <w:p>
      <w:r>
        <w:rPr>
          <w:b/>
        </w:rPr>
        <w:t xml:space="preserve">[32:23] </w:t>
      </w:r>
      <w:r>
        <w:t>positive way mein karna hai, jannat ko paani ke liye karna hai ya jahanum ko paani ke liye karna hai?</w:t>
      </w:r>
    </w:p>
    <w:p>
      <w:pPr>
        <w:jc w:val="right"/>
      </w:pPr>
      <w:r>
        <w:t>Positive way में करना है, जन्नत को पानी के लिए करना है या जहानम को पानी के लिए करना है?</w:t>
      </w:r>
    </w:p>
    <w:p>
      <w:r>
        <w:rPr>
          <w:b/>
        </w:rPr>
        <w:t xml:space="preserve">[32:36] </w:t>
      </w:r>
      <w:r>
        <w:t>lekin agar har insaan ka ek hi opinion hota to yeh itni duniya aage nahi pahunchti. Aaj aaj hum bahut peeche hote hain. Shayad aaj hum is tarike se class bhi nahi kar rahe hote. To ab yeh aap par decide hai ki aapke andar jo ek ikhtilaf ki salahiyat usko kis tarike se apne andar change karna cha rahe hain? Jo challenges hain aap us us challenges ko positive way mein lena cha rahe hain ya negative way mein lena cha rahe hain?</w:t>
      </w:r>
    </w:p>
    <w:p>
      <w:pPr>
        <w:jc w:val="right"/>
      </w:pPr>
      <w:r>
        <w:t>लेकिन अगर हर इंसान का एक ही opinion होता तो यह इतनी दुनिया आगे नहीं पहुंचती. आज आज हम बहुत पीछे होते हैं. शायद आज हम इस तरीके से class भी नहीं कर रहे होते. तो अब यह आप पर decide है कि आपके अंदर जो एक तिलाप की सलाहियत उसको किस तरीके से अपने अंदर change करना चाह रहे हैं? जो challenges हैं आप उस उस challenges को positive way में लेना चाह रहे हैं या negative way में लेना चाह रहे हैं?</w:t>
      </w:r>
    </w:p>
    <w:p>
      <w:r>
        <w:rPr>
          <w:b/>
        </w:rPr>
        <w:t xml:space="preserve">[32:58] </w:t>
      </w:r>
      <w:r>
        <w:t>to best part is ki jo cheezein hamare andar hain hamein usko bahut positive way mein lena hai</w:t>
      </w:r>
    </w:p>
    <w:p>
      <w:pPr>
        <w:jc w:val="right"/>
      </w:pPr>
      <w:r>
        <w:t>तो best part is कि जो चीज़ें हमारे अंदर हैं हमें उसको बहुत positive way में लेना है</w:t>
      </w:r>
    </w:p>
    <w:p>
      <w:r>
        <w:rPr>
          <w:b/>
        </w:rPr>
        <w:t xml:space="preserve">[33:17] </w:t>
      </w:r>
      <w:r>
        <w:t>so yeh meri learning thi jaza karna.</w:t>
      </w:r>
    </w:p>
    <w:p>
      <w:pPr>
        <w:jc w:val="right"/>
      </w:pPr>
      <w:r>
        <w:t>So यह मेरी learning थी जज़ा करना.</w:t>
      </w:r>
    </w:p>
    <w:p>
      <w:r>
        <w:rPr>
          <w:b/>
        </w:rPr>
        <w:t xml:space="preserve">[33:36] </w:t>
      </w:r>
      <w:r>
        <w:t>Thank you Suna for sharing your learning. Very very thoughtful that you have shared and anyone more who would like to share then I would like also like to add the point that Wala manay ho sakta. Anyone? Ek baat main kehna cha rahi thi ki sab kuch log sochte hain my way is the only way.</w:t>
      </w:r>
    </w:p>
    <w:p>
      <w:pPr>
        <w:jc w:val="right"/>
      </w:pPr>
      <w:r>
        <w:t>Thank you सुना for sharing your learning. Very very thoughtful that you have shared and anyone more who would like to share then I would like also like to add the point that वाला मैंने हो सकता. Anyone? एक बात मैं कहना चाह रही थी कि सब कुछ लोग सोचते हैं my way is the only way.</w:t>
      </w:r>
    </w:p>
    <w:p>
      <w:r>
        <w:rPr>
          <w:b/>
        </w:rPr>
        <w:t xml:space="preserve">[34:04] </w:t>
      </w:r>
      <w:r>
        <w:t>to this is such a negative thing ki your way cannot be the only way. You should have patience, YouTube apps, sabr to listen to the other person aur usse jo bhi yeh ikhtilaf hai usko positive lekar insaan grow kar sakta hai, insaan develop kar sakta hai. To we we can't just say my way is the only way. That's Yeah. Very good point, papa. You noted we can note it down.</w:t>
      </w:r>
    </w:p>
    <w:p>
      <w:pPr>
        <w:jc w:val="right"/>
      </w:pPr>
      <w:r>
        <w:t>तो this is such a negative thing कि your way cannot be the only way. You should have patience, YouTube apps, सब्र to listen to the other person और उससे जो भी यह तिलाफ है उसको positive लेकर इंसान grow कर सकता है, इंसान develop कर सकता है. तो we we can't just say my way is the only way. That's Yeah. Very good point, papa. You noted we can note it down.</w:t>
      </w:r>
    </w:p>
    <w:p>
      <w:r>
        <w:rPr>
          <w:b/>
        </w:rPr>
        <w:t xml:space="preserve">[34:31] </w:t>
      </w:r>
      <w:r>
        <w:t>And now in the literature, Molana has said that differences is there. Now how do we manage it? How do we make this difference as an asset? As I can summarize from all the talks that we have been doing, there there are certain preconditions that we need we all need to follow. If we want this difference to be healthy social asset. In spite of differences, besides being positive, we need to be peaceable.</w:t>
      </w:r>
    </w:p>
    <w:p>
      <w:pPr>
        <w:jc w:val="right"/>
      </w:pPr>
      <w:r>
        <w:t>And now in the literature, Molana has said that differences is there. Now how do we manage it? How do we make this difference as an asset? As I can summarize from all the talks that we have been doing, there there are certain preconditions that we need we all need to follow. If we want this difference to be healthy social asset. In spite of differences, besides being positive, we need to be peaceable.</w:t>
      </w:r>
    </w:p>
    <w:p>
      <w:r>
        <w:rPr>
          <w:b/>
        </w:rPr>
        <w:t xml:space="preserve">[35:01] </w:t>
      </w:r>
      <w:r>
        <w:t>We have to be sincere and objective so that the differences may be expressed in a disciplined manner. You have to express your differences peacefully. Just as Najma Apa was quoting right now, she was saying that everybody thinks that their thinking is the right thinking and the others thinking is the wrong way of thinking. Their perspective is different. They don't agree with the different other people perspective.</w:t>
      </w:r>
    </w:p>
    <w:p>
      <w:pPr>
        <w:jc w:val="right"/>
      </w:pPr>
      <w:r>
        <w:t>We have to be sincere and objective so that the differences may be expressed in a disciplined manner. You have to express your differences peacefully. Just as Najma Apa was quoting right now, she was saying that everybody thinks that their thinking is the right thinking and the others thinking is the wrong way of thinking. Their perspective is different. They don't agree with the different other people perspective.</w:t>
      </w:r>
    </w:p>
    <w:p>
      <w:r>
        <w:rPr>
          <w:b/>
        </w:rPr>
        <w:t xml:space="preserve">[35:27] </w:t>
      </w:r>
      <w:r>
        <w:t>So here, Molana is saying you have to express your differences peacefully and at the same time be open minded enough to allow others to freely express their views. Like other phenomena, differences has two aspect. It has its plus point and its minus point. If difference is confined within peaceful limits, it is good.</w:t>
      </w:r>
    </w:p>
    <w:p>
      <w:pPr>
        <w:jc w:val="right"/>
      </w:pPr>
      <w:r>
        <w:t>So here, Molana is saying you have to express your differences peacefully and at the same time be open minded enough to allow others to freely express their views. Like other phenomena, differences has two aspect. It has its plus point and its minus point. If difference is confined within peaceful limits, it is good.</w:t>
      </w:r>
    </w:p>
    <w:p>
      <w:r>
        <w:rPr>
          <w:b/>
        </w:rPr>
        <w:t xml:space="preserve">[35:51] </w:t>
      </w:r>
      <w:r>
        <w:t>But if differences goes beyond the limit and becomes a source of conflict and violence, it turns into an evil. So differences is a blessing also if it is with peace, and it it is going to be an evil if it this difference is combined with violence. It's a very important point.</w:t>
      </w:r>
    </w:p>
    <w:p>
      <w:pPr>
        <w:jc w:val="right"/>
      </w:pPr>
      <w:r>
        <w:t>But if differences goes beyond the limit and becomes a source of conflict and violence, it turns into an evil. So differences is a blessing also if it is with peace, and it it is going to be an evil if it this difference is combined with violence. It's a very important point.</w:t>
      </w:r>
    </w:p>
    <w:p>
      <w:r>
        <w:rPr>
          <w:b/>
        </w:rPr>
        <w:t xml:space="preserve">[36:15] </w:t>
      </w:r>
      <w:r>
        <w:t>And what we see in the society, most of the differences people are not able to absorb the other people differences. That is why we have so many conflict and so many aggression in the society. So this was the my point which I could read from literature. Apa please conclude the session.</w:t>
      </w:r>
    </w:p>
    <w:p>
      <w:pPr>
        <w:jc w:val="right"/>
      </w:pPr>
      <w:r>
        <w:t>And what we see in the society, most of the differences people are not able to absorb the other people differences. That is why we have so many conflict and so many aggression in the society. So this was the my point which I could read from literature. आपा please conclude the session.</w:t>
      </w:r>
    </w:p>
    <w:p>
      <w:r>
        <w:rPr>
          <w:b/>
        </w:rPr>
        <w:t xml:space="preserve">[36:40] </w:t>
      </w:r>
      <w:r>
        <w:t>Haan, Najma Apa ne bas yahi kaha ki aadmi apni soch ko sahi samajhta hai, doosri ki soch ko galat samajhta hai aur yahi jo hai ravadari yeh soch tolerance kehte hain yeh badi cheez hoti hai ki aadmi usko bardasht karna seekhein ki apni soch ko itne upar rakh liya aur doosre ko karke phir jo agar apni soch wali cheez ko kar diya to phir woh aage jo hai nahi chal pata hai. Phir usmein phir woh hote ikhtilaf bhi hota hai.</w:t>
      </w:r>
    </w:p>
    <w:p>
      <w:pPr>
        <w:jc w:val="right"/>
      </w:pPr>
      <w:r>
        <w:t>हां, नजवापा ने बस यही कहा कि आदमी अपनी सोच को सही समझता है, दूसरी की सोच को ग़लत समझता है और यही जो है रवादारी यह सोच tallness कहते हैं यह बड़ी चीज़ होती है कि आदमी उसको बर्दाश्त करना सीखें कि अपनी सोच को इतने ऊपर रख लिया और दूसरे को करके फिर जो अगर अपनी सोच वाली चीज़ को कर दिया तो फिर वह आगे जो है नहीं चल पाता है. फिर उसमें फिर वह होते खिलाफ भी होता है.</w:t>
      </w:r>
    </w:p>
    <w:p>
      <w:r>
        <w:rPr>
          <w:b/>
        </w:rPr>
        <w:t xml:space="preserve">[37:09] </w:t>
      </w:r>
      <w:r>
        <w:t>to yahan par ek hadish ek hai ki ek baar mamool ke khilaf bahut lambi namaz padi.</w:t>
      </w:r>
    </w:p>
    <w:p>
      <w:pPr>
        <w:jc w:val="right"/>
      </w:pPr>
      <w:r>
        <w:t>तो यहां पर एक हदीश एक है कि एक बार मामूल के ख़िलाफ़ बहुत लंबी नमाज़ पड़ी.</w:t>
      </w:r>
    </w:p>
    <w:p>
      <w:r>
        <w:rPr>
          <w:b/>
        </w:rPr>
        <w:t xml:space="preserve">[37:24] </w:t>
      </w:r>
      <w:r>
        <w:t>to sahaba ne uski babit sawal kiya.</w:t>
      </w:r>
    </w:p>
    <w:p>
      <w:pPr>
        <w:jc w:val="right"/>
      </w:pPr>
      <w:r>
        <w:t>तो साहबा ने उसकी बाबित सवाल किया.</w:t>
      </w:r>
    </w:p>
    <w:p>
      <w:r>
        <w:rPr>
          <w:b/>
        </w:rPr>
        <w:t xml:space="preserve">[37:40] </w:t>
      </w:r>
      <w:r>
        <w:t>to permaya yeh rukbat aur khauf ki namaz thi.</w:t>
      </w:r>
    </w:p>
    <w:p>
      <w:pPr>
        <w:jc w:val="right"/>
      </w:pPr>
      <w:r>
        <w:t>तो परमाया यह रुकबत और खौब की नमाज़ थी.</w:t>
      </w:r>
    </w:p>
    <w:p>
      <w:r>
        <w:rPr>
          <w:b/>
        </w:rPr>
        <w:t xml:space="preserve">[37:55] </w:t>
      </w:r>
      <w:r>
        <w:t>maine usmein allah se teen duayein ki.</w:t>
      </w:r>
    </w:p>
    <w:p>
      <w:pPr>
        <w:jc w:val="right"/>
      </w:pPr>
      <w:r>
        <w:t>मैंने उसमें अल्लाह से तीन दुआएं की.</w:t>
      </w:r>
    </w:p>
    <w:p>
      <w:r>
        <w:rPr>
          <w:b/>
        </w:rPr>
        <w:t xml:space="preserve">[38:11] </w:t>
      </w:r>
      <w:r>
        <w:t>iski wajah Islam ke bajaye apne aap ko taraf samajh lena hai. Musalman agar Islam ko taraf samjhe to sabka markaz tawajjah ek hota hai. Yeh zehan tamam logon ko Islam par muttahid kar deta hai. Magar daur e haal mein yeh hota hai ki har woh Salman apne aap ko taraf samajhne lagta hai. Sabki hum hum sahi hain. Sab apne koi sahi samajhte hain. Iske nateeje mein marz e taqseem hota hai aur log ek doosre se alag reh jaate hain.</w:t>
      </w:r>
    </w:p>
    <w:p>
      <w:pPr>
        <w:jc w:val="right"/>
      </w:pPr>
      <w:r>
        <w:t>इसकी वजह इस्लाम के बजाय अपने आप को बर्फ समझ लेना है. मुसलमान अगर इस्लाम को बर्फ समझे तो सबका मरकज़ तवज्जा एक होता है. यह ज़हन तमाम लोगों को इस्लाम पर बताहित कर देता है. मगर दौरे संभाल में यह होता है कि हर वह सलमान अपने आपको बर्फ समझने लगता है. सबकी हम हम सही हैं. सब अपने कोई सही समझते हैं. इसके नतीजे में मर्ज़े तसीम होता है और लोग एक दूसरे से अलग रह जाते हैं.</w:t>
      </w:r>
    </w:p>
    <w:p>
      <w:r>
        <w:rPr>
          <w:b/>
        </w:rPr>
        <w:t xml:space="preserve">[38:40] </w:t>
      </w:r>
      <w:r>
        <w:t>Musalman Islam ko sachcha samjhein to use ittehad paida hota hai aur agar woh apne aap ko sachcha samjhein to use ek ikhtilaf.</w:t>
      </w:r>
    </w:p>
    <w:p>
      <w:pPr>
        <w:jc w:val="right"/>
      </w:pPr>
      <w:r>
        <w:t>मुसलमान इस्लाम को सच्चा समझें तो उसे इतिहाद पैदा होता है और अगर वह अपने आप को सच्चा समझें तो उसे एक तिलाफ.</w:t>
      </w:r>
    </w:p>
    <w:p>
      <w:r>
        <w:rPr>
          <w:b/>
        </w:rPr>
        <w:t xml:space="preserve">[39:05] </w:t>
      </w:r>
      <w:r>
        <w:t>to Allah se hum humko hum daur karte hain ki humko woh samajh de ki hum Islam ko barf samjhein na ki apni soch ko aur sahi Islam ko samajhne ki nazar de. Ameen. Aameen, bahut profound baatein aapne batai aapka aur bahut gehrai wali baat jisko hamein sabko sochna chahiye.</w:t>
      </w:r>
    </w:p>
    <w:p>
      <w:pPr>
        <w:jc w:val="right"/>
      </w:pPr>
      <w:r>
        <w:t>तो अलादारा से हम हमको हम दौर करते हैं कि हमको वह समझ दे कि हम इस्लाम को बर्फ समझे ना कि अपनी सोच को और सही इस्लाम को समझने की नज़र दे. अमीर. आमिन, बहुत profound बातें आपने बताई आपका और बहुत गहराई वाली बात जिसको हमें सबको सूचना चाहिए.</w:t>
      </w:r>
    </w:p>
    <w:p>
      <w:r>
        <w:rPr>
          <w:b/>
        </w:rPr>
        <w:t xml:space="preserve">[39:33] </w:t>
      </w:r>
      <w:r>
        <w:t>yeh bahut zyada intellectual development hai hamara in baaton se. Jo baatein aapne baat mein aap hi aap abhi aapne share kiya. Very important point. So we come to the end of the session and we end the session with the conclusion that differences gives us an opportunity for collective thinking.</w:t>
      </w:r>
    </w:p>
    <w:p>
      <w:pPr>
        <w:jc w:val="right"/>
      </w:pPr>
      <w:r>
        <w:t>यह बहुत ज़्यादा intellectual development है हमारा इन बातों से. जो बातों आपने बात में आप ही आप अभी आपने share किया. Very important point. So we come to the end of the session and we end the session with the conclusion that differences gives us an opportunity for collective thinking.</w:t>
      </w:r>
    </w:p>
    <w:p>
      <w:r>
        <w:rPr>
          <w:b/>
        </w:rPr>
        <w:t xml:space="preserve">[39:53] </w:t>
      </w:r>
      <w:r>
        <w:t>aaj jo hamari CPS ladies jo judi hui hain, very important point here is just Aisha jaisa ki bata rahi thi ki differences hain tabhi to hum yahan par jude hain aur is platform ko Alhamdulillah hum continue kar pa rahe hain.</w:t>
      </w:r>
    </w:p>
    <w:p>
      <w:pPr>
        <w:jc w:val="right"/>
      </w:pPr>
      <w:r>
        <w:t>आज जो हमारी CPS ladies जो जुड़ी हुई हैं, very important point here is just आयशा जैसा कि बता रही थी कि differences हैं तभी तो हम यहां पर जुड़े हैं और इस platform को अलहम्दुर्ला हम continue कर पा रहे हैं.</w:t>
      </w:r>
    </w:p>
    <w:p>
      <w:r>
        <w:rPr>
          <w:b/>
        </w:rPr>
        <w:t xml:space="preserve">[40:08] </w:t>
      </w:r>
      <w:r>
        <w:t>to it's a blessing of blessing for us from god that we're all sitting here with so many differences between us, but still we are collectively coming here and sitting and sharing our learning. So it is a part of human beings, a sign of intellectual life. to we come to the end of the session.</w:t>
      </w:r>
    </w:p>
    <w:p>
      <w:pPr>
        <w:jc w:val="right"/>
      </w:pPr>
      <w:r>
        <w:t>तो it's a blessing of blessing for us from god that we're all sitting here with so many differences between us, but still we are collectively coming here and sitting and sharing our learning. So it is a part of human beings, a sign of intellectual life. तो we come to the end of the session.</w:t>
      </w:r>
    </w:p>
    <w:p>
      <w:r>
        <w:rPr>
          <w:b/>
        </w:rPr>
        <w:t xml:space="preserve">[40:32] </w:t>
      </w:r>
      <w:r>
        <w:t>We'll meet again with the new topic, and please, all of you who is here, the ladies, I request you all to please share your learning. Maybe it might be one point or two point whatever. Please share your learning. This will encourage the participation and also in spite of we are just sharing, we will learn from you all also. So it is very important. I end the session over here assalaah ke.</w:t>
      </w:r>
    </w:p>
    <w:p>
      <w:pPr>
        <w:jc w:val="right"/>
      </w:pPr>
      <w:r>
        <w:t>We'll meet again with the new topic, and please, all of you who is here, the ladies, I request you all to please share your learning. Maybe it might be one point or two point whatever. Please share your learning. This will encourage the participation and also in spite of we are just sharing, we will learn from you all also. So it is very important. I end the session over here अस्सलाह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