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Good Relationships CPS Women Discussion 23 September 10, 2023</w:t>
      </w:r>
    </w:p>
    <w:p>
      <w:r>
        <w:t>https://www.youtube.com/watch?v=5UlMoC6-jGU</w:t>
      </w:r>
    </w:p>
    <w:p>
      <w:r>
        <w:rPr>
          <w:b/>
        </w:rPr>
        <w:t xml:space="preserve">[00:00] </w:t>
      </w:r>
      <w:r>
        <w:t>I I welcome you all to this women discussion on CPS platform.</w:t>
      </w:r>
    </w:p>
    <w:p>
      <w:pPr>
        <w:jc w:val="right"/>
      </w:pPr>
      <w:r>
        <w:t>I I welcome you all to this women discussion on CPS platform.</w:t>
      </w:r>
    </w:p>
    <w:p>
      <w:r>
        <w:rPr>
          <w:b/>
        </w:rPr>
        <w:t xml:space="preserve">[00:10] </w:t>
      </w:r>
      <w:r>
        <w:t>And today we are having the Zoom Zoom meeting, Sunday tenth September twenty twenty three.</w:t>
      </w:r>
    </w:p>
    <w:p>
      <w:pPr>
        <w:jc w:val="right"/>
      </w:pPr>
      <w:r>
        <w:t>And today we are having the Zoom Zoom meeting, Sunday tenth September twenty twenty three.</w:t>
      </w:r>
    </w:p>
    <w:p>
      <w:r>
        <w:rPr>
          <w:b/>
        </w:rPr>
        <w:t xml:space="preserve">[00:21] </w:t>
      </w:r>
      <w:r>
        <w:t>And, like last time, we have shortened our time session from seven to eight to seven to 07:30.</w:t>
      </w:r>
    </w:p>
    <w:p>
      <w:pPr>
        <w:jc w:val="right"/>
      </w:pPr>
      <w:r>
        <w:t>And, like last time, we have shortened our time session from seven to eight to seven to 07:30.</w:t>
      </w:r>
    </w:p>
    <w:p>
      <w:r>
        <w:rPr>
          <w:b/>
        </w:rPr>
        <w:t xml:space="preserve">[00:31] </w:t>
      </w:r>
      <w:r>
        <w:t>Now keeping in mind the very short period, we are going to focus basically on the topic.</w:t>
      </w:r>
    </w:p>
    <w:p>
      <w:pPr>
        <w:jc w:val="right"/>
      </w:pPr>
      <w:r>
        <w:t>Now keeping in mind the very short period, we are going to focus basically on the topic.</w:t>
      </w:r>
    </w:p>
    <w:p>
      <w:r>
        <w:rPr>
          <w:b/>
        </w:rPr>
        <w:t xml:space="preserve">[00:42] </w:t>
      </w:r>
      <w:r>
        <w:t>That is the good relationship, the topic that was shared on the WhatsApp group two days back.</w:t>
      </w:r>
    </w:p>
    <w:p>
      <w:pPr>
        <w:jc w:val="right"/>
      </w:pPr>
      <w:r>
        <w:t>That is the good relationship, the topic that was shared on the WhatsApp group two days back.</w:t>
      </w:r>
    </w:p>
    <w:p>
      <w:r>
        <w:rPr>
          <w:b/>
        </w:rPr>
        <w:t xml:space="preserve">[00:53] </w:t>
      </w:r>
      <w:r>
        <w:t>And I hope all the ladies who have joined in here must have studied, reflected upon, and also noted down the points that they would like to share here. So as always, I would request all the ladies to come to the floor and share the points, very precise and concise.</w:t>
      </w:r>
    </w:p>
    <w:p>
      <w:pPr>
        <w:jc w:val="right"/>
      </w:pPr>
      <w:r>
        <w:t>And I hope all the ladies who have joined in here must have studied, reflected upon, and also noted down the points that they would like to share here. So as always, I would request all the ladies to come to the floor and share the points, very precise and concise.</w:t>
      </w:r>
    </w:p>
    <w:p>
      <w:r>
        <w:rPr>
          <w:b/>
        </w:rPr>
        <w:t xml:space="preserve">[01:15] </w:t>
      </w:r>
      <w:r>
        <w:t>Now the the length time is very short, so we will focus that the content of this session</w:t>
      </w:r>
    </w:p>
    <w:p>
      <w:pPr>
        <w:jc w:val="right"/>
      </w:pPr>
      <w:r>
        <w:t>Now the the length time is very short, so we will focus that the content of this session</w:t>
      </w:r>
    </w:p>
    <w:p>
      <w:r>
        <w:rPr>
          <w:b/>
        </w:rPr>
        <w:t xml:space="preserve">[01:21] </w:t>
      </w:r>
      <w:r>
        <w:t>should be very good.</w:t>
      </w:r>
    </w:p>
    <w:p>
      <w:pPr>
        <w:jc w:val="right"/>
      </w:pPr>
      <w:r>
        <w:t>should be very good.</w:t>
      </w:r>
    </w:p>
    <w:p>
      <w:r>
        <w:rPr>
          <w:b/>
        </w:rPr>
        <w:t xml:space="preserve">[01:27] </w:t>
      </w:r>
      <w:r>
        <w:t>And basically, it is for our study part, and basically, it is for our grooming ourselves.</w:t>
      </w:r>
    </w:p>
    <w:p>
      <w:pPr>
        <w:jc w:val="right"/>
      </w:pPr>
      <w:r>
        <w:t>And basically, it is for our study part, and basically, it is for our grooming ourselves.</w:t>
      </w:r>
    </w:p>
    <w:p>
      <w:r>
        <w:rPr>
          <w:b/>
        </w:rPr>
        <w:t xml:space="preserve">[01:33] </w:t>
      </w:r>
      <w:r>
        <w:t>So we start the session.</w:t>
      </w:r>
    </w:p>
    <w:p>
      <w:pPr>
        <w:jc w:val="right"/>
      </w:pPr>
      <w:r>
        <w:t>So we start the session.</w:t>
      </w:r>
    </w:p>
    <w:p>
      <w:r>
        <w:rPr>
          <w:b/>
        </w:rPr>
        <w:t xml:space="preserve">[01:39] </w:t>
      </w:r>
      <w:r>
        <w:t>The topic, good relationship.</w:t>
      </w:r>
    </w:p>
    <w:p>
      <w:pPr>
        <w:jc w:val="right"/>
      </w:pPr>
      <w:r>
        <w:t>The topic, good relationship.</w:t>
      </w:r>
    </w:p>
    <w:p>
      <w:r>
        <w:rPr>
          <w:b/>
        </w:rPr>
        <w:t xml:space="preserve">[01:45] </w:t>
      </w:r>
      <w:r>
        <w:t>Papa, please start the session.</w:t>
      </w:r>
    </w:p>
    <w:p>
      <w:pPr>
        <w:jc w:val="right"/>
      </w:pPr>
      <w:r>
        <w:t>Papa, please start the session.</w:t>
      </w:r>
    </w:p>
    <w:p>
      <w:r>
        <w:rPr>
          <w:b/>
        </w:rPr>
        <w:t xml:space="preserve">[01:52] </w:t>
      </w:r>
      <w:r>
        <w:t>logon se behtar ta'alluqat banane ke liye khud pehle apne andar ki parvarish karni parti hai. apne aap ko qudrat ke banaye hue jo banaya hua jo shaira hai us par time rakhna hota hai. wahi insaan jo hai aala insaan ban pata hai. lekin jab hum apne ko qudrat ke raste se hata dete hain to hamare andar har tarah ka bigaad paida hoga.</w:t>
      </w:r>
    </w:p>
    <w:p>
      <w:pPr>
        <w:jc w:val="right"/>
      </w:pPr>
      <w:r>
        <w:t>लोगों से बेहतर ताल्लुकात बनाने के लिए खुद पहले अपने अंदर की परिवरिश करनी पड़ती है. अपने आप को कुदरत के बनाए हुए जो बनाया हुआ जो शायरा है उस पर time रखना होता है. वही इंसान जो है आला इंसान वन पाता है. लेकिन जब हम अपने को कुदरत के रास्ते से हटा देते हैं तो हमारे अंदर हर तरह का बिगाड़ पैदा होगा.</w:t>
      </w:r>
    </w:p>
    <w:p>
      <w:r>
        <w:rPr>
          <w:b/>
        </w:rPr>
        <w:t xml:space="preserve">[02:17] </w:t>
      </w:r>
      <w:r>
        <w:t>apne ko bada samajhna, doosron ko kamtar samajhna, apni fahishon mein jeena aur isi ko sahi samajhkar apni soch bana lena, sab bigaad ka rasta hota hai. to Islamic culture rehmat ka culture hai aur khuda rahim hai to woh chahta hai ki uske bande bhi rahim bankar rahen. tamam logon ke liye rahim insaan kaun ho sakta hai? isko Maulana sahib ne bahut achhe se khat apni kitabon mein likha hai.</w:t>
      </w:r>
    </w:p>
    <w:p>
      <w:pPr>
        <w:jc w:val="right"/>
      </w:pPr>
      <w:r>
        <w:t>अपने को बड़ा समझना, दूसरों को कमतर समझना, अपनी फ़ाहिशों में जीना और इसी को सही समझकर अपनी सोच बना लेना, सब बिगाड़ का रास्ता होता है. तो इस्लामic culture रहमत का culture है और खुदा रहीम है तो वह चाहता है कि उसके बंदे भी रहीम बनकर रहें. तमाम लोगों के लिए रहीम इंसान कौन हो सकता है? इसको मालाना साहब ने बहुत अच्छे से ख़त अपनी किताबों में लिखा है.</w:t>
      </w:r>
    </w:p>
    <w:p>
      <w:r>
        <w:rPr>
          <w:b/>
        </w:rPr>
        <w:t xml:space="preserve">[02:45] </w:t>
      </w:r>
      <w:r>
        <w:t>abhi main Maulana sahib ka kuch din pehle ek video daala gaya tha jismein unhone bataya tha ki sabse badi cheez yeh nahi hai ki aap 99% number le aayen. badi cheez yeh hai ki aapke andar aala qualities hon. aala numbers se zyada important aala qualities ki hai. aala qualities yeh hai ki aap time ko manage karna jaane. zindagi simple, zindagi ko simple rakhen. aap koi promise karen doosron se to usko poora karen.</w:t>
      </w:r>
    </w:p>
    <w:p>
      <w:pPr>
        <w:jc w:val="right"/>
      </w:pPr>
      <w:r>
        <w:t>अभी मैं मोलाना साहब का कुछ दिन पहले एक video डाला गया था जिसमें उन्होंने बताया था कि सबसे बड़ी चीज़ यह नहीं है कि आप 99% number ले आएं. बड़ी चीज़ यह है कि आपके अंदर आला qualities हों. आला numbers से ज़्यादा important आला qualities की है. आला qualities यह है कि आप time को manage करना जाने. ज़िंदगी simple, ज़िंदगी को simple रखें. आप कोई promise करें दूसरों से तो उसको पूरा करें.</w:t>
      </w:r>
    </w:p>
    <w:p>
      <w:r>
        <w:rPr>
          <w:b/>
        </w:rPr>
        <w:t xml:space="preserve">[03:15] </w:t>
      </w:r>
      <w:r>
        <w:t>mila wajah dosti karte na phiren. apne ko dedicate karna jaane, hard work karna, work karna jaane aur khaam kha ki problem na create karen. bewajah log jo ise ladai jhagda kar lete hain to woh na karen.</w:t>
      </w:r>
    </w:p>
    <w:p>
      <w:pPr>
        <w:jc w:val="right"/>
      </w:pPr>
      <w:r>
        <w:t>मिला वजह दोस्ती करते ना फिरें. अपने को dedicate करना जाने, hard work करना, work करना जाने और खाम खा की problem ना create करें. बेवजह लोग जो इसे लड़ाई झगड़ा कर लेते हैं तो वह ना करें.</w:t>
      </w:r>
    </w:p>
    <w:p>
      <w:r>
        <w:rPr>
          <w:b/>
        </w:rPr>
        <w:t xml:space="preserve">[03:28] </w:t>
      </w:r>
      <w:r>
        <w:t>to zyada important alag qualities hain aur yeh saari khaas qualities ek insaan ko tamam buri cheezon se bacha leti hain aur mujhe lagta hai ki agar society mein ya ek ghar mein, mahaul mein ek insaan bhi ek alag qualities ka hoga to tamam insaan ke liye rehmat ban jayega.</w:t>
      </w:r>
    </w:p>
    <w:p>
      <w:pPr>
        <w:jc w:val="right"/>
      </w:pPr>
      <w:r>
        <w:t>तो ज़्यादा important अलग qualities हैं और यह सारी ख़ास qualities एक इंसान को तमाम बुरी चीज़ों से बचा लेती है और मुझे लगता है कि अगर society में या एक घर में, माहौल में एक इंसान भी एक अलग qualities का होगा तो तमाम इंसान के लिए रहमत वन जाएगा.</w:t>
      </w:r>
    </w:p>
    <w:p>
      <w:r>
        <w:rPr>
          <w:b/>
        </w:rPr>
        <w:t xml:space="preserve">[03:50] </w:t>
      </w:r>
      <w:r>
        <w:t>bashad hai ki log uski qadar karna chahen aur samjhen ki yahan yeh sahi hai aur yeh jo apni soch ko badalna chahen to uske baad uske usse bahut kuch seekh sakte hain. lekin aaj mahaul mein burai har taraf phaili hui hai. aala ekhlaaf na hone ki wajah se behtar ta'alluqat nahi ban paate hain aur ta'alluqat kharab hone ki wajah se mahaul mein burai phail rahi hai. uski wajah se sirf khuda ko na pana hai.</w:t>
      </w:r>
    </w:p>
    <w:p>
      <w:pPr>
        <w:jc w:val="right"/>
      </w:pPr>
      <w:r>
        <w:t>बशद है कि लोग उसकी कदर करना चाहें और समझें कि यहां यह सही है और यह जो अपनी सोच को बदलना चाहें तो उसके बाद उसके उससे बहुत कुछ सीख सकते हैं. लेकिन आज माहौल में बुराई हर तरफ फैली हुई है. आला एकलाफ ना होने की वजह से बेहतर ताल्लुकात नहीं वन पाते हैं और ताल्लुकात ख़राब होने की वजह से माहौल में बुराई फ़ैल रही है. उसकी वजह से सिर्फ़ ख़ुदा को ना पाना है.</w:t>
      </w:r>
    </w:p>
    <w:p>
      <w:r>
        <w:rPr>
          <w:b/>
        </w:rPr>
        <w:t xml:space="preserve">[04:17] </w:t>
      </w:r>
      <w:r>
        <w:t>aksar hum dekhte hain hamare saath ek aisa to ek ek ek matlab kai ek logon ka aisa tazurba hai ki aise kehte hain na ki koi aisi baat keh diya insaan ko ki dil ekdam rooh se woh insaan khatm ho jata hai aur kisi ki baat itni zyada takleef de ho jati hai. aise insaan physically khatar hota hai woh rooh se khatar ho jata hai to us cheez ko woh khatm nahi kar pata.</w:t>
      </w:r>
    </w:p>
    <w:p>
      <w:pPr>
        <w:jc w:val="right"/>
      </w:pPr>
      <w:r>
        <w:t>अक्सर हम देखते हैं हमारे साथ एक ऐसा तो एक एक एक मतलब कई एक लोगों का ऐसा तज़र्बा है कि ऐसे कहते हैं ना कि कोई ऐसी बात कह दिया इंसान को कि दिल एकदम रूह से वह इंसान ख़त्म हो जाता है और किसी की बात इतनी ज़्यादा तकलीफ़ दे हो जाती है. ऐसे इंसान physically ख़तर होता है वह रूह से ख़तर हो जाता है तो उस चीज़ को वह ख़त्म नहीं कर पाता.</w:t>
      </w:r>
    </w:p>
    <w:p>
      <w:r>
        <w:rPr>
          <w:b/>
        </w:rPr>
        <w:t xml:space="preserve">[04:43] </w:t>
      </w:r>
      <w:r>
        <w:t>to iske peeche bhi manal saamne khateez ki to mujhe nahi yaad aa rahi hai lekin hawale se likha tha ki agar insaan jo hai ek hafte pehle ki baat hai ki ek gaadi mujhe yahan kaam karti hai woh ek aurat. to woh bechari uska husband jo hai na bahut zyada sharab peeta hai.</w:t>
      </w:r>
    </w:p>
    <w:p>
      <w:pPr>
        <w:jc w:val="right"/>
      </w:pPr>
      <w:r>
        <w:t>तो इसके पीछे भी मनाल सामने ख़तीज़ की तो मुझे नहीं याद आ रही है लेकिन हवाले से लिखा था कि अगर इंसान जो है एक हफ्ते पहले की बात है कि एक गाड़ी मुझे यहां काम करती है वह एक औरत. तो वह बेचारी उसका husband जो है ना बहुत ज़्यादा शराब पीता है.</w:t>
      </w:r>
    </w:p>
    <w:p>
      <w:r>
        <w:rPr>
          <w:b/>
        </w:rPr>
        <w:t xml:space="preserve">[05:11] </w:t>
      </w:r>
      <w:r>
        <w:t>to raat ke waqt das baje raat mein woh aaya aur usne aurat hai.</w:t>
      </w:r>
    </w:p>
    <w:p>
      <w:pPr>
        <w:jc w:val="right"/>
      </w:pPr>
      <w:r>
        <w:t>तो रात के वक्त दस बजे रात में वह आया और उसने औरत है.</w:t>
      </w:r>
    </w:p>
    <w:p>
      <w:r>
        <w:rPr>
          <w:b/>
        </w:rPr>
        <w:t xml:space="preserve">[05:22] </w:t>
      </w:r>
      <w:r>
        <w:t>khamoshi se uthi aur bachchon ko lekar woh chali gayi.</w:t>
      </w:r>
    </w:p>
    <w:p>
      <w:pPr>
        <w:jc w:val="right"/>
      </w:pPr>
      <w:r>
        <w:t>खामोशी से उठी और बच्चों को लेकर वह चली गई.</w:t>
      </w:r>
    </w:p>
    <w:p>
      <w:r>
        <w:rPr>
          <w:b/>
        </w:rPr>
        <w:t xml:space="preserve">[05:33] </w:t>
      </w:r>
      <w:r>
        <w:t>kahin raat mein kisi ki haal ruki aur phir subah ko mere paas aayi thi.</w:t>
      </w:r>
    </w:p>
    <w:p>
      <w:pPr>
        <w:jc w:val="right"/>
      </w:pPr>
      <w:r>
        <w:t>कहीं रात में किसी की हाल रुकी और फिर सुबह को मेरे पास आई थी.</w:t>
      </w:r>
    </w:p>
    <w:p>
      <w:r>
        <w:rPr>
          <w:b/>
        </w:rPr>
        <w:t xml:space="preserve">[05:44] </w:t>
      </w:r>
      <w:r>
        <w:t>to uski jab sab saari baatein suni uski saari chot dekhi to mujhe jo hai yeh ehsaas hua</w:t>
      </w:r>
    </w:p>
    <w:p>
      <w:pPr>
        <w:jc w:val="right"/>
      </w:pPr>
      <w:r>
        <w:t>तो उसकी जब सब सारी बातें सुनी उसकी सारी चोट देखी तो मुझे जो है यह एहसास हुआ</w:t>
      </w:r>
    </w:p>
    <w:p>
      <w:r>
        <w:rPr>
          <w:b/>
        </w:rPr>
        <w:t xml:space="preserve">[05:56] </w:t>
      </w:r>
      <w:r>
        <w:t>ki ek gareeb aur kamzor ho aur aurat ko aurat samajhkar us par zulm kiya gaya aur logon</w:t>
      </w:r>
    </w:p>
    <w:p>
      <w:pPr>
        <w:jc w:val="right"/>
      </w:pPr>
      <w:r>
        <w:t>कि एक गरीब और कमज़ोर हो और औरत को औरत समझकर उस पर जुल्म किया गया और लोगों</w:t>
      </w:r>
    </w:p>
    <w:p>
      <w:r>
        <w:rPr>
          <w:b/>
        </w:rPr>
        <w:t xml:space="preserve">[06:07] </w:t>
      </w:r>
      <w:r>
        <w:t>ke dil khuda ke dar se khaali the.</w:t>
      </w:r>
    </w:p>
    <w:p>
      <w:pPr>
        <w:jc w:val="right"/>
      </w:pPr>
      <w:r>
        <w:t>के दिल खुदा के डर से खाली थे.</w:t>
      </w:r>
    </w:p>
    <w:p>
      <w:r>
        <w:rPr>
          <w:b/>
        </w:rPr>
        <w:t xml:space="preserve">[06:18] </w:t>
      </w:r>
      <w:r>
        <w:t>isliye woh tamam cheezon ko dekhte rahe, ek tamasha banakar dekhte rahe.</w:t>
      </w:r>
    </w:p>
    <w:p>
      <w:pPr>
        <w:jc w:val="right"/>
      </w:pPr>
      <w:r>
        <w:t>इसलिए वह तमाम चीज़ों को देखते रहे, एक तमाशा बनाकर देखते रहे.</w:t>
      </w:r>
    </w:p>
    <w:p>
      <w:r>
        <w:rPr>
          <w:b/>
        </w:rPr>
        <w:t xml:space="preserve">[06:30] </w:t>
      </w:r>
      <w:r>
        <w:t>to mard yeh na samjhe ki aurat kamzor hai woh taqat wala hai. woh zurm karte waqt yeh zaroor jaana hai ki sabse badi taqat khuda ki hai. to is tarah ki cheezon ko dekhkar matlab aam insaan jisko alag alag dar hoga woh dahl jayega aur sachcha islami akhlaq insaan ko bahusool insaan banata hai.</w:t>
      </w:r>
    </w:p>
    <w:p>
      <w:pPr>
        <w:jc w:val="right"/>
      </w:pPr>
      <w:r>
        <w:t>तो मर्द यह ना समझे कि औरत कमज़ोर है वह ताकत वाला है. वह ज़ुर्म करते वक्त यह ज़रूर जाना है कि सबसे बड़ी ताकत खुदा की है. तो इस तरह की चीज़ों को देखकर मतलब आम इंसान जिसको अलग अलग डर होगा वह दहल जाएगा और सच्चा इस्लामी अखिलाक़ इंसान को बाहुसूल इंसान बनाता है.</w:t>
      </w:r>
    </w:p>
    <w:p>
      <w:r>
        <w:rPr>
          <w:b/>
        </w:rPr>
        <w:t xml:space="preserve">[06:56] </w:t>
      </w:r>
      <w:r>
        <w:t>halaat hamare character ka faisla nahi karte balki hamara apna socha samjha usool hamare character ka faisla karta hai. yaani khudai usool par qaym rehna, taqwah par qaym rehna. yeh islami ikhlaq hai aur bausul insaan islami ikhlaq par qaym rehta hai aur yahi hamare aapas ke relation ko behtar banata hai. achha musalman, to beghar sochiye samjhiye zindagi guzarna.</w:t>
      </w:r>
    </w:p>
    <w:p>
      <w:pPr>
        <w:jc w:val="right"/>
      </w:pPr>
      <w:r>
        <w:t>हालात हमारे character का फ़ैसला नहीं करते बल्कि हमारा अपना सोचा समझा उसूल हमारे character का फ़ैसला करता है. यानी ख़ुदाई उसूल पर क़ायम रहना, तक़वाह पर क़ायम रहना. यह इस्लामी इख़िलाक़ है और बाउसुल इंसान इस्लामी इख़िलाक़ पर क़ायम रहता है और यही हमारे आपस के relation को बेहतर बनाता है. अच्छा मुसलमान, तो बेग़र सोचिए समझिए ज़िंदगी गुज़ारना.</w:t>
      </w:r>
    </w:p>
    <w:p>
      <w:r>
        <w:rPr>
          <w:b/>
        </w:rPr>
        <w:t xml:space="preserve">[07:24] </w:t>
      </w:r>
      <w:r>
        <w:t>beghar kisi cheez ko samjhe bas guzarte rehna jo hamari zindagi mein jo bhi hamari samajh ban gayi, to yeh achha musalman nahi banata, achha insaan nahi banata. Islam ka maqsad hai ki insaan ki soch ko iski islah ho aur jis insaan ki soch mein Islam utar jaye, woh apne aap achha insaan ban jata hai aur kisi ke liye bhala na sochna, aisi soch yaqeenan Islam se khali hogi.</w:t>
      </w:r>
    </w:p>
    <w:p>
      <w:pPr>
        <w:jc w:val="right"/>
      </w:pPr>
      <w:r>
        <w:t>बेग़र किसी चीज़ को समझे बस गुज़ारते रहना जो हमारी ज़िंदगी में जो भी हमारी समझ वन गई, तो यह अच्छा मुसलमान नहीं बनाता, अच्छा इंसान नहीं बनाता. इस्लाम का मकसद है कि इंसान की सोच को इसकी इस्लाह हो और जिस इंसान की सोच में इस्लाम उतर जाए, वह अपने आप अच्छा इंसान वन जाता है और किसी के लिए भला ना सोचना, ऐसी सोच यकीनन इस्लाम से खाली होगी.</w:t>
      </w:r>
    </w:p>
    <w:p>
      <w:r>
        <w:rPr>
          <w:b/>
        </w:rPr>
        <w:t xml:space="preserve">[07:52] </w:t>
      </w:r>
      <w:r>
        <w:t>to meri yahi learning thi shavina abhi.</w:t>
      </w:r>
    </w:p>
    <w:p>
      <w:pPr>
        <w:jc w:val="right"/>
      </w:pPr>
      <w:r>
        <w:t>तो मेरी यही learning थी शविना अभी.</w:t>
      </w:r>
    </w:p>
    <w:p>
      <w:r>
        <w:rPr>
          <w:b/>
        </w:rPr>
        <w:t xml:space="preserve">[07:57] </w:t>
      </w:r>
      <w:r>
        <w:t>jazak allah pa aapne bahut achhe points share kiye hain.</w:t>
      </w:r>
    </w:p>
    <w:p>
      <w:pPr>
        <w:jc w:val="right"/>
      </w:pPr>
      <w:r>
        <w:t>ज़ज़ाब अल्लाहपा आपने बहुत अच्छे points share किए हैं.</w:t>
      </w:r>
    </w:p>
    <w:p>
      <w:r>
        <w:rPr>
          <w:b/>
        </w:rPr>
        <w:t xml:space="preserve">[08:02] </w:t>
      </w:r>
      <w:r>
        <w:t>ek ek human being ka, doosre human being se chahe woh kisi bhi gender ka ho, woh kya</w:t>
      </w:r>
    </w:p>
    <w:p>
      <w:pPr>
        <w:jc w:val="right"/>
      </w:pPr>
      <w:r>
        <w:t>एक एक human being का, दूसरे human being से चाहे वह किसी भी gender का हो, वह क्या</w:t>
      </w:r>
    </w:p>
    <w:p>
      <w:r>
        <w:rPr>
          <w:b/>
        </w:rPr>
        <w:t xml:space="preserve">[08:07] </w:t>
      </w:r>
      <w:r>
        <w:t>relationship usko banana chahiye according to islam?</w:t>
      </w:r>
    </w:p>
    <w:p>
      <w:pPr>
        <w:jc w:val="right"/>
      </w:pPr>
      <w:r>
        <w:t>relationship उसको बनाना चाहिए according to इस्लाम?</w:t>
      </w:r>
    </w:p>
    <w:p>
      <w:r>
        <w:rPr>
          <w:b/>
        </w:rPr>
        <w:t xml:space="preserve">[08:12] </w:t>
      </w:r>
      <w:r>
        <w:t>yeh aapne is par focus hamein dilaya.</w:t>
      </w:r>
    </w:p>
    <w:p>
      <w:pPr>
        <w:jc w:val="right"/>
      </w:pPr>
      <w:r>
        <w:t>यह आपने इस पर focus हमें दिलाया.</w:t>
      </w:r>
    </w:p>
    <w:p>
      <w:r>
        <w:rPr>
          <w:b/>
        </w:rPr>
        <w:t xml:space="preserve">[08:17] </w:t>
      </w:r>
      <w:r>
        <w:t>I would like to invite Doctor Safina Tagasun to share her learning.</w:t>
      </w:r>
    </w:p>
    <w:p>
      <w:pPr>
        <w:jc w:val="right"/>
      </w:pPr>
      <w:r>
        <w:t>I would like to invite Doctor सफीना तगासुन to share her learning.</w:t>
      </w:r>
    </w:p>
    <w:p>
      <w:r>
        <w:rPr>
          <w:b/>
        </w:rPr>
        <w:t xml:space="preserve">[08:23] </w:t>
      </w:r>
      <w:r>
        <w:t>Sound lekin. Quality hai sir. aaj ka topic jab maine padha to sabse pehle mujhe ek civics mein hum log school mein padhte the ki man is a social animal. mujhe woh line yaad aa gayi ki insaan ko taala taala ne akele rehne ke liye nahi banaya hai. usko logon ke beach hi rehna hai aur logon ke beach use apne sabhi tarah ke rishte aur sab tarah ke taluqat banate hue, nibhate hue rehna hai. yeh uske yeh compulsion hai uske liye.</w:t>
      </w:r>
    </w:p>
    <w:p>
      <w:pPr>
        <w:jc w:val="right"/>
      </w:pPr>
      <w:r>
        <w:t>Sound लेकिन. Quality है sir. आज का topic जब मैंने पढ़ा तो सबसे पहले मुझे एक civics में हम लोग school में पढ़ते थे कि man is a social animal. मुझे वह line याद आ गई कि इंसान को लाताला ने अकेले रहने के लिए नहीं बनाया है. उसको लोगों के beach ही रहना है और लोगों के beach उसे अपने सभी तरह के रिश्ते और सब तरह के तालुकात बनाते हुए, निभाते हुए रहना है. यह उसके यह compulsion है उसके लिए.</w:t>
      </w:r>
    </w:p>
    <w:p>
      <w:r>
        <w:rPr>
          <w:b/>
        </w:rPr>
        <w:t xml:space="preserve">[08:53] </w:t>
      </w:r>
      <w:r>
        <w:t>woh kahin bhi aise nahi reh sakta ki kisi island par akela reh le. to is naate hamein hamesha muqtaleef logon ke saath apna ravaiya, apna behavior dekhna hoga ki hamare ta'alluqat kaise ban pa rahe hain?</w:t>
      </w:r>
    </w:p>
    <w:p>
      <w:pPr>
        <w:jc w:val="right"/>
      </w:pPr>
      <w:r>
        <w:t>वह कहीं भी ऐसे नहीं रह सकता कि किसी island पर अकेला रह ले. तो इस नाते हमें हमेशा मुक़्तलिफ़ लोगों के साथ अपना रवैया, अपना behavior देखना होगा कि हमारे ताल्लुकात कैसे वन पा रहे हैं?</w:t>
      </w:r>
    </w:p>
    <w:p>
      <w:r>
        <w:rPr>
          <w:b/>
        </w:rPr>
        <w:t xml:space="preserve">[09:07] </w:t>
      </w:r>
      <w:r>
        <w:t>magar, quran quran mein hum surah 49 chapter verse 13 mein padhte hain ki jab yahan rahein is</w:t>
      </w:r>
    </w:p>
    <w:p>
      <w:pPr>
        <w:jc w:val="right"/>
      </w:pPr>
      <w:r>
        <w:t>मगर, कुरान कुरान में हम सूर्य 49 chapter verse 13 में पढ़ते हैं कि जब यहां रहें इस</w:t>
      </w:r>
    </w:p>
    <w:p>
      <w:r>
        <w:rPr>
          <w:b/>
        </w:rPr>
        <w:t xml:space="preserve">[09:24] </w:t>
      </w:r>
      <w:r>
        <w:t>maashre mein society mein to hamare different different groups hon, alag alag hamari pehchanein hon, hamare fandan alag hon.</w:t>
      </w:r>
    </w:p>
    <w:p>
      <w:pPr>
        <w:jc w:val="right"/>
      </w:pPr>
      <w:r>
        <w:t>माश्रे में society में तो हमारे different different groups हों, अलग अलग हमारी पहचाने हों, हमारे फांदान अलग हों.</w:t>
      </w:r>
    </w:p>
    <w:p>
      <w:r>
        <w:rPr>
          <w:b/>
        </w:rPr>
        <w:t xml:space="preserve">[09:42] </w:t>
      </w:r>
      <w:r>
        <w:t>to yeh division khud Allah taala ki hi scheme hai aur ek family ke andar bhi logon ke alag alag salahiyaten di gayi us bina par unke role alag alag kar diye gaye.</w:t>
      </w:r>
    </w:p>
    <w:p>
      <w:pPr>
        <w:jc w:val="right"/>
      </w:pPr>
      <w:r>
        <w:t>तो यह division ख़ुद अल्लाह ताला की ही scheme है और एक family के अंदर भी लोगों के अलग अलग सलाहियतें दी गई उस बिना पर उनके role अलग अलग कर दिए गए.</w:t>
      </w:r>
    </w:p>
    <w:p>
      <w:r>
        <w:rPr>
          <w:b/>
        </w:rPr>
        <w:t xml:space="preserve">[09:53] </w:t>
      </w:r>
      <w:r>
        <w:t>to diversity ya yeh kaha jaye ki iftilaaf yeh Allah ki hi, Allah ki hi scheme mein hai aur is wajah se aisa hota hai ki baaz dafa kuch log humse upar hote hain, kisi ki position humse neeche hoti hai, kis kuch log kisi salahiyat mein humse aage hote hain aur kuch log peeche hote hain.</w:t>
      </w:r>
    </w:p>
    <w:p>
      <w:pPr>
        <w:jc w:val="right"/>
      </w:pPr>
      <w:r>
        <w:t>तो diversity या यह कहा जाए कि इफ़्तलाफ़ यह अल्लाह की ही, अल्लाह की ही scheme में है और इस वजह से ऐसा होता है कि बाज दफा कुछ लोग हमसे ऊपर होते हैं, किसी की position हमसे नीचे होती है, किस कुछ लोग किसी सलाहियत में हमसे आगे होते हैं और कुछ लोग पीछे होते हैं.</w:t>
      </w:r>
    </w:p>
    <w:p>
      <w:r>
        <w:rPr>
          <w:b/>
        </w:rPr>
        <w:t xml:space="preserve">[10:14] </w:t>
      </w:r>
      <w:r>
        <w:t>is wajah se, is farq se hum aksar negativity ya phir hasad ya maalesh is tarah ki emotions ko feel karne lagte hain. jaise ki Quran ki ayat surah Nisaah ki 32 mein bataya gaya hai ki aur tum aisi cheez ki tamanna na karo jismein Allah ne tummein tummein se ek ko doosre par badhai di hai.</w:t>
      </w:r>
    </w:p>
    <w:p>
      <w:pPr>
        <w:jc w:val="right"/>
      </w:pPr>
      <w:r>
        <w:t>इस वजह से, इस फ़र्क़ से हम अक्सर negativity या फिर हंसद या मालेश इस तरह की emotions को feel करने लगते हैं. जैसे कि कुरान की आयत सूर्य निसाह की 32 में बताया गया है कि और तुम ऐसी चीज़ की तमन्ना ना करो जिसमें अल्लाह ने तुममें तुममें से एक को दूसरे पर बढ़ाई दी है.</w:t>
      </w:r>
    </w:p>
    <w:p>
      <w:r>
        <w:rPr>
          <w:b/>
        </w:rPr>
        <w:t xml:space="preserve">[10:41] </w:t>
      </w:r>
      <w:r>
        <w:t>mardon ke liye hissa hai apni kamai ka aur auraton ke liye hissa hai apni kamai ka. to iska saaf matlab yeh hai jaise aapko ne bataya ki aurat aur mard ka farq bhi ismein sahi ho raha hai ki ek ek hi family mein mard ko Allah taala ne physical power di. to agar woh usko misuse kar raha hai to woh uska test hai jiske liye woh apna test kharab kar raha hai.</w:t>
      </w:r>
    </w:p>
    <w:p>
      <w:pPr>
        <w:jc w:val="right"/>
      </w:pPr>
      <w:r>
        <w:t>मर्दों के लिए हिस्सा है अपनी कमाई का और औरतों के लिए हिस्सा है अपनी कमाई का. तो इसका साफ़ मतलब यह है जैसे आपको ने बताया कि औरत और मर्द का फ़र्क़ भी इसमें सही हो रहा है कि एक एक ही family में मर्द को अल्लाह ताला ने physical power दी. तो अगर वह उसको misuse कर रहा है तो वह उसका test है जिसके लिए वह अपना test ख़राब कर रहा है.</w:t>
      </w:r>
    </w:p>
    <w:p>
      <w:r>
        <w:rPr>
          <w:b/>
        </w:rPr>
        <w:t xml:space="preserve">[11:05] </w:t>
      </w:r>
      <w:r>
        <w:t>to is ayat ko padhkar main yeh samajh paai ki hum is duniya mein ek doosre ke upar kisi na kisi cheez mein badai dekar bhejhe gaye hain. lekin yeh badai dekhkar jealousy karna is tarah ka ravaiyya humein nahi apnana hai. humein ek doosre ki hirs mein nahi rehna hai. balki humein is baat par tawajjoh deni hai ki hum amal kya kar rahe hain? hamara test paper jo uska doosre aadmi ka kuch aur test paper hai. hamara kuch aur test paper hai.</w:t>
      </w:r>
    </w:p>
    <w:p>
      <w:pPr>
        <w:jc w:val="right"/>
      </w:pPr>
      <w:r>
        <w:t>तो इस आयत को पढ़कर मैं यह समझ पाई कि हम इस दुनिया में एक दूसरे के ऊपर किसी ना किसी चीज़ में बड़ाई देकर भेजे गए हैं. लेकिन यह बड़ाई देखकर jealousy करना इस तरह का रवैया हमें नहीं अपनाना है. हमें एक दूसरे की हिर्स में नहीं रहना है. बल्कि हमें इस बात पर तवज्जो देनी है कि हम अमल क्या कर रहे हैं? हमारा test paper जो उसका दूसरे आदमी का कुछ और test paper है. हमारा कुछ और test paper है.</w:t>
      </w:r>
    </w:p>
    <w:p>
      <w:r>
        <w:rPr>
          <w:b/>
        </w:rPr>
        <w:t xml:space="preserve">[11:32] </w:t>
      </w:r>
      <w:r>
        <w:t>hum us test paper mein poore utar rahe hain ya nahi utar rahe hain? yeh hamara maqsad hona chahiye. yeh scheme of god hum samajh samajh lein. to ek bahut badi mujhe lagta hai jo society mein ajeeb si yeh problems hoti hain yeh bahut zyada sort out ho jayen. sabko clarity ho jaye.</w:t>
      </w:r>
    </w:p>
    <w:p>
      <w:pPr>
        <w:jc w:val="right"/>
      </w:pPr>
      <w:r>
        <w:t>हम उस test paper में पूरे उतर रहे हैं या नहीं उतर रहे हैं? यह हमारा मकसद होना चाहिए. यह scheme of god हम समझ समझ लें. तो एक बहुत बड़ी मुझे लगता है जो society में अजीब सी यह problems होती हैं यह बहुत ज़्यादा sort out हो जाएं. सबको clarity हो जाए.</w:t>
      </w:r>
    </w:p>
    <w:p>
      <w:r>
        <w:rPr>
          <w:b/>
        </w:rPr>
        <w:t xml:space="preserve">[11:49] </w:t>
      </w:r>
      <w:r>
        <w:t>har koi is apne is test ko jaane ka aur har koi usi ke liye amal karna shuru kar dega chance nahi kyunki woh apni jannat abhi bhi kama sakta hai.</w:t>
      </w:r>
    </w:p>
    <w:p>
      <w:pPr>
        <w:jc w:val="right"/>
      </w:pPr>
      <w:r>
        <w:t>हर कोई इस अपने इस test को जाने का और हर कोई उसी के लिए अमल करना शुरू कर देगा chance नहीं क्योंकि वह अपनी जन्नत अभी भी कमा सकता है.</w:t>
      </w:r>
    </w:p>
    <w:p>
      <w:r>
        <w:rPr>
          <w:b/>
        </w:rPr>
        <w:t xml:space="preserve">[12:14] </w:t>
      </w:r>
      <w:r>
        <w:t>to allahatala ne har ek ko jo jahan rakha hai wahin par usko test diya hai aur uska isko imkan diye hain ki woh har tarah ke amal kar sakein aur phir apne liye woh aafarat ke liye jannat bana sake ya zehan lo. to basically to bahut easy hai agar hum is tarah sochein aur yeh sochein ki agar mere paas yahan duniya mein kuch nahi diya gaya.</w:t>
      </w:r>
    </w:p>
    <w:p>
      <w:pPr>
        <w:jc w:val="right"/>
      </w:pPr>
      <w:r>
        <w:t>तो अल्हाताला ने हर एक को जो जहां रखा है वहीं पर उसको test दिया है और उसका इसको इमकान दिए हैं कि वह हर तरह केमल कर सकें और फिर अपने लिए वह आफ़रत के लिए जन्नत बना सके या जहन लो. तो basically तो बहुत easy है अगर हम इस तरह सोचें और यह सोचें कि अगर मेरे पास यहां दुनिया में कुछ नहीं दिया गया.</w:t>
      </w:r>
    </w:p>
    <w:p>
      <w:r>
        <w:rPr>
          <w:b/>
        </w:rPr>
        <w:t xml:space="preserve">[12:36] </w:t>
      </w:r>
      <w:r>
        <w:t>hum log hum log poore din yahi sochte reh jaate hain na yeh fazilat sirf ek temporary test</w:t>
      </w:r>
    </w:p>
    <w:p>
      <w:pPr>
        <w:jc w:val="right"/>
      </w:pPr>
      <w:r>
        <w:t>हम लोग हम लोग पूरे दिन यही सोचते रह जाते हैं ना यह फ़ज़ीलत सिर्फ़ एक temporary test</w:t>
      </w:r>
    </w:p>
    <w:p>
      <w:r>
        <w:rPr>
          <w:b/>
        </w:rPr>
        <w:t xml:space="preserve">[12:46] </w:t>
      </w:r>
      <w:r>
        <w:t>question paper hai aur koi fazilat temporary woh permanent nahi hai to phir hamari saari jo hasad hai,</w:t>
      </w:r>
    </w:p>
    <w:p>
      <w:pPr>
        <w:jc w:val="right"/>
      </w:pPr>
      <w:r>
        <w:t>question paper है और कोई फ़ज़ीलत temporary वह permanent नहीं है तो फिर हमारी सारी जो हसद है,</w:t>
      </w:r>
    </w:p>
    <w:p>
      <w:r>
        <w:rPr>
          <w:b/>
        </w:rPr>
        <w:t xml:space="preserve">[12:57] </w:t>
      </w:r>
      <w:r>
        <w:t>hamara saara inferiority complex hai, yeh sab cheezein nikal jaayein aur hamare andar se ghamand bhi khatm ho jaaye.</w:t>
      </w:r>
    </w:p>
    <w:p>
      <w:pPr>
        <w:jc w:val="right"/>
      </w:pPr>
      <w:r>
        <w:t>हमारा सारा inferiority complex है, यह सब चीज़ें निकल जाए और हमारे अंदर से घमंड भी ख़त्म हो जाए.</w:t>
      </w:r>
    </w:p>
    <w:p>
      <w:r>
        <w:rPr>
          <w:b/>
        </w:rPr>
        <w:t xml:space="preserve">[13:08] </w:t>
      </w:r>
      <w:r>
        <w:t>to yahi cheezein hain jo talluqaat mein aadhe aati hain hamesha. yeh jo kamzor hota hai woh hasad karta hai, jo taaqatwar hota hai woh ghamand karta hai aur in cheezon ki clash ki wajah se talluqaat kharab hote hain. to main is principle ko jaan paai ki yeh hamare relationship ko develop karne ke liye achha hai. phir maine abhi hamare khaas ek padosa aai thi.</w:t>
      </w:r>
    </w:p>
    <w:p>
      <w:pPr>
        <w:jc w:val="right"/>
      </w:pPr>
      <w:r>
        <w:t>तो यही चीज़ें हैं जो ताल्लुकात में आड़े आती हैं हमेशा. यह जो कमज़ोर होता है वह हसद करता है, जो ताकतवर होता है वह घमंड करता है और इन चीज़ों की clash की वजह से ताल्लुकात ख़राब होते हैं. तो मैं इस principle को जान पाई कि यह हमारे relationship को develop करने के लिए अच्छा है. फिर मैंने अभी हमारे खास एक पड़ोसा आई थी.</w:t>
      </w:r>
    </w:p>
    <w:p>
      <w:r>
        <w:rPr>
          <w:b/>
        </w:rPr>
        <w:t xml:space="preserve">[13:32] </w:t>
      </w:r>
      <w:r>
        <w:t>unse kuch baatcheet chali to usse maine ek ek aur baat jaani kyunki woh kisi doosri padason ke baare mein baat kar rahi thi. unke bachche bahut padhai likhai mein bahut topper hain bachche aur bahut zyada aage nikal gaye hain. to unke baare mein baat karte hue woh boli ki, woh bachche padhai mein hi achhe hain bas aur kuch nahi jaante.</w:t>
      </w:r>
    </w:p>
    <w:p>
      <w:pPr>
        <w:jc w:val="right"/>
      </w:pPr>
      <w:r>
        <w:t>उनसे कुछ बातचीत चली तो उससे मैंने एक एक और बात जानी क्योंकि वह किसी दूसरी पड़ोसों के बारे में बात कर रही थी. उनके बच्चे बहुत पढ़ाई लिखाई में बहुत topper हैं बच्चे और बहुत ज़्यादा आगे निकल गए हैं. तो उनके बारे में बात करते हुए वह बोली कि, वह बच्चे पढ़ाई में ही अच्छे हैं बस और कुछ नहीं जानते.</w:t>
      </w:r>
    </w:p>
    <w:p>
      <w:r>
        <w:rPr>
          <w:b/>
        </w:rPr>
        <w:t xml:space="preserve">[13:54] </w:t>
      </w:r>
      <w:r>
        <w:t>unhone jab aisa bola to mujhe laga ki yeh to bahut ajeeb si baat hai ki agar aapne</w:t>
      </w:r>
    </w:p>
    <w:p>
      <w:pPr>
        <w:jc w:val="right"/>
      </w:pPr>
      <w:r>
        <w:t>उन्होंने जब ऐसा बोला तो मुझे लगा कि यह तो बहुत अजीब सी बात है कि अगर आपने</w:t>
      </w:r>
    </w:p>
    <w:p>
      <w:r>
        <w:rPr>
          <w:b/>
        </w:rPr>
        <w:t xml:space="preserve">[14:11] </w:t>
      </w:r>
      <w:r>
        <w:t>kisi ki koi quality dekhi aur aap usko negate karna kyunki sir aap apni padhai ko banakar rakhna</w:t>
      </w:r>
    </w:p>
    <w:p>
      <w:pPr>
        <w:jc w:val="right"/>
      </w:pPr>
      <w:r>
        <w:t>किसी की कोई quality देखी और आप उसको negate करना क्योंकि sir आप अपनी पढ़ाई को बनाकर रखना</w:t>
      </w:r>
    </w:p>
    <w:p>
      <w:r>
        <w:rPr>
          <w:b/>
        </w:rPr>
        <w:t xml:space="preserve">[14:28] </w:t>
      </w:r>
      <w:r>
        <w:t>chahte hain to doosre ki jo qualities hain aap usko kahin na kahin aisa mujhe laga jaise ki</w:t>
      </w:r>
    </w:p>
    <w:p>
      <w:pPr>
        <w:jc w:val="right"/>
      </w:pPr>
      <w:r>
        <w:t>चाहते हैं तो दूसरे की जो qualities हैं आप उसको कहीं ना कहीं ऐसा मुझे लगा जैसे कि</w:t>
      </w:r>
    </w:p>
    <w:p>
      <w:r>
        <w:rPr>
          <w:b/>
        </w:rPr>
        <w:t xml:space="preserve">[14:45] </w:t>
      </w:r>
      <w:r>
        <w:t>wah nullify karna chah rahi thi doosre ki quality ko.</w:t>
      </w:r>
    </w:p>
    <w:p>
      <w:pPr>
        <w:jc w:val="right"/>
      </w:pPr>
      <w:r>
        <w:t>वह nullify करना चाह रही थी दूसरे की quality को.</w:t>
      </w:r>
    </w:p>
    <w:p>
      <w:r>
        <w:rPr>
          <w:b/>
        </w:rPr>
        <w:t xml:space="preserve">[15:02] </w:t>
      </w:r>
      <w:r>
        <w:t>main yeh bhi ismein add karna chahoongi kyunki logon ne achhe talluqaat banaye bhi hain to sirf ya to apne mafaad ke liye ya phir munafaqat ke taur par aur koi uska maqsad nahi nazar aata.</w:t>
      </w:r>
    </w:p>
    <w:p>
      <w:pPr>
        <w:jc w:val="right"/>
      </w:pPr>
      <w:r>
        <w:t>मैं यह भी इसमें add करना चाहूंगी क्योंकि लोगों ने अच्छे ताल्लुकात बनाए भी हैं तो सिर्फ़ या तो अपने मफ़ाद के लिए या फिर मुनाफ़ाकत के तौर पर और कोई उसका मकसद नहीं नज़र आता.</w:t>
      </w:r>
    </w:p>
    <w:p>
      <w:r>
        <w:rPr>
          <w:b/>
        </w:rPr>
        <w:t xml:space="preserve">[15:13] </w:t>
      </w:r>
      <w:r>
        <w:t>allah ke liye kisi ne nahin kiya yeh tamam negative cheezon ke liye ho sakti hai hareesh ki</w:t>
      </w:r>
    </w:p>
    <w:p>
      <w:pPr>
        <w:jc w:val="right"/>
      </w:pPr>
      <w:r>
        <w:t>अल्लाह के लिए किसी ने नहीं किया यह तमाम negative चीज़ों के लिए हो सकती है हरीश कि</w:t>
      </w:r>
    </w:p>
    <w:p>
      <w:r>
        <w:rPr>
          <w:b/>
        </w:rPr>
        <w:t xml:space="preserve">[15:27] </w:t>
      </w:r>
      <w:r>
        <w:t>koi bhi negative hamare andar agar thought aayega to wah hamare pichhle saare achhe amal ko jaaya kar</w:t>
      </w:r>
    </w:p>
    <w:p>
      <w:pPr>
        <w:jc w:val="right"/>
      </w:pPr>
      <w:r>
        <w:t>कोई भी negative हमारे अंदर अगर thought आएगा तो वह हमारे पिछले सारे अच्छे अमाल को जाया कर</w:t>
      </w:r>
    </w:p>
    <w:p>
      <w:r>
        <w:rPr>
          <w:b/>
        </w:rPr>
        <w:t xml:space="preserve">[15:42] </w:t>
      </w:r>
      <w:r>
        <w:t>dega, kharab kar dega. To hamein</w:t>
      </w:r>
    </w:p>
    <w:p>
      <w:pPr>
        <w:jc w:val="right"/>
      </w:pPr>
      <w:r>
        <w:t>देगा, ख़राब कर देगा. तो हमें</w:t>
      </w:r>
    </w:p>
    <w:p>
      <w:r>
        <w:rPr>
          <w:b/>
        </w:rPr>
        <w:t xml:space="preserve">[15:57] </w:t>
      </w:r>
      <w:r>
        <w:t>shuklim. Thank you so much doctor supina tapasand for giving us very important points at the society level as at how a man should behave in a society. like, i was going through this articles in solveda. monana has focused of the behavior of a man at home.</w:t>
      </w:r>
    </w:p>
    <w:p>
      <w:pPr>
        <w:jc w:val="right"/>
      </w:pPr>
      <w:r>
        <w:t>शक्लिम. Thank you so much doctor सुपीना तपसंद for giving us very important points at the society level as at how a man should behave in a society. Like, I was going through this articles in सोलवेदा. मोनाना has focused of the behavior of a man at home.</w:t>
      </w:r>
    </w:p>
    <w:p>
      <w:r>
        <w:rPr>
          <w:b/>
        </w:rPr>
        <w:t xml:space="preserve">[16:24] </w:t>
      </w:r>
      <w:r>
        <w:t>aksar yeh hum log dekhte hain ki kuch log bahar ke logon ke liye se bahut achhe tarike se milte hain, bahut apna good virtues dikhate hain, good, bahut achhe se baatein karte hain aur ghar mein unke jo relationship hain, apne bachchon se, apni mili se aur ghar walon se woh bahut bura hota hai. to in this case molana says behavior at home serves as the first criteria of human goodness.</w:t>
      </w:r>
    </w:p>
    <w:p>
      <w:pPr>
        <w:jc w:val="right"/>
      </w:pPr>
      <w:r>
        <w:t>अक्सर यह हम लोग देखते हैं कि कुछ लोग बाहर के लोगों के लिए से बहुत अच्छे तरीके से मिलते हैं, बहुत अपना good virtues दिखाते हैं, good, बहुत अच्छे से बातें करते हैं और घर में उनके जो relationship हैं, अपने बच्चों से, अपनी मिली से और घर वालों से वह बहुत बुरा होता है. तो in this case मोलाना says behavior at home serves as the first criteria of human goodness.</w:t>
      </w:r>
    </w:p>
    <w:p>
      <w:r>
        <w:rPr>
          <w:b/>
        </w:rPr>
        <w:t xml:space="preserve">[16:50] </w:t>
      </w:r>
      <w:r>
        <w:t>if an individual is very courteous to other members of society but is rude at home, he will not be considered a good person. this is because it is home life and not the life outside the home which provides the real testing ground for the human personality. it's a very important point that should be noted down and i invite nazma apa to share her learning. zazaak alla, assalam allah.</w:t>
      </w:r>
    </w:p>
    <w:p>
      <w:pPr>
        <w:jc w:val="right"/>
      </w:pPr>
      <w:r>
        <w:t>If an individual is very courteous to other members of society but is rude at home, he will not be considered a good person. This is because it is home life and not the life outside the home which provides the real testing ground for the human personality. It's a very important point that should be noted down and I invite नज़मा अपा to share her learning. ज़ज़ाक अल्ला, अस्सलाम अल्लाह.</w:t>
      </w:r>
    </w:p>
    <w:p>
      <w:r>
        <w:rPr>
          <w:b/>
        </w:rPr>
        <w:t xml:space="preserve">[17:19] </w:t>
      </w:r>
      <w:r>
        <w:t>haan, sab logon ne bahut achhi tarah se bataya. main bhi apni learning share kar rahi hoon. allah ne hamein quran ke through bahut guidance di hai especially do baaton mein aapke baadatt kya karna hai aur doosre se behtareen talluqar yani good relations. to isse hamein apne ko improve karna hai, apni personality ko develop karna hai.</w:t>
      </w:r>
    </w:p>
    <w:p>
      <w:pPr>
        <w:jc w:val="right"/>
      </w:pPr>
      <w:r>
        <w:t>हां, सब लोगों ने बहुत अच्छी तरह से बताया. मैं भी अपनी learning share कर रही हूं. अल्लाह ने हमें कुरान के through बहुत guidance दी है especially दो बातों में आपके बादत क्या करना है और दूसरे से बेहतरीन ताल्लुकार यानी good relations. तो इससे हमें अपने को improve करना है, अपनी personality को develop करना है.</w:t>
      </w:r>
    </w:p>
    <w:p>
      <w:r>
        <w:rPr>
          <w:b/>
        </w:rPr>
        <w:t xml:space="preserve">[17:47] </w:t>
      </w:r>
      <w:r>
        <w:t>humein apni taraf se doosron se achhe akhlaaq rakhna honge allah se, mohabbat ki bhi wajah se aur usse dar ki wajah se. to usne jo kuch humse kaha hai hum karein yeh baat yeh bahut zaroori hai aur jaisa ki aap sab logon ne discuss kiya usually duniya mein dekhein to kya hota hai? kuch log bahut achhe halaat mein paida hote hain koi bure halaat mein.</w:t>
      </w:r>
    </w:p>
    <w:p>
      <w:pPr>
        <w:jc w:val="right"/>
      </w:pPr>
      <w:r>
        <w:t>हमें अपनी तरफ़ से दूसरों से अच्छे अख़िलाक़ रखना होंगे अल्लाह से, मोहब्बत की भी वजह से और उससे डर की वजह से. तो उसने जो कुछ हमसे कहा है हम करें यह बात यह बहुत ज़रूरी है और जैसा कि आप सब लोगों ने discuss किया usually दुनिया में देखें तो क्या होता है? कुछ लोग बहुत अच्छे हालात में पैदा होते हैं कोई बुरे हालात में.</w:t>
      </w:r>
    </w:p>
    <w:p>
      <w:r>
        <w:rPr>
          <w:b/>
        </w:rPr>
        <w:t xml:space="preserve">[18:13] </w:t>
      </w:r>
      <w:r>
        <w:t>kuch log ke paas bade bade means hote hain yaani zaraaye hote hain, kuch ke paas bahut limited</w:t>
      </w:r>
    </w:p>
    <w:p>
      <w:pPr>
        <w:jc w:val="right"/>
      </w:pPr>
      <w:r>
        <w:t>कुछ लोग के पास बड़े बड़े means होते हैं यानी ज़राए होते हैं, कुछ के पास बहुत limited</w:t>
      </w:r>
    </w:p>
    <w:p>
      <w:r>
        <w:rPr>
          <w:b/>
        </w:rPr>
        <w:t xml:space="preserve">[18:20] </w:t>
      </w:r>
      <w:r>
        <w:t>means hote hain aur aurat ho ya badh dono hi jab kisi ko apne se badha hua dekhte</w:t>
      </w:r>
    </w:p>
    <w:p>
      <w:pPr>
        <w:jc w:val="right"/>
      </w:pPr>
      <w:r>
        <w:t>means होते हैं और औरत हो या बढ़ दोनों ही जब किसी को अपने से बढ़ा हुआ देखते</w:t>
      </w:r>
    </w:p>
    <w:p>
      <w:r>
        <w:rPr>
          <w:b/>
        </w:rPr>
        <w:t xml:space="preserve">[18:28] </w:t>
      </w:r>
      <w:r>
        <w:t>hain to unmein jalan hasad ki hasad is tarah ki negative feelings develop hoti hain aur aapas mein</w:t>
      </w:r>
    </w:p>
    <w:p>
      <w:pPr>
        <w:jc w:val="right"/>
      </w:pPr>
      <w:r>
        <w:t>हैं तो उनमें जलन हसद की हसद इस तरह की negative feelings develop होती हैं और आपस में</w:t>
      </w:r>
    </w:p>
    <w:p>
      <w:r>
        <w:rPr>
          <w:b/>
        </w:rPr>
        <w:t xml:space="preserve">[18:35] </w:t>
      </w:r>
      <w:r>
        <w:t>ek tilaf paida hote hain aur logon mein, rishtedaron mein, society mein complaint, adawaten, hatred wagairah jaisi negative</w:t>
      </w:r>
    </w:p>
    <w:p>
      <w:pPr>
        <w:jc w:val="right"/>
      </w:pPr>
      <w:r>
        <w:t>एक तिलाफ़ पैदा होते हैं और लोगों में, रिश्तेदारों में, society में complaint, अदावतें, hatred वगैरह जैसी negative</w:t>
      </w:r>
    </w:p>
    <w:p>
      <w:r>
        <w:rPr>
          <w:b/>
        </w:rPr>
        <w:t xml:space="preserve">[18:43] </w:t>
      </w:r>
      <w:r>
        <w:t>cheezein badhti rehti hain aur jisse poora mahaul kharab hota hai.</w:t>
      </w:r>
    </w:p>
    <w:p>
      <w:pPr>
        <w:jc w:val="right"/>
      </w:pPr>
      <w:r>
        <w:t>चीज़ें बढ़ती रहती हैं और जिससे पूरा माहौल ख़राब होता है.</w:t>
      </w:r>
    </w:p>
    <w:p>
      <w:r>
        <w:rPr>
          <w:b/>
        </w:rPr>
        <w:t xml:space="preserve">[18:51] </w:t>
      </w:r>
      <w:r>
        <w:t>agar hum quran ki sixth chapter ale naam ki ek sau paisath ayat dekhein to quran mein yahan shaad hua hai aur wahi hai jisne tumhein zameen zameen mein ek doosre ka jaansheen banaya aur tummein se ek ka rutba doosre se buland kiya taaki woh aazbaen tumko apne diye hue mein tumhara rab jald sada dene wala aur bakhshne wala hai. 6.165.</w:t>
      </w:r>
    </w:p>
    <w:p>
      <w:pPr>
        <w:jc w:val="right"/>
      </w:pPr>
      <w:r>
        <w:t>अगर हम कुरान की sixth chapter अले नाम की एक सौ पैंसठ आयात देखें तो कुरान में यहां शाद हुआ है और वही है जिसने तुम्हें ज़मीन ज़मीन में एक दूसरे का जानशीन बनाया और तुममें से एक का रुतबा दूसरे से बुलंद किया ताकि वह आज़बाएं तुमको अपने दिए हुए में तुम्हारा रब जल्द सदा देने वाला और बक्चने वाला है. 6.165.</w:t>
      </w:r>
    </w:p>
    <w:p>
      <w:r>
        <w:rPr>
          <w:b/>
        </w:rPr>
        <w:t xml:space="preserve">[19:21] </w:t>
      </w:r>
      <w:r>
        <w:t>To hamein yeh samajhna hai ki duniya mein ek insaan aur doosre insaan mein jo barabari nahin hai</w:t>
      </w:r>
    </w:p>
    <w:p>
      <w:pPr>
        <w:jc w:val="right"/>
      </w:pPr>
      <w:r>
        <w:t>तो हमें यह समझना है कि दुनिया में एक इंसान और दूसरे इंसान में जो बराबरी नहीं है</w:t>
      </w:r>
    </w:p>
    <w:p>
      <w:r>
        <w:rPr>
          <w:b/>
        </w:rPr>
        <w:t xml:space="preserve">[19:29] </w:t>
      </w:r>
      <w:r>
        <w:t>aur yeh na barabari khuda ke creation plan ki bina hai to yeh hai aur hamari aazmal lena</w:t>
      </w:r>
    </w:p>
    <w:p>
      <w:pPr>
        <w:jc w:val="right"/>
      </w:pPr>
      <w:r>
        <w:t>और यह ना बराबरी ख़ुदा के creation plan की बिना है तो यह है और हमारी आज़माल लेना</w:t>
      </w:r>
    </w:p>
    <w:p>
      <w:r>
        <w:rPr>
          <w:b/>
        </w:rPr>
        <w:t xml:space="preserve">[19:38] </w:t>
      </w:r>
      <w:r>
        <w:t>chahiye aur islam ko samajhte hain to islam hamein bata diye duniya hi mein hamein yahan mili mili</w:t>
      </w:r>
    </w:p>
    <w:p>
      <w:pPr>
        <w:jc w:val="right"/>
      </w:pPr>
      <w:r>
        <w:t>चाहिए और इस्लाम को समझते हैं तो इस्लाम हमें बता दिए दुनिया ही में हमें यहां मिली मिली</w:t>
      </w:r>
    </w:p>
    <w:p>
      <w:r>
        <w:rPr>
          <w:b/>
        </w:rPr>
        <w:t xml:space="preserve">[19:46] </w:t>
      </w:r>
      <w:r>
        <w:t>hain yeh to yeh cheezein khatm ho jayengi.</w:t>
      </w:r>
    </w:p>
    <w:p>
      <w:pPr>
        <w:jc w:val="right"/>
      </w:pPr>
      <w:r>
        <w:t>हैं यह तो यह चीज़ें ख़त्म हो जाएंगी.</w:t>
      </w:r>
    </w:p>
    <w:p>
      <w:r>
        <w:rPr>
          <w:b/>
        </w:rPr>
        <w:t xml:space="preserve">[19:55] </w:t>
      </w:r>
      <w:r>
        <w:t>to hamare saath to sirf hamare achhe amal ya bure amal jo bhi hain woh jayenge. agar achhe amal kiye hain to achhe bure amal kiye hain to bure aur usmein doosron se akhlaaq ki bahut important baat hai. to yeh duniya to bahut thode waqt ke liye hai. hum sab jaante hain asal cheez to aaqrat jo ki abdiya aur eternal hai.</w:t>
      </w:r>
    </w:p>
    <w:p>
      <w:pPr>
        <w:jc w:val="right"/>
      </w:pPr>
      <w:r>
        <w:t>तो हमारे साथ तो सिर्फ़ हमारे अच्छे अमाल या बुरे अमाल जो भी हैं वह जाएंगे. अगर अच्छे अमाल किए हैं तो अच्छे बुरे अमाल किए हैं तो बुरे और उसमें दूसरों से अख़लाख़ की बहुत important बात है. तो यह दुनिया तो बहुत थोड़े वक़्त के लिए है. हम सब जानते हैं असल चीज़ तो आकर्त जो कि अब्दीय और eternal है.</w:t>
      </w:r>
    </w:p>
    <w:p>
      <w:r>
        <w:rPr>
          <w:b/>
        </w:rPr>
        <w:t xml:space="preserve">[20:21] </w:t>
      </w:r>
      <w:r>
        <w:t>allah hamein quran mein tarah tarah se guidance deta hai especially doosron ke talluqaat ki achhi relation rakhna.</w:t>
      </w:r>
    </w:p>
    <w:p>
      <w:pPr>
        <w:jc w:val="right"/>
      </w:pPr>
      <w:r>
        <w:t>अल्लाह हमें कुरान में तरह तरह से guidance देता है especially दूसरों के ताल्लुकात की अच्छी relation रखना.</w:t>
      </w:r>
    </w:p>
    <w:p>
      <w:r>
        <w:rPr>
          <w:b/>
        </w:rPr>
        <w:t xml:space="preserve">[20:29] </w:t>
      </w:r>
      <w:r>
        <w:t>Even yeh jo hai ki negative situation mein bhi hamein positive aspect ko dekhna hai, complete positivity rakhna</w:t>
      </w:r>
    </w:p>
    <w:p>
      <w:pPr>
        <w:jc w:val="right"/>
      </w:pPr>
      <w:r>
        <w:t>Even यह जो है कि negative situation में भी हमें positive aspect को देखना है, complete positivity रखना</w:t>
      </w:r>
    </w:p>
    <w:p>
      <w:r>
        <w:rPr>
          <w:b/>
        </w:rPr>
        <w:t xml:space="preserve">[20:39] </w:t>
      </w:r>
      <w:r>
        <w:t>hai aur society mein ek giver member banna hai doosre ko dena, usse bhalai karna aur usse koi</w:t>
      </w:r>
    </w:p>
    <w:p>
      <w:pPr>
        <w:jc w:val="right"/>
      </w:pPr>
      <w:r>
        <w:t>है और society में एक giver member बनना है दूसरे को देना, उससे भलाई करना और उससे कोई</w:t>
      </w:r>
    </w:p>
    <w:p>
      <w:r>
        <w:rPr>
          <w:b/>
        </w:rPr>
        <w:t xml:space="preserve">[20:50] </w:t>
      </w:r>
      <w:r>
        <w:t>badla nahin jaana balki allah par poora trust laksh karte hain, practice karte hain.</w:t>
      </w:r>
    </w:p>
    <w:p>
      <w:pPr>
        <w:jc w:val="right"/>
      </w:pPr>
      <w:r>
        <w:t>बदला नहीं जाना बल्कि अल्लाह पर पूरा trust लक्ष्य करते हैं, practice करते हैं.</w:t>
      </w:r>
    </w:p>
    <w:p>
      <w:r>
        <w:rPr>
          <w:b/>
        </w:rPr>
        <w:t xml:space="preserve">[21:01] </w:t>
      </w:r>
      <w:r>
        <w:t>hi hum saari negativity jaise to quran ki guidance ko samajh humein lesson lena hai tabhi hum apni zindagi ko positivity ki taraf badal payenge.</w:t>
      </w:r>
    </w:p>
    <w:p>
      <w:pPr>
        <w:jc w:val="right"/>
      </w:pPr>
      <w:r>
        <w:t>ही हम सारी negativity जैसे तो कुरान की guidance को समझ हमें lesson लेना है तभी हम अपनी ज़िंदगियों को positivity की तरफ़ बदल पाएंगे.</w:t>
      </w:r>
    </w:p>
    <w:p>
      <w:r>
        <w:rPr>
          <w:b/>
        </w:rPr>
        <w:t xml:space="preserve">[21:20] </w:t>
      </w:r>
      <w:r>
        <w:t>to jab yeh positivity hamari zindagi mein aati hai to husband wife ke ghar par jaise bhi ka ghar ki relations aur yeh talluqaat mera har doosre insaan se family ko, rishtedaron ko, neighbors ko aur poori society ko improve karta hai. poora mahaul badalta hai.</w:t>
      </w:r>
    </w:p>
    <w:p>
      <w:pPr>
        <w:jc w:val="right"/>
      </w:pPr>
      <w:r>
        <w:t>तो जब यह positivity हमारी ज़िंदगी में आती है तो husband wife के घर पर जैसे भी का घर की relations और यह ताल्लोकात मेरा हर दूसरे इंसान से family को, रिश्तेदारों को, neighbors को और पूरी society को improve करता है. पूरा माहौल बदलता है.</w:t>
      </w:r>
    </w:p>
    <w:p>
      <w:r>
        <w:rPr>
          <w:b/>
        </w:rPr>
        <w:t xml:space="preserve">[21:48] </w:t>
      </w:r>
      <w:r>
        <w:t>to molara ko ki personality ko banne mein bahut ghlat kari hai aur hum unke shukrgaar hain ki yeh saari cheezein jahan se unhone hum logon ko di hain aur hakshan karein ki humne kisi ke saath ghlat kaam to nahi ki kiya. agar kiya hai to use maafi mange. to uski himmat humein jo dalni hai ki hum maafi mange.</w:t>
      </w:r>
    </w:p>
    <w:p>
      <w:pPr>
        <w:jc w:val="right"/>
      </w:pPr>
      <w:r>
        <w:t>तो मोलारा को की personality को बनने में बहुत ग़लत करी है और हम उनके शुक्रगार हैं कि यह सारी चीज़ें जहां से उन्होंने हम लोगों को दी हैं और हक्षण करें कि हमने किसी के साथ ग़लत काम तो नहीं की किया. अगर किया है तो उसे माफ़ी मांगे. तो उसकी हिम्मत हमें जो डालनी है कि हम माफ़ी मांगे.</w:t>
      </w:r>
    </w:p>
    <w:p>
      <w:r>
        <w:rPr>
          <w:b/>
        </w:rPr>
        <w:t xml:space="preserve">[22:16] </w:t>
      </w:r>
      <w:r>
        <w:t>Shuru mein maafi maangna bahut mushkil hota hai.</w:t>
      </w:r>
    </w:p>
    <w:p>
      <w:pPr>
        <w:jc w:val="right"/>
      </w:pPr>
      <w:r>
        <w:t>शुरू में माफ़ी मांगना बहुत मुश्किल होता है.</w:t>
      </w:r>
    </w:p>
    <w:p>
      <w:r>
        <w:rPr>
          <w:b/>
        </w:rPr>
        <w:t xml:space="preserve">[22:24] </w:t>
      </w:r>
      <w:r>
        <w:t>lekin aasan jaata hai usse hamari hai, ghatti nahin.</w:t>
      </w:r>
    </w:p>
    <w:p>
      <w:pPr>
        <w:jc w:val="right"/>
      </w:pPr>
      <w:r>
        <w:t>लेकिन आसान जाता है उससे हमारी है, घटती नहीं.</w:t>
      </w:r>
    </w:p>
    <w:p>
      <w:r>
        <w:rPr>
          <w:b/>
        </w:rPr>
        <w:t xml:space="preserve">[22:32] </w:t>
      </w:r>
      <w:r>
        <w:t>To hamari allah se yahi dua hai ki hum god oriented behtar taluqan bahut zaroor hum sabko doosron</w:t>
      </w:r>
    </w:p>
    <w:p>
      <w:pPr>
        <w:jc w:val="right"/>
      </w:pPr>
      <w:r>
        <w:t>तो हमारी अल्लाह से यही दुआ है कि हम god oriented बेहतर तालुकान बहुत ज़रूर हम सबको दूसरों</w:t>
      </w:r>
    </w:p>
    <w:p>
      <w:r>
        <w:rPr>
          <w:b/>
        </w:rPr>
        <w:t xml:space="preserve">[22:40] </w:t>
      </w:r>
      <w:r>
        <w:t>se achhe taluqan banane ki to phir behtar.</w:t>
      </w:r>
    </w:p>
    <w:p>
      <w:pPr>
        <w:jc w:val="right"/>
      </w:pPr>
      <w:r>
        <w:t>से अच्छे तालुकान बनाने की तो फिर बेहतर.</w:t>
      </w:r>
    </w:p>
    <w:p>
      <w:r>
        <w:rPr>
          <w:b/>
        </w:rPr>
        <w:t xml:space="preserve">[22:49] </w:t>
      </w:r>
      <w:r>
        <w:t>Thank you najma apa for sharing your learning. Basically, you were talking about building a good relationship. How do we would make this relationship good between other people? So this plays a very significant role in Islam.</w:t>
      </w:r>
    </w:p>
    <w:p>
      <w:pPr>
        <w:jc w:val="right"/>
      </w:pPr>
      <w:r>
        <w:t>Thank you नजमा अपा for sharing your learning. Basically, you were talking about building a good relationship. How do we would make this relationship good between other people? So this plays a very significant role in Islam.</w:t>
      </w:r>
    </w:p>
    <w:p>
      <w:r>
        <w:rPr>
          <w:b/>
        </w:rPr>
        <w:t xml:space="preserve">[23:08] </w:t>
      </w:r>
      <w:r>
        <w:t>It has a very important place, and the virtues that help in building a good relationship with other members of this society is based on ease, forgiveness, overlooking the mistakes of others, kindness, courtesy, happiness, smiling attitude, truth, trustworthiness and many other good virtues which you mentioned some of them apa.</w:t>
      </w:r>
    </w:p>
    <w:p>
      <w:pPr>
        <w:jc w:val="right"/>
      </w:pPr>
      <w:r>
        <w:t>It has a very important place, and the virtues that help in building a good relationship with other members of this society is based on ease, forgiveness, overlooking the mistakes of others, kindness, courtesy, happiness, smiling attitude, truth, trustworthiness and many other good virtues which you mentioned some of them आपा.</w:t>
      </w:r>
    </w:p>
    <w:p>
      <w:r>
        <w:rPr>
          <w:b/>
        </w:rPr>
        <w:t xml:space="preserve">[23:34] </w:t>
      </w:r>
      <w:r>
        <w:t>So I would, afhamida apa, would you like to say something? Haan, shavina abhi doctor safeena nachmaapa ki baat se bhi main samajh mein aaya ki jo apne aadesh hai na jo apne ghar walon ke liye achha hoga, wahi bahar walon ke liye matlab apne ghar walon ke liye pehle achha jo insaan hoga wahi bahar bhi achha ho paega. To log jaise bahar achhe talluqaat banaye rakhte hain aur ghar mein nahin achhe rehte hain.</w:t>
      </w:r>
    </w:p>
    <w:p>
      <w:pPr>
        <w:jc w:val="right"/>
      </w:pPr>
      <w:r>
        <w:t>So I would, अफ़हमीदा आपा, would you like to say something? हां, शविना अभी doctor सफ़ीना नचमापा की बात से भी मैं समझ में आया कि जो अपने आदेश है ना जो अपने घर वालों के लिए अच्छा होगा, वही बाहर वालों के लिए मतलब अपने घर वालों के लिए पहले अच्छा जो इंसान होता है वही बाहर भी अच्छा हो पाएगा. तो लोग जैसे बाहर अच्छे तल्लुकात बनाए रखते हैं और घर में नहीं अच्छे रहते हैं.</w:t>
      </w:r>
    </w:p>
    <w:p>
      <w:r>
        <w:rPr>
          <w:b/>
        </w:rPr>
        <w:t xml:space="preserve">[24:00] </w:t>
      </w:r>
      <w:r>
        <w:t>Unke liye yeh hai aur doosri cheez hai ek mujhe bhi ek apna ek waqt share karna tha ki jaise hadish hai na ki rasool ullah sangh ke paas hai upar ek poora phekati thi ek aurat aur roz phekati thi usi raaste se. Ek baar wah nahin pheka usne to wah gaye uski khairiyat lene ke liye ki wah kya matlab usko kya hua jisne kooda nahin pheka.</w:t>
      </w:r>
    </w:p>
    <w:p>
      <w:pPr>
        <w:jc w:val="right"/>
      </w:pPr>
      <w:r>
        <w:t>उनके लिए यह है और दूसरी चीज़ है एक मुझे भी एक अपना एक वक्त share करना था कि जैसे हदीश है ना कि रसोल उल्लाह संघ के पास है ऊपर एक पूरा फेंकती थी एक औरत और रोज़ फेंकती थी उसी रास्ते से. एक बार वह नहीं फेंका उसने तो वह गए उसकी खैरियत लेने के लिए कि वह क्या मतलब उसको क्या हुआ जिसने कूड़ा नहीं फेंका.</w:t>
      </w:r>
    </w:p>
    <w:p>
      <w:r>
        <w:rPr>
          <w:b/>
        </w:rPr>
        <w:t xml:space="preserve">[24:26] </w:t>
      </w:r>
      <w:r>
        <w:t>To kitna bada ismein yahi aala hai khilaf hai aur isi par maine ek baar ek ek maine</w:t>
      </w:r>
    </w:p>
    <w:p>
      <w:pPr>
        <w:jc w:val="right"/>
      </w:pPr>
      <w:r>
        <w:t>तो कितना बड़ा इसमें यही आला है खिलाफ है और इसी पर मैंने एक बार एक एक मैंने</w:t>
      </w:r>
    </w:p>
    <w:p>
      <w:r>
        <w:rPr>
          <w:b/>
        </w:rPr>
        <w:t xml:space="preserve">[24:33] </w:t>
      </w:r>
      <w:r>
        <w:t>koshish kiya tha kuch karne ki ki mere ghar ke saamne ek rehte hain.</w:t>
      </w:r>
    </w:p>
    <w:p>
      <w:pPr>
        <w:jc w:val="right"/>
      </w:pPr>
      <w:r>
        <w:t>कोशिश किया था कुछ करने की कि मेरे घर के सामने एक रहते हैं.</w:t>
      </w:r>
    </w:p>
    <w:p>
      <w:r>
        <w:rPr>
          <w:b/>
        </w:rPr>
        <w:t xml:space="preserve">[24:40] </w:t>
      </w:r>
      <w:r>
        <w:t>To bilkul mere gate ke unke gate ekdam saamne hi hai.</w:t>
      </w:r>
    </w:p>
    <w:p>
      <w:pPr>
        <w:jc w:val="right"/>
      </w:pPr>
      <w:r>
        <w:t>तो बिल्कुल मेरे gate के उनके gate एकदम सामने ही है.</w:t>
      </w:r>
    </w:p>
    <w:p>
      <w:r>
        <w:rPr>
          <w:b/>
        </w:rPr>
        <w:t xml:space="preserve">[24:47] </w:t>
      </w:r>
      <w:r>
        <w:t>To unhone wah unki bees saal pehle ki baat hai ki wah apne poora nikalti thi aur mere</w:t>
      </w:r>
    </w:p>
    <w:p>
      <w:pPr>
        <w:jc w:val="right"/>
      </w:pPr>
      <w:r>
        <w:t>तो उन्होंने वह उनकी बीस साल पहले की बात है कि वह अपने पूरा निकलती थी और मेरे</w:t>
      </w:r>
    </w:p>
    <w:p>
      <w:r>
        <w:rPr>
          <w:b/>
        </w:rPr>
        <w:t xml:space="preserve">[24:54] </w:t>
      </w:r>
      <w:r>
        <w:t>gate par aise phenk deti thi.</w:t>
      </w:r>
    </w:p>
    <w:p>
      <w:pPr>
        <w:jc w:val="right"/>
      </w:pPr>
      <w:r>
        <w:t>gate पर ऐसे फ़ेंक देती थी.</w:t>
      </w:r>
    </w:p>
    <w:p>
      <w:r>
        <w:rPr>
          <w:b/>
        </w:rPr>
        <w:t xml:space="preserve">[25:02] </w:t>
      </w:r>
      <w:r>
        <w:t>To maine jo hai kya kiya ki wah kooda wah to khatm ho gayi unki bahu bhi ab aise hi mere gate par kooda phekati hai. Matlab ek mahaul ek bana hua hai wah petition unka unke ghar ka. Maine socha ki mere gate mein kooda pada rehta hai kharab lagta tha to maine jo bahar jo swiffer aata hai usse maine bataya tum mere extra paisa le liya karo aur yeh kooda mera utha diya karo. To wah mera chalta hai ki wah wah paisa mujhse leta hai unka poora uthane ke liye.</w:t>
      </w:r>
    </w:p>
    <w:p>
      <w:pPr>
        <w:jc w:val="right"/>
      </w:pPr>
      <w:r>
        <w:t>तो मैंने जो है क्या किया कि वह कूड़ा वह तो खत्म हो गई उनकी बहु भी अब ऐसे ही मेरे gate पर कूड़ा फेंकती है. मतलब एक माहौल एक बना हुआ है वह petition उनका उनके घर का. मैंने सोचा कि मेरे gate में कूड़ा पड़ा रहता है ख़राब लगता था तो मैंने जो बाहर जो swiffer आता है उससे मैंने बताया तुम मेरे extra पैसा ले लिया करो और यह कूड़ा मेरा उठा दिया करो. तो वह मेरा चलता है कि वह वह पैसा मुझसे लेता है उनका पूरा उठाने के लिए.</w:t>
      </w:r>
    </w:p>
    <w:p>
      <w:r>
        <w:rPr>
          <w:b/>
        </w:rPr>
        <w:t xml:space="preserve">[25:32] </w:t>
      </w:r>
      <w:r>
        <w:t>To yeh is tarah ke akhlaakh par yeh jo asurullah sangh ki aadesh thi usi par mujhe yeh wali cheez maine karne ki koshish kiya. To aisi tarah se asul ullah sangh ka bahut sari cheezein hain jo hum jinse hum seekh sakte hain behtar ikhlah aur ek tarfa ikhlah, alah ikhlah. Jaise ek ek wah hai tha na</w:t>
      </w:r>
    </w:p>
    <w:p>
      <w:pPr>
        <w:jc w:val="right"/>
      </w:pPr>
      <w:r>
        <w:t>तो यह इस तरह के अख़िलाख़ पर यह जो असुरुल्ला संसंघ की आदेश थी उसी पर मुझे यह वाली चीज़ मैंने करने की कोशिश किया. तो ऐसी तरह से असुल उल्लाह संसंघ का बहुत सारी चीज़ें हैं जो हम जिनसे हम सीख सकते हैं बेहतर इखिलाह और एक तरफ़ा इखिलाह, अलाह इखिलाह. जैसे एक एक वह है था ना</w:t>
      </w:r>
    </w:p>
    <w:p>
      <w:r>
        <w:rPr>
          <w:b/>
        </w:rPr>
        <w:t xml:space="preserve">[25:55] </w:t>
      </w:r>
      <w:r>
        <w:t>ki dua aur etraaf ki baat par likha hai Maulana sahab ne ki jab ek makka ke musalman</w:t>
      </w:r>
    </w:p>
    <w:p>
      <w:pPr>
        <w:jc w:val="right"/>
      </w:pPr>
      <w:r>
        <w:t>कि दुआ और एतराफ़ की बात पर लिखा है मुलाना साहब ने कि जब एक मक्का के मुसलमान</w:t>
      </w:r>
    </w:p>
    <w:p>
      <w:r>
        <w:rPr>
          <w:b/>
        </w:rPr>
        <w:t xml:space="preserve">[26:05] </w:t>
      </w:r>
      <w:r>
        <w:t>jab mahazir ki hasiyat se madina mein aaye to rasullah sallaha ne farmaaya is moqaat ki tafsir, sirat</w:t>
      </w:r>
    </w:p>
    <w:p>
      <w:pPr>
        <w:jc w:val="right"/>
      </w:pPr>
      <w:r>
        <w:t>जब महाज़ीर की हैसियत से मदीना में आए तो रसुल्लाह सल्लाह ने फरमाया इस मौक़ात की तफ़सीर, सीरक</w:t>
      </w:r>
    </w:p>
    <w:p>
      <w:r>
        <w:rPr>
          <w:b/>
        </w:rPr>
        <w:t xml:space="preserve">[26:15] </w:t>
      </w:r>
      <w:r>
        <w:t>ki kitabon mein maujood hai.</w:t>
      </w:r>
    </w:p>
    <w:p>
      <w:pPr>
        <w:jc w:val="right"/>
      </w:pPr>
      <w:r>
        <w:t>की किताबें में मौजूद है.</w:t>
      </w:r>
    </w:p>
    <w:p>
      <w:r>
        <w:rPr>
          <w:b/>
        </w:rPr>
        <w:t xml:space="preserve">[26:26] </w:t>
      </w:r>
      <w:r>
        <w:t>Is maamle mein ansar ne ek tarfa aur vajah se kamale ehsar ka subudh ya uski koi doosri misaar poori tareekh mein nahin milti hai. To us par mahaaj, ansal ke aala suluk se khud mahaazreen ke behad mutasir the. To manasha likhte hain ki is hadith se nehat ahum islami usool maloom hota hai.</w:t>
      </w:r>
    </w:p>
    <w:p>
      <w:pPr>
        <w:jc w:val="right"/>
      </w:pPr>
      <w:r>
        <w:t>इस मामले में अंसार ने एक तरफ़ात और वजह से कमाले एहसार का सुबुध या उसकी कोई दूसरी मिसार पूरी तारीख़ में नहीं मिलती है. तो उस पर महाज, अंसाल के आला सुलुक से खुद महाज़रीन के बेहद मुतासिर थे. तो मनाषा लिखते हैं कि इस हदीज से नेहत अहम् इस्लामी उसूल मालूम होता है.</w:t>
      </w:r>
    </w:p>
    <w:p>
      <w:r>
        <w:rPr>
          <w:b/>
        </w:rPr>
        <w:t xml:space="preserve">[26:47] </w:t>
      </w:r>
      <w:r>
        <w:t>woh yeh ki zaid ko bakar se kuch mile, jo hai ajar mil jayega.</w:t>
      </w:r>
    </w:p>
    <w:p>
      <w:pPr>
        <w:jc w:val="right"/>
      </w:pPr>
      <w:r>
        <w:t>वह यह कि जैद को बकर से कुछ मिले, जो है अजर मिल जाएगा.</w:t>
      </w:r>
    </w:p>
    <w:p>
      <w:r>
        <w:rPr>
          <w:b/>
        </w:rPr>
        <w:t xml:space="preserve">[26:54] </w:t>
      </w:r>
      <w:r>
        <w:t>to rasool Allah ne unse kaha tha na ki jab tak tum unki inki tareef karo aur Allah</w:t>
      </w:r>
    </w:p>
    <w:p>
      <w:pPr>
        <w:jc w:val="right"/>
      </w:pPr>
      <w:r>
        <w:t>तो रसोल अल्लाह ने उनसे कहा था ना कि जब तक तुम उनकी इनकी तारीफ करो और अल्लाह</w:t>
      </w:r>
    </w:p>
    <w:p>
      <w:r>
        <w:rPr>
          <w:b/>
        </w:rPr>
        <w:t xml:space="preserve">[27:01] </w:t>
      </w:r>
      <w:r>
        <w:t>se unke liye dua karte raho.</w:t>
      </w:r>
    </w:p>
    <w:p>
      <w:pPr>
        <w:jc w:val="right"/>
      </w:pPr>
      <w:r>
        <w:t>से उनके लिए दुआ करते रहो.</w:t>
      </w:r>
    </w:p>
    <w:p>
      <w:r>
        <w:rPr>
          <w:b/>
        </w:rPr>
        <w:t xml:space="preserve">[27:08] </w:t>
      </w:r>
      <w:r>
        <w:t>yeh sabse bada ajar hai.</w:t>
      </w:r>
    </w:p>
    <w:p>
      <w:pPr>
        <w:jc w:val="right"/>
      </w:pPr>
      <w:r>
        <w:t>यह सबसे बड़ा अजर है.</w:t>
      </w:r>
    </w:p>
    <w:p>
      <w:r>
        <w:rPr>
          <w:b/>
        </w:rPr>
        <w:t xml:space="preserve">[27:15] </w:t>
      </w:r>
      <w:r>
        <w:t>matlab yeh sabse badi cheez hogi.</w:t>
      </w:r>
    </w:p>
    <w:p>
      <w:pPr>
        <w:jc w:val="right"/>
      </w:pPr>
      <w:r>
        <w:t>मतलब यह सबसे बड़ी चीज़ होगी.</w:t>
      </w:r>
    </w:p>
    <w:p>
      <w:r>
        <w:rPr>
          <w:b/>
        </w:rPr>
        <w:t xml:space="preserve">[27:22] </w:t>
      </w:r>
      <w:r>
        <w:t>to isi ko Maulana sahab ne likha bemaal wale ke paas bhi dene ke liye ek cheez maujood</w:t>
      </w:r>
    </w:p>
    <w:p>
      <w:pPr>
        <w:jc w:val="right"/>
      </w:pPr>
      <w:r>
        <w:t>तो इसी को मुलाना साहब ने लिखा बेमाल वाले के पास भी देने के लिए एक चीज़ मौजूद</w:t>
      </w:r>
    </w:p>
    <w:p>
      <w:r>
        <w:rPr>
          <w:b/>
        </w:rPr>
        <w:t xml:space="preserve">[27:29] </w:t>
      </w:r>
      <w:r>
        <w:t>hai aur dua aur woh dua aur ek taraf hai.</w:t>
      </w:r>
    </w:p>
    <w:p>
      <w:pPr>
        <w:jc w:val="right"/>
      </w:pPr>
      <w:r>
        <w:t>है और दोआ और वह दोआ और एक तरफ है.</w:t>
      </w:r>
    </w:p>
    <w:p>
      <w:r>
        <w:rPr>
          <w:b/>
        </w:rPr>
        <w:t xml:space="preserve">[27:36] </w:t>
      </w:r>
      <w:r>
        <w:t>maine sahi se padha nahi tha isko.</w:t>
      </w:r>
    </w:p>
    <w:p>
      <w:pPr>
        <w:jc w:val="right"/>
      </w:pPr>
      <w:r>
        <w:t>मैंने सही से पढ़ा नहीं था इसको.</w:t>
      </w:r>
    </w:p>
    <w:p>
      <w:r>
        <w:rPr>
          <w:b/>
        </w:rPr>
        <w:t xml:space="preserve">[27:43] </w:t>
      </w:r>
      <w:r>
        <w:t>to woh jo hai yeh cheez se bhi bahut samajh mein aata hai ki aadmi khali woh cheez</w:t>
      </w:r>
    </w:p>
    <w:p>
      <w:pPr>
        <w:jc w:val="right"/>
      </w:pPr>
      <w:r>
        <w:t>तो वह जो है यह चीज़ से भी बहुत समझ में आता है कि आदमी खाली वह चीज़</w:t>
      </w:r>
    </w:p>
    <w:p>
      <w:r>
        <w:rPr>
          <w:b/>
        </w:rPr>
        <w:t xml:space="preserve">[27:53] </w:t>
      </w:r>
      <w:r>
        <w:t>kisi ke paas nahi hoti hai.</w:t>
      </w:r>
    </w:p>
    <w:p>
      <w:pPr>
        <w:jc w:val="right"/>
      </w:pPr>
      <w:r>
        <w:t>किसी के पास नहीं होती है.</w:t>
      </w:r>
    </w:p>
    <w:p>
      <w:r>
        <w:rPr>
          <w:b/>
        </w:rPr>
        <w:t xml:space="preserve">[28:03] </w:t>
      </w:r>
      <w:r>
        <w:t>to yeh hota hai matlab asli, aala, akhla, yeh mujhe samajh mein aaya.</w:t>
      </w:r>
    </w:p>
    <w:p>
      <w:pPr>
        <w:jc w:val="right"/>
      </w:pPr>
      <w:r>
        <w:t>तो यह होता है मतलब असली, आला, अखला, यह मुझे समझ में आया.</w:t>
      </w:r>
    </w:p>
    <w:p>
      <w:r>
        <w:rPr>
          <w:b/>
        </w:rPr>
        <w:t xml:space="preserve">[28:14] </w:t>
      </w:r>
      <w:r>
        <w:t>Papa you are very very true in saying this ki aaj agar musalmanon mein kami hai to prophet muhammad ko wah apna role model kehte to hain, kehte hain lekin mante nahin hain. We have often often seen in our society.</w:t>
      </w:r>
    </w:p>
    <w:p>
      <w:pPr>
        <w:jc w:val="right"/>
      </w:pPr>
      <w:r>
        <w:t>Papa you are very very true in saying this कि आज अगर मुसलमानों में कमी है तो prophet मुहम्मद को वह अपना role model कहते तो हैं, कहते हैं लेकिन मानते नहीं हैं. We have often often seen in our society.</w:t>
      </w:r>
    </w:p>
    <w:p>
      <w:r>
        <w:rPr>
          <w:b/>
        </w:rPr>
        <w:t xml:space="preserve">[28:30] </w:t>
      </w:r>
      <w:r>
        <w:t>Hum jinke saath uthte hain, baithte hain, zara si tal vital ho jati hai, kuch situation mein fark aa jata hai, wah ekdam apne us par aa jate hain and they start abusing aur aise aise words bolte hain ki ek shock lagta hai ki yeh banda jo abhi itna achha bana hua tha achanak se us ki personality ka doosra roop nazar aata hai. We often see this kind of thing happening in our society.</w:t>
      </w:r>
    </w:p>
    <w:p>
      <w:pPr>
        <w:jc w:val="right"/>
      </w:pPr>
      <w:r>
        <w:t>हम जिनके साथ उठते हैं, बैठते हैं, जरा सी तल वितल हो जाती है, कुछ situation में फ़र्क आ जाता है, वह एकदम अपने उस पर आ जाते हैं and they start abusing और ऐसे ऐसे words बोलते हैं कि एक shock लगता है कि यह बंदा जो अभी इतना अच्छा बना हुआ था अचानक से उस की personality का दूसरा रूप नज़र आता है. We often see this kind of thing happening in our society.</w:t>
      </w:r>
    </w:p>
    <w:p>
      <w:r>
        <w:rPr>
          <w:b/>
        </w:rPr>
        <w:t xml:space="preserve">[28:56] </w:t>
      </w:r>
      <w:r>
        <w:t>To question hota hai wahan ki prophet mohammad jo hamare role model hain, hum unko kitna follow karte hain? Unki zindagi ko bilkul follow nahin karte hain. Unse bada example bilkul nahin ho sakta. Jaise ki aapne abhi ansar aur mahajdin ke bare mein ek beautiful example diya hai.</w:t>
      </w:r>
    </w:p>
    <w:p>
      <w:pPr>
        <w:jc w:val="right"/>
      </w:pPr>
      <w:r>
        <w:t>तो question होता है वहां कि prophet मोहम्मद जो हमारे role model हैं, हम उनको कितना follow करते हैं? उनकी ज़िंदगी को बिल्कुल follow नहीं करते हैं. उनसे बड़ा example बिल्कुल नहीं हो सकता. जैसे कि आपने अभी अंसार और महाजदीन के बारे में एक beautiful example दिया है.</w:t>
      </w:r>
    </w:p>
    <w:p>
      <w:r>
        <w:rPr>
          <w:b/>
        </w:rPr>
        <w:t xml:space="preserve">[29:15] </w:t>
      </w:r>
      <w:r>
        <w:t>Hum sabke liye har ek ek musalmanon ke liye sabak hai ismein ki hum kaise doosri member of the society ke liye hum kis tarah se contribute kar sakte hain aur ek conducive mahaul bana sakte hain doosre logon ke liye. To main ab invite karti hoon aur logon ko apni kuch learning ko share karne ke liye ya phir? Doctor safeena kuch keh rahi hai? Ok, aap. Shabhina.</w:t>
      </w:r>
    </w:p>
    <w:p>
      <w:pPr>
        <w:jc w:val="right"/>
      </w:pPr>
      <w:r>
        <w:t>हम सबके लिए हर एक एक मुसलमानों के लिए सबक है इसमें कि हम कैसे दूसरी member of the society के लिए हम किस तरह से contribute कर सकते हैं और एक conducive माहौल बना सकते हैं दूसरे लोगों के लिए. तो मैं अब invite करती हूं और लोगों को अपनी कुछ learning को share करने के लिए या फिर? Doctor सफीना कुछ कह रही है? Ok, आप. शभीना.</w:t>
      </w:r>
    </w:p>
    <w:p>
      <w:r>
        <w:rPr>
          <w:b/>
        </w:rPr>
        <w:t xml:space="preserve">[29:45] </w:t>
      </w:r>
      <w:r>
        <w:t>Jaise ne abhi ek baat batai ki unke ghar ke bahar ek kooda phekate hain aur unhone kis tarah se uska ek hal nikala, use manage kiya aur shayad apne liye ek neki mein bhi naam likhvaya kyunki unhone usko lakar le kiya. Hamare hi pados mein aisa hi ek, aisa hi ek case hua.</w:t>
      </w:r>
    </w:p>
    <w:p>
      <w:pPr>
        <w:jc w:val="right"/>
      </w:pPr>
      <w:r>
        <w:t>जैसे ने अभी एक बात बताई कि उनके घर के बाहर एक कूड़ा फेंकते हैं और उन्होंने किस तरह से उसका एक हल निकाला, उसे manage किया और शायद अपने लिए एक नेकी में भी नाम लिखवाया क्योंकि उन्होंने उसको लाकर ले किया. हमारे ही पड़ोस में ऐसा ही एक, ऐसा ही एक case हुआ.</w:t>
      </w:r>
    </w:p>
    <w:p>
      <w:r>
        <w:rPr>
          <w:b/>
        </w:rPr>
        <w:t xml:space="preserve">[30:05] </w:t>
      </w:r>
      <w:r>
        <w:t>Unke saath bhi yahi ho raha tha ki doosre jo family thi wah unke yahan kooda phek rahi thi aur is baat par wah unhone itna zyada thanga kiya, itna itna babela machaya, itna zyada logon ko ikattha kar liya. Hum sab sabhi poochne lagi bataiye main haq par hona, main haq par hona. To mujhe lagta hai ki hum hum us waqt par yeh bhi nahin keh paaye ki aap haft par nahin hain lekin humne kaha ki chhodie, badhaiye mat problem ko.</w:t>
      </w:r>
    </w:p>
    <w:p>
      <w:pPr>
        <w:jc w:val="right"/>
      </w:pPr>
      <w:r>
        <w:t>उनके साथ भी यही हो रहा था कि दूसरे जो family थी वह उनके यहां कूड़ा फ़ेंक रही थी और इस बात पर वह उन्होंने इतना ज़्यादा ठंगामा किया, इतना इतना बाबेला मचाया, इतना ज़्यादा लोगों को इकट्ठा कर लिया. हम सब सभी पूछने लगी बताइए मैं हक पर होना, मैं हक पर होना. तो मुझे लगता है कि हम हम उस वक्त पर यह भी नहीं कह पाए कि आप हफ़्त पर नहीं हैं लेकिन हमने कहा कि छोड़िए, बढ़ाइए मत problem को.</w:t>
      </w:r>
    </w:p>
    <w:p>
      <w:r>
        <w:rPr>
          <w:b/>
        </w:rPr>
        <w:t xml:space="preserve">[30:33] </w:t>
      </w:r>
      <w:r>
        <w:t>Aap jaisa bhi hai hum sab milkar aapko de denge. Aap isko hata liya karen kitna? To wah kehne lagi jab hum haft par hain to hum kyun jhuke hain? Yeh bahut bada kitna aajkal duniya mein phail gaya hai ki wah apne aap ko sahi samajhte hain aur uske baad jab wah sahi hote hain to wah bilkul bhi badalna nahin chahte. Chahe unko us wah itna bada bata diya jaye.</w:t>
      </w:r>
    </w:p>
    <w:p>
      <w:pPr>
        <w:jc w:val="right"/>
      </w:pPr>
      <w:r>
        <w:t>आप जैसा भी है हम सब मिलकर आपको दे देंगे. आप इसको हटा लिया करें कितना? तो वह कहने लगी जब हम हफ़्त पर हैं तो हम क्यों झुके हैं? यह बहुत बड़ा कितना आजकल दुनिया में फ़ैल गया है कि वह अपने आप को सही समझते हैं और उसके बाद जब वह सही होते हैं तो वह बिल्कुल भी बदलना नहीं चाहते. चाहे उनको उस वाह इतना बड़ा बता दिया जाए.</w:t>
      </w:r>
    </w:p>
    <w:p>
      <w:r>
        <w:rPr>
          <w:b/>
        </w:rPr>
        <w:t xml:space="preserve">[30:56] </w:t>
      </w:r>
      <w:r>
        <w:t>To hum sabko yeh baat jaan leni chahiye ki kai baar haq par hote hue bhi hum humein ek kadam peeche karna yeh bhi ek uswah hai aur yeh jaise ne bataya unki zindagi se sabit hai aapse le solam. Yeh main kehna chah rahi thi. Main ek hadish waise bata sakti hoon shavi. Ji.</w:t>
      </w:r>
    </w:p>
    <w:p>
      <w:pPr>
        <w:jc w:val="right"/>
      </w:pPr>
      <w:r>
        <w:t>तो हम सबको यह बात जान लेनी चाहिए कि कई बार हक पर होते हुए भी हम हमें एक कदम पीछे करना यह भी एक उस्वाह है और यह जैसे ने बताया उनकी ज़िंदगी से साबित है आपसे ले सोलम. यह मैं कहना चाह रही थी. मैं एक हदीश वैसे बता सकती हूं शवि. जी.</w:t>
      </w:r>
    </w:p>
    <w:p>
      <w:r>
        <w:rPr>
          <w:b/>
        </w:rPr>
        <w:t xml:space="preserve">[31:16] </w:t>
      </w:r>
      <w:r>
        <w:t>Hadish hai na ki jaan lo ki napasandida baat par sabr karne mein bahut zyada bhalai hai aur sab ke saath allah ki madad aati hai aur takleef ke saath shadgi hai aur mushkil ke saath aasani hai. To agar hum is tarah ki hadish matlab wahin cheez hai ki musalman jo hai apne hadish par khair nahin kar sakte.</w:t>
      </w:r>
    </w:p>
    <w:p>
      <w:pPr>
        <w:jc w:val="right"/>
      </w:pPr>
      <w:r>
        <w:t>हदीश है ना कि जान लो कि नापसंदीदा बात पर सब्र करने में बहुत ज़्यादा भलाई है और सब के साथ अल्लाह की मदद आती है और तकलीफ के साथ शाद्गी है और मुश्किल के साथ आसानी है. तो अगर हम इस तरह की हदीश मतलब वही चीज़ है कि मुसलमान जो है अपने हदीश पर खौर नहीं कर सकते.</w:t>
      </w:r>
    </w:p>
    <w:p>
      <w:r>
        <w:rPr>
          <w:b/>
        </w:rPr>
        <w:t xml:space="preserve">[31:40] </w:t>
      </w:r>
      <w:r>
        <w:t>rasurilla ko itna karte hain lekin us par unke jo unki sirat hai unke itne zyada akhlaaf ka</w:t>
      </w:r>
    </w:p>
    <w:p>
      <w:pPr>
        <w:jc w:val="right"/>
      </w:pPr>
      <w:r>
        <w:t>रसुरिल्ला को इतना करते हैं लेकिन उस पर उनके जो उनकी सीरत है उनके इतने ज़्यादा अखिलाफ़ का</w:t>
      </w:r>
    </w:p>
    <w:p>
      <w:r>
        <w:rPr>
          <w:b/>
        </w:rPr>
        <w:t xml:space="preserve">[31:58] </w:t>
      </w:r>
      <w:r>
        <w:t>itna zyada unka sab duniya cheezein batai gayi hain.</w:t>
      </w:r>
    </w:p>
    <w:p>
      <w:pPr>
        <w:jc w:val="right"/>
      </w:pPr>
      <w:r>
        <w:t>इतना ज़्यादा उनका सब दुनिया चीज़ें बताई गई हैं.</w:t>
      </w:r>
    </w:p>
    <w:p>
      <w:r>
        <w:rPr>
          <w:b/>
        </w:rPr>
        <w:t xml:space="preserve">[32:16] </w:t>
      </w:r>
      <w:r>
        <w:t>us par nahi gaur karte hain.</w:t>
      </w:r>
    </w:p>
    <w:p>
      <w:pPr>
        <w:jc w:val="right"/>
      </w:pPr>
      <w:r>
        <w:t>उस पर नहीं गौर करते हैं.</w:t>
      </w:r>
    </w:p>
    <w:p>
      <w:r>
        <w:rPr>
          <w:b/>
        </w:rPr>
        <w:t xml:space="preserve">[32:34] </w:t>
      </w:r>
      <w:r>
        <w:t>khali musalman hain.</w:t>
      </w:r>
    </w:p>
    <w:p>
      <w:pPr>
        <w:jc w:val="right"/>
      </w:pPr>
      <w:r>
        <w:t>खाली मुसलमान हैं.</w:t>
      </w:r>
    </w:p>
    <w:p>
      <w:r>
        <w:rPr>
          <w:b/>
        </w:rPr>
        <w:t xml:space="preserve">[32:52] </w:t>
      </w:r>
      <w:r>
        <w:t>Ki tab wah sun paen. Hum agar unhein bata rahe hain to wah uska ulte ulte jawab dekar usko nullify na karen aur baat ko sahi angle par samajh paen bas yeh cheez zaruri hai. Ji. Jiza kalma, Doctor sapna aur aap aap. Salah aap kuch kehna chah rahi hain? Yes ma'am. Asslam wali ko. Wali ko asslam.</w:t>
      </w:r>
    </w:p>
    <w:p>
      <w:pPr>
        <w:jc w:val="right"/>
      </w:pPr>
      <w:r>
        <w:t>कि तब वह sun पाएं. हम अगर उन्हें बता रहे हैं तो वह उसका उल्टे उल्टे जवाब देखकर उसको nullify ना करें और बात को सही angle पर समझ पाएं बस यह चीज़ ज़रूरी है. जी. जिज़ा कल्मा, Doctor सपना और आप आप. सलाह आप कुछ कहना चाह रही हैं? Yes ma'am. अस्लाम वाली को. वाली को अस्लाम.</w:t>
      </w:r>
    </w:p>
    <w:p>
      <w:r>
        <w:rPr>
          <w:b/>
        </w:rPr>
        <w:t xml:space="preserve">[33:21] </w:t>
      </w:r>
      <w:r>
        <w:t>Ji, main yeh kehna chah rahi thi jaise aaj ka topic hai behtar taluqaat. To jaise ki famra ma'am ne apni ek learning ko share kiya hai ek story ko. Unka kehna tha ki koi shakhs jo hai wah ma'am ke darwaze par wah kooda phenk ke jata tha aur ma'am usko kisi se saaf karwati thi.</w:t>
      </w:r>
    </w:p>
    <w:p>
      <w:pPr>
        <w:jc w:val="right"/>
      </w:pPr>
      <w:r>
        <w:t>जी, मैं यह कहना चाह रही थी जैसे आज का topic है बेहतर तालुकात. तो जैसे कि फैमरा ma'am ने अपनी एक learning को share किया है एक story को. उनका कहना था कि कोई शख्स जो है वह ma'am के दरवाज़े पर वह कूड़ा फ़ेंक के जाता था और ma'am उसको किसी से साफ करवाती थी.</w:t>
      </w:r>
    </w:p>
    <w:p>
      <w:r>
        <w:rPr>
          <w:b/>
        </w:rPr>
        <w:t xml:space="preserve">[33:39] </w:t>
      </w:r>
      <w:r>
        <w:t>to mujhe yahan par samajh mein aa raha hai ki jo sabse badi cheez ma'am ne us jagah</w:t>
      </w:r>
    </w:p>
    <w:p>
      <w:pPr>
        <w:jc w:val="right"/>
      </w:pPr>
      <w:r>
        <w:t>तो मुझे यहां पर समझ में आ रहा है कि जो सबसे बड़ी चीज़ ma'am ने उस जगह</w:t>
      </w:r>
    </w:p>
    <w:p>
      <w:r>
        <w:rPr>
          <w:b/>
        </w:rPr>
        <w:t xml:space="preserve">[33:52] </w:t>
      </w:r>
      <w:r>
        <w:t>par itiyaar ki woh tha sabr aur Maulana hamesha kehte hain ki sabse achhe the aur Maulana kehte</w:t>
      </w:r>
    </w:p>
    <w:p>
      <w:pPr>
        <w:jc w:val="right"/>
      </w:pPr>
      <w:r>
        <w:t>पर इतैयार की वह था सब्र और मौलाना हमेशा कहते हैं कि सबसे अच्छे थे और मुलाना कहते</w:t>
      </w:r>
    </w:p>
    <w:p>
      <w:r>
        <w:rPr>
          <w:b/>
        </w:rPr>
        <w:t xml:space="preserve">[34:05] </w:t>
      </w:r>
      <w:r>
        <w:t>hain ki aap are itne achhe taluqat hain ki aaj muslim se zyada non muslim jo hai prophet</w:t>
      </w:r>
    </w:p>
    <w:p>
      <w:pPr>
        <w:jc w:val="right"/>
      </w:pPr>
      <w:r>
        <w:t>हैं कि आप अरे इतने अच्छे तालुकात हैं कि आज मुस्लिम से ज़्यादा non मुस्लिम जो है prophet</w:t>
      </w:r>
    </w:p>
    <w:p>
      <w:r>
        <w:rPr>
          <w:b/>
        </w:rPr>
        <w:t xml:space="preserve">[34:18] </w:t>
      </w:r>
      <w:r>
        <w:t>ki life se mutasir aur unko padhte hain.</w:t>
      </w:r>
    </w:p>
    <w:p>
      <w:pPr>
        <w:jc w:val="right"/>
      </w:pPr>
      <w:r>
        <w:t>की life से मुतासिर और उनको पढ़ते हैं.</w:t>
      </w:r>
    </w:p>
    <w:p>
      <w:r>
        <w:rPr>
          <w:b/>
        </w:rPr>
        <w:t xml:space="preserve">[34:31] </w:t>
      </w:r>
      <w:r>
        <w:t>To mujhe yahan par yeh baat bahut samajh mein aati hai ki bahut important cheez hai ki insaan ko agar behtar taluqaat logon se kayam rakhne hain aur usko achhe se maintain rakhna hai to most important ki aap apne andar sabr aur maafi ki salahiyat ko bahut zyada paida achha Ok sandan, thank you for sharing that.</w:t>
      </w:r>
    </w:p>
    <w:p>
      <w:pPr>
        <w:jc w:val="right"/>
      </w:pPr>
      <w:r>
        <w:t>तो मुझे यहां पर यह बात बहुत समझ में आती है कि बहुत important चीज़ है कि इंसान को अगर बेहतर तालुकात लोगों से कायम रखने हैं और उसको अच्छे से maintain रखना है तो most important कि आप अपने अंदर सब्र और माफ़ी की सलाहियत को बहुत ज़्यादा पैदा अच्छा Ok संदान, thank you for sharing that.</w:t>
      </w:r>
    </w:p>
    <w:p>
      <w:r>
        <w:rPr>
          <w:b/>
        </w:rPr>
        <w:t xml:space="preserve">[34:53] </w:t>
      </w:r>
      <w:r>
        <w:t>And in the quran in al isla 17 chapter verse 17 it says, respect and honor all human beings irrespective of the religion, race, color, language, status, property, birth, profession or job and so on. Like this, there are many many verses in the quran which says how you could develop the relationship on the, with the other members of the society.</w:t>
      </w:r>
    </w:p>
    <w:p>
      <w:pPr>
        <w:jc w:val="right"/>
      </w:pPr>
      <w:r>
        <w:t>And in the कुरान in अल इस्ला 17 chapter verse 17 it says, respect and honor all human beings irrespective of the religion, race, color, language, status, property, birth, profession or job and so on. Like this, there are many many verses in the Quran which says how you could develop the relationship on the, with the other members of the society.</w:t>
      </w:r>
    </w:p>
    <w:p>
      <w:r>
        <w:rPr>
          <w:b/>
        </w:rPr>
        <w:t xml:space="preserve">[35:20] </w:t>
      </w:r>
      <w:r>
        <w:t>Like, another verse in which is mentioned in surah al-baqra chapter two, verse 83, choose best words to speak and say them in the best possible way. These old verses are so profound that we need to inculcate in our lives because when we are, we as a human being, just as doctor.</w:t>
      </w:r>
    </w:p>
    <w:p>
      <w:pPr>
        <w:jc w:val="right"/>
      </w:pPr>
      <w:r>
        <w:t>Like, another verse in which is mentioned in सूर्ह अल-Baqra chapter two, verse 83, choose best words to speak and say them in the best possible way. These old verses are so profound that we need to inculcate in our lives because when we are, we as a human being, just as Doctor.</w:t>
      </w:r>
    </w:p>
    <w:p>
      <w:r>
        <w:rPr>
          <w:b/>
        </w:rPr>
        <w:t xml:space="preserve">[35:44] </w:t>
      </w:r>
      <w:r>
        <w:t>Sabina Tabasung has mentioned that man is a social animal and we are living in a society. We have relationship with our friends, our family members, and also people from the other gender, people from the other culture, people from the other religion.</w:t>
      </w:r>
    </w:p>
    <w:p>
      <w:pPr>
        <w:jc w:val="right"/>
      </w:pPr>
      <w:r>
        <w:t>Sabina Tabasung has mentioned that man is a social animal and we are living in a society. We have relationship with our friends, our family members, and also people from the other gender, people from the other culture, people from the other religion.</w:t>
      </w:r>
    </w:p>
    <w:p>
      <w:r>
        <w:rPr>
          <w:b/>
        </w:rPr>
        <w:t xml:space="preserve">[36:03] </w:t>
      </w:r>
      <w:r>
        <w:t>So, quran says in, quran says profoundly about how we can develop a very good relationship and healthy and strong relationship with all the members of this society. With this, we can come to the end of the session, and I hope I have not left out anybody who would like to share on this platform. Ayisha Ayisha. Ok, Ayisha wants to say something. You are very late.</w:t>
      </w:r>
    </w:p>
    <w:p>
      <w:pPr>
        <w:jc w:val="right"/>
      </w:pPr>
      <w:r>
        <w:t>So, Quran says in, Quran says profoundly about how we can develop a very good relationship and healthy and strong relationship with all the members of this society. With this, we can come to the end of the session, and I hope I have not left out anybody who would like to share on this platform. आयुषा आयुषा. Ok, आयुषा wants to say something. You are very late.</w:t>
      </w:r>
    </w:p>
    <w:p>
      <w:r>
        <w:rPr>
          <w:b/>
        </w:rPr>
        <w:t xml:space="preserve">[36:33] </w:t>
      </w:r>
      <w:r>
        <w:t>Assalaam walekum everyone. Good relationship ke bare mein maine kuch point likhi hai.</w:t>
      </w:r>
    </w:p>
    <w:p>
      <w:pPr>
        <w:jc w:val="right"/>
      </w:pPr>
      <w:r>
        <w:t>अस्सलाह वालेकुम everyone. Good relationship के बारे में मैंने कुछ point लिखी है.</w:t>
      </w:r>
    </w:p>
    <w:p>
      <w:r>
        <w:rPr>
          <w:b/>
        </w:rPr>
        <w:t xml:space="preserve">[36:43] </w:t>
      </w:r>
      <w:r>
        <w:t>Woh yeh hai ki acche samaj banane ke liye good relationship zaroori hai aur hum creation plan of god ko samajhne se humko maloom hota hai ki good relationships also part of it aur Maulana sahib, one of his, mentioned one of his lectures.</w:t>
      </w:r>
    </w:p>
    <w:p>
      <w:pPr>
        <w:jc w:val="right"/>
      </w:pPr>
      <w:r>
        <w:t>वह यह है कि अच्छे समाज बनाने के लिए good relationship ज़रूरी है और हम creation plan of god को समझने से हमको मालूम होता है कि good relationships also part of it और मोलाना साहब, one of his, mentioned one of his lectures.</w:t>
      </w:r>
    </w:p>
    <w:p>
      <w:r>
        <w:rPr>
          <w:b/>
        </w:rPr>
        <w:t xml:space="preserve">[37:06] </w:t>
      </w:r>
      <w:r>
        <w:t>Usmein Maulana ne chapter three verse 64 mein kaha ki aaiye kitab walon aaiye hamari aur tumhari common topic mein. Toh professor ne ahl-e-kitab ko bolte hain ki aao hum hamari aur tumhari jo topic hai, common topic hai, usi par charcha karenge.</w:t>
      </w:r>
    </w:p>
    <w:p>
      <w:pPr>
        <w:jc w:val="right"/>
      </w:pPr>
      <w:r>
        <w:t>उसमें मोलाना ने chapter three verse 64 में कहा कि आईए किताब वालों आइए हमारी और तुम्हारी common topic में. तो professor ने अहल किताबों को बोलते हैं कि आओ हम हमारी और तुम्हारी जो topic है, common topic है, उसी पर चर्चा करेंगे.</w:t>
      </w:r>
    </w:p>
    <w:p>
      <w:r>
        <w:rPr>
          <w:b/>
        </w:rPr>
        <w:t xml:space="preserve">[37:33] </w:t>
      </w:r>
      <w:r>
        <w:t>Yahan Maulana ne bola hai ki jab koi relationship mein two two parts hote hain. Ek hota hai common aur ek uncommon. Agar hum common topic mein charcha karne se hamari jo friendship hai, relationship hai woh badhti hai, qaim rehti hai.</w:t>
      </w:r>
    </w:p>
    <w:p>
      <w:pPr>
        <w:jc w:val="right"/>
      </w:pPr>
      <w:r>
        <w:t>यहां मोलाना ने बोला है कि जब कोई relationship में two two parts होते हैं. एक होता है common और एक uncommon. अगर हम common topic में चर्चा करने से हमारी जो friendship है, relationship है वह बढ़ती है, कायम रहती है.</w:t>
      </w:r>
    </w:p>
    <w:p>
      <w:r>
        <w:rPr>
          <w:b/>
        </w:rPr>
        <w:t xml:space="preserve">[37:52] </w:t>
      </w:r>
      <w:r>
        <w:t>Jab hum uncommon ground par jaakar discuss karne se woh relationship toot jaati hai toh hum hum yeh karni chahiye ki common topics ko related karke charcha karni chahiye. Tab hamare andar itna maturity aayegi ki uncommon mein bhi hum discuss kar saken. Yeh Maulana ki lecture hai.</w:t>
      </w:r>
    </w:p>
    <w:p>
      <w:pPr>
        <w:jc w:val="right"/>
      </w:pPr>
      <w:r>
        <w:t>जब हम uncommon ground पर जाकर discuss करने से वह relationship टूट जाती है तो हम हम यह करनी चाहिए कि common topics को related करके चर्चा करनी चाहिए. तब हमारे अंदर इतना maturity आएगी कि uncommon में भी हम discuss कर सकें. यह मोलाना की lecture है.</w:t>
      </w:r>
    </w:p>
    <w:p>
      <w:r>
        <w:rPr>
          <w:b/>
        </w:rPr>
        <w:t xml:space="preserve">[38:14] </w:t>
      </w:r>
      <w:r>
        <w:t>Aur number four is aise daees hum jo CPS mission hai divine mission, hum sab daees hain. Daees ko zaroorat hai ki good relationship maintain karni chahiye. Toh hum sab se acche relations karne se hi hum khuda ki paigham doosron tak pahunch jaate hain aur jo hamari role hai daee role woh effectively play kar sakte hain.</w:t>
      </w:r>
    </w:p>
    <w:p>
      <w:pPr>
        <w:jc w:val="right"/>
      </w:pPr>
      <w:r>
        <w:t>और number four is ऐसे दाईस हम जो CPS mission है divine mission, हम सब दाईस हैं. दाईस को ज़रूरत है कि good relationship maintain करनी चाहिए. तो हम सब से अच्छे relations करने से ही हम कुदा की पायगाम दूसरों तक पहुंच जाते हैं और जो हमारी role है दाई role वह effectively play कर सकते हैं.</w:t>
      </w:r>
    </w:p>
    <w:p>
      <w:r>
        <w:rPr>
          <w:b/>
        </w:rPr>
        <w:t xml:space="preserve">[38:43] </w:t>
      </w:r>
      <w:r>
        <w:t>iska example hai jab musal ehsaal ne firoun ke paas jaane ka uda ne gum diya tab firoun</w:t>
      </w:r>
    </w:p>
    <w:p>
      <w:pPr>
        <w:jc w:val="right"/>
      </w:pPr>
      <w:r>
        <w:t>इसका example है जब मुसाल एहसाल ने फिरौन के पास जाने का उदा ने गुम दिया तब फिरौन</w:t>
      </w:r>
    </w:p>
    <w:p>
      <w:r>
        <w:rPr>
          <w:b/>
        </w:rPr>
        <w:t xml:space="preserve">[38:50] </w:t>
      </w:r>
      <w:r>
        <w:t>ne bola hai ki aap firoun ke paas jao aur unse bahut smoothly baat karo ki firan ek</w:t>
      </w:r>
    </w:p>
    <w:p>
      <w:pPr>
        <w:jc w:val="right"/>
      </w:pPr>
      <w:r>
        <w:t>ने बोला है कि आप फिरौन के पास जाओ और उनसे बहुत smoothly बात करो कि फिरान एक</w:t>
      </w:r>
    </w:p>
    <w:p>
      <w:r>
        <w:rPr>
          <w:b/>
        </w:rPr>
        <w:t xml:space="preserve">[38:57] </w:t>
      </w:r>
      <w:r>
        <w:t>arrogant tha lekin khuda ne yeh hukm diya ke tum unse bohat achhe zubaan se, achhe tareeqe se</w:t>
      </w:r>
    </w:p>
    <w:p>
      <w:pPr>
        <w:jc w:val="right"/>
      </w:pPr>
      <w:r>
        <w:t>arrogant था लेकिन खुदा ने यह गुक्म दिया कि तुम उनसे बहुत अच्छे ज़बान से, अच्छे तरीके से</w:t>
      </w:r>
    </w:p>
    <w:p>
      <w:r>
        <w:rPr>
          <w:b/>
        </w:rPr>
        <w:t xml:space="preserve">[39:05] </w:t>
      </w:r>
      <w:r>
        <w:t>baat karo ke saamne wala insaan kitna bhi bure ho hamare ko bahar ki misses dene ke liye,</w:t>
      </w:r>
    </w:p>
    <w:p>
      <w:pPr>
        <w:jc w:val="right"/>
      </w:pPr>
      <w:r>
        <w:t>बात करो कि सामने वाला इंसान कितना भी बुरे हो हमारे को बाहर की misses देने के लिए,</w:t>
      </w:r>
    </w:p>
    <w:p>
      <w:r>
        <w:rPr>
          <w:b/>
        </w:rPr>
        <w:t xml:space="preserve">[39:12] </w:t>
      </w:r>
      <w:r>
        <w:t>unse achhe relationship maintain karne ke liye unse bohat achhi taraf baat karni chahiye aur adjustment also part</w:t>
      </w:r>
    </w:p>
    <w:p>
      <w:pPr>
        <w:jc w:val="right"/>
      </w:pPr>
      <w:r>
        <w:t>उनसे अच्छे relationship maintain करने के लिए उनसे बहुत अच्छी तरफ़ बात करनी चाहिए और adjustment also part</w:t>
      </w:r>
    </w:p>
    <w:p>
      <w:r>
        <w:rPr>
          <w:b/>
        </w:rPr>
        <w:t xml:space="preserve">[39:19] </w:t>
      </w:r>
      <w:r>
        <w:t>of good relationship.</w:t>
      </w:r>
    </w:p>
    <w:p>
      <w:pPr>
        <w:jc w:val="right"/>
      </w:pPr>
      <w:r>
        <w:t>of good relationship.</w:t>
      </w:r>
    </w:p>
    <w:p>
      <w:r>
        <w:rPr>
          <w:b/>
        </w:rPr>
        <w:t xml:space="preserve">[39:27] </w:t>
      </w:r>
      <w:r>
        <w:t>Toh adjustment aur yeh jo raazi yeh dono good relationship yeh do cheezon se badhti jaati hai aur film rehti hai aur ek verse hai quran mein chapter 31 verse 18.</w:t>
      </w:r>
    </w:p>
    <w:p>
      <w:pPr>
        <w:jc w:val="right"/>
      </w:pPr>
      <w:r>
        <w:t>तो adjustment और यह जो राज़ी यह दोनों good relationship यह दो चीज़ों से बढ़ती जाती है और film रहती है और एक verse है कुरान में chapter 31 verse 18.</w:t>
      </w:r>
    </w:p>
    <w:p>
      <w:r>
        <w:rPr>
          <w:b/>
        </w:rPr>
        <w:t xml:space="preserve">[39:45] </w:t>
      </w:r>
      <w:r>
        <w:t>Toh Allah taala mein bol rahe hain yahan tum zameen par akadkar mat chalo aur logon se munh pro se dheero mat. Kyunki Allah taala arrogant ko aur jo pro feel hote hain un logon ko kabhi pasand nahi karega.</w:t>
      </w:r>
    </w:p>
    <w:p>
      <w:pPr>
        <w:jc w:val="right"/>
      </w:pPr>
      <w:r>
        <w:t>तो अल्लाह तलाह में बोल रहे हैं यहां तुम्हें ज़मीन पर अकड़कर मत छेलो और लोगों से मुंह pro से धीरो मत. क्योंकि अल्लाताला arrogant को और जो pro feel होते हैं उन लोगों को कभी पसंद नहीं करेगा.</w:t>
      </w:r>
    </w:p>
    <w:p>
      <w:r>
        <w:rPr>
          <w:b/>
        </w:rPr>
        <w:t xml:space="preserve">[40:06] </w:t>
      </w:r>
      <w:r>
        <w:t>Toh hum doosron ke saath bahut garmi ke saath aur simplicity ke saath, humbleness ke saath rehne se hum unse good relationships maintain kar sakte hain aur ek doosre se learn kar sakte hain, grow kar sakte hain. Hamari jo role hai yahan acchi tarah play kar sakte hain. Thank you, Ayisha.</w:t>
      </w:r>
    </w:p>
    <w:p>
      <w:pPr>
        <w:jc w:val="right"/>
      </w:pPr>
      <w:r>
        <w:t>तो हम दूसरों के साथ बहुत गर्मी के साथ और simplicity के साथ, humbleness के साथ रहने से हम उनसे good relationships maintain कर सकते हैं और एक दूसरे से learn कर सकते हैं, grow कर सकते हैं. हमारी जो role है यहां अच्छी तरह play कर सकते हैं. Thank you, आयुषा.</w:t>
      </w:r>
    </w:p>
    <w:p>
      <w:r>
        <w:rPr>
          <w:b/>
        </w:rPr>
        <w:t xml:space="preserve">[40:35] </w:t>
      </w:r>
      <w:r>
        <w:t>The very important point that I could know from your talk was Maulana always mentioned about this interfaith dialogue where people need to talk on the common grounds. That is a basis of having a interfaith dialogue.</w:t>
      </w:r>
    </w:p>
    <w:p>
      <w:pPr>
        <w:jc w:val="right"/>
      </w:pPr>
      <w:r>
        <w:t>The very important point that I could know from your talk was मोलाना always mentioned about this interfaith dialogue where people need to talk on the common grounds. That is a basis of having a interfaith dialogue.</w:t>
      </w:r>
    </w:p>
    <w:p>
      <w:r>
        <w:rPr>
          <w:b/>
        </w:rPr>
        <w:t xml:space="preserve">[40:50] </w:t>
      </w:r>
      <w:r>
        <w:t>And as CPS International is working on peace and spirituality in the world platform, So it is very</w:t>
      </w:r>
    </w:p>
    <w:p>
      <w:pPr>
        <w:jc w:val="right"/>
      </w:pPr>
      <w:r>
        <w:t>And as CPS International is working on peace and spirituality in the world platform, So it is very</w:t>
      </w:r>
    </w:p>
    <w:p>
      <w:r>
        <w:rPr>
          <w:b/>
        </w:rPr>
        <w:t xml:space="preserve">[40:58] </w:t>
      </w:r>
      <w:r>
        <w:t>important to inculcate this in all our, this CPS members that whenever we talk to anybody, whether belonging</w:t>
      </w:r>
    </w:p>
    <w:p>
      <w:pPr>
        <w:jc w:val="right"/>
      </w:pPr>
      <w:r>
        <w:t>important to inculcate this in all our, this CPS members that whenever we talk to anybody, whether belonging</w:t>
      </w:r>
    </w:p>
    <w:p>
      <w:r>
        <w:rPr>
          <w:b/>
        </w:rPr>
        <w:t xml:space="preserve">[41:06] </w:t>
      </w:r>
      <w:r>
        <w:t>to our religion, whether they are belonging to the other faith, we should always talk on the common</w:t>
      </w:r>
    </w:p>
    <w:p>
      <w:pPr>
        <w:jc w:val="right"/>
      </w:pPr>
      <w:r>
        <w:t>to our religion, whether they are belonging to the other faith, we should always talk on the common</w:t>
      </w:r>
    </w:p>
    <w:p>
      <w:r>
        <w:rPr>
          <w:b/>
        </w:rPr>
        <w:t xml:space="preserve">[41:14] </w:t>
      </w:r>
      <w:r>
        <w:t>ground, and we should avoid any kind of contentious topics which might lead to some kind of negativity</w:t>
      </w:r>
    </w:p>
    <w:p>
      <w:pPr>
        <w:jc w:val="right"/>
      </w:pPr>
      <w:r>
        <w:t>ground, and we should avoid any kind of contentious topics which might lead to some kind of negativity</w:t>
      </w:r>
    </w:p>
    <w:p>
      <w:r>
        <w:rPr>
          <w:b/>
        </w:rPr>
        <w:t xml:space="preserve">[41:22] </w:t>
      </w:r>
      <w:r>
        <w:t>or some kind of situation that can that can become an embarrassing situation for both the people.</w:t>
      </w:r>
    </w:p>
    <w:p>
      <w:pPr>
        <w:jc w:val="right"/>
      </w:pPr>
      <w:r>
        <w:t>or some kind of situation that can that can become an embarrassing situation for both the people.</w:t>
      </w:r>
    </w:p>
    <w:p>
      <w:r>
        <w:rPr>
          <w:b/>
        </w:rPr>
        <w:t xml:space="preserve">[41:30] </w:t>
      </w:r>
      <w:r>
        <w:t>We should be avoiding that. So, Apa please conclude the session. Shireen woh abhi Ayisha ne jaise modesty aur Allah ki padhai ki baat kari.</w:t>
      </w:r>
    </w:p>
    <w:p>
      <w:pPr>
        <w:jc w:val="right"/>
      </w:pPr>
      <w:r>
        <w:t>We should be avoiding that. So, अपा please conclude the session. श्रीना वह अभी आयशा ने जैसे modesty और अल्लाह की पढ़ाई की बात करी.</w:t>
      </w:r>
    </w:p>
    <w:p>
      <w:r>
        <w:rPr>
          <w:b/>
        </w:rPr>
        <w:t xml:space="preserve">[41:45] </w:t>
      </w:r>
      <w:r>
        <w:t>to us par mujhe yahi tarah se kehna tha ke Allah ke muqable mein Allah ke muqable mein</w:t>
      </w:r>
    </w:p>
    <w:p>
      <w:pPr>
        <w:jc w:val="right"/>
      </w:pPr>
      <w:r>
        <w:t>तो उस पर मुझे यही तरह से कहना था कि अल्लाह के मुकाबले में अल्लाह के मुकाबले में</w:t>
      </w:r>
    </w:p>
    <w:p>
      <w:r>
        <w:rPr>
          <w:b/>
        </w:rPr>
        <w:t xml:space="preserve">[41:52] </w:t>
      </w:r>
      <w:r>
        <w:t>yeh matlab hai ke usko apna kabir banaye jaye aur insaan ke muqable mein yeh matlab hai ke</w:t>
      </w:r>
    </w:p>
    <w:p>
      <w:pPr>
        <w:jc w:val="right"/>
      </w:pPr>
      <w:r>
        <w:t>यह मतलब है कि उसको अपना कबीर बनाए जाए और इंसान के मुकाबले में यह मतलब है कि</w:t>
      </w:r>
    </w:p>
    <w:p>
      <w:r>
        <w:rPr>
          <w:b/>
        </w:rPr>
        <w:t xml:space="preserve">[42:00] </w:t>
      </w:r>
      <w:r>
        <w:t>log to Maulana Sahab ne is par bohat achha sa likha hua hai ke Allah ko kabir ki</w:t>
      </w:r>
    </w:p>
    <w:p>
      <w:pPr>
        <w:jc w:val="right"/>
      </w:pPr>
      <w:r>
        <w:t>लोग तो मालाना साहब ने इस पर बहुत अच्छा सा लिखा हुआ है कि अल्लाह को कबीर की</w:t>
      </w:r>
    </w:p>
    <w:p>
      <w:r>
        <w:rPr>
          <w:b/>
        </w:rPr>
        <w:t xml:space="preserve">[42:07] </w:t>
      </w:r>
      <w:r>
        <w:t>haisiyat se daryab karna uske andar yeh shor paida karta hai ke woh woh aur doosre tamam insaan</w:t>
      </w:r>
    </w:p>
    <w:p>
      <w:pPr>
        <w:jc w:val="right"/>
      </w:pPr>
      <w:r>
        <w:t>हैसियत से दरियाब करना उसके अंदर यह शोर पैदा करता है कि वह वह और दूसरे तमाम इंसान</w:t>
      </w:r>
    </w:p>
    <w:p>
      <w:r>
        <w:rPr>
          <w:b/>
        </w:rPr>
        <w:t xml:space="preserve">[42:15] </w:t>
      </w:r>
      <w:r>
        <w:t>Allah ke muqable mein sirf kamtar ki haisiyat rakhte hain.</w:t>
      </w:r>
    </w:p>
    <w:p>
      <w:pPr>
        <w:jc w:val="right"/>
      </w:pPr>
      <w:r>
        <w:t>अल्लाह के मुकाबले में सिर्फ़ कमतर की हैसियत रखते हैं.</w:t>
      </w:r>
    </w:p>
    <w:p>
      <w:r>
        <w:rPr>
          <w:b/>
        </w:rPr>
        <w:t xml:space="preserve">[42:23] </w:t>
      </w:r>
      <w:r>
        <w:t>Toh ek momin ki zindagi mein ibadat jab yahi woh ehsaas hai jo ek momin ki zindagi mein ibadat, taqwa, modesty aur humbleness aur toba ki surat mein zahir hota hai.</w:t>
      </w:r>
    </w:p>
    <w:p>
      <w:pPr>
        <w:jc w:val="right"/>
      </w:pPr>
      <w:r>
        <w:t>तो एक मोमीन की ज़िंदगी में इबादत जब यही वह एहसास है जो एक मोमीन की ज़िंदगी में इबादत, तक़वा, modesty और humbleness और तोबा की सूरत में जाहिर होता है.</w:t>
      </w:r>
    </w:p>
    <w:p>
      <w:r>
        <w:rPr>
          <w:b/>
        </w:rPr>
        <w:t xml:space="preserve">[42:37] </w:t>
      </w:r>
      <w:r>
        <w:t>Toh hamare andar Allah ko agar hum bada samajhkar zindagi guzarte hain toh hamare andar apne aap modesty aa jaati hai aur bas sabse yahi kehna tha ki aap sab log thoda thoda apni apni zindagi ke tajarbe se kuch bataya karein aur zaroor bataya karein. Jaise jab topic dala jaata hai toh aap log usko dekhein aur zaroor ek chhota sa message diya karein.</w:t>
      </w:r>
    </w:p>
    <w:p>
      <w:pPr>
        <w:jc w:val="right"/>
      </w:pPr>
      <w:r>
        <w:t>तो हमारे अंदर अल्लाह को अगर हम बड़ा समझकर ज़िंदगी गुजारते हैं तो हमारे अंदर अपने आप modesty आ जाती है और बस सबसे यही कहना था कि आप सब लोग थोड़ा थोड़ा अपनी अपनी ज़िंदगी के तज़रबे से कुछ बताया करें और ज़रूर बताया करें. जैसे जब topic डाला जाता है तो आप लोग उसको देखें और ज़रूर एक छोटा सा message दिया करें.</w:t>
      </w:r>
    </w:p>
    <w:p>
      <w:r>
        <w:rPr>
          <w:b/>
        </w:rPr>
        <w:t xml:space="preserve">[43:01] </w:t>
      </w:r>
      <w:r>
        <w:t>Toh yahan conclude karne ke liye mere paas ek hadith hai ki Vaigambar ne farmaya ki tum log Khuda ke bando ko takleef na do aur unko aar na dilao aur unki posheeda baaton ko talash na karo. Musnad Ahmad. Tum Maulana sahib ne likha hai ki accha insani samaj banane ke liye zaroori hai ki logon ke andar akhlaqi ehsaas zinda ho.</w:t>
      </w:r>
    </w:p>
    <w:p>
      <w:pPr>
        <w:jc w:val="right"/>
      </w:pPr>
      <w:r>
        <w:t>तो यहां conclude करने के लिए मेरे पास एक ख़दीज़ है कि वैगंबर ने फ़रमाया कि तुम लोग ख़ुदा के बंदों को तकलीफ़ ना दो और उनको आर ना दिलाओ और उनकी पोशीदा बातों को तलाश ना करो. मुस्मत अहमद. तुमोलाना साहब ने लिखा है कि अच्छा इंसानी समाज बनाने के लिए ज़रूरी है कि लोगों के अंदर अख़िलाख़ी एहसास ज़िंदा हो.</w:t>
      </w:r>
    </w:p>
    <w:p>
      <w:r>
        <w:rPr>
          <w:b/>
        </w:rPr>
        <w:t xml:space="preserve">[43:27] </w:t>
      </w:r>
      <w:r>
        <w:t>Har aadmi ko chahiye ki woh samaj ke andar is tarah rahe ki usse kisi ko takleef na pahunche. Aisa har qaul aur amal goya doosron ko satana hai aur jo aadmi doosre insano ko sataye, woh ek bekeemat aadmi hai.</w:t>
      </w:r>
    </w:p>
    <w:p>
      <w:pPr>
        <w:jc w:val="right"/>
      </w:pPr>
      <w:r>
        <w:t>हर आदमी को चाहिए कि वह समाज के अंदर इस तरह रहे कि उससे किसी को तकलीफ़ ना पहुंचे. ऐसा हर कौल और अमल गोया दूसरों को सताना है और जो आदमी दूसरे इंसानों को सताएं, वह एक बेकीमत आदमी है.</w:t>
      </w:r>
    </w:p>
    <w:p>
      <w:r>
        <w:rPr>
          <w:b/>
        </w:rPr>
        <w:t xml:space="preserve">[43:56] </w:t>
      </w:r>
      <w:r>
        <w:t>Khuda ki nazar mein bhi aur bando ki nazar mein bhi. Toh yeh line bahut hi dara dene wali hai. Main Allah taala se dua karti hoon ki Allah taala hum sab ek doosre ke liye rehmat bane. Ek doosre ke liye museebat na bane taaki hum aakhir mein be keemat na thehrein. Khuda ki nazar mein keemat wale ban jaaye. Amin.</w:t>
      </w:r>
    </w:p>
    <w:p>
      <w:pPr>
        <w:jc w:val="right"/>
      </w:pPr>
      <w:r>
        <w:t>खुदा की नज़र में भी और बंदों की नज़र में भी. तो यह line बहुत ही डरा देने वाली है. मैं हल्ला ताला सी दोआ करती हूं कि हल्ला ताला हम सब एक दूसरे के लिए रहमत बने. एक दूसरे के लिए मुसीबत ना बने ताकि हम आख़िर में वे क़ीमत ना ठहरें. खुदा की नज़र में क़ीमत वाले वन जाएं. आमिन.</w:t>
      </w:r>
    </w:p>
    <w:p>
      <w:r>
        <w:rPr>
          <w:b/>
        </w:rPr>
        <w:t xml:space="preserve">[44:23] </w:t>
      </w:r>
      <w:r>
        <w:t>Thank you Apa ki mujhe abhi bhi Apa ki baat se yeh yaad aaya jab hum ek doosre se milte hain toh hum salaam karte hain. Assalamu alaikum. This is a very important. Iska meaning hai peace be upon you. Yeh humein ek doosre se kehna chahiye, chahe hum kisi se bhi mile. Toh ise ek hamari bahut hi good relationship ki shuruaat hoti hai jab hum kisi ko salaam karte hain.</w:t>
      </w:r>
    </w:p>
    <w:p>
      <w:pPr>
        <w:jc w:val="right"/>
      </w:pPr>
      <w:r>
        <w:t>Thank you आपा की मुझे अभी भी आपा की बात से यह याद आया जब हम एक दूसरे से मिलते हैं तो हम सलाम करते हैं. अस्सलामुलायकुम. This is a very important. इसका meaning है peace be upon you. यह हमें एक दूसरे से कहना चाहिए, चाहे हम किसी से भी मिले. तो इसे एक हमारी बहुत ही good relationship की शुरुआत होती है जब हम किसी को सलाम करते हैं.</w:t>
      </w:r>
    </w:p>
    <w:p>
      <w:r>
        <w:rPr>
          <w:b/>
        </w:rPr>
        <w:t xml:space="preserve">[44:50] </w:t>
      </w:r>
      <w:r>
        <w:t>Toh jaise ki quran ne kaha hai ki when you meet each other, offer good wishes and blessings for safety. One who conveys to you a message of safety and security and also when a courteous greeting is offered to you, meet it with a greeting, still more courteous or at least of equal courtesy. This is the verse of surah al-nisa chapter four verse 86.</w:t>
      </w:r>
    </w:p>
    <w:p>
      <w:pPr>
        <w:jc w:val="right"/>
      </w:pPr>
      <w:r>
        <w:t>तो जैसे कि कुरान ने कहा है कि when you meet each other, offer good wishes and blessings for safety. One who conveys to you a message of safety and security and also when a courteous greeting is offered to you, meet it with a greeting, still more courteous or at least of equal courtesy. This is the verse of सूर्ह अलनिसा chapter four verse 86.</w:t>
      </w:r>
    </w:p>
    <w:p>
      <w:r>
        <w:rPr>
          <w:b/>
        </w:rPr>
        <w:t xml:space="preserve">[45:15] </w:t>
      </w:r>
      <w:r>
        <w:t>With this we come to an end with a very good beautiful session that we had, lot of learning and lot of good sharing, lot of good content. Alhamdulillah, Inshallah we meet again next week Sunday with the new topic and I encourage and request all the ladies to please share your learning in a very short but do share your learning. Assalam nipur.</w:t>
      </w:r>
    </w:p>
    <w:p>
      <w:pPr>
        <w:jc w:val="right"/>
      </w:pPr>
      <w:r>
        <w:t>With this we come to an end with a very good beautiful session that we had, lot of learning and lot of good sharing, lot of good content. अलहम्दारिल्लाह, Inshallah we meet again next week Sunday with the new topic and I encourage and request all the ladies to please share your learning in a very short but do share your learning. अस्सलाम निपुर.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