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aur Asr-e-Jadeed Al-Risala, January 2017 Maulana Wahiduddin Khan</w:t>
      </w:r>
    </w:p>
    <w:p>
      <w:r>
        <w:t>https://www.youtube.com/watch?v=__3jCmiWfEc</w:t>
      </w:r>
    </w:p>
    <w:p>
      <w:r>
        <w:rPr>
          <w:b/>
        </w:rPr>
        <w:t xml:space="preserve">[00:02] </w:t>
      </w:r>
      <w:r>
        <w:t>quran aur asr e jadeed. quran saatveen sadi ke rub e awwal mein utra. quran ka maqsad insaniyat ki islaah tha.</w:t>
      </w:r>
    </w:p>
    <w:p>
      <w:pPr>
        <w:jc w:val="right"/>
      </w:pPr>
      <w:r>
        <w:t>قرآن اور عصرِ جدید۔ قرآن ساتویں صدی کے ربعِ اول میں اترا۔ قرآن کا مقصد انسانیت کی اصلاح تھا۔</w:t>
      </w:r>
    </w:p>
    <w:p>
      <w:r>
        <w:rPr>
          <w:b/>
        </w:rPr>
        <w:t xml:space="preserve">[00:13] </w:t>
      </w:r>
      <w:r>
        <w:t>apne zamane ke aitbaar se quran mein jin mukhtalif girohon ko address kiya gaya hai, woh amalan 4 qism ke giroh hain: yahood, isai, mushrik, aur kaffir.</w:t>
      </w:r>
    </w:p>
    <w:p>
      <w:pPr>
        <w:jc w:val="right"/>
      </w:pPr>
      <w:r>
        <w:t>اپنے زمانے کے اعتبار سے قرآن میں جن مختلف گروہوں کو ایڈریس کیا گیا ہے، وہ عملاً 4 قسم کے گروہ ہیں: یہود، عیسائی، مشرک، اور کافر۔</w:t>
      </w:r>
    </w:p>
    <w:p>
      <w:r>
        <w:rPr>
          <w:b/>
        </w:rPr>
        <w:t xml:space="preserve">[00:26] </w:t>
      </w:r>
      <w:r>
        <w:t>agar koi shakhs quran ko parhe to woh payega ke yeh chaaron giroh quran ki dawat ke baray mein manfi, yani negative, zehan rakhte hain.</w:t>
      </w:r>
    </w:p>
    <w:p>
      <w:pPr>
        <w:jc w:val="right"/>
      </w:pPr>
      <w:r>
        <w:t>اگر کوئی شخص قرآن کو پڑھے تو وہ پائے گا کہ یہ چاروں گروہ قرآن کی دعوت کے بارے میں منفی، یعنی نیگیٹیو، ذہن رکھتے ہیں۔</w:t>
      </w:r>
    </w:p>
    <w:p>
      <w:r>
        <w:rPr>
          <w:b/>
        </w:rPr>
        <w:t xml:space="preserve">[00:36] </w:t>
      </w:r>
      <w:r>
        <w:t>chunaanche quran mein in ke upar sakht tanqeed ki gayi hai, hatta ke baaz auqaat in ke sakht radd e amal ki bina par jang ki nabat aa gayi.</w:t>
      </w:r>
    </w:p>
    <w:p>
      <w:pPr>
        <w:jc w:val="right"/>
      </w:pPr>
      <w:r>
        <w:t>چنانچہ قرآن میں ان کے اوپر سخت تنقید کی گئی ہے، حتیٰ کہ بعض اوقات ان کے سخت ردِ عمل کی بنا پر جنگ کی نوبت آ گئی۔</w:t>
      </w:r>
    </w:p>
    <w:p>
      <w:r>
        <w:rPr>
          <w:b/>
        </w:rPr>
        <w:t xml:space="preserve">[00:47] </w:t>
      </w:r>
      <w:r>
        <w:t>baad ke zamane ke musalman jab quran ko parhte hain to woh quran mein in chaaron girohon ka zikr paate hain,</w:t>
      </w:r>
    </w:p>
    <w:p>
      <w:pPr>
        <w:jc w:val="right"/>
      </w:pPr>
      <w:r>
        <w:t>بعد کے زمانے کے مسلمان جب قرآن کو پڑھتے ہیں تو وہ قرآن میں ان چاروں گروہوں کا ذکر پاتے ہیں،</w:t>
      </w:r>
    </w:p>
    <w:p>
      <w:r>
        <w:rPr>
          <w:b/>
        </w:rPr>
        <w:t xml:space="preserve">[00:57] </w:t>
      </w:r>
      <w:r>
        <w:t>kyun ke chaaron girohon ke baray mein in ke asri ravaiye ki bina par sakht tabsaray kiye gaye hain. quran ke yeh sakht tabsaray zamani sabab, yani age factor, ki bina par hain, lekin musalman ghair shaoori tor par yeh samajh lete hain ke yeh tabaqaat aaj bhi baqi hain, aur un ke baray mein aaj bhi un ka wahi sakht ravaiyah hona chahiye jo rasool aur ashaab e rasool ke zamane mein tha.</w:t>
      </w:r>
    </w:p>
    <w:p>
      <w:pPr>
        <w:jc w:val="right"/>
      </w:pPr>
      <w:r>
        <w:t>کیونکہ چاروں گروہوں کے بارے میں ان کے عصری رویے کی بنا پر سخت تبصرے کیے گئے ہیں۔ قرآن کے یہ سخت تبصرے زمانی سبب، یعنی ایج فیکٹر، کی بنا پر ہیں، لیکن مسلمان غیر شعوری طور پر یہ سمجھ لیتے ہیں کہ یہ طبقات آج بھی باقی ہیں، اور ان کے بارے میں آج بھی ان کا وہی سخت رویہ ہونا چاہیے جو رسول اور اصحابِ رسول کے زمانے میں تھا۔</w:t>
      </w:r>
    </w:p>
    <w:p>
      <w:r>
        <w:rPr>
          <w:b/>
        </w:rPr>
        <w:t xml:space="preserve">[01:26] </w:t>
      </w:r>
      <w:r>
        <w:t>maujooda zamane mein musalmanon ka haal yeh hai ke woh tamam dunya ko apna dushman samajhte hain, woh tamam qaumon ke khilaaf jang chhede hue hain, kabhi passive sense mein aur kabhi active sense mein.</w:t>
      </w:r>
    </w:p>
    <w:p>
      <w:pPr>
        <w:jc w:val="right"/>
      </w:pPr>
      <w:r>
        <w:t>موجودہ زمانے میں مسلمانوں کا حال یہ ہے کہ وہ تمام دنیا کو اپنا دشمن سمجھتے ہیں، وہ تمام قوموں کے خلاف لڑائی چھیڑے ہوئے ہیں، کبھی پیسو سینس میں اور کبھی ایکٹیو سینس میں۔</w:t>
      </w:r>
    </w:p>
    <w:p>
      <w:r>
        <w:rPr>
          <w:b/>
        </w:rPr>
        <w:t xml:space="preserve">[01:42] </w:t>
      </w:r>
      <w:r>
        <w:t>woh yahood ko maghzoob qaum samajhte hain, nasara ko zaal qaum samajhte hain,</w:t>
      </w:r>
    </w:p>
    <w:p>
      <w:pPr>
        <w:jc w:val="right"/>
      </w:pPr>
      <w:r>
        <w:t>وہ یہود کو مغضوب قوم سمجھتے ہیں، نصاریٰ کو زال قوم سمجھتے ہیں،</w:t>
      </w:r>
    </w:p>
    <w:p>
      <w:r>
        <w:rPr>
          <w:b/>
        </w:rPr>
        <w:t xml:space="preserve">[01:49] </w:t>
      </w:r>
      <w:r>
        <w:t>woh mafrooha kaffiron ko jahannami samajhte hain, aur is tarah mushrikon ko i'tiqadi ma'non mein sarasar batil samajhte hain. musalmanon ka yahi mizaj, yani mindset, hai jis ne in ko sari dunya ka mukhalif bana diya hai.</w:t>
      </w:r>
    </w:p>
    <w:p>
      <w:pPr>
        <w:jc w:val="right"/>
      </w:pPr>
      <w:r>
        <w:t>وہ مفروضہ کافروں کو جہنمی سمجھتے ہیں، اور اس طرح مشرکوں کو اعتقادی معنوں میں سراسر باطل سمجھتے ہیں۔ مسلمانوں کا یہی مزاج، یعنی مائنڈ سیٹ، ہے جس نے ان کو ساری دنیا کا مخالف بنا دیا ہے۔</w:t>
      </w:r>
    </w:p>
    <w:p>
      <w:r>
        <w:rPr>
          <w:b/>
        </w:rPr>
        <w:t xml:space="preserve">[02:07] </w:t>
      </w:r>
      <w:r>
        <w:t>in ka nishana yeh ban gaya hai ke tamam qaumon se larr kar un ko maghloob karna hai aur sari dunya mein islam ka siyasi iqtidaar qaim karna hai.</w:t>
      </w:r>
    </w:p>
    <w:p>
      <w:pPr>
        <w:jc w:val="right"/>
      </w:pPr>
      <w:r>
        <w:t>ان کا نشانہ یہ بن گیا ہے کہ تمام قوموں سے لڑ کر ان کو مغلوب کرنا ہے اور ساری دنیا میں اسلام کا سیاسی اقتدار قائم کرنا ہے۔</w:t>
      </w:r>
    </w:p>
    <w:p>
      <w:r>
        <w:rPr>
          <w:b/>
        </w:rPr>
        <w:t xml:space="preserve">[02:19] </w:t>
      </w:r>
      <w:r>
        <w:t>musalmanon ki yeh soch tamam tar un ki ghalat fikri ka nateeja hai. saatveen sadi mein arab ya atraf e arab mein jo qaumein maujood theen, woh sab bohat pehle khatam ho chuki.</w:t>
      </w:r>
    </w:p>
    <w:p>
      <w:pPr>
        <w:jc w:val="right"/>
      </w:pPr>
      <w:r>
        <w:t>مسلمانوں کی یہ سوچ تمام تر ان کی غلط فکری کا نتیجہ ہے۔ ساتویں صدی میں عرب یا اطرافِ عرب میں جو قومیں موجود تھیں، وہ سب بہت پہلے ختم ہو چکی۔</w:t>
      </w:r>
    </w:p>
    <w:p>
      <w:r>
        <w:rPr>
          <w:b/>
        </w:rPr>
        <w:t xml:space="preserve">[02:32] </w:t>
      </w:r>
      <w:r>
        <w:t>ab un ke naam se jo qaumein dunya mein maujood hain, woh khwah naam ke aitbaar se qadeem hon, lekin haqeeqat ke aitbaar se woh jadeed hain.</w:t>
      </w:r>
    </w:p>
    <w:p>
      <w:pPr>
        <w:jc w:val="right"/>
      </w:pPr>
      <w:r>
        <w:t>اب ان کے نام سے جو قومیں دنیا میں موجود ہیں، وہ خواہ نام کے اعتبار سے قدیم ہوں، لیکن حقیقت کے اعتبار سے وہ جدید ہیں۔</w:t>
      </w:r>
    </w:p>
    <w:p>
      <w:r>
        <w:rPr>
          <w:b/>
        </w:rPr>
        <w:t xml:space="preserve">[02:43] </w:t>
      </w:r>
      <w:r>
        <w:t>jadeed daur ek aitbaar se deconditioning ka daur, yani age of deconditioning hai. jadeed daur mein naye afkaar, khaas tor par secular education, ne mukammal taur par logon ke zehnon ko badal diya hai.</w:t>
      </w:r>
    </w:p>
    <w:p>
      <w:pPr>
        <w:jc w:val="right"/>
      </w:pPr>
      <w:r>
        <w:t>جدید دور ایک اعتبار سے ڈی کنڈیشننگ کا دور، یعنی ایج آف ڈی کنڈیشننگ ہے۔ جدید دور میں نئے افکار، خاص طور پر سیکولر ایجوکیشن، نے مکمل طور پر لوگوں کے ذہنوں کو بدل دیا ہے۔</w:t>
      </w:r>
    </w:p>
    <w:p>
      <w:r>
        <w:rPr>
          <w:b/>
        </w:rPr>
        <w:t xml:space="preserve">[03:00] </w:t>
      </w:r>
      <w:r>
        <w:t>aaj ka yahoodi mukhtalif yahoodi hai, aaj ka isai mukhtalif isai hai, is tarah aaj ke mushrik mukhtalif qism ke mushrik hain.</w:t>
      </w:r>
    </w:p>
    <w:p>
      <w:pPr>
        <w:jc w:val="right"/>
      </w:pPr>
      <w:r>
        <w:t>آج کا یہودی مختلف یہودی ہے، آج کا عیسائی مختلف عیسائی ہے، اس طرح آج کے مشرک مختلف قسم کے مشرک ہیں۔</w:t>
      </w:r>
    </w:p>
    <w:p>
      <w:r>
        <w:rPr>
          <w:b/>
        </w:rPr>
        <w:t xml:space="preserve">[03:11] </w:t>
      </w:r>
      <w:r>
        <w:t>yeh</w:t>
      </w:r>
    </w:p>
    <w:p>
      <w:pPr>
        <w:jc w:val="right"/>
      </w:pPr>
      <w:r>
        <w:t>یہ</w:t>
      </w:r>
    </w:p>
    <w:p>
      <w:r>
        <w:rPr>
          <w:b/>
        </w:rPr>
        <w:t xml:space="preserve">[03:12] </w:t>
      </w:r>
      <w:r>
        <w:t>qaumein ab itna zyada badal chuki hain ke un ko wahi samajh sakta hai jis ne unhein dobara daryaft, yani discover, kiya ho.</w:t>
      </w:r>
    </w:p>
    <w:p>
      <w:pPr>
        <w:jc w:val="right"/>
      </w:pPr>
      <w:r>
        <w:t>قومیں اب اتنا زیادہ بدل چکی ہیں کہ ان کو وہی سمجھ سکتا ہے جس نے انہیں دوبارہ دریافت، یعنی ڈسکور، کیا ہو۔</w:t>
      </w:r>
    </w:p>
    <w:p>
      <w:r>
        <w:rPr>
          <w:b/>
        </w:rPr>
        <w:t xml:space="preserve">[03:21] </w:t>
      </w:r>
      <w:r>
        <w:t>qadeem zamane ke aitbaar se yeh log 4 mukhtalif qaum thay, lekin jadeed zamane ke aitbaar se yeh sab ek hi qaum hain.</w:t>
      </w:r>
    </w:p>
    <w:p>
      <w:pPr>
        <w:jc w:val="right"/>
      </w:pPr>
      <w:r>
        <w:t>قدیم زمانے کے اعتبار سے یہ لوگ 4 مختلف قوم تھے، لیکن جدید زمانے کے اعتبار سے یہ سب ایک ہی قوم ہیں۔</w:t>
      </w:r>
    </w:p>
    <w:p>
      <w:r>
        <w:rPr>
          <w:b/>
        </w:rPr>
        <w:t xml:space="preserve">[03:31] </w:t>
      </w:r>
      <w:r>
        <w:t>sab par ek hi lafz mantiq hota hai, aur woh hai jadeed insaan.</w:t>
      </w:r>
    </w:p>
    <w:p>
      <w:pPr>
        <w:jc w:val="right"/>
      </w:pPr>
      <w:r>
        <w:t>سب پر ایک ہی لفظ منطبق ہوتا ہے، اور وہ ہے جدید انسان۔</w:t>
      </w:r>
    </w:p>
    <w:p>
      <w:r>
        <w:rPr>
          <w:b/>
        </w:rPr>
        <w:t xml:space="preserve">[03:37] </w:t>
      </w:r>
      <w:r>
        <w:t>qadeem zamane ke insaan ke bar aks jadeed daur ke insaan ke andar usooli tor par kattar pan aur ta'assub khatam ho chuka hai.</w:t>
      </w:r>
    </w:p>
    <w:p>
      <w:pPr>
        <w:jc w:val="right"/>
      </w:pPr>
      <w:r>
        <w:t>قدیم زمانے کے انسان کے برعکس جدید دور کے انسان کے اندر اصولی طور پر کٹر پن اور تعصب ختم ہو چکا ہے۔</w:t>
      </w:r>
    </w:p>
    <w:p>
      <w:r>
        <w:rPr>
          <w:b/>
        </w:rPr>
        <w:t xml:space="preserve">[03:47] </w:t>
      </w:r>
      <w:r>
        <w:t>qadeem zamane mein sari dunya mein hum aur woh, we and they, ka tasawwur, yani concept, raaij tha. ab aaj ki dunya mein aam taur par hum aur hum, we and we, ka concept raaij ho chuka hai.</w:t>
      </w:r>
    </w:p>
    <w:p>
      <w:pPr>
        <w:jc w:val="right"/>
      </w:pPr>
      <w:r>
        <w:t>قدیم زمانے میں ساری دنیا میں ہم اور وہ، وی اینڈ دے، کا تصور، یعنی کانسیپٹ، رائج تھا۔ اب آج کی دنیا میں عمومی طور پر ہم اور ہم، وی اینڈ وی، کا کانسیپٹ رائج ہو چکا ہے۔</w:t>
      </w:r>
    </w:p>
    <w:p>
      <w:r>
        <w:rPr>
          <w:b/>
        </w:rPr>
        <w:t xml:space="preserve">[04:06] </w:t>
      </w:r>
      <w:r>
        <w:t>is soorat e haal ne qadeem masawaat, yani equation, ka khataama kar diya hai. qadeem zamane mein dost aur dushman, yani friend and enemy, ka tasawwur phaila hua tha.</w:t>
      </w:r>
    </w:p>
    <w:p>
      <w:pPr>
        <w:jc w:val="right"/>
      </w:pPr>
      <w:r>
        <w:t>اس صورتحال نے قدیم مساوات، یعنی ایکویشن، کا خاتمہ کر دیا ہے۔ قدیم زمانے میں دوست اور دشمن، یعنی فرینڈ اینڈ اینمی، کا تصور پھیلا ہوا تھا۔</w:t>
      </w:r>
    </w:p>
    <w:p>
      <w:r>
        <w:rPr>
          <w:b/>
        </w:rPr>
        <w:t xml:space="preserve">[04:20] </w:t>
      </w:r>
      <w:r>
        <w:t>ab yeh tanawwut, yani dichotomy, khatam ho chuki hai. aaj dunya mein jis masawaat ka ghalba hai, woh dost aur mu'eed, yani supporter, ka hai.</w:t>
      </w:r>
    </w:p>
    <w:p>
      <w:pPr>
        <w:jc w:val="right"/>
      </w:pPr>
      <w:r>
        <w:t>اب یہ ثنویت، یعنی ڈائیکاٹمی، ختم ہو چکی ہے۔ آج دنیا میں جس مساوات کا غلبہ ہے، وہ دوست اور معید، یعنی سپورٹر، کا ہے۔</w:t>
      </w:r>
    </w:p>
    <w:p>
      <w:r>
        <w:rPr>
          <w:b/>
        </w:rPr>
        <w:t xml:space="preserve">[04:32] </w:t>
      </w:r>
      <w:r>
        <w:t>aaj ki dunya mein koi kisi ka dushman nahin.</w:t>
      </w:r>
    </w:p>
    <w:p>
      <w:pPr>
        <w:jc w:val="right"/>
      </w:pPr>
      <w:r>
        <w:t>آج کی دنیا میں کوئی کسی کا دشمن نہیں۔</w:t>
      </w:r>
    </w:p>
    <w:p>
      <w:r>
        <w:rPr>
          <w:b/>
        </w:rPr>
        <w:t xml:space="preserve">[04:36] </w:t>
      </w:r>
      <w:r>
        <w:t>aaj ki dunya mein koi shakhs ya to aap ka dost hoga, aur agar dost na ho to woh aap ka mu'eed hoga. goya jis daur ki peshangoi hadees mein ki gayi thi, woh ab waqea ban chuki hai.</w:t>
      </w:r>
    </w:p>
    <w:p>
      <w:pPr>
        <w:jc w:val="right"/>
      </w:pPr>
      <w:r>
        <w:t>آج کی دنیا میں کوئی شخص یا تو آپ کا دوست ہوگا، اور اگر دوست نہ ہو تو وہ آپ کا معید ہوگا۔ گویا جس دور کی پیشن گوئی حدیث میں کی گئی تھی، وہ اب واقعہ بن چکی ہے۔</w:t>
      </w:r>
    </w:p>
    <w:p>
      <w:r>
        <w:rPr>
          <w:b/>
        </w:rPr>
        <w:t xml:space="preserve">[04:51] </w:t>
      </w:r>
      <w:r>
        <w:t>in riwayaton mein mustaqbil ke jis waqe ko deen ki nisbat se bayan kiya gaya hai, woh haqeeqatan sari insaniyat ki nisbat se hai.</w:t>
      </w:r>
    </w:p>
    <w:p>
      <w:pPr>
        <w:jc w:val="right"/>
      </w:pPr>
      <w:r>
        <w:t>ان روایتوں میں مستقبل کے جس واقعے کو دین کی نسبت سے بیان کیا گیا ہے، وہ حقیقتاً ساری انسانیت کی نسبت سے ہے۔</w:t>
      </w:r>
    </w:p>
    <w:p>
      <w:r>
        <w:rPr>
          <w:b/>
        </w:rPr>
        <w:t xml:space="preserve">[05:01] </w:t>
      </w:r>
      <w:r>
        <w:t>y</w:t>
      </w:r>
    </w:p>
    <w:p>
      <w:pPr>
        <w:jc w:val="right"/>
      </w:pPr>
      <w:r>
        <w:t>ی</w:t>
      </w:r>
    </w:p>
    <w:p>
      <w:r>
        <w:rPr>
          <w:b/>
        </w:rPr>
        <w:t xml:space="preserve">[05:02] </w:t>
      </w:r>
      <w:r>
        <w:t>ani mustaqbil mein ek aisa zamana aayega jab ke dushmani ka daur usooli taur par khatm ho jayega. daur ke taqaze ki bina par log ek doosre ke dost honge, aur agar dost na honge to woh imkani taur par ek doosre ke mu'eed ban jayenge.</w:t>
      </w:r>
    </w:p>
    <w:p>
      <w:pPr>
        <w:jc w:val="right"/>
      </w:pPr>
      <w:r>
        <w:t>عنی مستقبل میں ایک ایسا زمانہ آئے گا جب کہ دشمنی کا دور اصولی طور پر ختم ہو جائے گا۔ دور کے تقاضے کی بنا پر لوگ ایک دوسرے کے دوست ہوں گے، اور اگر دوست نہ ہوں گے تو وہ امکانی طور پر ایک دوسرے کے معید بن جائیں گے۔</w:t>
      </w:r>
    </w:p>
    <w:p>
      <w:r>
        <w:rPr>
          <w:b/>
        </w:rPr>
        <w:t xml:space="preserve">[05:21] </w:t>
      </w:r>
      <w:r>
        <w:t>islam se pehle hazaron saal se duniya mein jo culture riwaj tha, woh yeh tha: "jo mera dost nahi, woh mera dushman hai."</w:t>
      </w:r>
    </w:p>
    <w:p>
      <w:pPr>
        <w:jc w:val="right"/>
      </w:pPr>
      <w:r>
        <w:t>اسلام سے پہلے ہزاروں سال سے دنیا میں جو کلچر رائج تھا، وہ یہ تھا: "جو میرا دوست نہیں، وہ میرا دشمن ہے۔"</w:t>
      </w:r>
    </w:p>
    <w:p>
      <w:r>
        <w:rPr>
          <w:b/>
        </w:rPr>
        <w:t xml:space="preserve">[05:32] </w:t>
      </w:r>
      <w:r>
        <w:t>qadeem zamana ziraat, yani agriculture, aur kingship ka zamana tha. is zamane mein har ek ka interest alag hota tha.</w:t>
      </w:r>
    </w:p>
    <w:p>
      <w:pPr>
        <w:jc w:val="right"/>
      </w:pPr>
      <w:r>
        <w:t>قدیم زمانہ زراعت، یعنی ایگریکلچر، اور کنگ شپ کا زمانہ تھا۔ اس زمانے میں ہر ایک کا انٹرسٹ الگ ہوتا تھا۔</w:t>
      </w:r>
    </w:p>
    <w:p>
      <w:r>
        <w:rPr>
          <w:b/>
        </w:rPr>
        <w:t xml:space="preserve">[05:42] </w:t>
      </w:r>
      <w:r>
        <w:t>goya ke woh zamana age of differing interest ka zamana tha. is zamane mein bahami ta'alluqat ka culture wajood mein nahi aaya tha.</w:t>
      </w:r>
    </w:p>
    <w:p>
      <w:pPr>
        <w:jc w:val="right"/>
      </w:pPr>
      <w:r>
        <w:t>گویا کہ وہ زمانہ ایج آف ڈیفرنگ انٹرسٹ کا زمانہ تھا۔ اس زمانے میں باہمی تعلقات کا کلچر وجود میں نہیں آیا تھا۔</w:t>
      </w:r>
    </w:p>
    <w:p>
      <w:r>
        <w:rPr>
          <w:b/>
        </w:rPr>
        <w:t xml:space="preserve">[05:54] </w:t>
      </w:r>
      <w:r>
        <w:t>log ya to apne apne zaati daayre mein rehte the ya maidan-e-jang, yani battlefield, mein ek doosre se milte the.</w:t>
      </w:r>
    </w:p>
    <w:p>
      <w:pPr>
        <w:jc w:val="right"/>
      </w:pPr>
      <w:r>
        <w:t>لوگ یا تو اپنے اپنے ذاتی دائرے میں رہتے تھے یا میدانِ جنگ، یعنی بیٹل فیلڈ، میں ایک دوسرے سے ملتے تھے۔</w:t>
      </w:r>
    </w:p>
    <w:p>
      <w:r>
        <w:rPr>
          <w:b/>
        </w:rPr>
        <w:t xml:space="preserve">[06:05] </w:t>
      </w:r>
      <w:r>
        <w:t>goya ke is zamane mein jo riwaj sanaiyat, yani dichotomy, thi, woh dost aur dushman ki dichotomy thi. yeh sanai culture mustaqil taur par dushmani aur jang ka sabab bana hua tha.</w:t>
      </w:r>
    </w:p>
    <w:p>
      <w:pPr>
        <w:jc w:val="right"/>
      </w:pPr>
      <w:r>
        <w:t>گویا کہ اس زمانے میں جو رائج ثنائیت، یعنی ڈائیکاٹمی، تھی، وہ دوست اور دشمن کی ڈائیکاٹمی تھی۔ یہ ثنائی کلچر مستقل طور پر دشمنی اور جنگ کا سبب بنا ہوا تھا۔</w:t>
      </w:r>
    </w:p>
    <w:p>
      <w:r>
        <w:rPr>
          <w:b/>
        </w:rPr>
        <w:t xml:space="preserve">[06:20] </w:t>
      </w:r>
      <w:r>
        <w:t>is sanai culture ki bina par deen-e-haq ki isha'at amalan namumkin ban gayi thi. qadeem zamane mein jo mazhabi jabr, yani religious persecution, riwaj hua, uska sabab yahi tha:</w:t>
      </w:r>
    </w:p>
    <w:p>
      <w:pPr>
        <w:jc w:val="right"/>
      </w:pPr>
      <w:r>
        <w:t>اس ثنائی کلچر کی بنا پر دینِ حق کی اشاعت عملاً ناممکن بن گئی تھی۔ قدیم زمانے میں جو مذہبی جبر، یعنی ریلیجس پرسیکیوشن، رائج ہوا، اس کا سبب یہی تھا:</w:t>
      </w:r>
    </w:p>
    <w:p>
      <w:r>
        <w:rPr>
          <w:b/>
        </w:rPr>
        <w:t xml:space="preserve">[06:36] </w:t>
      </w:r>
      <w:r>
        <w:t>allah ta'ala ka mansooba yeh tha ke is sanaiyat ko hamesha ke liye khatm kar diya jaye. yahi woh baat hai jo quran ki is ayat mein bayan hui hai: "wa qatiluhum hatta la takuna fitnatun wa yakuna ad-deenu kulluhu lillah"</w:t>
      </w:r>
    </w:p>
    <w:p>
      <w:pPr>
        <w:jc w:val="right"/>
      </w:pPr>
      <w:r>
        <w:t>اللہ تعالیٰ کا منصوبہ یہ تھا کہ اس ثنائیت کو ہمیشہ کے لیے ختم کر دیا جائے۔ یہی وہ بات ہے جو قرآن کی اس آیت میں بیان ہوئی ہے: "وقاتلوہم حتیٰ لا تکون فتنۃ ویکون الدین کل للہ"</w:t>
      </w:r>
    </w:p>
    <w:p>
      <w:r>
        <w:rPr>
          <w:b/>
        </w:rPr>
        <w:t xml:space="preserve">[06:55] </w:t>
      </w:r>
      <w:r>
        <w:t>surah number aath ayat 39. un se jang karo yahan tak ke fitna baqi na rahe aur deen sab allah ke liye ho jaye.</w:t>
      </w:r>
    </w:p>
    <w:p>
      <w:pPr>
        <w:jc w:val="right"/>
      </w:pPr>
      <w:r>
        <w:t>سورہ نمبر آٹھ آیت 39۔ ان سے جنگ کرو یہاں تک کہ فتنہ باقی نہ رہے اور دین سب اللہ کے لیے ہو جائے۔</w:t>
      </w:r>
    </w:p>
    <w:p>
      <w:r>
        <w:rPr>
          <w:b/>
        </w:rPr>
        <w:t xml:space="preserve">[07:04] </w:t>
      </w:r>
      <w:r>
        <w:t>is ayat mein khuda ki jis is ayat mein khuda ki jis scheme ka ailan kiya gaya tha, uska matlab yeh nahi tha ke sari duniya mein hukumat-e-ilahia, yani kingdom of god, qaim ki jaye.</w:t>
      </w:r>
    </w:p>
    <w:p>
      <w:pPr>
        <w:jc w:val="right"/>
      </w:pPr>
      <w:r>
        <w:t>اس آیت میں خدا کی جس اس آیت میں خدا کی جس اسکیم کا اعلان کیا گیا تھا، اس کا مطلب یہ نہیں تھا کہ ساری دنیا میں حکومتِ الہیہ، یعنی کنگڈم آف گاڈ، قائم کی جائے۔</w:t>
      </w:r>
    </w:p>
    <w:p>
      <w:r>
        <w:rPr>
          <w:b/>
        </w:rPr>
        <w:t xml:space="preserve">[07:20] </w:t>
      </w:r>
      <w:r>
        <w:t>is ayat mein siyasi nazariye ko nahi bataya gaya tha, balke is mein ek insani nazariye ko bataya gaya tha, aur woh yeh ke duniya mein ek aalami usool, yani universal norm, ke taur par dost aur dushman ki sanaiyat, yani dichotomy, khatm ho jaye aur ek aur sanaiyat riwaj ho jaye, yani dost aur mu'eed ki sanaiyat.</w:t>
      </w:r>
    </w:p>
    <w:p>
      <w:pPr>
        <w:jc w:val="right"/>
      </w:pPr>
      <w:r>
        <w:t>اس آیت میں سیاسی نظریے کو نہیں بتایا گیا تھا، بلکہ اس میں ایک انسانی نظریے کو بتایا گیا تھا، اور وہ یہ کہ دنیا میں ایک عالمی اصول، یعنی یونیورسل نارم، کے طور پر دوست اور دشمن کی ثنائیت، یعنی ڈائیکاٹمی، ختم ہو جائے اور ایک اور ثنائیت رائج ہو جائے، یعنی دوست اور معید کی ثنائیت۔</w:t>
      </w:r>
    </w:p>
    <w:p>
      <w:r>
        <w:rPr>
          <w:b/>
        </w:rPr>
        <w:t xml:space="preserve">[07:45] </w:t>
      </w:r>
      <w:r>
        <w:t>yahi woh tareekhi haqeeqat hai jis ko hadith mein in alfaaz mein bayan kiya gaya hai:</w:t>
      </w:r>
    </w:p>
    <w:p>
      <w:pPr>
        <w:jc w:val="right"/>
      </w:pPr>
      <w:r>
        <w:t>یہی وہ تاریخی حقیقت ہے جس کو حدیث میں ان الفاظ میں بیان کیا گیا ہے:</w:t>
      </w:r>
    </w:p>
    <w:p>
      <w:r>
        <w:rPr>
          <w:b/>
        </w:rPr>
        <w:t xml:space="preserve">[07:51] </w:t>
      </w:r>
      <w:r>
        <w:t>"allah beshak is deen ki madad aise aqwam ke zariye karega." allah beshak is deen ki madad aise aqwam ke zariye karega jo ahle iman mein se na honge.</w:t>
      </w:r>
    </w:p>
    <w:p>
      <w:pPr>
        <w:jc w:val="right"/>
      </w:pPr>
      <w:r>
        <w:t>"اللہ بے شک اس دین کی مدد ایسے اقوام کے ذریعے کرے گا۔" اللہ بے شک اس دین کی مدد ایسے اقوام کے ذریعے کرے گا جو اہلِ ایمان میں سے نہ ہوں گے۔</w:t>
      </w:r>
    </w:p>
    <w:p>
      <w:r>
        <w:rPr>
          <w:b/>
        </w:rPr>
        <w:t xml:space="preserve">[08:04] </w:t>
      </w:r>
      <w:r>
        <w:t>yeh nizam-e-ta'eed, yani order of mutual support, duniya mein kis tarah aayega?</w:t>
      </w:r>
    </w:p>
    <w:p>
      <w:pPr>
        <w:jc w:val="right"/>
      </w:pPr>
      <w:r>
        <w:t>یہ نظامِ تائید، یعنی آرڈر آف میوچول سپورٹ، دنیا میں کس طرح آئے گا؟</w:t>
      </w:r>
    </w:p>
    <w:p>
      <w:r>
        <w:rPr>
          <w:b/>
        </w:rPr>
        <w:t xml:space="preserve">[08:11] </w:t>
      </w:r>
      <w:r>
        <w:t>is ka jawab yeh hai ke yeh nizam amalan jamhooriyat, yani democracy, aur sanati tehzeeb, yani industrial civilization, ke zariye duniya mein aa chuka hai.</w:t>
      </w:r>
    </w:p>
    <w:p>
      <w:pPr>
        <w:jc w:val="right"/>
      </w:pPr>
      <w:r>
        <w:t>اس کا جواب یہ ہے کہ یہ نظام عملاً جمہوریت، یعنی ڈیموکریسی، اور صنعتی تہذیب، یعنی انڈسٹریل سویلائزیشن، کے ذریعے دنیا میں آ چکا ہے۔</w:t>
      </w:r>
    </w:p>
    <w:p>
      <w:r>
        <w:rPr>
          <w:b/>
        </w:rPr>
        <w:t xml:space="preserve">[08:24] </w:t>
      </w:r>
      <w:r>
        <w:t>is siyasi aur sanati nizam ke baad duniya mein jo daur aaya hai, woh tamam tar bahami mafad, yani mutual interest, par qaim hai.</w:t>
      </w:r>
    </w:p>
    <w:p>
      <w:pPr>
        <w:jc w:val="right"/>
      </w:pPr>
      <w:r>
        <w:t>اس سیاسی اور صنعتی نظام کے بعد دنیا میں جو دور آیا ہے، وہ تمام تر باہمی مفاد، یعنی میوچول انٹرسٹ، پر قائم ہے۔</w:t>
      </w:r>
    </w:p>
    <w:p>
      <w:r>
        <w:rPr>
          <w:b/>
        </w:rPr>
        <w:t xml:space="preserve">[08:34] </w:t>
      </w:r>
      <w:r>
        <w:t>pichle zamane mein bahami mafad ki hesiyat aam culture ki na thi.</w:t>
      </w:r>
    </w:p>
    <w:p>
      <w:pPr>
        <w:jc w:val="right"/>
      </w:pPr>
      <w:r>
        <w:t>پچھلے زمانے میں باہمی مفاد کی حیثیت عمومی کلچر کی نہ تھی۔</w:t>
      </w:r>
    </w:p>
    <w:p>
      <w:r>
        <w:rPr>
          <w:b/>
        </w:rPr>
        <w:t xml:space="preserve">[08:39] </w:t>
      </w:r>
      <w:r>
        <w:t>mojudah zamane mein bahami mafad zyada zaroori ho chuka hai. is ke baghair na jamhoori siyasat duniya mein chalayi ja sakti hai aur na sanati tehzeeb qaim ki ja sakti hai.</w:t>
      </w:r>
    </w:p>
    <w:p>
      <w:pPr>
        <w:jc w:val="right"/>
      </w:pPr>
      <w:r>
        <w:t>موجودہ زمانے میں باہمی مفاد زیادہ ضروری ہو چکا ہے۔ اس کے بغیر نہ جمہوری سیاست دنیا میں چلائی جا سکتی ہے اور نہ صنعتی تہذیب قائم کی جا سکتی ہے۔</w:t>
      </w:r>
    </w:p>
    <w:p>
      <w:r>
        <w:rPr>
          <w:b/>
        </w:rPr>
        <w:t xml:space="preserve">[08:54] </w:t>
      </w:r>
      <w:r>
        <w:t>bahami mafad ke is culture ne ab is cheez ko logon ke liye ek majboori, yani compulsion, ka mamla bana diya hai jis ko pehle sirf akhlaqi cheez samjha jata tha.</w:t>
      </w:r>
    </w:p>
    <w:p>
      <w:pPr>
        <w:jc w:val="right"/>
      </w:pPr>
      <w:r>
        <w:t>باہمی مفاد کے اس کلچر نے اب اس چیز کو لوگوں کے لیے ایک مجبوری، یعنی کمپلشن، کا معاملہ بنا دیا ہے جس کو پہلے صرف اخلاقی چیز سمجھا جاتا تھا۔</w:t>
      </w:r>
    </w:p>
    <w:p>
      <w:r>
        <w:rPr>
          <w:b/>
        </w:rPr>
        <w:t xml:space="preserve">[09:06] </w:t>
      </w:r>
      <w:r>
        <w:t>aaj ki duniya mein insan is ka tahammul nahi kar sakta ke woh doosron ko apna dushman qarar de. aisa karne ki soorat mein na jamhoori siyasat chal sakti hai aur na sanati tehzeeb wajood mein aa sakti hai.</w:t>
      </w:r>
    </w:p>
    <w:p>
      <w:pPr>
        <w:jc w:val="right"/>
      </w:pPr>
      <w:r>
        <w:t>آج کی دنیا میں انسان اس کا تحمل نہیں کر سکتا کہ وہ دوسروں کو اپنا دشمن قرار دے۔ ایسا کرنے کی صورت میں نہ جمہوری سیاست چل سکتی ہے اور نہ صنعتی تہذیب وجود میں آ سکتی ہے۔</w:t>
      </w:r>
    </w:p>
    <w:p>
      <w:r>
        <w:rPr>
          <w:b/>
        </w:rPr>
        <w:t xml:space="preserve">[09:21] </w:t>
      </w:r>
      <w:r>
        <w:t>zamane ki is tabdeeli ki wajah se yeh hua ke qadeem tarz ki yeh sanaiyat ek namumkin cheez ban gayi. is iztirar, yani compulsion, ki bina par daur-e-jadeed mein ek nayi sanaiyat qaim ho gayi.</w:t>
      </w:r>
    </w:p>
    <w:p>
      <w:pPr>
        <w:jc w:val="right"/>
      </w:pPr>
      <w:r>
        <w:t>زمانے کی اس تبدیلی کی وجہ سے یہ ہوا کہ قدیم طرز کی یہ ثنائیت ایک ناممکن چیز بن گئی۔ اس اضطرار، یعنی کمپلشن، کی بنا پر دورِ جدید میں ایک نئی ثنائیت قائم ہو گئی۔</w:t>
      </w:r>
    </w:p>
    <w:p>
      <w:r>
        <w:rPr>
          <w:b/>
        </w:rPr>
        <w:t xml:space="preserve">[09:35] </w:t>
      </w:r>
      <w:r>
        <w:t>yeh nayi sanaiyat dost aur mu'eed, yani supporter, ke usool par qaim hai, na ke qadeem zamane ki dost aur dushmani ki sanaiyat par.</w:t>
      </w:r>
    </w:p>
    <w:p>
      <w:pPr>
        <w:jc w:val="right"/>
      </w:pPr>
      <w:r>
        <w:t>یہ نئی ثنائیت دوست اور معید، یعنی سپورٹر، کے اصول پر قائم ہے، نہ کہ قدیم زمانے کی دوست اور دشمنی کی ثنائیت پر۔</w:t>
      </w:r>
    </w:p>
    <w:p>
      <w:r>
        <w:rPr>
          <w:b/>
        </w:rPr>
        <w:t xml:space="preserve">[09:46] </w:t>
      </w:r>
      <w:r>
        <w:t>mojudah zamane ke jo musalman doosri qaumon ko apna hareef ya dushman samajh kar un se nafrat karte hain ya un se mutashaddidana ladai kar rahe hain, woh mu'eed ki is haqeeqat se bekhabar hain.</w:t>
      </w:r>
    </w:p>
    <w:p>
      <w:pPr>
        <w:jc w:val="right"/>
      </w:pPr>
      <w:r>
        <w:t>موجودہ زمانے کے جو مسلمان دوسری قوموں کو اپنا حریف یا دشمن سمجھ کر ان سے نفرت کرتے ہیں یا ان سے متشددانہ لڑائی کر رہے ہیں، وہ معید کی اس حقیقت سے بے خبر ہیں۔</w:t>
      </w:r>
    </w:p>
    <w:p>
      <w:r>
        <w:rPr>
          <w:b/>
        </w:rPr>
        <w:t xml:space="preserve">[10:00] </w:t>
      </w:r>
      <w:r>
        <w:t>woh apne qadeem zehen ki bina par yeh sochte hain ke aaj bhi dunya mein wohi yahood, wohi nasara, wohi kafir, aur wohi mushrik hain jo pehle thay, halankeh ab usooli taur par in tamam grohon ka khatmah ho chuka hai.</w:t>
      </w:r>
    </w:p>
    <w:p>
      <w:pPr>
        <w:jc w:val="right"/>
      </w:pPr>
      <w:r>
        <w:t>وہ اپنے قدیم ذہن کی بنا پر یہ سوچتے ہیں کہ آج بھی دنیا میں وہی یہود، وہی نصاریٰ، وہی کافر، اور وہی مشرک ہیں جو پہلے تھے، حالانکہ اب اصولی طور پر ان تمام گروہوں کا خاتمہ ہو چکا ہے۔</w:t>
      </w:r>
    </w:p>
    <w:p>
      <w:r>
        <w:rPr>
          <w:b/>
        </w:rPr>
        <w:t xml:space="preserve">[10:16] </w:t>
      </w:r>
      <w:r>
        <w:t>aaj yeh tamam groh aik aam culture ka hissa ban kar aik naye qism ke groh ban gaye hain. woh aik doosre ka mufeed groh, yani supporter, ban gaye hain.</w:t>
      </w:r>
    </w:p>
    <w:p>
      <w:pPr>
        <w:jc w:val="right"/>
      </w:pPr>
      <w:r>
        <w:t>آج یہ تمام گروہ ایک عمومی کلچر کا حصہ بن کر ایک نئے قسم کے گروہ بن گئے ہیں۔ وہ ایک دوسرے کا معید گروہ، یعنی سپورٹر، بن گئے ہیں۔</w:t>
      </w:r>
    </w:p>
    <w:p>
      <w:r>
        <w:rPr>
          <w:b/>
        </w:rPr>
        <w:t xml:space="preserve">[10:27] </w:t>
      </w:r>
      <w:r>
        <w:t>aaj aik insaan ki shanakht, yani identity, mazhab par mabni nahi hai balkeh taayidi culture par mabni hai. woh taayidi daur jis ki peshangoi quran o hadees mein ki gayi thi, woh ab pichle hazar saala tareekhi amal, yani historical process, ke zariye dunya mein amalan qaim ho chuka hai.</w:t>
      </w:r>
    </w:p>
    <w:p>
      <w:pPr>
        <w:jc w:val="right"/>
      </w:pPr>
      <w:r>
        <w:t>آج ایک انسان کی شناخت، یعنی آئیڈینٹیٹی، مذہب پر مبنی نہیں ہے بلکہ تائیدی کلچر پر مبنی ہے۔ وہ تائیدی دور جس کی پیشن گوئی قرآن و حدیث میں کی گئی تھی، وہ اب پچھلے ہزار سالہ تاریخی عمل، یعنی ہسٹوریکل پراسیس، کے ذریعے دنیا میں عملاً قائم ہو چکا ہے۔</w:t>
      </w:r>
    </w:p>
    <w:p>
      <w:r>
        <w:rPr>
          <w:b/>
        </w:rPr>
        <w:t xml:space="preserve">[10:50] </w:t>
      </w:r>
      <w:r>
        <w:t>ab musalmanon ko chahiye ke woh mukammal taur par nafrat aur tashaddud ka khatmah kar dain.</w:t>
      </w:r>
    </w:p>
    <w:p>
      <w:pPr>
        <w:jc w:val="right"/>
      </w:pPr>
      <w:r>
        <w:t>اب مسلمانوں کو چاہیے کہ وہ مکمل طور پر نفرت اور تشدد کا خاتمہ کر دیں۔</w:t>
      </w:r>
    </w:p>
    <w:p>
      <w:r>
        <w:rPr>
          <w:b/>
        </w:rPr>
        <w:t xml:space="preserve">[10:56] </w:t>
      </w:r>
      <w:r>
        <w:t>jis tarah doosre log apne siyasi mafad ya iqtisadi mafad ko bahami ta'alluqat, yaani mutual interest, ke zariye hasil kar rahe hain, isi tarah musalmanon ko bhi apne milli mansoobe ko bahami ta'alluqat, yaani mutual interest, par qaim karna chahiye, na na ke bahami takrao ki buniyad par.</w:t>
      </w:r>
    </w:p>
    <w:p>
      <w:pPr>
        <w:jc w:val="right"/>
      </w:pPr>
      <w:r>
        <w:t>جس طرح دوسرے لوگ اپنے سیاسی مفاد یا اقتصادی مفاد کو باہمی تعلقات، یعنی میوچول انٹرسٹ، کے ذریعے حاصل کر رہے ہیں، اسی طرح مسلمانوں کو بھی اپنے ملی منصوبے کو باہمی تعلقات، یعنی میوچول انٹرسٹ، پر قائم کرنا چاہیے، نہ نہ کہ باہمی ٹکراؤ کی بنیاد پر۔</w:t>
      </w:r>
    </w:p>
    <w:p>
      <w:r>
        <w:rPr>
          <w:b/>
        </w:rPr>
        <w:t xml:space="preserve">[11:21] </w:t>
      </w:r>
      <w:r>
        <w:t>qadeem tareekh mein insanon ke darmiyan jo napasandeeda soorat-e-haal qaim thi, us ke hal ke liye teen intekhab, yaani option, mumkin the.</w:t>
      </w:r>
    </w:p>
    <w:p>
      <w:pPr>
        <w:jc w:val="right"/>
      </w:pPr>
      <w:r>
        <w:t>قدیم تاریخ میں انسانوں کے درمیان جو ناپسندیدہ صورتحال قائم تھی، اس کے حل کے لیے تین انتخاب، یعنی آپشن، ممکن تھے۔</w:t>
      </w:r>
    </w:p>
    <w:p>
      <w:r>
        <w:rPr>
          <w:b/>
        </w:rPr>
        <w:t xml:space="preserve">[11:32] </w:t>
      </w:r>
      <w:r>
        <w:t>ek yeh ke soorat-e-haal ko badastoor apni halat par baqi rakha jaye. Is intekhab mein asal masla badastoor baqi rehta tha aur insan ko woh azadi milne wali nahi thi jo khodai scheme, yaani scheme of things, ke mutabiq matloob thi,</w:t>
      </w:r>
    </w:p>
    <w:p>
      <w:pPr>
        <w:jc w:val="right"/>
      </w:pPr>
      <w:r>
        <w:t>ایک یہ کہ صورتحال کو بدستور اپنی حالت پر باقی رکھا جائے۔ اس انتخاب میں اصل مسئلہ بدستور باقی رہتا تھا اور انسان کو وہ آزادی ملنے والی نہیں تھی جو خدائی اسکیم، یعنی اسکیم آف تھنگز، کے مطابق مطلوب تھی،</w:t>
      </w:r>
    </w:p>
    <w:p>
      <w:r>
        <w:rPr>
          <w:b/>
        </w:rPr>
        <w:t xml:space="preserve">[11:49] </w:t>
      </w:r>
      <w:r>
        <w:t>yaani azadi ke sath apne pasandeeda mazhab ya fikr ko ikhtiyar karna. Doosra intekhab yeh tha ke lad kar is soorat-e-haal ko khatm karne ki koshish ki jaye, magar yeh intekhab bhi ghair mufeed tha kyunke insani azadi ko baqi rakhte hue woh sarr-e-se qabil-e-amal hi na tha.</w:t>
      </w:r>
    </w:p>
    <w:p>
      <w:pPr>
        <w:jc w:val="right"/>
      </w:pPr>
      <w:r>
        <w:t>یعنی آزادی کے ساتھ اپنے پسندیدہ مذہب یا فکر کو اختیار کرنا۔ دوسرا انتخاب یہ تھا کہ لڑ کر اس صورتحال کو ختم کرنے کی کوشش کی جائے، مگر یہ انتخاب بھی غیر مفید تھا کیونکہ انسانی آزادی کو باقی رکھتے ہوئے وہ سرے سے قابل عمل ہی نہ تھا۔</w:t>
      </w:r>
    </w:p>
    <w:p>
      <w:r>
        <w:rPr>
          <w:b/>
        </w:rPr>
        <w:t xml:space="preserve">[12:10] </w:t>
      </w:r>
      <w:r>
        <w:t>teesra intekhab woh hai jis ko ikhtiyar kiya gaya,</w:t>
      </w:r>
    </w:p>
    <w:p>
      <w:pPr>
        <w:jc w:val="right"/>
      </w:pPr>
      <w:r>
        <w:t>تیسرا انتخاب وہ ہے جس کو اختیار کیا گیا،</w:t>
      </w:r>
    </w:p>
    <w:p>
      <w:r>
        <w:rPr>
          <w:b/>
        </w:rPr>
        <w:t xml:space="preserve">[12:14] </w:t>
      </w:r>
      <w:r>
        <w:t>yaani insani ta'alluqat mein aisa culture raaij kiya gaya jis mein aman har ek ki zaroorat ban gaya. Har ek ke liye zaroori ho gaya ke woh doosre ki riayat, yaani concession, karte hue apne liye rasta banane ki koshish kare, na ke doosron se takrao ke zariye.</w:t>
      </w:r>
    </w:p>
    <w:p>
      <w:pPr>
        <w:jc w:val="right"/>
      </w:pPr>
      <w:r>
        <w:t>یعنی انسانی تعلقات میں ایسا کلچر رائج کیا گیا جس میں امن ہر ایک کی ضرورت بن گئی۔ ہر ایک کے لیے ضروری ہو گیا کہ وہ دوسرے کی رعایت، یعنی کنسیشن، کرتے ہوئے اپنے لیے راستہ بنانے کی کوشش کرے، نہ کہ دوسروں سے ٹکراؤ کے ذریعے۔</w:t>
      </w:r>
    </w:p>
    <w:p>
      <w:r>
        <w:rPr>
          <w:b/>
        </w:rPr>
        <w:t xml:space="preserve">[12:33] </w:t>
      </w:r>
      <w:r>
        <w:t>yahi woh hikmat hai jo khaliq ne is maamle mein ikhtiyar ki.</w:t>
      </w:r>
    </w:p>
    <w:p>
      <w:pPr>
        <w:jc w:val="right"/>
      </w:pPr>
      <w:r>
        <w:t>یہی وہ حکمت ہے جو خالق نے اس معاملے میں اختیار کی۔</w:t>
      </w:r>
    </w:p>
    <w:p>
      <w:r>
        <w:rPr>
          <w:b/>
        </w:rPr>
        <w:t xml:space="preserve">[12:39] </w:t>
      </w:r>
      <w:r>
        <w:t>in tafseelat ko samne rakha jaye to maloom hoga ke Quran mein is silsile mein jo baat kahi gayi hai, woh moasir zamane ki riayat se thi, woh abadi na thi.</w:t>
      </w:r>
    </w:p>
    <w:p>
      <w:pPr>
        <w:jc w:val="right"/>
      </w:pPr>
      <w:r>
        <w:t>ان تفصیلات کو سامنے رکھا جائے تو معلوم ہوگا کہ قرآن میں اس سلسلے میں جو بات کہی گئی ہے، وہ معاصر زمانے کی رعایت سے تھی، وہ ابدی نہ تھی۔</w:t>
      </w:r>
    </w:p>
    <w:p>
      <w:r>
        <w:rPr>
          <w:b/>
        </w:rPr>
        <w:t xml:space="preserve">[12:50] </w:t>
      </w:r>
      <w:r>
        <w:t>Quran ki taleemat ke do hisse hain: ek ideology aur doosra hai tareeqa kar, yaani method. Ideology ka jo hissa hai, na qabil-e-tabdeel hai.</w:t>
      </w:r>
    </w:p>
    <w:p>
      <w:pPr>
        <w:jc w:val="right"/>
      </w:pPr>
      <w:r>
        <w:t>قرآن کی تعلیمات کے دو حصے ہیں: ایک آئیڈیالوجی اور دوسرا ہے طریقہ کار، یعنی میتھڈ۔ آئیڈیالوجی کا جو حصہ ہے، ناقابل تبدیلی ہے۔</w:t>
      </w:r>
    </w:p>
    <w:p>
      <w:r>
        <w:rPr>
          <w:b/>
        </w:rPr>
        <w:t xml:space="preserve">[13:02] </w:t>
      </w:r>
      <w:r>
        <w:t>woh jaisa pehle tha, waisa hi ab bhi rahega.</w:t>
      </w:r>
    </w:p>
    <w:p>
      <w:pPr>
        <w:jc w:val="right"/>
      </w:pPr>
      <w:r>
        <w:t>وہ جیسا پہلے تھا، ویسے ہی اب بھی رہے گا۔</w:t>
      </w:r>
    </w:p>
    <w:p>
      <w:r>
        <w:rPr>
          <w:b/>
        </w:rPr>
        <w:t xml:space="preserve">[13:06] </w:t>
      </w:r>
      <w:r>
        <w:t>lekin jahan tak method ki baat hai, is ka ta'alluq zamani asbab, yaani age factor, se hai. Khaliq ne zamani asbab ke maamle mein tareekh ko is tarah manage kiya ke insan ki azadi bhi baqi rahe aur masla bhi insani zindagi ke kisi pehlu ko nazar andaaz kiye baghair hal ho jaye.</w:t>
      </w:r>
    </w:p>
    <w:p>
      <w:pPr>
        <w:jc w:val="right"/>
      </w:pPr>
      <w:r>
        <w:t>لیکن جہاں تک میتھڈ کی بات ہے، اس کا تعلق زمانی اسباب، یعنی ایج فیکٹر، سے ہے۔ خالق نے زمانی اسباب کے معاملے میں تاریخ کو اس طرح مینج کیا کہ انسان کی آزادی بھی باقی رہے اور مسئلہ بھی انسانی زندگی کے کسی پہلو کو نظر انداز کیے بغیر حل ہو جائے۔</w:t>
      </w:r>
    </w:p>
    <w:p>
      <w:r>
        <w:rPr>
          <w:b/>
        </w:rPr>
        <w:t xml:space="preserve">[13:28] </w:t>
      </w:r>
      <w:r>
        <w:t>qadeem zamane mein zindagi ka jo nizam raaij tha, us mein sirf do cheezon ki ahmiyat hoti thi:</w:t>
      </w:r>
    </w:p>
    <w:p>
      <w:pPr>
        <w:jc w:val="right"/>
      </w:pPr>
      <w:r>
        <w:t>قدیم زمانے میں زندگی کا جو نظام رائج تھا، اس میں صرف دو چیزوں کی اہمیت ہوتی تھی:</w:t>
      </w:r>
    </w:p>
    <w:p>
      <w:r>
        <w:rPr>
          <w:b/>
        </w:rPr>
        <w:t xml:space="preserve">[13:36] </w:t>
      </w:r>
      <w:r>
        <w:t>zara'at, yaani agriculture, aur badshahat, yaani kingship. Zarai zameen ka malik land order, zarai zameen ka malik landlord hota tha.</w:t>
      </w:r>
    </w:p>
    <w:p>
      <w:pPr>
        <w:jc w:val="right"/>
      </w:pPr>
      <w:r>
        <w:t>زراعت، یعنی ایگریکلچر، اور بادشاہت، یعنی کنگ شپ۔ زرعی زمین کا مالک لینڈ آرڈر، زرعی زمین کا مالک لینڈ لارڈ ہوتا تھا۔</w:t>
      </w:r>
    </w:p>
    <w:p>
      <w:r>
        <w:rPr>
          <w:b/>
        </w:rPr>
        <w:t xml:space="preserve">[13:50] </w:t>
      </w:r>
      <w:r>
        <w:t>zameen ke maamle mein wohi sab kuch hota tha. Is tarah hukoomat ke maamle mein sari hesiyat badshah ki hoti thi.</w:t>
      </w:r>
    </w:p>
    <w:p>
      <w:pPr>
        <w:jc w:val="right"/>
      </w:pPr>
      <w:r>
        <w:t>زمین کے معاملے میں وہی سب کچھ ہوتا تھا۔ اس طرح حکومت کے معاملے میں ساری حیثیت بادشاہ کی ہوتی تھی۔</w:t>
      </w:r>
    </w:p>
    <w:p>
      <w:r>
        <w:rPr>
          <w:b/>
        </w:rPr>
        <w:t xml:space="preserve">[13:58] </w:t>
      </w:r>
      <w:r>
        <w:t>is nizam ke tehat qadeem zamane mein sari duniya mein ek tarfa mafad, yaani unilateral interest, ka tareeqa raaij tha.</w:t>
      </w:r>
    </w:p>
    <w:p>
      <w:pPr>
        <w:jc w:val="right"/>
      </w:pPr>
      <w:r>
        <w:t>اس نظام کے تحت قدیم زمانے میں ساری دنیا میں ایک طرفہ مفاد، یعنی یونی لیٹرل انٹرسٹ، کا طریقہ رائج تھا۔</w:t>
      </w:r>
    </w:p>
    <w:p>
      <w:r>
        <w:rPr>
          <w:b/>
        </w:rPr>
        <w:t xml:space="preserve">[14:07] </w:t>
      </w:r>
      <w:r>
        <w:t>is liye hazaron saal ke darmiyan sari duniya mein yahi tareeqa raaij tha. Muslim ahad mein athveen sadi eesvi mein Sasani saltanat, yaani Sasanid Empire, aur Bizantini saltanat,</w:t>
      </w:r>
    </w:p>
    <w:p>
      <w:pPr>
        <w:jc w:val="right"/>
      </w:pPr>
      <w:r>
        <w:t>اس لیے ہزاروں سال کے درمیان ساری دنیا میں یہی طریقہ رائج تھا۔ مسلم عہد میں اٹھویں صدی عیسوی میں ساسانی سلطنت، یعنی ساسانیڈ ایمپائر، اور بازنتینی سلطنت،</w:t>
      </w:r>
    </w:p>
    <w:p>
      <w:r>
        <w:rPr>
          <w:b/>
        </w:rPr>
        <w:t xml:space="preserve">[14:23] </w:t>
      </w:r>
      <w:r>
        <w:t>yaani Byzantine Empire, ko tod diya gaya. Is</w:t>
      </w:r>
    </w:p>
    <w:p>
      <w:pPr>
        <w:jc w:val="right"/>
      </w:pPr>
      <w:r>
        <w:t>یعنی بائزانٹائن ایمپائر، کو توڑ دیا گیا۔ اس</w:t>
      </w:r>
    </w:p>
    <w:p>
      <w:r>
        <w:rPr>
          <w:b/>
        </w:rPr>
        <w:t xml:space="preserve">[14:29] </w:t>
      </w:r>
      <w:r>
        <w:t>ke baad insani zindagi mein ek naya tareekhi amal, yaani historical process, shuru hua. Yeh amal mukhtalif marhalon se guzarta raha yahan tak ke satraween sadi mein maghribi Europe mein is ki takmeel hui.</w:t>
      </w:r>
    </w:p>
    <w:p>
      <w:pPr>
        <w:jc w:val="right"/>
      </w:pPr>
      <w:r>
        <w:t>کے بعد انسانی زندگی میں ایک نیا تاریخی عمل، یعنی ہسٹوریکل پراسیس، شروع ہوا۔ یہ عمل مختلف مراحل سے گزرتا رہا یہاں تک کہ سترویں صدی میں مغربی یورپ میں اس کی تکمیل ہوئی۔</w:t>
      </w:r>
    </w:p>
    <w:p>
      <w:r>
        <w:rPr>
          <w:b/>
        </w:rPr>
        <w:t xml:space="preserve">[14:43] </w:t>
      </w:r>
      <w:r>
        <w:t>is ke baad insani zindagi mein ek naya daur aa gaya. Yeh naya daur bahami mafad ke usool par qaim tha.</w:t>
      </w:r>
    </w:p>
    <w:p>
      <w:pPr>
        <w:jc w:val="right"/>
      </w:pPr>
      <w:r>
        <w:t>اس کے بعد انسانی زندگی میں ایک نیا دور آ گیا۔ یہ نیا دور باہمی مفاد کے اصول پر قائم تھا۔</w:t>
      </w:r>
    </w:p>
    <w:p>
      <w:r>
        <w:rPr>
          <w:b/>
        </w:rPr>
        <w:t xml:space="preserve">[14:51] </w:t>
      </w:r>
      <w:r>
        <w:t>ab duniya ka nizam mushtarak mafad, yaani common interest, ke usool par chalne laga jabke is se pehle woh ghair mushtarak mafad, yaani unilateral interest, ke usool par chal raha tha.</w:t>
      </w:r>
    </w:p>
    <w:p>
      <w:pPr>
        <w:jc w:val="right"/>
      </w:pPr>
      <w:r>
        <w:t>اب دنیا کا نظام مشترک مفاد، یعنی کامن انٹرسٹ، کے اصول پر چلنے لگا جبکہ اس سے پہلے وہ غیر مشترک مفاد، یعنی یونی لیٹرل انٹرسٹ، کے اصول پر چل رہا تھا۔</w:t>
      </w:r>
    </w:p>
    <w:p>
      <w:r>
        <w:rPr>
          <w:b/>
        </w:rPr>
        <w:t xml:space="preserve">[15:05] </w:t>
      </w:r>
      <w:r>
        <w:t>is naye daur mein do barhe inqilab aaye: ek jamhooriyat, yaani democracy, aur doosra sanati tehzeeb, yaani industrial civilization.</w:t>
      </w:r>
    </w:p>
    <w:p>
      <w:pPr>
        <w:jc w:val="right"/>
      </w:pPr>
      <w:r>
        <w:t>اس نئے دور میں دو بڑے انقلابات آئے: ایک جمہوریت، یعنی ڈیموکریسی، اور دوسرا صنعتی تہذیب، یعنی انڈسٹریل سویلائزیشن۔</w:t>
      </w:r>
    </w:p>
    <w:p>
      <w:r>
        <w:rPr>
          <w:b/>
        </w:rPr>
        <w:t xml:space="preserve">[15:18] </w:t>
      </w:r>
      <w:r>
        <w:t>is suratehal ne pichli masawaaton, yani equations, ko yakasar badal diya.</w:t>
      </w:r>
    </w:p>
    <w:p>
      <w:pPr>
        <w:jc w:val="right"/>
      </w:pPr>
      <w:r>
        <w:t>اس صورتحال نے پچھلی مساواتوں، یعنی ایکویشنز، کو یکسر بدل دیا۔</w:t>
      </w:r>
    </w:p>
    <w:p>
      <w:r>
        <w:rPr>
          <w:b/>
        </w:rPr>
        <w:t xml:space="preserve">[15:27] </w:t>
      </w:r>
      <w:r>
        <w:t>is suratehal ne pichli masawaaton, yani equations, ko yakasar badal diya. ab dunya mein nai thnait, yani dichotomy, wajood mein aai.</w:t>
      </w:r>
    </w:p>
    <w:p>
      <w:pPr>
        <w:jc w:val="right"/>
      </w:pPr>
      <w:r>
        <w:t>اس صورتحال نے پچھلی مساواتوں، یعنی ایکویشنز، کو یکسر بدل دیا۔ اب دنیا میں نئی ثنائیت، یعنی ڈائیکاٹمی، وجود میں آئی۔</w:t>
      </w:r>
    </w:p>
    <w:p>
      <w:r>
        <w:rPr>
          <w:b/>
        </w:rPr>
        <w:t xml:space="preserve">[15:38] </w:t>
      </w:r>
      <w:r>
        <w:t>tamam insani mafadat do tarafah buniyad par qaim ho gaye: teacher ka mafad student se aur student ka mafad teacher se</w:t>
      </w:r>
    </w:p>
    <w:p>
      <w:pPr>
        <w:jc w:val="right"/>
      </w:pPr>
      <w:r>
        <w:t>تمام انسانی مفادات دو طرفہ بنیاد پر قائم ہو گئے: ٹیچر کا مفاد سٹوڈنٹ سے اور سٹوڈنٹ کا مفاد ٹیچر سے</w:t>
      </w:r>
    </w:p>
    <w:p>
      <w:r>
        <w:rPr>
          <w:b/>
        </w:rPr>
        <w:t xml:space="preserve">[15:47] </w:t>
      </w:r>
      <w:r>
        <w:t>, business businessman ka mafad customer se aur customers ka mafad businessman se, political leaderon ka mafad voters se aur voters ka mafad political leaders se waghera.</w:t>
      </w:r>
    </w:p>
    <w:p>
      <w:pPr>
        <w:jc w:val="right"/>
      </w:pPr>
      <w:r>
        <w:t>، بزنس بزنس مین کا مفاد کسٹمر سے اور کسٹمرز کا مفاد بزنس مین سے، پولیٹیکل لیڈروں کا مفاد ووٹرز سے اور ووٹرز کا مفاد پولیٹیکل لیڈرز سے وغیرہ۔</w:t>
      </w:r>
    </w:p>
    <w:p>
      <w:r>
        <w:rPr>
          <w:b/>
        </w:rPr>
        <w:t xml:space="preserve">[16:04] </w:t>
      </w:r>
      <w:r>
        <w:t>is tarah dunya mein pehli bar woh daur amomi taur par raij hua jis ko hadith mein taeed ka daur, yani age of mutual supporter, kaha gaya hai.</w:t>
      </w:r>
    </w:p>
    <w:p>
      <w:pPr>
        <w:jc w:val="right"/>
      </w:pPr>
      <w:r>
        <w:t>اس طرح دنیا میں پہلی بار وہ دور عمومی طور پر رائج ہوا جس کو حدیث میں تائید کا دور، یعنی ایج آف میوچول سپورٹر، کہا گیا ہے۔</w:t>
      </w:r>
    </w:p>
    <w:p>
      <w:r>
        <w:rPr>
          <w:b/>
        </w:rPr>
        <w:t xml:space="preserve">[16:16] </w:t>
      </w:r>
      <w:r>
        <w:t>is naye daur ki prediction quran mein in alfaz mein ki gayi hai: wala tastawee al hasanatu ala al sayyi'a adfa' billati hi ahsan fa-idha alladhi bainaka wa bainahu adawatun ka annahu waliyun hameed surah number 41 ayat 34 yani bhalai aur burai dono barabar nahin.</w:t>
      </w:r>
    </w:p>
    <w:p>
      <w:pPr>
        <w:jc w:val="right"/>
      </w:pPr>
      <w:r>
        <w:t>اس نئے دور کی پیشن گوئی قرآن میں ان الفاظ میں کی گئی ہے: ولا تستوی الحسنۃ علی السیعہ ادفع بالتی یا احسن فاذا الذی بینک وبینہ عداوت کانہ ولی حمید سورہ نمبر 41 آیت 34 یعنی بھلائی اور برائی دونوں برابر نہیں۔</w:t>
      </w:r>
    </w:p>
    <w:p>
      <w:r>
        <w:rPr>
          <w:b/>
        </w:rPr>
        <w:t xml:space="preserve">[16:41] </w:t>
      </w:r>
      <w:r>
        <w:t>tum jawab mein woh kaho jo is se behtar ho.</w:t>
      </w:r>
    </w:p>
    <w:p>
      <w:pPr>
        <w:jc w:val="right"/>
      </w:pPr>
      <w:r>
        <w:t>تم جواب میں وہ کہو جو اس سے بہتر ہو۔</w:t>
      </w:r>
    </w:p>
    <w:p>
      <w:r>
        <w:rPr>
          <w:b/>
        </w:rPr>
        <w:t xml:space="preserve">[16:44] </w:t>
      </w:r>
      <w:r>
        <w:t>phir tum dekho ge ke tum mein aur jis mein dushmani thi, woh aisa ho gaya jaise koi dost qareeb wala. yeh tareekh mein khodai management, yani divine management, ka muamla tha.</w:t>
      </w:r>
    </w:p>
    <w:p>
      <w:pPr>
        <w:jc w:val="right"/>
      </w:pPr>
      <w:r>
        <w:t>پھر تم دیکھو گے کہ تم میں اور جس میں دشمنی تھی، وہ ایسا ہو گیا جیسے کوئی دوست قرابت والا۔ یہ تاریخ میں خدائی مینجمنٹ، یعنی ڈیوائن مینجمنٹ، کا معاملہ تھا۔</w:t>
      </w:r>
    </w:p>
    <w:p>
      <w:r>
        <w:rPr>
          <w:b/>
        </w:rPr>
        <w:t xml:space="preserve">[16:59] </w:t>
      </w:r>
      <w:r>
        <w:t>qadeem zamanay mein insani zindagi dost aur dushmani ki thnait, yani dichotomy, par qaim thi.</w:t>
      </w:r>
    </w:p>
    <w:p>
      <w:pPr>
        <w:jc w:val="right"/>
      </w:pPr>
      <w:r>
        <w:t>قدیم زمانے میں انسانی زندگی دوست اور دشمنی کی ثنائیت، یعنی ڈائیکاٹمی، پر قائم تھی۔</w:t>
      </w:r>
    </w:p>
    <w:p>
      <w:r>
        <w:rPr>
          <w:b/>
        </w:rPr>
        <w:t xml:space="preserve">[17:06] </w:t>
      </w:r>
      <w:r>
        <w:t>tareekh mein is naye inqalab ke baad insani zindagi mein aik aur dichotomy qaim hui jis mein dushmani ka tasawwur hadaf ho chuka tha.</w:t>
      </w:r>
    </w:p>
    <w:p>
      <w:pPr>
        <w:jc w:val="right"/>
      </w:pPr>
      <w:r>
        <w:t>تاریخ میں اس نئے انقلاب کے بعد انسانی زندگی میں ایک اور ڈائیکاٹمی قائم ہوئی جس میں دشمنی کا تصور حذف ہو چکا تھا۔</w:t>
      </w:r>
    </w:p>
    <w:p>
      <w:r>
        <w:rPr>
          <w:b/>
        </w:rPr>
        <w:t xml:space="preserve">[17:16] </w:t>
      </w:r>
      <w:r>
        <w:t>sirf do fareeq baqi thay aur woh thay dost aur mu'eed, yani supporter. quran mein rasool aur ashab rasool ko yeh hukum diya gaya tha: wa qatiluhum hatta la takuna fitnatun wa yakuna al deenu kulluhu li Allah</w:t>
      </w:r>
    </w:p>
    <w:p>
      <w:pPr>
        <w:jc w:val="right"/>
      </w:pPr>
      <w:r>
        <w:t>صرف دو فریق باقی تھے اور وہ تھے دوست اور معید، یعنی سپورٹر۔ قرآن میں رسول اور اصحاب رسول کو یہ حکم دیا گیا تھا: وقاتلوہم حتیٰ لا تکون فتنۃ ویکون الدین کل للہ</w:t>
      </w:r>
    </w:p>
    <w:p>
      <w:r>
        <w:rPr>
          <w:b/>
        </w:rPr>
        <w:t xml:space="preserve">[17:34] </w:t>
      </w:r>
      <w:r>
        <w:t>surah number aath ayat 39 yani un se lado yahan tak ke fitna baqi na rahe aur deen sab Allah ke liye ho jaye. is ayat ka matlab yeh nahin tha ke sari dunya mein hukoomat ilahia qaim ho jaye</w:t>
      </w:r>
    </w:p>
    <w:p>
      <w:pPr>
        <w:jc w:val="right"/>
      </w:pPr>
      <w:r>
        <w:t>سورہ نمبر آٹھ آیت 39 یعنی ان سے لڑو یہاں تک کہ فتنہ باقی نہ رہے اور دین سب اللہ کے لیے ہو جائے۔ اس آیت کا مطلب یہ نہیں تھا کہ ساری دنیا میں حکومت الہیہ قائم ہو جائے</w:t>
      </w:r>
    </w:p>
    <w:p>
      <w:r>
        <w:rPr>
          <w:b/>
        </w:rPr>
        <w:t xml:space="preserve">[17:48] </w:t>
      </w:r>
      <w:r>
        <w:t>balke is ka matlab yeh tha ke insani zindagi mein mukhasmanah ta'alluqat, yani relationship based on rivalry ke bajaye mu'eedanah ta'alluqat, yani relationship based on supporter par qaim ho jaye.</w:t>
      </w:r>
    </w:p>
    <w:p>
      <w:pPr>
        <w:jc w:val="right"/>
      </w:pPr>
      <w:r>
        <w:t>بلکہ اس کا مطلب یہ تھا کہ انسانی زندگی میں مخاصمانہ تعلقات، یعنی ریلیشن شپ بیسڈ ان رائیولری کے بجائے معیدانہ تعلقات، یعنی ریلیشن شپ بیسڈ ان سپورٹر پر قائم ہو جائے۔</w:t>
      </w:r>
    </w:p>
    <w:p>
      <w:r>
        <w:rPr>
          <w:b/>
        </w:rPr>
        <w:t xml:space="preserve">[18:07] </w:t>
      </w:r>
      <w:r>
        <w:t>dunya se mazhabi istibdad khatam ho jaye. aaj dunya aik global village ban chuki hai.</w:t>
      </w:r>
    </w:p>
    <w:p>
      <w:pPr>
        <w:jc w:val="right"/>
      </w:pPr>
      <w:r>
        <w:t>دنیا سے مذہبی استبداد ختم ہو جائے۔ آج دنیا ایک گلوبل ولیج بن چکی ہے۔</w:t>
      </w:r>
    </w:p>
    <w:p>
      <w:r>
        <w:rPr>
          <w:b/>
        </w:rPr>
        <w:t xml:space="preserve">[18:15] </w:t>
      </w:r>
      <w:r>
        <w:t>tez raftaar communication ne tamam rukawaten door kar di hain. aik mulk ke doosre mulk se mafadat wabasta ho gaye hain. kisi mulk mein koi cheez dastyab hai, kisi mulk mein koi doosri cheez dastyab hai.</w:t>
      </w:r>
    </w:p>
    <w:p>
      <w:pPr>
        <w:jc w:val="right"/>
      </w:pPr>
      <w:r>
        <w:t>تیز رفتار کمیونیکیشن نے تمام رکاوٹیں دور کر دی ہیں۔ ایک ملک کے دوسرے ملک سے مفادات وابستہ ہو گئے ہیں۔ کسی ملک میں کوئی چیز دستیاب ہے، کسی ملک میں کوئی دوسری چیز دستیاب ہے۔</w:t>
      </w:r>
    </w:p>
    <w:p>
      <w:r>
        <w:rPr>
          <w:b/>
        </w:rPr>
        <w:t xml:space="preserve">[18:29] </w:t>
      </w:r>
      <w:r>
        <w:t>is tarah aapsi len den bohat ziyada barh gaya hai. import export bohat baray paimane par ho raha hai. aisa pehle kabhi tareekh mein nahin tha.</w:t>
      </w:r>
    </w:p>
    <w:p>
      <w:pPr>
        <w:jc w:val="right"/>
      </w:pPr>
      <w:r>
        <w:t>اس طرح آپسی لین دین بہت زیادہ بڑھ گیا ہے۔ امپورٹ ایکسپورٹ بہت بڑے پیمانے پر ہو رہا ہے۔ ایسا پہلے کبھی تاریخ میں نہیں تھا۔</w:t>
      </w:r>
    </w:p>
    <w:p>
      <w:r>
        <w:rPr>
          <w:b/>
        </w:rPr>
        <w:t xml:space="preserve">[18:41] </w:t>
      </w:r>
      <w:r>
        <w:t>is naye scenario, is naye scenario mein tamam rivalries khatam ho chuki hain. ab sirf dost aur dost ka equation hai.</w:t>
      </w:r>
    </w:p>
    <w:p>
      <w:pPr>
        <w:jc w:val="right"/>
      </w:pPr>
      <w:r>
        <w:t>اس نئے سیناریو، اس نئے سیناریو میں تمام رائیولریز ختم ہو چکی ہیں۔ اب صرف دوست اور دوست کا ایکویشن ہے۔</w:t>
      </w:r>
    </w:p>
    <w:p>
      <w:r>
        <w:rPr>
          <w:b/>
        </w:rPr>
        <w:t xml:space="preserve">[18:54] </w:t>
      </w:r>
      <w:r>
        <w:t>dost aur dushman ka equation khatam ho chuka hai. is global village ki aik alamat maujooda zamanay mein hawai safar, yani air travel hai.</w:t>
      </w:r>
    </w:p>
    <w:p>
      <w:pPr>
        <w:jc w:val="right"/>
      </w:pPr>
      <w:r>
        <w:t>دوست اور دشمن کا ایکویشن ختم ہو چکا ہے۔ اس گلوبل ولیج کی ایک علامت موجودہ زمانے میں ہوائی سفر، یعنی ایئر ٹریول ہے۔</w:t>
      </w:r>
    </w:p>
    <w:p>
      <w:r>
        <w:rPr>
          <w:b/>
        </w:rPr>
        <w:t xml:space="preserve">[19:05] </w:t>
      </w:r>
      <w:r>
        <w:t>qadeem bahri aur bari safar ke bar aks hawai jahaz tamam mulkon ke oopar parwaz karta hai, khwah woh apna mulk ho ya ghair ka mulk ho.</w:t>
      </w:r>
    </w:p>
    <w:p>
      <w:pPr>
        <w:jc w:val="right"/>
      </w:pPr>
      <w:r>
        <w:t>قدیم بحری اور بری سفر کے برعکس ہوائی جہاز تمام ملکوں کے اوپر پرواز کرتا ہے، خواہ وہ اپنا ملک ہو یا غیر کا ملک ہو۔</w:t>
      </w:r>
    </w:p>
    <w:p>
      <w:r>
        <w:rPr>
          <w:b/>
        </w:rPr>
        <w:t xml:space="preserve">[19:15] </w:t>
      </w:r>
      <w:r>
        <w:t>is ke nateejay mein insanon ki banai hui tamam sarhaden apne aap toot gayeen. ab amalan har insan tamam dunya ka shehri hai jab ke qadeem zamanay mein koi insan sirf apne mulk ka shehri hota tha.</w:t>
      </w:r>
    </w:p>
    <w:p>
      <w:pPr>
        <w:jc w:val="right"/>
      </w:pPr>
      <w:r>
        <w:t>اس کے نتیجے میں انسانوں کی بنائی ہوئی تمام سرحدیں اپنے آپ ٹوٹ گئیں۔ اب عملاً ہر انسان تمام دنیا کا شہری ہے جبکہ قدیم زمانے میں کوئی انسان صرف اپنے ملک کا شہری ہوتا تھا۔</w:t>
      </w:r>
    </w:p>
    <w:p>
      <w:r>
        <w:rPr>
          <w:b/>
        </w:rPr>
        <w:t xml:space="preserve">[19:30] </w:t>
      </w:r>
      <w:r>
        <w:t>education, job, siyahat, tijarat waghera ke liye log bari tadad mein aik mulk se aik mulk se doosre mulk jatay hain.</w:t>
      </w:r>
    </w:p>
    <w:p>
      <w:pPr>
        <w:jc w:val="right"/>
      </w:pPr>
      <w:r>
        <w:t>ایجوکیشن، جاب، سیاحت، تجارت وغیرہ کے لیے لوگ بڑی تعداد میں ایک ملک سے ایک ملک سے دوسرے ملک جاتے ہیں۔</w:t>
      </w:r>
    </w:p>
    <w:p>
      <w:r>
        <w:rPr>
          <w:b/>
        </w:rPr>
        <w:t xml:space="preserve">[19:40] </w:t>
      </w:r>
      <w:r>
        <w:t>in mulkon mein un ko har tarah ki azadi mili hui hai yahan tak ke woh apne mazhab se logon ko agah karen. is ki bhi azadi hai.</w:t>
      </w:r>
    </w:p>
    <w:p>
      <w:pPr>
        <w:jc w:val="right"/>
      </w:pPr>
      <w:r>
        <w:t>ان ممالک میں ان کو ہر طرح کی آزادی ملی ہوئی ہے یہاں تک کہ وہ اپنے مذہب سے لوگوں کو آگاہ کریں۔ اس کی بھی آزادی ہے۔</w:t>
      </w:r>
    </w:p>
    <w:p>
      <w:r>
        <w:rPr>
          <w:b/>
        </w:rPr>
        <w:t xml:space="preserve">[19:49] </w:t>
      </w:r>
      <w:r>
        <w:t>is nazar se hum dekhen to hamein mehsoos hoga ke aaj sari dunya hamari dunya hai. woh sari had bandiyan toot chuki hain jo qadeem daur ka khasa theen.</w:t>
      </w:r>
    </w:p>
    <w:p>
      <w:pPr>
        <w:jc w:val="right"/>
      </w:pPr>
      <w:r>
        <w:t>اس نظر سے ہم دیکھیں تو ہمیں محسوس ہوگا کہ آج ساری دنیا ہماری دنیا ہے۔ وہ ساری حد بندیاں ٹوٹ چکی ہیں جو قدیم دور کا خاصہ تھیں۔</w:t>
      </w:r>
    </w:p>
    <w:p>
      <w:r>
        <w:rPr>
          <w:b/>
        </w:rPr>
        <w:t xml:space="preserve">[20:01] </w:t>
      </w:r>
      <w:r>
        <w:t>aap bahar ja kar taleem hasil karen, business karen, apne mazhab ki practice karen, apne mazhab ki tableegh karen. sirf law and order ke liye problem banne ki ijazat nahin.</w:t>
      </w:r>
    </w:p>
    <w:p>
      <w:pPr>
        <w:jc w:val="right"/>
      </w:pPr>
      <w:r>
        <w:t>آپ باہر جا کر تعلیم حاصل کریں، بزنس کریں، اپنے مذہب کی پریکٹس کریں، اپنے مذہب کی تبلیغ کریں۔ صرف لاء اینڈ آرڈر کے لیے پرابلم بننے کی اجازت نہیں۔</w:t>
      </w:r>
    </w:p>
    <w:p>
      <w:r>
        <w:rPr>
          <w:b/>
        </w:rPr>
        <w:t xml:space="preserve">[20:15] </w:t>
      </w:r>
      <w:r>
        <w:t>aap amanat yani peaceful reh kar har mulk mein woh kaam kar sakte hain jo aap apne mulk mein kar sakte hain.</w:t>
      </w:r>
    </w:p>
    <w:p>
      <w:pPr>
        <w:jc w:val="right"/>
      </w:pPr>
      <w:r>
        <w:t>آپ پرامن یعنی پیس فل رہ کر ہر ملک میں وہ کام کر سکتے ہیں جو آپ اپنے ملک میں کر سکتے ہیں۔</w:t>
      </w:r>
    </w:p>
    <w:p>
      <w:r>
        <w:rPr>
          <w:b/>
        </w:rPr>
        <w:t xml:space="preserve">[20:22] </w:t>
      </w:r>
      <w:r>
        <w:t>yeh naya daur jo tareekh mein khudaai intezaam yaani divine management ke tehat duniya mein aaya hai, woh ain deen khundawandi ke haq mein hai.</w:t>
      </w:r>
    </w:p>
    <w:p>
      <w:pPr>
        <w:jc w:val="right"/>
      </w:pPr>
      <w:r>
        <w:t>یہ نیا دور جو تاریخ میں خدائی انتظام یعنی ڈیوائن مینجمنٹ کے تحت دنیا میں آیا ہے، وہ عین دین خداوندی کے حق میں ہے۔</w:t>
      </w:r>
    </w:p>
    <w:p>
      <w:r>
        <w:rPr>
          <w:b/>
        </w:rPr>
        <w:t xml:space="preserve">[20:33] </w:t>
      </w:r>
      <w:r>
        <w:t>ab waqt aa gaya hai ke ummat-e-muslima is haqeeqat ko samjhe. woh har qism ki manfi karrawaiyon ko mukammal taur par chhod de kyunke ummat-e-muslima ki manfi karrawaiyan mahroomi yaani deprivation ke usool par qaim thi.</w:t>
      </w:r>
    </w:p>
    <w:p>
      <w:pPr>
        <w:jc w:val="right"/>
      </w:pPr>
      <w:r>
        <w:t>اب وقت آگیا ہے کہ امت مسلمہ اس حقیقت کو سمجھے۔ وہ ہر قسم کی منفی کارروائیوں کو مکمل طور پر چھوڑ دے کیونکہ امت مسلمہ کی منفی کارروائیاں محرومی یعنی ڈیپرویشن کے اصول پر قائم تھیں۔</w:t>
      </w:r>
    </w:p>
    <w:p>
      <w:r>
        <w:rPr>
          <w:b/>
        </w:rPr>
        <w:t xml:space="preserve">[20:50] </w:t>
      </w:r>
      <w:r>
        <w:t>ab ummat-e-muslima ko apni mansooba bandi ko mukammal taur par yaft yaani gain ke usool par qaim karna hai. ab ummat-e-muslima ke liye mayoosi ka daur khatm ho gaya hai.</w:t>
      </w:r>
    </w:p>
    <w:p>
      <w:pPr>
        <w:jc w:val="right"/>
      </w:pPr>
      <w:r>
        <w:t>اب امت مسلمہ کو اپنی منصوبہ بندی کو مکمل طور پر یافت یعنی گین کے اصول پر قائم کرنا ہے۔ اب امت مسلمہ کے لیے مایوسی کا دور ختم ہوگیا ہے۔</w:t>
      </w:r>
    </w:p>
    <w:p>
      <w:r>
        <w:rPr>
          <w:b/>
        </w:rPr>
        <w:t xml:space="preserve">[21:02] </w:t>
      </w:r>
      <w:r>
        <w:t>ab ummat-e-muslima ko kamil umeed ki buniyad par apne amal ki mansooba bandi karna hai. yeh mansooba bandi tamam tar dawat ke usool par qaim honi chahiye jiska buniyadi nishana ho Quran ki عالمی ishaat</w:t>
      </w:r>
    </w:p>
    <w:p>
      <w:pPr>
        <w:jc w:val="right"/>
      </w:pPr>
      <w:r>
        <w:t>اب امت مسلمہ کو کامل امید کی بنیاد پر اپنے عمل کی منصوبہ بندی کرنا ہے۔ یہ منصوبہ بندی تمام تر دعوت کے اصول پر قائم ہونی چاہیے جس کا بنیادی نشانہ ہو قرآن کی عالمی اشاعت</w:t>
      </w:r>
    </w:p>
    <w:p>
      <w:r>
        <w:rPr>
          <w:b/>
        </w:rPr>
        <w:t xml:space="preserve">[21:19] </w:t>
      </w:r>
      <w:r>
        <w:t>. al-risala janwari 2017 Maulana Wahiduddin Khan safha number 32.</w:t>
      </w:r>
    </w:p>
    <w:p>
      <w:pPr>
        <w:jc w:val="right"/>
      </w:pPr>
      <w:r>
        <w:t>۔ الرسالہ جنوری 2017 مولانا وحید الدین خان صفحہ نمبر 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