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Social Ethics CPS Women Article Discussion 22 September 3, 2023</w:t>
      </w:r>
    </w:p>
    <w:p>
      <w:r>
        <w:t>https://www.youtube.com/watch?v=oG-xF3bhieg</w:t>
      </w:r>
    </w:p>
    <w:p>
      <w:r>
        <w:rPr>
          <w:b/>
        </w:rPr>
        <w:t xml:space="preserve">[00:14] </w:t>
      </w:r>
      <w:r>
        <w:t>I welcome you all to the Zoom team. 09/03/2023. And the topic that was given, which that was shared on the WhatsApp is was show social ethics. I hope every of the ladies who have joined in here must have gone through the topics.</w:t>
      </w:r>
    </w:p>
    <w:p>
      <w:pPr>
        <w:jc w:val="right"/>
      </w:pPr>
      <w:r>
        <w:t>I welcome you all to the Zoom team. 09/03/2023. And the topic that was given, which that was shared on the WhatsApp is was show social ethics. I hope every of the ladies who have joined in here must have gone through the topics.</w:t>
      </w:r>
    </w:p>
    <w:p>
      <w:r>
        <w:rPr>
          <w:b/>
        </w:rPr>
        <w:t xml:space="preserve">[00:36] </w:t>
      </w:r>
      <w:r>
        <w:t>They must have made their learning, and we would encourage the ladies to share their learning in short and precise and very meaningful manner. So before we start, I would like to say that today, this is going to be a little bit short session. Like, we will finish it up on thirty to forty minutes, making this, contracting this, not taking into one hour session.</w:t>
      </w:r>
    </w:p>
    <w:p>
      <w:pPr>
        <w:jc w:val="right"/>
      </w:pPr>
      <w:r>
        <w:t>They must have made their learning, and we would encourage the ladies to share their learning in short and precise and very meaningful manner. So before we start, I would like to say that today, this is going to be a little bit short session. Like, we will finish it up on thirty to forty minutes, making this, contracting this, not taking into one hour session.</w:t>
      </w:r>
    </w:p>
    <w:p>
      <w:r>
        <w:rPr>
          <w:b/>
        </w:rPr>
        <w:t xml:space="preserve">[01:05] </w:t>
      </w:r>
      <w:r>
        <w:t>But in the me in this time, we will be focusing on the topic and making very relevant learning. I hope everyone of us have got this. Now, Inshallah, we're starting this. Fahmeeda Apa please start the session. Assalamu Alaikum. Walikum Assalam.</w:t>
      </w:r>
    </w:p>
    <w:p>
      <w:pPr>
        <w:jc w:val="right"/>
      </w:pPr>
      <w:r>
        <w:t>But in the me in this time, we will be focusing on the topic and making very relevant learning. I hope everyone of us have got this. Now, इंशालाह, we're starting this. फ़मीदापा please start the session. असुलामालिकुम. वालिक इस्लामापाल.</w:t>
      </w:r>
    </w:p>
    <w:p>
      <w:r>
        <w:rPr>
          <w:b/>
        </w:rPr>
        <w:t xml:space="preserve">[01:32] </w:t>
      </w:r>
      <w:r>
        <w:t>yeh istemali ikhlaaqiyat kaafi bada topic hai aur Islam mein iski behad importance hai. kyunke yeh khudaai ikhlaaq hai ke har insaan ek doosre ke baghair kisi bhedbhav ke, baghair kisi oonch neech ke aapas mein ekjut hokar rahein. jis tarah kainat mein Allah ne hamein example diya hai. yeh koi kisi ki kaat mein nahi hai.</w:t>
      </w:r>
    </w:p>
    <w:p>
      <w:pPr>
        <w:jc w:val="right"/>
      </w:pPr>
      <w:r>
        <w:t>यह इस्तेमाली इखलाखिया काफ़ी बड़ा topic है और इस्लाम में इसकी बेहद importance है. क्योंकि यह खुदाई इखलाख है कि हर इंसान एक दूसरे के बगैर किसी भेदभाव के, बगैर किसी ऊंच नीच के आपस में एकजुट होकर रहें. जिस तरह कायनाथ में अल्लाह ने हमें example दिया है. यह कोई किसी की काट में नहीं है.</w:t>
      </w:r>
    </w:p>
    <w:p>
      <w:r>
        <w:rPr>
          <w:b/>
        </w:rPr>
        <w:t xml:space="preserve">[02:00] </w:t>
      </w:r>
      <w:r>
        <w:t>har ek buri tarah apna hissa ada karne mein laga hua hai. Islam ke mutabiq, Islam ke mutabiq tamam insaan ek Khuda ke paida kiye hue hain. isliye tamam insaan ek biradari hai aur aapas mein bhai bhai hain. insaan aur insaan ki darmiyan farq karna Khuda ke pasand ke mutabiq nahi hai. isliye har ek ko chahiye ke woh doosre insaan ke kaam aa sake.</w:t>
      </w:r>
    </w:p>
    <w:p>
      <w:pPr>
        <w:jc w:val="right"/>
      </w:pPr>
      <w:r>
        <w:t>हर एक बुरी तरह अपना हिस्सा अदा करने में लगा हुआ है. इस्लाम के मुताबिक, इस्लाम के मुताबिक तमाम इंसान एक ख़ुदा के पैदा किए हुए हैं. इसलिए तमाम इंसान एक बिरादरी है और आपस में भाई भाई हैं. इंसान और इंसान की दरमियांत फ़र्क़ करना ख़ुदा के पसंद के मुताबिक नहीं है. इसलिए हर एक को चाहिए कि वह दूसरे इंसान के काम आ सके.</w:t>
      </w:r>
    </w:p>
    <w:p>
      <w:r>
        <w:rPr>
          <w:b/>
        </w:rPr>
        <w:t xml:space="preserve">[02:30] </w:t>
      </w:r>
      <w:r>
        <w:t>har ek insaan doosre insaan ke liye apne dil mein mohabbat ka zaba uska insaas karein. ismein jo sabse awsar cheezein woh yeh hai ke insaanon ko uske matlab jo mohabbat ka kai jo main apna matlab insaanon se insaanon ki jo mohabbat hai usmein jo sabse awsar cheez hai woh ke ek insaan hai ek creator se jodne ki koshish karna.</w:t>
      </w:r>
    </w:p>
    <w:p>
      <w:pPr>
        <w:jc w:val="right"/>
      </w:pPr>
      <w:r>
        <w:t>हर एक इंसान दूसरे इंसान के लिए अपने दिल में मोहब्बत का ज़बा उसका इंसास करें. इसमें जो सबसे अवसर चीज़ें वह यह है कि इंसानों को उसके मतलब जो मोहब्बत का कई जो मैं अपना मतलब इंसानों से इंसानों की जो मोहब्बत है उसमें जो सबसे अवसर चीज़ है वह कि एक इंसान है एक creator से जोड़ने की कोशिश करना.</w:t>
      </w:r>
    </w:p>
    <w:p>
      <w:r>
        <w:rPr>
          <w:b/>
        </w:rPr>
        <w:t xml:space="preserve">[02:58] </w:t>
      </w:r>
      <w:r>
        <w:t>insaanon ki soch ko sahi soch mein laane ki koshish karna. uske saath Khuda ke liye insaanon se mohabbat unki zarooriyat ko samajhna. logon ke saath usne sulook, khairkhwahi, aala-e-filhaal yeh saara kuch Khuda ke liye karna hai. toh imaan yeh hai ke insaan ke aadaab aur akhlaaq sab kuch Khuda ke rang mein rang jayein.</w:t>
      </w:r>
    </w:p>
    <w:p>
      <w:pPr>
        <w:jc w:val="right"/>
      </w:pPr>
      <w:r>
        <w:t>इंसानों की सोच को सही सोच में लाने की कोशिश करना. उसके साथ खुदा के लिए इंसानों से मोहब्बत उनकी ज़रूरियात को समझना. लोगों के साथ उसने सुलूक, ख़ैरख़ाही, आला ए फ़िलहाल यह सारा कुछ ख़ुदा के लिए करना है. तो ईमान यह है कि इंसान के आदाब और अख़लाह सब कुछ खुदा के रंग में रंग जाएं.</w:t>
      </w:r>
    </w:p>
    <w:p>
      <w:r>
        <w:rPr>
          <w:b/>
        </w:rPr>
        <w:t xml:space="preserve">[03:23] </w:t>
      </w:r>
      <w:r>
        <w:t>yahan tak ke insaan ka chalna, bolna, logon ke saath maamla karna, sab kuch Khuda ke darr aur mohabbat ke saath hota hai. aaj hum dekhte hain ke har insaan ke andar ek badai ka jazba hota hai. har insaan ek badai mein jeeta rehta hai, akkad mein jeeta hai, ego mein rehta hai aur hum ise andaze laga sakte hain ke hum ke saath udasi door hai. iska hamein khud andaza nahi.</w:t>
      </w:r>
    </w:p>
    <w:p>
      <w:pPr>
        <w:jc w:val="right"/>
      </w:pPr>
      <w:r>
        <w:t>यहां तक कि इंसान का चलना, बोलना, लोगों के साथ मामला करना, सब कुछ खुदा के डर और मोहब्बत के साथ होता है. आज हम देखते हैं कि हर इंसान के अंदर एक बड़ाई का जस्बा होता है. हर इंसान एक बड़ाई में जीता रहता है, अकड़ में जीता है, ego में रहता है और हम इसे अंदाज़े लगा सकते हैं कि हम के साथ उदास ही दूर है. इसका हमें ख़ुद अंदाज़ा नहीं.</w:t>
      </w:r>
    </w:p>
    <w:p>
      <w:r>
        <w:rPr>
          <w:b/>
        </w:rPr>
        <w:t xml:space="preserve">[03:53] </w:t>
      </w:r>
      <w:r>
        <w:t>hum jaise milawati cheezon ke ko khate hain, milawati cheezon ke saath rehte hain. usi tarah hum andar se bhi ek pure insaan nahi hain, milawati insaan ban gaye hain. toh hum isko kuch iske saath samajhna samajhte hain.</w:t>
      </w:r>
    </w:p>
    <w:p>
      <w:pPr>
        <w:jc w:val="right"/>
      </w:pPr>
      <w:r>
        <w:t>हम जैसे मिलाऊटी चीज़ों के को खाते हैं, मिलाऊटी चीज़ों के साथ रहते हैं. उसी तरह हम अंदर से भी एक pure इंसान नहीं है, मिलाऊंटी इंसान वन गए हैं. तो हम इसको कुछ इसके साथ समझना समझते हैं.</w:t>
      </w:r>
    </w:p>
    <w:p>
      <w:r>
        <w:rPr>
          <w:b/>
        </w:rPr>
        <w:t xml:space="preserve">[04:10] </w:t>
      </w:r>
      <w:r>
        <w:t>haan haan ji jaise ke ek matlab jo sachai hai usko uski tehqeer karna, uski toheen karna, disrespect karna, kibar hai. badai mein jeena hai yeh apne aap mein.</w:t>
      </w:r>
    </w:p>
    <w:p>
      <w:pPr>
        <w:jc w:val="right"/>
      </w:pPr>
      <w:r>
        <w:t>हां हां जी जैसे कि एक मतलब जो सच्चाई है उसको उसकी तहक़ीर करना, उसकी तोहीन करना, disrespect करना, क़ीब्र है. बड़ाई में जीना है यह अपने आप में.</w:t>
      </w:r>
    </w:p>
    <w:p>
      <w:r>
        <w:rPr>
          <w:b/>
        </w:rPr>
        <w:t xml:space="preserve">[04:27] </w:t>
      </w:r>
      <w:r>
        <w:t>toh woh ek hadees hai ke Sabit bin Qais bin Shamaat Razi Allahu Anhu kehte hain is mauqe par ek shakhs ne kaha Khuda ki Khuda ki Rasool main apne kapde dhota hoon toh mujhe uski safedi pasand aati hai. mujhe apne joote ka tasma pasand aata hai.</w:t>
      </w:r>
    </w:p>
    <w:p>
      <w:pPr>
        <w:jc w:val="right"/>
      </w:pPr>
      <w:r>
        <w:t>तो वह एक हदीश है कि साबिद बिन कैस बिन शमात रजिय अल्लाह ना कहते हैं इस मौक़े पर एक शख्स ने कहा ख़ुदा की ख़ुदा की रसूल मैं अपने कपड़े धोता हूं तो मुझे उसकी सफेदी पसंद आती है. मुझे अपने जूते का तसल्मा पसंद आता है.</w:t>
      </w:r>
    </w:p>
    <w:p>
      <w:r>
        <w:rPr>
          <w:b/>
        </w:rPr>
        <w:t xml:space="preserve">[04:56] </w:t>
      </w:r>
      <w:r>
        <w:t>mujhe apne kode ka ladkaan achha maloom hota hai. aapne farq aaya yeh kebar nahi hai. kebar toh yeh hai ke tum haq ki na qadar hi karo. logon ko haqeer jaano.</w:t>
      </w:r>
    </w:p>
    <w:p>
      <w:pPr>
        <w:jc w:val="right"/>
      </w:pPr>
      <w:r>
        <w:t>मुझे अपने कोड़े का लड़कान अच्छा मालूम होता है. आपने फ़र्क़ आया यह केब्र नहीं है. केब्र तो यह है कि तुम हक़ की ना कदर ही करो. लोगों को हक़ीर जानो.</w:t>
      </w:r>
    </w:p>
    <w:p>
      <w:r>
        <w:rPr>
          <w:b/>
        </w:rPr>
        <w:t xml:space="preserve">[05:09] </w:t>
      </w:r>
      <w:r>
        <w:t>matlab aadmi ek doosre itna zyada matlab hum sab ek doosre jaante hain ke mahaul mein rehte hue, samaaj mein rehte hue ya ek bhai bhi agar ek bade hote par aa gaya toh doosre bhai ko sochta hai uske paas kam paisa sab kuch toh paise se tola jaata hai na? toh woh usko haqeer samajhta hai. sab kuch ek ghar mein bhi ek doosre log haqeer samajhte hain.</w:t>
      </w:r>
    </w:p>
    <w:p>
      <w:pPr>
        <w:jc w:val="right"/>
      </w:pPr>
      <w:r>
        <w:t>मतलब आदमी एक दूसरे इतना ज़्यादा मतलब हम सब एक दूसरे जानते हैं कि माहौल में रहते हुए, समाज में रहते हुए या एक भाई भी अगर एक बड़े होते पर आ गया तो दूसरे भाई को सोचता है उसके पास कम पैसा सब कुछ तो पैसे से तौला जाता है ना? तो वह उसको हक़ीर समझता है. सब कुछ एक घर में भी एक दूसरे लोग हाक़ीर समझते हैं.</w:t>
      </w:r>
    </w:p>
    <w:p>
      <w:r>
        <w:rPr>
          <w:b/>
        </w:rPr>
        <w:t xml:space="preserve">[05:35] </w:t>
      </w:r>
      <w:r>
        <w:t>ekdam purity toh bilkul hai hi nahi har insaan ek Khuda khud chhodkar hi chal raha hai aur mamooli aadmi ko hum koi qabza nahi dete. jaise ke Rasool Allah Sallallahu Alaihi Wasallam ke mamooli aadmi ki baat par bhi poori qabza hoti thi ki ab kehte hain ki main apne watan se chalkar Nabiyullah ke paas aaya.</w:t>
      </w:r>
    </w:p>
    <w:p>
      <w:pPr>
        <w:jc w:val="right"/>
      </w:pPr>
      <w:r>
        <w:t>एकदम purity तो बिल्कुल है ही नहीं हर इंसान एक खुदा खुद छोड़कर ही चल रहा है और मामूली आदमी को हम कोई क़बज्ज़ा नहीं देते. जैसे कि रसोलिल्ला सलल्लाली वसल्ला के मामूली आदमी की बात पर भी पूरी क़बज्ज़ा होती थी कि अब कहते हैं कि मैं अपने वतन से चलकर नबिसल्लाह के पास आया.</w:t>
      </w:r>
    </w:p>
    <w:p>
      <w:r>
        <w:rPr>
          <w:b/>
        </w:rPr>
        <w:t xml:space="preserve">[06:04] </w:t>
      </w:r>
      <w:r>
        <w:t>main pahuncha toh aap khutba de rahe the. maine kaha aisa ki Rasool main ek musafir raat mein hoon. mujhe nahi maloom deen kya hai? main aapse deen ki babit poochne aaya hoon. meri taraf aaye aur khutba chhod diya. mere paas aakar aan baith gaye aur Allah ne jo kuch aapko bataya tha woh mujhko batana shuru kiya. mujhko batane ke baad wapas sue aur dobara apna khutba mukammil kiya.</w:t>
      </w:r>
    </w:p>
    <w:p>
      <w:pPr>
        <w:jc w:val="right"/>
      </w:pPr>
      <w:r>
        <w:t>मैं पहुंचा तो आप खुदबा दे रहे थे. मैंने कहा ऐसा कि रसोल मैं एक मुसाफी रात में हूं. मुझे नहीं मालूम दीन क्या है? मैं आपसे दीन की बाबित पूछने आया हूं. मेरी तरफ आए और ख़ुदबा छोड़ दिया. मेरे पास आकर आंब बैठ गए और अल्लाह ने जो कुछ आपको बताया था वह मुझको बताना शुरू किया. मुझको बताने के बाद वापस सुए और दोबारा अपना ख़ुदबा मुक्मिल किया.</w:t>
      </w:r>
    </w:p>
    <w:p>
      <w:r>
        <w:rPr>
          <w:b/>
        </w:rPr>
        <w:t xml:space="preserve">[06:32] </w:t>
      </w:r>
      <w:r>
        <w:t>hum abhi mujhe jaldi mujhe ek waqie se pata chala ki ek insaan koi aisi qareeb aaya aur log khana kha rahe the aur usmein kya ho gaya yeh? matlab aisi awaaz aayi ki kya yeh waah aa gaya? ne khutba chhod diya pehle usko usse baat kari phir khutba shuru kiya. toh hamein apne is level ko hamein dekhna chahiye.</w:t>
      </w:r>
    </w:p>
    <w:p>
      <w:pPr>
        <w:jc w:val="right"/>
      </w:pPr>
      <w:r>
        <w:t>हम अभी मुझे जल्दी मुझे एक वक़्तिसे पता चला कि एक इंसान कोई ऐसी क़रीब आया और लोग खाना खा रहे थे और उसमें क्या हो गया यह? मतलब ऐसी आवाज़ आई कि क्या यह वेवा आ गया? ने ख़ुदबा छोड़ दिया पहले उसको उससे बात करी फिर ख़ुदबा शुरू किया. तो हमें अपने इस level को हमें देखना चाहिए.</w:t>
      </w:r>
    </w:p>
    <w:p>
      <w:r>
        <w:rPr>
          <w:b/>
        </w:rPr>
        <w:t xml:space="preserve">[07:00] </w:t>
      </w:r>
      <w:r>
        <w:t>toh bahut bahut peeche ho gaye hain. aaj yeh ek waqya bhi mere saath aisa hua. ek lady hai woh unka kuch program tha kal khane peene ka. sab log baithkar sab log ke saath baithkar khana khayenge aur yeh hoga woh hoga. toh achanak se yeh program hone wala tha ki unke jinke yahan jaana tha unka accident ho gaya tha.</w:t>
      </w:r>
    </w:p>
    <w:p>
      <w:pPr>
        <w:jc w:val="right"/>
      </w:pPr>
      <w:r>
        <w:t>तो बहुत बहुत पीछे हो गए हैं. आज यह एक वाक़्या भी मेरे साथ ऐसा हुआ. एक लेजी है वह उनका कुछ program था कल खाने पीने का. सब लोग बैठकर सब लोग के साथ बैठकर खाना खाएंगे और यह होगा वह होगा. तो अचानक से यह program होने वाला था कि उनके जिनके यहां जाना था उनका accident हो गया था.</w:t>
      </w:r>
    </w:p>
    <w:p>
      <w:r>
        <w:rPr>
          <w:b/>
        </w:rPr>
        <w:t xml:space="preserve">[07:29] </w:t>
      </w:r>
      <w:r>
        <w:t>unke kaafi chot aa gayi. fracture bhi hua aur pata nahi kaise unke unse ulti ho rahi thi. toh woh unka damad tha jinke yahan unko jaana tha. toh unki zubaan se nikla ki Allah taala, Allah taala dekh nahi paaye us khushi ko ki woh hum sab baithkar ek saath khana khate hain.</w:t>
      </w:r>
    </w:p>
    <w:p>
      <w:pPr>
        <w:jc w:val="right"/>
      </w:pPr>
      <w:r>
        <w:t>उनके काफ़ी चोट आ गई. Fracture भी हुआ और पता नहीं कैसे उनके उनसे उल्टी हो रही थी. तो वह उनका दामात था जिनके यहां उनको जाना था. तो उनकी जवान से निकला कि अल्लाह तालाह, अल्लाह तालाह देख नहीं पाए उस ख़ुशी को कि वह हम सब बैठकर एक साथ खाना खाते हैं.</w:t>
      </w:r>
    </w:p>
    <w:p>
      <w:r>
        <w:rPr>
          <w:b/>
        </w:rPr>
        <w:t xml:space="preserve">[07:59] </w:t>
      </w:r>
      <w:r>
        <w:t>to yahan par ek hadith mein padhna chahungi.</w:t>
      </w:r>
    </w:p>
    <w:p>
      <w:pPr>
        <w:jc w:val="right"/>
      </w:pPr>
      <w:r>
        <w:t>तो यहां पर एक हदीश में पढ़ना चाहूंगी.</w:t>
      </w:r>
    </w:p>
    <w:p>
      <w:r>
        <w:rPr>
          <w:b/>
        </w:rPr>
        <w:t xml:space="preserve">[08:09] </w:t>
      </w:r>
      <w:r>
        <w:t>ek hadith Ahmad aur Ibnil Mubarak ne Ameet bin Nayem se nakal kiya hai.</w:t>
      </w:r>
    </w:p>
    <w:p>
      <w:pPr>
        <w:jc w:val="right"/>
      </w:pPr>
      <w:r>
        <w:t>एक हदीश अहमद और इब्निल मुबारक ने अमीत बिन नायम से नकल किया है.</w:t>
      </w:r>
    </w:p>
    <w:p>
      <w:r>
        <w:rPr>
          <w:b/>
        </w:rPr>
        <w:t xml:space="preserve">[08:19] </w:t>
      </w:r>
      <w:r>
        <w:t>woh kehte hain ke Umar bin Khatta aur Usman bin Faan Raziullah ne khane ki ek dawat mein</w:t>
      </w:r>
    </w:p>
    <w:p>
      <w:pPr>
        <w:jc w:val="right"/>
      </w:pPr>
      <w:r>
        <w:t>वह कहते हैं कि उमर बिन खत्ता और उस्मान बिन फ़ान रजियल्लाह ने खाने की एक दावत में</w:t>
      </w:r>
    </w:p>
    <w:p>
      <w:r>
        <w:rPr>
          <w:b/>
        </w:rPr>
        <w:t xml:space="preserve">[08:29] </w:t>
      </w:r>
      <w:r>
        <w:t>bulaya gaya jisko unhone qabool kar liya.</w:t>
      </w:r>
    </w:p>
    <w:p>
      <w:pPr>
        <w:jc w:val="right"/>
      </w:pPr>
      <w:r>
        <w:t>बुलाया गया जिसको उन्होंने कोहल कर लिया.</w:t>
      </w:r>
    </w:p>
    <w:p>
      <w:r>
        <w:rPr>
          <w:b/>
        </w:rPr>
        <w:t xml:space="preserve">[08:39] </w:t>
      </w:r>
      <w:r>
        <w:t>toh Usman Razi Allahu Anhu ne kaha, kis liye? unhone farmaya. mujhe andesha hai ke yeh fakhr-o-numaish ke liye kiya gaya ho. kyunke yeh badi baat hai ke itna zyada itni gehrai ke saath log us zamane mein Rasool Allah ki tarbiyat thi ki aise log the ki woh usko usmein shaan-o-shaukat dikh raha tha toh isliye woh jaana nahi pasand kar rahe the. aaj yahan shaan-o-shaukat yeh maani yaadi ki falan ne humko bulaya hai.</w:t>
      </w:r>
    </w:p>
    <w:p>
      <w:pPr>
        <w:jc w:val="right"/>
      </w:pPr>
      <w:r>
        <w:t>तो उस्मान नज़ील्लाह रूह ने कहा, किस लिए? उन्होंने फरमाया. मुझे अंदेशा है कि यह फ़क्रों नुमाइश के लिए किया गया हो. क्योंकि यह बड़ी बात है कि इतना ज़्यादा इतनी गहराई के साथ लोग उस जमाने में रसुल्लाह की तर्बियत थी कि ऐसे लोग थे कि वह उसको उसमें शान शौकत दिख रहा था तो इसलिए वह जाना नहीं पसंद कर रहे थे. आज यहां शानु शौकत यह मानी यादी कि फलां ने हमको बुलाया है.</w:t>
      </w:r>
    </w:p>
    <w:p>
      <w:r>
        <w:rPr>
          <w:b/>
        </w:rPr>
        <w:t xml:space="preserve">[09:08] </w:t>
      </w:r>
      <w:r>
        <w:t>falan ne hamari dawat ki hai aur wahan par yeh khane ko mila, yeh karne ko mila. aaj shaanu shaukat yeh dekhi jati hai. to hum isi se andaza laga sakte hain ki aur hum jab chhota koi bulata hai to uske yahan kya jaen? aise hi kuch hoga. is tarah ke bhi log hote hain.</w:t>
      </w:r>
    </w:p>
    <w:p>
      <w:pPr>
        <w:jc w:val="right"/>
      </w:pPr>
      <w:r>
        <w:t>फलां ने हमारी दावत की है और वहां पर यह खाने को मिला, यह करने को मिला. आज शानु शौकत यह देखी जाती है. तो हम इसी से अंदाज़ा लगा सकते हैं कि और हम जब छोटा कोई बुलाता है तो उसके यहां क्या जाएं? ऐसे ही कुछ होगा. इस तरह के भी लोग होते हैं.</w:t>
      </w:r>
    </w:p>
    <w:p>
      <w:r>
        <w:rPr>
          <w:b/>
        </w:rPr>
        <w:t xml:space="preserve">[09:29] </w:t>
      </w:r>
      <w:r>
        <w:t>to uske liye ek ek baar yeh ek hadish hai ki imaan behti hazard ameen ahmad se revad kiya hai ki wahan kehte ki jabir raziya lanu ki yahan kuch mehman aaye. aap unke samne rooti aur sirka laye aur kaha ki isko khaiye. maine rasullah swarsallam ko yeh kehte hue suna hai ki kya yeh, kya hi behtareen salan hai sirka?</w:t>
      </w:r>
    </w:p>
    <w:p>
      <w:pPr>
        <w:jc w:val="right"/>
      </w:pPr>
      <w:r>
        <w:t>तो उसके लिए एक एक बार यह एक हदीश है कि इमान बहती हज़र्द अमीन अहमद से रेवाद किया है कि वहां कहते कि जाबिर रजिया लानू कि यहां कुछ मेहमान आए. आप उनके सामने रूटी और सिरका लाए और कहा कि इसको खाइए. मैंने रसुल्लाह स्वर्सल्लम को यह कहते हुए सुना है कि क्या यह, क्या ही बेहतरीन सालन है सिरका?</w:t>
      </w:r>
    </w:p>
    <w:p>
      <w:r>
        <w:rPr>
          <w:b/>
        </w:rPr>
        <w:t xml:space="preserve">[09:53] </w:t>
      </w:r>
      <w:r>
        <w:t>aapne farmaaya hai halaqat hai us qaum ke liye jo us cheez ko haqeer samjhe jo uske samne pesh ki gai ho. to ek mamuli sirka aur roti se woh unhone usko tareef karke khaya aur humne aksar hum sab jante honge ki kisi khane, kisi ne khane par bula koi bulata hai to log aksar mazak bhi udate hain ki unke yahan yeh gae the to unhone yeh khila diya. yeh khakar aate hain aur phir yeh karte hain.</w:t>
      </w:r>
    </w:p>
    <w:p>
      <w:pPr>
        <w:jc w:val="right"/>
      </w:pPr>
      <w:r>
        <w:t>आपने फरमाया है हालाक़त है उस कौम के लिए जो उस चीज़ को हक़ीर समझे जो उसके सामने पेश की गई हो. तो एक मामूली सिरका और रोटी से वह उन्होंने उसको तारीफ़ करके खाया और हमने अक्सर हम सब जानते होंगे कि किसी खाने, किसी ने खाने पर बुला कोई बुलाता है तो लोग अक्सर मज़ाक भी उड़ाते हैं कि उनके यहां यह गए थे तो उन्होंने यह खिला दिया. यह खाकर आते हैं और फिर यह करते हैं.</w:t>
      </w:r>
    </w:p>
    <w:p>
      <w:r>
        <w:rPr>
          <w:b/>
        </w:rPr>
        <w:t xml:space="preserve">[10:21] </w:t>
      </w:r>
      <w:r>
        <w:t>to yeh sari cheezen jo bhi hamare usme ho rahi hain. to yeh sari jo jo matlab mizaj van gaya hai insanon ka. to yeh bahut badi matlab jo is khilaq yeh istemaaq istemaaq istemaaq istemaaq ki baat hai to yahan par yeh baat ko humko bahut hi zyada sochna chahiye.</w:t>
      </w:r>
    </w:p>
    <w:p>
      <w:pPr>
        <w:jc w:val="right"/>
      </w:pPr>
      <w:r>
        <w:t>तो यह सारी चीज़ें जो भी हमारे उसमें हो रही हैं. तो यह सारी जो जो मतलब मिज़ाज वन गया है इंसानों का. तो यह बहुत बड़ी मतलब जो इस ख़िलाक़ यह इस्तेमाक़ इस्तेमाक़ इस्तेमाक़ इस्तेमाक़ की बात है तो यहां पर यह बात को हमको बहुत ही ज़्यादा सोचना चाहिए.</w:t>
      </w:r>
    </w:p>
    <w:p>
      <w:r>
        <w:rPr>
          <w:b/>
        </w:rPr>
        <w:t xml:space="preserve">[10:46] </w:t>
      </w:r>
      <w:r>
        <w:t>matlab itni itni gehrai mein jo gaya hai is tarah ke halaat mein rehne lage hain ki hamein pata bhi nahi hai ki yeh sari cheezen bhi ghlat hoti hain. yeh to har insan ke andar bhari hui hain.</w:t>
      </w:r>
    </w:p>
    <w:p>
      <w:pPr>
        <w:jc w:val="right"/>
      </w:pPr>
      <w:r>
        <w:t>मतलब इतनी इतनी गहराई में जो गया है इस तरह के हालात में रहने लगे हैं कि हमें पता भी नहीं है कि यह सारी चीज़ें भी ग़लत होती हैं. यह तो हर इंसान के अंदर भरी हुई हैं.</w:t>
      </w:r>
    </w:p>
    <w:p>
      <w:r>
        <w:rPr>
          <w:b/>
        </w:rPr>
        <w:t xml:space="preserve">[10:57] </w:t>
      </w:r>
      <w:r>
        <w:t>achha insaan, bura insaan kisi ko kya hum yeh nahi kaise hum apne ko bhi nahi apne ko</w:t>
      </w:r>
    </w:p>
    <w:p>
      <w:pPr>
        <w:jc w:val="right"/>
      </w:pPr>
      <w:r>
        <w:t>अच्छा इंसान, बुरा इंसान किसी को क्या हम यह नहीं कैसे हम अपने को भी नहीं अपने को</w:t>
      </w:r>
    </w:p>
    <w:p>
      <w:r>
        <w:rPr>
          <w:b/>
        </w:rPr>
        <w:t xml:space="preserve">[11:07] </w:t>
      </w:r>
      <w:r>
        <w:t>kaise keh sakte hain ke hamare munh se khud hi nikalta hai is tarah ki baatein aur to</w:t>
      </w:r>
    </w:p>
    <w:p>
      <w:pPr>
        <w:jc w:val="right"/>
      </w:pPr>
      <w:r>
        <w:t>कैसे कह सकते हैं कि हमारे मुंह से ख़ुद ही निकलता है इस तरह की बातें और तो</w:t>
      </w:r>
    </w:p>
    <w:p>
      <w:r>
        <w:rPr>
          <w:b/>
        </w:rPr>
        <w:t xml:space="preserve">[11:18] </w:t>
      </w:r>
      <w:r>
        <w:t>hamara jo jo Quran ki jo verse hai jo Maulana Sahab ne usme likha hai Istimaali Khilqiyaat mein ke</w:t>
      </w:r>
    </w:p>
    <w:p>
      <w:pPr>
        <w:jc w:val="right"/>
      </w:pPr>
      <w:r>
        <w:t>हमारा जो जो पुरान की जो verse है जो मलाना सामने उसमें लिखा है इस्तेमाली खिलाकियात में कि</w:t>
      </w:r>
    </w:p>
    <w:p>
      <w:r>
        <w:rPr>
          <w:b/>
        </w:rPr>
        <w:t xml:space="preserve">[11:29] </w:t>
      </w:r>
      <w:r>
        <w:t>shaad Surah Hijrat ki gyarvi gyarvi aayat ke aimaan walon na na mard doosre mardon ka mazak urayein.</w:t>
      </w:r>
    </w:p>
    <w:p>
      <w:pPr>
        <w:jc w:val="right"/>
      </w:pPr>
      <w:r>
        <w:t>शाद सूर्य हिजरात की ग्यारह ग्यारहवीं आयत कि अहिमान वालों ना ना मर्द दूसरे मर्दों का मज़ाक उड़ाएं.</w:t>
      </w:r>
    </w:p>
    <w:p>
      <w:r>
        <w:rPr>
          <w:b/>
        </w:rPr>
        <w:t xml:space="preserve">[11:40] </w:t>
      </w:r>
      <w:r>
        <w:t>aur jo baz na aaye to wahi lokjalimein. to yeh hum ki koi nahi keh sakta manana samne likha hai ki achha aur bura hone ka main yaar woh nahi hai jo koi aurat ya mard batore khud mukhazar kar le. achha darasal woh hai jo khuda ki nazar mein achha ho aur bura woh hai jo khuda ki nazar mein bura thehre. to yahi meri learning thi shvina.</w:t>
      </w:r>
    </w:p>
    <w:p>
      <w:pPr>
        <w:jc w:val="right"/>
      </w:pPr>
      <w:r>
        <w:t>और जो बाज़ ना आए तो वही लोकजाली में. तो यह हम कि कोई नहीं कह सकता मनाना सामने लिखा है कि अच्छा और बुरा होने का मैं यार वह नहीं है जो कोई औरत या मर्द बतौरे ख़ुद मुखर्ज़र कर ले. अच्छा दरअसल वह है जो ख़ुदा की नज़र में अच्छा हो और बुरा वह है जो ख़ुदा की नज़र में बुरा ठहरे. तो यही मेरी learning थी शविना.</w:t>
      </w:r>
    </w:p>
    <w:p>
      <w:r>
        <w:rPr>
          <w:b/>
        </w:rPr>
        <w:t xml:space="preserve">[12:06] </w:t>
      </w:r>
      <w:r>
        <w:t>haan, jiza kalapa aapne bahut achhe se aur kaafi elaborately aapne explain kiya ki actually ethics kya hota hai? aur main kehna chahungi I was listening to this lecture of Maulana.</w:t>
      </w:r>
    </w:p>
    <w:p>
      <w:pPr>
        <w:jc w:val="right"/>
      </w:pPr>
      <w:r>
        <w:t>हां, जिज़ा कलापा आपने बहुत अच्छे से और काफ़ी elaborately आपने explain किया कि actually ethics क्या होता है? और मैं कहना चाहूंगी I was listening to this lecture of मोलाना.</w:t>
      </w:r>
    </w:p>
    <w:p>
      <w:r>
        <w:rPr>
          <w:b/>
        </w:rPr>
        <w:t xml:space="preserve">[12:19] </w:t>
      </w:r>
      <w:r>
        <w:t>The topic was social ethics And in that, he was saying that a man, when he is born, he's born into a society, a society where his family is there, nation is there, and and and the people around him, his neighboring and neighbors and all. So he is living in a a ground where lot of other peoples are there. So one has to maintain certain kind of behavior towards them.</w:t>
      </w:r>
    </w:p>
    <w:p>
      <w:pPr>
        <w:jc w:val="right"/>
      </w:pPr>
      <w:r>
        <w:t>The topic was social ethics And in that, he was saying that a man, when he is born, he's born into a society, a society where his family is there, nation is there, and and and the people around him, his neighboring and neighbors and all. So he is living in a a ground where lot of other peoples are there. So one has to maintain certain kind of behavior towards them.</w:t>
      </w:r>
    </w:p>
    <w:p>
      <w:r>
        <w:rPr>
          <w:b/>
        </w:rPr>
        <w:t xml:space="preserve">[12:49] </w:t>
      </w:r>
      <w:r>
        <w:t>So to and a man when he is born into this, he cannot live in isolation.</w:t>
      </w:r>
    </w:p>
    <w:p>
      <w:pPr>
        <w:jc w:val="right"/>
      </w:pPr>
      <w:r>
        <w:t>So to and a man when he is born into this, he cannot live in isolation.</w:t>
      </w:r>
    </w:p>
    <w:p>
      <w:r>
        <w:rPr>
          <w:b/>
        </w:rPr>
        <w:t xml:space="preserve">[12:58] </w:t>
      </w:r>
      <w:r>
        <w:t>So he has to put up certain kind of behavior and the Quran emphasizes the importance of honesty,</w:t>
      </w:r>
    </w:p>
    <w:p>
      <w:pPr>
        <w:jc w:val="right"/>
      </w:pPr>
      <w:r>
        <w:t>So he has to put up certain kind of behavior and the कुरान emphasizes the importance of honesty,</w:t>
      </w:r>
    </w:p>
    <w:p>
      <w:r>
        <w:rPr>
          <w:b/>
        </w:rPr>
        <w:t xml:space="preserve">[13:07] </w:t>
      </w:r>
      <w:r>
        <w:t>justice, responsibility, accountability, compassion, teamwork, innovation, diversity, humility, continuous learning, respect for the environment, and other values that</w:t>
      </w:r>
    </w:p>
    <w:p>
      <w:pPr>
        <w:jc w:val="right"/>
      </w:pPr>
      <w:r>
        <w:t>justice, responsibility, accountability, compassion, teamwork, innovation, diversity, humility, continuous learning, respect for the environment, and other values that</w:t>
      </w:r>
    </w:p>
    <w:p>
      <w:r>
        <w:rPr>
          <w:b/>
        </w:rPr>
        <w:t xml:space="preserve">[13:16] </w:t>
      </w:r>
      <w:r>
        <w:t>are essential for building a strong and ethical organization.</w:t>
      </w:r>
    </w:p>
    <w:p>
      <w:pPr>
        <w:jc w:val="right"/>
      </w:pPr>
      <w:r>
        <w:t>are essential for building a strong and ethical organization.</w:t>
      </w:r>
    </w:p>
    <w:p>
      <w:r>
        <w:rPr>
          <w:b/>
        </w:rPr>
        <w:t xml:space="preserve">[13:25] </w:t>
      </w:r>
      <w:r>
        <w:t>So every man has to contribute from itself, from himself or herself to bring up a good society. So I ask now for me, Doctor Safina Tapaswam to share her learning. Continue with me. Assalamualekum mamal. badi izzam. apne aur shweina apne bahut achhe se cheezon ko bataya.</w:t>
      </w:r>
    </w:p>
    <w:p>
      <w:pPr>
        <w:jc w:val="right"/>
      </w:pPr>
      <w:r>
        <w:t>So every man has to contribute from itself, from himself or herself to bring up a good society. So I ask now for me, Doctor सफ़ीना तपस्वम to share her learning. Continue with me. अस्सलामुलेकुल मामल. बड़ी इज़्ज़ाम. अपने और श्वीना अपने बहुत अच्छे से चीज़ों को बताया.</w:t>
      </w:r>
    </w:p>
    <w:p>
      <w:r>
        <w:rPr>
          <w:b/>
        </w:rPr>
        <w:t xml:space="preserve">[13:53] </w:t>
      </w:r>
      <w:r>
        <w:t>hamare liye akhlaq yaad kitna important hai yeh hum sab jante hain aur islam hamein kya tarbiyat deta hai yeh bhi hum jante hain. kyunki hum kai baar discussion kar chuke hain ki hamein kis tarah duty conscious bankar rehna hai? ek tarfa usne salook rakh raha hai. yeh sab baaten hum kar chuke hain.</w:t>
      </w:r>
    </w:p>
    <w:p>
      <w:pPr>
        <w:jc w:val="right"/>
      </w:pPr>
      <w:r>
        <w:t>हमारे लिए अखिलाक याद कितना important है यह हम सब जानते हैं और इस्लाम हमें क्या तरबीयत देता है यह भी हम जानते हैं. क्योंकि हम कई बार discussion कर कर चुके हैं कि हमें किस तरह duty conscious बनकर रहना है? एक तरफ़ा उसने सलूक रख रहा है. यह सब बातें हम कर चुके हैं.</w:t>
      </w:r>
    </w:p>
    <w:p>
      <w:r>
        <w:rPr>
          <w:b/>
        </w:rPr>
        <w:t xml:space="preserve">[14:12] </w:t>
      </w:r>
      <w:r>
        <w:t>to main apne Maulana sahab ki kuch videos dekhkar aur main apne apne hisab se soch rahi thi ki jo hamare maushra hai, jo educated maushra hai, society hai aaj, woh bhi achhe se rehte hain. bahut achhe unke etiquettes hain. Social etiquettes ya manners jaise kehte hain na? to unki aur hamari usmein kya difference hai aur kyun yeh difference hai? isko main samajhne ki koshish kar rahi thi.</w:t>
      </w:r>
    </w:p>
    <w:p>
      <w:pPr>
        <w:jc w:val="right"/>
      </w:pPr>
      <w:r>
        <w:t>तो मैं अपने मोलाना साहब की कुछ videos देखकर और मैं अपने अपने हिसाब से सोच रही थी कि जो हमारे मौश्रा है, जो educated मौश्रा है, society है आज, वह भी अच्छे से रहते हैं. बहुत अच्छे उनके etiquettes हैं. Social etiquettes या manners जैसे कहते हैं ना? तो उनकी और हमारी उसमें क्या difference है और क्यों यह difference है? इसको मैं समझने की कोशिश कर रही थी.</w:t>
      </w:r>
    </w:p>
    <w:p>
      <w:r>
        <w:rPr>
          <w:b/>
        </w:rPr>
        <w:t xml:space="preserve">[14:37] </w:t>
      </w:r>
      <w:r>
        <w:t>to jo social manners jise main kahungi, jo society ne aajkal rakhe hue hain apne liye, kuch ek standards, uska bhi matlab yahi hai ki to be good har ek ke sath achha sukh dukh karo. magar ismein insan ke paas ek incentive hona chahiye na kuch karne ke liye.</w:t>
      </w:r>
    </w:p>
    <w:p>
      <w:pPr>
        <w:jc w:val="right"/>
      </w:pPr>
      <w:r>
        <w:t>तो जो social manners जिसे मैं कहूंगी, जो society ने आजकल रखे हुए हैं अपने लिए, कुछ एक standards, उसका भी मतलब यही है कि to be good हर एक के साथ अच्छा सुख दुख करो. मगर इसमें इंसान के पास एक incentive होना चाहिए ना कुछ करने के लिए.</w:t>
      </w:r>
    </w:p>
    <w:p>
      <w:r>
        <w:rPr>
          <w:b/>
        </w:rPr>
        <w:t xml:space="preserve">[14:54] </w:t>
      </w:r>
      <w:r>
        <w:t>kyunke insaan jab kuch karta hai to woh kisi incentive ke tehat karta hai ke uska apna aik</w:t>
      </w:r>
    </w:p>
    <w:p>
      <w:pPr>
        <w:jc w:val="right"/>
      </w:pPr>
      <w:r>
        <w:t>क्योंकि इंसान जब कुछ करता है तो वह किसी incentive के तहत करता है कि उसका अपना एक</w:t>
      </w:r>
    </w:p>
    <w:p>
      <w:r>
        <w:rPr>
          <w:b/>
        </w:rPr>
        <w:t xml:space="preserve">[14:57] </w:t>
      </w:r>
      <w:r>
        <w:t>faida ho, to woh us cheez mein interest le kar karta hai aur Maulana sahib yeh bhi kehte hain</w:t>
      </w:r>
    </w:p>
    <w:p>
      <w:pPr>
        <w:jc w:val="right"/>
      </w:pPr>
      <w:r>
        <w:t>फ़ायदा हो, तो वह उस चीज़ में interest लेकर करता है और मोलाना साहब यह भी कहते हैं</w:t>
      </w:r>
    </w:p>
    <w:p>
      <w:r>
        <w:rPr>
          <w:b/>
        </w:rPr>
        <w:t xml:space="preserve">[15:01] </w:t>
      </w:r>
      <w:r>
        <w:t>ke do bohat strong emotions hain hamare andar.</w:t>
      </w:r>
    </w:p>
    <w:p>
      <w:pPr>
        <w:jc w:val="right"/>
      </w:pPr>
      <w:r>
        <w:t>कि दो बहुत strong emotions हैं हमारे अंदर.</w:t>
      </w:r>
    </w:p>
    <w:p>
      <w:r>
        <w:rPr>
          <w:b/>
        </w:rPr>
        <w:t xml:space="preserve">[15:05] </w:t>
      </w:r>
      <w:r>
        <w:t>aik to love aur aik fear.</w:t>
      </w:r>
    </w:p>
    <w:p>
      <w:pPr>
        <w:jc w:val="right"/>
      </w:pPr>
      <w:r>
        <w:t>एक तो love और एक fear.</w:t>
      </w:r>
    </w:p>
    <w:p>
      <w:r>
        <w:rPr>
          <w:b/>
        </w:rPr>
        <w:t xml:space="preserve">[15:09] </w:t>
      </w:r>
      <w:r>
        <w:t>to agar hum hamare yeh do emotions ke tehat hum koi kaam karte hain to hum usko bohat</w:t>
      </w:r>
    </w:p>
    <w:p>
      <w:pPr>
        <w:jc w:val="right"/>
      </w:pPr>
      <w:r>
        <w:t>तो अगर हम हमारे यह दो emotions के तहत हम कोई काम करते हैं तो हम उसको बहुत</w:t>
      </w:r>
    </w:p>
    <w:p>
      <w:r>
        <w:rPr>
          <w:b/>
        </w:rPr>
        <w:t xml:space="preserve">[15:13] </w:t>
      </w:r>
      <w:r>
        <w:t>achay se kar paate hain.</w:t>
      </w:r>
    </w:p>
    <w:p>
      <w:pPr>
        <w:jc w:val="right"/>
      </w:pPr>
      <w:r>
        <w:t>अच्छे से कर पाते हैं.</w:t>
      </w:r>
    </w:p>
    <w:p>
      <w:r>
        <w:rPr>
          <w:b/>
        </w:rPr>
        <w:t xml:space="preserve">[15:17] </w:t>
      </w:r>
      <w:r>
        <w:t>kisi cheez ki mohabbat mein ya kisi cheez ke dar mein hum best kaam karte hain ke hamein</w:t>
      </w:r>
    </w:p>
    <w:p>
      <w:pPr>
        <w:jc w:val="right"/>
      </w:pPr>
      <w:r>
        <w:t>किसी चीज़ की मोहब्बत में या किसी चीज़ के डर में हम best काम करते हैं कि हमें</w:t>
      </w:r>
    </w:p>
    <w:p>
      <w:r>
        <w:rPr>
          <w:b/>
        </w:rPr>
        <w:t xml:space="preserve">[15:21] </w:t>
      </w:r>
      <w:r>
        <w:t>achay se jo kaam karne hotay hain.</w:t>
      </w:r>
    </w:p>
    <w:p>
      <w:pPr>
        <w:jc w:val="right"/>
      </w:pPr>
      <w:r>
        <w:t>अच्छे से जो काम करने होते हैं.</w:t>
      </w:r>
    </w:p>
    <w:p>
      <w:r>
        <w:rPr>
          <w:b/>
        </w:rPr>
        <w:t xml:space="preserve">[15:25] </w:t>
      </w:r>
      <w:r>
        <w:t>to jo social manners aajkal society sikhati hai, woh woh isi liye insaan tab tak hi kar pata hai</w:t>
      </w:r>
    </w:p>
    <w:p>
      <w:pPr>
        <w:jc w:val="right"/>
      </w:pPr>
      <w:r>
        <w:t>तो जो social manners आजकल society सिखाती है, वह वह इसीलिए इंसान तब तक ही कर पाता है</w:t>
      </w:r>
    </w:p>
    <w:p>
      <w:r>
        <w:rPr>
          <w:b/>
        </w:rPr>
        <w:t xml:space="preserve">[15:40] </w:t>
      </w:r>
      <w:r>
        <w:t>jab tak uski mohabbat walay logon ke sath woh kar raha ho ya phir woh dar walay logon</w:t>
      </w:r>
    </w:p>
    <w:p>
      <w:pPr>
        <w:jc w:val="right"/>
      </w:pPr>
      <w:r>
        <w:t>जब तक उसकी मोहब्बत वाले लोगों के साथ वह कर रहा हो या फिर वह डर वाले लोगों</w:t>
      </w:r>
    </w:p>
    <w:p>
      <w:r>
        <w:rPr>
          <w:b/>
        </w:rPr>
        <w:t xml:space="preserve">[15:56] </w:t>
      </w:r>
      <w:r>
        <w:t>ke sath kar raha ho lekin jahan par yeh feelings nahi hoti wahan par dikkat aati hai.</w:t>
      </w:r>
    </w:p>
    <w:p>
      <w:pPr>
        <w:jc w:val="right"/>
      </w:pPr>
      <w:r>
        <w:t>के साथ कर रहा हो लेकिन जहां पर यह feelings नहीं होती वहां पर दिक़्क़त आती है.</w:t>
      </w:r>
    </w:p>
    <w:p>
      <w:r>
        <w:rPr>
          <w:b/>
        </w:rPr>
        <w:t xml:space="preserve">[16:12] </w:t>
      </w:r>
      <w:r>
        <w:t>jaise ki boodhe saath sasur par kaam karna. woh insan ko bure lagte hain kyunki woh usko na to woh mohabbat kataluukh rakhte hain, na woh fayda hota hai usmein kuch. to usmein insan bas yeh sochta hai ki hamare hak ka kya? hamare hakub ka kya? hum duties kab tak nibhayen? yeh yeh to apna kuch nahi karte hain. to insan unse expect karta hai hamesha jinsse woh feelings nahi rakhta.</w:t>
      </w:r>
    </w:p>
    <w:p>
      <w:pPr>
        <w:jc w:val="right"/>
      </w:pPr>
      <w:r>
        <w:t>जैसे कि बूढ़े साथ ससुर पर काम करना. वह इंसान को बुरे लगते हैं क्योंकि वह उसको ना तो वह मोहब्बत कताल लुख रखते हैं, ना वह फ़ायदा होता है उसमें कुछ. तो उसमें इंसान बस यह सोचता है कि हमारे हक का क्या? हमारे हकूब का क्या? हम duties कब तक निभाएं? यह यह तो अपना कुछ नहीं करते हैं. तो इंसान उनसे expect करता है हमेशा जिनसे वह feelings नहीं रखता.</w:t>
      </w:r>
    </w:p>
    <w:p>
      <w:r>
        <w:rPr>
          <w:b/>
        </w:rPr>
        <w:t xml:space="preserve">[16:37] </w:t>
      </w:r>
      <w:r>
        <w:t>to main yahi analyze kar rahi thi aur isiliye main soch rahi thi ki jitne bhi social manners hain woh ek point par aakar dead ho jate hain.</w:t>
      </w:r>
    </w:p>
    <w:p>
      <w:pPr>
        <w:jc w:val="right"/>
      </w:pPr>
      <w:r>
        <w:t>तो मैं यही analyze कर रही थी और इसीलिए मैं सोच रही थी कि जितने भी social manners हैं वह एक point पर आकर dead हो जाते हैं.</w:t>
      </w:r>
    </w:p>
    <w:p>
      <w:r>
        <w:rPr>
          <w:b/>
        </w:rPr>
        <w:t xml:space="preserve">[16:46] </w:t>
      </w:r>
      <w:r>
        <w:t>isiliye society mein woh chal nahi paate jab personal fayde nahi dikhai dete logon ko jo ki eternal hai.</w:t>
      </w:r>
    </w:p>
    <w:p>
      <w:pPr>
        <w:jc w:val="right"/>
      </w:pPr>
      <w:r>
        <w:t>इसीलिए society में वह चल नहीं पाते जब personal फ़ायदे नहीं दिखाई देते लोगों को जो कि eternal है.</w:t>
      </w:r>
    </w:p>
    <w:p>
      <w:r>
        <w:rPr>
          <w:b/>
        </w:rPr>
        <w:t xml:space="preserve">[17:08] </w:t>
      </w:r>
      <w:r>
        <w:t>to woh har waqt apne aakhirat ka faida dekh kar us incentive se kaam karega aur Khuda ki mohabbat</w:t>
      </w:r>
    </w:p>
    <w:p>
      <w:pPr>
        <w:jc w:val="right"/>
      </w:pPr>
      <w:r>
        <w:t>तो वह हर वक़्त अपने आख़रत का फ़ायदा देखकर उस incentive से काम करेगा और ख़ुदा की मोहब्बत</w:t>
      </w:r>
    </w:p>
    <w:p>
      <w:r>
        <w:rPr>
          <w:b/>
        </w:rPr>
        <w:t xml:space="preserve">[17:20] </w:t>
      </w:r>
      <w:r>
        <w:t>aur dar ka jazba usko hamesha propel karega, compel karega ke woh apna kaam to Islam aur social</w:t>
      </w:r>
    </w:p>
    <w:p>
      <w:pPr>
        <w:jc w:val="right"/>
      </w:pPr>
      <w:r>
        <w:t>और डर का जज़्बा उसको हमेशा propel करेगा, compel करेगा कि वह अपना काम तो इस्लाम और social</w:t>
      </w:r>
    </w:p>
    <w:p>
      <w:r>
        <w:rPr>
          <w:b/>
        </w:rPr>
        <w:t xml:space="preserve">[17:33] </w:t>
      </w:r>
      <w:r>
        <w:t>ke social ethics aur jo society ke etiquettes hain mujhe lagta hai usmein yahi farq hai ke marifat nahi hai.</w:t>
      </w:r>
    </w:p>
    <w:p>
      <w:pPr>
        <w:jc w:val="right"/>
      </w:pPr>
      <w:r>
        <w:t>के social ethics और जो society के etiquettes हैं मुझे लगता है उसमें यही फ़र्क़ है कि मार्फ़त नहीं है.</w:t>
      </w:r>
    </w:p>
    <w:p>
      <w:r>
        <w:rPr>
          <w:b/>
        </w:rPr>
        <w:t xml:space="preserve">[17:46] </w:t>
      </w:r>
      <w:r>
        <w:t>Incentive jo hai woh personal fayda hai aur yahan incentive aakhirat hai. to yeh jo fark hai yeh hamein bahut zyada mushkil mushkil logon ke sath bhi, bure se bure logon ke sath bhi achha sulup karne par ubarta hai. jaise main pichhli baar woh talaq hi kuch aaye the abhi quran mein padh rahi thi to us pure ayaton mein yahi hai ki achhe se suluk karo, ek doosre ke sath ehsan ka mamla karo.</w:t>
      </w:r>
    </w:p>
    <w:p>
      <w:pPr>
        <w:jc w:val="right"/>
      </w:pPr>
      <w:r>
        <w:t>Incentive जो है वह personal फ़ायदा है और यहां incentive आख़िरत है. तो यह जो फ़र्क़ है यह हमें बहुत ज़्यादा मुश्किल मुश्किल लोगों के साथ भी, बुरे से बुरे लोगों के साथ भी अच्छा सुलूप करने पर उबारता है. जैसे मैं पिछली बार वह तलाक ही कुछ आए थे अभी कुरान में पढ़ रही थी तो उस पूरे आयोतों में यही है कि अच्छे से सुलूक करो, एक दूसरे के साथ एहसान का मामला करो.</w:t>
      </w:r>
    </w:p>
    <w:p>
      <w:r>
        <w:rPr>
          <w:b/>
        </w:rPr>
        <w:t xml:space="preserve">[18:13] </w:t>
      </w:r>
      <w:r>
        <w:t>to itna situation tense hai talaq ka agar hum logon ko pata ho family mein humne kahin na kahin dekha hai to bahut ek aisi situation hoti hai jabki negativity ekdam chhai hoti hai aur bahut ajib se situations hoti hain.</w:t>
      </w:r>
    </w:p>
    <w:p>
      <w:pPr>
        <w:jc w:val="right"/>
      </w:pPr>
      <w:r>
        <w:t>तो इतना situation tense है तलाक का अगर हम लोगों को पता हो family में हमने कहीं ना कहीं देखा है तो बहुत एक ऐसी situation होती है जबकि negativity एकदम छाई होती है और बहुत अजीब से situations होती हैं.</w:t>
      </w:r>
    </w:p>
    <w:p>
      <w:r>
        <w:rPr>
          <w:b/>
        </w:rPr>
        <w:t xml:space="preserve">[18:28] </w:t>
      </w:r>
      <w:r>
        <w:t>tab bhi talala keh rahe hain ki ehsan ka mamla karo, darguzar to yeh pehle hamare andar develop ho ki hum apne andar aakhirat ka shauk paida karen aur allah ki mohabbat paida karen.</w:t>
      </w:r>
    </w:p>
    <w:p>
      <w:pPr>
        <w:jc w:val="right"/>
      </w:pPr>
      <w:r>
        <w:t>तब भी लाताला कह रहे हैं कि एहसान का मामला करो, दरगुज़र तो यह पहले हमारे अंदर develop हो कि हम अपने अंदर आख़रत का शौक पैदा करें और अल्लाह की मोहब्बत पैदा करें.</w:t>
      </w:r>
    </w:p>
    <w:p>
      <w:r>
        <w:rPr>
          <w:b/>
        </w:rPr>
        <w:t xml:space="preserve">[18:53] </w:t>
      </w:r>
      <w:r>
        <w:t>jaise apa ne bataya ki woh lady mujhe bhi sunkar rongte khade ho rahe hain ki khuda ko jaan nahi pai. kyunki khuda khuda ko insan ne apni zindagi ka ek naauzbillah aisa aisa woh bana rakha hai ki woh hamare liye sirf aafat aur musibat ka zariya ho.</w:t>
      </w:r>
    </w:p>
    <w:p>
      <w:pPr>
        <w:jc w:val="right"/>
      </w:pPr>
      <w:r>
        <w:t>जैसे आपा ने बताया कि वह lady मुझे भी सुनकर रोंगटे खड़े हो रहे हैं कि खुदा को जान नहीं पाई. क्योंकि खुदा खुदा को इंसान ने अपनी ज़िंदगी का एक नाउज़बिल्लाह ऐसा ऐसा वह बना रखा है कि वह हमारे लिए सिर्फ आफत और मुसीबत का ज़रिया हो.</w:t>
      </w:r>
    </w:p>
    <w:p>
      <w:r>
        <w:rPr>
          <w:b/>
        </w:rPr>
        <w:t xml:space="preserve">[19:18] </w:t>
      </w:r>
      <w:r>
        <w:t>hudakh ki mohabbat ko janna uski marfat insan bhool gaya hai aur yeh uski rehmat ko nahi samajhne ka nateeja hai ki woh is tarah ki baat kar pai ki allah talah ko pasand nahi tha ki nauzbillah ke woh baithkar khana khayen. to main main yahi soch rahi hoon ki hamari muslims mein khaskar logon ko allah ka jo concept hai real concept nahi pata hai.</w:t>
      </w:r>
    </w:p>
    <w:p>
      <w:pPr>
        <w:jc w:val="right"/>
      </w:pPr>
      <w:r>
        <w:t>हुदाख की मोहब्बत को जानना उसकी मार्फत इंसान भूल गया है और यह उसकी रहमत को नहीं समझने का नतीजा है कि वह इस तरह की बात कर पाई कि अल्लाह तालाह को पसंद नहीं था कि नौज़बिल्लाह के वह बैठकर खाना खाएं. तो मैं मैं यही सोच रही हूं कि हमारी मुस्लिमs में खासकर लोगों को अल्लाह का जो concept है real concept नहीं पता है.</w:t>
      </w:r>
    </w:p>
    <w:p>
      <w:r>
        <w:rPr>
          <w:b/>
        </w:rPr>
        <w:t xml:space="preserve">[19:43] </w:t>
      </w:r>
      <w:r>
        <w:t>marfat nahi hai unke andar to woh sari ki sari jo ethics hain woh isi liye society mein nahi dikhai de raha, kuch bhi nahi dikhai de raha.</w:t>
      </w:r>
    </w:p>
    <w:p>
      <w:pPr>
        <w:jc w:val="right"/>
      </w:pPr>
      <w:r>
        <w:t>मार्फत नहीं है उनके अंदर तो वह सारी की सारी जो ethics हैं वह इसीलिए society में नहीं दिखाई दे रहा, कुछ भी नहीं दिखाई दे रहा.</w:t>
      </w:r>
    </w:p>
    <w:p>
      <w:r>
        <w:rPr>
          <w:b/>
        </w:rPr>
        <w:t xml:space="preserve">[19:52] </w:t>
      </w:r>
      <w:r>
        <w:t>to yeh jo bhi hum hum kitni bhi hadees parh lein ke jo humse kate us se judo, hamein</w:t>
      </w:r>
    </w:p>
    <w:p>
      <w:pPr>
        <w:jc w:val="right"/>
      </w:pPr>
      <w:r>
        <w:t>तो यह जो भी हम हम कितनी भी हदीस पढ़ लें कि जो हमसे कटे उससे जुड़ो, हमें</w:t>
      </w:r>
    </w:p>
    <w:p>
      <w:r>
        <w:rPr>
          <w:b/>
        </w:rPr>
        <w:t xml:space="preserve">[20:02] </w:t>
      </w:r>
      <w:r>
        <w:t>is kaam par le jati hai aur hamare ethics matlab hamein is cheez mein aagay le jati hai</w:t>
      </w:r>
    </w:p>
    <w:p>
      <w:pPr>
        <w:jc w:val="right"/>
      </w:pPr>
      <w:r>
        <w:t>इस काम पर ले जाती है और हमारे ethics मतलब हमें इस चीज़ में आगे ले जाती है</w:t>
      </w:r>
    </w:p>
    <w:p>
      <w:r>
        <w:rPr>
          <w:b/>
        </w:rPr>
        <w:t xml:space="preserve">[20:12] </w:t>
      </w:r>
      <w:r>
        <w:t>ke hum apne akhlaq yaad ko behtar bana sakein.</w:t>
      </w:r>
    </w:p>
    <w:p>
      <w:pPr>
        <w:jc w:val="right"/>
      </w:pPr>
      <w:r>
        <w:t>कि हम अपने अखलाक याद को बेहतर बना सकें.</w:t>
      </w:r>
    </w:p>
    <w:p>
      <w:r>
        <w:rPr>
          <w:b/>
        </w:rPr>
        <w:t xml:space="preserve">[20:23] </w:t>
      </w:r>
      <w:r>
        <w:t>yeh meri learning thi.</w:t>
      </w:r>
    </w:p>
    <w:p>
      <w:pPr>
        <w:jc w:val="right"/>
      </w:pPr>
      <w:r>
        <w:t>यह मेरी learning थी.</w:t>
      </w:r>
    </w:p>
    <w:p>
      <w:r>
        <w:rPr>
          <w:b/>
        </w:rPr>
        <w:t xml:space="preserve">[20:42] </w:t>
      </w:r>
      <w:r>
        <w:t>lekin agar mujhe do minute aur mil sakte hain kya?</w:t>
      </w:r>
    </w:p>
    <w:p>
      <w:pPr>
        <w:jc w:val="right"/>
      </w:pPr>
      <w:r>
        <w:t>लेकिन अगर मुझे दो minute और मिल सकते हैं क्या?</w:t>
      </w:r>
    </w:p>
    <w:p>
      <w:r>
        <w:rPr>
          <w:b/>
        </w:rPr>
        <w:t xml:space="preserve">[21:01] </w:t>
      </w:r>
      <w:r>
        <w:t>mujhe agar aap log ya phir baad mein, main yeh soch rahi thi ke jo moral values hain</w:t>
      </w:r>
    </w:p>
    <w:p>
      <w:pPr>
        <w:jc w:val="right"/>
      </w:pPr>
      <w:r>
        <w:t>मुझे अगर आप लोग या फिर बाद में, मैं यह सोच रही थी कि जो moral values हैं</w:t>
      </w:r>
    </w:p>
    <w:p>
      <w:r>
        <w:rPr>
          <w:b/>
        </w:rPr>
        <w:t xml:space="preserve">[21:20] </w:t>
      </w:r>
      <w:r>
        <w:t>aik tarah se, yeh jo hum bachpan se parhte aa rahe hain na to uski personal life, uski</w:t>
      </w:r>
    </w:p>
    <w:p>
      <w:pPr>
        <w:jc w:val="right"/>
      </w:pPr>
      <w:r>
        <w:t>एक तरह से, यह जो हम बचपन से पढ़ते आ रहे हैं ना तो उसकी personal life, उसकी</w:t>
      </w:r>
    </w:p>
    <w:p>
      <w:r>
        <w:rPr>
          <w:b/>
        </w:rPr>
        <w:t xml:space="preserve">[21:39] </w:t>
      </w:r>
      <w:r>
        <w:t>financial life, uski political opinion is par baat na karein.</w:t>
      </w:r>
    </w:p>
    <w:p>
      <w:pPr>
        <w:jc w:val="right"/>
      </w:pPr>
      <w:r>
        <w:t>financial life, उसकी political opinion इस पर बात ना करें.</w:t>
      </w:r>
    </w:p>
    <w:p>
      <w:r>
        <w:rPr>
          <w:b/>
        </w:rPr>
        <w:t xml:space="preserve">[21:59] </w:t>
      </w:r>
      <w:r>
        <w:t>kyunke yahi baatein hain jismein sari controversies aati hain. hum agar yeh insaan ko kahin bhi offend kar sakte hain kyunke hum usko aisi baatein puch lete hain ke aapki aajkal aapke bachche mein yeh kya ho raha hai? woh uske kai baar usse offend ho jate hain log. to in baaton ko humein rakhna hi nahi chahiye tha is tarah aur ek aur important baat hai phone ke tickets.</w:t>
      </w:r>
    </w:p>
    <w:p>
      <w:pPr>
        <w:jc w:val="right"/>
      </w:pPr>
      <w:r>
        <w:t>क्योंकि यही बातें हैं जिसमें सारी controversies आती हैं. हम अगर यह इंसान को कहीं भी offend कर सकते हैं क्योंकि हम उसको ऐसी बातें पुछ लेते हैं कि आपकी आजकल आपके बच्चे में यह क्या हो रहा है? वह उसके कई बार उससे offend हो जाते हैं लोग. तो इन बातों को हमें रखना ही नहीं चाहिए था इस तरह और एक और important बात है phone के tickets.</w:t>
      </w:r>
    </w:p>
    <w:p>
      <w:r>
        <w:rPr>
          <w:b/>
        </w:rPr>
        <w:t xml:space="preserve">[22:19] </w:t>
      </w:r>
      <w:r>
        <w:t>woh aajkal bahut sabko aane chahiye phir usko ek message daal sakte hain agar important baat hai to. nahi to phir woh khud call kar lega aur ek aur baat mujhe lagta hai ke yeh bhi ek ethic hai ke hum doosre ki baat ko bahut dhyan dekar sune.</w:t>
      </w:r>
    </w:p>
    <w:p>
      <w:pPr>
        <w:jc w:val="right"/>
      </w:pPr>
      <w:r>
        <w:t>वह आजकल बहुत सबको आने चाहिए फिर उसको एक message डाल सकते हैं अगर important बात है तो. नहीं तो फिर वह ख़ुद call कर लेगा और एक और बात मुझे लगता है कि यह भी एक ethic है कि हम दूसरे की बात को बहुत ध्यान देकर सुनें.</w:t>
      </w:r>
    </w:p>
    <w:p>
      <w:r>
        <w:rPr>
          <w:b/>
        </w:rPr>
        <w:t xml:space="preserve">[22:46] </w:t>
      </w:r>
      <w:r>
        <w:t>chahe woh kitni bhi giver bankar hi rehna hai. kabhi koshish nahi karni ke aapas mein bhi hum koi bhi dealing aisi karen jismein hamare len den achhe na hon.</w:t>
      </w:r>
    </w:p>
    <w:p>
      <w:pPr>
        <w:jc w:val="right"/>
      </w:pPr>
      <w:r>
        <w:t>चाहे वह कितनी भी giver बनकर ही रहना है. कभी कोशिश नहीं करनी कि आपस में भी हम कोई भी dealing ऐसी करें जिसमें हमारे लेन देन अच्छे ना हो.</w:t>
      </w:r>
    </w:p>
    <w:p>
      <w:r>
        <w:rPr>
          <w:b/>
        </w:rPr>
        <w:t xml:space="preserve">[23:10] </w:t>
      </w:r>
      <w:r>
        <w:t>kisi ka bhi loan liya hai to waqt par dena hai aur yahan par main yeh baat thoda sa usse hat lekin mujhe president the abul kalam azaad unki ek line quotation padhi thi maine. woh mujhe achhi lagi thi ke we can't change our future but we can change our habits and these habits can change our future. to agar hum yeh ethics jo hain sirf allah ke liye karen kyunke yeh to hamara mission hi allah ke liye hai.</w:t>
      </w:r>
    </w:p>
    <w:p>
      <w:pPr>
        <w:jc w:val="right"/>
      </w:pPr>
      <w:r>
        <w:t>किसी का भी loan लिया है तो वक़्त पर देना है और यहां पर मैं यह बात थोड़ा सा उससे हट लेकिन मुझे president थे अबुल कलाम आज़ाद उनकी एक line quotation पढ़ी थी मैंने. वह मुझे अच्छी लगी थी कि we can't change our future but we can change our habits and these habits can change our future. तो अगर हम यह ethics जो हैं सिर्फ़ अल्लाह के लिए करें क्योंकि यह तो हमारा mission ही अल्लाह के लिए है.</w:t>
      </w:r>
    </w:p>
    <w:p>
      <w:r>
        <w:rPr>
          <w:b/>
        </w:rPr>
        <w:t xml:space="preserve">[23:37] </w:t>
      </w:r>
      <w:r>
        <w:t>to yeh humein bahut bahut zyada dawat ke liye bhi bahut kam aayega kyunke hum jis tarah se apne madhu se pesh aaeinge aur yeh hamare ethics honge to woh zaroor hamari pdr karega. sorry maine zyada waqt le liya shafina. jisaar phir daal dijiye sir. thank you so much doctor shafina davusumai. i can relay i could relate to all the points that you were mentioning. in fact, i think all the ladies were here, present here.</w:t>
      </w:r>
    </w:p>
    <w:p>
      <w:pPr>
        <w:jc w:val="right"/>
      </w:pPr>
      <w:r>
        <w:t>तो यह हमें बहुत बहुत ज़्यादा दावत के लिए भी बहुत कम आएगा क्योंकि हम जिस तरह से अपने मधु से पेश आऐंगे और यह हमारे ethics होंगे तो वह ज़रूर हमारी पद्र करेगा. Sorry मैंने ज़्यादा वक्त ले लिया शपीना. जिसार फिर डाल दीजिए sir. Thank you so much doctor शपीना दावसुमाई. I can relay I could relate to all the points that you were mentioning. In fact, I think all the ladies were here, present here.</w:t>
      </w:r>
    </w:p>
    <w:p>
      <w:r>
        <w:rPr>
          <w:b/>
        </w:rPr>
        <w:t xml:space="preserve">[24:06] </w:t>
      </w:r>
      <w:r>
        <w:t>they could relate to what to what all the points that doctor sabina tabassuma had said regarding moral values, accountability, and realization of god. what i could think is that aapne jo kaha ke jab tak humko khuda ki marfat nahi milegi, accountability ka dar nahi hoga. hum social ethics ko bilkul apni life mein nahi dhal payenge.</w:t>
      </w:r>
    </w:p>
    <w:p>
      <w:pPr>
        <w:jc w:val="right"/>
      </w:pPr>
      <w:r>
        <w:t>They could relate to what to what all the points that doctor Sabina Tabassuma had said regarding moral values, accountability, and realization of god. What I could think is that आपने जो कहा कि जब तक हमको खुदा की मार्गत नहीं मिलेगी, accountability का डर नहीं होगा. हम social ethics को बिल्कुल अपनी life में नहीं ढल पाएंगे.</w:t>
      </w:r>
    </w:p>
    <w:p>
      <w:r>
        <w:rPr>
          <w:b/>
        </w:rPr>
        <w:t xml:space="preserve">[24:30] </w:t>
      </w:r>
      <w:r>
        <w:t>wahi dar humein social ethics mein aksar yeh hota hai jaise ke aapne kaha ke hum kisi ke ghar par dawat dawat mij jate hain. jab hum unke ghar se jab aate hain, aksar yeh hota hai ek ek habit matlab logon ne banakar us ghar se jab hum aate hain, to unki koi bhi cheez dekhkar ke hum apne ghar mein discussion karte hain, uski koi buri cheez dekh liya ya koi aisi cheez dekh liya.</w:t>
      </w:r>
    </w:p>
    <w:p>
      <w:pPr>
        <w:jc w:val="right"/>
      </w:pPr>
      <w:r>
        <w:t>वही डर हमें social ethics में अक्सर यह होता है जैसे कि आपने कहा कि हम किसी के घर पर दावत दावत मिज जाते हैं. जब हम उनके घर से जब आते हैं, अक्सर यह होता है एक एक habit मतलब लोगों ने बनाकर उस घर से जब हम आते हैं, तो उनकी कोई भी चीज़ देखकर के हम अपने घर में discussion करते हैं, उसकी कोई बुरी चीज़ देख लिया या कोई ऐसी चीज़ देख लिया.</w:t>
      </w:r>
    </w:p>
    <w:p>
      <w:r>
        <w:rPr>
          <w:b/>
        </w:rPr>
        <w:t xml:space="preserve">[24:54] </w:t>
      </w:r>
      <w:r>
        <w:t>to hum aakar ke ghar usko ek point of discussion apne apne family members ke saath, apne logon ke saath us par share karte hain which is very very bad thing. this is against the social ethics definitely. aur yeh to accountability hai jisse ke woh insaan usse bach payega aur aur aapne ek cheez woh kaha na, woh ek bahut hi important point hai jo aapne kaha ke phone ko lekar bhi yes, very important point that you said. i also do the same thing.</w:t>
      </w:r>
    </w:p>
    <w:p>
      <w:pPr>
        <w:jc w:val="right"/>
      </w:pPr>
      <w:r>
        <w:t>तो हम आकर के घर उसको एक point of discussion अपने अपने family members के साथ, अपने लोगों के साथ उस पर share करते हैं which is very very bad thing. This is against the social ethics definitely. और यह तो accountability है जिससे कि वह इंसान उससे बच पाएगा और और आपने एक चीज़ वह कहा ना, वह एक बहुत ही important point है जो आपने कहा कि phone को लेकर भी yes, very important point that you said. I also do the same thing.</w:t>
      </w:r>
    </w:p>
    <w:p>
      <w:r>
        <w:rPr>
          <w:b/>
        </w:rPr>
        <w:t xml:space="preserve">[25:24] </w:t>
      </w:r>
      <w:r>
        <w:t>it has to be only one time ring. let the person he might be doing some important work aur kuch zaroori kaam karen. usko jab time milega to definitely that person will call back. so, there are so many, it's like a pitara. when you talk on the social thought, social ethics, then there's a whole box where we can talk on many things, you know. i asked najma apa to please share her learning.</w:t>
      </w:r>
    </w:p>
    <w:p>
      <w:pPr>
        <w:jc w:val="right"/>
      </w:pPr>
      <w:r>
        <w:t>It has to be only one time ring. Let the person he might be doing some important work और कुछ ज़रूरी काम करें. उसको जब time मिलेगा तो definitely that person will call back. So, there are so many, it's like a पिटारा. When you talk on the social thought, social ethics, then there's a whole box where we can talk on many things, you know. I asked नजमा अपा to please share her learning.</w:t>
      </w:r>
    </w:p>
    <w:p>
      <w:r>
        <w:rPr>
          <w:b/>
        </w:rPr>
        <w:t xml:space="preserve">[25:50] </w:t>
      </w:r>
      <w:r>
        <w:t>jaza akalla, jaza akalla, salam aleykum. sab logon ne bahut important cheezen discuss kari hain jo ke hum jab tak samajhni ek cheez hai lekin usko apne behavior mein lakar apply karna bahut important hai. aaj ka topic bahut vast hai. to allah humein quran ke zariye har tarah ki guidance deta hai ke hum ibadat ke bare mein batata hai.</w:t>
      </w:r>
    </w:p>
    <w:p>
      <w:pPr>
        <w:jc w:val="right"/>
      </w:pPr>
      <w:r>
        <w:t>जज़ा अकल्ला, जज़ा अकल्ला, सलाम अलेकुम. सब लोगों ने बहुत important चीज़ें discuss करी हैं जो कि हम जब तक समझनी एक चीज़ है लेकिन उसको अपने behavior में लाकर apply करना बहुत important है. आज का topic बहुत vast है. तो अल्लाह हमें क़ुरान के ज़रिए हर तरह की guidance देता है कि हम इबादत के बारे में बताता है.</w:t>
      </w:r>
    </w:p>
    <w:p>
      <w:r>
        <w:rPr>
          <w:b/>
        </w:rPr>
        <w:t xml:space="preserve">[26:20] </w:t>
      </w:r>
      <w:r>
        <w:t>iske alawa doosron se kaisa salook kiya jaye? yaani husne salook ki baat. to iska matlab hai jab ibadat ke saath yeh husn se husne salook ki importance hai.</w:t>
      </w:r>
    </w:p>
    <w:p>
      <w:pPr>
        <w:jc w:val="right"/>
      </w:pPr>
      <w:r>
        <w:t>इसके अलावा दूसरों से कैसा सलूक किया जाए? यानी हुस्ने सलूक की बात. तो इसका मतलब है जब इबादत के साथ यह हुस्नू से हुस्ने सलूक की importance है.</w:t>
      </w:r>
    </w:p>
    <w:p>
      <w:r>
        <w:rPr>
          <w:b/>
        </w:rPr>
        <w:t xml:space="preserve">[26:32] </w:t>
      </w:r>
      <w:r>
        <w:t>yeh islam mein bahut zyada hai aur mardon aur auraton ko dono ko muqateb karke woh har badi chhoti baat batata hai ke hum kaise ek doosre se ke saath apne relations ko rakhen, apne relations ko improve karen aur ek brotherhood ki feeling kaise develop karen? yeh bahut hi zyada important cheez hai.</w:t>
      </w:r>
    </w:p>
    <w:p>
      <w:pPr>
        <w:jc w:val="right"/>
      </w:pPr>
      <w:r>
        <w:t>यह इस्लाम में बहुत ज़्यादा है और मर्दों और औरतों को दोनों को मुक़ातिब करके वह हर बड़ी छोटी बात बताता है कि हम कैसे एक दूसरे से के साथ अपने relations को रखें, अपने relations को improve करें और एक brotherhood की feeling कैसे develop करें? यह बहुत ही ज़्यादा important चीज़ है.</w:t>
      </w:r>
    </w:p>
    <w:p>
      <w:r>
        <w:rPr>
          <w:b/>
        </w:rPr>
        <w:t xml:space="preserve">[26:57] </w:t>
      </w:r>
      <w:r>
        <w:t>doosron ki respect karen, logon ki aadat hoti hai, qareemat karte hain, batate hain. abhi sabne bataya ke kisiyan khane par ja rahe hain lautkar, ulte seedhe discussions ho rahe hain.</w:t>
      </w:r>
    </w:p>
    <w:p>
      <w:pPr>
        <w:jc w:val="right"/>
      </w:pPr>
      <w:r>
        <w:t>दूसरों की respect करें, लोगों की आदत होती है, क़रीमत करते हैं, बताते हैं. अभी सबने बताया कि किसीकियां खाने पर जा रहे हैं लौटकर, उल्टे सीधे discussions हो रहे हैं.</w:t>
      </w:r>
    </w:p>
    <w:p>
      <w:r>
        <w:rPr>
          <w:b/>
        </w:rPr>
        <w:t xml:space="preserve">[27:09] </w:t>
      </w:r>
      <w:r>
        <w:t>to in sab se humein bahut zyada bachna hai aur jab hum yeh sab kuch karenge agar hum is baat ko samjhenge aur jo baat doctor safina ne kahi ke jab tak humein ek to social ethics hai jo society samajhti hai, jisko achha samajhti hai woh hum karte hain.</w:t>
      </w:r>
    </w:p>
    <w:p>
      <w:pPr>
        <w:jc w:val="right"/>
      </w:pPr>
      <w:r>
        <w:t>तो इन सब से हमें बहुत ज़्यादा बचना है और जब हम यह सब कुछ करेंगे अगर हम इस बात को समझेंगे और जो बात doctor सफ़ीना ने कही कि जब तक हमें एक तो social ethics है जो society समझती है, जिसको अच्छा समझती है वह हम करते हैं.</w:t>
      </w:r>
    </w:p>
    <w:p>
      <w:r>
        <w:rPr>
          <w:b/>
        </w:rPr>
        <w:t xml:space="preserve">[27:30] </w:t>
      </w:r>
      <w:r>
        <w:t>lekin jab yeh humein allah ka dar hota hai to uske saath hum yeh sochkar ke hum hamara iman otherwise woh hoga, isko sochkar karna bahut important hai. to jab hum apne akhlaq achhe honge to tabhi istemali akhlaq bhi behtar honge yaani collective akhlaq jo hain congregational mannerism hai, ethics hai, morals hain.</w:t>
      </w:r>
    </w:p>
    <w:p>
      <w:pPr>
        <w:jc w:val="right"/>
      </w:pPr>
      <w:r>
        <w:t>लेकिन जब यह हमें अल्लाह का डर होता है तो उसके साथ हम यह सोचकर कि हम हमारा ईमान otherwise वह होगा, इसको सोचकर करना बहुत important है. तो जब हम अपने अख़लाग़ अच्छे होंगे तो तभी इस्तेमाली अख़लाग़ भी बेहतर होंगे यानी collective अख़लाक जो हैं congregational mannerism है, ethics है, morals हैं.</w:t>
      </w:r>
    </w:p>
    <w:p>
      <w:r>
        <w:rPr>
          <w:b/>
        </w:rPr>
        <w:t xml:space="preserve">[27:58] </w:t>
      </w:r>
      <w:r>
        <w:t>hum surah alnoor mein isi tarah ke bahut zyada guidance di gayi hai. jaisa ke hum sab jante hain ke jab kuch logon ne bagair verify kiye hue hazrat aishah par tuhmat lagayi thi, woh taan lagaya tha to uske baad yeh ayat utrih alnoor aur allah ne kaha ke tumne theek guman kyun nahi kiya?</w:t>
      </w:r>
    </w:p>
    <w:p>
      <w:pPr>
        <w:jc w:val="right"/>
      </w:pPr>
      <w:r>
        <w:t>हम सूर्य अलनूर में इसी तरह के बहुत ज़्यादा guidance दी गई है. जैसा कि हम सब जानते हैं कि जब कुछ लोगों ने बगैर verify किए हुए हज़रत आईशाहब पर तुहमत लगाई थी, वह तान लगाया था तो उसके बाद यह आयत उत्रीह अल्लूर और अल्लाह ने कहा कि तुमने ठीक गुमान क्यों नहीं किया?</w:t>
      </w:r>
    </w:p>
    <w:p>
      <w:r>
        <w:rPr>
          <w:b/>
        </w:rPr>
        <w:t xml:space="preserve">[28:25] </w:t>
      </w:r>
      <w:r>
        <w:t>aur gunah ka naam lagana bahut alag alag cheez hai ke woh un un usne poori ayat utri. to tuhmat kaise laga di? jo tuhmat lagate hain un par duniya aur aakhiraakh mein lanat hai. to yeh baat hum padhkar aise hi chhod den balki yeh cheezen aisi hain jisko humein internalize karkar apne behavior mein lana hai. isko humein bahut importance deni hai.</w:t>
      </w:r>
    </w:p>
    <w:p>
      <w:pPr>
        <w:jc w:val="right"/>
      </w:pPr>
      <w:r>
        <w:t>और गुनाह का नाम लगाना बहुत अलग अलग चीज़ है कि वह उन उन उसने पूरी आयत उतरी. तो तोहमत कैसे लगा दी? जो तोहमत लगाते हैं उन पर दुनिया और आख़िराख़ में लानत है. तो यह बात हम पढ़कर ऐसे ही छोड़ दें बल्कि यह चीज़ें ऐसी हैं जिसको हमें internalize करके अपने behavior में लाना है. इसको हमें बहुत importance देनी है.</w:t>
      </w:r>
    </w:p>
    <w:p>
      <w:r>
        <w:rPr>
          <w:b/>
        </w:rPr>
        <w:t xml:space="preserve">[28:54] </w:t>
      </w:r>
      <w:r>
        <w:t>iske alawa aur bhi bahut achhe morals aur manages ki guidance di hai isi surat mein ke jab kisi ke ghar jao to usse ijazat lekar jao. yaani ab hamare ethics to hum ab baat kar rahe hain. lekin quran mein itne saal pehle yeh baaten qazoor sallah wale wasallah ke zamane mein wahan par agar koi nahi hai to wapas aa jao.</w:t>
      </w:r>
    </w:p>
    <w:p>
      <w:pPr>
        <w:jc w:val="right"/>
      </w:pPr>
      <w:r>
        <w:t>इसके अलावा और भी बहुत अच्छे morals और manages की guidance दी है इसी सूरत में कि जब किसी के घर जाओ तो उससे इजाज़त लेकर जाओ. यानी अब हमारे ethics तो हम अब बात कर रहे हैं. लेकिन पुरान में इतने साल पहले यह बातें क़ज़ूर सल्लाह वाले वसल्लाह के जमाने में वहां पर अगर कोई नहीं है तो वापस आ जाओ.</w:t>
      </w:r>
    </w:p>
    <w:p>
      <w:r>
        <w:rPr>
          <w:b/>
        </w:rPr>
        <w:t xml:space="preserve">[29:20] </w:t>
      </w:r>
      <w:r>
        <w:t>iske alawa jo aaj maulana al hazrat ki chapter 11 ki jo baat kar rahe hain to maulana ne kaha ke allah kehta hai ke mard aur aurat ek doosre ka mazak na udayen. to yeh ek common baat hai ke log baithe baithe is tarah ki baaten karte hain. kya pata ke allah ke nazar mein woh humse behtar hon.</w:t>
      </w:r>
    </w:p>
    <w:p>
      <w:pPr>
        <w:jc w:val="right"/>
      </w:pPr>
      <w:r>
        <w:t>इसके अलावा जो आज मौलाना अल हज़रात की chapter 11 की जो बात कर रहे हैं तो मौलाना ने कहा कि अल्लाह कहता है कि मर्द और औरत एक दूसरे का मज़ाक ना उड़ाएं. तो यह एक common बात है कि लोग बैठे बैठे इस तरह की बातें करते हैं. क्या पता कि अल्लाह के नज़र में वह हमसे बेहतर हों.</w:t>
      </w:r>
    </w:p>
    <w:p>
      <w:r>
        <w:rPr>
          <w:b/>
        </w:rPr>
        <w:t xml:space="preserve">[29:45] </w:t>
      </w:r>
      <w:r>
        <w:t>to yahi baat hai ke criteria hamara criteria kuch aur hai, allah ka criteria kuch aur hai. to bahut se log ek doosre ko taana dete hain, aib lagate hain, bure bure lakav aur yeh badi common baat hai ke ajeeb se ajeeb ajeeb laqab aur naam alag ajeeb ajeeb namon se pukarte hain. isse shayad unhein apni badhai ka ehsaas hota hai aur taskeen unhein milti hai.</w:t>
      </w:r>
    </w:p>
    <w:p>
      <w:pPr>
        <w:jc w:val="right"/>
      </w:pPr>
      <w:r>
        <w:t>तो यही बात है कि criteria हमारा criteria कुछ और है, अल्लाह का criteria कुछ और है. तो बहुत से लोग एक दूसरे को ताना देते हैं, ऐब लगाते हैं, बुरे बुरे लकव और यह बड़ी common बात है कि अजीब से अजीब अजीब लक़ाब और नाम अलग अजीब अजीब नामों से पुकारते हैं. इससे शायद उन्हें अपनी बढ़ाई का एहसास होता है और तस्कीन उन्हें मिलती है.</w:t>
      </w:r>
    </w:p>
    <w:p>
      <w:r>
        <w:rPr>
          <w:b/>
        </w:rPr>
        <w:t xml:space="preserve">[30:13] </w:t>
      </w:r>
      <w:r>
        <w:t>to yeh sab cheezen allah ki nazar mein gunah hain aur hum allah ke bare mein jab sochenge uska hamare hamari dar hoga, usse mohabbat hogi tabhi hum in baaton par focus kar sakte hain. achha bura to sirf wahi hai jo allah ki nazar mein achha ho ya bura ho.</w:t>
      </w:r>
    </w:p>
    <w:p>
      <w:pPr>
        <w:jc w:val="right"/>
      </w:pPr>
      <w:r>
        <w:t>तो यह सब चीज़ें अल्लाह की नज़र में गुना हैं और हम अल्लाह के बारे में जब सोचेंगे उसका हमारे हमारी डर होगा, उससे मोहब्बत होगी तभी हम इन बातों पर focus कर सकते हैं. अच्छा बुरा तो सिर्फ़ वही है जो अल्लाह की नज़र में अच्छा हो या बुरा हो.</w:t>
      </w:r>
    </w:p>
    <w:p>
      <w:r>
        <w:rPr>
          <w:b/>
        </w:rPr>
        <w:t xml:space="preserve">[30:33] </w:t>
      </w:r>
      <w:r>
        <w:t>agar hum yeh baat samajh jayen to phir is tarah ke kaam yaani apne ko bada samajhna, kisi doosre ka mazak udana, taane dena, app lagana, bure bure namon se pukarna in sab kamon se hum bachenge.</w:t>
      </w:r>
    </w:p>
    <w:p>
      <w:pPr>
        <w:jc w:val="right"/>
      </w:pPr>
      <w:r>
        <w:t>अगर हम यह बात समझ जाएं तो फिर इस तरह के काम यानी अपने को बड़ा समझना, किसी दूसरे का मज़ाक उड़ाना, ताने देना, app लगाना, बुरे बुरे नामों से पुकारना इन सब कामों से हम बचेंगे.</w:t>
      </w:r>
    </w:p>
    <w:p>
      <w:r>
        <w:rPr>
          <w:b/>
        </w:rPr>
        <w:t xml:space="preserve">[30:49] </w:t>
      </w:r>
      <w:r>
        <w:t>chahe hamein in kaamon se bachna chahiye aur bacheinge bhi agar hum hamein dar hai aur yeh cheezein</w:t>
      </w:r>
    </w:p>
    <w:p>
      <w:pPr>
        <w:jc w:val="right"/>
      </w:pPr>
      <w:r>
        <w:t>चाहे हमें इन कामों से बचना चाहिए और बचेंगे भी अगर हम हमें डर है और यह चीज़ें</w:t>
      </w:r>
    </w:p>
    <w:p>
      <w:r>
        <w:rPr>
          <w:b/>
        </w:rPr>
        <w:t xml:space="preserve">[30:56] </w:t>
      </w:r>
      <w:r>
        <w:t>sari jannat ke liye hamein eligible banati hain ke hum hamare kya mannerism hain aur aik jannat ke</w:t>
      </w:r>
    </w:p>
    <w:p>
      <w:pPr>
        <w:jc w:val="right"/>
      </w:pPr>
      <w:r>
        <w:t>सारी जन्नत के लिए हमें eligible बनाती हैं कि हम हमारे क्या mannerism हैं और एक जन्नत के</w:t>
      </w:r>
    </w:p>
    <w:p>
      <w:r>
        <w:rPr>
          <w:b/>
        </w:rPr>
        <w:t xml:space="preserve">[31:04] </w:t>
      </w:r>
      <w:r>
        <w:t>liye eligible banane ki ek bahut important aspect hai aur agar hamara focus aakhirah par hoga to yeh</w:t>
      </w:r>
    </w:p>
    <w:p>
      <w:pPr>
        <w:jc w:val="right"/>
      </w:pPr>
      <w:r>
        <w:t>लिए eligible बनाने की एक बहुत important aspect है और अगर हमारा focus आख़िरा पर होगा तो यह</w:t>
      </w:r>
    </w:p>
    <w:p>
      <w:r>
        <w:rPr>
          <w:b/>
        </w:rPr>
        <w:t xml:space="preserve">[31:12] </w:t>
      </w:r>
      <w:r>
        <w:t>ghalat baatein hum zaroor nahin karenge.</w:t>
      </w:r>
    </w:p>
    <w:p>
      <w:pPr>
        <w:jc w:val="right"/>
      </w:pPr>
      <w:r>
        <w:t>ग़लत बातें हम ज़रूर नहीं करेंगे.</w:t>
      </w:r>
    </w:p>
    <w:p>
      <w:r>
        <w:rPr>
          <w:b/>
        </w:rPr>
        <w:t xml:space="preserve">[31:20] </w:t>
      </w:r>
      <w:r>
        <w:t>to yeh sirf islam lana aur namaz padh lena yeh kaafi nahi hai. in sab cheezon ko sochna bhi bahut zyada important hai. agar har ek ise aur aisa kare karne se bachega to uske akhlaq to achhe ho gayi aur phir poore society ke istemali taur par poori society ke akhlaq behtar roeyenge. to society bhi improve hogi.</w:t>
      </w:r>
    </w:p>
    <w:p>
      <w:pPr>
        <w:jc w:val="right"/>
      </w:pPr>
      <w:r>
        <w:t>तो यह सिर्फ़ इस्लाम लाना और नमाज़ पढ़ लेना यह काफ़ी नहीं है. इन सब चीज़ों को सोचना भी बहुत ज़्यादा important है. अगर हर एक इसे और ऐसा करे करने से बचेगा तो उसके अख़िलाक़ तो अच्छे हो गई और फिर पूरे society के इस्तेमाली तौर पर पूरी society के अख़लाक़ बेहतर रोएंगे. तो society भी improve होगी.</w:t>
      </w:r>
    </w:p>
    <w:p>
      <w:r>
        <w:rPr>
          <w:b/>
        </w:rPr>
        <w:t xml:space="preserve">[31:49] </w:t>
      </w:r>
      <w:r>
        <w:t>yahi humein islam sikhata hai aur hum yeh sochkar karein ke humara farz banta hai ke hum khuda ke ahkamon ko khuda ki taraf se apne aap par naksh kar rahe hain ya apne upar apply kar rahe hain. to yeh jo baat Doctor Safeena keh rahi thi ke ek social ethic society ke hain aur ek islam ke hain.</w:t>
      </w:r>
    </w:p>
    <w:p>
      <w:pPr>
        <w:jc w:val="right"/>
      </w:pPr>
      <w:r>
        <w:t>यही हमें इस्लाम सिखाता है और हम यह सोचकर करें कि हमारा फर्ज बनता है कि हम खुदा के ऐकामों को खुदा की तरफ से अपने आप पर नाकिश कर रहे हैं या अपने ऊपर apply कर रहे हैं. तो यह जो बात Doctor सफीना कह रही थी कि एक social ethic society के हैं और एक इस्लाम के हैं.</w:t>
      </w:r>
    </w:p>
    <w:p>
      <w:r>
        <w:rPr>
          <w:b/>
        </w:rPr>
        <w:t xml:space="preserve">[32:14] </w:t>
      </w:r>
      <w:r>
        <w:t>to islam mein hum yeh sochkar kar rahe hain ke yeh Allah ne humse kaha hai. isliye yeh baaten humare liye bahut zaroori hain taake hum Allah ke nazron mein achhe akhlaq wale hon aur istemali taur par bhi poori society ke akhlaq achhe ho jayen.</w:t>
      </w:r>
    </w:p>
    <w:p>
      <w:pPr>
        <w:jc w:val="right"/>
      </w:pPr>
      <w:r>
        <w:t>तो इस्लाम में हम यह सोचकर कर रहे हैं कि यह अल्लाह ने हमसे कहा है. इसलिए यह बातें हमारे लिए बहुत ज़रूरी हैं ताकि हम अल्लाह के नज़रों में अच्छे अकलाक वाले हों और इस्तेमाली तौर पर भी पूरी society के अकलाक अच्छे हो जाएं.</w:t>
      </w:r>
    </w:p>
    <w:p>
      <w:r>
        <w:rPr>
          <w:b/>
        </w:rPr>
        <w:t xml:space="preserve">[32:30] </w:t>
      </w:r>
      <w:r>
        <w:t>yeh sochkar hum baat karein aur ek bahut important baat hai ke jis par humein jis par focus karna hai ke apne bachchon ko aur logon ko hum jo baat humari sunte hain unko bhi yeh samjhana. asal mein yeh ghar ke mahaul par bhi bahut depend karta hai ke ghar mein log baith baithkar ek doosre ka mazaq udate hain. to bachchon ko bhi lagta hai ke haan yeh sab chal theek hai.</w:t>
      </w:r>
    </w:p>
    <w:p>
      <w:pPr>
        <w:jc w:val="right"/>
      </w:pPr>
      <w:r>
        <w:t>यह सोचकर हम बात करें और एक बहुत important बात है कि जिस पर हमें जिस पर focus करना है कि अपने बच्चों को और लोगों को हम जो बात हमारी सुनते हैं उनको भी यह समझाना. असल में यह घर के माहौल पर भी बहुत depend करता है कि घर में लोग बैठ बैठकर एक दूसरे का मज़ाक उड़ाते हैं. तो बच्चों को भी लगता है कि हां यह सब चल ठीक है.</w:t>
      </w:r>
    </w:p>
    <w:p>
      <w:r>
        <w:rPr>
          <w:b/>
        </w:rPr>
        <w:t xml:space="preserve">[32:55] </w:t>
      </w:r>
      <w:r>
        <w:t>So, this is something very important ke jin gharon mein is tarah ki baaten nahi hoti, positivity hoti hai, givers hote hain to woh generation generations theek hoti hain aur society par uska bahut asar padta hai. to yeh ek aur CPS ke members ko positivity ki wajah se aur Maulana ne Allah ke darr, Allah ke fear se bahut kuch yeh sikhaya hai.</w:t>
      </w:r>
    </w:p>
    <w:p>
      <w:pPr>
        <w:jc w:val="right"/>
      </w:pPr>
      <w:r>
        <w:t>So, this is something very important कि जिन घरों में इस तरह की बातें नहीं होती, positivity होती है, givers होते हैं तो वह generation generations ठीक होती हैं और society पर उसका बहुत असर पड़ता है. तो यह एक और CPS के members को positivity की वजह से और मौलाना ने अल्लाह के डर, अल्लाह के fear से बहुत कुछ यह सिखाया है.</w:t>
      </w:r>
    </w:p>
    <w:p>
      <w:r>
        <w:rPr>
          <w:b/>
        </w:rPr>
        <w:t xml:space="preserve">[33:23] </w:t>
      </w:r>
      <w:r>
        <w:t>to I think bahut zyada improvement hai CPS ke logon mein aur jo is tarah ke discussions hote hain uska asar. to yahi meri learning hai. Such a broad topic that you can keep on talking about it zyada kal. Thank you Nijmahapa.</w:t>
      </w:r>
    </w:p>
    <w:p>
      <w:pPr>
        <w:jc w:val="right"/>
      </w:pPr>
      <w:r>
        <w:t>तो I think बहुत ज़्यादा improvement है CPS के लोगों में और जो इस तरह के discussions होते हैं उसका असर. तो यही मेरी learning है. Such a broad topic that you can keep on talking about it ज़्यादा कल. Thank you निजमाहापा.</w:t>
      </w:r>
    </w:p>
    <w:p>
      <w:r>
        <w:rPr>
          <w:b/>
        </w:rPr>
        <w:t xml:space="preserve">[33:43] </w:t>
      </w:r>
      <w:r>
        <w:t>Maulana ne literature mein maine kahin padha tha ke hum agar insanon ka shukr nahi karna jante hain to hum Khuda ka bhi shukr nahi this kar is such a profound line. It encases, empasses entire thing sari cheezen ismein submit karke aa jati hain ke jab tak hum insanon ka shukr ada nahi karenge, hum Khuda ka bhi shukr ada nahi kar sakte hain. humare yahan bahut sari ladies judi hui hain.</w:t>
      </w:r>
    </w:p>
    <w:p>
      <w:pPr>
        <w:jc w:val="right"/>
      </w:pPr>
      <w:r>
        <w:t>माला ना कि literature में मैंने कहीं पढ़ा था कि हम अगर इंसानों का शुक्र नहीं करना जानते हैं तो हम उधर का भी शुक्र नहीं This कर is such a profound line. It encases, empasses entire thing सारी चीज़ें इसमें submit करके आ जाती हैं कि जब तक हम इंसानों का शुक्र अदा नहीं करेंगे, हम खुदा का भी शुक्र अदा नहीं कर सकते हैं. हमारे यहां बहुत सारी ladies जुड़ी हुई हैं.</w:t>
      </w:r>
    </w:p>
    <w:p>
      <w:r>
        <w:rPr>
          <w:b/>
        </w:rPr>
        <w:t xml:space="preserve">[34:13] </w:t>
      </w:r>
      <w:r>
        <w:t>bahut hi important topic hai humara yeh social ethics. hum aapse bhi sunna chahenge, apni learning ko humare sath share karein. That would be definitely interesting. So please raise your hands whoever want to say something. Ok, Ashish ji. Assalam Alaikum everyone.</w:t>
      </w:r>
    </w:p>
    <w:p>
      <w:pPr>
        <w:jc w:val="right"/>
      </w:pPr>
      <w:r>
        <w:t>बहुत ही important topic है हमारा यह social ethics. हम आपसे भी सुनना चाहेंगे, अपनी learning को हमारे साथ share करें. That would be definitely interesting. So please raise your hands whoever want to say something. Ok, आशीष जी. असुलाम अलीकुल everyone.</w:t>
      </w:r>
    </w:p>
    <w:p>
      <w:r>
        <w:rPr>
          <w:b/>
        </w:rPr>
        <w:t xml:space="preserve">[34:41] </w:t>
      </w:r>
      <w:r>
        <w:t>Quran mein ek verse hai social ethics ke bare mein. yeh to bahut important verse hai ke jab bhi humare samne burai aane se burai ko achhe surup se jawab do. kyunke aap agar aisa karne se jo aapke liye kehne hain cheh person, doosre person aapko khaas dost banoge.</w:t>
      </w:r>
    </w:p>
    <w:p>
      <w:pPr>
        <w:jc w:val="right"/>
      </w:pPr>
      <w:r>
        <w:t>क़ुरान में एक verse है social ethics के बारे में. यह तो बहुत important verse है कि जब भी हमारे सामने पुराई आने से पुराई को अच्छे सुरूप से जवाब दो. क्योंकि आप अगर ऐसा करने से जो आपके लिए कहने हैं छह person, दूसरे person आपको ख़ास दोस्त बनोगे.</w:t>
      </w:r>
    </w:p>
    <w:p>
      <w:r>
        <w:rPr>
          <w:b/>
        </w:rPr>
        <w:t xml:space="preserve">[35:04] </w:t>
      </w:r>
      <w:r>
        <w:t>iska matlab hai hum har insan se achhi taluqat rakhni chahti hain aur meri experience hai ke hum har insan se positive attitude se rehne se ek nayi baat milti hai seekhne ke liye. jab humein unke upar negative reaction dene se hum kuch nahi nahi seekh sakte.</w:t>
      </w:r>
    </w:p>
    <w:p>
      <w:pPr>
        <w:jc w:val="right"/>
      </w:pPr>
      <w:r>
        <w:t>इसका मतलब है हम हर इंसान से अच्छी तालुकात रखनी चाहती हैं और मेरी experience है कि हम हर इंसान से positive attitude से रहने से एक नई बात मिलती है सीखने के लिए. जब हमें उनके ऊपर negative reaction देने से हम कुछ नहीं नहीं सीख सकते.</w:t>
      </w:r>
    </w:p>
    <w:p>
      <w:r>
        <w:rPr>
          <w:b/>
        </w:rPr>
        <w:t xml:space="preserve">[35:27] </w:t>
      </w:r>
      <w:r>
        <w:t>agar hum unki baat par dhyan dene se, carefully listen karne se ek ek baat ko do do baar, teen teen baar repeat karne se un ek every person in the world teach you something new, which you do not know before. aap usko pehle nahi jante ho. ek nayi word maloom hoti hai, nayi advice milti hai unki baaton se.</w:t>
      </w:r>
    </w:p>
    <w:p>
      <w:pPr>
        <w:jc w:val="right"/>
      </w:pPr>
      <w:r>
        <w:t>अगर हम उनकी बात पर ज्ञान देने से, carefully listen करने से एक एक बात को दो दो बार, तीन तीन बार repeat करने से उन एक every person in the world teach you something new, which you do not know before. आप उसको पहले नहीं जानते हो. एक नई word मालूम होती है, नई advice मिलती है उनकी बातों से.</w:t>
      </w:r>
    </w:p>
    <w:p>
      <w:r>
        <w:rPr>
          <w:b/>
        </w:rPr>
        <w:t xml:space="preserve">[35:52] </w:t>
      </w:r>
      <w:r>
        <w:t>Like, koi for example deewana ki munh se bhi ek aisi baat nikalti hai woh aapki lagi badalti hai.</w:t>
      </w:r>
    </w:p>
    <w:p>
      <w:pPr>
        <w:jc w:val="right"/>
      </w:pPr>
      <w:r>
        <w:t>Like, कोई for example दीवाना की मुंह से भी एक ऐसी बात निकलती है वह आपकी लगी बदलती है.</w:t>
      </w:r>
    </w:p>
    <w:p>
      <w:r>
        <w:rPr>
          <w:b/>
        </w:rPr>
        <w:t xml:space="preserve">[36:00] </w:t>
      </w:r>
      <w:r>
        <w:t>isiliye hum har insan se positive attitude ke sath rehni chahiye taake woh bura attitude show karne se bhi hum uske sath achhi soch soch hi chahiye taake iska result ek hoga ke humari intellectual development mein izafa hogi aur humari event mission without any hurdles hum continue kar sakte hain.</w:t>
      </w:r>
    </w:p>
    <w:p>
      <w:pPr>
        <w:jc w:val="right"/>
      </w:pPr>
      <w:r>
        <w:t>इसीलिए हम हर इंसान से positive attitude के साथ रहनी चाहिए ताकि वह बुरा attitude show करने से भी हम उसके साथ अच्छी सोच सोच ही चाहिए ताकि इसका result एक होगा कि हमारी intellectual development में इज़ाफ़ा होगी और हमारी event mission without any hurdles हम continue कर सकते हैं.</w:t>
      </w:r>
    </w:p>
    <w:p>
      <w:r>
        <w:rPr>
          <w:b/>
        </w:rPr>
        <w:t xml:space="preserve">[36:26] </w:t>
      </w:r>
      <w:r>
        <w:t>yeh yeh important social ethics hai. One of the most important social ethics. This is my learning. Thank you. Ok. Maulana also used to say ke woh kahin bhi jate the. yahan tak tracks hi mein bhi baithte the, taxi gaadi mein uske driver se interact karte the. Asha yocha has pointed a very important thing ke har koi se hum seekh sakte hain. chahe woh cycle wala hi kyun na ho, kya hai woh rickshaw wala hi kyun na ho.</w:t>
      </w:r>
    </w:p>
    <w:p>
      <w:pPr>
        <w:jc w:val="right"/>
      </w:pPr>
      <w:r>
        <w:t>यह यह important social ethics है. One of the most important social ethics. This is my learning. Thank you. Ok. मोलाना also used to say कि वह कहीं भी जाते थे. यहां तक tracks ही में भी बैठते थे, taxi गाड़ी में उसके driver से interact करते थे. आशा योचा has pointed a very important thing कि हर कोई से हम सीख सकते हैं. चाहे वह cycle वाला ही क्यों ना हो, क्या है वह रिक्शे वाला ही क्यों ना हो.</w:t>
      </w:r>
    </w:p>
    <w:p>
      <w:r>
        <w:rPr>
          <w:b/>
        </w:rPr>
        <w:t xml:space="preserve">[36:56] </w:t>
      </w:r>
      <w:r>
        <w:t>to har har insan ki zindagi ki apne apne experiences hoti hain aur hum jab interact karte hain, kahin na kahin hum usse ek lesson derive kar sakte hain. This is also a part of a social ethics. So, aur koi yahan par bolna chahega? Please raise your hand. Haan Shreena. Bahut achha sabne hi bataya. Asha Yusra ka point bahut achha laga.</w:t>
      </w:r>
    </w:p>
    <w:p>
      <w:pPr>
        <w:jc w:val="right"/>
      </w:pPr>
      <w:r>
        <w:t>तो हर हर इंसान की ज़िंदगी की अपने अपने experiences होती है और हम जब interact करते हैं, कहीं ना कहीं हम उससे एक lesson derive कर सकते हैं. This is also a part of a social ethics. So, और कोई यहां पर बोलना चाहेगा? Please raise your hand. हां श्रीना. बहुत अच्छा सबने ही बताया. आशा युसरा का point बहुत अच्छा लगा.</w:t>
      </w:r>
    </w:p>
    <w:p>
      <w:r>
        <w:rPr>
          <w:b/>
        </w:rPr>
        <w:t xml:space="preserve">[37:24] </w:t>
      </w:r>
      <w:r>
        <w:t>matlab seekhne ke liye har cheez Allah taala hum har ek se hum seekh sakte rahe hain.</w:t>
      </w:r>
    </w:p>
    <w:p>
      <w:pPr>
        <w:jc w:val="right"/>
      </w:pPr>
      <w:r>
        <w:t>मतलब सीखने के लिए हर चीज़ अल्लाह तालाह हमें हर एक से हम सीख सकते रहे हैं.</w:t>
      </w:r>
    </w:p>
    <w:p>
      <w:r>
        <w:rPr>
          <w:b/>
        </w:rPr>
        <w:t xml:space="preserve">[37:38] </w:t>
      </w:r>
      <w:r>
        <w:t>yeh toh Allah taala ne kainat se hi humko bata diya aur yeh har insaan se hum seekh</w:t>
      </w:r>
    </w:p>
    <w:p>
      <w:pPr>
        <w:jc w:val="right"/>
      </w:pPr>
      <w:r>
        <w:t>यह तो अल्लाह तालाह ने कैनात से ही हमको बता दिया और यह हर इंसान से हम सीख</w:t>
      </w:r>
    </w:p>
    <w:p>
      <w:r>
        <w:rPr>
          <w:b/>
        </w:rPr>
        <w:t xml:space="preserve">[37:52] </w:t>
      </w:r>
      <w:r>
        <w:t>sakte hain chahe woh sahi ho.</w:t>
      </w:r>
    </w:p>
    <w:p>
      <w:pPr>
        <w:jc w:val="right"/>
      </w:pPr>
      <w:r>
        <w:t>सकते हैं चाहे वह सही हो.</w:t>
      </w:r>
    </w:p>
    <w:p>
      <w:r>
        <w:rPr>
          <w:b/>
        </w:rPr>
        <w:t xml:space="preserve">[38:06] </w:t>
      </w:r>
      <w:r>
        <w:t>Rasoolullah bhi is tarah se bahut sari cheezon ko mamooli aadmi se bhi woh seekhte the.</w:t>
      </w:r>
    </w:p>
    <w:p>
      <w:pPr>
        <w:jc w:val="right"/>
      </w:pPr>
      <w:r>
        <w:t>रसोलिल्लाह भी इस तरह से बहुत सारी चीज़ों को मामूली आदमी से भी वह सीखते थे.</w:t>
      </w:r>
    </w:p>
    <w:p>
      <w:r>
        <w:rPr>
          <w:b/>
        </w:rPr>
        <w:t xml:space="preserve">[38:20] </w:t>
      </w:r>
      <w:r>
        <w:t>us se baat karte the, interaction karte the.</w:t>
      </w:r>
    </w:p>
    <w:p>
      <w:pPr>
        <w:jc w:val="right"/>
      </w:pPr>
      <w:r>
        <w:t>उससे बात करते थे, interaction करते थे.</w:t>
      </w:r>
    </w:p>
    <w:p>
      <w:r>
        <w:rPr>
          <w:b/>
        </w:rPr>
        <w:t xml:space="preserve">[38:34] </w:t>
      </w:r>
      <w:r>
        <w:t>aur ek yeh cheez aur yahan par maine padha tha ke Aisha Allah anp se nakl kiya hai ke woh kehti hain ke mere pas ek miskeen aurat aayi. uske pas koi cheez thi jo mujhko dena chahti thi.</w:t>
      </w:r>
    </w:p>
    <w:p>
      <w:pPr>
        <w:jc w:val="right"/>
      </w:pPr>
      <w:r>
        <w:t>और एक यह चीज़ और यहां पर मैंने पढ़ा था कि आइशार अल्लाह अनुप से नकल किया है कि वह कहती हैं कि मेरे पास एक मिस्कीन औरत आई. उसके पास कोई चीज़ थी जो मुझको देना चाहती थी.</w:t>
      </w:r>
    </w:p>
    <w:p>
      <w:r>
        <w:rPr>
          <w:b/>
        </w:rPr>
        <w:t xml:space="preserve">[39:03] </w:t>
      </w:r>
      <w:r>
        <w:t>tum uski hadiya ko qubool kar leti aur usko kuch badla de deti. mera khayalat ke tumne usko haqeer samjha. Ae Aisha, tawazu ehtiyar kar kyunke Allah tawazu karne walon ko pasand karta hai aur muddat kabrin se bahut rakhta hai.</w:t>
      </w:r>
    </w:p>
    <w:p>
      <w:pPr>
        <w:jc w:val="right"/>
      </w:pPr>
      <w:r>
        <w:t>तुम उसकी हदिया को कुबूल कर लेती और उसको कुछ बदला दे देती. मेरा ख़यारत कि तुमने उसको हख़ीर समझा. ऐ आशाह, तवाज़ु एहतियार कर क्योंकि अल्लाह तवाज़ु करने वालों को पसंद करता है और मुद्दत कब्रीन से बहुत रखता है.</w:t>
      </w:r>
    </w:p>
    <w:p>
      <w:r>
        <w:rPr>
          <w:b/>
        </w:rPr>
        <w:t xml:space="preserve">[39:21] </w:t>
      </w:r>
      <w:r>
        <w:t>to yahan par bhi mujhe ek bahut yeh baat samajh mein aayi aksar aise hi hota hai kyunke kuch lekar aata hai ya kuch chhote insan ho to hum usko woh samajh lete hain ke ab pata nahi kaisa hoga, kya hoga? nahi usko istemal karte hain, nahi lete hain. to yeh bhi humein samajhna chahiye ke kisi ne mohabbat se humne diya hai to hum usko chahe na hum istemal karein lekin hum usko humein le lena chahiye, dil rakhna chahiye.</w:t>
      </w:r>
    </w:p>
    <w:p>
      <w:pPr>
        <w:jc w:val="right"/>
      </w:pPr>
      <w:r>
        <w:t>तो यहां पर भी मुझे एक बहुत यह बात समझ में आई अक्सर ऐसे ही होता है क्योंकि कुछ लेकर आता है या कुछ छोटे आंसान हो तो हम उसको वह समझ लेते हैं कि अब पता नहीं कैसा होगा, क्या होगा? नहीं उसको इस्तेमाल करते हैं, नहीं लेते हैं. तो यह भी हमें समझना चाहिए कि किसी ने मोहब्बत से हमने दिया है तो हम उसको चाहे ना हम इस्तेमाल करें लेकिन हम उसको हमें ले लेना चाहिए, दिल रखना चाहिए.</w:t>
      </w:r>
    </w:p>
    <w:p>
      <w:r>
        <w:rPr>
          <w:b/>
        </w:rPr>
        <w:t xml:space="preserve">[39:50] </w:t>
      </w:r>
      <w:r>
        <w:t>doosre ka farqahi aur tawazon yeh sari cheezein bahut hi important hain aur jo ek cheez matlab isi</w:t>
      </w:r>
    </w:p>
    <w:p>
      <w:pPr>
        <w:jc w:val="right"/>
      </w:pPr>
      <w:r>
        <w:t>दूसरे का फ़र्क़ाही और तवाज़ों यह सारी चीज़ें बहुत ही important हैं और जो एक चीज़ मतलब इसी</w:t>
      </w:r>
    </w:p>
    <w:p>
      <w:r>
        <w:rPr>
          <w:b/>
        </w:rPr>
        <w:t xml:space="preserve">[40:12] </w:t>
      </w:r>
      <w:r>
        <w:t>par main ek nishal dena chahoongi ki ek ek ek bahut pehle ki baat hai ki ek baar</w:t>
      </w:r>
    </w:p>
    <w:p>
      <w:pPr>
        <w:jc w:val="right"/>
      </w:pPr>
      <w:r>
        <w:t>पर मैं एक निशाल देना चाहूंगी कि एक एक एक बहुत पहले की बात है कि एक बार</w:t>
      </w:r>
    </w:p>
    <w:p>
      <w:r>
        <w:rPr>
          <w:b/>
        </w:rPr>
        <w:t xml:space="preserve">[40:35] </w:t>
      </w:r>
      <w:r>
        <w:t>mere yahan koi aaya kaafi bade log the woh aap zameen par baith gaye aur takiya mere aur</w:t>
      </w:r>
    </w:p>
    <w:p>
      <w:pPr>
        <w:jc w:val="right"/>
      </w:pPr>
      <w:r>
        <w:t>मेरे यहां कोई आया काफ़ी बड़े लोग थे वह आप ज़मीन पर बैठ गए और तकिया मेरे और</w:t>
      </w:r>
    </w:p>
    <w:p>
      <w:r>
        <w:rPr>
          <w:b/>
        </w:rPr>
        <w:t xml:space="preserve">[40:58] </w:t>
      </w:r>
      <w:r>
        <w:t>aap ke darmiyan pada raha.</w:t>
      </w:r>
    </w:p>
    <w:p>
      <w:pPr>
        <w:jc w:val="right"/>
      </w:pPr>
      <w:r>
        <w:t>आपके दरमियान पड़ा रहा.</w:t>
      </w:r>
    </w:p>
    <w:p>
      <w:r>
        <w:rPr>
          <w:b/>
        </w:rPr>
        <w:t xml:space="preserve">[41:21] </w:t>
      </w:r>
      <w:r>
        <w:t>yaani yeh saadgi ka yeh aala maiyar tha.</w:t>
      </w:r>
    </w:p>
    <w:p>
      <w:pPr>
        <w:jc w:val="right"/>
      </w:pPr>
      <w:r>
        <w:t>यानी यह सादगी का यह आला मैयार था.</w:t>
      </w:r>
    </w:p>
    <w:p>
      <w:r>
        <w:rPr>
          <w:b/>
        </w:rPr>
        <w:t xml:space="preserve">[41:33] </w:t>
      </w:r>
      <w:r>
        <w:t>woh Rasoolullah ne us is matlab kisi bhedbhav ke matlab kehte hain logon ke logon ke tarmiyan apne</w:t>
      </w:r>
    </w:p>
    <w:p>
      <w:pPr>
        <w:jc w:val="right"/>
      </w:pPr>
      <w:r>
        <w:t>वह रसूल्लीला ने उस इस मतलब किसी भेदभाव के मतलब कहते हैं लोगों के लोगों के तर्मियान अपने</w:t>
      </w:r>
    </w:p>
    <w:p>
      <w:r>
        <w:rPr>
          <w:b/>
        </w:rPr>
        <w:t xml:space="preserve">[41:46] </w:t>
      </w:r>
      <w:r>
        <w:t>aap ko badhana samajhna, apne apna koi bhedbhav na rakhna.</w:t>
      </w:r>
    </w:p>
    <w:p>
      <w:pPr>
        <w:jc w:val="right"/>
      </w:pPr>
      <w:r>
        <w:t>आप को बढ़ाना समझना, अपने अपना कोई भेदभाव ना रखना.</w:t>
      </w:r>
    </w:p>
    <w:p>
      <w:r>
        <w:rPr>
          <w:b/>
        </w:rPr>
        <w:t xml:space="preserve">[41:59] </w:t>
      </w:r>
      <w:r>
        <w:t>unhone apne respect mein Rasoolullah ko takiya diya us zamane mein woh khaal chaal kahin takiya hota tha.</w:t>
      </w:r>
    </w:p>
    <w:p>
      <w:pPr>
        <w:jc w:val="right"/>
      </w:pPr>
      <w:r>
        <w:t>उन्होंने अपने respect में रसुल्लीला को तकिया दिया उस ज़माने में वह खाल चाल कहीं तकिया होता था.</w:t>
      </w:r>
    </w:p>
    <w:p>
      <w:r>
        <w:rPr>
          <w:b/>
        </w:rPr>
        <w:t xml:space="preserve">[42:12] </w:t>
      </w:r>
      <w:r>
        <w:t>doosre ki haan jakar koi is tarah se aisi alfaaz nahi bolega ke humein mere pas yeh hai aur tumhare pas kuch nahi hai. to tabas aur kisi ko haqeer samajhna yeh mere mere nazdeek hai mujhe yeh bahut zyada waisi cheezen lagti hain. yahi main kehna cha rahi thi.</w:t>
      </w:r>
    </w:p>
    <w:p>
      <w:pPr>
        <w:jc w:val="right"/>
      </w:pPr>
      <w:r>
        <w:t>दूसरे की हां जाकर कोई इस तरह से ऐसी अल्फ़ाज़ नहीं बोलेगा कि हमें मेरे पास यह है और तुम्हारे पास कुछ नहीं है. तो तबास और किसी को हकेर समझना यह मेरे मेरे नज़दीक है मुझे यह बहुत ज़्यादा वैसी चीज़ें लगती हैं. यही मैं कहना चाह रही थी.</w:t>
      </w:r>
    </w:p>
    <w:p>
      <w:r>
        <w:rPr>
          <w:b/>
        </w:rPr>
        <w:t xml:space="preserve">[42:36] </w:t>
      </w:r>
      <w:r>
        <w:t>ji abba thank you aap ne jo meri baat batai bahut toh main yeh dua kar rahi hoon is</w:t>
      </w:r>
    </w:p>
    <w:p>
      <w:pPr>
        <w:jc w:val="right"/>
      </w:pPr>
      <w:r>
        <w:t>जी अब्बा thank you आपने जो मेरी बात बताई बहुत तो मैं यह दुआ कर रही हूं इस</w:t>
      </w:r>
    </w:p>
    <w:p>
      <w:r>
        <w:rPr>
          <w:b/>
        </w:rPr>
        <w:t xml:space="preserve">[42:48] </w:t>
      </w:r>
      <w:r>
        <w:t>waqt hum sab ke liye jahan par yeh ladies sab rahi hui hai ki aila hamare dilon ko bhi</w:t>
      </w:r>
    </w:p>
    <w:p>
      <w:pPr>
        <w:jc w:val="right"/>
      </w:pPr>
      <w:r>
        <w:t>वक्त हम सबके लिए जहां पर यह ladies सब रही हुई है कि ऐला हमारे दिनों को भी</w:t>
      </w:r>
    </w:p>
    <w:p>
      <w:r>
        <w:rPr>
          <w:b/>
        </w:rPr>
        <w:t xml:space="preserve">[43:01] </w:t>
      </w:r>
      <w:r>
        <w:t>itna naram aur itna chirya jaisa dil banate ki doosron ki takleef mein hum tadap uthein aur shayad</w:t>
      </w:r>
    </w:p>
    <w:p>
      <w:pPr>
        <w:jc w:val="right"/>
      </w:pPr>
      <w:r>
        <w:t>इतना नरम और इतना चिर्या जैसा दिल बनाते कि दूसरों की तकलीफ में हम तड़प उठें और शायद</w:t>
      </w:r>
    </w:p>
    <w:p>
      <w:r>
        <w:rPr>
          <w:b/>
        </w:rPr>
        <w:t xml:space="preserve">[43:13] </w:t>
      </w:r>
      <w:r>
        <w:t>kuch madad kar sakein toh zaroor madad karein hum.</w:t>
      </w:r>
    </w:p>
    <w:p>
      <w:pPr>
        <w:jc w:val="right"/>
      </w:pPr>
      <w:r>
        <w:t>कुछ मदद कर सकें तो ज़रूर मदद करें हम.</w:t>
      </w:r>
    </w:p>
    <w:p>
      <w:r>
        <w:rPr>
          <w:b/>
        </w:rPr>
        <w:t xml:space="preserve">[43:26] </w:t>
      </w:r>
      <w:r>
        <w:t>Doctor Shabeena ka basum aap ne raise kiya hai and you can share your learning.</w:t>
      </w:r>
    </w:p>
    <w:p>
      <w:pPr>
        <w:jc w:val="right"/>
      </w:pPr>
      <w:r>
        <w:t>Doctor श्रबीना का बसुम आपने raise किया है and you can share your learning.</w:t>
      </w:r>
    </w:p>
    <w:p>
      <w:r>
        <w:rPr>
          <w:b/>
        </w:rPr>
        <w:t xml:space="preserve">[43:41] </w:t>
      </w:r>
      <w:r>
        <w:t>ji Shabeena yeh toh jo apa ki baat par main ek toh yeh kehna chahti hoon ki doosre</w:t>
      </w:r>
    </w:p>
    <w:p>
      <w:pPr>
        <w:jc w:val="right"/>
      </w:pPr>
      <w:r>
        <w:t>जी श्रबीना यह तो जो आपा की बात पर मैं एक तो यह कहना चाहती हूं कि दूसरे</w:t>
      </w:r>
    </w:p>
    <w:p>
      <w:r>
        <w:rPr>
          <w:b/>
        </w:rPr>
        <w:t xml:space="preserve">[43:56] </w:t>
      </w:r>
      <w:r>
        <w:t>ka dil rakhna jaise kehte hain jo apa ne bhi samjhaya.</w:t>
      </w:r>
    </w:p>
    <w:p>
      <w:pPr>
        <w:jc w:val="right"/>
      </w:pPr>
      <w:r>
        <w:t>का दिल रखना जैसे कहते हैं जो आपा ने भी समझाया.</w:t>
      </w:r>
    </w:p>
    <w:p>
      <w:r>
        <w:rPr>
          <w:b/>
        </w:rPr>
        <w:t xml:space="preserve">[44:12] </w:t>
      </w:r>
      <w:r>
        <w:t>doosri jo baat main kehna chah rahi thi woh yeh thi ke aaj main ek ek video dekh rahi thi social media par to mujhe bohat ajeeb sa ek ehsas hua ke Islam mein jo duty conscious ki baat kahi gayi hai woh itni bari baat hai ke shayad hum khud bhi realize nahi karte us ko ke woh kitni important hai ke duty conscious bano, duty conscious bano. Kyunke yeh cheez na aaj society mein hai nahi. Log sirf rights ki baatein karte hain.</w:t>
      </w:r>
    </w:p>
    <w:p>
      <w:pPr>
        <w:jc w:val="right"/>
      </w:pPr>
      <w:r>
        <w:t>दूसरी जो बात मैं कहना चाह रही थी वह यह थी कि आज मैं एक एक video देख रही थी social media पर तो मुझे बहुत अजीब सा एक एहसास हुआ कि इस्लाम में जो duty conscious की बात कही गई है वह इतनी बड़ी बात है कि शायद हम ख़ुद भी realize नहीं करते उसको कि वह कितनी important है कि duty conscious बनो, duty conscious बनो. क्योंकि यह चीज़ ना आज society में है नहीं. लोग सिर्फ rights की बातें करते हैं.</w:t>
      </w:r>
    </w:p>
    <w:p>
      <w:r>
        <w:rPr>
          <w:b/>
        </w:rPr>
        <w:t xml:space="preserve">[44:41] </w:t>
      </w:r>
      <w:r>
        <w:t>to aaj ek ek video tha us mein dikhaya ja raha tha ke kis tarah se ladies aaj apni apni jo kya bolte hain us ko apni apni laws ko jo unhein qanooni taur par facilities mili nahi hai us ko kis tarah misuse kar rahi hain aur kitne mard hain jo ke is mein bohat ziyada pareshan ho chuke hain aur fans chuke hain aur aisi aisi kyunke laws nahi hai ke un mardon ko bachaya jaye.</w:t>
      </w:r>
    </w:p>
    <w:p>
      <w:pPr>
        <w:jc w:val="right"/>
      </w:pPr>
      <w:r>
        <w:t>तो आज एक एक video था उसमें दिखाया जा रहा था कि किस तरह से ladies आज अपनी अपनी जो क्या बोलते हैं उसको अपनी अपनी laws को जो उन्हें कानूनी तौर पर facilities मिली नहीं है उसको किस तरह misuse कर रही हैं और कितने मर्द हैं जो कि इसमें बहुत ज़्यादा परेशान हो चुके हैं और फ़ंस चुके हैं और ऐसी ऐसी क्योंकि laws नहीं है कि उन मर्दों को बचाया जाए.</w:t>
      </w:r>
    </w:p>
    <w:p>
      <w:r>
        <w:rPr>
          <w:b/>
        </w:rPr>
        <w:t xml:space="preserve">[45:06] </w:t>
      </w:r>
      <w:r>
        <w:t>agar aurat keh de kisi ke liye kuch bhi ke is ne yeh kiya hai ya aisa aisa kiya hai ab aisa kiya hai to us aap ko doosron ke hath pata karne hain.</w:t>
      </w:r>
    </w:p>
    <w:p>
      <w:pPr>
        <w:jc w:val="right"/>
      </w:pPr>
      <w:r>
        <w:t>अगर औरत कह दे किसी के लिए कुछ भी कि इसने यह किया है या ऐसा ऐसा किया है अब ऐसा किया है तो उस आपको दूसरों के हाथ पता करने हैं.</w:t>
      </w:r>
    </w:p>
    <w:p>
      <w:r>
        <w:rPr>
          <w:b/>
        </w:rPr>
        <w:t xml:space="preserve">[45:31] </w:t>
      </w:r>
      <w:r>
        <w:t>to hum hamara jo focus hai woh hum doosron ke haq ko dekhne ka kaha jata hai aur society mein apne haq mange jate hain, apni haq talvi ki jati hai. To jahan aap apne haq mangte hain wahan aaj kitna bigad aa gaya ke auratein us ko kitna misuse karne lagi hain.</w:t>
      </w:r>
    </w:p>
    <w:p>
      <w:pPr>
        <w:jc w:val="right"/>
      </w:pPr>
      <w:r>
        <w:t>तो हम हमारा जो focus है वह हम दूसरों के हक को देखने का कहा जाता है और society में अपने हक मांगे जाते हैं, अपनी हक तलवी की जाती है. तो जहां आप अपने हक मांगते हैं वहां आज कितना बिगाड़ आ गया कि औरतें उसको कितना misuse करने लगी हैं.</w:t>
      </w:r>
    </w:p>
    <w:p>
      <w:r>
        <w:rPr>
          <w:b/>
        </w:rPr>
        <w:t xml:space="preserve">[45:48] </w:t>
      </w:r>
      <w:r>
        <w:t>toh main yeh soch rahi thi ki Islam mein bahut hi zyada perfectly jis cheez par zor diya</w:t>
      </w:r>
    </w:p>
    <w:p>
      <w:pPr>
        <w:jc w:val="right"/>
      </w:pPr>
      <w:r>
        <w:t>तो मैं यह सोच रही थी कि इस्लाम में बहुत ही ज़्यादा perfectly जिस चीज़ पर ज़ोर दिया</w:t>
      </w:r>
    </w:p>
    <w:p>
      <w:r>
        <w:rPr>
          <w:b/>
        </w:rPr>
        <w:t xml:space="preserve">[45:51] </w:t>
      </w:r>
      <w:r>
        <w:t>ja raha hai woh yahi hai ki humein apni apne duties ko poora karna hai aur yeh baat</w:t>
      </w:r>
    </w:p>
    <w:p>
      <w:pPr>
        <w:jc w:val="right"/>
      </w:pPr>
      <w:r>
        <w:t>जा रहा है वह यही है कि हमें अपनी अपने duties को पूरा करना है और यह बात</w:t>
      </w:r>
    </w:p>
    <w:p>
      <w:r>
        <w:rPr>
          <w:b/>
        </w:rPr>
        <w:t xml:space="preserve">[45:55] </w:t>
      </w:r>
      <w:r>
        <w:t>mujhe bahut strike ki us video ko dekhkar aur iske bare mein us video mein bhi baat nahin</w:t>
      </w:r>
    </w:p>
    <w:p>
      <w:pPr>
        <w:jc w:val="right"/>
      </w:pPr>
      <w:r>
        <w:t>मुझे बहुत strike की उस video को देखकर और इसके बारे में उस video में भी बात नहीं</w:t>
      </w:r>
    </w:p>
    <w:p>
      <w:r>
        <w:rPr>
          <w:b/>
        </w:rPr>
        <w:t xml:space="preserve">[45:59] </w:t>
      </w:r>
      <w:r>
        <w:t>ho rahi ki duty conscious society bani gaye.</w:t>
      </w:r>
    </w:p>
    <w:p>
      <w:pPr>
        <w:jc w:val="right"/>
      </w:pPr>
      <w:r>
        <w:t>हो रही कि duty conscious society बनी गए.</w:t>
      </w:r>
    </w:p>
    <w:p>
      <w:r>
        <w:rPr>
          <w:b/>
        </w:rPr>
        <w:t xml:space="preserve">[46:03] </w:t>
      </w:r>
      <w:r>
        <w:t>mujhe lagta hai yeh awareness aani chahiye.</w:t>
      </w:r>
    </w:p>
    <w:p>
      <w:pPr>
        <w:jc w:val="right"/>
      </w:pPr>
      <w:r>
        <w:t>मुझे लगता है यह awareness आनी चाहिए.</w:t>
      </w:r>
    </w:p>
    <w:p>
      <w:r>
        <w:rPr>
          <w:b/>
        </w:rPr>
        <w:t xml:space="preserve">[46:07] </w:t>
      </w:r>
      <w:r>
        <w:t>hum bataye logon ko ki islam teaches this ki hamein doosron ko use apne haq nahi mangne balki</w:t>
      </w:r>
    </w:p>
    <w:p>
      <w:pPr>
        <w:jc w:val="right"/>
      </w:pPr>
      <w:r>
        <w:t>हम बताएं लोगों को कि इस्लाम teaches this कि हमें दूसरों को उसे अपने हक नहीं मांगने बल्कि</w:t>
      </w:r>
    </w:p>
    <w:p>
      <w:r>
        <w:rPr>
          <w:b/>
        </w:rPr>
        <w:t xml:space="preserve">[46:11] </w:t>
      </w:r>
      <w:r>
        <w:t>unki duties ko poora karna hai.</w:t>
      </w:r>
    </w:p>
    <w:p>
      <w:pPr>
        <w:jc w:val="right"/>
      </w:pPr>
      <w:r>
        <w:t>उनकी duties को पूरा करना है.</w:t>
      </w:r>
    </w:p>
    <w:p>
      <w:r>
        <w:rPr>
          <w:b/>
        </w:rPr>
        <w:t xml:space="preserve">[46:15] </w:t>
      </w:r>
      <w:r>
        <w:t>yeh main kehna chahti hoon.</w:t>
      </w:r>
    </w:p>
    <w:p>
      <w:pPr>
        <w:jc w:val="right"/>
      </w:pPr>
      <w:r>
        <w:t>यह मैं कहना चाहती हूं.</w:t>
      </w:r>
    </w:p>
    <w:p>
      <w:r>
        <w:rPr>
          <w:b/>
        </w:rPr>
        <w:t xml:space="preserve">[46:19] </w:t>
      </w:r>
      <w:r>
        <w:t>yahan par ek cheez batana cha rahi thi doctor sabina ki baat par ke auraton ka jo haq ka hai na is par bhi main bohat waqai sochti thi ke bas haq bana diya ab auratein kuch bhi karke pardon ko phansati rehti thi. bohat sare aise waqai hue lekin jab maine padha ke jo hai allah dala insaaf kaise karega?</w:t>
      </w:r>
    </w:p>
    <w:p>
      <w:pPr>
        <w:jc w:val="right"/>
      </w:pPr>
      <w:r>
        <w:t>यहां पर एक चीज़ बताना चाह रही थी doctor सबीना की बात पर कि औरतों का जो हक का है ना इस पर भी मैं बहुत वाकई सोचती थी कि बस हक़ बना दिया अब औरतें कुछ भी करके पर्दों को फंसाती रहती थी. बहुत सारे ऐसे वाकई हुए लेकिन जब मैंने पढ़ा कि जो है अल्लाह दाला इंसाफ़ कैसे करेगा?</w:t>
      </w:r>
    </w:p>
    <w:p>
      <w:r>
        <w:rPr>
          <w:b/>
        </w:rPr>
        <w:t xml:space="preserve">[46:39] </w:t>
      </w:r>
      <w:r>
        <w:t>insaaf itna clear hoga, itna safed hoga ki us par matlab jo aadmi apne aap ko samajhta tha</w:t>
      </w:r>
    </w:p>
    <w:p>
      <w:pPr>
        <w:jc w:val="right"/>
      </w:pPr>
      <w:r>
        <w:t>इंसाफ इतना clear होगा, इतना सफेद होगा कि उस पर मतलब जो आदमी अपने आप को समझता था</w:t>
      </w:r>
    </w:p>
    <w:p>
      <w:r>
        <w:rPr>
          <w:b/>
        </w:rPr>
        <w:t xml:space="preserve">[46:53] </w:t>
      </w:r>
      <w:r>
        <w:t>ki hum main jo hai ekdum paak hoon aur jisko bata raha tha mulzim samajh mein samajhta tha</w:t>
      </w:r>
    </w:p>
    <w:p>
      <w:pPr>
        <w:jc w:val="right"/>
      </w:pPr>
      <w:r>
        <w:t>कि हम मैं जो है एकदम पाक हूं और जिसको बता रहा था मुलझिम समझ में समझता था</w:t>
      </w:r>
    </w:p>
    <w:p>
      <w:r>
        <w:rPr>
          <w:b/>
        </w:rPr>
        <w:t xml:space="preserve">[47:07] </w:t>
      </w:r>
      <w:r>
        <w:t>woh aisa clear hoga ki insaan dekhte hi reh jayega.</w:t>
      </w:r>
    </w:p>
    <w:p>
      <w:pPr>
        <w:jc w:val="right"/>
      </w:pPr>
      <w:r>
        <w:t>वह ऐसा clear होगा कि इंसान देखते ही रह जाएगा.</w:t>
      </w:r>
    </w:p>
    <w:p>
      <w:r>
        <w:rPr>
          <w:b/>
        </w:rPr>
        <w:t xml:space="preserve">[47:21] </w:t>
      </w:r>
      <w:r>
        <w:t>to woh ek ek usmein Maulana sahib ne likha hai ki ki galti jo hai pehle kisi ek</w:t>
      </w:r>
    </w:p>
    <w:p>
      <w:pPr>
        <w:jc w:val="right"/>
      </w:pPr>
      <w:r>
        <w:t>तो वह एक एक उसमें मलाना साहब ने लिखा है कि कि ग़लती जो है पहले किसी एक</w:t>
      </w:r>
    </w:p>
    <w:p>
      <w:r>
        <w:rPr>
          <w:b/>
        </w:rPr>
        <w:t xml:space="preserve">[47:35] </w:t>
      </w:r>
      <w:r>
        <w:t>ki achaanak se nahi ho jati na ki kisi ek ne kisi ko thappad maar diya.</w:t>
      </w:r>
    </w:p>
    <w:p>
      <w:pPr>
        <w:jc w:val="right"/>
      </w:pPr>
      <w:r>
        <w:t>की अचानक से नहीं हो जाती ना कि किसी एक ने किसी को थप्पड़ मार दिया.</w:t>
      </w:r>
    </w:p>
    <w:p>
      <w:r>
        <w:rPr>
          <w:b/>
        </w:rPr>
        <w:t xml:space="preserve">[47:49] </w:t>
      </w:r>
      <w:r>
        <w:t>log samajhte hain. We are now coming to the end of the session almost. We are on time. And lastly, we, I would like to say that just as Apa is sharing regard the regarding the duties and the rights of the people, Maulana has always stressed on the duties. आप right conscious ना बने, आप duty conscious बने.</w:t>
      </w:r>
    </w:p>
    <w:p>
      <w:pPr>
        <w:jc w:val="right"/>
      </w:pPr>
      <w:r>
        <w:t>लोग समझते हैं. We are now coming to the end of the session almost. We are on time. And lastly, we, I would like to say that just as Apa is sharing regard the regarding the duties and the rights of the people, मोलैना has always stressed on the duties. आप right conscious ना बने, आप duty conscious बने.</w:t>
      </w:r>
    </w:p>
    <w:p>
      <w:r>
        <w:rPr>
          <w:b/>
        </w:rPr>
        <w:t xml:space="preserve">[48:19] </w:t>
      </w:r>
      <w:r>
        <w:t>iske liye Maulana ne bohat sare lectures bhi diye hain aur articles bhi likhe hain isse. I think we should all be duty conscious rather than right conscious because right conscious jab hum banenge to definitely lot of other things will come jo ki ek conflict chota hai aur phir woh ek disastrous situation tak pahunch jata hai. lekin jab hum duty conscious banenge to hum doosron ke giver society ban jayenge.</w:t>
      </w:r>
    </w:p>
    <w:p>
      <w:pPr>
        <w:jc w:val="right"/>
      </w:pPr>
      <w:r>
        <w:t>इसके लिए मोलाना ने बहुत सारे lectures भी दिए हैं और articles भी लिखे हैं इससे. I think we should all be duty conscious rather than right conscious because right conscious जब हम बनेंगे तो definitely lot of other things will come जो कि एक conflict छोटा है और फिर वह एक disastrous situation तक पहुंच जाता है. लेकिन जब हम duty conscious बनेंगे तो हम दूसरों के giver society वन जाएंगे.</w:t>
      </w:r>
    </w:p>
    <w:p>
      <w:r>
        <w:rPr>
          <w:b/>
        </w:rPr>
        <w:t xml:space="preserve">[48:44] </w:t>
      </w:r>
      <w:r>
        <w:t>jab ek society giver society banti hai to woh society flourish karti hai, badhti hai aur aage badhti hai. tarakki karti hai aur nation tarakki karta hai. to isi baat par hum log main I would like to share the verse in the Quran chapter four twenty four verse 27. Quran says regarding the parents, treat kindly your parents, relatives, the orphans and those who have been left alone in the society.</w:t>
      </w:r>
    </w:p>
    <w:p>
      <w:pPr>
        <w:jc w:val="right"/>
      </w:pPr>
      <w:r>
        <w:t>जब एक society giver society बनती है तो वह society flourish करती है, बढ़ती है और आगे बढ़ती है. तरक्की करती है और nation तरक्की करता है. तो इसी बात पर हम लोग मैं I would like to share the verse in the कुरान chapter four twenty four verse 27. कुरान says regarding the parents, treat kindly your parents, relatives, the orphans and those who have been left alone in the society.</w:t>
      </w:r>
    </w:p>
    <w:p>
      <w:r>
        <w:rPr>
          <w:b/>
        </w:rPr>
        <w:t xml:space="preserve">[49:14] </w:t>
      </w:r>
      <w:r>
        <w:t>Quran again says in chapter four, verse 36, take care of the needy, the disabled, those who hard earned income is insufficient to meet their needs and those whose businesses have stalled and those who have lost their job.</w:t>
      </w:r>
    </w:p>
    <w:p>
      <w:pPr>
        <w:jc w:val="right"/>
      </w:pPr>
      <w:r>
        <w:t>Quran again says in chapter four, verse 36, take care of the needy, the disabled, those who hard earned income is insufficient to meet their needs and those whose businesses have stalled and those who have lost their job.</w:t>
      </w:r>
    </w:p>
    <w:p>
      <w:r>
        <w:rPr>
          <w:b/>
        </w:rPr>
        <w:t xml:space="preserve">[49:33] </w:t>
      </w:r>
      <w:r>
        <w:t>maine kahin par lecture mein yeh bhi suna tha ke jo log I think Maulana ke lecture mein jaise ke bohat sare log hain jo madrasa mein teachers hain aur jo Ramzan ke dinon mein woh log sarkaar ke liye aur bohat sare incentive ke liye woh log hamare paas aate hain, to kai baar hote hain bohat hakeem nazar se woh dekhe jaate hain. lekin humein aisa nahi karna chahiye.</w:t>
      </w:r>
    </w:p>
    <w:p>
      <w:pPr>
        <w:jc w:val="right"/>
      </w:pPr>
      <w:r>
        <w:t>मैंने कहीं पर lecture में यह भी सुना था कि जो लोग I think मोनाने के lecture में जैसे कि बहुत सारे लोग हैं जो मदर्शा में teachers हैं और जो रंजान के दिनों में वह लोग सरकार के लिए और बहुत सारे incentive के लिए वह लोग हमारे पास आते हैं, तो कई बार होते हैं बहुत हकीन नज़र से वह देखे जाते हैं. लेकिन हमें ऐसा नहीं करना चाहिए.</w:t>
      </w:r>
    </w:p>
    <w:p>
      <w:r>
        <w:rPr>
          <w:b/>
        </w:rPr>
        <w:t xml:space="preserve">[49:57] </w:t>
      </w:r>
      <w:r>
        <w:t>woh apne life ko mainstream mein na palakar ke bachchon ko educate kar rahe hain jo madrasas mein</w:t>
      </w:r>
    </w:p>
    <w:p>
      <w:pPr>
        <w:jc w:val="right"/>
      </w:pPr>
      <w:r>
        <w:t>वह अपने life को mainstream में ना पलाकर के बच्चों को educate कर रहे हैं जो मदरसाज़ में</w:t>
      </w:r>
    </w:p>
    <w:p>
      <w:r>
        <w:rPr>
          <w:b/>
        </w:rPr>
        <w:t xml:space="preserve">[50:02] </w:t>
      </w:r>
      <w:r>
        <w:t>hain aur unki income bahut hi kam hoti hai.</w:t>
      </w:r>
    </w:p>
    <w:p>
      <w:pPr>
        <w:jc w:val="right"/>
      </w:pPr>
      <w:r>
        <w:t>हैं और उनकी income बहुत ही कम होती है.</w:t>
      </w:r>
    </w:p>
    <w:p>
      <w:r>
        <w:rPr>
          <w:b/>
        </w:rPr>
        <w:t xml:space="preserve">[50:08] </w:t>
      </w:r>
      <w:r>
        <w:t>to aise log bhi is quran ke verses mein uske fold mein aa jate hain.</w:t>
      </w:r>
    </w:p>
    <w:p>
      <w:pPr>
        <w:jc w:val="right"/>
      </w:pPr>
      <w:r>
        <w:t>तो ऐसे लोग भी इस कुरान के verses में उसके fold में आ जाते हैं.</w:t>
      </w:r>
    </w:p>
    <w:p>
      <w:r>
        <w:rPr>
          <w:b/>
        </w:rPr>
        <w:t xml:space="preserve">[50:14] </w:t>
      </w:r>
      <w:r>
        <w:t>unki unko hamein madad karni chahiye aur jahan tak ho sake hum un tak jo hamein dena chahiye</w:t>
      </w:r>
    </w:p>
    <w:p>
      <w:pPr>
        <w:jc w:val="right"/>
      </w:pPr>
      <w:r>
        <w:t>उनकी उनको हमें मदद करनी चाहिए और जहां तक हो सके हम उन तक जो हमें देना चाहिए</w:t>
      </w:r>
    </w:p>
    <w:p>
      <w:r>
        <w:rPr>
          <w:b/>
        </w:rPr>
        <w:t xml:space="preserve">[50:19] </w:t>
      </w:r>
      <w:r>
        <w:t>hamein dena chahiye.</w:t>
      </w:r>
    </w:p>
    <w:p>
      <w:pPr>
        <w:jc w:val="right"/>
      </w:pPr>
      <w:r>
        <w:t>हमें देना चाहिए.</w:t>
      </w:r>
    </w:p>
    <w:p>
      <w:r>
        <w:rPr>
          <w:b/>
        </w:rPr>
        <w:t xml:space="preserve">[50:25] </w:t>
      </w:r>
      <w:r>
        <w:t>to isi baat par main khatm karti hoon aap is session ko end karoon. aap</w:t>
      </w:r>
    </w:p>
    <w:p>
      <w:pPr>
        <w:jc w:val="right"/>
      </w:pPr>
      <w:r>
        <w:t>तो इसी बात पर मैं ख़त्म करती हूं आप इस session को end करूं. आप</w:t>
      </w:r>
    </w:p>
    <w:p>
      <w:r>
        <w:rPr>
          <w:b/>
        </w:rPr>
        <w:t xml:space="preserve">[50:31] </w:t>
      </w:r>
      <w:r>
        <w:t>Maulana sahib ki line hai ke kainat mein intehai wasee peymane par har aan yeh dikhaya ja raha hai ke aainda banne wali mayyari dunya jannat mein basane ke liye usko kis qism ke shehri sarkaar hai? usko woh insaan sarkaar hai jo kainati akhlaqiyat ke mayyar par utre utre. woh us din ko ek tayyar kare. to usne lafzi taur par apni kitab mein aur amli taur par apni kainat mein zahir kiya hai.</w:t>
      </w:r>
    </w:p>
    <w:p>
      <w:pPr>
        <w:jc w:val="right"/>
      </w:pPr>
      <w:r>
        <w:t>मनाज साहब की line है कि कायनाथ में इंतहाई बसी पैमाना पर हर आन यह दिखाया जा रहा है कि आइंदा बनने वाली मैयारी दुनिया जन्नत में बसाने के लिए उदा को किस किस्म के शहरी सरकार है? उसको वह इंसान सरकार है जो कायनातीय खिलाकियात के मैयार पर उतरे उतरे. वह उस दिन को एक तैयार करें. तो उसने लफ्जी तौर पर अपनी किताब में और अमली तौर पर अपनी कायनात में जाहिर किया है.</w:t>
      </w:r>
    </w:p>
    <w:p>
      <w:r>
        <w:rPr>
          <w:b/>
        </w:rPr>
        <w:t xml:space="preserve">[51:00] </w:t>
      </w:r>
      <w:r>
        <w:t>uske bawajood log usse sabak na lein aur khud apne ghade ghade hue raston par chalte rahein. woh Khuda ki nazar mein batareen mujrim hai. Surah Kahf ke ek sau paanch ayat mein bataya gaya hai ke Khuda ke bataye hue deen ke siwa jo deen bhi woh ikhtiyar karenge woh aakhir mein bilkul bekeemat hoga kyunke unhone Khuda ki nishaniyon ka inkar kiya.</w:t>
      </w:r>
    </w:p>
    <w:p>
      <w:pPr>
        <w:jc w:val="right"/>
      </w:pPr>
      <w:r>
        <w:t>उसके बावजूद लोग उससे सबक ना लें और ख़ुद अपने घड़े घड़े हुए रास्तों पर चलते रहे. वह खुदा की नज़र में बतरीन मुजरिम है. सूर्य गेह के एक सौ पांच वर्ष में बताया गया है कि खुदा के बताए हुए दीन के सिवार जो दीन भी वह प्यार करेंगे वह आख़िर में बिल्कुल बेकीमत होगा क्योंकि उन्होंने खुदा की निशानियों का इनकार किया.</w:t>
      </w:r>
    </w:p>
    <w:p>
      <w:r>
        <w:rPr>
          <w:b/>
        </w:rPr>
        <w:t xml:space="preserve">[51:28] </w:t>
      </w:r>
      <w:r>
        <w:t>to bas main yeh baat karti hoon ke ya Rabb tala hum sab woh insaan bane jo tere teri nazar mein qabil e qadr ho jisko tu achha kahe hum is qabil ban sakein. hamare andar bohat buraiyan hain. humein un buraiyon ko dikha dein ke hum usko jo aadaton mein shamil ho chuki hai aur hum apni aadaton ko badal sakein.</w:t>
      </w:r>
    </w:p>
    <w:p>
      <w:pPr>
        <w:jc w:val="right"/>
      </w:pPr>
      <w:r>
        <w:t>तो बस मैं यह बात करती हूं कि यान ना ताला हम सब वह इंसान बने जो आपके आपकी नज़र में काबिल ए कदर्म हो जिसको आप अच्छा कहें हम इस काबिल वन सकें. हमारे अंदर बहुत बुराइयां हैं. हमें उन बुराइयों को दिखा दें कि हम उसको जो आदतों में शाबिल हो चुकी है और हम अपनी आदतों को बदल सकें.</w:t>
      </w:r>
    </w:p>
    <w:p>
      <w:r>
        <w:rPr>
          <w:b/>
        </w:rPr>
        <w:t xml:space="preserve">[51:57] </w:t>
      </w:r>
      <w:r>
        <w:t>hamare andar woh salahiyat paida ho kar hum apni aadaton ko badalkar is qabil banne ki koshish karein ke hum tere paas jab aayein to humein teri jannat mein jagah de sake. Ameen. Ameen. Thank you aapka and jaza kalna to everyone who is here in this platform. We are enhancing and developing ourselves, developing a personality, enhancing our intelligence.</w:t>
      </w:r>
    </w:p>
    <w:p>
      <w:pPr>
        <w:jc w:val="right"/>
      </w:pPr>
      <w:r>
        <w:t>हमारे अंदर वह सराहियत पैदा होकर हम अपनी आदतों को बदलकर इस काबिल बनने की कोशिश करें कि हम तेरे पास जब आए तो हमें तेरी जन्मत में जगा सके. आमी. आमी. Thank you आपका and जज़ा कल्णा to everyone who is here in this platform. We are enhancing and developing ourselves, developing a personality, enhancing our intelligence.</w:t>
      </w:r>
    </w:p>
    <w:p>
      <w:r>
        <w:rPr>
          <w:b/>
        </w:rPr>
        <w:t xml:space="preserve">[52:26] </w:t>
      </w:r>
      <w:r>
        <w:t>And, we, the CPS ladies, will grow and grow with each and every session that we take on every week on every Sunday. So I end the session now. We will share one another important topic next week, and we will sit again. I would like to request all the ladies who have joined in here to please do your learning, share your learning in points.</w:t>
      </w:r>
    </w:p>
    <w:p>
      <w:pPr>
        <w:jc w:val="right"/>
      </w:pPr>
      <w:r>
        <w:t>And, we, the CPS ladies, will grow and grow with each and every session that we take on every week on every Sunday. So I end the session now. We will share one another important topic next week, and we will sit again. I would like to request all the ladies who have joined in here to please do your learning, share your learning in points.</w:t>
      </w:r>
    </w:p>
    <w:p>
      <w:r>
        <w:rPr>
          <w:b/>
        </w:rPr>
        <w:t xml:space="preserve">[52:51] </w:t>
      </w:r>
      <w:r>
        <w:t>We would like more and more participation of the ladies who have come who listen to these sessions. Thank you all for listening and giving your time and Inshallah we'll meet again next week same time.</w:t>
      </w:r>
    </w:p>
    <w:p>
      <w:pPr>
        <w:jc w:val="right"/>
      </w:pPr>
      <w:r>
        <w:t>We would like more and more participation of the ladies who have come who listen to these sessions. Thank you all for listening and giving your time and Inshallah we'll meet again next week same time.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