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and Maulana Farhad Ahmed Umeri August 28, 2023</w:t>
      </w:r>
    </w:p>
    <w:p>
      <w:r>
        <w:t>https://www.youtube.com/watch?v=gxAPgrrKfw0</w:t>
      </w:r>
    </w:p>
    <w:p>
      <w:r>
        <w:rPr>
          <w:b/>
        </w:rPr>
        <w:t xml:space="preserve">[00:14] </w:t>
      </w:r>
      <w:r>
        <w:t>I welcome you all to the Zoom meeting today, Sunday, 08/27/2023. There's a little bit of change in the format of this session. As earlier, we were taking an one hour question q and a session.</w:t>
      </w:r>
    </w:p>
    <w:p>
      <w:pPr>
        <w:jc w:val="right"/>
      </w:pPr>
      <w:r>
        <w:t>I welcome you all to the Zoom meeting today, Sunday, 08/27/2023. There's a little bit of change in the format of this session. As earlier, we were taking an one hour question q and a session.</w:t>
      </w:r>
    </w:p>
    <w:p>
      <w:r>
        <w:rPr>
          <w:b/>
        </w:rPr>
        <w:t xml:space="preserve">[00:30] </w:t>
      </w:r>
      <w:r>
        <w:t>But this time, we are taking this session for thirty minutes, and we are going to, fully utilize this thirty minutes with asking question, question from, and she will be and she will be replying to us, doctor Farida Khanam and Maulana Farhad Ahmad Umri who is joining this session. They are the panelists, and they'll they will be replying to the questions to which we are going to place in front of them.</w:t>
      </w:r>
    </w:p>
    <w:p>
      <w:pPr>
        <w:jc w:val="right"/>
      </w:pPr>
      <w:r>
        <w:t>But this time, we are taking this session for thirty minutes, and we are going to, fully utilize this thirty minutes with asking question, question from, and she will be and she will be replying to us, doctor Farida Khanam and मोलाना फराद अहमद उम्री who is joining this session. They are the panelists, and they'll they will be replying to the questions to which we are going to place in front of them.</w:t>
      </w:r>
    </w:p>
    <w:p>
      <w:r>
        <w:rPr>
          <w:b/>
        </w:rPr>
        <w:t xml:space="preserve">[00:59] </w:t>
      </w:r>
      <w:r>
        <w:t>So I welcome doctor Farida Khanam, chairperson of CPS International, and Maulana Farhad Umri in this session. Assalam o alaikum. Assalam. Shukriya. So, Appa are you going to just one or two line note before we start this session?</w:t>
      </w:r>
    </w:p>
    <w:p>
      <w:pPr>
        <w:jc w:val="right"/>
      </w:pPr>
      <w:r>
        <w:t>So I welcome doctor फरीदा खानम, chairperson of CPS International, and मोलाना फराद उम्री in this session. अस्सलाम इक्मास. अस्सलाम. शुक्रिया. So, अप्पा are you going to just one or two line note before we start this session?</w:t>
      </w:r>
    </w:p>
    <w:p>
      <w:r>
        <w:rPr>
          <w:b/>
        </w:rPr>
        <w:t xml:space="preserve">[01:28] </w:t>
      </w:r>
      <w:r>
        <w:t>ji, bohat zyada yeh khushi ki baat hai ke yeh session bohat interest ke sath log ismein hissa le rahe hain. to yeh yeh interest jo hai bana rehna chahiye aur balki ismein aur zyada izafa hona chahiye aur kyunke jo bhi questions hote hain kisi ke bhi mind mein to uska clear hona zaroori hai warna confusion paida ho jata hai.</w:t>
      </w:r>
    </w:p>
    <w:p>
      <w:pPr>
        <w:jc w:val="right"/>
      </w:pPr>
      <w:r>
        <w:t>जी, बहुत ज़्यादा यह ख़ुशी की बात है कि यह session बहुत interest के साथ लोग इसमें हिस्सा ले रहे हैं. तो यह यह interest जो है बना रहना चाहिए और बल्कि इसमें और ज़्यादा इज़ाफा होना चाहिए और क्योंकि जो भी questions होते हैं किसी के भी mind में तो उसका clear होना ज़रूरी है वरना confusion पैदा हो जाता है.</w:t>
      </w:r>
    </w:p>
    <w:p>
      <w:r>
        <w:rPr>
          <w:b/>
        </w:rPr>
        <w:t xml:space="preserve">[01:57] </w:t>
      </w:r>
      <w:r>
        <w:t>to yeh bohat achha format hai ke log apne apne questions ko clear karein taake clarity jab Maulana sahib jo hai clarity par bohat zyada zor dete the. Mind mein bilkul clarity hona chahiye. to yeh bohat achha hai ke ladies aati hain aur apne questions ko samne lagti hain aur clarity hasil karti hain. to yeh main isse bohat khush hoon is format se. ji.</w:t>
      </w:r>
    </w:p>
    <w:p>
      <w:pPr>
        <w:jc w:val="right"/>
      </w:pPr>
      <w:r>
        <w:t>तो यह बहुत अच्छा format है कि लोग अपने अपने questions को clear करें ताकि clarity जब मौराना साहब जो है clarity पर बहुत ज़्यादा ज़ोर देते थे. Mind में बिल्कुल clarity होना चाहिए. तो यह बहुत अच्छा है कि ladies आती हैं और अपने questions को सामने लगती हैं और clarity हासिल करती हैं. तो यह मैं इससे बहुत खुश हूं इस format से. जी.</w:t>
      </w:r>
    </w:p>
    <w:p>
      <w:r>
        <w:rPr>
          <w:b/>
        </w:rPr>
        <w:t xml:space="preserve">[02:27] </w:t>
      </w:r>
      <w:r>
        <w:t>jaisa Appa thank you so much for being here, being with us and making this session so successful, Inshallah. So I ask first question from doctor Safeena Tabassum. Amali kum aapka? Baalik shaam. Papa maine Maulana sahib ki ek video mein unse suna ke Maulana sahib ne kaha ke insaan ka amal uski soch ke hisab se reward milta hai uske amal ka.</w:t>
      </w:r>
    </w:p>
    <w:p>
      <w:pPr>
        <w:jc w:val="right"/>
      </w:pPr>
      <w:r>
        <w:t>जैसा कलापा thank you so much for being here, being with us and making this session so successful, इंशाल्लाह. So I ask first question from doctor सफ़ीना तबसुन. अमिलिक कुम आपका? बालिक शाम. Papa मैंने मौलाना साहब की एक video में उनसे सुना कि मौलाना साहब ने कहा कि इंसान का अमल उसकी सोच के हिसाब से reward मिलता है उसके अमल का.</w:t>
      </w:r>
    </w:p>
    <w:p>
      <w:r>
        <w:rPr>
          <w:b/>
        </w:rPr>
        <w:t xml:space="preserve">[02:53] </w:t>
      </w:r>
      <w:r>
        <w:t>jis satah par soch hogi usse taht par usko reward diya jayega. isko thoda wazeh karenge aapka hamesha kya matlab hai? ji haan, yeh to bar bar aaya hai hadith mein bhi aaya hai ke hamara jo soch hai usi ke mutabik humein reward milega kyunke otherwise to woh sirf form ho jayega. hum kuch alfaz ko dohrate rahenge aur usse koi hum spiritual food marfat ke ghaza nahi hasil kar payenge.</w:t>
      </w:r>
    </w:p>
    <w:p>
      <w:pPr>
        <w:jc w:val="right"/>
      </w:pPr>
      <w:r>
        <w:t>जिस सतह पर सोच होगी उससे तहत पर उसको reward दिया जाएगा. इसको थोड़ा वाज़े करेंगे आपका हमेशा क्या मतलब है? जी हां, यह तो बार बार आया है हदीश में भी आया है कि हमारा जो सोच है उसी के मुताबिक हमें reward मिलेगा क्योंकि otherwise तो वह सिर्फ form हो जाएगा. हम कुछ अल्फास को दोहराते रहेंगे और उससे कोई हम spiritual food मारफत के ग़ज़ा नहीं हासिल कर पाएंगे.</w:t>
      </w:r>
    </w:p>
    <w:p>
      <w:r>
        <w:rPr>
          <w:b/>
        </w:rPr>
        <w:t xml:space="preserve">[03:23] </w:t>
      </w:r>
      <w:r>
        <w:t>to aap kisi se bhi puchiye ke aapne namaz padha aur jisne besoche samjhe namaz padhi to usko kya mila? to woh kahega kuch nahi mila. yahan tak ke log haj karne jate hain aur unse Maulana puchte the aapko wahan se kya mila? to woh kehte the khajoor aur zamzam ki baatein karte the.</w:t>
      </w:r>
    </w:p>
    <w:p>
      <w:pPr>
        <w:jc w:val="right"/>
      </w:pPr>
      <w:r>
        <w:t>तो आप किसी से भी पूछिए कि आपने नमाज़ पढ़ा और जिसने बेसोचे समझे नमाज़ पढ़ी तो उसको क्या मिला? तो वह कहेगा कुछ नहीं मिला. यहां तक के लोग हज करने जाते हैं और उनसे मुराना पूछते थे आपको वहां से क्या मिला? तो वह कहते थे खजूर और ज़मज़म की बातें करते थे.</w:t>
      </w:r>
    </w:p>
    <w:p>
      <w:r>
        <w:rPr>
          <w:b/>
        </w:rPr>
        <w:t xml:space="preserve">[03:44] </w:t>
      </w:r>
      <w:r>
        <w:t>to jo bhi hum padhte hain, duaen padhte hain, Quran ke portions padhte hain, namaz mein ibadat mein us par humein gehrai se gaurfikr karna hai, sochna hai. usko humein apni zindagi mein apply karna hai. bar bar sochne se humko ek naya spiritual food usmein milta hai. marfat ki ghaza milti hai. tabhi hamari yeh baatein hain jo hai Khuda ke nazdeek qabil e qubool hoti hain.</w:t>
      </w:r>
    </w:p>
    <w:p>
      <w:pPr>
        <w:jc w:val="right"/>
      </w:pPr>
      <w:r>
        <w:t>तो जो भी हम पढ़ते हैं, दुआएं पढ़ते हैं, कुरान के portions पढ़ते हैं, नमाज़ में इबादत में उस पर हमें गहराई से गौरूफ़िक्र करना है, सोचना है. उसको हमें अपनी ज़िंदगी में apply करना है. बार बार सोचने से हमको एक नया spiritual food उसमें मिलता है. मार्फ़त की ग़ज़ा मिलती है. तभी हमारी यह बातें हैं जो है खुदा के नज़दीक काबिलों कोबूल होती हैं.</w:t>
      </w:r>
    </w:p>
    <w:p>
      <w:r>
        <w:rPr>
          <w:b/>
        </w:rPr>
        <w:t xml:space="preserve">[04:13] </w:t>
      </w:r>
      <w:r>
        <w:t>kya ismein yeh bhi shamil hai ke agar kisi kisi amal karne wale ka marfat ka darja ooncha hoga to uska wahi amal uske liye zyada sawab ka baais ban jayega? aisa bhi kuch soch sakte hain? to aap matlab hum bata dijiye mukhtasir mein. usmein dekhiye woh to depend karta hai ke intention kaisi hai?</w:t>
      </w:r>
    </w:p>
    <w:p>
      <w:pPr>
        <w:jc w:val="right"/>
      </w:pPr>
      <w:r>
        <w:t>क्या इसमें यह भी शामिल है कि अगर किसी किसी अमल करने वाले का मार्फ़त का दर्जा ऊंचा होगा तो उसका वही अमल उसके लिए ज़्यादा सवाब का बाइस वन जाएगा? ऐसा भी कुछ सोच सकते हैं? तो आप मतलब हम बता दीजिए मुख्त सच में. उसमें देखिए वह तो depend करता है कि intention कैसी है?</w:t>
      </w:r>
    </w:p>
    <w:p>
      <w:r>
        <w:rPr>
          <w:b/>
        </w:rPr>
        <w:t xml:space="preserve">[04:42] </w:t>
      </w:r>
      <w:r>
        <w:t>wahan dekhiye is mein jo aaya hua kya maal ka daar umdaar niyat par hai. jo jaisi niyat karega waisa milega. to sahi marfat insaan bhi ho lekin uski intention agar galat ho jaye to uska reward to decrease ho jayega. niyat asal cheez se kaam karte hain. khali salah ke liye hona chahiye for the sake of allah. spirit usi hisab se badhti hai aur badhti hai. theek hai sir. shukriya bhavna. shuru asallah.</w:t>
      </w:r>
    </w:p>
    <w:p>
      <w:pPr>
        <w:jc w:val="right"/>
      </w:pPr>
      <w:r>
        <w:t>वहां देखिए इसमें जो आया हुआ क्या माल का दार उम्दार नियत पर है. जो जैसी नियत करेगा वैसा मिलेगा. तो सही मार्फत इंसान भी हो लेकिन उसकी intention अगर गलत हो जाए तो उसका reward तो decrease हो जाएगा. नियत असल चीज़ से काम करते हैं. खाली सलाह के लिए होना चाहिए for the sake of अल्ला. Spirit उसी हिसाब से बढ़ती है और बढ़ती है. ठीक है sir. शुक्रिया भावना. शुरू असिल्ला.</w:t>
      </w:r>
    </w:p>
    <w:p>
      <w:r>
        <w:rPr>
          <w:b/>
        </w:rPr>
        <w:t xml:space="preserve">[05:09] </w:t>
      </w:r>
      <w:r>
        <w:t>Ok, thank you doctor safina dabasum for asking the question. premina apan, do you have any question to ask for mafam? shafina, salam walekum mafam. jaise manana sahab ne ek video bataya tha ki log halaal aur haraam ko to jante hain magar ek aur cheez ko nahi jante.</w:t>
      </w:r>
    </w:p>
    <w:p>
      <w:pPr>
        <w:jc w:val="right"/>
      </w:pPr>
      <w:r>
        <w:t>Ok, thank you doctor सफ़ीना दबासुम for asking the question. प्रेमीना अपान, do you have any question to ask for माफ़म? शफ़ीना, सलाम वालेकुम माफ़म. जैसे मनाना साहब ने एक video बताया था कि लोग हलाल और हराम को तो जानते हैं मगर एक और चीज़ को नहीं जानते.</w:t>
      </w:r>
    </w:p>
    <w:p>
      <w:r>
        <w:rPr>
          <w:b/>
        </w:rPr>
        <w:t xml:space="preserve">[05:35] </w:t>
      </w:r>
      <w:r>
        <w:t>unhone kaha tha ki weak personality jo hai wah insaan ko tabah kar deti hai. to aap thoda sa explain karenge kya kya cheez weak personality mein aayega? aata hai? haan, mohammad sahab ne bahut zyada zor diya strong personality aur usmein khaas baat yeh kehte the ki hamein jo bhi baat ho as it is usko batana chahiye.</w:t>
      </w:r>
    </w:p>
    <w:p>
      <w:pPr>
        <w:jc w:val="right"/>
      </w:pPr>
      <w:r>
        <w:t>उन्होंने कहा था कि weak personality जो है वह इंसान को तबाह कर देती है. तो आप थोड़ा सा explain करेंगे क्या क्या चीज़ weak personality में आएगा? आता है? हां, मोहम्मद साहब ने बहुत ज़्यादा ज़ोर दिया strong personality और उसमें खास बात यह कहते थे कि हमें जो भी बात हो as it is उसको बताना चाहिए.</w:t>
      </w:r>
    </w:p>
    <w:p>
      <w:r>
        <w:rPr>
          <w:b/>
        </w:rPr>
        <w:t xml:space="preserve">[06:03] </w:t>
      </w:r>
      <w:r>
        <w:t>agar kuch log kuch log ghuma phirakar baatein karte hain to isse bahut naraz hote the. to yeh jo hai bilkul har cheez ko merit par judge karna aur baaton ko as it is lena bilkul sachchai ke saath. to yeh isse hamari personality strengthen hoti hai.</w:t>
      </w:r>
    </w:p>
    <w:p>
      <w:pPr>
        <w:jc w:val="right"/>
      </w:pPr>
      <w:r>
        <w:t>अगर कुछ लोग कुछ लोग घुमा फिराकर बातें करते हैं तो इससे बहुत नाराज़ होते थे. तो यह जो है बिल्कुल हर चीज़ को merit पर judge करना और बातों को as it is लेना बिल्कुल सच्चाई के साथ. तो यह इससे हमारी personality strengthen होती है.</w:t>
      </w:r>
    </w:p>
    <w:p>
      <w:r>
        <w:rPr>
          <w:b/>
        </w:rPr>
        <w:t xml:space="preserve">[06:24] </w:t>
      </w:r>
      <w:r>
        <w:t>to agar hum baatein banaye saaf baat na karein, jhoot bolna to wah to bhai saaf saaf baat galat hai lekin kai log jo hain na baatein ban banakar karte hain ki aadmi ko pata bhi na chale ki wah galat bayani kar raha hai. to yeh sab nahi karna hai. hamein har waqt agar hum khuda ko haazir aur nazir jaane to hum yeh sab nahi karenge kyunki hum foran yeh sochenge ki khuda ko to sab kuch maloom hai.</w:t>
      </w:r>
    </w:p>
    <w:p>
      <w:pPr>
        <w:jc w:val="right"/>
      </w:pPr>
      <w:r>
        <w:t>तो अगर हम बातें बनाएं साफ़ बात ना करें, झूठ बोलना तो वह तो भाई साफ़ साफ़ बात ग़लत है लेकिन कई लोग जो हैं ना बातें बना बनाकर करते हैं कि आदमी को पता भी ना चले कि वह ग़लत बयानी कर रहा है. तो यह सब नहीं करना है. हमें हर वक्त अगर हम खुदा को हाज़िर और नाज़िर जाने तो हम यह सब नहीं करेंगे क्योंकि हम फ़ौरन यह सोचेंगे कि खुदा को तो सब कुछ मालूम है.</w:t>
      </w:r>
    </w:p>
    <w:p>
      <w:r>
        <w:rPr>
          <w:b/>
        </w:rPr>
        <w:t xml:space="preserve">[06:53] </w:t>
      </w:r>
      <w:r>
        <w:t>to humko as it is baat karna chahiye aur merit par cheezon ko judge karna chahiye. yeh bahut zyada important hai aur bahut zyada videos hain short video bhi aate rehte hain yeh strong personality hi jannat mein jayegi. to strong personality kyunki insaan ki personality uski soch se banti hai. agar uska soch galat ho to uski personality bhi galat ho jayegi.</w:t>
      </w:r>
    </w:p>
    <w:p>
      <w:pPr>
        <w:jc w:val="right"/>
      </w:pPr>
      <w:r>
        <w:t>तो हमको as it is बात करना चाहिए और merit पर चीज़ों को judge करना चाहिए. यह बहुत ज़्यादा important है और बहुत ज़्यादा videos हैं short video भी आते रहते हैं यह strong personality ही जन्नत में जाएगी. तो strong personality क्योंकि इंसान की personality उसकी सोच से बनती है. अगर उसका सोच गलत हो तो उसकी personality भी गलत हो जाएगी.</w:t>
      </w:r>
    </w:p>
    <w:p>
      <w:r>
        <w:rPr>
          <w:b/>
        </w:rPr>
        <w:t xml:space="preserve">[07:23] </w:t>
      </w:r>
      <w:r>
        <w:t>kyunki insaan ka jo hai mind bilkul clear hona chahiye ki usko ki khuda kya chahta hai? insaan ko bilkul hi double standard nahi banna hai. aam taur par yeh dekha gaya ki log double standard hote hain ki apne liye kuch doosre ke liye kuch. to yeh sab nahi karna hai.</w:t>
      </w:r>
    </w:p>
    <w:p>
      <w:pPr>
        <w:jc w:val="right"/>
      </w:pPr>
      <w:r>
        <w:t>क्योंकि इंसान का जो है mind बिल्कुल clear होना चाहिए कि उसको कि ख़ुदा क्या चाहता है? इंसान को बिल्कुल ही double standard नहीं बनना है. आमतौर पर यह देखा गया कि लोग double standard होते हैं कि अपने लिए कुछ दूसरे के लिए कुछ. तो यह सब नहीं करना है.</w:t>
      </w:r>
    </w:p>
    <w:p>
      <w:r>
        <w:rPr>
          <w:b/>
        </w:rPr>
        <w:t xml:space="preserve">[07:44] </w:t>
      </w:r>
      <w:r>
        <w:t>har waqt khuda ko bilkul god conscious hamari life hona chahiye kyunki hum jab bhi baatein banate hain</w:t>
      </w:r>
    </w:p>
    <w:p>
      <w:pPr>
        <w:jc w:val="right"/>
      </w:pPr>
      <w:r>
        <w:t>हर वक्त खोदा को बिल्कुल god conscious हमारी life होना चाहिए क्योंकि हम जब भी बातें बनाते हैं</w:t>
      </w:r>
    </w:p>
    <w:p>
      <w:r>
        <w:rPr>
          <w:b/>
        </w:rPr>
        <w:t xml:space="preserve">[07:55] </w:t>
      </w:r>
      <w:r>
        <w:t>jab hum aur as it is baatein karenge chahe woh doosre ko woh baat se khush kar paye</w:t>
      </w:r>
    </w:p>
    <w:p>
      <w:pPr>
        <w:jc w:val="right"/>
      </w:pPr>
      <w:r>
        <w:t>जब हम और as it is बात करेंगे चाहे वह दूसरे को वह बात से खुश कर पाए</w:t>
      </w:r>
    </w:p>
    <w:p>
      <w:r>
        <w:rPr>
          <w:b/>
        </w:rPr>
        <w:t xml:space="preserve">[08:07] </w:t>
      </w:r>
      <w:r>
        <w:t>ya na kar paye lekin khuda khuda ko khush karna hai.</w:t>
      </w:r>
    </w:p>
    <w:p>
      <w:pPr>
        <w:jc w:val="right"/>
      </w:pPr>
      <w:r>
        <w:t>या ना कर पाए लेकिन खुदा खुदा को खुश करना है.</w:t>
      </w:r>
    </w:p>
    <w:p>
      <w:r>
        <w:rPr>
          <w:b/>
        </w:rPr>
        <w:t xml:space="preserve">[08:19] </w:t>
      </w:r>
      <w:r>
        <w:t>asal jo hamara maqsad hai wah khuda ko khush karna hai, farishton ko khush karna hai. to yeh bahut zaroori hai ki as it is baat hum karein. isi se hamari personality jo hai wah strong personality banegi. haan, chitaakarsh aapka ek ek sawal aur tha ki jaise ki bahut sari cheezein hoti hain.</w:t>
      </w:r>
    </w:p>
    <w:p>
      <w:pPr>
        <w:jc w:val="right"/>
      </w:pPr>
      <w:r>
        <w:t>असल जो हमारा मकसद है वह खुदा को खुश करना है, फरिश्तों को खुश करना है. तो यह बहुत ज़रूरी है कि as it is बात हम करें. इसी से हमारी personality जो है वह strong personality बनेगी. हां, चिताकर्ष आपका एक एक सवाल और था कि जैसे की बहुत सारी चीज़ें होती हैं.</w:t>
      </w:r>
    </w:p>
    <w:p>
      <w:r>
        <w:rPr>
          <w:b/>
        </w:rPr>
        <w:t xml:space="preserve">[08:46] </w:t>
      </w:r>
      <w:r>
        <w:t>har ek insaan ko us waqt lagta hai ki hamein yahan zyada zaroorat hai. to aadmi doosra kaam nahi kar pata. to ismein importance kis cheez ko zyada deni hai? matlab alada alada ke kaam ko ki aur jaise abhi aapne kaha ki intention sari cheezein hoti hain. intention par hi ki haan aazar milega.</w:t>
      </w:r>
    </w:p>
    <w:p>
      <w:pPr>
        <w:jc w:val="right"/>
      </w:pPr>
      <w:r>
        <w:t>हर एक इंसान को उस वक़्त लगता है कि हमें यहां ज़्यादा ज़रूरत है. तो आदमी दूसरा काम नहीं कर पाता. तो इसमें importance किस चीज़ को ज़्यादा देनी है? मतलब अलादा अलादा के काम को कि और जैसे अभी आपने कहा कि intention सारी चीज़ें होती हैं. Intention पर ही कि हां आज़र मिलेगा.</w:t>
      </w:r>
    </w:p>
    <w:p>
      <w:r>
        <w:rPr>
          <w:b/>
        </w:rPr>
        <w:t xml:space="preserve">[09:09] </w:t>
      </w:r>
      <w:r>
        <w:t>to aakar hum kisi duniyavi cheez mein zyada focus kar rahe ho taki kisi usmein kam focus kar rahe hain aur wah duniyavi cheez bhi bahut zyada zaroori ho to manage kaise karna chahiye? asal mein do tarah ke kaam hote hain ek jo hai bilkul zaroori kaam hota hai.</w:t>
      </w:r>
    </w:p>
    <w:p>
      <w:pPr>
        <w:jc w:val="right"/>
      </w:pPr>
      <w:r>
        <w:t>तो आकर हम किसी दुनियावी चीज़ में ज़्यादा focus कर रहे हो ताकि किसी उसमें कम focus कर रहे हैं और वह दुनियावी चीज़ भी बहुत ज़्यादा ज़रूरी हो तो manage कैसे करना चाहिए? असल में दो तरह के काम होते हैं एक जो है बिल्कुल ज़रूरी काम होता है.</w:t>
      </w:r>
    </w:p>
    <w:p>
      <w:r>
        <w:rPr>
          <w:b/>
        </w:rPr>
        <w:t xml:space="preserve">[09:32] </w:t>
      </w:r>
      <w:r>
        <w:t>ab koi bimar hai aur hum hi uski dekhbhal karni hai, koi doosra dekhbhal karne ke liye nahi hai to wah humein karna padega. usko doctor ke yahan le jana hai wah humein karna padega. lekin ab kai log kya karte hain ki unko ghoomne phirne jana hai. abhi abhi kisi ne bataya ki uske poore maa aur falan falan falan sab delhi ghoomne aa rahe hain.</w:t>
      </w:r>
    </w:p>
    <w:p>
      <w:pPr>
        <w:jc w:val="right"/>
      </w:pPr>
      <w:r>
        <w:t>अब कोई बीमार है और हम ही उसकी देखभाल करनी है, कोई दूसरा देखभाल करने के लिए नहीं है तो वह हमें करना पड़ेगा. उसको doctor के यहां ले जाना है वह हमें करना पड़ेगा. लेकिन अब कई लोग क्या करते हैं कि उनको घूमने फिरने जाना है. अभी अभी किसी ने बताया कि उसके पूरे मां और फलां फलां फलां सब दिल्ली घूमने आ रहे हैं.</w:t>
      </w:r>
    </w:p>
    <w:p>
      <w:r>
        <w:rPr>
          <w:b/>
        </w:rPr>
        <w:t xml:space="preserve">[09:56] </w:t>
      </w:r>
      <w:r>
        <w:t>ab agar hum kahein ki bhai delhi jab ghoomne aa rahe hain to tum uske saath raho, usko ghumao to yeh waste of time hai. to jab aapko yeh farq karna padega ki kya zaroori hai? kya ghair zaroori hai? jitna bhi aapke paas time ho utna time aapko khuda ke kaam mein lagana hai sirf zaroori kaam ke liye aap apne time ko wahan istemal kar sakte hain. to yeh log farq nahi karte log riwaj par chalte hain ki kya riwaj hai?</w:t>
      </w:r>
    </w:p>
    <w:p>
      <w:pPr>
        <w:jc w:val="right"/>
      </w:pPr>
      <w:r>
        <w:t>अब अगर हम कहें कि भाई दिल्ली जब घूमने आ रहे हैं तो तुम उसके साथ रहो, उसको घुमाओ तो यह waste of time है. तो जब आपको यह फ़र्क़ करना पड़ेगा कि क्या ज़रूरी है? क्या ग़ैर ज़रूरी है? जितना भी आपके पास time हो उतना time आपको कुदा के राम में लगाना है सिर्फ़ ज़रूरी काम के लिए आप अपने time को वहां इस्तेमाल कर सकते हैं. तो यह लोग फ़र्क़ नहीं करते लोग रवाज पर चलते हैं कि क्या रवाज है?</w:t>
      </w:r>
    </w:p>
    <w:p>
      <w:r>
        <w:rPr>
          <w:b/>
        </w:rPr>
        <w:t xml:space="preserve">[10:26] </w:t>
      </w:r>
      <w:r>
        <w:t>matlab hai ki ab riwaj hai ki kuch log ke bahut sare khane ghar mein pakte hain, bahut sare khane ki kya zaroorat hai? to yeh agar hamari isi par hai ki hamari thinking sahi hona chahiye. hamari thinking mein focus hona chahiye khuda ka kaam. to hum ek khane par bhi hum etekafa kar sakte hain. ek khana bhi hamare liye hamari health ke liye kafi ho sakta hai.</w:t>
      </w:r>
    </w:p>
    <w:p>
      <w:pPr>
        <w:jc w:val="right"/>
      </w:pPr>
      <w:r>
        <w:t>मतलब है कि अब रवाज है कि कुछ लोग के बहुत सारे खाने घर में पक्ते हैं, बहुत सारे खाने की क्या ज़रूरत है? तो यह अगर हमारी इसी पर है कि हमारी thinking सही होना चाहिए. हमारी thinking में focus होना चाहिए खुदा का काम. तो हम एक खाने पर भी हम एकत्रफा कर सकते हैं. एक खाना भी हमारे लिए हमारी health के लिए काफी हो सकता है.</w:t>
      </w:r>
    </w:p>
    <w:p>
      <w:r>
        <w:rPr>
          <w:b/>
        </w:rPr>
        <w:t xml:space="preserve">[10:52] </w:t>
      </w:r>
      <w:r>
        <w:t>to is tarah ki cheezein hamein khud samajhna hoga kya zaroori hai aur kya ghair zaroori hai? to ghair zaroori cheezon se hamein bachna chahiye. to yahi hai bas yeh hai ki khud hi sochna padega. management khud hi karna padega. kya hamein karna chahiye? kya nahi karna chahiye?</w:t>
      </w:r>
    </w:p>
    <w:p>
      <w:pPr>
        <w:jc w:val="right"/>
      </w:pPr>
      <w:r>
        <w:t>तो इस तरीके की चीज़ें हमें खुद समझना होगा क्या ज़रूरी है और क्या गैर ज़रूरी है? तो गैर ज़रूरी चीज़ों से हमें बचना चाहिए. तो यही है बस यह है कि ख़ुद ही सोचना पड़ेगा. Management ख़ुद ही करना पड़ेगा. क्या हमें करना चाहिए? क्या नहीं करना चाहिए?</w:t>
      </w:r>
    </w:p>
    <w:p>
      <w:r>
        <w:rPr>
          <w:b/>
        </w:rPr>
        <w:t xml:space="preserve">[11:14] </w:t>
      </w:r>
      <w:r>
        <w:t>misal ke taur par maurana sahab mujhe kehte the tum health ke liye park jao, walk karo, kabhi mana nahi karte the aur doctor ke yahan jaane ko mana nahi karte the. lekin agar hum ghoomne phillne jayein to wah mana karte the. to yeh farq karna padega ki kya zaroori hai, kya ghar zaroori hai? ji ab samajh gayi. yeh jakar.</w:t>
      </w:r>
    </w:p>
    <w:p>
      <w:pPr>
        <w:jc w:val="right"/>
      </w:pPr>
      <w:r>
        <w:t>मिसाल के तौर पर मोराना साहब मुझे कहते थे तुम health के लिए park जाओ, walk करो, कभी मना नहीं करते थे और doctor के यहां जाने को मना नहीं करते थे. लेकिन अगर हम घूमने फिलने जाएं तो वह मना करते थे. तो यह फ़र्क़ करना पड़ेगा कि क्या ज़रूरी है, क्या घर ज़रूरी है? जी अब समझ गई. यह जाकर.</w:t>
      </w:r>
    </w:p>
    <w:p>
      <w:r>
        <w:rPr>
          <w:b/>
        </w:rPr>
        <w:t xml:space="preserve">[11:41] </w:t>
      </w:r>
      <w:r>
        <w:t>result dekhkar kaam karna hai, result dekhkar. ji. aur anufraad keh rahe hain ki result oriented hamara kaam hona chahiye. ji ji. to wah bhi result oriented hai ki iska khuda ke yahan kya aazar milega? yeh result bhi hamein dekhna hai.</w:t>
      </w:r>
    </w:p>
    <w:p>
      <w:pPr>
        <w:jc w:val="right"/>
      </w:pPr>
      <w:r>
        <w:t>Result देखकर काम करना है, result देखकर. जी. और अनुफ़राद कह रहे हैं कि result oriented हमारा काम होना चाहिए. जी जी. तो वह भी result oriented है कि इसका ख़ुदा के यहां क्या आज़र मिलेगा? यह result भी हमें देखना है.</w:t>
      </w:r>
    </w:p>
    <w:p>
      <w:r>
        <w:rPr>
          <w:b/>
        </w:rPr>
        <w:t xml:space="preserve">[12:01] </w:t>
      </w:r>
      <w:r>
        <w:t>agar koi kaam aisa hai jisse hamein hamare naye kaam maal jayein, wah wah hamare kam ho jayenge khuda ke yahan to usse hamein bachna hai. ek aur point jo yahan par add karna wah yeh hai ki dekhiye allahir sulasilsalam kabhi safar mein jate to uski wajah se namazon ko jama karte the. halanki namaz apne time par padna hai aur safar par jana koi zaroori nahi ki din ke liye hi hota tha.</w:t>
      </w:r>
    </w:p>
    <w:p>
      <w:pPr>
        <w:jc w:val="right"/>
      </w:pPr>
      <w:r>
        <w:t>अगर कोई काम ऐसा है जिससे हमें हमारे नए काम माल जाएं, वह वह हमारे कम हो जाएंगे कौधा के यहां तो उससे हमें बचना है. एक और point जो यहां पर add करना वह यह है कि देखिए अल्लाहिर सुलसिलास्लम कभी सफर में जाते तो उसकी वजह से नमाज़ों को जमा करते थे. हालांकि नमाज़ अपने time पर पड़ना है और सफर पर जाना कोई ज़रूरी नहीं कि दिन के लिए ही होता था.</w:t>
      </w:r>
    </w:p>
    <w:p>
      <w:r>
        <w:rPr>
          <w:b/>
        </w:rPr>
        <w:t xml:space="preserve">[12:29] </w:t>
      </w:r>
      <w:r>
        <w:t>uske bawajood karte the woh deen ki aasani logon se milna, logon se tallahd banana, logon se woh</w:t>
      </w:r>
    </w:p>
    <w:p>
      <w:pPr>
        <w:jc w:val="right"/>
      </w:pPr>
      <w:r>
        <w:t>उसके बावजूद करते थे वह दीन की आसानी लोगों से मिलना, लोगों से ताल्लाहद बनाना, लोगों से वह</w:t>
      </w:r>
    </w:p>
    <w:p>
      <w:r>
        <w:rPr>
          <w:b/>
        </w:rPr>
        <w:t xml:space="preserve">[12:41] </w:t>
      </w:r>
      <w:r>
        <w:t>tribal ehsas tha na to tribal sardaron se mulakat karna aur unko unki talifein kalp karna to yeh</w:t>
      </w:r>
    </w:p>
    <w:p>
      <w:pPr>
        <w:jc w:val="right"/>
      </w:pPr>
      <w:r>
        <w:t>tribal एहस था ना तो tribal सरदारों से मुलाक़ात करना और उनको उनकी तालीफ़ें कल्प करना तो यह</w:t>
      </w:r>
    </w:p>
    <w:p>
      <w:r>
        <w:rPr>
          <w:b/>
        </w:rPr>
        <w:t xml:space="preserve">[12:54] </w:t>
      </w:r>
      <w:r>
        <w:t>sab yeh yeh sab kaam hote hain.</w:t>
      </w:r>
    </w:p>
    <w:p>
      <w:pPr>
        <w:jc w:val="right"/>
      </w:pPr>
      <w:r>
        <w:t>सब यह यह सब काम होते हैं.</w:t>
      </w:r>
    </w:p>
    <w:p>
      <w:r>
        <w:rPr>
          <w:b/>
        </w:rPr>
        <w:t xml:space="preserve">[13:06] </w:t>
      </w:r>
      <w:r>
        <w:t>to humko zyada se zyada apna time nikalna hai aur khuda ke ram mein kharch karna hai siwaye</w:t>
      </w:r>
    </w:p>
    <w:p>
      <w:pPr>
        <w:jc w:val="right"/>
      </w:pPr>
      <w:r>
        <w:t>तो हमको ज़्यादा से ज़्यादा अपना time निकालना है और खोदा के राम में ख़र्च करना है सिवाएं</w:t>
      </w:r>
    </w:p>
    <w:p>
      <w:r>
        <w:rPr>
          <w:b/>
        </w:rPr>
        <w:t xml:space="preserve">[13:19] </w:t>
      </w:r>
      <w:r>
        <w:t>zaruri kaam ke.</w:t>
      </w:r>
    </w:p>
    <w:p>
      <w:pPr>
        <w:jc w:val="right"/>
      </w:pPr>
      <w:r>
        <w:t>ज़रूरी काम के.</w:t>
      </w:r>
    </w:p>
    <w:p>
      <w:r>
        <w:rPr>
          <w:b/>
        </w:rPr>
        <w:t xml:space="preserve">[13:32] </w:t>
      </w:r>
      <w:r>
        <w:t>ji abba. Ok, thank you abba for answering the questions so elaborately with such clarity. And now nashma papa please ask your question. assalamualaykun. ek zamana tha jismein kehte the log religion mein islam mein koi sawal mat poocho. lekin maulana bilkul iske opposite the.</w:t>
      </w:r>
    </w:p>
    <w:p>
      <w:pPr>
        <w:jc w:val="right"/>
      </w:pPr>
      <w:r>
        <w:t>जी अब्बा. Ok, thank you अप्बा for answering the questions so elaborately with such clarity. And now नश्मा papa please ask your question. अस्सलामालिकुन. एक जमाना था जिसमें कहते थे लोग religion में इस्लाम में कोई सवाल मत पूछो. लेकिन मौलाना बिल्कुल इसके opposite थे.</w:t>
      </w:r>
    </w:p>
    <w:p>
      <w:r>
        <w:rPr>
          <w:b/>
        </w:rPr>
        <w:t xml:space="preserve">[13:56] </w:t>
      </w:r>
      <w:r>
        <w:t>to main yeh kahungi video elaborate on the importance of open dialogue in islam. nahi, wah to purane zamane ki baatein hain ki religion mein koi sawal nahi kiya jata tha.</w:t>
      </w:r>
    </w:p>
    <w:p>
      <w:pPr>
        <w:jc w:val="right"/>
      </w:pPr>
      <w:r>
        <w:t>तो मैं यह कहूंगी video elaborate on the importance of open dialogue in इस्लाम. नहीं, वह तो पुराने जमाने की बातें हैं कि religion में कोई सवाल नहीं किया जाता था.</w:t>
      </w:r>
    </w:p>
    <w:p>
      <w:r>
        <w:rPr>
          <w:b/>
        </w:rPr>
        <w:t xml:space="preserve">[14:12] </w:t>
      </w:r>
      <w:r>
        <w:t>ab aaj hi jo maana ka video hum logon ne suna usmein kaha ki jis tarike se scientist discussion karte hain usi tarike se mazhabi logon ko bhi discussion karna chahiye aur wah kaha tha ki agar main khudar ka existence ko manta hoon, agar koi atheist hai to main uske saath bahut hi comfortably discussion kar sakta hoon. to hum bilkul open minded hamein hona chahiye discussion ke liye kyunki isse hamein intellectual development hota hai.</w:t>
      </w:r>
    </w:p>
    <w:p>
      <w:pPr>
        <w:jc w:val="right"/>
      </w:pPr>
      <w:r>
        <w:t>अब आज ही जो माना का video हम लोगों ने सुना उसमें कहा कि जिस तरीके से scientist discussion करते हैं उसी तरीके से मज़हबी लोगों को भी discussion करना चाहिए और वह कहा था कि अगर मैं ख़ुदार का existence को मानता हूं, अगर कोई atheist है तो मैं उसके साथ बहुत ही comfortably discussion कर सकता हूं. तो हम बिल्कुल open minded हमें होना चाहिए discussion के लिए क्योंकि इससे हमें intellectual development होता है.</w:t>
      </w:r>
    </w:p>
    <w:p>
      <w:r>
        <w:rPr>
          <w:b/>
        </w:rPr>
        <w:t xml:space="preserve">[14:40] </w:t>
      </w:r>
      <w:r>
        <w:t>hamare mind mein bahut sari cheezein clear nahi hoti. discussion se wah clarity aati hai aur bahut sare sawalaat hamare dimagh mein hote hain. agar aap sawalaat nahi poohenge aur us par charcha nahi karenge to phir wah sawalaat ki jawab humein milenge nahi hamara mind ek confused state mein chala jayega. ji. zarza karna haan. iski importance to bahut hai jo hamein karna chahiye.</w:t>
      </w:r>
    </w:p>
    <w:p>
      <w:pPr>
        <w:jc w:val="right"/>
      </w:pPr>
      <w:r>
        <w:t>हमारे mind में बहुत सारी चीज़ें clear नहीं होती. Discussion से वह clarity आती है और बहुत सारे सवालात हमारे दिमाग में होते हैं. अगर आप सवालात नहीं पूछेंगे और उस पर चर्चा नहीं करेंगे तो फिर वह सवालात की जवाबात हमें मिलेंगे नहीं हमारा mind एक confused state में चला जाएगा. जी. ज़र्ज़ा करना हां. इसकी importance तो बहुत है जो हमें करना चाहिए.</w:t>
      </w:r>
    </w:p>
    <w:p>
      <w:r>
        <w:rPr>
          <w:b/>
        </w:rPr>
        <w:t xml:space="preserve">[15:10] </w:t>
      </w:r>
      <w:r>
        <w:t>ji, lekin ek baat aur hai ki agar hum hum koi baat keh rahe hain aur doosra jo hai usko pasand nahi karta to usko bilkul hi kya kahenge unbiasedly usko usko pakadna hai usko. matlab us par gussa nahi hona hai usko kyunki bahut sare log gussa ho jate hain agar apne khilaf koi baat hoti hai to gussa ho jate hain.</w:t>
      </w:r>
    </w:p>
    <w:p>
      <w:pPr>
        <w:jc w:val="right"/>
      </w:pPr>
      <w:r>
        <w:t>जी, लेकिन एक बात और है कि अगर हम हम कोई बात कह रहे हैं और दूसरा जो है उसको पसंद नहीं करता तो उसको बिल्कुल ही क्या कहेंगे unbiasedly उसको उसको पकड़ना है उसको. मतलब उस पर गुस्सा नहीं होना है उसको क्योंकि बहुत सारे लोग गुस्सा हो जाते हैं अगर अपने खिलाफ कोई बात होती है तो गुस्सा हो जाते हैं.</w:t>
      </w:r>
    </w:p>
    <w:p>
      <w:r>
        <w:rPr>
          <w:b/>
        </w:rPr>
        <w:t xml:space="preserve">[15:39] </w:t>
      </w:r>
      <w:r>
        <w:t>aisa nahi bilkul ek researcher ki tarah, ek scientist ki tarah hamein discussion karna hai, chahe wah hamare khilaf ho ya hamari mafik ho. to yeh condition jo hai wah zaroori hai. waza karna, waza karna. Thank you, Apa, for a very important point that you've just we we have noted this point that we should always listen to any people unbiasedly without any negative feelings for that person.</w:t>
      </w:r>
    </w:p>
    <w:p>
      <w:pPr>
        <w:jc w:val="right"/>
      </w:pPr>
      <w:r>
        <w:t>ऐसा नहीं बिल्कुल एक researcher की तरह, एक scientist की तरह हमें discussion करना है, चाहे वह हमारे ख़िलाफ़ हो या हमारी माफ़िक हो. तो यह condition जो है वह ज़रूरी है. वज़ा करना, वज़ा करना. Thank you, Apa, for a very important point that you've just we we have noted this point that we should always listen to any people unbiasedly without any negative feelings for that person.</w:t>
      </w:r>
    </w:p>
    <w:p>
      <w:r>
        <w:rPr>
          <w:b/>
        </w:rPr>
        <w:t xml:space="preserve">[16:08] </w:t>
      </w:r>
      <w:r>
        <w:t>And this question now comes from ayesha yusra. She has asked, there's a verse in the quran chapter two verse two thirty eight. Be ever mindful of prayer, especially the middle prayer and stand up before god in submissive devotion. She is asking what is middle prayer? Asr, middle prayer asr prayer hai.</w:t>
      </w:r>
    </w:p>
    <w:p>
      <w:pPr>
        <w:jc w:val="right"/>
      </w:pPr>
      <w:r>
        <w:t>And this question now comes from आयशा युसरा. She has asked, there's a verse in the Quran chapter two verse two thirty eight. Be ever mindful of prayer, especially the middle prayer and stand up before God in submissive devotion. She is asking what is middle prayer? असम, middle prayer असर prayer है.</w:t>
      </w:r>
    </w:p>
    <w:p>
      <w:r>
        <w:rPr>
          <w:b/>
        </w:rPr>
        <w:t xml:space="preserve">[16:34] </w:t>
      </w:r>
      <w:r>
        <w:t>Beach mein dekhiye do prayer hui, fazr, zuhr, phir asr ho gayi, phir maghrib aur isha ho gayi. Is that clear? Is that clear, ayesha? To matlab asr, wahi asr prayer ko utna importance kyun diye hain? Uske baare mein bol dijiye.</w:t>
      </w:r>
    </w:p>
    <w:p>
      <w:pPr>
        <w:jc w:val="right"/>
      </w:pPr>
      <w:r>
        <w:t>Beach में देखिए दो prayer हुई, फ़ज़ल, द्वार, फिर असर हो गई, फिर मगरीब और ईशा हो गई. Is that clear? Is that clear, आयशा? तो मतलब असर, वही असर प्रेय को उतना importance क्यों दिए हैं? उसके बारे में बोल दीजिए.</w:t>
      </w:r>
    </w:p>
    <w:p>
      <w:r>
        <w:rPr>
          <w:b/>
        </w:rPr>
        <w:t xml:space="preserve">[17:03] </w:t>
      </w:r>
      <w:r>
        <w:t>Woh us waqt asr mein business bahut zyada zoron par rehti hai is wajah se diya gaya importance. Woh woh time jo hota hai na aadmi ke liye bahut zyada business ka time hota hai. Matlab worldly activities ka time hota hai to isliye zor diya gaya ki namaz jo hai woh zaroori hai kyunki baar baar humein khuda ko yaad karte rehna hai. Tabhi hamari jo hai spirituality mein izafa hoga.</w:t>
      </w:r>
    </w:p>
    <w:p>
      <w:pPr>
        <w:jc w:val="right"/>
      </w:pPr>
      <w:r>
        <w:t>वह उस वक़्त असर में business बहुत ज़्यादा ज़ोरों पर रहती है इस वजह से दिया गया importance. वह वह time जो होता है ना आदमी के लिए बहुत ज़्यादा business का time होता है. मतलब worldly activities का time होता है तो इसलिए ज़ोर दिया गया कि नमाज़ जो है वह ज़रूरी है क्योंकि बार बार हमें खुदा को याद करते रहना है. तभी हमारी जो है spirituality में इज़ाफा होगा.</w:t>
      </w:r>
    </w:p>
    <w:p>
      <w:r>
        <w:rPr>
          <w:b/>
        </w:rPr>
        <w:t xml:space="preserve">[17:30] </w:t>
      </w:r>
      <w:r>
        <w:t>to hath thode thode der ke baad hamein khuda ko yaad karte rehna hai.</w:t>
      </w:r>
    </w:p>
    <w:p>
      <w:pPr>
        <w:jc w:val="right"/>
      </w:pPr>
      <w:r>
        <w:t>तो हथ थोड़े थोड़े देर के बाद हमें ख़ुदा को याद करते रहना है.</w:t>
      </w:r>
    </w:p>
    <w:p>
      <w:r>
        <w:rPr>
          <w:b/>
        </w:rPr>
        <w:t xml:space="preserve">[17:36] </w:t>
      </w:r>
      <w:r>
        <w:t>warna insan jo hai bohat aasani se woh dunya bhi kaam kaaj mein lag jata hai. Thank you.</w:t>
      </w:r>
    </w:p>
    <w:p>
      <w:pPr>
        <w:jc w:val="right"/>
      </w:pPr>
      <w:r>
        <w:t>वरना इंसान जो है बहुत आसानी से वह दुनियाभी कामकाज में लग जाता है. Thank you.</w:t>
      </w:r>
    </w:p>
    <w:p>
      <w:r>
        <w:rPr>
          <w:b/>
        </w:rPr>
        <w:t xml:space="preserve">[17:42] </w:t>
      </w:r>
      <w:r>
        <w:t>This question comes from princess A Khan.</w:t>
      </w:r>
    </w:p>
    <w:p>
      <w:pPr>
        <w:jc w:val="right"/>
      </w:pPr>
      <w:r>
        <w:t>This question comes from princess A Khan.</w:t>
      </w:r>
    </w:p>
    <w:p>
      <w:r>
        <w:rPr>
          <w:b/>
        </w:rPr>
        <w:t xml:space="preserve">[17:48] </w:t>
      </w:r>
      <w:r>
        <w:t>There are two parts to her question.</w:t>
      </w:r>
    </w:p>
    <w:p>
      <w:pPr>
        <w:jc w:val="right"/>
      </w:pPr>
      <w:r>
        <w:t>There are two parts to her question.</w:t>
      </w:r>
    </w:p>
    <w:p>
      <w:r>
        <w:rPr>
          <w:b/>
        </w:rPr>
        <w:t xml:space="preserve">[17:54] </w:t>
      </w:r>
      <w:r>
        <w:t>The first part is about the duas that are taught by the name of Rasulullah sallallahu.</w:t>
      </w:r>
    </w:p>
    <w:p>
      <w:pPr>
        <w:jc w:val="right"/>
      </w:pPr>
      <w:r>
        <w:t>The first part is about the दुआs that are taught by the name of Rasulullah सलिल्लाह.</w:t>
      </w:r>
    </w:p>
    <w:p>
      <w:r>
        <w:rPr>
          <w:b/>
        </w:rPr>
        <w:t xml:space="preserve">[18:01] </w:t>
      </w:r>
      <w:r>
        <w:t>Were they truly the way rasulullah recited them? This is the first part of the question abba. Please answer this, then I will ask you the second part. Kya keh rahe hain? Kaun si dua? The first part is about the duas that are taught by the name of rasulullah. Were they truly the way rasulullah recited them? Humein jo duaen duaen aayi hai masnoon dua ke naam par.</w:t>
      </w:r>
    </w:p>
    <w:p>
      <w:pPr>
        <w:jc w:val="right"/>
      </w:pPr>
      <w:r>
        <w:t>Were they truly the way रस्तुल अल्लाह recited them? This is the first part of the question अबा. Please answer this, then I will ask you the second part. क्या कह रहे हैं? कौन सी दुआ? The first part is about the दुआs that are taught by the name of रसूल अल्लाह Were they truly the way रसूल अल्लाह recited them? हमें जो दुआएं दुआएं आई है मसून दुआ के नाम पर.</w:t>
      </w:r>
    </w:p>
    <w:p>
      <w:r>
        <w:rPr>
          <w:b/>
        </w:rPr>
        <w:t xml:space="preserve">[18:31] </w:t>
      </w:r>
      <w:r>
        <w:t>masnoon duain jin ko kaha jata hai.</w:t>
      </w:r>
    </w:p>
    <w:p>
      <w:pPr>
        <w:jc w:val="right"/>
      </w:pPr>
      <w:r>
        <w:t>मसून दुआएं जिनको कहा जाता है.</w:t>
      </w:r>
    </w:p>
    <w:p>
      <w:r>
        <w:rPr>
          <w:b/>
        </w:rPr>
        <w:t xml:space="preserve">[18:49] </w:t>
      </w:r>
      <w:r>
        <w:t>Princess Khan aap yahan maujood hain please aap is question ko clear karen.</w:t>
      </w:r>
    </w:p>
    <w:p>
      <w:pPr>
        <w:jc w:val="right"/>
      </w:pPr>
      <w:r>
        <w:t>Princess खान आप यहां मौजूद हैं please आप इस question को clear करें.</w:t>
      </w:r>
    </w:p>
    <w:p>
      <w:r>
        <w:rPr>
          <w:b/>
        </w:rPr>
        <w:t xml:space="preserve">[19:07] </w:t>
      </w:r>
      <w:r>
        <w:t>Aisa nahi jaise aajkal log duaen kitabein hoti hain aur duaen usko yeh har doosre nabiyon ki bhi duaen hoti hain. To usko yaad karte rehte hain, padhte rehte hain. Aisa nahi tha. Woh toh maulana ne baar baar likha hai ki woh halaat ke mutabiq woh kuch alfaaz poore jazbaat ke saath woh nikalte the. To woh isi wajah se uski itni zyada ahmiyat hoti thi.</w:t>
      </w:r>
    </w:p>
    <w:p>
      <w:pPr>
        <w:jc w:val="right"/>
      </w:pPr>
      <w:r>
        <w:t>ऐसा नहीं जैसे आजकल लोग दुआएं किताबें होती हैं और दुआएं उसको यह हर दूसरे नदियों की भी दुआएं होती हैं. तो उसको याद करते रहते हैं, पढ़ते रहते हैं. ऐसा नहीं था. वह तो मौलाना ने बार बार लिखा है कि वह हालात के मुताबिक वह कुछ अल्फाज़ पूरे जज़्बाद के साथ वह निकलते थे. तो वह इसी वजह से उसकी इतनी ज़्यादा अहम्यत होती थी.</w:t>
      </w:r>
    </w:p>
    <w:p>
      <w:r>
        <w:rPr>
          <w:b/>
        </w:rPr>
        <w:t xml:space="preserve">[19:31] </w:t>
      </w:r>
      <w:r>
        <w:t>Woh halaat ke hisab se woh alfaaz nikalte hain to woh khuda ke bargah mein uski qubooliyat hoti hai. Lekin agar hum woh ratkar padhenge to usse koi fayda nahi hoga ratne se kyunki usmein hamare jazbaat to shamil hi nahi hain usmein. To yeh thoda sa aap ismein keh dijiye sab band bahut likha hai.</w:t>
      </w:r>
    </w:p>
    <w:p>
      <w:pPr>
        <w:jc w:val="right"/>
      </w:pPr>
      <w:r>
        <w:t>वह हालात के हिसाब से वह अल्फाज़ निकलते हैं तो वह होदा के बारगाह में उसकी कुबूलियत होती है. लेकिन अगर हम वह रटकर पढ़ेंगे तो उससे कोई फ़ायदा नहीं होगा रटने से क्योंकि उसमें हमारे जज़्बाद तो शामिल ही नहीं है उसमें. तो यह थोड़ा सा आप इसमें कह दीजिए सब बंद बहुत लिखा है.</w:t>
      </w:r>
    </w:p>
    <w:p>
      <w:r>
        <w:rPr>
          <w:b/>
        </w:rPr>
        <w:t xml:space="preserve">[19:53] </w:t>
      </w:r>
      <w:r>
        <w:t>dekhiye dua ke talluq se jo pehla sawal aap ka hai ke rasulla ne kaha to yakeenan bohat sari</w:t>
      </w:r>
    </w:p>
    <w:p>
      <w:pPr>
        <w:jc w:val="right"/>
      </w:pPr>
      <w:r>
        <w:t>देखिए दुआं के ताल्लुक से जो पहला सवाल आपका है कि रसुल्ला ने कहा तो यकीनन बहुत सारी</w:t>
      </w:r>
    </w:p>
    <w:p>
      <w:r>
        <w:rPr>
          <w:b/>
        </w:rPr>
        <w:t xml:space="preserve">[20:13] </w:t>
      </w:r>
      <w:r>
        <w:t>duain aisi hain rasulla ne kaha hai.</w:t>
      </w:r>
    </w:p>
    <w:p>
      <w:pPr>
        <w:jc w:val="right"/>
      </w:pPr>
      <w:r>
        <w:t>दुआं ऐसी है रसुल्ला ने कहा है.</w:t>
      </w:r>
    </w:p>
    <w:p>
      <w:r>
        <w:rPr>
          <w:b/>
        </w:rPr>
        <w:t xml:space="preserve">[20:33] </w:t>
      </w:r>
      <w:r>
        <w:t>kuch duain aisi hain jo rasulla ne nahi kaha, lekin baad mein logon ne fabricate kar diya hai.</w:t>
      </w:r>
    </w:p>
    <w:p>
      <w:pPr>
        <w:jc w:val="right"/>
      </w:pPr>
      <w:r>
        <w:t>कुछ द्वाहें ऐसी हैं जो रसुल्ला ने नहीं कहा, लेकिन बाद में लोगों ने fabricate कर दिया है.</w:t>
      </w:r>
    </w:p>
    <w:p>
      <w:r>
        <w:rPr>
          <w:b/>
        </w:rPr>
        <w:t xml:space="preserve">[20:53] </w:t>
      </w:r>
      <w:r>
        <w:t>ek point to yeh hai.</w:t>
      </w:r>
    </w:p>
    <w:p>
      <w:pPr>
        <w:jc w:val="right"/>
      </w:pPr>
      <w:r>
        <w:t>एक point तो यह है.</w:t>
      </w:r>
    </w:p>
    <w:p>
      <w:r>
        <w:rPr>
          <w:b/>
        </w:rPr>
        <w:t xml:space="preserve">[21:13] </w:t>
      </w:r>
      <w:r>
        <w:t>doosri cheez yeh hai jo apne jhuka aur Maulana ne is par likha hai ke rasulla se ek</w:t>
      </w:r>
    </w:p>
    <w:p>
      <w:pPr>
        <w:jc w:val="right"/>
      </w:pPr>
      <w:r>
        <w:t>दूसरी चीज़ यह है जो अपने झुका और मौराना ने इस पर लिखा है कि रसुल्ला से एक</w:t>
      </w:r>
    </w:p>
    <w:p>
      <w:r>
        <w:rPr>
          <w:b/>
        </w:rPr>
        <w:t xml:space="preserve">[21:33] </w:t>
      </w:r>
      <w:r>
        <w:t>hi waqt ke liye</w:t>
      </w:r>
    </w:p>
    <w:p>
      <w:pPr>
        <w:jc w:val="right"/>
      </w:pPr>
      <w:r>
        <w:t>ही वक्त के लिए</w:t>
      </w:r>
    </w:p>
    <w:p>
      <w:r>
        <w:rPr>
          <w:b/>
        </w:rPr>
        <w:t xml:space="preserve">[21:54] </w:t>
      </w:r>
      <w:r>
        <w:t>To dil se hi woh nikalna chahiye tabhi woh allah ta'ala woh qabil qubool qubooliyat allah bakshega. Ab agar rati ratayi duaen aap padhenge to bilkul kaifiyat ke saath to usmein uska koi fayda nahi hai. Isko baar baar maulana ne likha hai. Yeh chapter padhna hai ki kiraye marfat kahin hai ji. To kitabon mein marfat mein ek poora chapter hai zikr dua.</w:t>
      </w:r>
    </w:p>
    <w:p>
      <w:pPr>
        <w:jc w:val="right"/>
      </w:pPr>
      <w:r>
        <w:t>तो दिल से ही वह निकलना चाहिए तभी वह अल्लाह तालक है वह काबिल कुबूल कुबूलियत अल्लाह बक्सेगा. अब अगर रटी रटाई दुआएं आप पढ़ेंगे तो बिल्कुल कैर्वियत के साथ तो उसमें उसका कोई फ़ायदा नहीं है. इसको बार बार मुराना लिखा है. यह chapter पढ़ना है कि किराएं मार्फ़त कहीं है जी. तो कितार में मार्फ़त में एक पूरा chapter है ज़िक्र दुआ.</w:t>
      </w:r>
    </w:p>
    <w:p>
      <w:r>
        <w:rPr>
          <w:b/>
        </w:rPr>
        <w:t xml:space="preserve">[22:20] </w:t>
      </w:r>
      <w:r>
        <w:t>Yeh english mein bhi aa gayi hai aur isko padh lengi to unko clarity ho jayegi. Maulana has always emphasized on creative dua that you meet prayer when the situation arises. The kind of situation you are in. You can make prayer and you can ask for that thing that is called creative dua. Isn't it aapka?</w:t>
      </w:r>
    </w:p>
    <w:p>
      <w:pPr>
        <w:jc w:val="right"/>
      </w:pPr>
      <w:r>
        <w:t>यह English में भी आ गई है और इसको पढ़ लेंगी तो उनको clarity हो जाएगी. मोलाना has always emphasized on creative दुआ that you meet prayer when the situation arises. The kind of situation you are in. You can make prayer and you can ask for that thing that is called created दुआ. Isn't it आपका?</w:t>
      </w:r>
    </w:p>
    <w:p>
      <w:r>
        <w:rPr>
          <w:b/>
        </w:rPr>
        <w:t xml:space="preserve">[22:44] </w:t>
      </w:r>
      <w:r>
        <w:t>Ji haan, woh jaise ek misaal di maulana ne ki ek ladka tha usne apne baap se kaha ki mujhe cycle dila do. Woh sirf ek teacher tha. Usne kaha ki mere paas itna paisa nahi hai ki main cycle dilau.</w:t>
      </w:r>
    </w:p>
    <w:p>
      <w:pPr>
        <w:jc w:val="right"/>
      </w:pPr>
      <w:r>
        <w:t>जी हां, वह जैसे एक मिसाल दी मालाना ने कि एक लड़का था उसने अपने बाप से कहा कि मुझे cycle दिला दो. वह सिर्फ़ एक teacher था. उसने कहा कि मेरे पास इतना पैसा नहीं है कि मैं cycle दिलाऊं.</w:t>
      </w:r>
    </w:p>
    <w:p>
      <w:r>
        <w:rPr>
          <w:b/>
        </w:rPr>
        <w:t xml:space="preserve">[22:59] </w:t>
      </w:r>
      <w:r>
        <w:t>Woh baar baar kehta raha to ek din baap gussa ho gaya ki maine keh diya to is iska uske upar itna asar hua ki usne karz lekar ke cycle dila di usko.</w:t>
      </w:r>
    </w:p>
    <w:p>
      <w:pPr>
        <w:jc w:val="right"/>
      </w:pPr>
      <w:r>
        <w:t>वह बार बार कहता रहा तो एक दिन बाप गुस्सा हो गया कि मैंने कह दिया तो इस इसका उसके ऊपर इतना असर हुआ कि उसने कर्ज लेकर के cycle दिला दी उसको.</w:t>
      </w:r>
    </w:p>
    <w:p>
      <w:r>
        <w:rPr>
          <w:b/>
        </w:rPr>
        <w:t xml:space="preserve">[23:23] </w:t>
      </w:r>
      <w:r>
        <w:t>To woh jo usne dil ke saath kaha tha na, rote hue poore jazbaat ke saath tab tab woh baap par ghul gaya. To ise ab ab aap isi isi se aap samajh sakte hain ki khuda ko bhi aise hi alfaaz ki zaroorat hai. Ab woh rate hue alfaaz ki zaroorat nahi hai khuda ko to woh to woh qubool nahi hote hain rate hue alfaaz. Thank you, abba. Now we take the last question that has come to me.</w:t>
      </w:r>
    </w:p>
    <w:p>
      <w:pPr>
        <w:jc w:val="right"/>
      </w:pPr>
      <w:r>
        <w:t>तो वह जो उसने दिल के साथ कहा था ना, रोते हुए पूरे जज़्बात के साथ तब तब वह बाप पर घल गया. तो इसे अब अब आप इसी इसी से आप समझ सकते हैं कि खोदा को भी ऐसे ही अल्फाज़ की ज़रूरत है. अब वह रटे हुए अल्फाज़ की ज़रूरत नहीं है खोदा को तो वह तो वह कुबूल नहीं होते हैं रटे हुए अल्फाज़. Thank you, अपान. Now we take the last question that has come to me.</w:t>
      </w:r>
    </w:p>
    <w:p>
      <w:r>
        <w:rPr>
          <w:b/>
        </w:rPr>
        <w:t xml:space="preserve">[23:49] </w:t>
      </w:r>
      <w:r>
        <w:t>Maulana, today the video on social harmony, maulana has talked about extensively on this social harmony because we live in a multicultural society and often we are, we we become participants of our friends and colleagues in their festival abba. So, I would like to ask this question, how much should be our participation? Is there any limitation to it?</w:t>
      </w:r>
    </w:p>
    <w:p>
      <w:pPr>
        <w:jc w:val="right"/>
      </w:pPr>
      <w:r>
        <w:t>मोलाना, today the video on social harmony, मोलाना has talked about extensively on this social harmony because we live in a multicultural society and often we are, we we become participants of our friends and colleagues in their festival साबा. So, I would like to ask this question, how much should be our participation? Is there any limitation to it?</w:t>
      </w:r>
    </w:p>
    <w:p>
      <w:r>
        <w:rPr>
          <w:b/>
        </w:rPr>
        <w:t xml:space="preserve">[24:18] </w:t>
      </w:r>
      <w:r>
        <w:t>How much we, can we participate in their festival, whether it's puja, whether it's christmas or because often the traditional muslim says that if you participate, then you are doing shirk. So please clear this aapka. Dekhiye iske do do parts hain. Ek hai puja aur ek hai milna julna. To usko alag karenge.</w:t>
      </w:r>
    </w:p>
    <w:p>
      <w:pPr>
        <w:jc w:val="right"/>
      </w:pPr>
      <w:r>
        <w:t>How much we, can we participate in their festival, whether it's पूजा, whether it's Christmas or because often the traditional मुस्लिम says that if you participate, then you are doing शिक. So please clear this आपका. देखिए इसके दो दो parts हैं. एक है पूजा और एक है मिलना जुलना. तो उसको अलग करेंगे.</w:t>
      </w:r>
    </w:p>
    <w:p>
      <w:r>
        <w:rPr>
          <w:b/>
        </w:rPr>
        <w:t xml:space="preserve">[24:42] </w:t>
      </w:r>
      <w:r>
        <w:t>Ab puja mein to nahi shareek ho sakte hain lekin milne julne mein hum shareek ho sakte hain aur usmein koi bhi haraaz nahi hai aur jitna zyada aap mile bhi lenge woh toh ta'aluf e a'ala mein jayega. Agar aap jitna aap doori rakhenge utna hi zyada misunderstanding develop hogi. To yeh toh bahut zaroori hai rasulullah sallallahu sallallahu to har waqt har ek se milte the jahan unko lagta tha ki tribes mein se koi bhi shakhs aaya hai kahin par ka'aba mein log aate the.</w:t>
      </w:r>
    </w:p>
    <w:p>
      <w:pPr>
        <w:jc w:val="right"/>
      </w:pPr>
      <w:r>
        <w:t>अब पूजा में तो नहीं शरीफ हो सकते हैं लेकिन मिलने जुलने में हम शरीफ हो सकते हैं और उसमें कोई भी हैराज़ नहीं है और जितना ज़्यादा आप मिले भी लेंगे वह तो तालीफ़ अकाल में जाएगा. अगर आप जितना आप दूरी रखेंगे उतना ही ज़्यादा misunderstanding develop होगी. तो यह तो बहुत ज़रूरी है रसूल्लाह सलाह सलाह तो हर वक्त हर एक से मिलते थे जहां उनको लगता था कि tribes में से कोई भी शख्स आया है कहीं पर अकाबा में लोग आते थे.</w:t>
      </w:r>
    </w:p>
    <w:p>
      <w:r>
        <w:rPr>
          <w:b/>
        </w:rPr>
        <w:t xml:space="preserve">[25:11] </w:t>
      </w:r>
      <w:r>
        <w:t>Foran aap usse milne jaate the woh toh mushrik hote the na? Foran aap usse milne jaate the, us dauran apni baat batate the. To yeh toh bilkul bilkul matlab bilkul zaroori hai. Thank you akbar, thank you so much. Why I asked this question? Because in kolkata now durgapuja is starting and we are, it's a multicultural society. So people are inviting you.</w:t>
      </w:r>
    </w:p>
    <w:p>
      <w:pPr>
        <w:jc w:val="right"/>
      </w:pPr>
      <w:r>
        <w:t>फ़ौरन आप उससे मिलने जाते थे वह तो मुश्रिक होते थे ना? फ़ौरन आप उससे मिलने जाते थे, उस दौरान अपनी बात बताते थे. तो यह तो बिल्कुल बिल्कुल मतलब बिल्कुल ज़रूरी है. Thank you अकबर, thank you so much. Why I asked this question? Because in कोलकाता now दुर्गापूर्जा is starting and we are, it's a multicultural society. So people are inviting you.</w:t>
      </w:r>
    </w:p>
    <w:p>
      <w:r>
        <w:rPr>
          <w:b/>
        </w:rPr>
        <w:t xml:space="preserve">[25:38] </w:t>
      </w:r>
      <w:r>
        <w:t>Just today in the morning I was invited to a puja session. I didn't go in exactly in the puja, but I went later. And they met very harmoniously and in fact, liked somebody from the muslim group has come and attend this session of theirs and they personally came and told me ki yes, you are very welcome in coming and being a participant of this. So I think akbar this is also part of image building of islam.</w:t>
      </w:r>
    </w:p>
    <w:p>
      <w:pPr>
        <w:jc w:val="right"/>
      </w:pPr>
      <w:r>
        <w:t>Just today in the morning I was invited to a पूजा session. I didn't go in exactly in the पूजा, but I went later. And they met very harmoniously and in fact, liked somebody from the मुस्लिम group has come and attend this session of theirs and they personally came and told me कि yes, you are very welcome in coming and being a participant of this. So I think अकबर this is also part of image building of इस्लाम.</w:t>
      </w:r>
    </w:p>
    <w:p>
      <w:r>
        <w:rPr>
          <w:b/>
        </w:rPr>
        <w:t xml:space="preserve">[26:08] </w:t>
      </w:r>
      <w:r>
        <w:t>dekhiye woh humse expect hi nahi karte ke hum un ke pooja mein shareek hon.</w:t>
      </w:r>
    </w:p>
    <w:p>
      <w:pPr>
        <w:jc w:val="right"/>
      </w:pPr>
      <w:r>
        <w:t>देखिए वह हमसे expect ही नहीं करते कि हम उनके पूजा में शरीर हों.</w:t>
      </w:r>
    </w:p>
    <w:p>
      <w:r>
        <w:rPr>
          <w:b/>
        </w:rPr>
        <w:t xml:space="preserve">[26:20] </w:t>
      </w:r>
      <w:r>
        <w:t>woh sirf milna julna hum log, woh utna hi expect karte hain woh.</w:t>
      </w:r>
    </w:p>
    <w:p>
      <w:pPr>
        <w:jc w:val="right"/>
      </w:pPr>
      <w:r>
        <w:t>वह सिर्फ मिलना जुलना हम लोग, वह उतना ही expect करते हैं वह.</w:t>
      </w:r>
    </w:p>
    <w:p>
      <w:r>
        <w:rPr>
          <w:b/>
        </w:rPr>
        <w:t xml:space="preserve">[26:33] </w:t>
      </w:r>
      <w:r>
        <w:t>kyun ke aaj kal ka zamana hi religious freedom ka hai aur parhe likhe log to yeh achi tarah jante hain.</w:t>
      </w:r>
    </w:p>
    <w:p>
      <w:pPr>
        <w:jc w:val="right"/>
      </w:pPr>
      <w:r>
        <w:t>क्योंकि आजकल का ज़माना ही religious freedom का है और पढ़े लिखे लोग तो यह अच्छी तरह जानते हैं.</w:t>
      </w:r>
    </w:p>
    <w:p>
      <w:r>
        <w:rPr>
          <w:b/>
        </w:rPr>
        <w:t xml:space="preserve">[26:46] </w:t>
      </w:r>
      <w:r>
        <w:t>har har har ek ka jo mazhab hai uska uski woh respect karte hain.</w:t>
      </w:r>
    </w:p>
    <w:p>
      <w:pPr>
        <w:jc w:val="right"/>
      </w:pPr>
      <w:r>
        <w:t>हर हर हर एक का जो मज़हब है उसका उसकी वह respect करते हैं.</w:t>
      </w:r>
    </w:p>
    <w:p>
      <w:r>
        <w:rPr>
          <w:b/>
        </w:rPr>
        <w:t xml:space="preserve">[26:58] </w:t>
      </w:r>
      <w:r>
        <w:t>to yeh to bilkul galat baat hai ke woh kahenge ke aap hamare pooja mein shareek ho.</w:t>
      </w:r>
    </w:p>
    <w:p>
      <w:pPr>
        <w:jc w:val="right"/>
      </w:pPr>
      <w:r>
        <w:t>तो यह तो बिल्कुल ग़लत बात है कि वह कहेंगे कि आप हमारे पूजा में शरीक हो.</w:t>
      </w:r>
    </w:p>
    <w:p>
      <w:r>
        <w:rPr>
          <w:b/>
        </w:rPr>
        <w:t xml:space="preserve">[27:11] </w:t>
      </w:r>
      <w:r>
        <w:t>aisa kabhi hua bhi nahi hoga.</w:t>
      </w:r>
    </w:p>
    <w:p>
      <w:pPr>
        <w:jc w:val="right"/>
      </w:pPr>
      <w:r>
        <w:t>ऐसा कभी हुआ भी नहीं होगा.</w:t>
      </w:r>
    </w:p>
    <w:p>
      <w:r>
        <w:rPr>
          <w:b/>
        </w:rPr>
        <w:t xml:space="preserve">[27:24] </w:t>
      </w:r>
      <w:r>
        <w:t>To same hamare liye bhi woh expect karte hain ki aise hi ho. Sahi baat hai. Ji aap very nice. Maulana yeh raat bhai aapne aur zyada isko clear kar diya is answer ko.</w:t>
      </w:r>
    </w:p>
    <w:p>
      <w:pPr>
        <w:jc w:val="right"/>
      </w:pPr>
      <w:r>
        <w:t>तो same हमारे लिए भी वह expect करते हैं कि ऐसे ही हो. सही बात है. जी आप very nice. मलाना यह रात भाई आपने और ज़्यादा इसको clear कर दिया इस answer को.</w:t>
      </w:r>
    </w:p>
    <w:p>
      <w:r>
        <w:rPr>
          <w:b/>
        </w:rPr>
        <w:t xml:space="preserve">[27:39] </w:t>
      </w:r>
      <w:r>
        <w:t>I think all of the ladies who is now listening to this answer can apply this to their life because other people are also a part of our life and we can implement this the bhi afwa has said and radh bhai has said, So we almost come to the end of the session, abba. Thank you so much for being a part of it.</w:t>
      </w:r>
    </w:p>
    <w:p>
      <w:pPr>
        <w:jc w:val="right"/>
      </w:pPr>
      <w:r>
        <w:t>I think all of the ladies who is now listening to this answer can apply this to their life because other people are also a part of our life and we can implement this the भी अफवाह has said and राध भाई has said, So we almost come to the end of the session, अप्पा. Thank you so much for being a part of it.</w:t>
      </w:r>
    </w:p>
    <w:p>
      <w:r>
        <w:rPr>
          <w:b/>
        </w:rPr>
        <w:t xml:space="preserve">[28:00] </w:t>
      </w:r>
      <w:r>
        <w:t>And I would like to make an announcement that next next session with abba, that is q and a, we will be asking, please kindly forward your questions to me so that we can ask in a very short period lot of questions from afwa with lot of clarity. I think you all must have got it. I just said it was a very beautiful and short but very incredible session, afwa. Thank you so much.</w:t>
      </w:r>
    </w:p>
    <w:p>
      <w:pPr>
        <w:jc w:val="right"/>
      </w:pPr>
      <w:r>
        <w:t>And I would like to make an announcement that next next session with अप्पा, that is q and a, we will be asking, please kindly forward your questions to me so that we can ask in a very short period lot of questions from अफ़व with lot of clarity. I think you all must have got it. I just said it was a very beautiful and short but very incredible session, अफवा. Thank you so much.</w:t>
      </w:r>
    </w:p>
    <w:p>
      <w:r>
        <w:rPr>
          <w:b/>
        </w:rPr>
        <w:t xml:space="preserve">[28:27] </w:t>
      </w:r>
      <w:r>
        <w:t>So we'll meet again next month in the next week with a new topic. Thank you.</w:t>
      </w:r>
    </w:p>
    <w:p>
      <w:pPr>
        <w:jc w:val="right"/>
      </w:pPr>
      <w:r>
        <w:t>So we'll meet again next month in the next week with a new topic.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