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and Maulana Farhad Ahmed Umeri July 30, 2023</w:t>
      </w:r>
    </w:p>
    <w:p>
      <w:r>
        <w:t>https://www.youtube.com/watch?v=zKtfjSCnoAE</w:t>
      </w:r>
    </w:p>
    <w:p>
      <w:r>
        <w:rPr>
          <w:b/>
        </w:rPr>
        <w:t xml:space="preserve">[00:00] </w:t>
      </w:r>
      <w:r>
        <w:t>I I welcome you all to a question and answer session with professor farida panam, chairperson of cps international and maulana ahmad pumri.</w:t>
      </w:r>
    </w:p>
    <w:p>
      <w:pPr>
        <w:jc w:val="right"/>
      </w:pPr>
      <w:r>
        <w:t>I I welcome you all to a question and answer session with professor फरीदा पानम, chairperson of CPS International and मोलाना अहमद पुमरी.</w:t>
      </w:r>
    </w:p>
    <w:p>
      <w:r>
        <w:rPr>
          <w:b/>
        </w:rPr>
        <w:t xml:space="preserve">[00:26] </w:t>
      </w:r>
      <w:r>
        <w:t>Today is July 30. And this is an incredible session with Apa and Maulana Farhad Umri because when we do when we ask question and we have queries, they are replied very diligently by Apa and Faradway, and it helps in our growth and intellectual development.</w:t>
      </w:r>
    </w:p>
    <w:p>
      <w:pPr>
        <w:jc w:val="right"/>
      </w:pPr>
      <w:r>
        <w:t>Today is July 30. And this is an incredible session with Apa and मोलाना फरहाद उम्री because when we do when we ask question and we have queries, they are replied very diligently by Apa and Faradway, and it helps in our growth and intellectual development.</w:t>
      </w:r>
    </w:p>
    <w:p>
      <w:r>
        <w:rPr>
          <w:b/>
        </w:rPr>
        <w:t xml:space="preserve">[00:52] </w:t>
      </w:r>
      <w:r>
        <w:t>So this session at the end of the month is a very important session for all of us who have joined in here. And I request you all, if you have to ask any question, please raise your hand. And before asking question, do not reply in between.</w:t>
      </w:r>
    </w:p>
    <w:p>
      <w:pPr>
        <w:jc w:val="right"/>
      </w:pPr>
      <w:r>
        <w:t>So this session at the end of the month is a very important session for all of us who have joined in here. And I request you all, if you have to ask any question, please raise your hand. And before asking question, do not reply in between.</w:t>
      </w:r>
    </w:p>
    <w:p>
      <w:r>
        <w:rPr>
          <w:b/>
        </w:rPr>
        <w:t xml:space="preserve">[01:11] </w:t>
      </w:r>
      <w:r>
        <w:t>And please, whatever the question you are asking, it should be very precise and to the point, not the story type because it confuses the panel when they answer the question. So I'll start now. I welcome Apa to this session. Apa please, you start with a note for us in this session.</w:t>
      </w:r>
    </w:p>
    <w:p>
      <w:pPr>
        <w:jc w:val="right"/>
      </w:pPr>
      <w:r>
        <w:t>And please, whatever the question you are asking, it should be very precise and to the point, not the story type because it confuses the panel when they answer the question. So I'll start now. I welcome आपा to this session. आपा please, you start with a note for us in this session.</w:t>
      </w:r>
    </w:p>
    <w:p>
      <w:r>
        <w:rPr>
          <w:b/>
        </w:rPr>
        <w:t xml:space="preserve">[01:38] </w:t>
      </w:r>
      <w:r>
        <w:t>Aaj jo program Sunday ko hua tha Hazrat Fatima par doctor Sahiba ne kiya tha. To usse logon ko bahut bahut appealing laga kyunki itna detail ke saath hum logon ko maloom nahi tha ki daur-e-Jahiliyyat ki khawateen ne itni qurbaniyan di hain.</w:t>
      </w:r>
    </w:p>
    <w:p>
      <w:pPr>
        <w:jc w:val="right"/>
      </w:pPr>
      <w:r>
        <w:t>आज जो program Sunday को हुआ था हजरत फात्मा पर doctor साने स्नैन ने किया था. तो उससे लोगों को बहुत बहुत appealing लगा क्योंकि इतना detail के साथ हम लोगों को मालूम नहीं था कि दौर्या बुबल की खबातीन ने इतनी कुर्बानियां दी हैं.</w:t>
      </w:r>
    </w:p>
    <w:p>
      <w:r>
        <w:rPr>
          <w:b/>
        </w:rPr>
        <w:t xml:space="preserve">[02:01] </w:t>
      </w:r>
      <w:r>
        <w:t>To isse hamare andar aur zyada jazba paida hua ki hum hum jo kar rahe hain woh bahut kam hai. Un logon ki qurbaniyan jo hain woh hum logon ke muqable mein kuch bhi nahi hai. Matlab hum hamari qurbaniyan un logon ke muqable mein kuch bhi nahi hai. Hum to ek aise daur mein paida hue hain jahan sari aasaniyan aasaniyan hain.</w:t>
      </w:r>
    </w:p>
    <w:p>
      <w:pPr>
        <w:jc w:val="right"/>
      </w:pPr>
      <w:r>
        <w:t>तो इससे हमारे अंदर और ज़्यादा जज़्बा पैदा हुआ कि हम हम जो कर रहे हैं वह बहुत कम है. उन लोगों की कुर्बानियां जो हैं वह हम लोगों के मुकाबले में कुछ भी नहीं है. मतलब हम हमारी कुर्बानियां उन लोगों के मुकाबले में कुछ भी नहीं है. हम तो एक ऐसे दौर में पैदा हुए हैं जहां सारी आसानियां आसानियां हैं.</w:t>
      </w:r>
    </w:p>
    <w:p>
      <w:r>
        <w:rPr>
          <w:b/>
        </w:rPr>
        <w:t xml:space="preserve">[02:24] </w:t>
      </w:r>
      <w:r>
        <w:t>Humein to bas khada ho jana hai aur un logon ne sahi maane mein jo hai un logon ne qurbaniyan di. To aaj ke program se yeh baat aur zyada wazeh hui. To sab logon ko program jisne nahi bhi dekha woh dobara dekhe aur usse rahanumai le ki kis tarike se humein qurbani ke level par jaakar deen ka kaam karna hai.</w:t>
      </w:r>
    </w:p>
    <w:p>
      <w:pPr>
        <w:jc w:val="right"/>
      </w:pPr>
      <w:r>
        <w:t>हमें तो बस खड़ा हो जाना है और उन लोगों ने सही माने में जो है उन लोगों ने कुर्बानियां दी. तो आज के program से यह बात और ज़्यादा वाज़ें हुई. तो सब लोगों को program जिसने नहीं भी देखा वह दोबारा देखे और उससे रनवाई ले कि किस तरीके से हमें पुर्वाणी के level पर जाकर दिन का काम करना है.</w:t>
      </w:r>
    </w:p>
    <w:p>
      <w:r>
        <w:rPr>
          <w:b/>
        </w:rPr>
        <w:t xml:space="preserve">[02:52] </w:t>
      </w:r>
      <w:r>
        <w:t>To aaj ka mera yahi take away tha program se. Jaisa kar liya aap. So I open the session now with the question answer being asked by Apa and Maulana Farhad Bhai. So Pramida Apa aap shuru karein. Haan Assalamualaikum Apa. Assalamualaikum Shama.</w:t>
      </w:r>
    </w:p>
    <w:p>
      <w:pPr>
        <w:jc w:val="right"/>
      </w:pPr>
      <w:r>
        <w:t>तो आज का मेरा यही take away था program से. जैसा कर लिया आप. So I open the session now with the question answer being asked by आप्पा and मोला and फ़राद भाई. So प्रमिदा आप्पा आप शुरू करें. हां सलामालिकुम आपा. सलामालिकुम श्राम.</w:t>
      </w:r>
    </w:p>
    <w:p>
      <w:r>
        <w:rPr>
          <w:b/>
        </w:rPr>
        <w:t xml:space="preserve">[03:20] </w:t>
      </w:r>
      <w:r>
        <w:t>Aaj mera question aise hai ki ek hadith maine Faraz aapko bheji thi. Uske hawale se yeh poochna cha rahi thi ki yaar jo Badri Sahabi the woh unka jo hai unki ek galti ki wajah thi lekin unhone Allah Taala ne unko maaf kar diya tha.</w:t>
      </w:r>
    </w:p>
    <w:p>
      <w:pPr>
        <w:jc w:val="right"/>
      </w:pPr>
      <w:r>
        <w:t>आज मेरा question ऐसे है कि एक हदीश मैंने फराज़ आपको भेजी थी. उसके हवाले से यह पूछना चाह रही थी कि यार जो बद्री साहबी थे वह उनका जो है उनकी एक गलती की वजह थी लेकिन उन्होंने अल्लाह तालाह ने उनको माफ कर दिया था.</w:t>
      </w:r>
    </w:p>
    <w:p>
      <w:r>
        <w:rPr>
          <w:b/>
        </w:rPr>
        <w:t xml:space="preserve">[03:43] </w:t>
      </w:r>
      <w:r>
        <w:t>To aaj ke zamane mein bhi Allah Allah ka matlab Badar uski ladai mein unhone itna kaam itna kiya tha dil se us Khuda ke liye unhone us ladai mein shareek the us jang mein. To aage is zamane mein jo log Allah ka kaam kar rahe hain, lekin unse galtiyan ho jati hain bahut sari. Kabhi unka ego hurt ho jata hai, kabhi matlab gusse mein ho jaate hain, kabhi kisi ke liye negative ho jaate hain.</w:t>
      </w:r>
    </w:p>
    <w:p>
      <w:pPr>
        <w:jc w:val="right"/>
      </w:pPr>
      <w:r>
        <w:t>तो आज के ज़माने में भी अल्लाह अल्लाह का मतलब बदर उसकी लड़ाई में उन्होंने इतना काम इतना किया था दिल से उस कुदा के लिए उन्होंने उस लड़ाई में शरीक थे उस जंग में. तो आगे इस जमाने में जो लोग हल्ला का काम कर रहे हैं, लेकिन उनसे गलतियां हो जाती हैं बहुत सारी. कभी उनका ego hurt हो जाता है, कभी मतलब गुस्से में हो जाते हैं, कभी किसी के लिए negative हो जाते हैं.</w:t>
      </w:r>
    </w:p>
    <w:p>
      <w:r>
        <w:rPr>
          <w:b/>
        </w:rPr>
        <w:t xml:space="preserve">[04:10] </w:t>
      </w:r>
      <w:r>
        <w:t>to phir uske baad toba bhi kar dein, kar lein aur to Allah taala humein bhi maaf kar dega.</w:t>
      </w:r>
    </w:p>
    <w:p>
      <w:pPr>
        <w:jc w:val="right"/>
      </w:pPr>
      <w:r>
        <w:t>तो फिर उसके बाद तोवा भी कर दें, कर लें और तो हल्ला ताला हमें भी माफ कर देगा.</w:t>
      </w:r>
    </w:p>
    <w:p>
      <w:r>
        <w:rPr>
          <w:b/>
        </w:rPr>
        <w:t xml:space="preserve">[04:18] </w:t>
      </w:r>
      <w:r>
        <w:t>un ke baby bachche Makkah mein the.</w:t>
      </w:r>
    </w:p>
    <w:p>
      <w:pPr>
        <w:jc w:val="right"/>
      </w:pPr>
      <w:r>
        <w:t>उनके baby बच्चे मक्का में थे.</w:t>
      </w:r>
    </w:p>
    <w:p>
      <w:r>
        <w:rPr>
          <w:b/>
        </w:rPr>
        <w:t xml:space="preserve">[04:26] </w:t>
      </w:r>
      <w:r>
        <w:t>to unhon ne chaha ke hum un par kuch ehsan karte hain to woh kya hai hamari baby bachchon</w:t>
      </w:r>
    </w:p>
    <w:p>
      <w:pPr>
        <w:jc w:val="right"/>
      </w:pPr>
      <w:r>
        <w:t>तो उन्होंने चाहा कि हम उन पर कुछ एहसान करते हैं तो वह क्या है हमारी baby बच्चों</w:t>
      </w:r>
    </w:p>
    <w:p>
      <w:r>
        <w:rPr>
          <w:b/>
        </w:rPr>
        <w:t xml:space="preserve">[04:34] </w:t>
      </w:r>
      <w:r>
        <w:t>ko takleef nahi pahunchayenge.</w:t>
      </w:r>
    </w:p>
    <w:p>
      <w:pPr>
        <w:jc w:val="right"/>
      </w:pPr>
      <w:r>
        <w:t>को तकलीफ नहीं पहुंचाएंगे.</w:t>
      </w:r>
    </w:p>
    <w:p>
      <w:r>
        <w:rPr>
          <w:b/>
        </w:rPr>
        <w:t xml:space="preserve">[04:42] </w:t>
      </w:r>
      <w:r>
        <w:t>yeh jang jo ho rahi hai is mein.</w:t>
      </w:r>
    </w:p>
    <w:p>
      <w:pPr>
        <w:jc w:val="right"/>
      </w:pPr>
      <w:r>
        <w:t>यह जंग जो हो रही है इसमें.</w:t>
      </w:r>
    </w:p>
    <w:p>
      <w:r>
        <w:rPr>
          <w:b/>
        </w:rPr>
        <w:t xml:space="preserve">[04:50] </w:t>
      </w:r>
      <w:r>
        <w:t>yeh un ki intention thi.</w:t>
      </w:r>
    </w:p>
    <w:p>
      <w:pPr>
        <w:jc w:val="right"/>
      </w:pPr>
      <w:r>
        <w:t>यह उनकी intention थी.</w:t>
      </w:r>
    </w:p>
    <w:p>
      <w:r>
        <w:rPr>
          <w:b/>
        </w:rPr>
        <w:t xml:space="preserve">[04:58] </w:t>
      </w:r>
      <w:r>
        <w:t>to is liye unhon ne kaha ke koi khatoon thi, us ke zariye unhon ne bheja.</w:t>
      </w:r>
    </w:p>
    <w:p>
      <w:pPr>
        <w:jc w:val="right"/>
      </w:pPr>
      <w:r>
        <w:t>तो इसलिए उन्होंने कहा कि कोई खातून थी, उसके ज़रिए उन्होंने भेजा.</w:t>
      </w:r>
    </w:p>
    <w:p>
      <w:r>
        <w:rPr>
          <w:b/>
        </w:rPr>
        <w:t xml:space="preserve">[05:06] </w:t>
      </w:r>
      <w:r>
        <w:t>ki jaao yeh khat makka ke logon ko pahuncha do.</w:t>
      </w:r>
    </w:p>
    <w:p>
      <w:pPr>
        <w:jc w:val="right"/>
      </w:pPr>
      <w:r>
        <w:t>कि जाओ यह ख़त मक्का के लोगों को पहुंचा दो.</w:t>
      </w:r>
    </w:p>
    <w:p>
      <w:r>
        <w:rPr>
          <w:b/>
        </w:rPr>
        <w:t xml:space="preserve">[05:14] </w:t>
      </w:r>
      <w:r>
        <w:t>magar chunke allah taala special nigrani kar raha tha.</w:t>
      </w:r>
    </w:p>
    <w:p>
      <w:pPr>
        <w:jc w:val="right"/>
      </w:pPr>
      <w:r>
        <w:t>मगर चूंकि अल्लाह तालाह special निगरानी कर रहा था.</w:t>
      </w:r>
    </w:p>
    <w:p>
      <w:r>
        <w:rPr>
          <w:b/>
        </w:rPr>
        <w:t xml:space="preserve">[05:22] </w:t>
      </w:r>
      <w:r>
        <w:t>unhonne rasoolullah sallallahu alaihi wasallam ko khabar diya ki falan saahab hi ne aisa aisa kaam kiya hai.</w:t>
      </w:r>
    </w:p>
    <w:p>
      <w:pPr>
        <w:jc w:val="right"/>
      </w:pPr>
      <w:r>
        <w:t>उन्होंने रसुल्लाह सल्लाह रईस्लाम को ख़बर दिया कि फलां साहब ही ने ऐसा ऐसा काम किया है.</w:t>
      </w:r>
    </w:p>
    <w:p>
      <w:r>
        <w:rPr>
          <w:b/>
        </w:rPr>
        <w:t xml:space="preserve">[05:31] </w:t>
      </w:r>
      <w:r>
        <w:t>woh aurat jaari falan jagah milegi.</w:t>
      </w:r>
    </w:p>
    <w:p>
      <w:pPr>
        <w:jc w:val="right"/>
      </w:pPr>
      <w:r>
        <w:t>वह औरत जारी फलां जगह मिलेगी.</w:t>
      </w:r>
    </w:p>
    <w:p>
      <w:r>
        <w:rPr>
          <w:b/>
        </w:rPr>
        <w:t xml:space="preserve">[06:06] </w:t>
      </w:r>
      <w:r>
        <w:t>to behal woh aurat giraftaar hokar aa gayi.</w:t>
      </w:r>
    </w:p>
    <w:p>
      <w:pPr>
        <w:jc w:val="right"/>
      </w:pPr>
      <w:r>
        <w:t>तो बैरहल वह औरत गिरफ्तार होकर आ गई.</w:t>
      </w:r>
    </w:p>
    <w:p>
      <w:r>
        <w:rPr>
          <w:b/>
        </w:rPr>
        <w:t xml:space="preserve">[06:41] </w:t>
      </w:r>
      <w:r>
        <w:t>to hazrat ateeb bina abhi baltah se poocha.</w:t>
      </w:r>
    </w:p>
    <w:p>
      <w:pPr>
        <w:jc w:val="right"/>
      </w:pPr>
      <w:r>
        <w:t>तो हज़रत आतीब बिना अभी बलताह से पुछा.</w:t>
      </w:r>
    </w:p>
    <w:p>
      <w:r>
        <w:rPr>
          <w:b/>
        </w:rPr>
        <w:t xml:space="preserve">[07:16] </w:t>
      </w:r>
      <w:r>
        <w:t>rasoolullah ne bulaakar poocha to subah hazrat umar ne kaha tha allah gah rasool ji manafiq ho gaya</w:t>
      </w:r>
    </w:p>
    <w:p>
      <w:pPr>
        <w:jc w:val="right"/>
      </w:pPr>
      <w:r>
        <w:t>रसूल्लाह ने बुलाकर पुछा तो सुबह हज़रत उमर ने कहा था अल्लाह गह रसूल जी मनाफिफ हो गया</w:t>
      </w:r>
    </w:p>
    <w:p>
      <w:r>
        <w:rPr>
          <w:b/>
        </w:rPr>
        <w:t xml:space="preserve">[07:51] </w:t>
      </w:r>
      <w:r>
        <w:t>hai aap kahein to main inki gardan maar doon.</w:t>
      </w:r>
    </w:p>
    <w:p>
      <w:pPr>
        <w:jc w:val="right"/>
      </w:pPr>
      <w:r>
        <w:t>है आप कहें तो मैं इनकी गर्तन मार दूं.</w:t>
      </w:r>
    </w:p>
    <w:p>
      <w:r>
        <w:rPr>
          <w:b/>
        </w:rPr>
        <w:t xml:space="preserve">[08:26] </w:t>
      </w:r>
      <w:r>
        <w:t>to woh badri the to rasoolullah sallallahu alaihi wasallam ne kaha ki badr ke mauqe par</w:t>
      </w:r>
    </w:p>
    <w:p>
      <w:pPr>
        <w:jc w:val="right"/>
      </w:pPr>
      <w:r>
        <w:t>तो वह बदरी थे तो रसूल्लाह सलाहसन ने कहा कि बदर के मौके पर</w:t>
      </w:r>
    </w:p>
    <w:p>
      <w:r>
        <w:rPr>
          <w:b/>
        </w:rPr>
        <w:t xml:space="preserve">[09:02] </w:t>
      </w:r>
      <w:r>
        <w:t>Waqt ka saahab, waqt se explain ho gaya. Jab aadat pad jayegi to phir pakad hogi zaroor. Aadat nahi dalna hai. Jhatke mein agar koi galti ho ja rahi hai to maafi mangna hai. Jazaak Allah, Jazaak Allah Khair Bhai and now the question now comes from Doctor Safeena Tabassum. Assalamualaikum.</w:t>
      </w:r>
    </w:p>
    <w:p>
      <w:pPr>
        <w:jc w:val="right"/>
      </w:pPr>
      <w:r>
        <w:t>विद्वाकल्पा साहब, वलचे से explain हो गया. जब आदत अगर पड़ जाएगी तो फिर पकड़ होगी ज़रूर. आदत नहीं डालना है. झटके में अगर कोई गलती हो जा रही है तो माफी मांगना है. जिज़ा कलापा, जिज़ा कलाप राधाई and now the question now comes from doctor सफ़ीना तबस्सुम. अस्सालामुलैकुम.</w:t>
      </w:r>
    </w:p>
    <w:p>
      <w:r>
        <w:rPr>
          <w:b/>
        </w:rPr>
        <w:t xml:space="preserve">[09:30] </w:t>
      </w:r>
      <w:r>
        <w:t>Yeh Quran mein aksar padhne ko hota hai ki hurmat wale mahine to yeh hurmat kya hai aur kyun hai aur kya yeh aaj bhi apply karti hai? Wale char mahine hain. Asal mein hota kya tha? Hurmat wale mahine ka matlab yeh hai usko us zamane ke hisse samjhiye ki us zamane mein kya tha? Are aap tribes to jante hain tribal age mein kya kaafi jhagda hota hai.</w:t>
      </w:r>
    </w:p>
    <w:p>
      <w:pPr>
        <w:jc w:val="right"/>
      </w:pPr>
      <w:r>
        <w:t>यह पुरान में अक्सर पढ़ने को होता है कि हुर्मत वाले महीने तो यह हुर्मत क्या है और क्यों है और क्या यह आज भी apply करती है? वाले चार महीने हैं. असल में होता क्या था? हुर्मत वाले महीने का मतलब यह है उसको उस जमाने के इससे समझिए कि उस जमाने में क्या था? अरे आप tribes तो जानते हैं tribal age में क्या काफी झगड़ा होता है.</w:t>
      </w:r>
    </w:p>
    <w:p>
      <w:r>
        <w:rPr>
          <w:b/>
        </w:rPr>
        <w:t xml:space="preserve">[09:56] </w:t>
      </w:r>
      <w:r>
        <w:t>aaj jo manipur mein ho raha uska basic uski jad mein kya yeh tribal culture hai ki ek</w:t>
      </w:r>
    </w:p>
    <w:p>
      <w:pPr>
        <w:jc w:val="right"/>
      </w:pPr>
      <w:r>
        <w:t>आज जो मणिपुर में हो रहा उसका basic उसकी जड़ में क्या यह tribal culture है कि एक</w:t>
      </w:r>
    </w:p>
    <w:p>
      <w:r>
        <w:rPr>
          <w:b/>
        </w:rPr>
        <w:t xml:space="preserve">[10:01] </w:t>
      </w:r>
      <w:r>
        <w:t>tribe wale doosre tribe se ladai kar raha hai.</w:t>
      </w:r>
    </w:p>
    <w:p>
      <w:pPr>
        <w:jc w:val="right"/>
      </w:pPr>
      <w:r>
        <w:t>tribe वाले दूसरे tribe से लड़ाई कर रहा है.</w:t>
      </w:r>
    </w:p>
    <w:p>
      <w:r>
        <w:rPr>
          <w:b/>
        </w:rPr>
        <w:t xml:space="preserve">[10:06] </w:t>
      </w:r>
      <w:r>
        <w:t>yeh culture ki wajah se.</w:t>
      </w:r>
    </w:p>
    <w:p>
      <w:pPr>
        <w:jc w:val="right"/>
      </w:pPr>
      <w:r>
        <w:t>यह culture की वजह से.</w:t>
      </w:r>
    </w:p>
    <w:p>
      <w:r>
        <w:rPr>
          <w:b/>
        </w:rPr>
        <w:t xml:space="preserve">[10:11] </w:t>
      </w:r>
      <w:r>
        <w:t>aap agar hamare padosi desh mein jaayen to wahan jhagdaai jo hote hain khaas tarah se afghanistan border</w:t>
      </w:r>
    </w:p>
    <w:p>
      <w:pPr>
        <w:jc w:val="right"/>
      </w:pPr>
      <w:r>
        <w:t>आप अगर हमारे पड़ोसी देश में जाएं तो वहां झगड़ाई जो होते हैं खास तरह से Afghanistan border</w:t>
      </w:r>
    </w:p>
    <w:p>
      <w:r>
        <w:rPr>
          <w:b/>
        </w:rPr>
        <w:t xml:space="preserve">[10:16] </w:t>
      </w:r>
      <w:r>
        <w:t>par jod raha woh tribal culture ki apne aap par ho raha hai.</w:t>
      </w:r>
    </w:p>
    <w:p>
      <w:pPr>
        <w:jc w:val="right"/>
      </w:pPr>
      <w:r>
        <w:t>पर जोड़ रहा वह tribal culture की अपने आप पर हो रहा है.</w:t>
      </w:r>
    </w:p>
    <w:p>
      <w:r>
        <w:rPr>
          <w:b/>
        </w:rPr>
        <w:t xml:space="preserve">[10:21] </w:t>
      </w:r>
      <w:r>
        <w:t>to usmein kaafi jhagde hote hain.</w:t>
      </w:r>
    </w:p>
    <w:p>
      <w:pPr>
        <w:jc w:val="right"/>
      </w:pPr>
      <w:r>
        <w:t>तो उसमें काफी झगड़े होते हैं.</w:t>
      </w:r>
    </w:p>
    <w:p>
      <w:r>
        <w:rPr>
          <w:b/>
        </w:rPr>
        <w:t xml:space="preserve">[10:26] </w:t>
      </w:r>
      <w:r>
        <w:t>to arab mein bhi waise hua karte the.</w:t>
      </w:r>
    </w:p>
    <w:p>
      <w:pPr>
        <w:jc w:val="right"/>
      </w:pPr>
      <w:r>
        <w:t>तो अरब में भी वैसे हुआ करते थे.</w:t>
      </w:r>
    </w:p>
    <w:p>
      <w:r>
        <w:rPr>
          <w:b/>
        </w:rPr>
        <w:t xml:space="preserve">[10:32] </w:t>
      </w:r>
      <w:r>
        <w:t>to zamane ko hurmat wala isliye kaha gaya ki usmein jaano maal mehfooz rehta hai.</w:t>
      </w:r>
    </w:p>
    <w:p>
      <w:pPr>
        <w:jc w:val="right"/>
      </w:pPr>
      <w:r>
        <w:t>तो ज़माने को हुर्मत वाला इसलिए कहा गया कि उसमें जानोमाल महफ़ूज रहता है.</w:t>
      </w:r>
    </w:p>
    <w:p>
      <w:r>
        <w:rPr>
          <w:b/>
        </w:rPr>
        <w:t xml:space="preserve">[10:56] </w:t>
      </w:r>
      <w:r>
        <w:t>haraam hai woh kisi cheez ko karna to islam ne usko baaqi rakha aur yeh kaha ki is</w:t>
      </w:r>
    </w:p>
    <w:p>
      <w:pPr>
        <w:jc w:val="right"/>
      </w:pPr>
      <w:r>
        <w:t>हराम है वह किसी चीज़ को करना तो इस्लाम ने उसको बाकी रखा और यह कहा कि इस</w:t>
      </w:r>
    </w:p>
    <w:p>
      <w:r>
        <w:rPr>
          <w:b/>
        </w:rPr>
        <w:t xml:space="preserve">[11:20] </w:t>
      </w:r>
      <w:r>
        <w:t>mein aap jang nahin karenge.</w:t>
      </w:r>
    </w:p>
    <w:p>
      <w:pPr>
        <w:jc w:val="right"/>
      </w:pPr>
      <w:r>
        <w:t>में आप जंग नहीं करेंगे.</w:t>
      </w:r>
    </w:p>
    <w:p>
      <w:r>
        <w:rPr>
          <w:b/>
        </w:rPr>
        <w:t xml:space="preserve">[11:44] </w:t>
      </w:r>
      <w:r>
        <w:t>yeh keh diya.</w:t>
      </w:r>
    </w:p>
    <w:p>
      <w:pPr>
        <w:jc w:val="right"/>
      </w:pPr>
      <w:r>
        <w:t>यह कह दिया.</w:t>
      </w:r>
    </w:p>
    <w:p>
      <w:r>
        <w:rPr>
          <w:b/>
        </w:rPr>
        <w:t xml:space="preserve">[12:09] </w:t>
      </w:r>
      <w:r>
        <w:t>shayad khaadim mil jaaye.</w:t>
      </w:r>
    </w:p>
    <w:p>
      <w:pPr>
        <w:jc w:val="right"/>
      </w:pPr>
      <w:r>
        <w:t>शायद खादिब मिल जाए.</w:t>
      </w:r>
    </w:p>
    <w:p>
      <w:r>
        <w:rPr>
          <w:b/>
        </w:rPr>
        <w:t xml:space="preserve">[12:20] </w:t>
      </w:r>
      <w:r>
        <w:t>haan, woh bhi doosri rawad mein hai.</w:t>
      </w:r>
    </w:p>
    <w:p>
      <w:pPr>
        <w:jc w:val="right"/>
      </w:pPr>
      <w:r>
        <w:t>हां, वह भी दूसरी रवाद में है.</w:t>
      </w:r>
    </w:p>
    <w:p>
      <w:r>
        <w:rPr>
          <w:b/>
        </w:rPr>
        <w:t xml:space="preserve">[12:31] </w:t>
      </w:r>
      <w:r>
        <w:t>to aur sehatmand, sehatmandi mil jaaye, aisa guzaar.</w:t>
      </w:r>
    </w:p>
    <w:p>
      <w:pPr>
        <w:jc w:val="right"/>
      </w:pPr>
      <w:r>
        <w:t>तो और शेहतमंद, शेहतमंदी मिल जाए, ऐसा गुज़ार.</w:t>
      </w:r>
    </w:p>
    <w:p>
      <w:r>
        <w:rPr>
          <w:b/>
        </w:rPr>
        <w:t xml:space="preserve">[12:42] </w:t>
      </w:r>
      <w:r>
        <w:t>to usko goya ke saari duniya ki daulat mil gayi.</w:t>
      </w:r>
    </w:p>
    <w:p>
      <w:pPr>
        <w:jc w:val="right"/>
      </w:pPr>
      <w:r>
        <w:t>तो उसको गोया के सारी दुनिया की दौलत मिल गई.</w:t>
      </w:r>
    </w:p>
    <w:p>
      <w:r>
        <w:rPr>
          <w:b/>
        </w:rPr>
        <w:t xml:space="preserve">[12:53] </w:t>
      </w:r>
      <w:r>
        <w:t>To basic rule jo ismein nikalta hai hamare liye ki koi bhi achhi cheez agar peeche chali bhi aa rahi hai jaise aapne bataya. Haan. Usko baqi rakhna hai. Haan, baqi rakhna hai.</w:t>
      </w:r>
    </w:p>
    <w:p>
      <w:pPr>
        <w:jc w:val="right"/>
      </w:pPr>
      <w:r>
        <w:t>तो basic rule जो इसमें निकलता है हमारे लिए कि कोई भी अच्छी चीज़ अगर पीछे चली भी आ रही है जैसे आपने बताया. हां. उसको बाकी रखना है. हां, बाकी रखना है.</w:t>
      </w:r>
    </w:p>
    <w:p>
      <w:r>
        <w:rPr>
          <w:b/>
        </w:rPr>
        <w:t xml:space="preserve">[13:21] </w:t>
      </w:r>
      <w:r>
        <w:t>Anyone Najma Apa please ask your question. Haan, main yeh keh rahi hoon ki zara hum how is Islam compatible to democracy ko zara elaborate kar dein.</w:t>
      </w:r>
    </w:p>
    <w:p>
      <w:pPr>
        <w:jc w:val="right"/>
      </w:pPr>
      <w:r>
        <w:t>Anyone नजमा आपा please ask your question. हां, मैं यह कह रही हूं कि जरा हम how is इस्लाम compatible to democracy को जरा elaborate कर दें.</w:t>
      </w:r>
    </w:p>
    <w:p>
      <w:r>
        <w:rPr>
          <w:b/>
        </w:rPr>
        <w:t xml:space="preserve">[13:33] </w:t>
      </w:r>
      <w:r>
        <w:t>democracy to islam mein islam hi ne democracy shuru hi kiya jo hazrat abubakar raziallahu anhu ko rasoolullah</w:t>
      </w:r>
    </w:p>
    <w:p>
      <w:pPr>
        <w:jc w:val="right"/>
      </w:pPr>
      <w:r>
        <w:t>Democracy तो इस्लाम में इस्लाम ही ने democracy शुरू ही किया जो हजरत अबूबक रज़ अल्लाहान को रसूल्लाह</w:t>
      </w:r>
    </w:p>
    <w:p>
      <w:r>
        <w:rPr>
          <w:b/>
        </w:rPr>
        <w:t xml:space="preserve">[13:40] </w:t>
      </w:r>
      <w:r>
        <w:t>chahte the apna successor banana uske bawajood aapne nominate nahi kiya to islame ne shuru kiya lekin masla kya</w:t>
      </w:r>
    </w:p>
    <w:p>
      <w:pPr>
        <w:jc w:val="right"/>
      </w:pPr>
      <w:r>
        <w:t>चाहते थे अपना successor बनाना उसके बावजूद आपने nominate नहीं किया तो इस्लामेने शुरू किया लेकिन मसला क्या</w:t>
      </w:r>
    </w:p>
    <w:p>
      <w:r>
        <w:rPr>
          <w:b/>
        </w:rPr>
        <w:t xml:space="preserve">[13:48] </w:t>
      </w:r>
      <w:r>
        <w:t>tha ki woh jo age tha na woh us age mein chuki woh tha hi nahi yeh democracy</w:t>
      </w:r>
    </w:p>
    <w:p>
      <w:pPr>
        <w:jc w:val="right"/>
      </w:pPr>
      <w:r>
        <w:t>था कि वह जो age था ना वह उस age में चूंकि वह था ही नहीं यह democracy</w:t>
      </w:r>
    </w:p>
    <w:p>
      <w:r>
        <w:rPr>
          <w:b/>
        </w:rPr>
        <w:t xml:space="preserve">[13:56] </w:t>
      </w:r>
      <w:r>
        <w:t>vaghairah ka system hi nahi tha tribal chief hota tha wahi sab kuch hota tha to woh samajh</w:t>
      </w:r>
    </w:p>
    <w:p>
      <w:pPr>
        <w:jc w:val="right"/>
      </w:pPr>
      <w:r>
        <w:t>वगैरह का system ही नहीं था tribal chief होता था वही सब कुछ होता था तो वह समझ</w:t>
      </w:r>
    </w:p>
    <w:p>
      <w:r>
        <w:rPr>
          <w:b/>
        </w:rPr>
        <w:t xml:space="preserve">[14:03] </w:t>
      </w:r>
      <w:r>
        <w:t>nahi paaye jo hazra dilli aur hazar maavya ke zamane mein jo tribal war hua woh tribal age</w:t>
      </w:r>
    </w:p>
    <w:p>
      <w:pPr>
        <w:jc w:val="right"/>
      </w:pPr>
      <w:r>
        <w:t>नहीं पाए जो हज़रा दिल्ली और हज़र माव्य के जमाने में जो tribal war हुआ वह tribal age</w:t>
      </w:r>
    </w:p>
    <w:p>
      <w:r>
        <w:rPr>
          <w:b/>
        </w:rPr>
        <w:t xml:space="preserve">[14:11] </w:t>
      </w:r>
      <w:r>
        <w:t>ki wajah se hua to ab ab jaise aaj election hota hai to us tarah nahi tha woh</w:t>
      </w:r>
    </w:p>
    <w:p>
      <w:pPr>
        <w:jc w:val="right"/>
      </w:pPr>
      <w:r>
        <w:t>की वजह से हुआ तो अब अब जैसे आज election होता है तो उस तरह नहीं था वह</w:t>
      </w:r>
    </w:p>
    <w:p>
      <w:r>
        <w:rPr>
          <w:b/>
        </w:rPr>
        <w:t xml:space="preserve">[14:19] </w:t>
      </w:r>
      <w:r>
        <w:t>system balki bayat ka system tha to wahi to rudimentary stage hai democracy ka.</w:t>
      </w:r>
    </w:p>
    <w:p>
      <w:pPr>
        <w:jc w:val="right"/>
      </w:pPr>
      <w:r>
        <w:t>system बल्कि बयात का system था तो वही तो rudimentary stage है democracy का.</w:t>
      </w:r>
    </w:p>
    <w:p>
      <w:r>
        <w:rPr>
          <w:b/>
        </w:rPr>
        <w:t xml:space="preserve">[14:27] </w:t>
      </w:r>
      <w:r>
        <w:t>Islam mein democracy to thi lekin shura ka jo concept hai Quran mein woh bhi wahi hai democracy wala lekin woh zamane se woh zamane se compatible nahi hua tha yeh masla tha. Is wajah se woh chal nahi paya. Democracy jo hota hai aapki baat complete hogi. Haan bataiye. Democracy asal kya cheez hai? Demonopolization.</w:t>
      </w:r>
    </w:p>
    <w:p>
      <w:pPr>
        <w:jc w:val="right"/>
      </w:pPr>
      <w:r>
        <w:t>इस्लाम में democracy तो थी लेकिन शूर्य का जो concept है कुरान में वह भी वही है democracy वाला लेकिन वह ज़माने से वह ज़माने से compatible नहीं हुआ था यह मसला था. इस वजह से वह चल नहीं पाया. Democracy जो होता है आपकी बात complete होगी. हां बताइए. Democracy असल क्या चीज़ है? Demonopolization.</w:t>
      </w:r>
    </w:p>
    <w:p>
      <w:r>
        <w:rPr>
          <w:b/>
        </w:rPr>
        <w:t xml:space="preserve">[14:57] </w:t>
      </w:r>
      <w:r>
        <w:t>pehlay zamane mein tribal age mein hota tha monopoly hoti thi.</w:t>
      </w:r>
    </w:p>
    <w:p>
      <w:pPr>
        <w:jc w:val="right"/>
      </w:pPr>
      <w:r>
        <w:t>पहले जमाने में tribal age में होता था monopoly होती थी.</w:t>
      </w:r>
    </w:p>
    <w:p>
      <w:r>
        <w:rPr>
          <w:b/>
        </w:rPr>
        <w:t xml:space="preserve">[15:14] </w:t>
      </w:r>
      <w:r>
        <w:t>King jo bolega wahi kya hai?</w:t>
      </w:r>
    </w:p>
    <w:p>
      <w:pPr>
        <w:jc w:val="right"/>
      </w:pPr>
      <w:r>
        <w:t>King जो बोलेगा वही क्या है?</w:t>
      </w:r>
    </w:p>
    <w:p>
      <w:r>
        <w:rPr>
          <w:b/>
        </w:rPr>
        <w:t xml:space="preserve">[15:31] </w:t>
      </w:r>
      <w:r>
        <w:t>qanoon ban gaya.</w:t>
      </w:r>
    </w:p>
    <w:p>
      <w:pPr>
        <w:jc w:val="right"/>
      </w:pPr>
      <w:r>
        <w:t>कानून वन गया.</w:t>
      </w:r>
    </w:p>
    <w:p>
      <w:r>
        <w:rPr>
          <w:b/>
        </w:rPr>
        <w:t xml:space="preserve">[15:49] </w:t>
      </w:r>
      <w:r>
        <w:t>uski ek ek baat qanoon hoti thi.</w:t>
      </w:r>
    </w:p>
    <w:p>
      <w:pPr>
        <w:jc w:val="right"/>
      </w:pPr>
      <w:r>
        <w:t>उसकी एक एक बात कानून होती थी.</w:t>
      </w:r>
    </w:p>
    <w:p>
      <w:r>
        <w:rPr>
          <w:b/>
        </w:rPr>
        <w:t xml:space="preserve">[16:06] </w:t>
      </w:r>
      <w:r>
        <w:t>to shurra ka jo concept diya na woh asal mein demonopolization hai.</w:t>
      </w:r>
    </w:p>
    <w:p>
      <w:pPr>
        <w:jc w:val="right"/>
      </w:pPr>
      <w:r>
        <w:t>तो शुर्रा का जो concept दिया ना वह असल में demonopolization है.</w:t>
      </w:r>
    </w:p>
    <w:p>
      <w:r>
        <w:rPr>
          <w:b/>
        </w:rPr>
        <w:t xml:space="preserve">[16:24] </w:t>
      </w:r>
      <w:r>
        <w:t>To yeh sari cheezein kya mashwara ki buniyad par hi hoti hain. Mashwara ki yeh ek badli hui shakal hai. To har ek koi jo Islam ne yeh diya tha ki aapko apni rai rakhne ka haq hai. Wahi cheez to democracy hai. Woh freedom of expression hai. Haan. Wahi democracy ki buniyad hai. Woh to poori tarike se Islam ne usko jagah diya. Khulafaye Rashidun ke zamane tak yahi hota tha.</w:t>
      </w:r>
    </w:p>
    <w:p>
      <w:pPr>
        <w:jc w:val="right"/>
      </w:pPr>
      <w:r>
        <w:t>तो यह सारी चीज़ें क्या मशवरा की बुनियाद पर ही होती है. मशवरा की यह एक बदली हुई शक्ल है. तो हर एक कोई जो इस्लाम ने यह दिया था कि आपको अपनी राय रखने का हक्का है. वही चीज़ तो democracy है. वह freedom of expression है. हां. वही democracy की बुनियाद है. वह तो पूरी तरीके से इस्लाम ने उसको जगह दिया. खुलफाय राष्ट्र दिन के जमाने तक यही होता था.</w:t>
      </w:r>
    </w:p>
    <w:p>
      <w:r>
        <w:rPr>
          <w:b/>
        </w:rPr>
        <w:t xml:space="preserve">[16:52] </w:t>
      </w:r>
      <w:r>
        <w:t>Koi kaam bagair mashware ke nahi hota tha. Ab zamane ke lihaz se tha jaise jaise zamana badalta jaye uski shaklein badalti jayengi. Ab kuch aur clear na ho to bataiye. Nahi bahut clear ho gaya aur yeh jo demonetization, freedom of expression all these they were always there. Bahut clear ho gaya. Thank you. Thank you, Apa, for this beautiful answer that you gave.</w:t>
      </w:r>
    </w:p>
    <w:p>
      <w:pPr>
        <w:jc w:val="right"/>
      </w:pPr>
      <w:r>
        <w:t>कोई काम बगैर मशवरे के नहीं होता था. अब जमाने के लिहाज से था जैसे जैसे जमाना बदलता जाए उसकी शक्लें बदलती जाएंगी. अब कुछ और clear ना हो तो बताइए. नहीं बहुत clear हो गया और यह जो demonetization, freedom of expression all these they were always there. बहुत clear हो गया. Thank you. Thank you, Apa, for this beautiful answer that you gave.</w:t>
      </w:r>
    </w:p>
    <w:p>
      <w:r>
        <w:rPr>
          <w:b/>
        </w:rPr>
        <w:t xml:space="preserve">[17:20] </w:t>
      </w:r>
      <w:r>
        <w:t>Freedom of expression is a very important part of democracy. Without it, the new democracy can stand. So now the question goes comes from other ladies who have joined in this session. Kindly ask your question whoever one has. Ok, Doctor Shravana Paresh please ask your question. Please mute yourself, unmute yourself. Salaam Alaikum. Wa alaikum assalam.</w:t>
      </w:r>
    </w:p>
    <w:p>
      <w:pPr>
        <w:jc w:val="right"/>
      </w:pPr>
      <w:r>
        <w:t>Freedom of expression is a very important part of democracy. Without it, the new democracy can stand. So now the question goes comes from other ladies who have joined in this session. Kindly ask your question whoever one has. Ok, doctor श्रवणाम परेश please ask your question. Please mute yourself, unmute yourself. सलाम अली कुम. कुबारिक मिस्लाम.</w:t>
      </w:r>
    </w:p>
    <w:p>
      <w:r>
        <w:rPr>
          <w:b/>
        </w:rPr>
        <w:t xml:space="preserve">[17:46] </w:t>
      </w:r>
      <w:r>
        <w:t>nahi, qurbani to ab jo hoti hai woh alag hi naam pata hai lekin ghar gaay mein saat</w:t>
      </w:r>
    </w:p>
    <w:p>
      <w:pPr>
        <w:jc w:val="right"/>
      </w:pPr>
      <w:r>
        <w:t>नहीं, कुरबानी तो अब जो होती है वह अलग ही नाम पता है लेकिन घर गाय में सात</w:t>
      </w:r>
    </w:p>
    <w:p>
      <w:r>
        <w:rPr>
          <w:b/>
        </w:rPr>
        <w:t xml:space="preserve">[17:51] </w:t>
      </w:r>
      <w:r>
        <w:t>naam diya jata hai, bakra mein ek naam diya jata hai yeh kya masla hai?</w:t>
      </w:r>
    </w:p>
    <w:p>
      <w:pPr>
        <w:jc w:val="right"/>
      </w:pPr>
      <w:r>
        <w:t>नाम दिया जाता है, बकरा में एक नाम दिया जाता है यह क्या मसला है?</w:t>
      </w:r>
    </w:p>
    <w:p>
      <w:r>
        <w:rPr>
          <w:b/>
        </w:rPr>
        <w:t xml:space="preserve">[17:57] </w:t>
      </w:r>
      <w:r>
        <w:t>yahi question hai.</w:t>
      </w:r>
    </w:p>
    <w:p>
      <w:pPr>
        <w:jc w:val="right"/>
      </w:pPr>
      <w:r>
        <w:t>यही question है.</w:t>
      </w:r>
    </w:p>
    <w:p>
      <w:r>
        <w:rPr>
          <w:b/>
        </w:rPr>
        <w:t xml:space="preserve">[18:02] </w:t>
      </w:r>
      <w:r>
        <w:t>ghar walon ka naam diya jata hai qurbani mein.</w:t>
      </w:r>
    </w:p>
    <w:p>
      <w:pPr>
        <w:jc w:val="right"/>
      </w:pPr>
      <w:r>
        <w:t>घर वालों का नाम दिया जाता है कुरबानी में.</w:t>
      </w:r>
    </w:p>
    <w:p>
      <w:r>
        <w:rPr>
          <w:b/>
        </w:rPr>
        <w:t xml:space="preserve">[18:08] </w:t>
      </w:r>
      <w:r>
        <w:t>यह तुम्हारे साथ पता है क्योंकि Ok ok sharan pravis we have got your question.</w:t>
      </w:r>
    </w:p>
    <w:p>
      <w:pPr>
        <w:jc w:val="right"/>
      </w:pPr>
      <w:r>
        <w:t>यह तुम्हारे साथ पता है क्योंकि Ok ok शरणा प्रवीस we have got your question.</w:t>
      </w:r>
    </w:p>
    <w:p>
      <w:r>
        <w:rPr>
          <w:b/>
        </w:rPr>
        <w:t xml:space="preserve">[18:14] </w:t>
      </w:r>
      <w:r>
        <w:t>Let her reply to your question.</w:t>
      </w:r>
    </w:p>
    <w:p>
      <w:pPr>
        <w:jc w:val="right"/>
      </w:pPr>
      <w:r>
        <w:t>Let आप her reply to your question.</w:t>
      </w:r>
    </w:p>
    <w:p>
      <w:r>
        <w:rPr>
          <w:b/>
        </w:rPr>
        <w:t xml:space="preserve">[18:19] </w:t>
      </w:r>
      <w:r>
        <w:t>Kindly mute yourself please.</w:t>
      </w:r>
    </w:p>
    <w:p>
      <w:pPr>
        <w:jc w:val="right"/>
      </w:pPr>
      <w:r>
        <w:t>Kindly mute yourself please.</w:t>
      </w:r>
    </w:p>
    <w:p>
      <w:r>
        <w:rPr>
          <w:b/>
        </w:rPr>
        <w:t xml:space="preserve">[18:25] </w:t>
      </w:r>
      <w:r>
        <w:t>Let for her sab reply to her question.</w:t>
      </w:r>
    </w:p>
    <w:p>
      <w:pPr>
        <w:jc w:val="right"/>
      </w:pPr>
      <w:r>
        <w:t>Let for her सब reply to her question.</w:t>
      </w:r>
    </w:p>
    <w:p>
      <w:r>
        <w:rPr>
          <w:b/>
        </w:rPr>
        <w:t xml:space="preserve">[18:31] </w:t>
      </w:r>
      <w:r>
        <w:t>aur woh jo hai ke bakhar qurbaani jo hai hamari apni qurbaani hai. toh naam toh diya jayega na woh toh symbolic hai. bakra ya koi bhi doosra jaanwar symbolic hai.</w:t>
      </w:r>
    </w:p>
    <w:p>
      <w:pPr>
        <w:jc w:val="right"/>
      </w:pPr>
      <w:r>
        <w:t>और वह जो है कि बखर कुर्बानी जो है हमारी अपनी कुर्बानी है. तो नाम तो दिया जाएगा ना वह तो symbolic है. बकरा या कोई भी दूसरा जानवर symbolic है.</w:t>
      </w:r>
    </w:p>
    <w:p>
      <w:r>
        <w:rPr>
          <w:b/>
        </w:rPr>
        <w:t xml:space="preserve">[18:44] </w:t>
      </w:r>
      <w:r>
        <w:t>to hamari apni qurbani hai to hum apna naam hi nahi lenge to kaise qurbani upnegi woh ab</w:t>
      </w:r>
    </w:p>
    <w:p>
      <w:pPr>
        <w:jc w:val="right"/>
      </w:pPr>
      <w:r>
        <w:t>तो हमारी अपनी कुर्बानी है तो हम अपना नाम ही नहीं लेंगे तो कैसे कुर्बानी उपनेगी वह अब</w:t>
      </w:r>
    </w:p>
    <w:p>
      <w:r>
        <w:rPr>
          <w:b/>
        </w:rPr>
        <w:t xml:space="preserve">[18:50] </w:t>
      </w:r>
      <w:r>
        <w:t>hum log in baaton ko clear tarike se samajhte nahi hai isliye ki maurana ne bar bar likha</w:t>
      </w:r>
    </w:p>
    <w:p>
      <w:pPr>
        <w:jc w:val="right"/>
      </w:pPr>
      <w:r>
        <w:t>हम लोग इन बातों को clear तरीके से समझते नहीं है इसलिए कि मौराना ने बार बार लिखा</w:t>
      </w:r>
    </w:p>
    <w:p>
      <w:r>
        <w:rPr>
          <w:b/>
        </w:rPr>
        <w:t xml:space="preserve">[18:57] </w:t>
      </w:r>
      <w:r>
        <w:t>hai hazrat ibrahim alaih salam ne jo qurbani hazrat ismail ki de rahe the to woh hazrat ismail</w:t>
      </w:r>
    </w:p>
    <w:p>
      <w:pPr>
        <w:jc w:val="right"/>
      </w:pPr>
      <w:r>
        <w:t>है हज़ात इब्राहिम अलेश सलाम ने जो कुर्बानी हज़ात इस्माइल की दे रहे थे तो वह हज़ात इस्माइल</w:t>
      </w:r>
    </w:p>
    <w:p>
      <w:r>
        <w:rPr>
          <w:b/>
        </w:rPr>
        <w:t xml:space="preserve">[19:04] </w:t>
      </w:r>
      <w:r>
        <w:t>ki qurbani isliye aasthi thi ki wahan par shuhra mein zindagi guzarna poori zindagi guzarna wahan par wahan</w:t>
      </w:r>
    </w:p>
    <w:p>
      <w:pPr>
        <w:jc w:val="right"/>
      </w:pPr>
      <w:r>
        <w:t>की कुर्बानी इसलिए आस्थी थी कि वहां पर शहरा में ज़िंदगी गुज़ारना पूरी ज़िंदगी गुज़ारना वहां पर वहां</w:t>
      </w:r>
    </w:p>
    <w:p>
      <w:r>
        <w:rPr>
          <w:b/>
        </w:rPr>
        <w:t xml:space="preserve">[19:11] </w:t>
      </w:r>
      <w:r>
        <w:t>par koi koi sahoolaten nahi thi wahan par to woh qurbani thi us din ke liye qurbani ek</w:t>
      </w:r>
    </w:p>
    <w:p>
      <w:pPr>
        <w:jc w:val="right"/>
      </w:pPr>
      <w:r>
        <w:t>पर कोई कोई सहूलतें नहीं थी वहां पर तो वह कुर्बानी थी उस दिन के लिए कुर्बानी एक</w:t>
      </w:r>
    </w:p>
    <w:p>
      <w:r>
        <w:rPr>
          <w:b/>
        </w:rPr>
        <w:t xml:space="preserve">[19:18] </w:t>
      </w:r>
      <w:r>
        <w:t>nasl banane ke liye qurbani asal qurbani woh hai woh woh to symbolic hai yeh hum bakra zaba</w:t>
      </w:r>
    </w:p>
    <w:p>
      <w:pPr>
        <w:jc w:val="right"/>
      </w:pPr>
      <w:r>
        <w:t>नस्ल बनाने के लिए कुर्बानी असल कुर्बानी वह है वह वह तो symbolic है यह हम बकरा ज़बा</w:t>
      </w:r>
    </w:p>
    <w:p>
      <w:r>
        <w:rPr>
          <w:b/>
        </w:rPr>
        <w:t xml:space="preserve">[19:25] </w:t>
      </w:r>
      <w:r>
        <w:t>karte hain ya harz karte hain to yeh hum batate hain ki hum isi tarike se allah taala</w:t>
      </w:r>
    </w:p>
    <w:p>
      <w:pPr>
        <w:jc w:val="right"/>
      </w:pPr>
      <w:r>
        <w:t>करते हैं या हर्ज़ करते हैं तो यह हम बताते हैं कि हम इसी तरीके से अल्लाह तालाह</w:t>
      </w:r>
    </w:p>
    <w:p>
      <w:r>
        <w:rPr>
          <w:b/>
        </w:rPr>
        <w:t xml:space="preserve">[19:32] </w:t>
      </w:r>
      <w:r>
        <w:t>ke liye hum apne aap ko qurman kar denge jaise hazrat ibrahim aur hazrat ismail ne kiya to yeh hai.</w:t>
      </w:r>
    </w:p>
    <w:p>
      <w:pPr>
        <w:jc w:val="right"/>
      </w:pPr>
      <w:r>
        <w:t>के लिए हम अपने आप को कुर्मान कर देंगे जैसे हज़त इब्राहिम और हज़त इस्माइल ने किया तो यह है.</w:t>
      </w:r>
    </w:p>
    <w:p>
      <w:r>
        <w:rPr>
          <w:b/>
        </w:rPr>
        <w:t xml:space="preserve">[19:39] </w:t>
      </w:r>
      <w:r>
        <w:t>log usko asal samajh lete hain na isliye baat samajh mein nahi aati hai. clear hai question? is that clear? apa i would like to ask the same question regarding this. i have often heard people saying baap dada ke naam par karo, iske naam par karo. sir, peer parmaron ke naam par bhi qurbaani hoti hai. yeh mujhe baat samajh mein nahi aati hai ki yeh kya concept hai?</w:t>
      </w:r>
    </w:p>
    <w:p>
      <w:pPr>
        <w:jc w:val="right"/>
      </w:pPr>
      <w:r>
        <w:t>लोग उसको असल समझ लेते हैं ना इसलिए बात समझ में नहीं आती है. Clear है question? Is that clear? आपा I would like to ask the same question regarding this. I have often heard people saying बाप दादा के नाम पर करो, इसके नाम पर करो. Sir, पैरामरों के नाम पर भी कुर्बानी होती है. यह मुझे बात समझ में नहीं आती है कि यह क्या concept है?</w:t>
      </w:r>
    </w:p>
    <w:p>
      <w:r>
        <w:rPr>
          <w:b/>
        </w:rPr>
        <w:t xml:space="preserve">[20:08] </w:t>
      </w:r>
      <w:r>
        <w:t>jaise ki aapne abhi bataya ki qurbaani apni zindagi ki hai aur taqwa aur parhezgari ki hai. apni zindagi mein humein instill karna hai. toh yeh how is this related to giving the qurbaani in the name of the prophets and wali and this things people do? sab toh hai nahi islam mein. dekhiye islam mein yeh sab cheezein nahi hain.</w:t>
      </w:r>
    </w:p>
    <w:p>
      <w:pPr>
        <w:jc w:val="right"/>
      </w:pPr>
      <w:r>
        <w:t>जैसे कि आपने अभी बताया कि कुर्बानी अपनी ज़िंदगी की है और पतकवा और परेज़गारी की है. अपनी ज़िंदगी में हमें instill करना है. तो यह how is this related to giving the कुर्बानी in the name of the prophets and वली and this things people do? सब तो है नहीं इस्लाम में. देखिए इस्लाम में यह सब चीज़ें नहीं हैं.</w:t>
      </w:r>
    </w:p>
    <w:p>
      <w:r>
        <w:rPr>
          <w:b/>
        </w:rPr>
        <w:t xml:space="preserve">[20:29] </w:t>
      </w:r>
      <w:r>
        <w:t>sab cheez kya hai ki ghar ka jo bada guardian rahega yeh kiya hai ki oont waghera mein ek sau zyada admi hai woh aasani ke liye. ya islam ki taraf se aasani hai. asal cheez aapki hai aap kisi marne wale ki taraf se agar kar rahe toh woh bhi aapke saath include ho jayega.</w:t>
      </w:r>
    </w:p>
    <w:p>
      <w:pPr>
        <w:jc w:val="right"/>
      </w:pPr>
      <w:r>
        <w:t>सब चीज़ क्या है कि घर का जो बड़ा guardian रहेगा यह किया है कि ऊंट वगैरह में एक सौ ज़्यादा आत्मी है वह आसानी के लिए. या इस्लाम की तरफ से आसानी है. असल चीज़ आपकी है आप किसी मरने वाले की तरफ से अगर कर रहे तो वह भी आपके साथ include हो जाएगा.</w:t>
      </w:r>
    </w:p>
    <w:p>
      <w:r>
        <w:rPr>
          <w:b/>
        </w:rPr>
        <w:t xml:space="preserve">[20:58] </w:t>
      </w:r>
      <w:r>
        <w:t>bol dijiye ki ji Farhad bhai, you are very right in saying that this kind of culture has,</w:t>
      </w:r>
    </w:p>
    <w:p>
      <w:pPr>
        <w:jc w:val="right"/>
      </w:pPr>
      <w:r>
        <w:t>बोल दीजिए कि जी फराद भाई, you are very right in saying that this kind of culture has,</w:t>
      </w:r>
    </w:p>
    <w:p>
      <w:r>
        <w:rPr>
          <w:b/>
        </w:rPr>
        <w:t xml:space="preserve">[21:10] </w:t>
      </w:r>
      <w:r>
        <w:t>you know, instilled in among the Muslims and they are following from generations to generations.</w:t>
      </w:r>
    </w:p>
    <w:p>
      <w:pPr>
        <w:jc w:val="right"/>
      </w:pPr>
      <w:r>
        <w:t>you know, instilled in among the मुस्लिमs and they are following from generations to generations.</w:t>
      </w:r>
    </w:p>
    <w:p>
      <w:r>
        <w:rPr>
          <w:b/>
        </w:rPr>
        <w:t xml:space="preserve">[21:22] </w:t>
      </w:r>
      <w:r>
        <w:t>Can question come from other ladies too?</w:t>
      </w:r>
    </w:p>
    <w:p>
      <w:pPr>
        <w:jc w:val="right"/>
      </w:pPr>
      <w:r>
        <w:t>Can question come from other ladies too?</w:t>
      </w:r>
    </w:p>
    <w:p>
      <w:r>
        <w:rPr>
          <w:b/>
        </w:rPr>
        <w:t xml:space="preserve">[21:34] </w:t>
      </w:r>
      <w:r>
        <w:t>This is finished.</w:t>
      </w:r>
    </w:p>
    <w:p>
      <w:pPr>
        <w:jc w:val="right"/>
      </w:pPr>
      <w:r>
        <w:t>This is finished.</w:t>
      </w:r>
    </w:p>
    <w:p>
      <w:r>
        <w:rPr>
          <w:b/>
        </w:rPr>
        <w:t xml:space="preserve">[21:46] </w:t>
      </w:r>
      <w:r>
        <w:t>mislaam lekoon ma'am, aisa hai.</w:t>
      </w:r>
    </w:p>
    <w:p>
      <w:pPr>
        <w:jc w:val="right"/>
      </w:pPr>
      <w:r>
        <w:t>मिस्लाम लेकून ma'am, ऐसा है.</w:t>
      </w:r>
    </w:p>
    <w:p>
      <w:r>
        <w:rPr>
          <w:b/>
        </w:rPr>
        <w:t xml:space="preserve">[21:58] </w:t>
      </w:r>
      <w:r>
        <w:t>mera ek do hadees ko explain kijiye.</w:t>
      </w:r>
    </w:p>
    <w:p>
      <w:pPr>
        <w:jc w:val="right"/>
      </w:pPr>
      <w:r>
        <w:t>मेरा एक दो हदीज़ को explain कीजिए.</w:t>
      </w:r>
    </w:p>
    <w:p>
      <w:r>
        <w:rPr>
          <w:b/>
        </w:rPr>
        <w:t xml:space="preserve">[22:10] </w:t>
      </w:r>
      <w:r>
        <w:t>ek hadees yeh hai ki jab prophet ke paas ek sahabi aa kar, aye rasool allah sallallahu alaihi wasallam ne farmaya ki tumhare nazar mein allah ki position kya hai? wohi position allah ke nazar mein tumhari hai. pehle yeh hai isko explain kijiye. main next hadees ko bataun.</w:t>
      </w:r>
    </w:p>
    <w:p>
      <w:pPr>
        <w:jc w:val="right"/>
      </w:pPr>
      <w:r>
        <w:t>एक हदीज़ यह है कि जब prophet के पास एक साहबी आ कर, ऐ रसुल्लाह सल्लाह सल्लाह सल्लाह सल्लाह सल्लाह सल्लाह ने फरमाता कि तुम्हारे नज़र में अल्लाह की position क्या है? वही position अल्लाह के नज़र में तुम्हारी है. पहले यह है इसको explain कीजिए. मैं next हादीज़ को बताऊं.</w:t>
      </w:r>
    </w:p>
    <w:p>
      <w:r>
        <w:rPr>
          <w:b/>
        </w:rPr>
        <w:t xml:space="preserve">[22:40] </w:t>
      </w:r>
      <w:r>
        <w:t>yeh hadees ko ek doosre hadees se iska yeh hota hai, explanation hota hai. uska main kuch portion bata raha hoon. abhi toh exact hadees ki yaad nahi hai. allah taala ne yeh kaha. main bande ke gumaan ke mutabiq hoon.</w:t>
      </w:r>
    </w:p>
    <w:p>
      <w:pPr>
        <w:jc w:val="right"/>
      </w:pPr>
      <w:r>
        <w:t>यह सदीश को एक दूसरे हदीश से इसका यह होता है, explanation होता है. उसका मैं कुछ portion बता रहा हूं. अभी तो exact हदीश की याद नहीं है. अल्लाह ताला ने यह कहा. मैं बंदे के गुमान के मुताबिक हूं.</w:t>
      </w:r>
    </w:p>
    <w:p>
      <w:r>
        <w:rPr>
          <w:b/>
        </w:rPr>
        <w:t xml:space="preserve">[23:07] </w:t>
      </w:r>
      <w:r>
        <w:t>wohi meri taraf tezi ke saath aayega main usse aur zyada tezi ke saath aaunga. toh allah taala yeh kehna chahta hai ki pehle aapki taraf se hona chahiye mamla. din ki taraf aane mein kya hai?</w:t>
      </w:r>
    </w:p>
    <w:p>
      <w:pPr>
        <w:jc w:val="right"/>
      </w:pPr>
      <w:r>
        <w:t>वही मेरी तरफ तेज़ी के साथ आएगा मैं उससे और ज़्यादा तेज़ी के साथ आऊंगा. तो अल्लाह ताला यह कहना चाहता है कि पहले आपकी तरफ से होना चाहिए मामला. दिन की तरफ आने में क्या है?</w:t>
      </w:r>
    </w:p>
    <w:p>
      <w:r>
        <w:rPr>
          <w:b/>
        </w:rPr>
        <w:t xml:space="preserve">[23:20] </w:t>
      </w:r>
      <w:r>
        <w:t>aap clear hai baat?</w:t>
      </w:r>
    </w:p>
    <w:p>
      <w:pPr>
        <w:jc w:val="right"/>
      </w:pPr>
      <w:r>
        <w:t>आप Clear है बात?</w:t>
      </w:r>
    </w:p>
    <w:p>
      <w:r>
        <w:rPr>
          <w:b/>
        </w:rPr>
        <w:t xml:space="preserve">[23:35] </w:t>
      </w:r>
      <w:r>
        <w:t>clear hai aur meri doosri hatees hai jab allah taala jo logon ko pasand karta hai aur chhoti</w:t>
      </w:r>
    </w:p>
    <w:p>
      <w:pPr>
        <w:jc w:val="right"/>
      </w:pPr>
      <w:r>
        <w:t>Clear है और मेरी दूसरी हतीस है जब अल्लाह तालाह जो लोगों को पसंद करता है और छोटी</w:t>
      </w:r>
    </w:p>
    <w:p>
      <w:r>
        <w:rPr>
          <w:b/>
        </w:rPr>
        <w:t xml:space="preserve">[23:51] </w:t>
      </w:r>
      <w:r>
        <w:t>si kaam karen lekin continuity ke saath karne se allataala usko pasand karega.</w:t>
      </w:r>
    </w:p>
    <w:p>
      <w:pPr>
        <w:jc w:val="right"/>
      </w:pPr>
      <w:r>
        <w:t>सी काम करें लेकिन continuity के साथ करने से अल्लाताला उसको पसंद करेगा.</w:t>
      </w:r>
    </w:p>
    <w:p>
      <w:r>
        <w:rPr>
          <w:b/>
        </w:rPr>
        <w:t xml:space="preserve">[24:07] </w:t>
      </w:r>
      <w:r>
        <w:t>is isko bhi zara explain kijiye bas.</w:t>
      </w:r>
    </w:p>
    <w:p>
      <w:pPr>
        <w:jc w:val="right"/>
      </w:pPr>
      <w:r>
        <w:t>इस इसको भी ज़रा explain कीजिए बस.</w:t>
      </w:r>
    </w:p>
    <w:p>
      <w:r>
        <w:rPr>
          <w:b/>
        </w:rPr>
        <w:t xml:space="preserve">[24:23] </w:t>
      </w:r>
      <w:r>
        <w:t>dekhiye ek kisse se isko hum samajh sakte hain.</w:t>
      </w:r>
    </w:p>
    <w:p>
      <w:pPr>
        <w:jc w:val="right"/>
      </w:pPr>
      <w:r>
        <w:t>देखिए एक किस्से से इसको हम समझ सकते हैं.</w:t>
      </w:r>
    </w:p>
    <w:p>
      <w:r>
        <w:rPr>
          <w:b/>
        </w:rPr>
        <w:t xml:space="preserve">[24:39] </w:t>
      </w:r>
      <w:r>
        <w:t>jo kechua aur iska heran bhagta hai na kaun bhagta hai? khargosh. khargosh.</w:t>
      </w:r>
    </w:p>
    <w:p>
      <w:pPr>
        <w:jc w:val="right"/>
      </w:pPr>
      <w:r>
        <w:t>जो केचुआ और इसका हेरण भागता है ना कौन भागता है? खरगोश. खरगोश.</w:t>
      </w:r>
    </w:p>
    <w:p>
      <w:r>
        <w:rPr>
          <w:b/>
        </w:rPr>
        <w:t xml:space="preserve">[24:55] </w:t>
      </w:r>
      <w:r>
        <w:t>haan, kechua aur khargosh kahan kya hai?</w:t>
      </w:r>
    </w:p>
    <w:p>
      <w:pPr>
        <w:jc w:val="right"/>
      </w:pPr>
      <w:r>
        <w:t>हां, केचुआ और खरगोश कहां क्या है?</w:t>
      </w:r>
    </w:p>
    <w:p>
      <w:r>
        <w:rPr>
          <w:b/>
        </w:rPr>
        <w:t xml:space="preserve">[25:11] </w:t>
      </w:r>
      <w:r>
        <w:t>ek ek marta yeh hota hai story hai yeh ki ek marta muqabla hota hai kechua aur khargosh ke darmiyan. kachhua? kachhua.</w:t>
      </w:r>
    </w:p>
    <w:p>
      <w:pPr>
        <w:jc w:val="right"/>
      </w:pPr>
      <w:r>
        <w:t>एक एक मरता यह होता है story है यह कि एक मरता मुकाबला होता है केचुआ और खरगोश के दरमियान. कछुआ? कछुआ.</w:t>
      </w:r>
    </w:p>
    <w:p>
      <w:r>
        <w:rPr>
          <w:b/>
        </w:rPr>
        <w:t xml:space="preserve">[25:27] </w:t>
      </w:r>
      <w:r>
        <w:t>kachhua aur khargosh ke darmiyan muqabla hota usmein.</w:t>
      </w:r>
    </w:p>
    <w:p>
      <w:pPr>
        <w:jc w:val="right"/>
      </w:pPr>
      <w:r>
        <w:t>कछुआ और खरगोश के दरमियान मुकाबला होता उसमें.</w:t>
      </w:r>
    </w:p>
    <w:p>
      <w:r>
        <w:rPr>
          <w:b/>
        </w:rPr>
        <w:t xml:space="preserve">[25:43] </w:t>
      </w:r>
      <w:r>
        <w:t>ki ab chunke baaz masjido mein kya hota bees rak'at namaz padhai jaati hai tiravi ki.</w:t>
      </w:r>
    </w:p>
    <w:p>
      <w:pPr>
        <w:jc w:val="right"/>
      </w:pPr>
      <w:r>
        <w:t>कि अब चूंकि बाज़ मस्जिदों में क्या होता बीस रकात नवाज़ पढ़ाई जाती है तिरावी की.</w:t>
      </w:r>
    </w:p>
    <w:p>
      <w:r>
        <w:rPr>
          <w:b/>
        </w:rPr>
        <w:t xml:space="preserve">[25:56] </w:t>
      </w:r>
      <w:r>
        <w:t>to usko pakad ke le gaye chalo tiravi par namaz nahi padhta tha woh.</w:t>
      </w:r>
    </w:p>
    <w:p>
      <w:pPr>
        <w:jc w:val="right"/>
      </w:pPr>
      <w:r>
        <w:t>तो उसको पकड़ के ले गए चलो तिरावी पर नमाज़ नहीं पढ़ता था वह.</w:t>
      </w:r>
    </w:p>
    <w:p>
      <w:r>
        <w:rPr>
          <w:b/>
        </w:rPr>
        <w:t xml:space="preserve">[26:10] </w:t>
      </w:r>
      <w:r>
        <w:t>pakad ke zabardasti le gaye namazan mein.</w:t>
      </w:r>
    </w:p>
    <w:p>
      <w:pPr>
        <w:jc w:val="right"/>
      </w:pPr>
      <w:r>
        <w:t>पकड़ के ज़बरदस्ती ले गए नामज़ान में.</w:t>
      </w:r>
    </w:p>
    <w:p>
      <w:r>
        <w:rPr>
          <w:b/>
        </w:rPr>
        <w:t xml:space="preserve">[26:24] </w:t>
      </w:r>
      <w:r>
        <w:t>khud apne liye bhi nahi hona chahiye. isliye allah ke rasoolullah ne kaha ki jab tak aapko tabiyat karti hai fresh tabiyat aap yeh baat karein thak jaate hain chhod dein.</w:t>
      </w:r>
    </w:p>
    <w:p>
      <w:pPr>
        <w:jc w:val="right"/>
      </w:pPr>
      <w:r>
        <w:t>खुद अपने लिए भी नहीं होना चाहिए. इसलिए अल्लाह के रसूल्लाह ने कहा कि जब तक आपको तबीयत करती है fresh तबीयत आप यह बात करें थक जाते हैं छोड़ दें.</w:t>
      </w:r>
    </w:p>
    <w:p>
      <w:r>
        <w:rPr>
          <w:b/>
        </w:rPr>
        <w:t xml:space="preserve">[26:35] </w:t>
      </w:r>
      <w:r>
        <w:t>abdullah binamri binaalas ko yeh kaha tha woh lekin chahe ki ek din hum kya kar aadhe pahaad</w:t>
      </w:r>
    </w:p>
    <w:p>
      <w:pPr>
        <w:jc w:val="right"/>
      </w:pPr>
      <w:r>
        <w:t>अब्दुल्लाह बिनामरी बिनालास को यह कहा था वह लेकिन चाहे कि एक दिन हम क्या कर आधे पहाड़</w:t>
      </w:r>
    </w:p>
    <w:p>
      <w:r>
        <w:rPr>
          <w:b/>
        </w:rPr>
        <w:t xml:space="preserve">[27:04] </w:t>
      </w:r>
      <w:r>
        <w:t>ko tod dein to doosre din</w:t>
      </w:r>
    </w:p>
    <w:p>
      <w:pPr>
        <w:jc w:val="right"/>
      </w:pPr>
      <w:r>
        <w:t>को तोड़ दें तो दूसरे दिन</w:t>
      </w:r>
    </w:p>
    <w:p>
      <w:r>
        <w:rPr>
          <w:b/>
        </w:rPr>
        <w:t xml:space="preserve">[27:34] </w:t>
      </w:r>
      <w:r>
        <w:t>chal jayega woh. so, question is coming now from doctor sartina. please ask your question. phir haath sahab, main yeh jaanana chah rahi hoon ki jaise maghrib ki namaz ka waqt mulk mein alag alag time par hota hai. awaaz aa rahi hai? ji.</w:t>
      </w:r>
    </w:p>
    <w:p>
      <w:pPr>
        <w:jc w:val="right"/>
      </w:pPr>
      <w:r>
        <w:t>चल जाएगा वह. So, question is coming now from doctor सरतीना. Please ask your question. फिर हाथ साहब, मैं यह जानना चाह रही हूं कि जैसे मक़रिब की नमाज़ का वक्त मुल्क में अलग अलग time पर होता है. आवाज़ आ रही है? जी.</w:t>
      </w:r>
    </w:p>
    <w:p>
      <w:r>
        <w:rPr>
          <w:b/>
        </w:rPr>
        <w:t xml:space="preserve">[27:54] </w:t>
      </w:r>
      <w:r>
        <w:t>toh kya kya hum aise jaise aaj program hai ya koi bhi aisi zaroorat hai usko apne hisaab se aage peeche ka kar sakte hain kya kaisa ismein namaz ko kaise adjust kara ja sakta hai? dekhiye allah ghusul sallallahu alaihi wasallam ka jo tareeqa tha usko aap follow kar lijiye bahut aasan tareeqa hai. allah ghusul normally us zamane mein toh aisa program hota nahi tha ki time zone kafr ko paisa nahi hota tha. safar mein yeh pareshani aati thi.</w:t>
      </w:r>
    </w:p>
    <w:p>
      <w:pPr>
        <w:jc w:val="right"/>
      </w:pPr>
      <w:r>
        <w:t>तो क्या क्या हम ऐसे जैसे आज program है या कोई भी ऐसी ज़रूरत है उसको अपने हिसाब से आगे पीछे का कर सकते हैं क्या कैसा इसमें नमाज़ को कैसे adjust करा जा सकता है? देखिए अल्लाह ग़ैसूल सलाह सलाह का जो तरीका था उसको आप follow कर लीजिए बहुत आसान तरीका है. अल्लाह ग़रसुल normally उस ज़माने में तो ऐसा program होता नहीं था कि time zone कफ़र को पैसा नहीं होता था. सफर में यह परेशानी आती थी.</w:t>
      </w:r>
    </w:p>
    <w:p>
      <w:r>
        <w:rPr>
          <w:b/>
        </w:rPr>
        <w:t xml:space="preserve">[28:23] </w:t>
      </w:r>
      <w:r>
        <w:t>to safar mein kya karte the agar johar se pehle nikalte hain namaze johar se pehle agar safar</w:t>
      </w:r>
    </w:p>
    <w:p>
      <w:pPr>
        <w:jc w:val="right"/>
      </w:pPr>
      <w:r>
        <w:t>तो सफर में क्या करते थे अगर जुहार से पहले निकलते हैं नमाज़े जोहर से पहले अगर सफर</w:t>
      </w:r>
    </w:p>
    <w:p>
      <w:r>
        <w:rPr>
          <w:b/>
        </w:rPr>
        <w:t xml:space="preserve">[28:30] </w:t>
      </w:r>
      <w:r>
        <w:t>ke liye jaa rahe hain.</w:t>
      </w:r>
    </w:p>
    <w:p>
      <w:pPr>
        <w:jc w:val="right"/>
      </w:pPr>
      <w:r>
        <w:t>के लिए जा रहे हैं.</w:t>
      </w:r>
    </w:p>
    <w:p>
      <w:r>
        <w:rPr>
          <w:b/>
        </w:rPr>
        <w:t xml:space="preserve">[28:37] </w:t>
      </w:r>
      <w:r>
        <w:t>to aur yeh yakeen hota ki hum asr ke waqt kahan pahunch jayenge.</w:t>
      </w:r>
    </w:p>
    <w:p>
      <w:pPr>
        <w:jc w:val="right"/>
      </w:pPr>
      <w:r>
        <w:t>तो और यह यकीन होता कि हम असर के वक्त कहां पहुंच जाएंगे.</w:t>
      </w:r>
    </w:p>
    <w:p>
      <w:r>
        <w:rPr>
          <w:b/>
        </w:rPr>
        <w:t xml:space="preserve">[28:44] </w:t>
      </w:r>
      <w:r>
        <w:t>to asr ke waqt wahan jaate hain johar aur asr ko jama karke padh liya karte the.</w:t>
      </w:r>
    </w:p>
    <w:p>
      <w:pPr>
        <w:jc w:val="right"/>
      </w:pPr>
      <w:r>
        <w:t>तो असर के वक्त वहां जाते हैं जोहर और असर को जमा करके पढ़ लिया करते थे.</w:t>
      </w:r>
    </w:p>
    <w:p>
      <w:r>
        <w:rPr>
          <w:b/>
        </w:rPr>
        <w:t xml:space="preserve">[28:51] </w:t>
      </w:r>
      <w:r>
        <w:t>tabhi aisa hota ki johar ke baad nikalte.</w:t>
      </w:r>
    </w:p>
    <w:p>
      <w:pPr>
        <w:jc w:val="right"/>
      </w:pPr>
      <w:r>
        <w:t>तभी ऐसा होता कि जोहर के बाद निकलते.</w:t>
      </w:r>
    </w:p>
    <w:p>
      <w:r>
        <w:rPr>
          <w:b/>
        </w:rPr>
        <w:t xml:space="preserve">[28:58] </w:t>
      </w:r>
      <w:r>
        <w:t>yeh tareeqa alag shubh se le samjhata hai. baqi hai ki waqt se pehle padhne ka toh aam taur se aisa nahi hai. waqt par hi padhna usko. haan jama bayana salata hai na aasani ke liye bataya gaya woh kar sakte hain. shukriya. toh yeh maghrib ki namaz isha ke saath ki ja sakti hai aap? haan, dono ki darmiyan mein jaise maghrib ki padhne ke baad nafl ya sunnat padhte woh nahi padhna.</w:t>
      </w:r>
    </w:p>
    <w:p>
      <w:pPr>
        <w:jc w:val="right"/>
      </w:pPr>
      <w:r>
        <w:t>यह तरीका अलग है शुभ से ले समझाता है. बाकी है कि वक्त से पहले पढ़ने का तो आम तौर से ऐसा नहीं है. वक्त पर ही पढ़ना उसको. हां जमा बयाना सलाहटा है ना आसानी के लिए बताया गया वह कर सकते हैं. शुक्रिया. तो यह मग़रीब की नमाज़ इशा के साथ की जा सकती है आप? हां, दोनों की दरमियान में जैसे मग़रीब की पढ़ने के बाद नफ़ल या सुनत पढ़ते वह नहीं पढ़ना.</w:t>
      </w:r>
    </w:p>
    <w:p>
      <w:r>
        <w:rPr>
          <w:b/>
        </w:rPr>
        <w:t xml:space="preserve">[29:24] </w:t>
      </w:r>
      <w:r>
        <w:t>pehle aap padh lena maghrib ki teen rakat phir uske baad char rakat phir shayad. ji. toh farz farz. haan, farz farz. farz padhne hain. theek hai. baqi uske baad kuch padhne asr ko jo asr ko zuhar ke saath jama kar sakte hain. haan kar sakte pehle bhi kar sakte hain baad mein bhi kar sakte hain. pehle ka matlab zuhar ke saath. zuhar ke saath. ya asr ke saath bhi kar sakte hain. sawal karein. assalamu alaikum.</w:t>
      </w:r>
    </w:p>
    <w:p>
      <w:pPr>
        <w:jc w:val="right"/>
      </w:pPr>
      <w:r>
        <w:t>पहले आप पढ़ लेना मग़रीब की तेंद्र रखात फिर उसके बाद चार रखात फिर शायद. जी. तो फर्ज फर्ज. हां, फर्ज फर्ज. फर्ज पढ़ने हैं. ठीक है. बाकी उसके बाद कुछ पढ़ने असर को जो असर को ज़ोहर के साथ जमा कर सकते हैं. हां कर सकते पहले भी कर सकते हैं बाद में भी कर सकते हैं. पहले का मतलब ज़ोहर के साथ. ज़ोहर के साथ. या असर के साथ भी कर सकते हैं. सवाल करें. अस्लाम लिखो.</w:t>
      </w:r>
    </w:p>
    <w:p>
      <w:r>
        <w:rPr>
          <w:b/>
        </w:rPr>
        <w:t xml:space="preserve">[29:54] </w:t>
      </w:r>
      <w:r>
        <w:t>mera sawal ek hadees se related hai. yeh sahih muslim ki hadees se two one three zero. rasoolullah sallallahu alaihi wasallam abu sallama razi allahu anhu ke paas tashreef laye. us waqt unki aankhein khuli hui thi. toh aapne unhein band kar diya. jab rooh cups aur farmaya jab rooh cups ki jati hai toh nazar uska peecha karti hai. toh yeh sunne ke baad unke ghar wale jo hai woh rone lage. toh aap suno suno ne farmaya.</w:t>
      </w:r>
    </w:p>
    <w:p>
      <w:pPr>
        <w:jc w:val="right"/>
      </w:pPr>
      <w:r>
        <w:t>मेरा सवाल एक हदी से related है. यह सही मुस्लिम की हदी से two one three zero. रस्तुल्लाह सलमा अब्बू सलमा रज़ेल अंदाह के पास तशीफ लाएं. उस वक्त उनकी आंखें खुली हुई थी. तो आपने उन्हें बंद कर दिया. जब रूह cups और फरमाया जब रूह cups की जाती है तो नज़र उसका पीछा करती है. तो यह सुनने के बाद उनके घर वाले जो है वह रोने लगे. तो आप सुनो सुनो ने फरमाया.</w:t>
      </w:r>
    </w:p>
    <w:p>
      <w:r>
        <w:rPr>
          <w:b/>
        </w:rPr>
        <w:t xml:space="preserve">[30:20] </w:t>
      </w:r>
      <w:r>
        <w:t>tum apne liye bhalai ke alawa aur koi dua na karo kyunki tum jo kehte ho farishte us par aameen kehte hain. toh mera question phir uske baad aapne unke liye dua ki abu sallama ke liye.</w:t>
      </w:r>
    </w:p>
    <w:p>
      <w:pPr>
        <w:jc w:val="right"/>
      </w:pPr>
      <w:r>
        <w:t>तुम अपने लिए भलाई के अलावा और कोई दुआ ना करो क्योंकि तुम जो कहते हो फरिश्ते उस पर आमिन कहते हैं. तो मेरा question फिर उसके बाद आपने उनके लिए दुआ की अब्बू सलमान के लिए.</w:t>
      </w:r>
    </w:p>
    <w:p>
      <w:r>
        <w:rPr>
          <w:b/>
        </w:rPr>
        <w:t xml:space="preserve">[30:32] </w:t>
      </w:r>
      <w:r>
        <w:t>toh mera question yeh hai ki matlab yeh particular usi time ke liye thi kisi matlab inkar ho jata hai us bande ke liye yeh hum logon ke liye bhi hai aam din mein aur iske baad second yeh tha ki agar yeh aam dinon mein bhi hai toh jaise hamare negative thoughts ya comments aise rehte hain toh kya farishte us par bhi aameen kehte hain? mera question yeh tha. aameen kehne ka mamla jo hai woh toh har waqt ke liye hai.</w:t>
      </w:r>
    </w:p>
    <w:p>
      <w:pPr>
        <w:jc w:val="right"/>
      </w:pPr>
      <w:r>
        <w:t>तो मेरा question यह है कि मतलब यह particular उसी time के लिए थी किसी मतलब इंत्कार हो जाता है उस बंदे के लिए यह हम लोगों के लिए भी है आम दिन में और इसके बाद second यह था कि अगर यह आम दिनों में भी है तो जैसे हमारे negative thoughts या comments ऐसे रहते हैं तो क्या फरिश्तियों उस पर भी आमिन कहते हैं? मेरा question यह था. आमिन कहने का मामला जो है वह तो हर वक्त के लिए है.</w:t>
      </w:r>
    </w:p>
    <w:p>
      <w:r>
        <w:rPr>
          <w:b/>
        </w:rPr>
        <w:t xml:space="preserve">[30:59] </w:t>
      </w:r>
      <w:r>
        <w:t>aisa nahi ki sirf usi ke liye fast tha, toh farishte kehte hain aameen tumhare liye usi tarah. toh yeh toh har achhi cheez ke liye farishte aameen kehte hain. hum achhi dua karte hain.</w:t>
      </w:r>
    </w:p>
    <w:p>
      <w:pPr>
        <w:jc w:val="right"/>
      </w:pPr>
      <w:r>
        <w:t>ऐसा नहीं कि सिर्फ उसी के लिए fast था, तो फरिश्ते कहते हैं आमिन तुम्हारे लिए उसी तरह. तो यह तो हर अच्छी चीज़ के लिए फरिश्ते आमिन कहते हैं. हम अच्छी द्वा करते हैं.</w:t>
      </w:r>
    </w:p>
    <w:p>
      <w:r>
        <w:rPr>
          <w:b/>
        </w:rPr>
        <w:t xml:space="preserve">[31:28] </w:t>
      </w:r>
      <w:r>
        <w:t>i hope this answer is clear to you. achha. ji answer toh clear hai aap bas yeh keh rahe the ki jaise kabhi jaise negative thought ya comments aate hain toh insaan keh deta hai toh us par bhi farishte aameen kehte hain kya matlab uske liye bhi? dekhiye hadees mein baddua waghera se mana kiya gaya. baddua ke andar negative thaata aa jaate hain. mana kiya gaya hai especially maa baap ko mana kiya gaya hai ki woh baddua na kare bachchon ka.</w:t>
      </w:r>
    </w:p>
    <w:p>
      <w:pPr>
        <w:jc w:val="right"/>
      </w:pPr>
      <w:r>
        <w:t>I hope this answer is clear to you. अच्छा. जी answer तो clear है आप बस यह कह रहे थे कि जैसे कभी जैसे negative thought या comments आते हैं तो इंसान कह देता है तो उस पर भी फरिश्ते अमीन कहते हैं क्या मतलब उसके लिए भी? देखिए हदीश में बद्धवा वगैरह से मना किया गया. बद्धवा के अंदर negative थाता आ जाते हैं. मना किया गया है especially मां बाप को मना किया गया है कि वह बद्धवाना करे बच्चों का.</w:t>
      </w:r>
    </w:p>
    <w:p>
      <w:r>
        <w:rPr>
          <w:b/>
        </w:rPr>
        <w:t xml:space="preserve">[31:56] </w:t>
      </w:r>
      <w:r>
        <w:t>yahi hai ki agar neend aa rahi hai toh is waqt dua karne se mana ke aage aadmi apne khilaaf dua kar jayega. is sitwar se toh aa sakta hai. aameen toh ho sakta hai. ok, jaisa lekin woh negative thought aana koi yeh nahi hai. dua us us time agar koi apne khilaaf kuch dua karna. allah taala mujhe halaak kar de ya ek hai bachchon ke liye kehta allah taala isko halaak kar de. aisa bolna yeh dua hota hai. sirf sochna koi dua nahi hai.</w:t>
      </w:r>
    </w:p>
    <w:p>
      <w:pPr>
        <w:jc w:val="right"/>
      </w:pPr>
      <w:r>
        <w:t>यही है कि अगर नींद आ रही है तो इस वक्त दुआ करने से मना के आगे आदमी अपने खिलाफ दुआ कर जाएगा. इस सितवार से तो आ सकता है. आमिन तो हो सकता है. Ok, जैसा लेकिन वह negative thought आना कोई यह नहीं है. दुआ उस उस time अगर कोई अपने खिलाफ कुछ दुआ करना. लल्ला तला मुझे हिलाक कर दे या एक है बच्चों के लिए कहता लल्ला तला इसको हिलाक कर दे. ऐसा बोलना यह दुआ होता है. सिर्फ सोचना कोई दुआ नहीं है.</w:t>
      </w:r>
    </w:p>
    <w:p>
      <w:r>
        <w:rPr>
          <w:b/>
        </w:rPr>
        <w:t xml:space="preserve">[32:24] </w:t>
      </w:r>
      <w:r>
        <w:t>ki nahi yeh to phaat aa gaya ki yeh bohat bura aa raha hai, yeh kya hai? woh sab kuch nahi hai. dua karen aap to hoga. Ok, we come to the end of the session. It is now 08:00. Thank you and jazaak allah to fareedaapa and farad bhai for listening to our patiently to our questions and giving answers so intelligently and so beautifully our answers.</w:t>
      </w:r>
    </w:p>
    <w:p>
      <w:pPr>
        <w:jc w:val="right"/>
      </w:pPr>
      <w:r>
        <w:t>कि नहीं यह तो फाट आ गया कि यह बहुत बुरा आ रहा है, यह क्या है? वह सब कुछ नहीं है. दुआ करें आप तो होगा. Ok, we come to the end of the session. It is now 08:00. Thank you and जिज़ाक़ अल्लाह to फरीदापा and फराद भाई for listening to our patiently to our questions and giving answers so intelligently and so beautifully our answers.</w:t>
      </w:r>
    </w:p>
    <w:p>
      <w:r>
        <w:rPr>
          <w:b/>
        </w:rPr>
        <w:t xml:space="preserve">[32:50] </w:t>
      </w:r>
      <w:r>
        <w:t>And mashallah we are growing intellectually each and every session is so so important for all of us and we CPS ladies are mashallah growing intelligently and developing ourselves, developing our personality. So aap logon ki bohat ziyada mehnat hai hamari grooming karne ke liye. yeh dekhiye koi bhi insaan jo rahega grow karne mein aapko kuch opinion de sakta hai.</w:t>
      </w:r>
    </w:p>
    <w:p>
      <w:pPr>
        <w:jc w:val="right"/>
      </w:pPr>
      <w:r>
        <w:t>And माशालाह we are growing intellectually each and every session is so so important for all of us and we CPS ladies are माशालाह growing intelligently and developing ourselves, developing our personality. So आप लोगों की बहुत ज़्यादा मेहनत है हमारी grooming करने के लिए. यह देखिए कोई भी इंसान जो रहेगा grow करने में आपको कुछ opinion दे सकता है.</w:t>
      </w:r>
    </w:p>
    <w:p>
      <w:r>
        <w:rPr>
          <w:b/>
        </w:rPr>
        <w:t xml:space="preserve">[33:19] </w:t>
      </w:r>
      <w:r>
        <w:t>grow karna aapke apne haath mein hota hai.</w:t>
      </w:r>
    </w:p>
    <w:p>
      <w:pPr>
        <w:jc w:val="right"/>
      </w:pPr>
      <w:r>
        <w:t>Grow करना आपके अपने हाथ में होता है.</w:t>
      </w:r>
    </w:p>
    <w:p>
      <w:r>
        <w:rPr>
          <w:b/>
        </w:rPr>
        <w:t xml:space="preserve">[33:33] </w:t>
      </w:r>
      <w:r>
        <w:t>jo abhi darmiyan mein ek question aaya tha na ki allah taala kaise agar tum jaanna chahta hoon</w:t>
      </w:r>
    </w:p>
    <w:p>
      <w:pPr>
        <w:jc w:val="right"/>
      </w:pPr>
      <w:r>
        <w:t>जो अभी दरमियान में एक question आया था ना कि अल्लाह तालाह कैसे अगर तुम जानना चाहता हूं</w:t>
      </w:r>
    </w:p>
    <w:p>
      <w:r>
        <w:rPr>
          <w:b/>
        </w:rPr>
        <w:t xml:space="preserve">[33:47] </w:t>
      </w:r>
      <w:r>
        <w:t>allah taala tumse kitni mohabbat karna to jaano apne aap ko jaan tum kitni mohabbat karte ho.</w:t>
      </w:r>
    </w:p>
    <w:p>
      <w:pPr>
        <w:jc w:val="right"/>
      </w:pPr>
      <w:r>
        <w:t>अल्लाह तालाह तुमसे कितनी मोहब्बत करना तो जानो अपने आप को जान तुम कितनी मोहब्बत करते हो.</w:t>
      </w:r>
    </w:p>
    <w:p>
      <w:r>
        <w:rPr>
          <w:b/>
        </w:rPr>
        <w:t xml:space="preserve">[34:01] </w:t>
      </w:r>
      <w:r>
        <w:t>apne marfat aur apne jo hamesha nahi khatam hona hai, kabhi bhi nahi khatam hone wale tareef aur hum jo sana ki taufeeq dein, maulana ke saath mulafaat karaye aur aisi majlis hum maulana ke saath jannatm karen. yeh Zoom wali majlis wahan bhi karayein aur allah taala humein apne deedaar ke taufeer khatafarmayein, aami. aami.</w:t>
      </w:r>
    </w:p>
    <w:p>
      <w:pPr>
        <w:jc w:val="right"/>
      </w:pPr>
      <w:r>
        <w:t>अपने मारफत और अपने जो हमेशा नहीं खत्म होना है, कभी भी नहीं खत्म होने वाले तारीफ और हम जो सना की तौफीक दें, मौलाना के साथ मुलाफात कराए और ऐसी मज़लिश हम मौलाना के साथ जन्नत्म करें. यह Zoom वाली मज़लिश वहां भी कराएं और अल्लाह तलाह हमें अपने दीदार के तौफीर खताफरमाएं, आमी. आमी.</w:t>
      </w:r>
    </w:p>
    <w:p>
      <w:r>
        <w:rPr>
          <w:b/>
        </w:rPr>
        <w:t xml:space="preserve">[34:26] </w:t>
      </w:r>
      <w:r>
        <w:t>To we come to the end of the session and Inshallah we'll meet again next week on Sunday with a new topic that will be shared on the WhatsApp group.</w:t>
      </w:r>
    </w:p>
    <w:p>
      <w:pPr>
        <w:jc w:val="right"/>
      </w:pPr>
      <w:r>
        <w:t>तो we come to the end of the session and Inshallah we'll meet again next week on Sunday with a new topic that will be shared on the WhatsApp group.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