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Purpose of Human Life February 12, 2012 Maulana Wahiduddin Khan</w:t>
      </w:r>
    </w:p>
    <w:p>
      <w:r>
        <w:t>https://www.youtube.com/watch?v=gRupSXuak-w</w:t>
      </w:r>
    </w:p>
    <w:p>
      <w:r>
        <w:rPr>
          <w:b/>
        </w:rPr>
        <w:t xml:space="preserve">[00:23] </w:t>
      </w:r>
      <w:r>
        <w:t>Aaj ka topic hai "purpose of human life". insaan ki zindagi ka maqsad, "purpose of human life".</w:t>
      </w:r>
    </w:p>
    <w:p>
      <w:pPr>
        <w:jc w:val="right"/>
      </w:pPr>
      <w:r>
        <w:t>آج کا ٹاپک ہے "پرپس آف ہیومن لائف"۔ انسان کی زندگی کا مقصد، "پرپس آف ہیومن لائف"۔</w:t>
      </w:r>
    </w:p>
    <w:p>
      <w:r>
        <w:rPr>
          <w:b/>
        </w:rPr>
        <w:t xml:space="preserve">[00:39] </w:t>
      </w:r>
      <w:r>
        <w:t>Dekhein, yeh jo question hai, yeh poori tareekh mein logon par chhaya raha hai.</w:t>
      </w:r>
    </w:p>
    <w:p>
      <w:pPr>
        <w:jc w:val="right"/>
      </w:pPr>
      <w:r>
        <w:t>دیکھیں، یہ جو کوئسچن ہے، یہ پوری تاریخ میں لوگوں پر چھایا رہا ہے۔</w:t>
      </w:r>
    </w:p>
    <w:p>
      <w:r>
        <w:rPr>
          <w:b/>
        </w:rPr>
        <w:t xml:space="preserve">[00:51] </w:t>
      </w:r>
      <w:r>
        <w:t>Tamam philosophers, tamam thinkers, tamam writers, jo novel likhe gaye, jo kahaniyan likhi gayi, har mein direct ya indirect yeh sawal chhaya raha hai.</w:t>
      </w:r>
    </w:p>
    <w:p>
      <w:pPr>
        <w:jc w:val="right"/>
      </w:pPr>
      <w:r>
        <w:t>تمام فلاسفرز، تمام تھنکرز، تمام رائٹرز، جو ناول لکھے گئے، جو کہانیاں لکھی گئیں، ہر میں ڈائریکٹ یا ان ڈائریکٹ یہ سوال چھایا رہا ہے۔</w:t>
      </w:r>
    </w:p>
    <w:p>
      <w:r>
        <w:rPr>
          <w:b/>
        </w:rPr>
        <w:t xml:space="preserve">[01:10] </w:t>
      </w:r>
      <w:r>
        <w:t>Shayari mein, kahani mein, har jagah. tamam jo philosophers the, woh sab basically isi aitraaz mein the ki insaan ki zindagi ka purpose kya hai.</w:t>
      </w:r>
    </w:p>
    <w:p>
      <w:pPr>
        <w:jc w:val="right"/>
      </w:pPr>
      <w:r>
        <w:t>شاعری میں، کہانی میں، ہر جگہ۔ تمام جو فلاسفرز تھے، وہ سب بیسیکلی اسی اعتراض میں تھے کہ انسان کی زندگی کا پرپس کیا ہے۔</w:t>
      </w:r>
    </w:p>
    <w:p>
      <w:r>
        <w:rPr>
          <w:b/>
        </w:rPr>
        <w:t xml:space="preserve">[01:25] </w:t>
      </w:r>
      <w:r>
        <w:t>Lekin aaj tak, yaani yeh log chahte the ki khuda ke wahi ke baghair maqsad maloom kar len, to aaj tak woh maqsad maloom nahi kar sake.</w:t>
      </w:r>
    </w:p>
    <w:p>
      <w:pPr>
        <w:jc w:val="right"/>
      </w:pPr>
      <w:r>
        <w:t>لیکن آج تک، یعنی یہ لوگ چاہتے تھے کہ خدا کے وحی کے بغیر مقصد معلوم کر لیں، تو آج تک وہ مقصد معلوم نہیں کر سکے۔</w:t>
      </w:r>
    </w:p>
    <w:p>
      <w:r>
        <w:rPr>
          <w:b/>
        </w:rPr>
        <w:t xml:space="preserve">[01:40] </w:t>
      </w:r>
      <w:r>
        <w:t>Ek bohat ajeeb kahani hai, yaani ek Greek philosopher tha, pehle zamane ki baat hai, yaani before Christianity,</w:t>
      </w:r>
    </w:p>
    <w:p>
      <w:pPr>
        <w:jc w:val="right"/>
      </w:pPr>
      <w:r>
        <w:t>ایک بہت عجیب کہانی ہے، یعنی ایک گریک فلاسفر تھا، پہلے زمانے کی بات ہے، یعنی بیفور کرسچینٹی،</w:t>
      </w:r>
    </w:p>
    <w:p>
      <w:r>
        <w:rPr>
          <w:b/>
        </w:rPr>
        <w:t xml:space="preserve">[01:55] </w:t>
      </w:r>
      <w:r>
        <w:t>to woh isi sawal se dochar tha. to ek din kisi ne dekha us ko ki woh ek peed ke upar baitha hua hai.</w:t>
      </w:r>
    </w:p>
    <w:p>
      <w:pPr>
        <w:jc w:val="right"/>
      </w:pPr>
      <w:r>
        <w:t>تو وہ اسی سوال سے دوچار تھا۔ تو ایک دن کسی نے دیکھا اس کو کہ وہ ایک پیڑ کے اوپر بیٹھا ہوا ہے۔</w:t>
      </w:r>
    </w:p>
    <w:p>
      <w:r>
        <w:rPr>
          <w:b/>
        </w:rPr>
        <w:t xml:space="preserve">[02:06] </w:t>
      </w:r>
      <w:r>
        <w:t>to us se poocha ki tum kaun ho jo peed ke upar baithe hue ho?</w:t>
      </w:r>
    </w:p>
    <w:p>
      <w:pPr>
        <w:jc w:val="right"/>
      </w:pPr>
      <w:r>
        <w:t>تو اس سے پوچھا کہ تم کون ہو جو پیڑ کے اوپر بیٹھے ہوئے ہو؟</w:t>
      </w:r>
    </w:p>
    <w:p>
      <w:r>
        <w:rPr>
          <w:b/>
        </w:rPr>
        <w:t xml:space="preserve">[02:11] </w:t>
      </w:r>
      <w:r>
        <w:t>to us ne kaha, "yahi to main jannewalon ke upar kaun hoon, isi liye main aap ke haan baith gaya hoon."</w:t>
      </w:r>
    </w:p>
    <w:p>
      <w:pPr>
        <w:jc w:val="right"/>
      </w:pPr>
      <w:r>
        <w:t>تو اس نے کہا، "یہی تو میں جننے والوں کے اوپر کون ہوں، اسی لیے میں آپ کے ہاں بیٹھ گیا ہوں۔"</w:t>
      </w:r>
    </w:p>
    <w:p>
      <w:r>
        <w:rPr>
          <w:b/>
        </w:rPr>
        <w:t xml:space="preserve">[02:20] </w:t>
      </w:r>
      <w:r>
        <w:t>to gharaaz hai ki saari zindagi, saari tareekh mein insaan is sawal pe dochar raha hai, lekin us ne chaha ki wahi khudaawandi ke baghair is ka jawab pa le, to kabhi is ka jawab koi pa nahi saka.</w:t>
      </w:r>
    </w:p>
    <w:p>
      <w:pPr>
        <w:jc w:val="right"/>
      </w:pPr>
      <w:r>
        <w:t>تو غرض ہے کہ ساری زندگی، ساری تاریخ میں انسان اس سوال پہ دوچار رہا ہے، لیکن اس نے چاہا کہ وحی خداوندی کے بغیر اس کا جواب پا لے، تو کبھی اس کا جواب کوئی پا نہیں سکا۔</w:t>
      </w:r>
    </w:p>
    <w:p>
      <w:r>
        <w:rPr>
          <w:b/>
        </w:rPr>
        <w:t xml:space="preserve">[02:39] </w:t>
      </w:r>
      <w:r>
        <w:t>Main khud isi sawal se dochar hua bachpan hi se ki mujhe kisi aur cheez se koi interest nahi tha</w:t>
      </w:r>
    </w:p>
    <w:p>
      <w:pPr>
        <w:jc w:val="right"/>
      </w:pPr>
      <w:r>
        <w:t>میں خود اسی سوال سے دوچار ہوا بچپن ہی سے کہ مجھے کسی اور چیز سے کوئی انٹرسٹ نہیں تھا</w:t>
      </w:r>
    </w:p>
    <w:p>
      <w:r>
        <w:rPr>
          <w:b/>
        </w:rPr>
        <w:t xml:space="preserve">[02:50] </w:t>
      </w:r>
      <w:r>
        <w:t>siwaye is ke ki zindagi ka maqsad maloom karoon.</w:t>
      </w:r>
    </w:p>
    <w:p>
      <w:pPr>
        <w:jc w:val="right"/>
      </w:pPr>
      <w:r>
        <w:t>سوائے اس کے کہ زندگی کا مقصد معلوم کروں۔</w:t>
      </w:r>
    </w:p>
    <w:p>
      <w:r>
        <w:rPr>
          <w:b/>
        </w:rPr>
        <w:t xml:space="preserve">[02:58] </w:t>
      </w:r>
      <w:r>
        <w:t>to lambi jahad ke baad mujhe aakhir kar Quran ki is aayat se is ka jawab mila,</w:t>
      </w:r>
    </w:p>
    <w:p>
      <w:pPr>
        <w:jc w:val="right"/>
      </w:pPr>
      <w:r>
        <w:t>تو لمبی جدوجہد کے بعد مجھے آخر کار قرآن کی اس آیت سے اس کا جواب ملا،</w:t>
      </w:r>
    </w:p>
    <w:p>
      <w:r>
        <w:rPr>
          <w:b/>
        </w:rPr>
        <w:t xml:space="preserve">[03:10] </w:t>
      </w:r>
      <w:r>
        <w:t>woh yeh hai: "afahasibtum innama khalaqnakum wabisan wa annakum ilaina la turjaun."</w:t>
      </w:r>
    </w:p>
    <w:p>
      <w:pPr>
        <w:jc w:val="right"/>
      </w:pPr>
      <w:r>
        <w:t>وہ یہ ہے: "افحاسبتم انما خلقناکم وابس وانکم الینا لا ترجعون۔"</w:t>
      </w:r>
    </w:p>
    <w:p>
      <w:r>
        <w:rPr>
          <w:b/>
        </w:rPr>
        <w:t xml:space="preserve">[03:21] </w:t>
      </w:r>
      <w:r>
        <w:t>Is aayat ka lafzi tarjuma to yeh hai ki kya tum ne samjha hai ki hum ne tum ko be maqsad paida kiya hai, "purpose less",</w:t>
      </w:r>
    </w:p>
    <w:p>
      <w:pPr>
        <w:jc w:val="right"/>
      </w:pPr>
      <w:r>
        <w:t>اس آیت کا لفظی ترجمہ تو یہ ہے کہ کیا تم نے سمجھا ہے کہ ہم نے تم کو بے مقصد پیدا کیا ہے، "پرپس لیس"،</w:t>
      </w:r>
    </w:p>
    <w:p>
      <w:r>
        <w:rPr>
          <w:b/>
        </w:rPr>
        <w:t xml:space="preserve">[03:37] </w:t>
      </w:r>
      <w:r>
        <w:t>aur tum hamari taraf lotaye nahi jaoge?</w:t>
      </w:r>
    </w:p>
    <w:p>
      <w:pPr>
        <w:jc w:val="right"/>
      </w:pPr>
      <w:r>
        <w:t>اور تم ہماری طرف لوٹائے نہیں جاؤ گے؟</w:t>
      </w:r>
    </w:p>
    <w:p>
      <w:r>
        <w:rPr>
          <w:b/>
        </w:rPr>
        <w:t xml:space="preserve">[03:42] </w:t>
      </w:r>
      <w:r>
        <w:t>Is aayat mein aap kuch aur</w:t>
      </w:r>
    </w:p>
    <w:p>
      <w:pPr>
        <w:jc w:val="right"/>
      </w:pPr>
      <w:r>
        <w:t>اس آیت میں آپ کچھ اور</w:t>
      </w:r>
    </w:p>
    <w:p>
      <w:r>
        <w:rPr>
          <w:b/>
        </w:rPr>
        <w:t xml:space="preserve">[03:48] </w:t>
      </w:r>
      <w:r>
        <w:t>lafzon ka izafa kijiye, tab baat clear hoti hai.</w:t>
      </w:r>
    </w:p>
    <w:p>
      <w:pPr>
        <w:jc w:val="right"/>
      </w:pPr>
      <w:r>
        <w:t>لفظوں کا اضافہ کیجئے، تب بات کلیئر ہوتی ہے۔</w:t>
      </w:r>
    </w:p>
    <w:p>
      <w:r>
        <w:rPr>
          <w:b/>
        </w:rPr>
        <w:t xml:space="preserve">[03:57] </w:t>
      </w:r>
      <w:r>
        <w:t>Kyunke dekhiye, yeh jo hai tum ko paida kiya, ek insaan ek different type ki makhlooq hai, ek different being hai, jo saari kainat mein se alag hai.</w:t>
      </w:r>
    </w:p>
    <w:p>
      <w:pPr>
        <w:jc w:val="right"/>
      </w:pPr>
      <w:r>
        <w:t>کیونکہ دیکھیے، یہ جو ہے تم کو پیدا کیا، ایک انسان ایک ڈفرنٹ ٹائپ کی مخلوق ہے، ایک ڈفرنٹ بینگ ہے، جو ساری کائنات میں سے الگ ہے۔</w:t>
      </w:r>
    </w:p>
    <w:p>
      <w:r>
        <w:rPr>
          <w:b/>
        </w:rPr>
        <w:t xml:space="preserve">[04:12] </w:t>
      </w:r>
      <w:r>
        <w:t>Yeh</w:t>
      </w:r>
    </w:p>
    <w:p>
      <w:pPr>
        <w:jc w:val="right"/>
      </w:pPr>
      <w:r>
        <w:t>یہ</w:t>
      </w:r>
    </w:p>
    <w:p>
      <w:r>
        <w:rPr>
          <w:b/>
        </w:rPr>
        <w:t xml:space="preserve">[04:13] </w:t>
      </w:r>
      <w:r>
        <w:t>to ayat ka matlab yeh hai ke insaan ko Allah taala ne ek different makhlooq, ek different being ki taur par paida kiya hai. to zaroori hai ke iska ek different role ho,</w:t>
      </w:r>
    </w:p>
    <w:p>
      <w:pPr>
        <w:jc w:val="right"/>
      </w:pPr>
      <w:r>
        <w:t>تو آیت کا مطلب یہ ہے کہ انسان کو اللہ تعالی نے ایک ڈفرنٹ مخلوق، ایک ڈفرنٹ بینگ کی طور پر پیدا کیا ہے۔ تو ضروری ہے کہ اس کا ایک ڈفرنٹ رول ہو،</w:t>
      </w:r>
    </w:p>
    <w:p>
      <w:r>
        <w:rPr>
          <w:b/>
        </w:rPr>
        <w:t xml:space="preserve">[04:29] </w:t>
      </w:r>
      <w:r>
        <w:t>iska ek different purpose ho, aur phir iska ek different end ho. yeh is mein chhupa hua hai.</w:t>
      </w:r>
    </w:p>
    <w:p>
      <w:pPr>
        <w:jc w:val="right"/>
      </w:pPr>
      <w:r>
        <w:t>اس کا ایک ڈفرنٹ پرپس ہو، اور پھر اس کا ایک ڈفرنٹ اینڈ ہو۔ یہ اس میں چھپا ہوا ہے۔</w:t>
      </w:r>
    </w:p>
    <w:p>
      <w:r>
        <w:rPr>
          <w:b/>
        </w:rPr>
        <w:t xml:space="preserve">[04:38] </w:t>
      </w:r>
      <w:r>
        <w:t>aisa na manna, goya ke Khuda ke creation ko ek abas, ek bekar cheez qarar dena hai, jo usko jo ho nahi sakta.</w:t>
      </w:r>
    </w:p>
    <w:p>
      <w:pPr>
        <w:jc w:val="right"/>
      </w:pPr>
      <w:r>
        <w:t>ایسا نہ ماننا، گویا کہ خدا کے کریشن کو ایک عبث، ایک بیکار چیز قرار دینا ہے، جو اس کو جو ہو نہیں سکتا۔</w:t>
      </w:r>
    </w:p>
    <w:p>
      <w:r>
        <w:rPr>
          <w:b/>
        </w:rPr>
        <w:t xml:space="preserve">[04:55] </w:t>
      </w:r>
      <w:r>
        <w:t>to yahi woh topic hai jis ko aaj main discuss karna chahta hoon,</w:t>
      </w:r>
    </w:p>
    <w:p>
      <w:pPr>
        <w:jc w:val="right"/>
      </w:pPr>
      <w:r>
        <w:t>تو یہی وہ ٹاپک ہے جس کو آج میں ڈسکس کرنا چاہتا ہوں،</w:t>
      </w:r>
    </w:p>
    <w:p>
      <w:r>
        <w:rPr>
          <w:b/>
        </w:rPr>
        <w:t xml:space="preserve">[05:02] </w:t>
      </w:r>
      <w:r>
        <w:t>aur main is ka aaghaz karunga khud apni zindagi se.</w:t>
      </w:r>
    </w:p>
    <w:p>
      <w:pPr>
        <w:jc w:val="right"/>
      </w:pPr>
      <w:r>
        <w:t>اور میں اس کا آغاز کروں گا خود اپنی زندگی سے۔</w:t>
      </w:r>
    </w:p>
    <w:p>
      <w:r>
        <w:rPr>
          <w:b/>
        </w:rPr>
        <w:t xml:space="preserve">[05:07] </w:t>
      </w:r>
      <w:r>
        <w:t>dekhein, main paida hua UP ke ek bahut hi remote village mein.</w:t>
      </w:r>
    </w:p>
    <w:p>
      <w:pPr>
        <w:jc w:val="right"/>
      </w:pPr>
      <w:r>
        <w:t>دیکھیں، میں پیدا ہوا یو پی کے ایک بہت ہی ریموٹ ولیج میں۔</w:t>
      </w:r>
    </w:p>
    <w:p>
      <w:r>
        <w:rPr>
          <w:b/>
        </w:rPr>
        <w:t xml:space="preserve">[05:16] </w:t>
      </w:r>
      <w:r>
        <w:t>chhota sa gaon tha, wahan koi taraqqi nahi thi.</w:t>
      </w:r>
    </w:p>
    <w:p>
      <w:pPr>
        <w:jc w:val="right"/>
      </w:pPr>
      <w:r>
        <w:t>چھوٹا سا گاؤں تھا، وہاں کوئی ترقی نہیں تھی۔</w:t>
      </w:r>
    </w:p>
    <w:p>
      <w:r>
        <w:rPr>
          <w:b/>
        </w:rPr>
        <w:t xml:space="preserve">[05:25] </w:t>
      </w:r>
      <w:r>
        <w:t>to kya mujhe wahan, wahan par hamare gaon ke se bahar mili hui ek nadi hai, Kor nadi, us ke upar ek pul hai?</w:t>
      </w:r>
    </w:p>
    <w:p>
      <w:pPr>
        <w:jc w:val="right"/>
      </w:pPr>
      <w:r>
        <w:t>تو کیا مجھے وہاں، وہاں پر ہمارے گاؤں کے سے باہر ملی ہوئی ایک ندی ہے، کور ندی، اس کے اوپر ایک پل ہے؟</w:t>
      </w:r>
    </w:p>
    <w:p>
      <w:r>
        <w:rPr>
          <w:b/>
        </w:rPr>
        <w:t xml:space="preserve">[05:40] </w:t>
      </w:r>
      <w:r>
        <w:t>to main aisa karta tha apni jawani ko, naujawani ko, main saalon yeh kiya maine ke wahan ja kar pul pe baith jata tha.</w:t>
      </w:r>
    </w:p>
    <w:p>
      <w:pPr>
        <w:jc w:val="right"/>
      </w:pPr>
      <w:r>
        <w:t>تو میں ایسا کرتا تھا اپنی جوانی کو، نوجوانی کو، میں سالوں یہ کیا میں نے کہ وہاں جا کر پل پہ بیٹھ جاتا تھا۔</w:t>
      </w:r>
    </w:p>
    <w:p>
      <w:r>
        <w:rPr>
          <w:b/>
        </w:rPr>
        <w:t xml:space="preserve">[05:49] </w:t>
      </w:r>
      <w:r>
        <w:t>main us waqt wahan bilkul sunata hota tha.</w:t>
      </w:r>
    </w:p>
    <w:p>
      <w:pPr>
        <w:jc w:val="right"/>
      </w:pPr>
      <w:r>
        <w:t>میں اس وقت وہاں بالکل سناٹا ہوتا تھا۔</w:t>
      </w:r>
    </w:p>
    <w:p>
      <w:r>
        <w:rPr>
          <w:b/>
        </w:rPr>
        <w:t xml:space="preserve">[05:54] </w:t>
      </w:r>
      <w:r>
        <w:t>ab to zamana badal gaya hai, ab wahan raunaq hai, log aate jate hain. is waqt bas main akela pul ke upar baitha hua hoon, charon taraf koi aur insaan dikhai nahi deta.</w:t>
      </w:r>
    </w:p>
    <w:p>
      <w:pPr>
        <w:jc w:val="right"/>
      </w:pPr>
      <w:r>
        <w:t>اب تو زمانہ بدل گیا ہے، اب وہاں رونق ہے، لوگ آتے جاتے ہیں۔ اس وقت بس میں اکیلا پل کے اوپر بیٹھا ہوا ہوں، چاروں طرف کوئی اور انسان دکھائی نہیں دیتا۔</w:t>
      </w:r>
    </w:p>
    <w:p>
      <w:r>
        <w:rPr>
          <w:b/>
        </w:rPr>
        <w:t xml:space="preserve">[06:08] </w:t>
      </w:r>
      <w:r>
        <w:t>main neeche darya beh rahi hai,</w:t>
      </w:r>
    </w:p>
    <w:p>
      <w:pPr>
        <w:jc w:val="right"/>
      </w:pPr>
      <w:r>
        <w:t>میں نیچے دریا بہہ رہی ہے،</w:t>
      </w:r>
    </w:p>
    <w:p>
      <w:r>
        <w:rPr>
          <w:b/>
        </w:rPr>
        <w:t xml:space="preserve">[06:13] </w:t>
      </w:r>
      <w:r>
        <w:t>dayein baein darakht khade hue hain,</w:t>
      </w:r>
    </w:p>
    <w:p>
      <w:pPr>
        <w:jc w:val="right"/>
      </w:pPr>
      <w:r>
        <w:t>دائیں بائیں درخت کھڑے ہوئے ہیں،</w:t>
      </w:r>
    </w:p>
    <w:p>
      <w:r>
        <w:rPr>
          <w:b/>
        </w:rPr>
        <w:t xml:space="preserve">[06:18] </w:t>
      </w:r>
      <w:r>
        <w:t>khet hain, upar aasman hai, chidiya ud rahi hain.</w:t>
      </w:r>
    </w:p>
    <w:p>
      <w:pPr>
        <w:jc w:val="right"/>
      </w:pPr>
      <w:r>
        <w:t>کھیت ہیں، اوپر آسمان ہے، چڑیاں اڑ رہی ہیں۔</w:t>
      </w:r>
    </w:p>
    <w:p>
      <w:r>
        <w:rPr>
          <w:b/>
        </w:rPr>
        <w:t xml:space="preserve">[06:23] </w:t>
      </w:r>
      <w:r>
        <w:t>in sab ke beech mein main der der tak baitha rehta tha, taqreeban rozana. to ab main sochta hoon,</w:t>
      </w:r>
    </w:p>
    <w:p>
      <w:pPr>
        <w:jc w:val="right"/>
      </w:pPr>
      <w:r>
        <w:t>ان سب کے بیچ میں میں دیر دیر تک بیٹھا رہتا تھا، تقریباً روزانہ۔ تو اب میں سوچتا ہوں،</w:t>
      </w:r>
    </w:p>
    <w:p>
      <w:r>
        <w:rPr>
          <w:b/>
        </w:rPr>
        <w:t xml:space="preserve">[06:34] </w:t>
      </w:r>
      <w:r>
        <w:t>to us waqt zahir hai ke main mature nahi hua tha.</w:t>
      </w:r>
    </w:p>
    <w:p>
      <w:pPr>
        <w:jc w:val="right"/>
      </w:pPr>
      <w:r>
        <w:t>تو اس وقت ظاہر ہے کہ میں میچور نہیں ہوا تھا۔</w:t>
      </w:r>
    </w:p>
    <w:p>
      <w:r>
        <w:rPr>
          <w:b/>
        </w:rPr>
        <w:t xml:space="preserve">[06:41] </w:t>
      </w:r>
      <w:r>
        <w:t>yeh mature thought aate the us zamane mein. ab main sochta hoon to woh kya thought the mere?</w:t>
      </w:r>
    </w:p>
    <w:p>
      <w:pPr>
        <w:jc w:val="right"/>
      </w:pPr>
      <w:r>
        <w:t>یہ میچور تھاٹ آتے تھے اس زمانے میں۔ اب میں سوچتا ہوں تو وہ کیا تھاٹ تھے میرے؟</w:t>
      </w:r>
    </w:p>
    <w:p>
      <w:r>
        <w:rPr>
          <w:b/>
        </w:rPr>
        <w:t xml:space="preserve">[06:50] </w:t>
      </w:r>
      <w:r>
        <w:t>us waqt jo hai, us ko main ek lafz mein kahunga ke kaise main ek different being hoon, kaise main ek alag makhlooq hoon. kyunke darya jo hai, mere jaisa nahi, pul jo hai, woh mere jaisa nahi,</w:t>
      </w:r>
    </w:p>
    <w:p>
      <w:pPr>
        <w:jc w:val="right"/>
      </w:pPr>
      <w:r>
        <w:t>اس وقت جو ہے، اس کو میں ایک لفظ میں کہوں گا کہ کیسے میں ایک ڈفرنٹ بینگ ہوں، کیسے میں ایک الگ مخلوق ہوں۔ کیونکہ دریا جو ہے، میرے جیسا نہیں، پل جو ہے، وہ میرے جیسا نہیں،</w:t>
      </w:r>
    </w:p>
    <w:p>
      <w:r>
        <w:rPr>
          <w:b/>
        </w:rPr>
        <w:t xml:space="preserve">[07:05] </w:t>
      </w:r>
      <w:r>
        <w:t>chidiya mere jaisi nahi, darakht aur khet mere jaise nahi, aasman mere jaisa nahi, suraj aur chand mere jaise nahi.</w:t>
      </w:r>
    </w:p>
    <w:p>
      <w:pPr>
        <w:jc w:val="right"/>
      </w:pPr>
      <w:r>
        <w:t>چڑیاں میرے جیسی نہیں، درخت اور کھیت میرے جیسے نہیں، آسمان میرے جیسا نہیں، سورج اور چاند میرے جیسے نہیں۔</w:t>
      </w:r>
    </w:p>
    <w:p>
      <w:r>
        <w:rPr>
          <w:b/>
        </w:rPr>
        <w:t xml:space="preserve">[07:15] </w:t>
      </w:r>
      <w:r>
        <w:t>to yeh ek bahut ajeeb baat thi ke main ek different being hoon, ek different makhlooq hoon.</w:t>
      </w:r>
    </w:p>
    <w:p>
      <w:pPr>
        <w:jc w:val="right"/>
      </w:pPr>
      <w:r>
        <w:t>تو یہ ایک بہت عجیب بات تھی کہ میں ایک ڈفرنٹ بینگ ہوں، ایک ڈفرنٹ مخلوق ہوں۔</w:t>
      </w:r>
    </w:p>
    <w:p>
      <w:r>
        <w:rPr>
          <w:b/>
        </w:rPr>
        <w:t xml:space="preserve">[07:23] </w:t>
      </w:r>
      <w:r>
        <w:t>is cheez ne mujhe bilkul ek,</w:t>
      </w:r>
    </w:p>
    <w:p>
      <w:pPr>
        <w:jc w:val="right"/>
      </w:pPr>
      <w:r>
        <w:t>اس چیز نے مجھے بالکل ایک،</w:t>
      </w:r>
    </w:p>
    <w:p>
      <w:r>
        <w:rPr>
          <w:b/>
        </w:rPr>
        <w:t xml:space="preserve">[07:30] </w:t>
      </w:r>
      <w:r>
        <w:t>yani talash mein daal rakha tha. phir kya hai? main different hoon to kya hi hai?</w:t>
      </w:r>
    </w:p>
    <w:p>
      <w:pPr>
        <w:jc w:val="right"/>
      </w:pPr>
      <w:r>
        <w:t>یعنی تلاش میں ڈال رکھا تھا۔ پھر کیا ہے؟ میں ڈفرنٹ ہوں تو کیا ہی ہے؟</w:t>
      </w:r>
    </w:p>
    <w:p>
      <w:r>
        <w:rPr>
          <w:b/>
        </w:rPr>
        <w:t xml:space="preserve">[07:37] </w:t>
      </w:r>
      <w:r>
        <w:t>ajeeb baat hai ke mujhe, mujhe koi dilchaspi na to family mein thi, na kisi job mein, aur business mein, kisi bhi cheez mein nahi.</w:t>
      </w:r>
    </w:p>
    <w:p>
      <w:pPr>
        <w:jc w:val="right"/>
      </w:pPr>
      <w:r>
        <w:t>عجیب بات ہے کہ مجھے، مجھے کوئی دلچسپی نہ تو فیملی میں تھی، نہ کسی جاب میں، اور بزنس میں، کسی بھی چیز میں نہیں۔</w:t>
      </w:r>
    </w:p>
    <w:p>
      <w:r>
        <w:rPr>
          <w:b/>
        </w:rPr>
        <w:t xml:space="preserve">[07:46] </w:t>
      </w:r>
      <w:r>
        <w:t>bas woh tanha baithta tha wahan ja kar ke,</w:t>
      </w:r>
    </w:p>
    <w:p>
      <w:pPr>
        <w:jc w:val="right"/>
      </w:pPr>
      <w:r>
        <w:t>بس وہ تنہا بیٹھتا تھا وہاں جا کر کے،</w:t>
      </w:r>
    </w:p>
    <w:p>
      <w:r>
        <w:rPr>
          <w:b/>
        </w:rPr>
        <w:t xml:space="preserve">[07:51] </w:t>
      </w:r>
      <w:r>
        <w:t>khaas taur par subah ko aur shaam ko.</w:t>
      </w:r>
    </w:p>
    <w:p>
      <w:pPr>
        <w:jc w:val="right"/>
      </w:pPr>
      <w:r>
        <w:t>خاص طور پر صبح کو اور شام کو۔</w:t>
      </w:r>
    </w:p>
    <w:p>
      <w:r>
        <w:rPr>
          <w:b/>
        </w:rPr>
        <w:t xml:space="preserve">[07:55] </w:t>
      </w:r>
      <w:r>
        <w:t>to yeh meri talash ka pehla phase tha, jab maine apne aap ko shayad unconsciously yeh discover kiya ke "I am a different being".</w:t>
      </w:r>
    </w:p>
    <w:p>
      <w:pPr>
        <w:jc w:val="right"/>
      </w:pPr>
      <w:r>
        <w:t>تو یہ میری تلاش کا پہلا فیز تھا، جب میں نے اپنے آپ کو شاید انکانسیسلی یہ ڈسکور کیا کہ "آئی ایم ا ڈفرنٹ بینگ"۔</w:t>
      </w:r>
    </w:p>
    <w:p>
      <w:r>
        <w:rPr>
          <w:b/>
        </w:rPr>
        <w:t xml:space="preserve">[08:12] </w:t>
      </w:r>
      <w:r>
        <w:t>main ek different makhlooq hoon, mere jaisa is duniya mein koi nahin.</w:t>
      </w:r>
    </w:p>
    <w:p>
      <w:pPr>
        <w:jc w:val="right"/>
      </w:pPr>
      <w:r>
        <w:t>میں ایک ڈفرنٹ مخلوق ہوں، میرے جیسا اس دنیا میں کوئی نہیں۔</w:t>
      </w:r>
    </w:p>
    <w:p>
      <w:r>
        <w:rPr>
          <w:b/>
        </w:rPr>
        <w:t xml:space="preserve">[08:21] </w:t>
      </w:r>
      <w:r>
        <w:t>phir yeh talash chalti rahi, chalti rahi, yahan tak ke woh waqt aaya jab ke maine scientific kitabon ka mutala kiya, bahut barson tak.</w:t>
      </w:r>
    </w:p>
    <w:p>
      <w:pPr>
        <w:jc w:val="right"/>
      </w:pPr>
      <w:r>
        <w:t>پھر یہ تلاش چلتی رہی، چلتی رہی، یہاں تک کہ وہ وقت آیا جب کہ میں نے سائنسی کتابوں کا مطالعہ کیا، بہت برسوں تک۔</w:t>
      </w:r>
    </w:p>
    <w:p>
      <w:r>
        <w:rPr>
          <w:b/>
        </w:rPr>
        <w:t xml:space="preserve">[08:37] </w:t>
      </w:r>
      <w:r>
        <w:t>us waqt ek aur is mein expanded version shamil hua, kyunke science ne jo duniya daryaft ki hai, microworld aur macroworld dono,</w:t>
      </w:r>
    </w:p>
    <w:p>
      <w:pPr>
        <w:jc w:val="right"/>
      </w:pPr>
      <w:r>
        <w:t>اس وقت ایک اور اس میں ایکسپینڈڈ ورژن شامل ہوا، کیونکہ سائنس نے جو دنیا دریافت کی ہے، مائیکرو ورلڈ اور مائیکرو ورلڈ دونوں،</w:t>
      </w:r>
    </w:p>
    <w:p>
      <w:r>
        <w:rPr>
          <w:b/>
        </w:rPr>
        <w:t xml:space="preserve">[08:51] </w:t>
      </w:r>
      <w:r>
        <w:t>wahan kahin bhi insaan jaisi koi makhlooq nahin.</w:t>
      </w:r>
    </w:p>
    <w:p>
      <w:pPr>
        <w:jc w:val="right"/>
      </w:pPr>
      <w:r>
        <w:t>وہاں کہیں بھی انسان جیسی کوئی مخلوق نہیں۔</w:t>
      </w:r>
    </w:p>
    <w:p>
      <w:r>
        <w:rPr>
          <w:b/>
        </w:rPr>
        <w:t xml:space="preserve">[08:58] </w:t>
      </w:r>
      <w:r>
        <w:t>yaani pehle maine apne gaon ki satah par apne different hone ko daryaft kiya tha,</w:t>
      </w:r>
    </w:p>
    <w:p>
      <w:pPr>
        <w:jc w:val="right"/>
      </w:pPr>
      <w:r>
        <w:t>یعنی پہلے میں نے اپنے گاؤں کی سطح پر اپنے ڈفرنٹ ہونے کو دریافت کیا تھا،</w:t>
      </w:r>
    </w:p>
    <w:p>
      <w:r>
        <w:rPr>
          <w:b/>
        </w:rPr>
        <w:t xml:space="preserve">[09:03] </w:t>
      </w:r>
      <w:r>
        <w:t>ab poori universe ki satah par maloom hua ke main ek different insaan hoon. mera mizaj hai apne aap ko personalize karna, yaani yeh yeh masla saare insaanon ka tha, lekin maine is ko personalize kiya,</w:t>
      </w:r>
    </w:p>
    <w:p>
      <w:pPr>
        <w:jc w:val="right"/>
      </w:pPr>
      <w:r>
        <w:t>اب پوری یونیورس کی سطح پر معلوم ہوا کہ میں ایک ڈفرنٹ انسان ہوں۔ میرا مزاج ہے اپنے آپ کو پرسنلائز کرنا، یعنی یہ یہ مسئلہ سارے انسانوں کا تھا، لیکن میں نے اس کو پرسنلائز کیا،</w:t>
      </w:r>
    </w:p>
    <w:p>
      <w:r>
        <w:rPr>
          <w:b/>
        </w:rPr>
        <w:t xml:space="preserve">[09:21] </w:t>
      </w:r>
      <w:r>
        <w:t>apna masla banaya. yeh jo sawal tha, yeh saare insaanon ka sawal tha, lekin mera mizaj jo hai, yeh saare falsafiyon ka mizaj yeh hota hai.</w:t>
      </w:r>
    </w:p>
    <w:p>
      <w:pPr>
        <w:jc w:val="right"/>
      </w:pPr>
      <w:r>
        <w:t>اپنا مسئلہ بنایا۔ یہ جو سوال تھا، یہ سارے انسانوں کا سوال تھا، لیکن میرا مزاج جو ہے، یہ سارے فلسفیوں کا مزاج یہ ہوتا ہے۔</w:t>
      </w:r>
    </w:p>
    <w:p>
      <w:r>
        <w:rPr>
          <w:b/>
        </w:rPr>
        <w:t xml:space="preserve">[09:32] </w:t>
      </w:r>
      <w:r>
        <w:t>har falsafi ka mizaj yeh hota hai cheezon ko personalize kar ke dekhna. yeh mera, mera bachpan se tha.</w:t>
      </w:r>
    </w:p>
    <w:p>
      <w:pPr>
        <w:jc w:val="right"/>
      </w:pPr>
      <w:r>
        <w:t>ہر فلسفی کا مزاج یہ ہوتا ہے چیزوں کو پرسنلائز کر کے دیکھنا۔ یہ میرا، میرا بچپن سے تھا۔</w:t>
      </w:r>
    </w:p>
    <w:p>
      <w:r>
        <w:rPr>
          <w:b/>
        </w:rPr>
        <w:t xml:space="preserve">[09:42] </w:t>
      </w:r>
      <w:r>
        <w:t>dekhiye, baat yeh hai ke jab tak aap personalize na karein, aap bahut zyada sochne wale nahin bante. apni soch ko agar aap poori mankind mein phaila dein to focus phail jayega.</w:t>
      </w:r>
    </w:p>
    <w:p>
      <w:pPr>
        <w:jc w:val="right"/>
      </w:pPr>
      <w:r>
        <w:t>دیکھیے، بات یہ ہے کہ جب تک آپ پرسنلائز نہ کریں، آپ بہت زیادہ سوچنے والے نہیں بنتے۔ اپنی سوچ کو اگر آپ پوری مین کائنڈ میں پھیلا دیں تو فوکس پھیل جائے گا۔</w:t>
      </w:r>
    </w:p>
    <w:p>
      <w:r>
        <w:rPr>
          <w:b/>
        </w:rPr>
        <w:t xml:space="preserve">[09:56] </w:t>
      </w:r>
      <w:r>
        <w:t>aap ne kabhi tajurba kiya hoga jo pehle zamane mein torch hua karti thi, jis mein battery lagai jati thi, to us mein focus ghatane badhane ka hota tha.</w:t>
      </w:r>
    </w:p>
    <w:p>
      <w:pPr>
        <w:jc w:val="right"/>
      </w:pPr>
      <w:r>
        <w:t>آپ نے کبھی تجربہ کیا ہوگا جو پہلے زمانے میں ٹارچ ہوا کرتی تھی، جس میں بیٹری لگائی جاتی تھی، تو اس میں فوکس گھٹانے بڑھانے کا ہوتا تھا۔</w:t>
      </w:r>
    </w:p>
    <w:p>
      <w:r>
        <w:rPr>
          <w:b/>
        </w:rPr>
        <w:t xml:space="preserve">[10:09] </w:t>
      </w:r>
      <w:r>
        <w:t>to focus ghata dein, tab cheez bahut clear dikhai degi. focus badha dein to kuch dikhai nahin deta saaf tareeqe se.</w:t>
      </w:r>
    </w:p>
    <w:p>
      <w:pPr>
        <w:jc w:val="right"/>
      </w:pPr>
      <w:r>
        <w:t>تو فوکس گھٹا دیے، تب چیز بہت کلیئر دکھائی دے گی۔ فوکس بڑھا دیے تو کچھ دکھائی نہیں دیتا صاف طریقے سے۔</w:t>
      </w:r>
    </w:p>
    <w:p>
      <w:r>
        <w:rPr>
          <w:b/>
        </w:rPr>
        <w:t xml:space="preserve">[10:18] </w:t>
      </w:r>
      <w:r>
        <w:t>to jab aap saare insaan ko le kar sochte hain to falsafi aisa nahin karta, kyunke falsafi apne focus ghataata hai.</w:t>
      </w:r>
    </w:p>
    <w:p>
      <w:pPr>
        <w:jc w:val="right"/>
      </w:pPr>
      <w:r>
        <w:t>تو جب آپ سارے انسان کو لے کر سوچتے ہیں تو فلسفی ایسا نہیں کرتا، کیونکہ فلسفی اپنے فوکس گھٹاتا ہے۔</w:t>
      </w:r>
    </w:p>
    <w:p>
      <w:r>
        <w:rPr>
          <w:b/>
        </w:rPr>
        <w:t xml:space="preserve">[10:31] </w:t>
      </w:r>
      <w:r>
        <w:t>woh, woh yeh sochta hai ke main kaun hoon? "who am I".</w:t>
      </w:r>
    </w:p>
    <w:p>
      <w:pPr>
        <w:jc w:val="right"/>
      </w:pPr>
      <w:r>
        <w:t>وہ، وہ یہ سوچتا ہے کہ میں کون ہوں؟ "ہو ایم ائی"۔</w:t>
      </w:r>
    </w:p>
    <w:p>
      <w:r>
        <w:rPr>
          <w:b/>
        </w:rPr>
        <w:t xml:space="preserve">[10:38] </w:t>
      </w:r>
      <w:r>
        <w:t>tab woh شدت se is ke andar sawal paida hota hai ke insaan ki zindagi ka maqsad daryaft kare. yeh mera mizaj bachpan se tha</w:t>
      </w:r>
    </w:p>
    <w:p>
      <w:pPr>
        <w:jc w:val="right"/>
      </w:pPr>
      <w:r>
        <w:t>تب وہ شدت سے اس کے اندر سوال پیدا ہوتا ہے کہ انسان کی زندگی کا مقصد دریافت کرے۔ یہ میرا مزاج بچپن سے تھا</w:t>
      </w:r>
    </w:p>
    <w:p>
      <w:r>
        <w:rPr>
          <w:b/>
        </w:rPr>
        <w:t xml:space="preserve">[10:49] </w:t>
      </w:r>
      <w:r>
        <w:t>ke main cheezon ko personalize kar ke dekhta tha. to saara sawal is mein sumat aayega, aaya tha ke main kaun hoon? to gaon ki satah par maine daryaft kiya tha ke main ek different being hoon, ek different makhlooq hoon.</w:t>
      </w:r>
    </w:p>
    <w:p>
      <w:pPr>
        <w:jc w:val="right"/>
      </w:pPr>
      <w:r>
        <w:t>کہ میں چیزوں کو پرسنلائز کر کے دیکھتا تھا۔ تو سارا سوال اس میں سمٹ آئے گا، آیا تھا کہ میں کون ہوں؟ تو گاؤں کی سطح پر میں نے دریافت کیا تھا کہ میں ایک ڈفرنٹ بینگ ہوں، ایک ڈفرنٹ مخلوق ہوں۔</w:t>
      </w:r>
    </w:p>
    <w:p>
      <w:r>
        <w:rPr>
          <w:b/>
        </w:rPr>
        <w:t xml:space="preserve">[11:04] </w:t>
      </w:r>
      <w:r>
        <w:t>ab jab science ka mutala kiya to maloom hua ke poori kainaat mein ek alag makhlooq hoon.</w:t>
      </w:r>
    </w:p>
    <w:p>
      <w:pPr>
        <w:jc w:val="right"/>
      </w:pPr>
      <w:r>
        <w:t>اب جب سائنس کا مطالعہ کیا تو معلوم ہوا کہ پوری کائنات میں ایک الگ مخلوق ہوں۔</w:t>
      </w:r>
    </w:p>
    <w:p>
      <w:r>
        <w:rPr>
          <w:b/>
        </w:rPr>
        <w:t xml:space="preserve">[11:11] </w:t>
      </w:r>
      <w:r>
        <w:t>poori kainaat mein dekhiye, itne saare sitare hain, galaxies hain, suraj hai, chand hai, planets hain, bahut hi vast hai universe.</w:t>
      </w:r>
    </w:p>
    <w:p>
      <w:pPr>
        <w:jc w:val="right"/>
      </w:pPr>
      <w:r>
        <w:t>پوری کائنات میں دیکھیے، اتنے سارے ستارے ہیں، گلیکسیز ہیں، سورج ہے، چاند ہے، پلینٹس ہیں، بہت ہی واش ہے یونیورس۔</w:t>
      </w:r>
    </w:p>
    <w:p>
      <w:r>
        <w:rPr>
          <w:b/>
        </w:rPr>
        <w:t xml:space="preserve">[11:27] </w:t>
      </w:r>
      <w:r>
        <w:t>aur hamari jo aaj ke yeh telescope hai, is ne bahut door tak kainaat ko dekha hai, space mein ja kar dekha hai,</w:t>
      </w:r>
    </w:p>
    <w:p>
      <w:pPr>
        <w:jc w:val="right"/>
      </w:pPr>
      <w:r>
        <w:t>اور ہماری جو آج کے یہ ٹیلیسکوپ ہے، اس نے بہت دور تک کائنات کو دیکھا ہے، اسپیس میں جا کر دیکھا ہے،</w:t>
      </w:r>
    </w:p>
    <w:p>
      <w:r>
        <w:rPr>
          <w:b/>
        </w:rPr>
        <w:t xml:space="preserve">[11:36] </w:t>
      </w:r>
      <w:r>
        <w:t>lekin kahin bhi kisi bhi goshe mein is ne yeh khabar nahin di ke kahin insaan jaisi ek makhlooq hai.</w:t>
      </w:r>
    </w:p>
    <w:p>
      <w:pPr>
        <w:jc w:val="right"/>
      </w:pPr>
      <w:r>
        <w:t>لیکن کہیں بھی کسی بھی گوشے میں اس نے یہ خبر نہیں دی کہ کہیں انسان جیسی ایک مخلوق ہے۔</w:t>
      </w:r>
    </w:p>
    <w:p>
      <w:r>
        <w:rPr>
          <w:b/>
        </w:rPr>
        <w:t xml:space="preserve">[11:49] </w:t>
      </w:r>
      <w:r>
        <w:t>yeh hai sab se bada sawal.</w:t>
      </w:r>
    </w:p>
    <w:p>
      <w:pPr>
        <w:jc w:val="right"/>
      </w:pPr>
      <w:r>
        <w:t>یہ ہے سب سے بڑا سوال۔</w:t>
      </w:r>
    </w:p>
    <w:p>
      <w:r>
        <w:rPr>
          <w:b/>
        </w:rPr>
        <w:t xml:space="preserve">[11:53] </w:t>
      </w:r>
      <w:r>
        <w:t>dekhiye, yeh sawal saada nahin hai, yeh sawal saada nahin hai. jaise ke maine arz kiya ke is sawal se aur sawalat jure hue hain.</w:t>
      </w:r>
    </w:p>
    <w:p>
      <w:pPr>
        <w:jc w:val="right"/>
      </w:pPr>
      <w:r>
        <w:t>دیکھیے، یہ سوال سادہ نہیں ہے، یہ سوال سادہ نہیں ہے۔ جیسے کہ میں نے عرض کیا کہ اس سوال سے اور سوالات جڑے ہوئے ہیں۔</w:t>
      </w:r>
    </w:p>
    <w:p>
      <w:r>
        <w:rPr>
          <w:b/>
        </w:rPr>
        <w:t xml:space="preserve">[12:04] </w:t>
      </w:r>
      <w:r>
        <w:t>jab</w:t>
      </w:r>
    </w:p>
    <w:p>
      <w:pPr>
        <w:jc w:val="right"/>
      </w:pPr>
      <w:r>
        <w:t>جب</w:t>
      </w:r>
    </w:p>
    <w:p>
      <w:r>
        <w:rPr>
          <w:b/>
        </w:rPr>
        <w:t xml:space="preserve">[12:05] </w:t>
      </w:r>
      <w:r>
        <w:t>main ek different being hoon to zaroori hai ke mera koi different purpose ho,</w:t>
      </w:r>
    </w:p>
    <w:p>
      <w:pPr>
        <w:jc w:val="right"/>
      </w:pPr>
      <w:r>
        <w:t>میں ایک ڈفرنٹ بینگ ہوں تو ضروری ہے کہ میرا کوئی ڈفرنٹ پرپس ہو،</w:t>
      </w:r>
    </w:p>
    <w:p>
      <w:r>
        <w:rPr>
          <w:b/>
        </w:rPr>
        <w:t xml:space="preserve">[12:14] </w:t>
      </w:r>
      <w:r>
        <w:t>zaroori hai ke mera koi different role ho, aur yeh bhi zaroori hai ke mera koi different end ho. yeh sab is se jure hue hain.</w:t>
      </w:r>
    </w:p>
    <w:p>
      <w:pPr>
        <w:jc w:val="right"/>
      </w:pPr>
      <w:r>
        <w:t>ضروری ہے کہ میرا کوئی ڈفرنٹ رول ہو، اور یہ بھی ضروری ہے کہ میرا کوئی ڈفرنٹ اینڈ ہو۔ یہ سب اس سے جڑے ہوئے ہیں۔</w:t>
      </w:r>
    </w:p>
    <w:p>
      <w:r>
        <w:rPr>
          <w:b/>
        </w:rPr>
        <w:t xml:space="preserve">[12:27] </w:t>
      </w:r>
      <w:r>
        <w:t>phir jab maine quran ko padha, ek to quran ko padha tha maine madrasay mein. madrasay ki parhai se to bas aadmi ko sirf sand milti hai, degree milti hai.</w:t>
      </w:r>
    </w:p>
    <w:p>
      <w:pPr>
        <w:jc w:val="right"/>
      </w:pPr>
      <w:r>
        <w:t>پھر جب میں نے قرآن کو پڑھا، ایک تو قرآن کو پڑھا تھا میں نے مدرسے میں۔ مدرسے کی پڑھائی سے تو بس آدمی کو صرف سند ملتی ہے، ڈگری ملتی ہے۔</w:t>
      </w:r>
    </w:p>
    <w:p>
      <w:r>
        <w:rPr>
          <w:b/>
        </w:rPr>
        <w:t xml:space="preserve">[12:39] </w:t>
      </w:r>
      <w:r>
        <w:t>baad ko jab maine study ki quran ki aur hadith ki aur sari jo kitab cheezen hain, yeh islam se related, tab maloom hua ke zindagi kya cheez hai,</w:t>
      </w:r>
    </w:p>
    <w:p>
      <w:pPr>
        <w:jc w:val="right"/>
      </w:pPr>
      <w:r>
        <w:t>بعد کو جب میں نے اسٹڈی کی قرآن کی اور حدیث کی اور ساری جو کتاب چیزیں ہیں، یہ اسلام سے ریلیٹڈ، تب معلوم ہوا کہ زندگی کیا چیز ہے،</w:t>
      </w:r>
    </w:p>
    <w:p>
      <w:r>
        <w:rPr>
          <w:b/>
        </w:rPr>
        <w:t xml:space="preserve">[12:55] </w:t>
      </w:r>
      <w:r>
        <w:t>zindagi ka maqsad kya hai,</w:t>
      </w:r>
    </w:p>
    <w:p>
      <w:pPr>
        <w:jc w:val="right"/>
      </w:pPr>
      <w:r>
        <w:t>زندگی کا مقصد کیا ہے،</w:t>
      </w:r>
    </w:p>
    <w:p>
      <w:r>
        <w:rPr>
          <w:b/>
        </w:rPr>
        <w:t xml:space="preserve">[12:58] </w:t>
      </w:r>
      <w:r>
        <w:t>aur zindagi ka. isi waqt phir is ayat ko bhi samajh saka. "afahasibtum innama khalaqnakum abasan wa annakum ilaina la turjaun".</w:t>
      </w:r>
    </w:p>
    <w:p>
      <w:pPr>
        <w:jc w:val="right"/>
      </w:pPr>
      <w:r>
        <w:t>اور زندگی کا۔ اسی وقت پھر اس آیت کو بھی سمجھ سکا۔ "افحاسبتم انما خلقناکم وابس وانکم الینا لا ترجعون"۔</w:t>
      </w:r>
    </w:p>
    <w:p>
      <w:r>
        <w:rPr>
          <w:b/>
        </w:rPr>
        <w:t xml:space="preserve">[13:08] </w:t>
      </w:r>
      <w:r>
        <w:t>is ayat ko bhi aap tafseeron mein padhein to ambiguous tafseerein milengi, koi clear baat nahi milegi. kisi bhi tafseer mein aap ko clear baat nahi milegi, halanke bahut badi ayat hai yeh.</w:t>
      </w:r>
    </w:p>
    <w:p>
      <w:pPr>
        <w:jc w:val="right"/>
      </w:pPr>
      <w:r>
        <w:t>اس آیت کو بھی آپ تفسیروں میں پڑھیں تو ایمبیگوس تفسیریں ملیں گی، کوئی کلیئر بات نہیں ملے گی۔ کسی بھی تفسیر میں آپ کو کلیئر بات نہیں ملے گی، حالانکہ بہت بڑی آیت ہے یہ۔</w:t>
      </w:r>
    </w:p>
    <w:p>
      <w:r>
        <w:rPr>
          <w:b/>
        </w:rPr>
        <w:t xml:space="preserve">[13:22] </w:t>
      </w:r>
      <w:r>
        <w:t>aap padh dali sari tafseeron ko, kyunke ek background chahiye samajhne ke liye. mera jo ek background bana tha, ek lambe talash ke nateeje mein, tab main samjha ke is ayat mein kya baat kahi gayi hai.</w:t>
      </w:r>
    </w:p>
    <w:p>
      <w:pPr>
        <w:jc w:val="right"/>
      </w:pPr>
      <w:r>
        <w:t>آپ پڑھ ڈالی ساری تفسیروں کو، کیونکہ ایک بیک گراؤنڈ چاہیے سمجھنے کے لیے۔ میرا جو ایک بیک گراؤنڈ بنا تھا، ایک لمبے تلاش کے نتیجے میں، تب میں سمجھا کہ اس آیت میں کیا بات کہی گئی ہے۔</w:t>
      </w:r>
    </w:p>
    <w:p>
      <w:r>
        <w:rPr>
          <w:b/>
        </w:rPr>
        <w:t xml:space="preserve">[13:43] </w:t>
      </w:r>
      <w:r>
        <w:t>dekhiye, quran ke bare mein hai ke "lakum ayat minha zahran wa batran"</w:t>
      </w:r>
    </w:p>
    <w:p>
      <w:pPr>
        <w:jc w:val="right"/>
      </w:pPr>
      <w:r>
        <w:t>دیکھیے، قرآن کے بارے میں ہے کہ "لک آیت منہا ظہرا و بطرا"</w:t>
      </w:r>
    </w:p>
    <w:p>
      <w:r>
        <w:rPr>
          <w:b/>
        </w:rPr>
        <w:t xml:space="preserve">[13:49] </w:t>
      </w:r>
      <w:r>
        <w:t>, yani us waqt kuch cheezen aisi hoti hain jo sochne se samajh mein aati hain, woh understood hoti hain. to is ayat ka jo iski lafzi tarjuma to yeh hai ke kya tum ne yeh samjha hai ke hum ne tum ko paida kiya hai abas,</w:t>
      </w:r>
    </w:p>
    <w:p>
      <w:pPr>
        <w:jc w:val="right"/>
      </w:pPr>
      <w:r>
        <w:t>، یعنی اس وقت کچھ چیزیں ایسی ہوتی ہیں جو سوچنے سے سمجھ میں آتی ہیں، وہ انڈرسٹڈ ہوتی ہیں۔ تو اس آیت کا جو اس کی لفظی ترجمہ تو یہ ہے کہ کیا تم نے یہ سمجھا ہے کہ ہم نے تم کو پیدا کیا ہے عبث،</w:t>
      </w:r>
    </w:p>
    <w:p>
      <w:r>
        <w:rPr>
          <w:b/>
        </w:rPr>
        <w:t xml:space="preserve">[14:06] </w:t>
      </w:r>
      <w:r>
        <w:t>yani without any purpose, aur tum hamari taraf nahi lotaye jaoge? is kuch baaten is mein implicit hain.</w:t>
      </w:r>
    </w:p>
    <w:p>
      <w:pPr>
        <w:jc w:val="right"/>
      </w:pPr>
      <w:r>
        <w:t>یعنی ودا آؤٹ اینی پرپس، اور تم ہماری طرف نہیں لوٹائے جاؤ گے؟ اس کچھ باتیں اس میں ایمپلیسٹ ہیں۔</w:t>
      </w:r>
    </w:p>
    <w:p>
      <w:r>
        <w:rPr>
          <w:b/>
        </w:rPr>
        <w:t xml:space="preserve">[14:17] </w:t>
      </w:r>
      <w:r>
        <w:t>woh yeh hai ke iska matlab is ko shamil karenge, tab matlab clear hoga. woh yeh hai ke insaan ko paida kiya Allah taala ne ek different being ke taur par.</w:t>
      </w:r>
    </w:p>
    <w:p>
      <w:pPr>
        <w:jc w:val="right"/>
      </w:pPr>
      <w:r>
        <w:t>وہ یہ ہے کہ اس کا مطلب اس کو شامل کریں گے، تب مطلب کلیئر ہوگا۔ وہ یہ ہے کہ انسان کو پیدا کیا اللہ تعالی نے ایک ڈفرنٹ بینگ کے طور پر۔</w:t>
      </w:r>
    </w:p>
    <w:p>
      <w:r>
        <w:rPr>
          <w:b/>
        </w:rPr>
        <w:t xml:space="preserve">[14:30] </w:t>
      </w:r>
      <w:r>
        <w:t>jab different being hai to zaroori hai ke iska different purpose ho, different role ho, different end ho. to yeh sab kuch jo na jaane, woh andha jeeyega, andha marega, andha jeeyega, andha marega.</w:t>
      </w:r>
    </w:p>
    <w:p>
      <w:pPr>
        <w:jc w:val="right"/>
      </w:pPr>
      <w:r>
        <w:t>جب ڈفرنٹ بینگ ہے تو ضروری ہے کہ اس کا ڈفرنٹ پرپس ہو، ڈفرنٹ رول ہو، ڈفرنٹ اینڈ ہو۔ تو یہ سب کچھ جو نہ جانے، وہ اندھا جیے گا، اندھا مرے گا، اندھا جیے گا، اندھا مرے گا۔</w:t>
      </w:r>
    </w:p>
    <w:p>
      <w:r>
        <w:rPr>
          <w:b/>
        </w:rPr>
        <w:t xml:space="preserve">[14:50] </w:t>
      </w:r>
      <w:r>
        <w:t>to yeh hai, yani sachai ki daryaft ka pehla phase, na sirf mere liye balkeh har insaan ke liye.</w:t>
      </w:r>
    </w:p>
    <w:p>
      <w:pPr>
        <w:jc w:val="right"/>
      </w:pPr>
      <w:r>
        <w:t>تو یہ ہے، یعنی سچائی کی دریافت کا پہلا فیز، نہ صرف میرے لیے بلکہ ہر انسان کے لیے۔</w:t>
      </w:r>
    </w:p>
    <w:p>
      <w:r>
        <w:rPr>
          <w:b/>
        </w:rPr>
        <w:t xml:space="preserve">[15:05] </w:t>
      </w:r>
      <w:r>
        <w:t>jo is barhne se na guzre, main samajhta hoon ke woh bahut kam baaton ko samajh payega.</w:t>
      </w:r>
    </w:p>
    <w:p>
      <w:pPr>
        <w:jc w:val="right"/>
      </w:pPr>
      <w:r>
        <w:t>جو اس بڑھنے سے نہ گزرے، میں سمجھتا ہوں کہ وہ بہت کم باتوں کو سمجھ پائے گا۔</w:t>
      </w:r>
    </w:p>
    <w:p>
      <w:r>
        <w:rPr>
          <w:b/>
        </w:rPr>
        <w:t xml:space="preserve">[15:14] </w:t>
      </w:r>
      <w:r>
        <w:t>ab dekhiye, doosri cheez jo maine daryaft ki, aur har philosopher daryaft karta hai, lekin iski daryaft adhuri reh jati hai, kyunke wahi se ke baghair janna chahta hai woh baaton ko.</w:t>
      </w:r>
    </w:p>
    <w:p>
      <w:pPr>
        <w:jc w:val="right"/>
      </w:pPr>
      <w:r>
        <w:t>اب دیکھیے، دوسری چیز جو میں نے دریافت کی، اور ہر فلاسفر دریافت کرتا ہے، لیکن اس کی دریافت ادھوری رہ جاتی ہے، کیونکہ وحی سے کے بغیر جاننا چاہتا ہے وہ باتوں کو۔</w:t>
      </w:r>
    </w:p>
    <w:p>
      <w:r>
        <w:rPr>
          <w:b/>
        </w:rPr>
        <w:t xml:space="preserve">[15:27] </w:t>
      </w:r>
      <w:r>
        <w:t>aap wahi ko shamil karein, tab baat ko samajh payenge. kyunke quran mein hai ke "wa ma ooteetum min al-ilmi illa qaleela".</w:t>
      </w:r>
    </w:p>
    <w:p>
      <w:pPr>
        <w:jc w:val="right"/>
      </w:pPr>
      <w:r>
        <w:t>آپ وحی کو شامل کریں، تب بات کو سمجھ پائیں گے۔ کیونکہ قرآن میں ہے کہ "وما اوتیتم من العلم الا قلیلا"۔</w:t>
      </w:r>
    </w:p>
    <w:p>
      <w:r>
        <w:rPr>
          <w:b/>
        </w:rPr>
        <w:t xml:space="preserve">[15:38] </w:t>
      </w:r>
      <w:r>
        <w:t>science ne is ko mana hai ke science gives us but a partial of their reality, partial knowledge of reality.</w:t>
      </w:r>
    </w:p>
    <w:p>
      <w:pPr>
        <w:jc w:val="right"/>
      </w:pPr>
      <w:r>
        <w:t>سائنس نے اس کو مانا ہے کہ سائنس گیوز اس بٹ اے پارشل اف دیر ریلیٹی، پارشل نالج اف ریلیٹی۔</w:t>
      </w:r>
    </w:p>
    <w:p>
      <w:r>
        <w:rPr>
          <w:b/>
        </w:rPr>
        <w:t xml:space="preserve">[15:48] </w:t>
      </w:r>
      <w:r>
        <w:t>to insaan 50 percent tak pahunch sakta hai, baqi 50 percent ke liye is ko chahiye wahi, Allah ki hidayat, jo aaj quran ki shakal mein mehfooz hai, preserve hai.</w:t>
      </w:r>
    </w:p>
    <w:p>
      <w:pPr>
        <w:jc w:val="right"/>
      </w:pPr>
      <w:r>
        <w:t>تو انسان 50 پرسنٹ تک پہنچ سکتا ہے، بقیہ 50 پرسنٹ کے لیے اس کو چاہیے وحی، اللہ کی ہدایت، جو آج قرآن کی شکل میں محفوظ ہے، پریزرو ہے۔</w:t>
      </w:r>
    </w:p>
    <w:p>
      <w:r>
        <w:rPr>
          <w:b/>
        </w:rPr>
        <w:t xml:space="preserve">[16:04] </w:t>
      </w:r>
      <w:r>
        <w:t>to ab dekhiye, iska khulasa main arz karunga. ab insaan ko ghaur kijiye. aap insaan ke andar do bahut ajeeb cheezen hain jo poori kainat mein nahi hain.</w:t>
      </w:r>
    </w:p>
    <w:p>
      <w:pPr>
        <w:jc w:val="right"/>
      </w:pPr>
      <w:r>
        <w:t>تو اب دیکھیے، اس کا خلاصہ میں عرض کروں گا۔ اب انسان کو غور کیجئے۔ آپ انسان کے اندر دو بہت عجیب چیزیں ہیں جو پوری کائنات میں نہیں ہیں۔</w:t>
      </w:r>
    </w:p>
    <w:p>
      <w:r>
        <w:rPr>
          <w:b/>
        </w:rPr>
        <w:t xml:space="preserve">[16:17] </w:t>
      </w:r>
      <w:r>
        <w:t>ek hai mind. mind jo hai, jo sochta hai. thinking mind jo hai, yeh poori universe mein kahin bhi nahi hai.</w:t>
      </w:r>
    </w:p>
    <w:p>
      <w:pPr>
        <w:jc w:val="right"/>
      </w:pPr>
      <w:r>
        <w:t>ایک ہے مائنڈ۔ مائنڈ جو ہے، جو سوچتا ہے۔ تھنکنگ مائنڈ جو ہے، یہ پوری یونیورس میں کہیں بھی نہیں ہے۔</w:t>
      </w:r>
    </w:p>
    <w:p>
      <w:r>
        <w:rPr>
          <w:b/>
        </w:rPr>
        <w:t xml:space="preserve">[16:30] </w:t>
      </w:r>
      <w:r>
        <w:t>koi sitara nahi sochta, koi planet nahi sochta, kisi suraj, kisi chand mein thinking capacity nahi hai. koi pahad, koi samandar, koi darakht sochne par qadir nahi.</w:t>
      </w:r>
    </w:p>
    <w:p>
      <w:pPr>
        <w:jc w:val="right"/>
      </w:pPr>
      <w:r>
        <w:t>کوئی ستارہ نہیں سوچتا، کوئی پلینٹ نہیں سوچتا، کسی سورج، کسی چاند میں تھنکنگ کیپیسٹی نہیں ہے۔ کوئی پہاڑ، کوئی سمندر، کوئی درخت سوچنے پر قادر نہیں۔</w:t>
      </w:r>
    </w:p>
    <w:p>
      <w:r>
        <w:rPr>
          <w:b/>
        </w:rPr>
        <w:t xml:space="preserve">[16:46] </w:t>
      </w:r>
      <w:r>
        <w:t>yahan tak ke jo animal hai, animal woh bahut hi limited dayre mein inki soch chalti hai, bahut hi zyada limited. insaan ki soch se koi iska comparison nahi hai.</w:t>
      </w:r>
    </w:p>
    <w:p>
      <w:pPr>
        <w:jc w:val="right"/>
      </w:pPr>
      <w:r>
        <w:t>یہاں تک کہ جو اینیمل ہے، اینیمل وہ بہت ہی لمیٹڈ دائرے میں ان کی سوچ چلتی ہے، بہت ہی زیادہ لمیٹڈ۔ انسان کی سوچ سے کوئی اس کا کمپیریزن نہیں ہے۔</w:t>
      </w:r>
    </w:p>
    <w:p>
      <w:r>
        <w:rPr>
          <w:b/>
        </w:rPr>
        <w:t xml:space="preserve">[17:03] </w:t>
      </w:r>
      <w:r>
        <w:t>animals ka jo mutala kiya gaya hai, to is mein maloom hua hai ke sirf do cheezen inka concern hoti hain: food aur safety, bas aur kuch nahi.</w:t>
      </w:r>
    </w:p>
    <w:p>
      <w:pPr>
        <w:jc w:val="right"/>
      </w:pPr>
      <w:r>
        <w:t>اینیملز کا جو مطالعہ کیا گیا ہے، تو اس میں معلوم ہوا ہے کہ صرف دو چیزیں ان کا کنسرن ہوتی ہیں: فوڈ اور سیفٹی، بس اور کچھ نہیں۔</w:t>
      </w:r>
    </w:p>
    <w:p>
      <w:r>
        <w:rPr>
          <w:b/>
        </w:rPr>
        <w:t xml:space="preserve">[17:14] </w:t>
      </w:r>
      <w:r>
        <w:t>to insaan ke andar jo yeh thinking mind diya gaya hai, kis liye hai?</w:t>
      </w:r>
    </w:p>
    <w:p>
      <w:pPr>
        <w:jc w:val="right"/>
      </w:pPr>
      <w:r>
        <w:t>تو انسان کے اندر جو یہ تھنکنگ مائنڈ دیا گیا ہے، کس لیے ہے؟</w:t>
      </w:r>
    </w:p>
    <w:p>
      <w:r>
        <w:rPr>
          <w:b/>
        </w:rPr>
        <w:t xml:space="preserve">[17:23] </w:t>
      </w:r>
      <w:r>
        <w:t>is par sochte sochte main pahuncha yahan par ke Allah taala ne quran mein kya bataya hai? maqsad takhleeq</w:t>
      </w:r>
    </w:p>
    <w:p>
      <w:pPr>
        <w:jc w:val="right"/>
      </w:pPr>
      <w:r>
        <w:t>اس پر سوچتے سوچتے میں پہنچا یہاں پر کہ اللہ تعالی نے قرآن میں کیا بتایا ہے؟ مقصد تخلیق</w:t>
      </w:r>
    </w:p>
    <w:p>
      <w:r>
        <w:rPr>
          <w:b/>
        </w:rPr>
        <w:t xml:space="preserve">[17:35] </w:t>
      </w:r>
      <w:r>
        <w:t>quran mein hai ke "wa ma khalaqtul jinna wal insa illa li ya'budun". li ya'budun ka ki tafseer ki gayi hai "li ya'rifun", yani jin ko aur ins ko, jin ko aur insaan ko Allah ne paida kiya hai marifat ke liye.</w:t>
      </w:r>
    </w:p>
    <w:p>
      <w:pPr>
        <w:jc w:val="right"/>
      </w:pPr>
      <w:r>
        <w:t>قرآن میں ہے کہ "وما خلقت الجن والانس الا لیعبدون"۔ لیعبدون کا کی تفسیر کی گئی ہے "لیعرفون"، یعنی جن کو اور انس کو، جن کو اور انسان کو اللہ نے پیدا کیا ہے معرفت کے لیے۔</w:t>
      </w:r>
    </w:p>
    <w:p>
      <w:r>
        <w:rPr>
          <w:b/>
        </w:rPr>
        <w:t xml:space="preserve">[17:53] </w:t>
      </w:r>
      <w:r>
        <w:t>ma'rifat ka matlab kya hai? ek aur ayat se yeh baat wazeh hoti hai.</w:t>
      </w:r>
    </w:p>
    <w:p>
      <w:pPr>
        <w:jc w:val="right"/>
      </w:pPr>
      <w:r>
        <w:t>معرفت کا مطلب کیا ہے؟ ایک اور آیت سے یہ بات واضح ہوتی ہے۔</w:t>
      </w:r>
    </w:p>
    <w:p>
      <w:r>
        <w:rPr>
          <w:b/>
        </w:rPr>
        <w:t xml:space="preserve">[18:00] </w:t>
      </w:r>
      <w:r>
        <w:t>quran mein surah rehman hai, aur rehman mein yeh ayat 30 bar se zyada aai hai, more than thirty times.</w:t>
      </w:r>
    </w:p>
    <w:p>
      <w:pPr>
        <w:jc w:val="right"/>
      </w:pPr>
      <w:r>
        <w:t>قرآن میں سورہ الرحمن ہے، اور رحمن میں یہ آیت 30 بار سے زیادہ آئی ہے، مور دین تھرٹی ٹائمز۔</w:t>
      </w:r>
    </w:p>
    <w:p>
      <w:r>
        <w:rPr>
          <w:b/>
        </w:rPr>
        <w:t xml:space="preserve">[18:11] </w:t>
      </w:r>
      <w:r>
        <w:t>jinn aur ins dono ko khitab karte kaha gaya quran mein: "tabaraka allaa rabikuma tukazziban".</w:t>
      </w:r>
    </w:p>
    <w:p>
      <w:pPr>
        <w:jc w:val="right"/>
      </w:pPr>
      <w:r>
        <w:t>جن اور انس دونوں کو خطاب کرتے کہا گیا قرآن میں: "تبعی اعلی ربکما تکذبان"۔</w:t>
      </w:r>
    </w:p>
    <w:p>
      <w:r>
        <w:rPr>
          <w:b/>
        </w:rPr>
        <w:t xml:space="preserve">[18:20] </w:t>
      </w:r>
      <w:r>
        <w:t>tum dono allah ke kin kin aalaa ko jhutlaoge? aalaa ka matlab hai wahi jisko hum angrezi mein kehte hain "wonders".</w:t>
      </w:r>
    </w:p>
    <w:p>
      <w:pPr>
        <w:jc w:val="right"/>
      </w:pPr>
      <w:r>
        <w:t>تم دونوں اللہ کے کن کن اعلی کو جھٹلاؤ گے؟ اعلی کا مطلب ہے وہی جس کو ہم انگریزی میں کہتے ہیں "ونڈرز"۔</w:t>
      </w:r>
    </w:p>
    <w:p>
      <w:r>
        <w:rPr>
          <w:b/>
        </w:rPr>
        <w:t xml:space="preserve">[18:29] </w:t>
      </w:r>
      <w:r>
        <w:t>tum khuda ke kis kis wonders ko deny karoge?</w:t>
      </w:r>
    </w:p>
    <w:p>
      <w:pPr>
        <w:jc w:val="right"/>
      </w:pPr>
      <w:r>
        <w:t>تم خدا کے کس کس ونڈرز کو ڈینائی کرو گے؟</w:t>
      </w:r>
    </w:p>
    <w:p>
      <w:r>
        <w:rPr>
          <w:b/>
        </w:rPr>
        <w:t xml:space="preserve">[18:37] </w:t>
      </w:r>
      <w:r>
        <w:t>yeh wonders hain jinko hamein daryaft karna hai. isi wonders ke daryaft ka naam ma'rifat hai, yani aalaa allah, kalmaat allah, ayat allah.</w:t>
      </w:r>
    </w:p>
    <w:p>
      <w:pPr>
        <w:jc w:val="right"/>
      </w:pPr>
      <w:r>
        <w:t>یہ ونڈرز ہیں جن کو ہمیں دریافت کرنا ہے۔ اسی ونڈرز کے دریافت کا نام معرفت ہے، یعنی اعلی اللہ، کلمات اللہ، آیات اللہ۔</w:t>
      </w:r>
    </w:p>
    <w:p>
      <w:r>
        <w:rPr>
          <w:b/>
        </w:rPr>
        <w:t xml:space="preserve">[18:48] </w:t>
      </w:r>
      <w:r>
        <w:t>yeh sab alfaaz quran mein aaye hain,</w:t>
      </w:r>
    </w:p>
    <w:p>
      <w:pPr>
        <w:jc w:val="right"/>
      </w:pPr>
      <w:r>
        <w:t>یہ سب الفاظ قرآن میں آئے ہیں،</w:t>
      </w:r>
    </w:p>
    <w:p>
      <w:r>
        <w:rPr>
          <w:b/>
        </w:rPr>
        <w:t xml:space="preserve">[18:53] </w:t>
      </w:r>
      <w:r>
        <w:t>wo hidden roop mein hain kainat mein, potential ke taur par hain.</w:t>
      </w:r>
    </w:p>
    <w:p>
      <w:pPr>
        <w:jc w:val="right"/>
      </w:pPr>
      <w:r>
        <w:t>وہ ہڈن روپ میں ہیں کائنات میں، پوٹینشل کے طور پر ہیں۔</w:t>
      </w:r>
    </w:p>
    <w:p>
      <w:r>
        <w:rPr>
          <w:b/>
        </w:rPr>
        <w:t xml:space="preserve">[18:59] </w:t>
      </w:r>
      <w:r>
        <w:t>is potential ko unfold karna yahi insaan ka role hai, aur isi ke ka naam ma'rifat hai. to insaan ko paida kiya allah taala ne is liye, yeh usko role diya ke is kainat mein jo chupi hui wonders hain,</w:t>
      </w:r>
    </w:p>
    <w:p>
      <w:pPr>
        <w:jc w:val="right"/>
      </w:pPr>
      <w:r>
        <w:t>اس پوٹینشل کو ان فولڈ کرنا یہی انسان کا رول ہے، اور اسی کے کا نام معرفت ہے۔ تو انسان کو پیدا کیا اللہ تعالی نے اس لیے، یہ اس کو رول دیا کہ اس کائنات میں جو چھپی ہوئی ونڈرز ہیں،</w:t>
      </w:r>
    </w:p>
    <w:p>
      <w:r>
        <w:rPr>
          <w:b/>
        </w:rPr>
        <w:t xml:space="preserve">[19:25] </w:t>
      </w:r>
      <w:r>
        <w:t>jo chhupe hue ma'rifat ke item hain, unko woh discover kare, unko world fold kare, aur unko ma'rifat banaye.</w:t>
      </w:r>
    </w:p>
    <w:p>
      <w:pPr>
        <w:jc w:val="right"/>
      </w:pPr>
      <w:r>
        <w:t>جو چھپے ہوئے معرفت کے آئٹم ہیں، ان کو وہ ڈسکور کرے، ان کو ورلڈ فولڈ کرے، اور ان کو معرفت بنائے۔</w:t>
      </w:r>
    </w:p>
    <w:p>
      <w:r>
        <w:rPr>
          <w:b/>
        </w:rPr>
        <w:t xml:space="preserve">[19:38] </w:t>
      </w:r>
      <w:r>
        <w:t>isi ma'rifat ki qeemat hai jannat, paradise. to doosri cheez jo insaan ke andar hai, dekhiye, thinking ke baad woh hai</w:t>
      </w:r>
    </w:p>
    <w:p>
      <w:pPr>
        <w:jc w:val="right"/>
      </w:pPr>
      <w:r>
        <w:t>اسی معرفت کی قیمت ہے جنت، پیراڈائز۔ تو دوسری چیز جو انسان کے اندر ہے، دیکھیے، تھنکنگ کے بعد وہ ہے</w:t>
      </w:r>
    </w:p>
    <w:p>
      <w:r>
        <w:rPr>
          <w:b/>
        </w:rPr>
        <w:t xml:space="preserve">[19:51] </w:t>
      </w:r>
      <w:r>
        <w:t>enjoy karne ki capacity. enjoy karne ki capacity kisi pe bhi nahi hai.</w:t>
      </w:r>
    </w:p>
    <w:p>
      <w:pPr>
        <w:jc w:val="right"/>
      </w:pPr>
      <w:r>
        <w:t>انجوائے کرنے کی کیپیسٹی۔ انجوائے کرنے کی کیپیسٹی کسی پہ بھی نہیں ہے۔</w:t>
      </w:r>
    </w:p>
    <w:p>
      <w:r>
        <w:rPr>
          <w:b/>
        </w:rPr>
        <w:t xml:space="preserve">[20:00] </w:t>
      </w:r>
      <w:r>
        <w:t>na suraj mein, na chand mein, na darya mein, na pahad mein, hatta ke animal mein bhi enjoy karne ki capacity nahi hai.</w:t>
      </w:r>
    </w:p>
    <w:p>
      <w:pPr>
        <w:jc w:val="right"/>
      </w:pPr>
      <w:r>
        <w:t>نہ سورج میں، نہ چاند میں، نہ دریا میں، نہ پہاڑ میں، حتی کہ اینیمل میں بھی انجوائے کرنے کی کیپیسٹی نہیں ہے۔</w:t>
      </w:r>
    </w:p>
    <w:p>
      <w:r>
        <w:rPr>
          <w:b/>
        </w:rPr>
        <w:t xml:space="preserve">[20:08] </w:t>
      </w:r>
      <w:r>
        <w:t>wo enjoy nahi karte, wo to sirf ghaas phuus kha lete hain. unke taste buds nahi hain, wo jo insaan ke andar hain. hamare andar jo senses hain, har cheez mein lazzat hai.</w:t>
      </w:r>
    </w:p>
    <w:p>
      <w:pPr>
        <w:jc w:val="right"/>
      </w:pPr>
      <w:r>
        <w:t>وہ انجوائے نہیں کرتے، وہ تو صرف گھاس پھاس کھا لیتے ہیں۔ ان کے ٹیسٹ برڈز نہیں ہیں، وہ جو انسان کے اندر ہیں۔ ہمارے اندر جو سینسز ہیں، ہر چیز میں لذت ہے۔</w:t>
      </w:r>
    </w:p>
    <w:p>
      <w:r>
        <w:rPr>
          <w:b/>
        </w:rPr>
        <w:t xml:space="preserve">[20:20] </w:t>
      </w:r>
      <w:r>
        <w:t>aap ghor kijiye, ek beautiful scene ko dekh kar aankhon ko lazzat milti hai, ek achha naghma sun kar kaanon ko suroor milta hai, ek kahin achhi cheez kha kar zabaan ko ek ajeeb taste milta hai.</w:t>
      </w:r>
    </w:p>
    <w:p>
      <w:pPr>
        <w:jc w:val="right"/>
      </w:pPr>
      <w:r>
        <w:t>آپ غور کیجئے، ایک بیوٹی فل سین کو دیکھ کر آنکھوں کو لذت ملتی ہے، ایک اچھا نغمہ سن کر کانوں کو سرور ملتا ہے، ایک کہیں اچھی چیز کھا کر زبان کو ایک عجیب ٹیسٹ ملتا ہے۔</w:t>
      </w:r>
    </w:p>
    <w:p>
      <w:r>
        <w:rPr>
          <w:b/>
        </w:rPr>
        <w:t xml:space="preserve">[20:36] </w:t>
      </w:r>
      <w:r>
        <w:t>hatta ke aap ghaas mein chalte hain, agar khule paon to ghaas mein chalne mein bhi aap ko jo touch hota hai, us mein woh lazzat milti hai. aap ko</w:t>
      </w:r>
    </w:p>
    <w:p>
      <w:pPr>
        <w:jc w:val="right"/>
      </w:pPr>
      <w:r>
        <w:t>حتی کہ آپ گھاس میں چلتے ہیں، اگر کھلے پاؤں تو گھاس میں چلنے میں بھی آپ کو جو ٹچ ہوتا ہے، اس میں وہ لذت ملتی ہے۔ آپ کو</w:t>
      </w:r>
    </w:p>
    <w:p>
      <w:r>
        <w:rPr>
          <w:b/>
        </w:rPr>
        <w:t xml:space="preserve">[20:47] </w:t>
      </w:r>
      <w:r>
        <w:t>har cheez mein sense of enjoy rakha hua hai. wo kis liye hai? wo ek khabar hai, peshgi taur par ke aye bande,</w:t>
      </w:r>
    </w:p>
    <w:p>
      <w:pPr>
        <w:jc w:val="right"/>
      </w:pPr>
      <w:r>
        <w:t>ہر چیز میں سینس آف انجوائے رکھا ہوا ہے۔ وہ کس لیے ہے؟ وہ ایک خبر ہے، پیشگی طور پر کہ اے بندے،</w:t>
      </w:r>
    </w:p>
    <w:p>
      <w:r>
        <w:rPr>
          <w:b/>
        </w:rPr>
        <w:t xml:space="preserve">[21:02] </w:t>
      </w:r>
      <w:r>
        <w:t>agar tu apne mind ko istemal karega aur khuda ki ma'rifat ko unfold karega to tere liye ek be-panah jagah hai jahan tu apne har, yani poore ma'ne mein enjoy kar sakega.</w:t>
      </w:r>
    </w:p>
    <w:p>
      <w:pPr>
        <w:jc w:val="right"/>
      </w:pPr>
      <w:r>
        <w:t>اگر تو اپنے مائنڈ کو استعمال کرے گا اور خدا کی معرفت کو ان فولڈ کرے گا تو تیرے لیے ایک بے پناہ جگہ ہے جہاں تو اپنے ہر، یعنی پورے معنی میں انجوائے کر سکے گا۔</w:t>
      </w:r>
    </w:p>
    <w:p>
      <w:r>
        <w:rPr>
          <w:b/>
        </w:rPr>
        <w:t xml:space="preserve">[21:20] </w:t>
      </w:r>
      <w:r>
        <w:t>"walakum fiha ma tashtahi anfusukum". jannat ke bare mein hai ke jannat mein se woh sab kuch hoga jo tum chahte ho. yeh jo tumhare andar desire chupi hui hain, main aksar sunta hoon ke insaan ke andar ajeeb o ghareeb qism ki desires hain,</w:t>
      </w:r>
    </w:p>
    <w:p>
      <w:pPr>
        <w:jc w:val="right"/>
      </w:pPr>
      <w:r>
        <w:t>"ولکم فیہا ما تشتی انفسکم"۔ جنت کے بارے میں ہے کہ جنت میں سے وہ سب کچھ ہوگا جو تم چاہتے ہو۔ یہ جو تمہارے اندر ڈیزائر چھپی ہوئی ہیں، میں اکثر سنتا ہوں کہ انسان کے اندر عجیب و غریب قسم کی ڈیزائر ہیں،</w:t>
      </w:r>
    </w:p>
    <w:p>
      <w:r>
        <w:rPr>
          <w:b/>
        </w:rPr>
        <w:t xml:space="preserve">[21:37] </w:t>
      </w:r>
      <w:r>
        <w:t>ajeeb qism ki tamannaein hain,</w:t>
      </w:r>
    </w:p>
    <w:p>
      <w:pPr>
        <w:jc w:val="right"/>
      </w:pPr>
      <w:r>
        <w:t>عجیب قسم کی تمنائیں ہیں،</w:t>
      </w:r>
    </w:p>
    <w:p>
      <w:r>
        <w:rPr>
          <w:b/>
        </w:rPr>
        <w:t xml:space="preserve">[21:44] </w:t>
      </w:r>
      <w:r>
        <w:t>ajeeb ghareeb qism ki khwahishein hain, lekin woh poori nahi hoti. koi duniya mein aisa nahi guzra, koi badshah ya koi waldi aadmi jis ki tamanaein poori hui hon.</w:t>
      </w:r>
    </w:p>
    <w:p>
      <w:pPr>
        <w:jc w:val="right"/>
      </w:pPr>
      <w:r>
        <w:t>عجیب غریب قسم کی خواہشیں ہیں، لیکن وہ پوری نہیں ہوتی۔ کوئی دنیا میں ایسا نہیں گزرا، کوئی بادشاہ یا کوئی ولدی آدمی جس کی تمنائیں پوری ہوئی ہوں۔</w:t>
      </w:r>
    </w:p>
    <w:p>
      <w:r>
        <w:rPr>
          <w:b/>
        </w:rPr>
        <w:t xml:space="preserve">[22:00] </w:t>
      </w:r>
      <w:r>
        <w:t>sab</w:t>
      </w:r>
    </w:p>
    <w:p>
      <w:pPr>
        <w:jc w:val="right"/>
      </w:pPr>
      <w:r>
        <w:t>سب</w:t>
      </w:r>
    </w:p>
    <w:p>
      <w:r>
        <w:rPr>
          <w:b/>
        </w:rPr>
        <w:t xml:space="preserve">[22:04] </w:t>
      </w:r>
      <w:r>
        <w:t>unfulfilled mar jaate hain, fulfillment kisi ko nahi milta.</w:t>
      </w:r>
    </w:p>
    <w:p>
      <w:pPr>
        <w:jc w:val="right"/>
      </w:pPr>
      <w:r>
        <w:t>ان فلفل مر جاتے ہیں، فلفلمنٹ کسی کو نہیں ملتا۔</w:t>
      </w:r>
    </w:p>
    <w:p>
      <w:r>
        <w:rPr>
          <w:b/>
        </w:rPr>
        <w:t xml:space="preserve">[22:10] </w:t>
      </w:r>
      <w:r>
        <w:t>aap ghor kijiye ke yeh ajeeb o ghareeb qism ke jo hamare andar sense of enjoy hai, wo kis liye hai? bas mar kar khatam ho jaye, yani bohat hi ajeeb qism ka sense of enjoy hai insaan ke andar.</w:t>
      </w:r>
    </w:p>
    <w:p>
      <w:pPr>
        <w:jc w:val="right"/>
      </w:pPr>
      <w:r>
        <w:t>آپ غور کیجئے کہ یہ عجیب و غریب قسم کے جو ہمارے اندر سینس آف انجوائے ہے، وہ کس لیے ہے؟ بس مر کر ختم ہو جائے، یعنی بہت ہی عجیب قسم کا سینس آف انجوائے ہے انسان کے اندر۔</w:t>
      </w:r>
    </w:p>
    <w:p>
      <w:r>
        <w:rPr>
          <w:b/>
        </w:rPr>
        <w:t xml:space="preserve">[22:32] </w:t>
      </w:r>
      <w:r>
        <w:t>to yeh do cheezein jo insaan mein hain, ek taraf</w:t>
      </w:r>
    </w:p>
    <w:p>
      <w:pPr>
        <w:jc w:val="right"/>
      </w:pPr>
      <w:r>
        <w:t>تو یہ دو چیزیں جو انسان میں ہیں، ایک طرف</w:t>
      </w:r>
    </w:p>
    <w:p>
      <w:r>
        <w:rPr>
          <w:b/>
        </w:rPr>
        <w:t xml:space="preserve">[22:39] </w:t>
      </w:r>
      <w:r>
        <w:t>thinking capacity bohat ziyada, doosri taraf sense of enjoy bohat ziyada. to kya abas hai yeh?</w:t>
      </w:r>
    </w:p>
    <w:p>
      <w:pPr>
        <w:jc w:val="right"/>
      </w:pPr>
      <w:r>
        <w:t>تھنکنگ کیپیسٹی بہت زیادہ، دوسری طرف سینس آف انجوائے بہت زیادہ۔ تو کیا عبث ہے یہ؟</w:t>
      </w:r>
    </w:p>
    <w:p>
      <w:r>
        <w:rPr>
          <w:b/>
        </w:rPr>
        <w:t xml:space="preserve">[22:50] </w:t>
      </w:r>
      <w:r>
        <w:t>kya iska koi purpose nahi hai? khwamkhwah paida kar diya gaya hai. is ayat mein yeh sawal kiya gaya hai.</w:t>
      </w:r>
    </w:p>
    <w:p>
      <w:pPr>
        <w:jc w:val="right"/>
      </w:pPr>
      <w:r>
        <w:t>کیا اس کا کوئی پرپس نہیں ہے؟ خوامخواہ پیدا کر دیا گیا ہے۔ اس آیت میں یہ سوال کیا گیا ہے۔</w:t>
      </w:r>
    </w:p>
    <w:p>
      <w:r>
        <w:rPr>
          <w:b/>
        </w:rPr>
        <w:t xml:space="preserve">[23:00] </w:t>
      </w:r>
      <w:r>
        <w:t>to yeh namumkin hai, kyunke dekhiye, is kainat mein science danon ne jo jo daryaft ki hai, bohat hi ajeeb o ghareeb ke kainat meaningful kainat hai,</w:t>
      </w:r>
    </w:p>
    <w:p>
      <w:pPr>
        <w:jc w:val="right"/>
      </w:pPr>
      <w:r>
        <w:t>تو یہ ناممکن ہے، کیونکہ دیکھیے، اس کائنات میں سائنس دانوں نے جو جو دریافت کی ہے، بہت ہی عجیب و غریب کہ کائنات میننگ فل کائنات ہے،</w:t>
      </w:r>
    </w:p>
    <w:p>
      <w:r>
        <w:rPr>
          <w:b/>
        </w:rPr>
        <w:t xml:space="preserve">[23:16] </w:t>
      </w:r>
      <w:r>
        <w:t>aur universe is a meaningful universe. bohat hi ajeeb cheez hai.</w:t>
      </w:r>
    </w:p>
    <w:p>
      <w:pPr>
        <w:jc w:val="right"/>
      </w:pPr>
      <w:r>
        <w:t>اور یونیورس از ا میننگ فل یونیورس۔ بہت ہی عجیب چیز ہے۔</w:t>
      </w:r>
    </w:p>
    <w:p>
      <w:r>
        <w:rPr>
          <w:b/>
        </w:rPr>
        <w:t xml:space="preserve">[23:23] </w:t>
      </w:r>
      <w:r>
        <w:t>saari universe mein jo activities hain,</w:t>
      </w:r>
    </w:p>
    <w:p>
      <w:pPr>
        <w:jc w:val="right"/>
      </w:pPr>
      <w:r>
        <w:t>ساری یونیورس میں جو ایکٹیویٹیز ہیں،</w:t>
      </w:r>
    </w:p>
    <w:p>
      <w:r>
        <w:rPr>
          <w:b/>
        </w:rPr>
        <w:t xml:space="preserve">[23:28] </w:t>
      </w:r>
      <w:r>
        <w:t>wo sab ke sab bohat ziyada meaningful hain. to kaise mumkin hai ke wahi Khuda ki wahi makhlooq, jisko hum ne insan kaha, jo saari kainat ka sab se anokha miracle hai, wahi purposeless ho, wahi meaningless ho?</w:t>
      </w:r>
    </w:p>
    <w:p>
      <w:pPr>
        <w:jc w:val="right"/>
      </w:pPr>
      <w:r>
        <w:t>وہ سب کے سب بہت زیادہ میننگ فل ہیں۔ تو کیسے ممکن ہے کہ وہی خدا کی وہی مخلوق، جس کو ہم نے انسان کہا، جو ساری کائنات کا سب سے انوکھا میریکل ہے، وہی پرپس لیس ہو، وہی میننگ لیس ہو؟</w:t>
      </w:r>
    </w:p>
    <w:p>
      <w:r>
        <w:rPr>
          <w:b/>
        </w:rPr>
        <w:t xml:space="preserve">[23:49] </w:t>
      </w:r>
      <w:r>
        <w:t>kaise ho sakta hai? to</w:t>
      </w:r>
    </w:p>
    <w:p>
      <w:pPr>
        <w:jc w:val="right"/>
      </w:pPr>
      <w:r>
        <w:t>کیسے ہو سکتا ہے؟ تو</w:t>
      </w:r>
    </w:p>
    <w:p>
      <w:r>
        <w:rPr>
          <w:b/>
        </w:rPr>
        <w:t xml:space="preserve">[23:54] </w:t>
      </w:r>
      <w:r>
        <w:t>mind ke andar thinking capacity ka hona is baat ka saboot hai ke koi cheez hai, is par aap sochein. is sochne ki salahiyat jo hai dimagh mein, wo apne aap mein is baat ka saboot hai ke koi cheez hai, uske bare mein aap sochein.</w:t>
      </w:r>
    </w:p>
    <w:p>
      <w:pPr>
        <w:jc w:val="right"/>
      </w:pPr>
      <w:r>
        <w:t>مائنڈ کے اندر تھنکنگ کیپیسٹی کا ہونا اس بات کا ثبوت ہے کہ کوئی چیز ہے، اس پر آپ سوچیں۔ اس سوچنے کی صلاحیت جو ہے دماغ میں، وہ اپنے آپ میں اس بات کا ثبوت ہے کہ کوئی چیز ہے، اس کے بارے میں آپ سوچیں۔</w:t>
      </w:r>
    </w:p>
    <w:p>
      <w:r>
        <w:rPr>
          <w:b/>
        </w:rPr>
        <w:t xml:space="preserve">[24:09] </w:t>
      </w:r>
      <w:r>
        <w:t>aap to wo cheez kya hai? wo wonders of nature, wonder of universe hai.</w:t>
      </w:r>
    </w:p>
    <w:p>
      <w:pPr>
        <w:jc w:val="right"/>
      </w:pPr>
      <w:r>
        <w:t>آپ تو وہ چیز کیا ہے؟ وہ ونڈرز آف نیچر، ونڈر آف یونیورس ہے۔</w:t>
      </w:r>
    </w:p>
    <w:p>
      <w:r>
        <w:rPr>
          <w:b/>
        </w:rPr>
        <w:t xml:space="preserve">[24:18] </w:t>
      </w:r>
      <w:r>
        <w:t>ab aap ke andar jo sense of enjoy hai, iska hona apne aap mein iska saboot hai ke kahin fulfillment ho. iska jab sense of enjoy hai to iska fulfillment hona bhi zaroori hai.</w:t>
      </w:r>
    </w:p>
    <w:p>
      <w:pPr>
        <w:jc w:val="right"/>
      </w:pPr>
      <w:r>
        <w:t>اب آپ کے اندر جو سینس آف انجوائے ہے، اس کا ہونا اپنے آپ میں اس کا ثبوت ہے کہ کہیں فلفلمنٹ ہو۔ اس کا جب سینس آف انجوائے ہے تو اس کا فلفلمنٹ ہونا بھی ضروری ہے۔</w:t>
      </w:r>
    </w:p>
    <w:p>
      <w:r>
        <w:rPr>
          <w:b/>
        </w:rPr>
        <w:t xml:space="preserve">[24:35] </w:t>
      </w:r>
      <w:r>
        <w:t>iska jawab paradise hai.</w:t>
      </w:r>
    </w:p>
    <w:p>
      <w:pPr>
        <w:jc w:val="right"/>
      </w:pPr>
      <w:r>
        <w:t>اس کا جواب پیراڈائز ہے۔</w:t>
      </w:r>
    </w:p>
    <w:p>
      <w:r>
        <w:rPr>
          <w:b/>
        </w:rPr>
        <w:t xml:space="preserve">[24:40] </w:t>
      </w:r>
      <w:r>
        <w:t>kaisi ajeeb takhleeq hai Allah taala ki,</w:t>
      </w:r>
    </w:p>
    <w:p>
      <w:pPr>
        <w:jc w:val="right"/>
      </w:pPr>
      <w:r>
        <w:t>کیسی عجیب تخلیق ہے اللہ تعالی کی،</w:t>
      </w:r>
    </w:p>
    <w:p>
      <w:r>
        <w:rPr>
          <w:b/>
        </w:rPr>
        <w:t xml:space="preserve">[24:45] </w:t>
      </w:r>
      <w:r>
        <w:t>yani is se aage koi aur ziyada behtar design aap soch nahi sakte. is se ziyada aala design aap soch nahi sakte.</w:t>
      </w:r>
    </w:p>
    <w:p>
      <w:pPr>
        <w:jc w:val="right"/>
      </w:pPr>
      <w:r>
        <w:t>یعنی اس سے آگے کوئی اور زیادہ بہتر ڈیزائن آپ سوچ نہیں سکتے۔ اس سے زیادہ اعلی ڈیزائن آپ سوچ نہیں سکتے۔</w:t>
      </w:r>
    </w:p>
    <w:p>
      <w:r>
        <w:rPr>
          <w:b/>
        </w:rPr>
        <w:t xml:space="preserve">[25:06] </w:t>
      </w:r>
      <w:r>
        <w:t>kaisi ajeeb yeh takhleeq hai!</w:t>
      </w:r>
    </w:p>
    <w:p>
      <w:pPr>
        <w:jc w:val="right"/>
      </w:pPr>
      <w:r>
        <w:t>کیسی عجیب یہ تخلیق ہے!</w:t>
      </w:r>
    </w:p>
    <w:p>
      <w:r>
        <w:rPr>
          <w:b/>
        </w:rPr>
        <w:t xml:space="preserve">[25:11] </w:t>
      </w:r>
      <w:r>
        <w:t>ab yeh jo sense of enjoy aap ka hai, yeh all all, yeh iski koi koi limit nahi hai, koi limit nahi hai.</w:t>
      </w:r>
    </w:p>
    <w:p>
      <w:pPr>
        <w:jc w:val="right"/>
      </w:pPr>
      <w:r>
        <w:t>اب یہ جو سینس آف انجوائے آپ کا ہے، یہ ال ال، یہ اس کی کوئی کوئی لمٹ نہیں ہے، کوئی لمٹ نہیں ہے۔</w:t>
      </w:r>
    </w:p>
    <w:p>
      <w:r>
        <w:rPr>
          <w:b/>
        </w:rPr>
        <w:t xml:space="preserve">[25:21] </w:t>
      </w:r>
      <w:r>
        <w:t>is bajaye ke jo baray baray badshah, baray baray daulatmand log hotay hain, kyun marte hain? aur unko fulfillment, fulfillment nahi milta?</w:t>
      </w:r>
    </w:p>
    <w:p>
      <w:pPr>
        <w:jc w:val="right"/>
      </w:pPr>
      <w:r>
        <w:t>اس بجائے کہ جو بڑے بڑے بادشاہ، بڑے بڑے دولت مند لوگ ہوتے ہیں، کیوں مرتے ہیں؟ اور ان کو فلفلمنٹ، فلفلمنٹ نہیں ملتا؟</w:t>
      </w:r>
    </w:p>
    <w:p>
      <w:r>
        <w:rPr>
          <w:b/>
        </w:rPr>
        <w:t xml:space="preserve">[25:31] </w:t>
      </w:r>
      <w:r>
        <w:t>kyunke jo kuch bhi unhon ne hasil kiya, dunya bohat limited thi. wo yani unka political power limited tha, unka unke maal limited thay, unka saman jo jama kiya, wo sab limited tha.</w:t>
      </w:r>
    </w:p>
    <w:p>
      <w:pPr>
        <w:jc w:val="right"/>
      </w:pPr>
      <w:r>
        <w:t>کیونکہ جو کچھ بھی انہوں نے حاصل کیا، دنیا بہت لمیٹڈ تھا۔ وہ یعنی ان کا پولیٹیکل پاور لمیٹڈ تھا، ان کا ان کے مال لمیٹڈ تھے، ان کا سامان جو جمع کیا، وہ سب لمیٹڈ تھا۔</w:t>
      </w:r>
    </w:p>
    <w:p>
      <w:r>
        <w:rPr>
          <w:b/>
        </w:rPr>
        <w:t xml:space="preserve">[25:48] </w:t>
      </w:r>
      <w:r>
        <w:t>lekin unka jo sense of enjoy tha, wo to unlimited tha. is wajah se kisi ko taskeen nahi mili.</w:t>
      </w:r>
    </w:p>
    <w:p>
      <w:pPr>
        <w:jc w:val="right"/>
      </w:pPr>
      <w:r>
        <w:t>لیکن ان کا جو سینس آف انجوائے تھا، وہ تو ان لمیٹڈ تھا۔ اس وجہ سے کسی کو تسکین نہیں ملی۔</w:t>
      </w:r>
    </w:p>
    <w:p>
      <w:r>
        <w:rPr>
          <w:b/>
        </w:rPr>
        <w:t xml:space="preserve">[26:03] </w:t>
      </w:r>
      <w:r>
        <w:t>koi had hi nahi hai hamare sense of enjoy ki, lekin jo kuch bhi aap dunya mein apni thori si zindagi mein, 70, 80 saal ki zindagi mein hasil karte hain, wo bohat limited hota hai.</w:t>
      </w:r>
    </w:p>
    <w:p>
      <w:pPr>
        <w:jc w:val="right"/>
      </w:pPr>
      <w:r>
        <w:t>کوئی حد ہی نہیں ہے ہمارے سینس آف انجوائے کی، لیکن جو کچھ بھی آپ دنیا میں اپنی تھوڑی سی زندگی میں، 70، 80 سال کی زندگی میں حاصل کرتے ہیں، وہ بہت لمیٹڈ ہوتا ہے۔</w:t>
      </w:r>
    </w:p>
    <w:p>
      <w:r>
        <w:rPr>
          <w:b/>
        </w:rPr>
        <w:t xml:space="preserve">[26:17] </w:t>
      </w:r>
      <w:r>
        <w:t>yeh wajah hai ke happiness nahi milti dunya mein, khushi nahi milti kisi ko dunya mein. yeh wajah hai ke saare log despair mein jeetay hain, despair mein marte hain.</w:t>
      </w:r>
    </w:p>
    <w:p>
      <w:pPr>
        <w:jc w:val="right"/>
      </w:pPr>
      <w:r>
        <w:t>یہ وجہ ہے کہ ہیپینس نہیں ملتی دنیا میں، خوشی نہیں ملتی کسی کو دنیا میں۔ یہ وجہ ہے کہ سارے لوگ ڈسپیئر میں جیتے ہیں، ڈسپیئر میں مرتے ہیں۔</w:t>
      </w:r>
    </w:p>
    <w:p>
      <w:r>
        <w:rPr>
          <w:b/>
        </w:rPr>
        <w:t xml:space="preserve">[26:28] </w:t>
      </w:r>
      <w:r>
        <w:t>isi tazaad ki wajah se ke aadmi ke andar jo sense of enjoy hai, wo bohat ziyada hai. jo bila hai, wo limited hai.</w:t>
      </w:r>
    </w:p>
    <w:p>
      <w:pPr>
        <w:jc w:val="right"/>
      </w:pPr>
      <w:r>
        <w:t>اسی تضاد کی وجہ سے کہ آدمی کے اندر جو سینس آف انجوائے ہے، وہ بہت زیادہ ہے۔ جو بلا ہے، وہ لمیٹڈ ہے۔</w:t>
      </w:r>
    </w:p>
    <w:p>
      <w:r>
        <w:rPr>
          <w:b/>
        </w:rPr>
        <w:t xml:space="preserve">[26:41] </w:t>
      </w:r>
      <w:r>
        <w:t>to Quran mein dekhiye, ek bohat ajeeb o ghareeb ayat hai.</w:t>
      </w:r>
    </w:p>
    <w:p>
      <w:pPr>
        <w:jc w:val="right"/>
      </w:pPr>
      <w:r>
        <w:t>تو قرآن میں دیکھیے، ایک بہت عجیب و غریب آیت ہے۔</w:t>
      </w:r>
    </w:p>
    <w:p>
      <w:r>
        <w:rPr>
          <w:b/>
        </w:rPr>
        <w:t xml:space="preserve">[26:52] </w:t>
      </w:r>
      <w:r>
        <w:t>do ayat, do ayatein mein arz karunga. ek ayat dunya ke aitbar se, ek ayat akhirat ke aitbar se. ek ayat yeh hai: "Wasakharkum mafi samawati wal ardi jamee".</w:t>
      </w:r>
    </w:p>
    <w:p>
      <w:pPr>
        <w:jc w:val="right"/>
      </w:pPr>
      <w:r>
        <w:t>دو آیت، دو آیتیں میں عرض کروں گا۔ ایک آیت دنیا کے اعتبار سے، ایک آیت آخرت کے اعتبار سے۔ ایک آیت یہ ہے: "وسخرکم ماف السماوات والارض جمیع"۔</w:t>
      </w:r>
    </w:p>
    <w:p>
      <w:r>
        <w:rPr>
          <w:b/>
        </w:rPr>
        <w:t xml:space="preserve">[27:07] </w:t>
      </w:r>
      <w:r>
        <w:t>"Wasakharkum mafi samawati wa mafi ardi jamee". yeh dunya mein jo kuch hai, sab ka sab insan ke liye maskhar kar diya gaya hai.</w:t>
      </w:r>
    </w:p>
    <w:p>
      <w:pPr>
        <w:jc w:val="right"/>
      </w:pPr>
      <w:r>
        <w:t>"وسخرکم ماف السماوات و ماف الرض جمیع"۔ یہ دنیا میں جو کچھ ہے، سب کا سب انسان کے لیے مسخر کر دیا گیا ہے۔</w:t>
      </w:r>
    </w:p>
    <w:p>
      <w:r>
        <w:rPr>
          <w:b/>
        </w:rPr>
        <w:t xml:space="preserve">[27:17] </w:t>
      </w:r>
      <w:r>
        <w:t>maskhar ka matlab kya hai?</w:t>
      </w:r>
    </w:p>
    <w:p>
      <w:pPr>
        <w:jc w:val="right"/>
      </w:pPr>
      <w:r>
        <w:t>مسخر کا مطلب کیا ہے؟</w:t>
      </w:r>
    </w:p>
    <w:p>
      <w:r>
        <w:rPr>
          <w:b/>
        </w:rPr>
        <w:t xml:space="preserve">[27:20] </w:t>
      </w:r>
      <w:r>
        <w:t>yani insaan ke kaam mein laga diya gaya hai, insaan ki zarooraton ko poora karne wala bana diya gaya hai.</w:t>
      </w:r>
    </w:p>
    <w:p>
      <w:pPr>
        <w:jc w:val="right"/>
      </w:pPr>
      <w:r>
        <w:t>یعنی انسان کے کام میں لگا دیا گیا ہے، انسان کی ضرورتوں کو پورا کرنے والا بنا دیا گیا ہے۔</w:t>
      </w:r>
    </w:p>
    <w:p>
      <w:r>
        <w:rPr>
          <w:b/>
        </w:rPr>
        <w:t xml:space="preserve">[27:29] </w:t>
      </w:r>
      <w:r>
        <w:t>kai science daan ne bohat sahi kaha ke universe is a custom made universe. jaisa insaan chahta hai, waisi poori kainat hai.</w:t>
      </w:r>
    </w:p>
    <w:p>
      <w:pPr>
        <w:jc w:val="right"/>
      </w:pPr>
      <w:r>
        <w:t>کئی سائنس دان نے بہت صحیح کہا کہ یونیورس از ا کسٹم میڈ یونیورس۔ جیسا انسان چاہتا ہے، ویسی پوری کائنات ہے۔</w:t>
      </w:r>
    </w:p>
    <w:p>
      <w:r>
        <w:rPr>
          <w:b/>
        </w:rPr>
        <w:t xml:space="preserve">[27:42] </w:t>
      </w:r>
      <w:r>
        <w:t>kesi ajeeb baat hai! hum apni aankh ke liye chahte hain ke roshni ho, kyunke roshni nahi hui to hum dekh nahi sakte.</w:t>
      </w:r>
    </w:p>
    <w:p>
      <w:pPr>
        <w:jc w:val="right"/>
      </w:pPr>
      <w:r>
        <w:t>کیسی عجیب بات ہے! ہم اپنی آنکھ کے لیے چاہتے ہیں کہ روشنی ہو، کیونکہ روشنی نہیں ہوئی تو ہم دیکھ نہیں سکتے۔</w:t>
      </w:r>
    </w:p>
    <w:p>
      <w:r>
        <w:rPr>
          <w:b/>
        </w:rPr>
        <w:t xml:space="preserve">[27:50] </w:t>
      </w:r>
      <w:r>
        <w:t>to sari kainat mein khuda ne roshni ke yani anbaar laga diye. tabhi to aap telescope dekh paati hain.</w:t>
      </w:r>
    </w:p>
    <w:p>
      <w:pPr>
        <w:jc w:val="right"/>
      </w:pPr>
      <w:r>
        <w:t>تو ساری کائنات میں خدا نے روشنی کے یعنی انبار لگا دیے۔ تبھی تو آپ ٹیلیسکوپ دیکھ پاتی ہیں۔</w:t>
      </w:r>
    </w:p>
    <w:p>
      <w:r>
        <w:rPr>
          <w:b/>
        </w:rPr>
        <w:t xml:space="preserve">[27:59] </w:t>
      </w:r>
      <w:r>
        <w:t>agar roshni na ho to kaise dekhenge aap?</w:t>
      </w:r>
    </w:p>
    <w:p>
      <w:pPr>
        <w:jc w:val="right"/>
      </w:pPr>
      <w:r>
        <w:t>اگر روشنی نہ ہو تو کیسے دیکھیں گے آپ؟</w:t>
      </w:r>
    </w:p>
    <w:p>
      <w:r>
        <w:rPr>
          <w:b/>
        </w:rPr>
        <w:t xml:space="preserve">[28:06] </w:t>
      </w:r>
      <w:r>
        <w:t>kesi ajeeb baat hai!</w:t>
      </w:r>
    </w:p>
    <w:p>
      <w:pPr>
        <w:jc w:val="right"/>
      </w:pPr>
      <w:r>
        <w:t>کیسی عجیب بات ہے!</w:t>
      </w:r>
    </w:p>
    <w:p>
      <w:r>
        <w:rPr>
          <w:b/>
        </w:rPr>
        <w:t xml:space="preserve">[28:11] </w:t>
      </w:r>
      <w:r>
        <w:t>hum apni zindagi ke liye oxygen chahte hain to wafar miqdar mein oxygen maujood hai.</w:t>
      </w:r>
    </w:p>
    <w:p>
      <w:pPr>
        <w:jc w:val="right"/>
      </w:pPr>
      <w:r>
        <w:t>ہم اپنے زندگی کے لیے اکسیجن چاہتے ہیں تو وافر مقدار میں اکسیجن موجود ہے۔</w:t>
      </w:r>
    </w:p>
    <w:p>
      <w:r>
        <w:rPr>
          <w:b/>
        </w:rPr>
        <w:t xml:space="preserve">[28:20] </w:t>
      </w:r>
      <w:r>
        <w:t>hum apni zindagi ke liye pani chahte hain to pani ka samandar maujood hai. hum apni awaz ko phailane ke liye chahte hain. hawa ho, sare globe par hawa phaili hui hai.</w:t>
      </w:r>
    </w:p>
    <w:p>
      <w:pPr>
        <w:jc w:val="right"/>
      </w:pPr>
      <w:r>
        <w:t>ہم اپنی زندگی کے لیے پانی چاہتے ہیں تو پانی کا سمندر موجود ہے۔ ہم اپنی آواز کو پھیلانے کے لیے چاہتے ہیں۔ ہوا ہو، سارے گلوب پر ہوا پھیلی ہوئی ہے۔</w:t>
      </w:r>
    </w:p>
    <w:p>
      <w:r>
        <w:rPr>
          <w:b/>
        </w:rPr>
        <w:t xml:space="preserve">[28:33] </w:t>
      </w:r>
      <w:r>
        <w:t>hum chahte hain ke zameen jo hai, bohat hi zyada yani is ke jo jo kashish hai, jo jo is ke andar gravity hai, woh bohat hi proportion mein ho, hamare hisab se ho,</w:t>
      </w:r>
    </w:p>
    <w:p>
      <w:pPr>
        <w:jc w:val="right"/>
      </w:pPr>
      <w:r>
        <w:t>ہم چاہتے ہیں کہ زمین جو ہے، بہت ہی زیادہ یعنی اس کے جو جو کشش ہے، جو جو اس کے اندر گریوٹی ہے، وہ بہت ہی پروپورشن میں ہو، ہمارے حساب سے ہو،</w:t>
      </w:r>
    </w:p>
    <w:p>
      <w:r>
        <w:rPr>
          <w:b/>
        </w:rPr>
        <w:t xml:space="preserve">[28:47] </w:t>
      </w:r>
      <w:r>
        <w:t>right proportion mein. to zameen ki jo gravity hai, woh bohat hi right proportion mein hai. aise bohat se sitare hain, sayare hain, un ki woh hamari comfortable nahi, kyunke un ki gravity hamare hisab se nahi hai.</w:t>
      </w:r>
    </w:p>
    <w:p>
      <w:pPr>
        <w:jc w:val="right"/>
      </w:pPr>
      <w:r>
        <w:t>رائٹ پروپورشن میں۔ تو زمین کی جو گریوٹی ہے، وہ بہت ہی رائٹ پروپورشن میں ہے۔ ایسے بہت سے ستارے ہیں، سیارے ہیں، ان کی وہ ہماری کمفرٹیبل نہیں، کیونکہ ان کی گریوٹی ہمارے حساب سے نہیں ہے۔</w:t>
      </w:r>
    </w:p>
    <w:p>
      <w:r>
        <w:rPr>
          <w:b/>
        </w:rPr>
        <w:t xml:space="preserve">[29:04] </w:t>
      </w:r>
      <w:r>
        <w:t>lekin jo planet earth hai, us ki gravity bohat hi right proportion mein hai. is tarah ke billion train item hain jo theek hamare hisab se banaye gaye hain.</w:t>
      </w:r>
    </w:p>
    <w:p>
      <w:pPr>
        <w:jc w:val="right"/>
      </w:pPr>
      <w:r>
        <w:t>لیکن جو پلینٹ ارتھ ہے، اس کی گریوٹی بہت ہی رائٹ پروپورشن میں ہے۔ اس طرح کے بلین ٹرین آئٹم ہیں جو ٹھیک ہمارے حساب سے بنائے گئے ہیں۔</w:t>
      </w:r>
    </w:p>
    <w:p>
      <w:r>
        <w:rPr>
          <w:b/>
        </w:rPr>
        <w:t xml:space="preserve">[29:17] </w:t>
      </w:r>
      <w:r>
        <w:t>isi ko kaha gaya hai ke "wa sa khar kum ma fis samawati wa ma fil ardi jamee'a". zameen o aasman jo kuch hai, sab ka sab tumhare liye</w:t>
      </w:r>
    </w:p>
    <w:p>
      <w:pPr>
        <w:jc w:val="right"/>
      </w:pPr>
      <w:r>
        <w:t>اسی کو کہا گیا ہے کہ "وسخرکم ماف السماوات و ماف الرض جمیع"۔ زمین و آسمان جو کچھ ہے، سب کا سب تمہارے لیے</w:t>
      </w:r>
    </w:p>
    <w:p>
      <w:r>
        <w:rPr>
          <w:b/>
        </w:rPr>
        <w:t xml:space="preserve">[29:32] </w:t>
      </w:r>
      <w:r>
        <w:t>bohat sahi lafz hai, custom made banaya gaya.</w:t>
      </w:r>
    </w:p>
    <w:p>
      <w:pPr>
        <w:jc w:val="right"/>
      </w:pPr>
      <w:r>
        <w:t>بہت صحیح لفظ ہے، کسٹم میڈ بنا گیا۔</w:t>
      </w:r>
    </w:p>
    <w:p>
      <w:r>
        <w:rPr>
          <w:b/>
        </w:rPr>
        <w:t xml:space="preserve">[29:40] </w:t>
      </w:r>
      <w:r>
        <w:t>lekin sawal yeh hai ke phir bhi hum is dunya mein enjoy nahi kar paate, is dunya mein reh nahi paate.</w:t>
      </w:r>
    </w:p>
    <w:p>
      <w:pPr>
        <w:jc w:val="right"/>
      </w:pPr>
      <w:r>
        <w:t>لیکن سوال یہ ہے کہ پھر بھی ہم اس دنیا میں انجوائے نہیں کر پاتے، اس دنیا میں رہ نہیں پاتے۔</w:t>
      </w:r>
    </w:p>
    <w:p>
      <w:r>
        <w:rPr>
          <w:b/>
        </w:rPr>
        <w:t xml:space="preserve">[29:47] </w:t>
      </w:r>
      <w:r>
        <w:t>har jagah hamein limitations hain, disadvantage hain, accident hai, maut hai, yeh hai, woh hai. to is ke is ke liye Allah taala ne paradise banai.</w:t>
      </w:r>
    </w:p>
    <w:p>
      <w:pPr>
        <w:jc w:val="right"/>
      </w:pPr>
      <w:r>
        <w:t>ہر جگہ ہمیں لیمیٹیشنز ہیں، ڈس ایڈوانٹیج ہیں، ایکسیڈنٹ ہے، موت ہے، یہ ہے، وہ ہے۔ تو اس کے اس کے لیے اللہ تعالی نے پیراڈائز بنائی۔</w:t>
      </w:r>
    </w:p>
    <w:p>
      <w:r>
        <w:rPr>
          <w:b/>
        </w:rPr>
        <w:t xml:space="preserve">[30:03] </w:t>
      </w:r>
      <w:r>
        <w:t>paradise ke bare mein quran mein aya hai ke</w:t>
      </w:r>
    </w:p>
    <w:p>
      <w:pPr>
        <w:jc w:val="right"/>
      </w:pPr>
      <w:r>
        <w:t>پیراڈائز کے بارے میں قرآن میں آیا ہے کہ</w:t>
      </w:r>
    </w:p>
    <w:p>
      <w:r>
        <w:rPr>
          <w:b/>
        </w:rPr>
        <w:t xml:space="preserve">[30:08] </w:t>
      </w:r>
      <w:r>
        <w:t>"jannatun arzus samawati wal ardh". woh jannat jis ke yani zameen o aasman ke barabar hogi.</w:t>
      </w:r>
    </w:p>
    <w:p>
      <w:pPr>
        <w:jc w:val="right"/>
      </w:pPr>
      <w:r>
        <w:t>"جنت ارض السماوات والارض"۔ وہ جنت جس کے یعنی زمین و آسمان کے برابر ہوگی۔</w:t>
      </w:r>
    </w:p>
    <w:p>
      <w:r>
        <w:rPr>
          <w:b/>
        </w:rPr>
        <w:t xml:space="preserve">[30:17] </w:t>
      </w:r>
      <w:r>
        <w:t>daudo us jannat ki taraf jo zameen o aasman ke barabar hai. dekho, yeh zameen o aasman ke barabar yeh yeh jo hai, yeh in terms of in terms of area nahi hai, in terms of enjoy hai.</w:t>
      </w:r>
    </w:p>
    <w:p>
      <w:pPr>
        <w:jc w:val="right"/>
      </w:pPr>
      <w:r>
        <w:t>دوڑو اس جنت کی طرف جو زمین و آسمان کے برابر ہے۔ دیکھیں، یہ زمین و آسمان کے برابر یہ یہ جو ہے، یہ ان ٹرمز آف ان ٹرمز آف ایریا نہیں ہے، ان ٹرمز آف انجوائے ہے۔</w:t>
      </w:r>
    </w:p>
    <w:p>
      <w:r>
        <w:rPr>
          <w:b/>
        </w:rPr>
        <w:t xml:space="preserve">[30:30] </w:t>
      </w:r>
      <w:r>
        <w:t>yeh is ka matlab nahi ke aap ko itna bara maal milega jo sari universe tak phaila hua ho. nahi, yeh in terms of enjoy hai, in terms of area nahi hai.</w:t>
      </w:r>
    </w:p>
    <w:p>
      <w:pPr>
        <w:jc w:val="right"/>
      </w:pPr>
      <w:r>
        <w:t>یہ اس کا مطلب نہیں کہ آپ کو اتنا بڑا مال ملے گا جو ساری یونیورس تک پھیلا ہوا ہو۔ نہیں، یہ ان ٹرمز آف انجوائے ہے، ان ٹرمز آف ایریا نہیں ہے۔</w:t>
      </w:r>
    </w:p>
    <w:p>
      <w:r>
        <w:rPr>
          <w:b/>
        </w:rPr>
        <w:t xml:space="preserve">[30:46] </w:t>
      </w:r>
      <w:r>
        <w:t>matlab universal mawaqe honge enjoy ke, endless mawaqe honge.</w:t>
      </w:r>
    </w:p>
    <w:p>
      <w:pPr>
        <w:jc w:val="right"/>
      </w:pPr>
      <w:r>
        <w:t>مطلب یونیورسل مواقع ہوں گے انجوائے کے، ان لیس مواقع ہوں گے۔</w:t>
      </w:r>
    </w:p>
    <w:p>
      <w:r>
        <w:rPr>
          <w:b/>
        </w:rPr>
        <w:t xml:space="preserve">[30:57] </w:t>
      </w:r>
      <w:r>
        <w:t>to aap dekhiye ke insaan jo hai, uska sense of enjoy unlimited hai. yeh apne aap mein chahta hai ke koi unlimited fulfillment ho.</w:t>
      </w:r>
    </w:p>
    <w:p>
      <w:pPr>
        <w:jc w:val="right"/>
      </w:pPr>
      <w:r>
        <w:t>تو آپ دیکھیے کہ انسان جو ہے، اس کا سینس آف انجوائے ان لمیٹڈ ہے۔ یہ اپنے آپ میں چاہتا ہے کہ کوئی ان لمیٹڈ فلفلمنٹ ہو۔</w:t>
      </w:r>
    </w:p>
    <w:p>
      <w:r>
        <w:rPr>
          <w:b/>
        </w:rPr>
        <w:t xml:space="preserve">[31:08] </w:t>
      </w:r>
      <w:r>
        <w:t>to yahan par is ka jawab milta hai.</w:t>
      </w:r>
    </w:p>
    <w:p>
      <w:pPr>
        <w:jc w:val="right"/>
      </w:pPr>
      <w:r>
        <w:t>تو یہاں پر اس کا جواب ملتا ہے۔</w:t>
      </w:r>
    </w:p>
    <w:p>
      <w:r>
        <w:rPr>
          <w:b/>
        </w:rPr>
        <w:t xml:space="preserve">[31:17] </w:t>
      </w:r>
      <w:r>
        <w:t>to is tarah se aap jab sochenge to maloom hoga ke yeh jo direction being ke taur par insaan ko banaya gaya hai, is ka purpose kya hai, is ka role kya hai,</w:t>
      </w:r>
    </w:p>
    <w:p>
      <w:pPr>
        <w:jc w:val="right"/>
      </w:pPr>
      <w:r>
        <w:t>تو اس طرح سے آپ جب سوچیں گے تو معلوم ہوگا کہ یہ جو ڈائریکشن بینگ کے طور پر انسان کو بنایا گیا ہے، اس کا پرپس کیا ہے، اس کا رول کیا ہے،</w:t>
      </w:r>
    </w:p>
    <w:p>
      <w:r>
        <w:rPr>
          <w:b/>
        </w:rPr>
        <w:t xml:space="preserve">[31:29] </w:t>
      </w:r>
      <w:r>
        <w:t>is ka end kya hai. yahan mein ek baat aur karna chahunga ke</w:t>
      </w:r>
    </w:p>
    <w:p>
      <w:pPr>
        <w:jc w:val="right"/>
      </w:pPr>
      <w:r>
        <w:t>اس کا اینڈ کیا ہے۔ یہاں میں ایک بات اور کرنا چاہوں گا کہ</w:t>
      </w:r>
    </w:p>
    <w:p>
      <w:r>
        <w:rPr>
          <w:b/>
        </w:rPr>
        <w:t xml:space="preserve">[31:37] </w:t>
      </w:r>
      <w:r>
        <w:t>shaitan jo hai, poori tareekh mein active raha hai insaan ko bakani ke liye,</w:t>
      </w:r>
    </w:p>
    <w:p>
      <w:pPr>
        <w:jc w:val="right"/>
      </w:pPr>
      <w:r>
        <w:t>شیطان جو ہے، پوری تاریخ میں ایکٹیو رہا ہے انسان کو باکانی کے لیے،</w:t>
      </w:r>
    </w:p>
    <w:p>
      <w:r>
        <w:rPr>
          <w:b/>
        </w:rPr>
        <w:t xml:space="preserve">[31:46] </w:t>
      </w:r>
      <w:r>
        <w:t>sa'at-e-mustaqeem se hatane ke liye. lekin sab se bara jo is ne kiya us zamane mein baakani ka muamla, woh jante hain kya tha?</w:t>
      </w:r>
    </w:p>
    <w:p>
      <w:pPr>
        <w:jc w:val="right"/>
      </w:pPr>
      <w:r>
        <w:t>ساعت مستقیم سے ہٹانے کے لیے۔ لیکن سب سے بڑا جو اس نے کیا اس زمانے میں باکانی کا معاملہ، وہ جانتے ہیں کیا تھا؟</w:t>
      </w:r>
    </w:p>
    <w:p>
      <w:r>
        <w:rPr>
          <w:b/>
        </w:rPr>
        <w:t xml:space="preserve">[31:57] </w:t>
      </w:r>
      <w:r>
        <w:t>woh hai evolution theory.</w:t>
      </w:r>
    </w:p>
    <w:p>
      <w:pPr>
        <w:jc w:val="right"/>
      </w:pPr>
      <w:r>
        <w:t>وہ ہے ایولوشن تھیوری۔</w:t>
      </w:r>
    </w:p>
    <w:p>
      <w:r>
        <w:rPr>
          <w:b/>
        </w:rPr>
        <w:t xml:space="preserve">[32:03] </w:t>
      </w:r>
      <w:r>
        <w:t>evolution theory jo hai, koi nai nahi hai. greek philosophers ka is ka concept maujood tha. unhon ne is tarah ka concept diya tha ke pehle</w:t>
      </w:r>
    </w:p>
    <w:p>
      <w:pPr>
        <w:jc w:val="right"/>
      </w:pPr>
      <w:r>
        <w:t>ایولوشن تھیوری جو ہے، کوئی نئی نہیں ہے۔ گریک فلاسفرز کا اس کا کانسیپٹ موجود تھا۔ انہوں نے اس طرح کا کانسیپٹ دیا تھا کہ پہلے</w:t>
      </w:r>
    </w:p>
    <w:p>
      <w:r>
        <w:rPr>
          <w:b/>
        </w:rPr>
        <w:t xml:space="preserve">[32:16] </w:t>
      </w:r>
      <w:r>
        <w:t>matter hai, aaya lifeless matter, us ke baad phir plant aaya, phir haiwanat nikle, phir insan nikla.</w:t>
      </w:r>
    </w:p>
    <w:p>
      <w:pPr>
        <w:jc w:val="right"/>
      </w:pPr>
      <w:r>
        <w:t>میٹر ہے، آیا لائف لیس میٹر، اس کے بعد پھر پلانٹ آیا، پھر حیوانات نکلے، پھر انسان نکلا۔</w:t>
      </w:r>
    </w:p>
    <w:p>
      <w:r>
        <w:rPr>
          <w:b/>
        </w:rPr>
        <w:t xml:space="preserve">[32:29] </w:t>
      </w:r>
      <w:r>
        <w:t>yeh concept Maulana Room ki jo masnavi hai, us mein maujood hai. aur musalmanon mein se kuch philosophers ne is ko zikr kiya hai,</w:t>
      </w:r>
    </w:p>
    <w:p>
      <w:pPr>
        <w:jc w:val="right"/>
      </w:pPr>
      <w:r>
        <w:t>یہ کانسیپٹ مولانا روم کی جو مثنوی ہے، اس میں موجود ہے۔ اور مسلمانوں میں سے کچھ فلاسفرز نے اس کو ذکر کیا ہے،</w:t>
      </w:r>
    </w:p>
    <w:p>
      <w:r>
        <w:rPr>
          <w:b/>
        </w:rPr>
        <w:t xml:space="preserve">[32:43] </w:t>
      </w:r>
      <w:r>
        <w:t>mislan Maskaway ne is ko liya hai.</w:t>
      </w:r>
    </w:p>
    <w:p>
      <w:pPr>
        <w:jc w:val="right"/>
      </w:pPr>
      <w:r>
        <w:t>مثلاً مسکوی نے اس کو لیا ہے۔</w:t>
      </w:r>
    </w:p>
    <w:p>
      <w:r>
        <w:rPr>
          <w:b/>
        </w:rPr>
        <w:t xml:space="preserve">[32:48] </w:t>
      </w:r>
      <w:r>
        <w:t>to greek philosophers ne jo socha tha, woh history mein chalta raha. lekin Darwin ne is ko aik bohat zabardast tareeqe se organize mein pesh kiya.</w:t>
      </w:r>
    </w:p>
    <w:p>
      <w:pPr>
        <w:jc w:val="right"/>
      </w:pPr>
      <w:r>
        <w:t>تو گریک فلاسفرز نے جو سوچا تھا، وہ ہسٹری میں چلتا رہا۔ لیکن ڈارون نے اس کو ایک بہت زبردست طریقے سے ارگنائز میں پیش کیا۔</w:t>
      </w:r>
    </w:p>
    <w:p>
      <w:r>
        <w:rPr>
          <w:b/>
        </w:rPr>
        <w:t xml:space="preserve">[33:05] </w:t>
      </w:r>
      <w:r>
        <w:t>Darwin ne pehli baar insan ke dil mein dala ke tumhare aur doosron mein koi difference nahi hai, jaise animal hain, waise tum ho.</w:t>
      </w:r>
    </w:p>
    <w:p>
      <w:pPr>
        <w:jc w:val="right"/>
      </w:pPr>
      <w:r>
        <w:t>ڈارون نے پہلی بار انسان کے دل میں ڈالا کہ تمہارے اور دوسروں میں کوئی ڈیفرنس نہیں ہے، جیسے اینیمل ہیں، ویسے تم ہو۔</w:t>
      </w:r>
    </w:p>
    <w:p>
      <w:r>
        <w:rPr>
          <w:b/>
        </w:rPr>
        <w:t xml:space="preserve">[33:16] </w:t>
      </w:r>
      <w:r>
        <w:t>yeh bohat bara hamla tha shaitan ka ke concept of difference khatam kar diya is ne.</w:t>
      </w:r>
    </w:p>
    <w:p>
      <w:pPr>
        <w:jc w:val="right"/>
      </w:pPr>
      <w:r>
        <w:t>یہ بہت بڑا حملہ تھا شیطان کا کہ کانسیپٹ آف ڈیفرنس ختم کر دیا اس نے۔</w:t>
      </w:r>
    </w:p>
    <w:p>
      <w:r>
        <w:rPr>
          <w:b/>
        </w:rPr>
        <w:t xml:space="preserve">[33:24] </w:t>
      </w:r>
      <w:r>
        <w:t>common ancestors hain mere aur chipkali ke, mere aur cheunti ke, mere aur billi ke, sab common ancestors hain. main koi alag makhlooq nahi hoon.</w:t>
      </w:r>
    </w:p>
    <w:p>
      <w:pPr>
        <w:jc w:val="right"/>
      </w:pPr>
      <w:r>
        <w:t>کامن انسسٹرز ہیں میرے اور چھپکلی کے، میرے اور چیونٹی کے، میرے اور بلی کے، سب کامن انسسٹرز ہیں۔ میں کوئی الگ مخلوق نہیں ہوں۔</w:t>
      </w:r>
    </w:p>
    <w:p>
      <w:r>
        <w:rPr>
          <w:b/>
        </w:rPr>
        <w:t xml:space="preserve">[33:36] </w:t>
      </w:r>
      <w:r>
        <w:t>to kaha jo maine apne gaon mein socha tha ke main a different being hoon, aur phir jo maine daryaft kiya ke main differ</w:t>
      </w:r>
    </w:p>
    <w:p>
      <w:pPr>
        <w:jc w:val="right"/>
      </w:pPr>
      <w:r>
        <w:t>تو کہا جو میں نے اپنے گاؤں میں سوچا تھا کہ میں ایک ڈفرنٹ بینگ ہوں، اور پھر جو میں نے دریافت کیا کہ میں ڈفر</w:t>
      </w:r>
    </w:p>
    <w:p>
      <w:r>
        <w:rPr>
          <w:b/>
        </w:rPr>
        <w:t xml:space="preserve">[33:43] </w:t>
      </w:r>
      <w:r>
        <w:t>ent bhi honge, woh sab demise kar diya is ne. Darwin ne mere liye nahi, matlab chaha is ne demise karna.</w:t>
      </w:r>
    </w:p>
    <w:p>
      <w:pPr>
        <w:jc w:val="right"/>
      </w:pPr>
      <w:r>
        <w:t>نٹ بھی ہوں گے، وہ سب ڈیمائز کر دیا اس نے۔ ڈارون نے میرے لیے نہیں، مطلب چاہا اس نے ڈیمائز کرنا۔</w:t>
      </w:r>
    </w:p>
    <w:p>
      <w:r>
        <w:rPr>
          <w:b/>
        </w:rPr>
        <w:t xml:space="preserve">[33:53] </w:t>
      </w:r>
      <w:r>
        <w:t>yeh sab se bari rukawat hui us zamane mein Darwin ki theory evolution ke insan ke andar sahi right thinking develop na ho.</w:t>
      </w:r>
    </w:p>
    <w:p>
      <w:pPr>
        <w:jc w:val="right"/>
      </w:pPr>
      <w:r>
        <w:t>یہ سب سے بڑی رکاوٹ ہوئی اس زمانے میں ڈارون کی تھیوری ایولوشن کہ انسان کے اندر صحیح رائٹ تھنکنگ ڈیولپ نہ ہو۔</w:t>
      </w:r>
    </w:p>
    <w:p>
      <w:r>
        <w:rPr>
          <w:b/>
        </w:rPr>
        <w:t xml:space="preserve">[34:04] </w:t>
      </w:r>
      <w:r>
        <w:t>kyun ke right thinking develop hoti hai usi se jab main discover karta hoon ke I am a different being. is ka nateeja kya hota hai?</w:t>
      </w:r>
    </w:p>
    <w:p>
      <w:pPr>
        <w:jc w:val="right"/>
      </w:pPr>
      <w:r>
        <w:t>کیونکہ رائٹ تھنکنگ ڈیولپ ہوتی ہے اسی سے جب میں ڈسکور کرتا ہوں کہ آئی ایم اے ڈفرنٹ بینگ۔ اس کا نتیجہ کیا ہوتا ہے؟</w:t>
      </w:r>
    </w:p>
    <w:p>
      <w:r>
        <w:rPr>
          <w:b/>
        </w:rPr>
        <w:t xml:space="preserve">[34:13] </w:t>
      </w:r>
      <w:r>
        <w:t>ke phir right here, right now ka concept paida hua. isi duniya mein jiyo, isi duniya mein maro, aur kamao, kama kar ke family ko khush karo.</w:t>
      </w:r>
    </w:p>
    <w:p>
      <w:pPr>
        <w:jc w:val="right"/>
      </w:pPr>
      <w:r>
        <w:t>کہ پھر رائٹ ہیر، رائٹ ناو کا کانسیپٹ پیدا ہوا۔ اسی دنیا میں جیو، اسی دنیا میں مرو، اور کماؤ، کما کر کے فیملی کو خوش کرو۔</w:t>
      </w:r>
    </w:p>
    <w:p>
      <w:r>
        <w:rPr>
          <w:b/>
        </w:rPr>
        <w:t xml:space="preserve">[34:26] </w:t>
      </w:r>
      <w:r>
        <w:t>yeh sab jo paida hua, yeh sab usi ki wajah se hai. yeh difference ka concept khatam kar diya Darwin ne.</w:t>
      </w:r>
    </w:p>
    <w:p>
      <w:pPr>
        <w:jc w:val="right"/>
      </w:pPr>
      <w:r>
        <w:t>یہ سب جو پیدا ہوا، یہ سب اسی کی وجہ سے ہے۔ یہ ڈیفرنس کا کانسیپٹ ختم کر دیا ڈارون نے۔</w:t>
      </w:r>
    </w:p>
    <w:p>
      <w:r>
        <w:rPr>
          <w:b/>
        </w:rPr>
        <w:t xml:space="preserve">[34:36] </w:t>
      </w:r>
      <w:r>
        <w:t>aik zamana tha ke Darwin ka falsafa tha, aur duniya par chhaya hua tha, abhi bhi chhaya hua hai. main exceptionally is se bahar aaya. Allah taala ne hum is ko is se bahar le aaye, halanke bilkul yeh base less hai, koi is ka proof nahi hai.</w:t>
      </w:r>
    </w:p>
    <w:p>
      <w:pPr>
        <w:jc w:val="right"/>
      </w:pPr>
      <w:r>
        <w:t>ایک زمانہ تھا کہ ڈارون کا فلسفہ تھا، اور دنیا پر چھایا ہوا تھا، ابھی بھی چھایا ہوا ہے۔ میں ایکسیپشنلی اس سے باہر آیا۔ اللہ تعالی نے ہم اس کو اس سے باہر لے آئے، حالانکہ بالکل یہ بیس لیس ہے، کوئی اس کا پروف نہیں ہے۔</w:t>
      </w:r>
    </w:p>
    <w:p>
      <w:r>
        <w:rPr>
          <w:b/>
        </w:rPr>
        <w:t xml:space="preserve">[34:53] </w:t>
      </w:r>
      <w:r>
        <w:t>aap mein se jis ko koi shakk ho to woh sirf aik kitaab parh le, Lunn ki LUANN. Lunn ki kitaab "Revolt Against Reason".</w:t>
      </w:r>
    </w:p>
    <w:p>
      <w:pPr>
        <w:jc w:val="right"/>
      </w:pPr>
      <w:r>
        <w:t>آپ میں سے جس کو کوئی شک ہو تو وہ صرف ایک کتاب پڑھ لے، لون کی ایل یو ڈبل این۔ لون کی کتاب "ریولٹ اگینسٹ ریزن"۔</w:t>
      </w:r>
    </w:p>
    <w:p>
      <w:r>
        <w:rPr>
          <w:b/>
        </w:rPr>
        <w:t xml:space="preserve">[35:05] </w:t>
      </w:r>
      <w:r>
        <w:t>LUANN, Lunn "Revolt Against Reason". is ne demise kar diya is ko ke yeh koi, yeh koi scientific theory hai.</w:t>
      </w:r>
    </w:p>
    <w:p>
      <w:pPr>
        <w:jc w:val="right"/>
      </w:pPr>
      <w:r>
        <w:t>ایل یو ڈبل این، لون "ریولٹ اگینسٹ ریزن"۔ اس نے ڈیمائز کر دیا اس کو کہ یہ کوئی، یہ کوئی سائنٹیفک تھیوری ہے۔</w:t>
      </w:r>
    </w:p>
    <w:p>
      <w:r>
        <w:rPr>
          <w:b/>
        </w:rPr>
        <w:t xml:space="preserve">[35:17] </w:t>
      </w:r>
      <w:r>
        <w:t>khair, main us waqt jo kehta hoon, keh raha hoon, woh buniyadi taur par yeh hai ke jo marifat ki beginning hai, woh is par hoti hai ke aap apne aap ko as a different being discover karein.</w:t>
      </w:r>
    </w:p>
    <w:p>
      <w:pPr>
        <w:jc w:val="right"/>
      </w:pPr>
      <w:r>
        <w:t>خیر، میں اس وقت جو کہتا ہوں، کہہ رہا ہوں، وہ بنیادی طور پر یہ ہے کہ جو معرفت کی بگننگ ہے، وہ اس پر ہوتی ہے کہ آپ اپنے آپ کو ایز اے ڈفرنٹ بینگ ڈسکور کریں۔</w:t>
      </w:r>
    </w:p>
    <w:p>
      <w:r>
        <w:rPr>
          <w:b/>
        </w:rPr>
        <w:t xml:space="preserve">[35:32] </w:t>
      </w:r>
      <w:r>
        <w:t>phir aage ki baat chalti hai. jab yahin par aap fail ho jayein, apne ko as a different being daryaft na kar sakein, aap samjhein jaise ghoda hai, waise main hoon.</w:t>
      </w:r>
    </w:p>
    <w:p>
      <w:pPr>
        <w:jc w:val="right"/>
      </w:pPr>
      <w:r>
        <w:t>پھر آگے کی بات چلتی ہے۔ جب یہیں پر آپ فیل ہو جائیں، اپنے کو ایز اے ڈفرنٹ بینگ دریافت نہ کر سکیں، آپ سمجھیں جیسے گھوڑا ہے، ویسا میں ہوں۔</w:t>
      </w:r>
    </w:p>
    <w:p>
      <w:r>
        <w:rPr>
          <w:b/>
        </w:rPr>
        <w:t xml:space="preserve">[35:44] </w:t>
      </w:r>
      <w:r>
        <w:t>jaise bandar hai, waise hi main hoon. jaise doosre rengne chalne wale janwar hain, waise main bhi hoon. to woh woh soch hi khatam ho jati hai, consciously ya unconsciously.</w:t>
      </w:r>
    </w:p>
    <w:p>
      <w:pPr>
        <w:jc w:val="right"/>
      </w:pPr>
      <w:r>
        <w:t>جیسے بندر ہے، ویسے ہی میں ہوں۔ جیسے دوسرے رینگنے چلنے والے جانور ہیں، ویسے میں بھی ہوں۔ تو وہ وہ سوچ ہی ختم ہو جاتی ہے، کانشیسلی یا ان کانشیسلی۔</w:t>
      </w:r>
    </w:p>
    <w:p>
      <w:r>
        <w:rPr>
          <w:b/>
        </w:rPr>
        <w:t xml:space="preserve">[36:03] </w:t>
      </w:r>
      <w:r>
        <w:t>to yeh hai, yaani river of knowledge jo chalte chalte yahan pohnchi hai.</w:t>
      </w:r>
    </w:p>
    <w:p>
      <w:pPr>
        <w:jc w:val="right"/>
      </w:pPr>
      <w:r>
        <w:t>تو یہ ہے، یعنی ریور آف نالج جو چلتے چلتے یہاں پہنچی ہے۔</w:t>
      </w:r>
    </w:p>
    <w:p>
      <w:r>
        <w:rPr>
          <w:b/>
        </w:rPr>
        <w:t xml:space="preserve">[36:13] </w:t>
      </w:r>
      <w:r>
        <w:t>to insan ne jo daryaft kiya hai is muamle mein science ke zariye se, woh ilm ka 50 percent hai.</w:t>
      </w:r>
    </w:p>
    <w:p>
      <w:pPr>
        <w:jc w:val="right"/>
      </w:pPr>
      <w:r>
        <w:t>تو انسان نے جو دریافت کیا ہے اس معاملے میں سائنس کے ذریعے سے، وہ علم کا 50 پرسنٹ ہے۔</w:t>
      </w:r>
    </w:p>
    <w:p>
      <w:r>
        <w:rPr>
          <w:b/>
        </w:rPr>
        <w:t xml:space="preserve">[36:23] </w:t>
      </w:r>
      <w:r>
        <w:t>baqi 50 percent jo hai, woh insan ko lena hai</w:t>
      </w:r>
    </w:p>
    <w:p>
      <w:pPr>
        <w:jc w:val="right"/>
      </w:pPr>
      <w:r>
        <w:t>بقیہ 50 پرسنٹ جو ہے، وہ انسان کو لینا ہے</w:t>
      </w:r>
    </w:p>
    <w:p>
      <w:r>
        <w:rPr>
          <w:b/>
        </w:rPr>
        <w:t xml:space="preserve">[36:28] </w:t>
      </w:r>
      <w:r>
        <w:t>allah ki kitab se, allah ki wahi se, rasool allah salallaho alaihi wasallam ki ke jo guidance li aap ne, us se lena hai.</w:t>
      </w:r>
    </w:p>
    <w:p>
      <w:pPr>
        <w:jc w:val="right"/>
      </w:pPr>
      <w:r>
        <w:t>اللہ کی کتاب سے، اللہ کی وحی سے، رسول اللہ صلی اللہ علیہ وسلم کی کہ جو گائیڈنس لی آپ نے، اس سے لینا ہے۔</w:t>
      </w:r>
    </w:p>
    <w:p>
      <w:r>
        <w:rPr>
          <w:b/>
        </w:rPr>
        <w:t xml:space="preserve">[36:37] </w:t>
      </w:r>
      <w:r>
        <w:t>agar use nahi lena le ga to phir bhatakta rahe ga, bhatakta rahe ga.</w:t>
      </w:r>
    </w:p>
    <w:p>
      <w:pPr>
        <w:jc w:val="right"/>
      </w:pPr>
      <w:r>
        <w:t>اگر اسے نہیں لینا لے گا تو پھر بھٹکتا رہے گا، بھٹکتا رہے گا۔</w:t>
      </w:r>
    </w:p>
    <w:p>
      <w:r>
        <w:rPr>
          <w:b/>
        </w:rPr>
        <w:t xml:space="preserve">[36:52] </w:t>
      </w:r>
      <w:r>
        <w:t>to yeh bohat hi, yani main aksar sochta hoon ke allah taala ne yeh chaha</w:t>
      </w:r>
    </w:p>
    <w:p>
      <w:pPr>
        <w:jc w:val="right"/>
      </w:pPr>
      <w:r>
        <w:t>تو یہ بہت ہی، یعنی میں اکثر سوچتا ہوں کہ اللہ تعالی نے یہ چاہا</w:t>
      </w:r>
    </w:p>
    <w:p>
      <w:r>
        <w:rPr>
          <w:b/>
        </w:rPr>
        <w:t xml:space="preserve">[37:04] </w:t>
      </w:r>
      <w:r>
        <w:t>ke woh</w:t>
      </w:r>
    </w:p>
    <w:p>
      <w:pPr>
        <w:jc w:val="right"/>
      </w:pPr>
      <w:r>
        <w:t>کہ وہ</w:t>
      </w:r>
    </w:p>
    <w:p>
      <w:r>
        <w:rPr>
          <w:b/>
        </w:rPr>
        <w:t xml:space="preserve">[37:08] </w:t>
      </w:r>
      <w:r>
        <w:t>kisi ko woh cheez de jo us ke apne wajood ke siwa, us ke apne wajood ke siwa har cheez se behtar ho.</w:t>
      </w:r>
    </w:p>
    <w:p>
      <w:pPr>
        <w:jc w:val="right"/>
      </w:pPr>
      <w:r>
        <w:t>کسی کو وہ چیز دے جو اس کے اپنے وجود کے سوا، اس کے اپنے وجود کے سوا ہر چیز سے بہتر ہو۔</w:t>
      </w:r>
    </w:p>
    <w:p>
      <w:r>
        <w:rPr>
          <w:b/>
        </w:rPr>
        <w:t xml:space="preserve">[37:16] </w:t>
      </w:r>
      <w:r>
        <w:t>ek ajeeb si baat hai, yeh bohat ajeeb si baat maloom hoti hai, lekin main aksar sochta hoon ke shayad allah taala ne chaha ke kisi ko woh cheez de jo us ke apne wajood ke sath har cheez se behtar ho,</w:t>
      </w:r>
    </w:p>
    <w:p>
      <w:pPr>
        <w:jc w:val="right"/>
      </w:pPr>
      <w:r>
        <w:t>ایک عجیب سی بات ہے، یہ بہت عجیب سی بات معلوم ہوتی ہے، لیکن میں اکثر سوچتا ہوں کہ شاید اللہ تعالی نے چاہا کہ کسی کو وہ چیز دے جو اس کے اپنے وجود کے ساتھ ہر چیز سے بہتر ہو،</w:t>
      </w:r>
    </w:p>
    <w:p>
      <w:r>
        <w:rPr>
          <w:b/>
        </w:rPr>
        <w:t xml:space="preserve">[37:33] </w:t>
      </w:r>
      <w:r>
        <w:t>aur woh hai paradise. aap sochiye zara, perfect world, ideal world kaisa ajeeb o ghareeb hoga jah</w:t>
      </w:r>
    </w:p>
    <w:p>
      <w:pPr>
        <w:jc w:val="right"/>
      </w:pPr>
      <w:r>
        <w:t>اور وہ ہے پیراڈائز۔ آپ سوچیے ذرا، پرفیکٹ ورلڈ، آئیڈیل ورلڈ کیسا عجیب و غریب ہوگا جہ</w:t>
      </w:r>
    </w:p>
    <w:p>
      <w:r>
        <w:rPr>
          <w:b/>
        </w:rPr>
        <w:t xml:space="preserve">[37:43] </w:t>
      </w:r>
      <w:r>
        <w:t>an aap ko fulfillment mile, woh kaisa ajeeb hoga.</w:t>
      </w:r>
    </w:p>
    <w:p>
      <w:pPr>
        <w:jc w:val="right"/>
      </w:pPr>
      <w:r>
        <w:t>اں آپ کو فلفل فلفلمنٹ ملے، وہ کیسا عجیب ہوگا۔</w:t>
      </w:r>
    </w:p>
    <w:p>
      <w:r>
        <w:rPr>
          <w:b/>
        </w:rPr>
        <w:t xml:space="preserve">[37:50] </w:t>
      </w:r>
      <w:r>
        <w:t>to allah taala ne chaha ke insaan ko koi aisi cheez de jo kisi ko woh cheez de jo us ki apni zaat ke siwa sab se behtar ho.</w:t>
      </w:r>
    </w:p>
    <w:p>
      <w:pPr>
        <w:jc w:val="right"/>
      </w:pPr>
      <w:r>
        <w:t>تو اللہ تعالی نے چاہا کہ انسان کو کوئی ایسی چیز دے جو کسی کو وہ چیز دے جو اس کی اپنی ذات کے سوا سب سے بہتر ہو۔</w:t>
      </w:r>
    </w:p>
    <w:p>
      <w:r>
        <w:rPr>
          <w:b/>
        </w:rPr>
        <w:t xml:space="preserve">[38:02] </w:t>
      </w:r>
      <w:r>
        <w:t>to allah taala ne paradise banai. paradise. ab yeh sawal tha ke paradise ki price kya hai?</w:t>
      </w:r>
    </w:p>
    <w:p>
      <w:pPr>
        <w:jc w:val="right"/>
      </w:pPr>
      <w:r>
        <w:t>تو اللہ تعالی نے پیراڈائز بنائی۔ پیراڈائز۔ اب یہ سوال تھا کہ پیراڈائز کی پرائس کیا ہے؟</w:t>
      </w:r>
    </w:p>
    <w:p>
      <w:r>
        <w:rPr>
          <w:b/>
        </w:rPr>
        <w:t xml:space="preserve">[38:10] </w:t>
      </w:r>
      <w:r>
        <w:t>kaun log paradise mein basaye jayen ge? to zahir hai ke is ke liye deserving candidate chahiye.</w:t>
      </w:r>
    </w:p>
    <w:p>
      <w:pPr>
        <w:jc w:val="right"/>
      </w:pPr>
      <w:r>
        <w:t>کون لوگ پیراڈائز میں بسائے جائیں گے؟ تو ظاہر ہے کہ اس کے لیے ڈیزرونگ کینڈیڈیٹ چاہیے۔</w:t>
      </w:r>
    </w:p>
    <w:p>
      <w:r>
        <w:rPr>
          <w:b/>
        </w:rPr>
        <w:t xml:space="preserve">[38:19] </w:t>
      </w:r>
      <w:r>
        <w:t>khawamkhwa aap kooda karkat to nahi bhar sakte paradise mein. is ke liye woh personality chahiye jo wahan rehne ke qabil ho.</w:t>
      </w:r>
    </w:p>
    <w:p>
      <w:pPr>
        <w:jc w:val="right"/>
      </w:pPr>
      <w:r>
        <w:t>خوامخواہ آپ کوڑا کرکٹ تو نہیں بھر سکتے پیراڈائز میں۔ اس کے لیے وہ پرسنیلٹی چاہیے جو وہاں رہنے کے قابل ہو۔</w:t>
      </w:r>
    </w:p>
    <w:p>
      <w:r>
        <w:rPr>
          <w:b/>
        </w:rPr>
        <w:t xml:space="preserve">[38:30] </w:t>
      </w:r>
      <w:r>
        <w:t>to is ke liye allah taala ne yeh usool banaye ke zalik jaza munttazka, jo apne aap ko purifier soul ke tor par develop kare, jo apne aap ko purifier mind ke tor par develop kare,</w:t>
      </w:r>
    </w:p>
    <w:p>
      <w:pPr>
        <w:jc w:val="right"/>
      </w:pPr>
      <w:r>
        <w:t>تو اس کے لیے اللہ تعالی نے یہ اصول بنائے کہ ذالک جزا منتزکا، جو اپنے آپ کو پریفائر سول کے طور پر ڈیولپ کرے، جو اپنے آپ کو پریفائر مائنڈ کے طور پر ڈیولپ کرے،</w:t>
      </w:r>
    </w:p>
    <w:p>
      <w:r>
        <w:rPr>
          <w:b/>
        </w:rPr>
        <w:t xml:space="preserve">[38:45] </w:t>
      </w:r>
      <w:r>
        <w:t>jo aap ko apne aap ko purifier personality ke tor par develop kare, woh wahan thehraya jayega. ab purification kya hai?</w:t>
      </w:r>
    </w:p>
    <w:p>
      <w:pPr>
        <w:jc w:val="right"/>
      </w:pPr>
      <w:r>
        <w:t>جو آپ کو اپنے آپ کو پریفائر پرسنیلٹی کے طور پر ڈیولپ کرے، وہ وہاں ٹھہرایا جائے گا۔ اب پیوریفیکیشن کیا ہے؟</w:t>
      </w:r>
    </w:p>
    <w:p>
      <w:r>
        <w:rPr>
          <w:b/>
        </w:rPr>
        <w:t xml:space="preserve">[38:57] </w:t>
      </w:r>
      <w:r>
        <w:t>woh yahi hai: "fa bi aala rabbika matuk zaban". yeh ayat surah rehman mein 31 bar aai hai ke tum khuda ke kis kis aala ko deny karoge?</w:t>
      </w:r>
    </w:p>
    <w:p>
      <w:pPr>
        <w:jc w:val="right"/>
      </w:pPr>
      <w:r>
        <w:t>وہ یہی ہے: "فبی اعلی ربک ماتک زبان"۔ یہ آیت سورہ الرحمن میں 31 بار آئی ہے کہ تم خدا کے کس کس اعلی کو ڈینائی کرو گے؟</w:t>
      </w:r>
    </w:p>
    <w:p>
      <w:r>
        <w:rPr>
          <w:b/>
        </w:rPr>
        <w:t xml:space="preserve">[39:13] </w:t>
      </w:r>
      <w:r>
        <w:t>aala se murad hai</w:t>
      </w:r>
    </w:p>
    <w:p>
      <w:pPr>
        <w:jc w:val="right"/>
      </w:pPr>
      <w:r>
        <w:t>اعلی سے مراد ہے</w:t>
      </w:r>
    </w:p>
    <w:p>
      <w:r>
        <w:rPr>
          <w:b/>
        </w:rPr>
        <w:t xml:space="preserve">[39:16] </w:t>
      </w:r>
      <w:r>
        <w:t>wonders. sab se acha lafz aala ke liye mere khayal se wonders,</w:t>
      </w:r>
    </w:p>
    <w:p>
      <w:pPr>
        <w:jc w:val="right"/>
      </w:pPr>
      <w:r>
        <w:t>ونڈرز۔ سب سے اچھا لفظ اعلی کے لیے میرے خیال سے ونڈرز،</w:t>
      </w:r>
    </w:p>
    <w:p>
      <w:r>
        <w:rPr>
          <w:b/>
        </w:rPr>
        <w:t xml:space="preserve">[39:22] </w:t>
      </w:r>
      <w:r>
        <w:t>yani allah taala ne is kainat mein jo rakha hai apni tajalliyat, apne takhleeqi kamalat, is ke liye wonders.</w:t>
      </w:r>
    </w:p>
    <w:p>
      <w:pPr>
        <w:jc w:val="right"/>
      </w:pPr>
      <w:r>
        <w:t>یعنی اللہ تعالی نے اس کائنات میں جو رکھا ہے اپنی تجلیات، اپنے تخلیقی کمالات، اس کے لیے ونڈرز۔</w:t>
      </w:r>
    </w:p>
    <w:p>
      <w:r>
        <w:rPr>
          <w:b/>
        </w:rPr>
        <w:t xml:space="preserve">[39:34] </w:t>
      </w:r>
      <w:r>
        <w:t>insaan ki lughat mein wonders se us waqt koi lafz mujhe nahi mila. maine ek martaba padha tha ke ek european lady aai tajmahal ko dekhne ke liye,</w:t>
      </w:r>
    </w:p>
    <w:p>
      <w:pPr>
        <w:jc w:val="right"/>
      </w:pPr>
      <w:r>
        <w:t>انسان کی لغت میں ونڈرز سے اس وقت کوئی لفظ مجھے نہیں ملا۔ میں نے ایک مرتبہ پڑھا تھا کہ ایک یورپین لیڈی آئی تاجمل کو دیکھنے کے لیے،</w:t>
      </w:r>
    </w:p>
    <w:p>
      <w:r>
        <w:rPr>
          <w:b/>
        </w:rPr>
        <w:t xml:space="preserve">[39:47] </w:t>
      </w:r>
      <w:r>
        <w:t>to jab us ko nazar pari tajmahal par to sirf ek lafz bol saki woh: "wonderful, wonderful, wonderful, wonderful".</w:t>
      </w:r>
    </w:p>
    <w:p>
      <w:pPr>
        <w:jc w:val="right"/>
      </w:pPr>
      <w:r>
        <w:t>تو جب اس کو نظر پڑی تاجمل پر تو صرف ایک لفظ بول سکی وہ: "ونڈرفل، ونڈرفل، ونڈرفل، ونڈرفل"۔</w:t>
      </w:r>
    </w:p>
    <w:p>
      <w:r>
        <w:rPr>
          <w:b/>
        </w:rPr>
        <w:t xml:space="preserve">[39:59] </w:t>
      </w:r>
      <w:r>
        <w:t>bas aur kuch nahi keh saki woh. to yeh is se acha lafz mujhe nahi maloom koi doosra insani zaban mein.</w:t>
      </w:r>
    </w:p>
    <w:p>
      <w:pPr>
        <w:jc w:val="right"/>
      </w:pPr>
      <w:r>
        <w:t>بس اور کچھ نہیں کہہ سکی وہ۔ تو یہ اس سے اچھا لفظ مجھے نہیں معلوم کوئی دوسرا انسانی زبان میں۔</w:t>
      </w:r>
    </w:p>
    <w:p>
      <w:r>
        <w:rPr>
          <w:b/>
        </w:rPr>
        <w:t xml:space="preserve">[40:11] </w:t>
      </w:r>
      <w:r>
        <w:t>to allah taala ke wonders hain jo takhleeq mein chhpe hue hain.</w:t>
      </w:r>
    </w:p>
    <w:p>
      <w:pPr>
        <w:jc w:val="right"/>
      </w:pPr>
      <w:r>
        <w:t>تو اللہ تعالی کے ونڈرز ہیں جو تخلیق میں چھپے ہوئے ہیں۔</w:t>
      </w:r>
    </w:p>
    <w:p>
      <w:r>
        <w:rPr>
          <w:b/>
        </w:rPr>
        <w:t xml:space="preserve">[40:18] </w:t>
      </w:r>
      <w:r>
        <w:t>jo quran mein hai ke agar tamam samandar ink bana diye jayen aur tamam darakht qalam bana diye jayen aur khuda ke wonders likhna shuru kiya jaye to kabhi khatam nahi honge.</w:t>
      </w:r>
    </w:p>
    <w:p>
      <w:pPr>
        <w:jc w:val="right"/>
      </w:pPr>
      <w:r>
        <w:t>جو قرآن میں ہے کہ اگر تمام سمندر انک بنا دیے جائیں اور تمام درخت قلم بنا دیے جائیں اور خدا کے ونڈرز لکھنا شروع کیا جائے تو کبھی ختم نہیں ہوں گے۔</w:t>
      </w:r>
    </w:p>
    <w:p>
      <w:r>
        <w:rPr>
          <w:b/>
        </w:rPr>
        <w:t xml:space="preserve">[40:31] </w:t>
      </w:r>
      <w:r>
        <w:t>samandar sookh jayega, qalam toot jayen ge sab. to is ki price yahi rakhi hai allah taala ne ke in hidden wonders ko discover karna, un ko unfold karna.</w:t>
      </w:r>
    </w:p>
    <w:p>
      <w:pPr>
        <w:jc w:val="right"/>
      </w:pPr>
      <w:r>
        <w:t>سمندر سوکھ جائے گا، قلم ٹوٹ جائیں گے سب۔ تو اس کی پرائس یہی رکھی ہے اللہ تعالی نے کہ ان ہڈن ونڈرز کو ڈسکور کرنا، ان کو ان فولڈ کرنا۔</w:t>
      </w:r>
    </w:p>
    <w:p>
      <w:r>
        <w:rPr>
          <w:b/>
        </w:rPr>
        <w:t xml:space="preserve">[40:45] </w:t>
      </w:r>
      <w:r>
        <w:t>isi ko kaha jata hai marifat.</w:t>
      </w:r>
    </w:p>
    <w:p>
      <w:pPr>
        <w:jc w:val="right"/>
      </w:pPr>
      <w:r>
        <w:t>اسی کو کہا جاتا ہے معرفت۔</w:t>
      </w:r>
    </w:p>
    <w:p>
      <w:r>
        <w:rPr>
          <w:b/>
        </w:rPr>
        <w:t xml:space="preserve">[40:49] </w:t>
      </w:r>
      <w:r>
        <w:t>is is discovery se yeh saada baat nahi hai. discovery yeh sirf technical discovery nahi hai. dekhiye, agar koi pathar farz kiye ke discover kare to pathar pehle bhi tha, pathar baad ka bhi rahe ga.</w:t>
      </w:r>
    </w:p>
    <w:p>
      <w:pPr>
        <w:jc w:val="right"/>
      </w:pPr>
      <w:r>
        <w:t>اس اس ڈسکوری سے یہ سادہ بات نہیں ہے۔ ڈسکوری یہ صرف ٹیکنیکل ڈسکوری نہیں ہے۔ دیکھیں، اگر کوئی پتھر فرض کیے کہ ڈسکور کرے تو پتھر پہلے بھی تھا، پتھر بعد کا بھی رہے گا۔</w:t>
      </w:r>
    </w:p>
    <w:p>
      <w:r>
        <w:rPr>
          <w:b/>
        </w:rPr>
        <w:t xml:space="preserve">[41:04] </w:t>
      </w:r>
      <w:r>
        <w:t>yani agar computer farz kiye discover kare in sab baton ko, computer ke andar feed kar diye sari baatein, aap tab bhi computer to computer hi rahe ga.</w:t>
      </w:r>
    </w:p>
    <w:p>
      <w:pPr>
        <w:jc w:val="right"/>
      </w:pPr>
      <w:r>
        <w:t>یعنی اگر کمپیوٹر فرض کیے ڈسکور کرے ان سب باتوں کو، کمپیوٹر کے اندر فیڈ کر دیے ساری باتیں، آپ تب بھی کمپیوٹر تو کمپیوٹر ہی رہے گا۔</w:t>
      </w:r>
    </w:p>
    <w:p>
      <w:r>
        <w:rPr>
          <w:b/>
        </w:rPr>
        <w:t xml:space="preserve">[41:14] </w:t>
      </w:r>
      <w:r>
        <w:t>lekin insan jab jo jis ke andar hawas hain, jis ke andar senses hain, jis ke andar jazbat hain, emotions hain, wo jab discover karta hai to kya cheez paida hoti hai?</w:t>
      </w:r>
    </w:p>
    <w:p>
      <w:pPr>
        <w:jc w:val="right"/>
      </w:pPr>
      <w:r>
        <w:t>لیکن انسان جب جو جس کے اندر حواس ہیں، جس کے اندر سینسز ہیں، جس کے اندر جذبات ہیں، ایموشنز ہیں، وہ جب ڈسکور کرتا ہے تو کیا چیز پیدا ہوتی ہے؟</w:t>
      </w:r>
    </w:p>
    <w:p>
      <w:r>
        <w:rPr>
          <w:b/>
        </w:rPr>
        <w:t xml:space="preserve">[41:29] </w:t>
      </w:r>
      <w:r>
        <w:t>wo jo quran mein aik "allazina aamanoo" aur "ashhadu billah" aamanoo ke mani kya hain? yani lafzi tarjuma yeh hai ke iman laane wale sab se zyada mohabbat karte hain Allah se.</w:t>
      </w:r>
    </w:p>
    <w:p>
      <w:pPr>
        <w:jc w:val="right"/>
      </w:pPr>
      <w:r>
        <w:t>وہ جو قرآن میں ایک "الذین آمنوا" اور "اشہدوا باللہ" آمنوا کے معنی کیا ہیں؟ یعنی لفظی ترجمہ یہ ہے کہ ایمان لانے والے سب سے زیادہ محبت کرتے ہیں اللہ سے۔</w:t>
      </w:r>
    </w:p>
    <w:p>
      <w:r>
        <w:rPr>
          <w:b/>
        </w:rPr>
        <w:t xml:space="preserve">[41:43] </w:t>
      </w:r>
      <w:r>
        <w:t>iman lana kya hai? yani kyun aadmi Allah se sab se zyada mohabbat karta hai? kare ga? aap ghor kijiye, Allah se sab se zyada mohabbat kyun kare ga?</w:t>
      </w:r>
    </w:p>
    <w:p>
      <w:pPr>
        <w:jc w:val="right"/>
      </w:pPr>
      <w:r>
        <w:t>ایمان لانا کیا ہے؟ یعنی کیوں آدمی اللہ سے سب سے زیادہ محبت کرتا ہے؟ کرے گا؟ آپ غور کیجئے، اللہ سے سب سے زیادہ محبت کیوں کرے گا؟</w:t>
      </w:r>
    </w:p>
    <w:p>
      <w:r>
        <w:rPr>
          <w:b/>
        </w:rPr>
        <w:t xml:space="preserve">[41:54] </w:t>
      </w:r>
      <w:r>
        <w:t>sab se zyada koi wajah to honi chahiye na is ki? to wo yeh wajah yahi hai ke sab se bari daryaft to sab se bari mohabbat.</w:t>
      </w:r>
    </w:p>
    <w:p>
      <w:pPr>
        <w:jc w:val="right"/>
      </w:pPr>
      <w:r>
        <w:t>سب سے زیادہ کوئی وجہ تو ہونی چاہیے نا اس کی؟ تو وہ یہ وجہ یہی ہے کہ سب سے بڑی دریافت تو سب سے بڑی محبت۔</w:t>
      </w:r>
    </w:p>
    <w:p>
      <w:r>
        <w:rPr>
          <w:b/>
        </w:rPr>
        <w:t xml:space="preserve">[42:08] </w:t>
      </w:r>
      <w:r>
        <w:t>yeh jo wonders hain nature mein, jab is ko aadmi discover karta hai to wo is ke liye sab se bari daryaft hoti hai. har daryaft se bari daryaft.</w:t>
      </w:r>
    </w:p>
    <w:p>
      <w:pPr>
        <w:jc w:val="right"/>
      </w:pPr>
      <w:r>
        <w:t>یہ جو ونڈرز ہیں نیچر میں، جب اس کو آدمی ڈسکور کرتا ہے تو وہ اس کے لیے سب سے بڑی دریافت ہوتی ہے۔ ہر دریافت سے بڑی دریافت۔</w:t>
      </w:r>
    </w:p>
    <w:p>
      <w:r>
        <w:rPr>
          <w:b/>
        </w:rPr>
        <w:t xml:space="preserve">[42:18] </w:t>
      </w:r>
      <w:r>
        <w:t>to is se jo cheez nikalti hai, is ka jo emission, emotional response deta hai insan, isi ka naam hai hub-e-shadeed. Allah ke liye</w:t>
      </w:r>
    </w:p>
    <w:p>
      <w:pPr>
        <w:jc w:val="right"/>
      </w:pPr>
      <w:r>
        <w:t>تو اس سے جو چیز نکلتی ہے، اس کا جو ایمیشن، ایموشنل رسپانس دیتا ہے انسان، اسی کا نام ہے حب شدید۔ اللہ کے لیے</w:t>
      </w:r>
    </w:p>
    <w:p>
      <w:r>
        <w:rPr>
          <w:b/>
        </w:rPr>
        <w:t xml:space="preserve">[42:28] </w:t>
      </w:r>
      <w:r>
        <w:t>hub, hub ke mani hain strong affection. strong affection. kyunke discovery bohat bari hai, is liye is ka response bhi bohat bara hai.</w:t>
      </w:r>
    </w:p>
    <w:p>
      <w:pPr>
        <w:jc w:val="right"/>
      </w:pPr>
      <w:r>
        <w:t>حب، حب کے معنی ہیں اسٹرانگ افیکشن۔ اسٹرانگ افیکشن۔ کیونکہ ڈسکوری بہت بڑی ہے، اس لیے اس کا رسپانس بھی بہت بڑا ہے۔</w:t>
      </w:r>
    </w:p>
    <w:p>
      <w:r>
        <w:rPr>
          <w:b/>
        </w:rPr>
        <w:t xml:space="preserve">[42:43] </w:t>
      </w:r>
      <w:r>
        <w:t>to "allazina aamanoo" ashadd hub lilah, yani jo log Allah ke kamalat ko discover karte hain, jo log Allah ke wonders ko discover karte hain,</w:t>
      </w:r>
    </w:p>
    <w:p>
      <w:pPr>
        <w:jc w:val="right"/>
      </w:pPr>
      <w:r>
        <w:t>تو "الذین آمنوا" اشد حب للہ، یعنی جو لوگ اللہ کے کمالات کو ڈسکور کرتے ہیں، جو لوگ اللہ کے ونڈرز کو ڈسکور کرتے ہیں،</w:t>
      </w:r>
    </w:p>
    <w:p>
      <w:r>
        <w:rPr>
          <w:b/>
        </w:rPr>
        <w:t xml:space="preserve">[42:57] </w:t>
      </w:r>
      <w:r>
        <w:t>to un ke andar be-panah jazba paida hota hai khalq ke liye. "allazina aamanoo" ashadd hub lilah. agar discovery nahi hai to hub-e-shadeed bhi nahi.</w:t>
      </w:r>
    </w:p>
    <w:p>
      <w:pPr>
        <w:jc w:val="right"/>
      </w:pPr>
      <w:r>
        <w:t>تو ان کے اندر بے پناہ جذبہ پیدا ہوتا ہے خالق کے لیے۔ "الذین آمنوا" اشد حب للہ۔ اگر ڈسکوری نہیں ہے تو حب شدید بھی نہیں۔</w:t>
      </w:r>
    </w:p>
    <w:p>
      <w:r>
        <w:rPr>
          <w:b/>
        </w:rPr>
        <w:t xml:space="preserve">[43:12] </w:t>
      </w:r>
      <w:r>
        <w:t>to jab yeh sab aadmi marhalay tay kar le to wo jannat ke liye deserving candidate ban jata hai.</w:t>
      </w:r>
    </w:p>
    <w:p>
      <w:pPr>
        <w:jc w:val="right"/>
      </w:pPr>
      <w:r>
        <w:t>تو جب یہ سب آدمی مراحل طے کر لے تو وہ جنت کے لیے ڈیزرونگ کینڈیڈیٹ بن جاتا ہے۔</w:t>
      </w:r>
    </w:p>
    <w:p>
      <w:r>
        <w:rPr>
          <w:b/>
        </w:rPr>
        <w:t xml:space="preserve">[43:25] </w:t>
      </w:r>
      <w:r>
        <w:t>deserving candidate ban jata hai. yani jannat Allah taala ka aik bohat hi aala art hai.</w:t>
      </w:r>
    </w:p>
    <w:p>
      <w:pPr>
        <w:jc w:val="right"/>
      </w:pPr>
      <w:r>
        <w:t>ڈیزرونگ کینڈیڈیٹ بن جاتا ہے۔ یعنی جنت اللہ تعالی کا ایک بہت ہی اعلی آرٹ ہے۔</w:t>
      </w:r>
    </w:p>
    <w:p>
      <w:r>
        <w:rPr>
          <w:b/>
        </w:rPr>
        <w:t xml:space="preserve">[43:34] </w:t>
      </w:r>
      <w:r>
        <w:t>aap samajh lijiye, insani zaban mein agar kahoon mein aala art.</w:t>
      </w:r>
    </w:p>
    <w:p>
      <w:pPr>
        <w:jc w:val="right"/>
      </w:pPr>
      <w:r>
        <w:t>آپ سمجھ لیجئے، انسانی زبان میں اگر کہوں میں اعلی آرٹ۔</w:t>
      </w:r>
    </w:p>
    <w:p>
      <w:r>
        <w:rPr>
          <w:b/>
        </w:rPr>
        <w:t xml:space="preserve">[43:44] </w:t>
      </w:r>
      <w:r>
        <w:t>is art ke liye is ne insan ke andar artistic mind diya, sochne ka mind diya. to is art ko kaun?</w:t>
      </w:r>
    </w:p>
    <w:p>
      <w:pPr>
        <w:jc w:val="right"/>
      </w:pPr>
      <w:r>
        <w:t>اس آرٹ کے لیے اس نے انسان کے اندر آرٹسٹک مائنڈ دیا، سوچنے کا مائنڈ دیا۔ تو اس آرٹ کو کون؟</w:t>
      </w:r>
    </w:p>
    <w:p>
      <w:r>
        <w:rPr>
          <w:b/>
        </w:rPr>
        <w:t xml:space="preserve">[43:54] </w:t>
      </w:r>
      <w:r>
        <w:t>is art ko appreciate karne wala aik chahiye. jannat aik, yani insani zaban mein bol raha hoon mein, jannat aik bohat hi superior art hai.</w:t>
      </w:r>
    </w:p>
    <w:p>
      <w:pPr>
        <w:jc w:val="right"/>
      </w:pPr>
      <w:r>
        <w:t>اس آرٹ کو ایپریشیٹ کرنے والا ایک چاہیے۔ جنت ایک، یعنی انسانی زبان میں بول رہا ہوں میں، جنت ایک بہت ہی سپیریئر آرٹ ہے۔</w:t>
      </w:r>
    </w:p>
    <w:p>
      <w:r>
        <w:rPr>
          <w:b/>
        </w:rPr>
        <w:t xml:space="preserve">[44:08] </w:t>
      </w:r>
      <w:r>
        <w:t>is ka appreciate karne ke liye bhi aik bohat bara mind chahiye.</w:t>
      </w:r>
    </w:p>
    <w:p>
      <w:pPr>
        <w:jc w:val="right"/>
      </w:pPr>
      <w:r>
        <w:t>اس کا ایپریشیٹ کرنے کے لیے بھی ایک بہت بڑا مائنڈ چاہیے۔</w:t>
      </w:r>
    </w:p>
    <w:p>
      <w:r>
        <w:rPr>
          <w:b/>
        </w:rPr>
        <w:t xml:space="preserve">[44:14] </w:t>
      </w:r>
      <w:r>
        <w:t>to Allah taala ne insan ko paida kiya, insan ko paida kiya, aur insan ko yeh yeh sari qualities dein ke wo unfold kar sake Allah taala ka ke wonders ko.</w:t>
      </w:r>
    </w:p>
    <w:p>
      <w:pPr>
        <w:jc w:val="right"/>
      </w:pPr>
      <w:r>
        <w:t>تو اللہ تعالی نے انسان کو پیدا کیا، انسان کو پیدا کیا، اور انسان کو یہ یہ ساری کوالٹیز دیں کہ وہ ان فولڈ کر سکے اللہ تعالی کا کہ ونڈرز کو۔</w:t>
      </w:r>
    </w:p>
    <w:p>
      <w:r>
        <w:rPr>
          <w:b/>
        </w:rPr>
        <w:t xml:space="preserve">[44:33] </w:t>
      </w:r>
      <w:r>
        <w:t>to jab aap yeh yeh discover karna hai, is saada baat nahi hai. isi se aap ki personality banti hai. isi se aap ke andar aik naya emergence aata hai.</w:t>
      </w:r>
    </w:p>
    <w:p>
      <w:pPr>
        <w:jc w:val="right"/>
      </w:pPr>
      <w:r>
        <w:t>تو جب آپ یہ یہ ڈسکور کرنا ہے، اس سادہ بات نہیں ہے۔ اسی سے آپ کی پرسنیلٹی بنتی ہے۔ اسی سے آپ کے اندر ایک نیا ایورجنس آتا ہے۔</w:t>
      </w:r>
    </w:p>
    <w:p>
      <w:r>
        <w:rPr>
          <w:b/>
        </w:rPr>
        <w:t xml:space="preserve">[44:44] </w:t>
      </w:r>
      <w:r>
        <w:t>isi ke andar aap ke andar jazbat ko aik naya rukh milta hai. saada baat nahi hai, tabhi aik personality banti hai aap ke andar.</w:t>
      </w:r>
    </w:p>
    <w:p>
      <w:pPr>
        <w:jc w:val="right"/>
      </w:pPr>
      <w:r>
        <w:t>اسی کے اندر آپ کے اندر جذبات کو ایک نیا رخ ملتا ہے۔ سادہ بات نہیں ہے، تبھی ایک پرسنیلٹی بنتی ہے آپ کے اندر۔</w:t>
      </w:r>
    </w:p>
    <w:p>
      <w:r>
        <w:rPr>
          <w:b/>
        </w:rPr>
        <w:t xml:space="preserve">[44:55] </w:t>
      </w:r>
      <w:r>
        <w:t>yani personality development direct taur par related hai discovery se.</w:t>
      </w:r>
    </w:p>
    <w:p>
      <w:pPr>
        <w:jc w:val="right"/>
      </w:pPr>
      <w:r>
        <w:t>یعنی پرسنیلٹی ڈیویلپمنٹ ڈائریکٹ طور پر ریلیٹڈ ہے ڈسکوری سے۔</w:t>
      </w:r>
    </w:p>
    <w:p>
      <w:r>
        <w:rPr>
          <w:b/>
        </w:rPr>
        <w:t xml:space="preserve">[45:05] </w:t>
      </w:r>
      <w:r>
        <w:t>to jab yeh sab ho jata hai to wo waqt aata hai ke is insan ke liye jannat ke darwazay khol diye jayen.</w:t>
      </w:r>
    </w:p>
    <w:p>
      <w:pPr>
        <w:jc w:val="right"/>
      </w:pPr>
      <w:r>
        <w:t>تو جب یہ سب ہو جاتا ہے تو وہ وقت آتا ہے کہ اس انسان کے لیے جنت کے دروازے کھول دیے جائیں۔</w:t>
      </w:r>
    </w:p>
    <w:p>
      <w:r>
        <w:rPr>
          <w:b/>
        </w:rPr>
        <w:t xml:space="preserve">[45:17] </w:t>
      </w:r>
      <w:r>
        <w:t>jannat koi koi jannat koi qabar khana nahi hai jahan sab log aise dakhil kar diye jayen.</w:t>
      </w:r>
    </w:p>
    <w:p>
      <w:pPr>
        <w:jc w:val="right"/>
      </w:pPr>
      <w:r>
        <w:t>جنت کوئی کوئی جنت کوئی قبر خانہ نہیں ہے جہاں سب لوگ ایسے داخل کر دیے جائیں۔</w:t>
      </w:r>
    </w:p>
    <w:p>
      <w:r>
        <w:rPr>
          <w:b/>
        </w:rPr>
        <w:t xml:space="preserve">[45:32] </w:t>
      </w:r>
      <w:r>
        <w:t>jo log jannat ko underestimate karte hain,</w:t>
      </w:r>
    </w:p>
    <w:p>
      <w:pPr>
        <w:jc w:val="right"/>
      </w:pPr>
      <w:r>
        <w:t>جو لوگ جنت کو انڈرسٹیمٹ کرتے ہیں،</w:t>
      </w:r>
    </w:p>
    <w:p>
      <w:r>
        <w:rPr>
          <w:b/>
        </w:rPr>
        <w:t xml:space="preserve">[45:35] </w:t>
      </w:r>
      <w:r>
        <w:t>Allah taala ko underestimate karte hain, aur ajeeb o ghareeb taur par sab farz farz kiye hue hain ke jannat to hamare liye hai. ajeeb o ghareeb taur par</w:t>
      </w:r>
    </w:p>
    <w:p>
      <w:pPr>
        <w:jc w:val="right"/>
      </w:pPr>
      <w:r>
        <w:t>اللہ تعالی کو انڈرسٹیمٹ کرتے ہیں، اور عجیب و غریب طور پر سب فرض فرض کیے ہوئے ہیں کہ جنت تو ہمارے لیے ہے۔ عجیب و غریب طور پر</w:t>
      </w:r>
    </w:p>
    <w:p>
      <w:r>
        <w:rPr>
          <w:b/>
        </w:rPr>
        <w:t xml:space="preserve">[45:49] </w:t>
      </w:r>
      <w:r>
        <w:t>mere paas ek telephone aaya america se. kaise ajeeb poorie log hain! hamare log jaate hain america par, wahan ke logon ki tabahi kharab karte hain.</w:t>
      </w:r>
    </w:p>
    <w:p>
      <w:pPr>
        <w:jc w:val="right"/>
      </w:pPr>
      <w:r>
        <w:t>میرے پاس ایک ٹیل فور آیا امریکہ سے۔ کیسے عجیب پوری لوگ ہیں! ہمارے لوگ جاتے ہیں امریکہ پر، وہاں کے لوگوں کی تباہ خراب کرتے ہیں۔</w:t>
      </w:r>
    </w:p>
    <w:p>
      <w:r>
        <w:rPr>
          <w:b/>
        </w:rPr>
        <w:t xml:space="preserve">[46:00] </w:t>
      </w:r>
      <w:r>
        <w:t>to unhon ne kaha ke yahan par ek molvi sahib aaye hain, aur wahan taqreeren karte hain, aur woh batate hain ke jannat jo hai, woh to milegi rasool Allah ki shafaat se.</w:t>
      </w:r>
    </w:p>
    <w:p>
      <w:pPr>
        <w:jc w:val="right"/>
      </w:pPr>
      <w:r>
        <w:t>تو انہوں نے کہا کہ یہاں پر ایک مولوی صاحب آئے ہیں، اور وہاں تقریریں کرتے ہیں، اور وہ بتاتے ہیں کہ جنت جو ہے، وہ تو ملے گی رسول اللہ کی شفاعت سے۔</w:t>
      </w:r>
    </w:p>
    <w:p>
      <w:r>
        <w:rPr>
          <w:b/>
        </w:rPr>
        <w:t xml:space="preserve">[46:16] </w:t>
      </w:r>
      <w:r>
        <w:t>aur rasool Allah ki shafaat kis ko milegi? jo rasool Allah se mohabbat kare. to sara mamla yeh hai ke rasool Allah se mohabbat karo, aur rasool Allah se shafaat hasil karo, aur phir jald ho jao.</w:t>
      </w:r>
    </w:p>
    <w:p>
      <w:pPr>
        <w:jc w:val="right"/>
      </w:pPr>
      <w:r>
        <w:t>اور رسول اللہ کی شفاعت کس کو ملے گی؟ جو رسول اللہ سے محبت کرے۔ تو سارا معاملہ یہ ہے کہ رسول اللہ سے محبت کرو، اور رسول اللہ سے شفاعت حاصل کرو، اور پھر جلد ہو جاؤ۔</w:t>
      </w:r>
    </w:p>
    <w:p>
      <w:r>
        <w:rPr>
          <w:b/>
        </w:rPr>
        <w:t xml:space="preserve">[46:27] </w:t>
      </w:r>
      <w:r>
        <w:t>yeh sab bilkul baseless baatein hain</w:t>
      </w:r>
    </w:p>
    <w:p>
      <w:pPr>
        <w:jc w:val="right"/>
      </w:pPr>
      <w:r>
        <w:t>یہ سب بالکل بیسلیس باتیں ہیں</w:t>
      </w:r>
    </w:p>
    <w:p>
      <w:r>
        <w:rPr>
          <w:b/>
        </w:rPr>
        <w:t xml:space="preserve">[46:29] </w:t>
      </w:r>
      <w:r>
        <w:t>, na quran mein, na hadith mein, na quran mein, na hadith mein. aur wahan logon ki dua kharab kar rahe hain, is ki taqreeren kar kar ke,</w:t>
      </w:r>
    </w:p>
    <w:p>
      <w:pPr>
        <w:jc w:val="right"/>
      </w:pPr>
      <w:r>
        <w:t>، نہ قرآن میں، نہ حدیث میں، نہ قرآن میں، نہ حدیث میں۔ اور وہاں لوگوں کی دعا خراب کر رہے ہیں، اس کی تقریریں کر کر کے،</w:t>
      </w:r>
    </w:p>
    <w:p>
      <w:r>
        <w:rPr>
          <w:b/>
        </w:rPr>
        <w:t xml:space="preserve">[46:42] </w:t>
      </w:r>
      <w:r>
        <w:t>logon ki taqreeren kar kar ke dua kharab kar rahe hain. woh baatein hain jo aaj ke insaan ko appeal karen, woh na ulma ke paas hain, na woh un ko bat</w:t>
      </w:r>
    </w:p>
    <w:p>
      <w:pPr>
        <w:jc w:val="right"/>
      </w:pPr>
      <w:r>
        <w:t>لوگوں کی تقریریں کر کر کے دعا خراب کر رہے ہیں۔ وہ باتیں ہیں جو آج کے انسان کو اپیل کریں، وہ نہ علماء کے پاس ہیں، نہ وہ ان کو بت</w:t>
      </w:r>
    </w:p>
    <w:p>
      <w:r>
        <w:rPr>
          <w:b/>
        </w:rPr>
        <w:t xml:space="preserve">[46:52] </w:t>
      </w:r>
      <w:r>
        <w:t>ate hain. aaj ka insaan jo hai, woh jo cheez chahta hai, woh yeh sab cheezen nahin hain ke rasool Allah se mohabbat karo, is se shafaat lo, aur phir shafaat le ke jannat jao.</w:t>
      </w:r>
    </w:p>
    <w:p>
      <w:pPr>
        <w:jc w:val="right"/>
      </w:pPr>
      <w:r>
        <w:t>اتے ہیں۔ آج کا انسان جو ہے، وہ جو چیز چاہتا ہے، وہ یہ سب چیزیں نہیں ہیں کہ رسول اللہ سے محبت کرو، اس سے شفاعت لو، اور پھر شفاعت لے کے جنت جاؤ۔</w:t>
      </w:r>
    </w:p>
    <w:p>
      <w:r>
        <w:rPr>
          <w:b/>
        </w:rPr>
        <w:t xml:space="preserve">[47:02] </w:t>
      </w:r>
      <w:r>
        <w:t>yeh aaj ka scientific mind ko appeal nahin karti, yeh cheezen kuch traditional mind ko appeal karti hongi. aaj ka jo scientific mind hai, jo modern mind hai, us ko to yeh sab baatein bilkul, yaani bilkul absurd maloom hoti hain.</w:t>
      </w:r>
    </w:p>
    <w:p>
      <w:pPr>
        <w:jc w:val="right"/>
      </w:pPr>
      <w:r>
        <w:t>یہ آج کا سائنٹیفک مائنڈ کو اپیل نہیں کرتی، یہ چیزیں کچھ ٹریڈیشنل مائنڈ کو اپیل کرتی ہوں گی۔ آج کا جو سائنٹیفک مائنڈ ہے، جو ماڈرن مائنڈ ہے، اس کو تو یہ سب باتیں بالکل، یعنی بالکل ایبسرٹ معلوم ہوتی ہیں۔</w:t>
      </w:r>
    </w:p>
    <w:p>
      <w:r>
        <w:rPr>
          <w:b/>
        </w:rPr>
        <w:t xml:space="preserve">[47:17] </w:t>
      </w:r>
      <w:r>
        <w:t>absurd!</w:t>
      </w:r>
    </w:p>
    <w:p>
      <w:pPr>
        <w:jc w:val="right"/>
      </w:pPr>
      <w:r>
        <w:t>ایبسرٹ!</w:t>
      </w:r>
    </w:p>
    <w:p>
      <w:r>
        <w:rPr>
          <w:b/>
        </w:rPr>
        <w:t xml:space="preserve">[47:24] </w:t>
      </w:r>
      <w:r>
        <w:t>to quran wala jo concept hai, quran wali jannat hai, woh batana padega logon ko. yeh jo unhon ne bana rakha hai khud se, is se aap kisi ko convince nahin kar sakte.</w:t>
      </w:r>
    </w:p>
    <w:p>
      <w:pPr>
        <w:jc w:val="right"/>
      </w:pPr>
      <w:r>
        <w:t>تو قرآن والا جو کانسیپٹ ہے، قرآن والی جنت ہے، وہ بتانا پڑے گا لوگوں کو۔ یہ جو انہوں نے بنا رکھا ہے خود سے، اس سے آپ کسی کو کنونس نہیں کر سکتے۔</w:t>
      </w:r>
    </w:p>
    <w:p>
      <w:r>
        <w:rPr>
          <w:b/>
        </w:rPr>
        <w:t xml:space="preserve">[47:44] </w:t>
      </w:r>
      <w:r>
        <w:t>kal maine kisi se baat ho rahi thi, kisi sahib se, ek christian, yaani woh america se aaye thay.</w:t>
      </w:r>
    </w:p>
    <w:p>
      <w:pPr>
        <w:jc w:val="right"/>
      </w:pPr>
      <w:r>
        <w:t>کل میں نے کسی سے بات ہو رہی تھی، کسی صاحب سے، ایک کرسچن، یعنی وہ امریکہ سے آئے تھے۔</w:t>
      </w:r>
    </w:p>
    <w:p>
      <w:r>
        <w:rPr>
          <w:b/>
        </w:rPr>
        <w:t xml:space="preserve">[47:53] </w:t>
      </w:r>
      <w:r>
        <w:t>to maine kaha ke dekhiye, musalman jo hain, west se nafrat karte hain. unhon ne khud kaha tha ke musalman kyun west se nafrat karte hain?</w:t>
      </w:r>
    </w:p>
    <w:p>
      <w:pPr>
        <w:jc w:val="right"/>
      </w:pPr>
      <w:r>
        <w:t>تو میں نے کہا کہ دیکھیے، مسلمان جو ہیں، ویسٹ سے نفرت کرتے ہیں۔ انہوں نے خود کہا تھا کہ مسلمان کیوں ویسٹ سے نفرت کرتے ہیں؟</w:t>
      </w:r>
    </w:p>
    <w:p>
      <w:r>
        <w:rPr>
          <w:b/>
        </w:rPr>
        <w:t xml:space="preserve">[48:03] </w:t>
      </w:r>
      <w:r>
        <w:t>unhon ne kaha ke kya wajah hai ke western civilization se nafrat karte hain musalman? aisa wajah kya hai? unhon ne sawal kiya.</w:t>
      </w:r>
    </w:p>
    <w:p>
      <w:pPr>
        <w:jc w:val="right"/>
      </w:pPr>
      <w:r>
        <w:t>انہوں نے کہا کہ کیا وجہ ہے کہ ویسٹرن سولائزیشن سے نفرت کرتے ہیں مسلمان؟ ایسا وجہ کیا ہے؟ انہوں نے سوال کیا۔</w:t>
      </w:r>
    </w:p>
    <w:p>
      <w:r>
        <w:rPr>
          <w:b/>
        </w:rPr>
        <w:t xml:space="preserve">[48:13] </w:t>
      </w:r>
      <w:r>
        <w:t>to maine kaha ke arabi ka maqola hai: "al-nas ada ma jahlu".</w:t>
      </w:r>
    </w:p>
    <w:p>
      <w:pPr>
        <w:jc w:val="right"/>
      </w:pPr>
      <w:r>
        <w:t>تو میں نے کہا کہ عربی کا مقولہ ہے: "الناس ادا ماجہلو"۔</w:t>
      </w:r>
    </w:p>
    <w:p>
      <w:r>
        <w:rPr>
          <w:b/>
        </w:rPr>
        <w:t xml:space="preserve">[48:19] </w:t>
      </w:r>
      <w:r>
        <w:t>log jis baat ko na jante hon, us se us se us se dushman ban jate hain. yeh musalman jante hi nahin ke kya cheez hai western civilization.</w:t>
      </w:r>
    </w:p>
    <w:p>
      <w:pPr>
        <w:jc w:val="right"/>
      </w:pPr>
      <w:r>
        <w:t>لوگ جس بات کو نہ جانتے ہوں، اس سے اس سے اس سے دشمن بن جاتے ہیں۔ یہ مسلمان جانتے ہی نہیں کہ کیا چیز ہے ویسٹرن سولائزیشن۔</w:t>
      </w:r>
    </w:p>
    <w:p>
      <w:r>
        <w:rPr>
          <w:b/>
        </w:rPr>
        <w:t xml:space="preserve">[48:28] </w:t>
      </w:r>
      <w:r>
        <w:t>jante hi nahin! western civilization to ek divine gift hai aap ke liye. is ke chand pehluon ko le kar ke aap is ki, mislan, nudity hai ya woh sharab peete hain,</w:t>
      </w:r>
    </w:p>
    <w:p>
      <w:pPr>
        <w:jc w:val="right"/>
      </w:pPr>
      <w:r>
        <w:t>جانتے ہی نہیں! ویسٹرن سولائزیشن تو ایک ڈیوائن گفٹ ہے آپ کے لیے۔ اس کے چند پہلوؤں کو لے کر کے آپ اس کی، مثلاً، نیوڈٹی ہے یا وہ شراب پیتے ہیں،</w:t>
      </w:r>
    </w:p>
    <w:p>
      <w:r>
        <w:rPr>
          <w:b/>
        </w:rPr>
        <w:t xml:space="preserve">[48:43] </w:t>
      </w:r>
      <w:r>
        <w:t>yeh asal nahin. is ka yeh asal nahin western civilization ka.</w:t>
      </w:r>
    </w:p>
    <w:p>
      <w:pPr>
        <w:jc w:val="right"/>
      </w:pPr>
      <w:r>
        <w:t>یہ اصل نہیں۔ اس کا یہ اصل نہیں ویسٹرن سولائزیشن کا۔</w:t>
      </w:r>
    </w:p>
    <w:p>
      <w:r>
        <w:rPr>
          <w:b/>
        </w:rPr>
        <w:t xml:space="preserve">[48:48] </w:t>
      </w:r>
      <w:r>
        <w:t>yeh asal nahin hai. asal doosri cheezen hain. asal yeh hai ke unhon ne unfold kiya wonders of God ko. ab yeh hai ke God ko discover kar ke wonders of God ko unhon ne us ko madi taraf,</w:t>
      </w:r>
    </w:p>
    <w:p>
      <w:pPr>
        <w:jc w:val="right"/>
      </w:pPr>
      <w:r>
        <w:t>یہ اصل نہیں ہے۔ اصل دوسری چیزیں ہیں۔ اصل یہ ہے کہ انہوں نے ان فولڈ کیا ونڈرز آف گاڈ کو۔ اب یہ ہے کہ گاڈ کو ڈسکور کر کے ونڈرز آف گاڈ کو انہوں نے اس کو مادی طرف،</w:t>
      </w:r>
    </w:p>
    <w:p>
      <w:r>
        <w:rPr>
          <w:b/>
        </w:rPr>
        <w:t xml:space="preserve">[49:03] </w:t>
      </w:r>
      <w:r>
        <w:t>madi mani mein le liya. madi mani mein. lekin haqeeqat yeh hai ke poori tareekh mein koi doosri qaum wonders of God ko discover nahin kar payi thi,</w:t>
      </w:r>
    </w:p>
    <w:p>
      <w:pPr>
        <w:jc w:val="right"/>
      </w:pPr>
      <w:r>
        <w:t>مادی معنی میں لے لیا۔ مادی معنی میں۔ لیکن حقیقت یہ ہے کہ پوری تاریخ میں کوئی دوسری قوم ونڈرز آف گاڈ کو ڈسکور نہیں کر پائی تھی،</w:t>
      </w:r>
    </w:p>
    <w:p>
      <w:r>
        <w:rPr>
          <w:b/>
        </w:rPr>
        <w:t xml:space="preserve">[49:15] </w:t>
      </w:r>
      <w:r>
        <w:t>jo us ko unfold nahin kar payi thi. yeh western civilization mein unfold hui. to woh to hamare liye bohat bari nemat hai.</w:t>
      </w:r>
    </w:p>
    <w:p>
      <w:pPr>
        <w:jc w:val="right"/>
      </w:pPr>
      <w:r>
        <w:t>جو اس کو ان فولڈ نہیں کر پائی تھی۔ یہ ویسٹرن سولائزیشن میں ان فولڈ ہوئی۔ تو وہ تو ہمارے لیے بہت بڑی نعمت ہے۔</w:t>
      </w:r>
    </w:p>
    <w:p>
      <w:r>
        <w:rPr>
          <w:b/>
        </w:rPr>
        <w:t xml:space="preserve">[49:26] </w:t>
      </w:r>
      <w:r>
        <w:t>yaani woh hum ko un ka ek supporting role hai. un ka, yaani discovery of God ke mamle mein, un ka supporting role hai.</w:t>
      </w:r>
    </w:p>
    <w:p>
      <w:pPr>
        <w:jc w:val="right"/>
      </w:pPr>
      <w:r>
        <w:t>یعنی وہ ہم کو ان کا ایک سپورٹنگ رول ہے۔ ان کا، یعنی ڈسکوری آف گاڈ کے معاملے میں، ان کا سپورٹنگ رول ہے۔</w:t>
      </w:r>
    </w:p>
    <w:p>
      <w:r>
        <w:rPr>
          <w:b/>
        </w:rPr>
        <w:t xml:space="preserve">[49:42] </w:t>
      </w:r>
      <w:r>
        <w:t>main khud jo hai, aap, aap, yaani main ek madrasay mein parha main ne, lekin madrasay mein parhne ke baad phir main bilkul ek woh ban gaya, agnostic ban gaya.</w:t>
      </w:r>
    </w:p>
    <w:p>
      <w:pPr>
        <w:jc w:val="right"/>
      </w:pPr>
      <w:r>
        <w:t>میں خود جو ہے، آپ، آپ، یعنی میں ایک مدرسے میں پڑھا میں نے، لیکن مدرسے میں پڑھنے کے بعد پھر میں بالکل ایک وہ بن گیا، اگناسٹک بن گیا۔</w:t>
      </w:r>
    </w:p>
    <w:p>
      <w:r>
        <w:rPr>
          <w:b/>
        </w:rPr>
        <w:t xml:space="preserve">[49:57] </w:t>
      </w:r>
      <w:r>
        <w:t>kyun ke woh jo madrasay mein jo mujhe bataya gaya tha, mera mind us ko appeal nahin karta tha.</w:t>
      </w:r>
    </w:p>
    <w:p>
      <w:pPr>
        <w:jc w:val="right"/>
      </w:pPr>
      <w:r>
        <w:t>کیونکہ وہ جو مدرسے میں جو مجھے بتایا گیا تھا، میرا مائنڈ اس کو اپیل نہیں کرتا تھا۔</w:t>
      </w:r>
    </w:p>
    <w:p>
      <w:r>
        <w:rPr>
          <w:b/>
        </w:rPr>
        <w:t xml:space="preserve">[50:03] </w:t>
      </w:r>
      <w:r>
        <w:t>baad ko jab maine western kitaben parhin aur science ko parha, aur jo western civilization ne jo dunya discover ki hai, us ko maine jana, tab mere level ka Islam mila.</w:t>
      </w:r>
    </w:p>
    <w:p>
      <w:pPr>
        <w:jc w:val="right"/>
      </w:pPr>
      <w:r>
        <w:t>بعد کو جب میں نے ویسٹرن کتابیں پڑھیں اور سائنس کو پڑھا، اور جو ویسٹرن سولائزیشن نے جو دنیا ڈسکور کی ہے، اس کو میں نے جانا، تب میرے لیول کا اسلام ملا۔</w:t>
      </w:r>
    </w:p>
    <w:p>
      <w:r>
        <w:rPr>
          <w:b/>
        </w:rPr>
        <w:t xml:space="preserve">[50:17] </w:t>
      </w:r>
      <w:r>
        <w:t>ab us ko main jo jis ko kehte hain Mustafa arabi mein, main jo Mustafa tha, us Mustafa par mujh ko Islam inhi logon ki kitabon se mila hai.</w:t>
      </w:r>
    </w:p>
    <w:p>
      <w:pPr>
        <w:jc w:val="right"/>
      </w:pPr>
      <w:r>
        <w:t>اب اس کو میں جو جس کو کہتے ہیں مصطفیٰ عربی میں، میں جو مصطفیٰ تھا، اس مصطفیٰ پر مجھ کو اسلام انہی لوگوں کی کتابوں سے ملا ہے۔</w:t>
      </w:r>
    </w:p>
    <w:p>
      <w:r>
        <w:rPr>
          <w:b/>
        </w:rPr>
        <w:t xml:space="preserve">[50:31] </w:t>
      </w:r>
      <w:r>
        <w:t>is ko kehte hain fikri mustafa, yaani intellectual level. jo mera fikri mustafa tha, us mustafa par nahi mujhe mila tha madrasay mein ya masjidon mein islam.</w:t>
      </w:r>
    </w:p>
    <w:p>
      <w:pPr>
        <w:jc w:val="right"/>
      </w:pPr>
      <w:r>
        <w:t>اس کو کہتے ہیں فکری مصطفیٰ، یعنی انٹلیکچول لیول۔ جو میرا فکری مصطفیٰ تھا، اس مصطفیٰ پر نہیں مجھے ملا تھا مدرسے میں یا مسجدوں میں اسلام۔</w:t>
      </w:r>
    </w:p>
    <w:p>
      <w:r>
        <w:rPr>
          <w:b/>
        </w:rPr>
        <w:t xml:space="preserve">[50:44] </w:t>
      </w:r>
      <w:r>
        <w:t>woh mujhe is ko inhi inhi inhi logon ke zariye maloom hua. mujhe tab mein ne apni faith ko re re gain kiya, recover kiya.</w:t>
      </w:r>
    </w:p>
    <w:p>
      <w:pPr>
        <w:jc w:val="right"/>
      </w:pPr>
      <w:r>
        <w:t>وہ مجھے اس کو انہی انہی انہی لوگوں کے ذریعے معلوم ہوا۔ مجھے تب میں نے اپنی فیتھ کو ری ری گین کیا، ریکور کیا۔</w:t>
      </w:r>
    </w:p>
    <w:p>
      <w:r>
        <w:rPr>
          <w:b/>
        </w:rPr>
        <w:t xml:space="preserve">[50:56] </w:t>
      </w:r>
      <w:r>
        <w:t>phir se mein lauta islam ki taraf.</w:t>
      </w:r>
    </w:p>
    <w:p>
      <w:pPr>
        <w:jc w:val="right"/>
      </w:pPr>
      <w:r>
        <w:t>پھر سے میں لوٹا اسلام کی طرف۔</w:t>
      </w:r>
    </w:p>
    <w:p>
      <w:r>
        <w:rPr>
          <w:b/>
        </w:rPr>
        <w:t xml:space="preserve">[51:03] </w:t>
      </w:r>
      <w:r>
        <w:t>toh yeh sab baatein jo mein arz kar raha hoon, yeh hamari qadeem kitabon mein nahi hain. yeh jadeed discoveries jo hui hain science ke zariye se, is se yeh baatein mujhe maloom hui, aur isi se mujhe yaqeen, aik aik naya yaqeen mere andar paida hua.</w:t>
      </w:r>
    </w:p>
    <w:p>
      <w:pPr>
        <w:jc w:val="right"/>
      </w:pPr>
      <w:r>
        <w:t>تو یہ سب باتیں جو میں عرض کر رہا ہوں، یہ ہماری قدیم کتابوں میں نہیں ہیں۔ یہ جدید ڈسکوریز جو ہوئی ہیں سائنس کے ذریعے سے، اس سے یہ باتیں مجھے معلوم ہوئی، اور اسی سے مجھے یقین، ایک ایک نیا یقین میرے اندر پیدا ہوا۔</w:t>
      </w:r>
    </w:p>
    <w:p>
      <w:r>
        <w:rPr>
          <w:b/>
        </w:rPr>
        <w:t xml:space="preserve">[51:17] </w:t>
      </w:r>
      <w:r>
        <w:t>naya yaqeen!</w:t>
      </w:r>
    </w:p>
    <w:p>
      <w:pPr>
        <w:jc w:val="right"/>
      </w:pPr>
      <w:r>
        <w:t>نیا یقین!</w:t>
      </w:r>
    </w:p>
    <w:p>
      <w:r>
        <w:rPr>
          <w:b/>
        </w:rPr>
        <w:t xml:space="preserve">[51:26] </w:t>
      </w:r>
      <w:r>
        <w:t>aur jab tak aap ka itna yaqeen na ho, aap ke andar jab tak, yaani shaoor ki satah par aik gehra yaqeen na ho, toh aap koi bara kaam nahi kar sakte.</w:t>
      </w:r>
    </w:p>
    <w:p>
      <w:pPr>
        <w:jc w:val="right"/>
      </w:pPr>
      <w:r>
        <w:t>اور جب تک آپ کا اتنا یقین نہ ہو، آپ کے اندر جب تک، یعنی شعور کی سطح پر ایک گہرا یقین نہ ہو، تو آپ کوئی بڑا کام نہیں کر سکتے۔</w:t>
      </w:r>
    </w:p>
    <w:p>
      <w:r>
        <w:rPr>
          <w:b/>
        </w:rPr>
        <w:t xml:space="preserve">[51:45] </w:t>
      </w:r>
      <w:r>
        <w:t>yaani islam ko aik bohat bari cheez samhein. aap Allah taala ki azmat aap ke zehan mein aaye, aur jannat ke liye aap apni zindagi ka waqf par waqf kar dein.</w:t>
      </w:r>
    </w:p>
    <w:p>
      <w:pPr>
        <w:jc w:val="right"/>
      </w:pPr>
      <w:r>
        <w:t>یعنی اسلام کو ایک بہت بڑی چیز سمجھیں۔ آپ اللہ تعالیٰ کی عظمت آپ کے ذہن میں آئے، اور جنت کے لیے آپ اپنی زندگی کا وقف پر وقف کر دیں۔</w:t>
      </w:r>
    </w:p>
    <w:p>
      <w:r>
        <w:rPr>
          <w:b/>
        </w:rPr>
        <w:t xml:space="preserve">[51:56] </w:t>
      </w:r>
      <w:r>
        <w:t>daawat Allah ke liye aap hero ban jayein. yeh tab hoga jab is ke is ke peeche koi bari discovery aap ki hogi.</w:t>
      </w:r>
    </w:p>
    <w:p>
      <w:pPr>
        <w:jc w:val="right"/>
      </w:pPr>
      <w:r>
        <w:t>دعوت اللہ کے لیے آپ ہیرو بن جائیں۔ یہ تب ہوگا جب اس کے اس کے پیچھے کوئی بڑی ڈسکوری آپ کی ہوگی۔</w:t>
      </w:r>
    </w:p>
    <w:p>
      <w:r>
        <w:rPr>
          <w:b/>
        </w:rPr>
        <w:t xml:space="preserve">[52:06] </w:t>
      </w:r>
      <w:r>
        <w:t>agar bari discovery nahi hai toh fateh, agar kisi ke paas fateh ki zabaan hai, yaad rakhiye, fatwa ki zabaan mein koi yeh mumkin nahi hai ke log daawat Allah ke hero banein, Allah ki azmaton ko daryaft karein.</w:t>
      </w:r>
    </w:p>
    <w:p>
      <w:pPr>
        <w:jc w:val="right"/>
      </w:pPr>
      <w:r>
        <w:t>اگر بڑی ڈسکوری نہیں ہے تو فتح، اگر کسی کے پاس فتح کی زبان ہے، یاد رکھیے، فتویٰ کی زبان میں کوئی یہ ممکن نہیں ہے کہ لوگ دعوت اللہ کے ہیرو بنیں، اللہ کی عظمتوں کو دریافت کریں۔</w:t>
      </w:r>
    </w:p>
    <w:p>
      <w:r>
        <w:rPr>
          <w:b/>
        </w:rPr>
        <w:t xml:space="preserve">[52:21] </w:t>
      </w:r>
      <w:r>
        <w:t>yeh sab nahi ho sakta fatway ki zabaan mein.</w:t>
      </w:r>
    </w:p>
    <w:p>
      <w:pPr>
        <w:jc w:val="right"/>
      </w:pPr>
      <w:r>
        <w:t>یہ سب نہیں ہو سکتا فتوے کی زبان میں۔</w:t>
      </w:r>
    </w:p>
    <w:p>
      <w:r>
        <w:rPr>
          <w:b/>
        </w:rPr>
        <w:t xml:space="preserve">[52:28] </w:t>
      </w:r>
      <w:r>
        <w:t>jab aap ko, yaani Allah ki azmaton ki daryaft hoti hai, jab is ke wonders ko aap daryaft karte hain, toh aik aik panah jazba paida hota hai ke insaan ko batayein daawat Allah ka jo kaam hai, is ke andar jo hero ban jata hai insaan.</w:t>
      </w:r>
    </w:p>
    <w:p>
      <w:pPr>
        <w:jc w:val="right"/>
      </w:pPr>
      <w:r>
        <w:t>جب آپ کو، یعنی اللہ کی عظمتوں کی دریافت ہوتی ہے، جب اس کے ونڈرز کو آپ دریافت کرتے ہیں، تو ایک ایک پناہ جذبہ پیدا ہوتا ہے کہ انسان کو بتائیں دعوت اللہ کا جو کام ہے، اس کے اندر جو ہیرو بن جاتا ہے انسان۔</w:t>
      </w:r>
    </w:p>
    <w:p>
      <w:r>
        <w:rPr>
          <w:b/>
        </w:rPr>
        <w:t xml:space="preserve">[52:46] </w:t>
      </w:r>
      <w:r>
        <w:t>yeh sahaba hero ban gaye toh kaisa hota hai? itni bari cheez daryaft hoti hai ke aap cheekh uthte hain, kaise na bataoon logon ko? mein mujhe batana parega.</w:t>
      </w:r>
    </w:p>
    <w:p>
      <w:pPr>
        <w:jc w:val="right"/>
      </w:pPr>
      <w:r>
        <w:t>یہ صحابہ ہیرو بن گئے تو کیسا ہوتا ہے؟ اتنی بڑی چیز دریافت ہوتی ہے کہ آپ چیخ اٹھتے ہیں، کیسے نہ بتاؤں لوگوں کو؟ میں مجھے بتانا پڑے گا۔</w:t>
      </w:r>
    </w:p>
    <w:p>
      <w:r>
        <w:rPr>
          <w:b/>
        </w:rPr>
        <w:t xml:space="preserve">[52:59] </w:t>
      </w:r>
      <w:r>
        <w:t>jaise mein ne aik aik qissa parha tha aik american professor ka, woh is par research kar raha tha ke what is the law of universe?</w:t>
      </w:r>
    </w:p>
    <w:p>
      <w:pPr>
        <w:jc w:val="right"/>
      </w:pPr>
      <w:r>
        <w:t>جیسے میں نے ایک ایک قصہ پڑھا تھا ایک امریکن پروفیسر کا، وہ اس پر ریسرچ کر رہا تھا کہ واٹ از دا لاء آف یونیورس؟</w:t>
      </w:r>
    </w:p>
    <w:p>
      <w:r>
        <w:rPr>
          <w:b/>
        </w:rPr>
        <w:t xml:space="preserve">[53:12] </w:t>
      </w:r>
      <w:r>
        <w:t>yeh universe chal rahi hai kaise? is ka is ka central law kya hai jo jo control kar raha hai poore universe ko? bohat dinon tak research karta raha, karta raha, karta raha, yahan tak ke us ne daryaft kar liya apni samajh ke mutabiq.</w:t>
      </w:r>
    </w:p>
    <w:p>
      <w:pPr>
        <w:jc w:val="right"/>
      </w:pPr>
      <w:r>
        <w:t>یہ یونیورس چل رہی ہے کیسے؟ اس کا اس کا سینٹرل لاء کیا ہے جو جو کنٹرول کر رہا ہے پورے یونیورس کو؟ بہت دنوں تک ریسرچ کرتا رہا، کرتا رہا، کرتا رہا، یہاں تک کہ اس نے دریافت کر لیا اپنی سمجھ کے مطابق۔</w:t>
      </w:r>
    </w:p>
    <w:p>
      <w:r>
        <w:rPr>
          <w:b/>
        </w:rPr>
        <w:t xml:space="preserve">[53:30] </w:t>
      </w:r>
      <w:r>
        <w:t>toh jab us ko daryaft hui toh ghar se nikla. raat ka waqt tha. mujhe chaha ke mein cheekh kar logon ko bataoon.</w:t>
      </w:r>
    </w:p>
    <w:p>
      <w:pPr>
        <w:jc w:val="right"/>
      </w:pPr>
      <w:r>
        <w:t>تو جب اس کو دریافت ہوئی تو گھر سے نکلا۔ رات کا وقت تھا۔ مجھے چاہا کہ میں چیخ کر لوگوں کو بتاؤں۔</w:t>
      </w:r>
    </w:p>
    <w:p>
      <w:r>
        <w:rPr>
          <w:b/>
        </w:rPr>
        <w:t xml:space="preserve">[53:41] </w:t>
      </w:r>
      <w:r>
        <w:t>toh maloom hua ke wahan woh aik town mein rehta tha, koi baray shehar mein nahi tha. town mein maloom hua ke log jo hain, aksar log aik theatre hua karte.</w:t>
      </w:r>
    </w:p>
    <w:p>
      <w:pPr>
        <w:jc w:val="right"/>
      </w:pPr>
      <w:r>
        <w:t>تو معلوم ہوا کہ وہاں وہ ایک ٹاؤن میں رہتا تھا، کوئی بڑے شہر میں نہیں تھا۔ ٹاؤن میں معلوم ہوا کہ لوگ جو ہیں، اکثر لوگ ایک تھیٹر ہوا کرتے۔</w:t>
      </w:r>
    </w:p>
    <w:p>
      <w:r>
        <w:rPr>
          <w:b/>
        </w:rPr>
        <w:t xml:space="preserve">[53:50] </w:t>
      </w:r>
      <w:r>
        <w:t>tab tab ki baat hai yeh jab ke theatre hua karte thay. aik theatre mein sab log jama hain.</w:t>
      </w:r>
    </w:p>
    <w:p>
      <w:pPr>
        <w:jc w:val="right"/>
      </w:pPr>
      <w:r>
        <w:t>تب تب کی بات ہے یہ جب کہ تھیٹر ہوا کرتے تھے۔ ایک تھیٹر میں سب لوگ جمع ہیں۔</w:t>
      </w:r>
    </w:p>
    <w:p>
      <w:r>
        <w:rPr>
          <w:b/>
        </w:rPr>
        <w:t xml:space="preserve">[53:58] </w:t>
      </w:r>
      <w:r>
        <w:t>shaah sunata tha. toh woh theatre mein gaya, ghus gaya. is ke andar wahan par stage tha. stage par mic laga hua tha aur log apna apna bol rahe thay jo bolna tha un ko.</w:t>
      </w:r>
    </w:p>
    <w:p>
      <w:pPr>
        <w:jc w:val="right"/>
      </w:pPr>
      <w:r>
        <w:t>شاہ سناٹا تھا۔ تو وہ تھیٹر میں گیا، گھس گیا۔ اس کے اندر وہاں پر اسٹیج تھا۔ اسٹیج پر مائیک لگا ہوا تھا اور لوگ اپنا اپنا بول رہے تھے جو بولنا تھا ان کو۔</w:t>
      </w:r>
    </w:p>
    <w:p>
      <w:r>
        <w:rPr>
          <w:b/>
        </w:rPr>
        <w:t xml:space="preserve">[54:14] </w:t>
      </w:r>
      <w:r>
        <w:t>us ne mic le liya. us ne kaha: "stop everything! stop everything! sab kuch roko!</w:t>
      </w:r>
    </w:p>
    <w:p>
      <w:pPr>
        <w:jc w:val="right"/>
      </w:pPr>
      <w:r>
        <w:t>اس نے مائیک لے لیا۔ اس نے کہا: "اسٹاپ ایوری تھنگ! اسٹاپ ایوری تھنگ! سب کچھ روکو!</w:t>
      </w:r>
    </w:p>
    <w:p>
      <w:r>
        <w:rPr>
          <w:b/>
        </w:rPr>
        <w:t xml:space="preserve">[54:22] </w:t>
      </w:r>
      <w:r>
        <w:t>mujhe mere paas tumhari bohat bari khabar hai. i have discover the law of universe!</w:t>
      </w:r>
    </w:p>
    <w:p>
      <w:pPr>
        <w:jc w:val="right"/>
      </w:pPr>
      <w:r>
        <w:t>مجھے میرے پاس تمہاری بہت بڑی خبر ہے۔ آئی ہیو ڈسکور دا لاء آف یونیورس!</w:t>
      </w:r>
    </w:p>
    <w:p>
      <w:r>
        <w:rPr>
          <w:b/>
        </w:rPr>
        <w:t xml:space="preserve">[54:30] </w:t>
      </w:r>
      <w:r>
        <w:t>mein ne universe ka qanoon daryaft kar liya. woh mujhe tum ko batana hai." toh yeh hai daai ki speed.</w:t>
      </w:r>
    </w:p>
    <w:p>
      <w:pPr>
        <w:jc w:val="right"/>
      </w:pPr>
      <w:r>
        <w:t>میں نے یونیورس کا قانون دریافت کر لیا۔ وہ مجھے تم کو بتانا ہے۔" تو یہ ہے داعی کی سپیڈ۔</w:t>
      </w:r>
    </w:p>
    <w:p>
      <w:r>
        <w:rPr>
          <w:b/>
        </w:rPr>
        <w:t xml:space="preserve">[54:38] </w:t>
      </w:r>
      <w:r>
        <w:t>isi ka naam hai. aap ne ab fateh ki zabaan mein aap kisi ko daai nahi bana sakte. koi shair o shayari karein, khilawat dikhayein, is se koi daai nahi banta.</w:t>
      </w:r>
    </w:p>
    <w:p>
      <w:pPr>
        <w:jc w:val="right"/>
      </w:pPr>
      <w:r>
        <w:t>اسی کا نام ہے۔ آپ نے اب فتح کی زبان میں آپ کسی کو داعی نہیں بنا سکتے۔ کوئی شعر و شاعری کریں، خلاوت دکھائیں، اس سے کوئی داعی نہیں بنتا۔</w:t>
      </w:r>
    </w:p>
    <w:p>
      <w:r>
        <w:rPr>
          <w:b/>
        </w:rPr>
        <w:t xml:space="preserve">[54:52] </w:t>
      </w:r>
      <w:r>
        <w:t>daai ko toh yaani aik bohat bara role karna parta hai.</w:t>
      </w:r>
    </w:p>
    <w:p>
      <w:pPr>
        <w:jc w:val="right"/>
      </w:pPr>
      <w:r>
        <w:t>داعی کو تو یعنی ایک بہت بڑا رول کرنا پڑتا ہے۔</w:t>
      </w:r>
    </w:p>
    <w:p>
      <w:r>
        <w:rPr>
          <w:b/>
        </w:rPr>
        <w:t xml:space="preserve">[54:59] </w:t>
      </w:r>
      <w:r>
        <w:t>bohat hi bara role, global role, universal role, chand suraj se zyada bara role. toh woh kaise kar payega jab ke us ko isi tarah ki aik discovery hui jise woh scientific science dan ko hui thi ke us ke ne is ke seenay mein phat raha tha.</w:t>
      </w:r>
    </w:p>
    <w:p>
      <w:pPr>
        <w:jc w:val="right"/>
      </w:pPr>
      <w:r>
        <w:t>بہت ہی بڑا رول، گلوبل رول، یونیورسل رول، چاند سورج سے زیادہ بڑا رول۔ تو وہ کیسے کر پائے گا جب کہ اس کو اسی طرح کی ایک ڈسکوری ہوئی جسے وہ سائنٹیفک سائنس دان کو ہوئی تھی کہ اس کے نے اس کے سینے میں پھٹ رہا تھا۔</w:t>
      </w:r>
    </w:p>
    <w:p>
      <w:r>
        <w:rPr>
          <w:b/>
        </w:rPr>
        <w:t xml:space="preserve">[55:16] </w:t>
      </w:r>
      <w:r>
        <w:t>woh chalane chahta tha ke mein chalaoon. toh jahan us ne dekha ke insaan akhatta hai, wahan ja kar cheekha woh ke: "stop everything!</w:t>
      </w:r>
    </w:p>
    <w:p>
      <w:pPr>
        <w:jc w:val="right"/>
      </w:pPr>
      <w:r>
        <w:t>وہ چلانے چاہتا تھا کہ میں چلاؤں۔ تو جہاں اسے دیکھا کہ انسان اکٹھا ہے، وہاں جا کر چیخا وہ کہ: "اسٹاپ ایوری تھنگ!</w:t>
      </w:r>
    </w:p>
    <w:p>
      <w:r>
        <w:rPr>
          <w:b/>
        </w:rPr>
        <w:t xml:space="preserve">[55:27] </w:t>
      </w:r>
      <w:r>
        <w:t>meri baat ko suno!</w:t>
      </w:r>
    </w:p>
    <w:p>
      <w:pPr>
        <w:jc w:val="right"/>
      </w:pPr>
      <w:r>
        <w:t>میری بات کو سنو!</w:t>
      </w:r>
    </w:p>
    <w:p>
      <w:r>
        <w:rPr>
          <w:b/>
        </w:rPr>
        <w:t xml:space="preserve">[55:30] </w:t>
      </w:r>
      <w:r>
        <w:t>i have discover da law of universe!" to yeh is ka is tarah se daai banta hai. isi liye madarson mein aap dekhiye, koi daai kahan ban rahe hain kyunke in ko koi bari daryaft nahi kar hoti.</w:t>
      </w:r>
    </w:p>
    <w:p>
      <w:pPr>
        <w:jc w:val="right"/>
      </w:pPr>
      <w:r>
        <w:t>آئی ہیو ڈسکور دا لاء آف یونیورس!" تو یہ اس کا اس طرح سے داعی بنتا ہے۔ اسی لیے مدرسوں میں آپ دیکھیے، کوئی داعی کہاں بن رہے ہیں کیونکہ ان کو کوئی بڑی دریافت نہیں کر ہوتی۔</w:t>
      </w:r>
    </w:p>
    <w:p>
      <w:r>
        <w:rPr>
          <w:b/>
        </w:rPr>
        <w:t xml:space="preserve">[55:43] </w:t>
      </w:r>
      <w:r>
        <w:t>wahan par aik riwayati ilm hai, koi riwayati نصاب hai, isi ko parh parh ke sand mil jati hai. bas</w:t>
      </w:r>
    </w:p>
    <w:p>
      <w:pPr>
        <w:jc w:val="right"/>
      </w:pPr>
      <w:r>
        <w:t>وہاں پر ایک روایتی علم ہے، کوئی روایتی نصاب ہے، اسی کو پڑھ پڑھ کے سند مل جاتی ہے۔ بس</w:t>
      </w:r>
    </w:p>
    <w:p>
      <w:r>
        <w:rPr>
          <w:b/>
        </w:rPr>
        <w:t xml:space="preserve">[55:51] </w:t>
      </w:r>
      <w:r>
        <w:t>wonders of god ko discover kar ke jab aap niklte hain aur paradise ko discover kar ke jab aap niklte hain,</w:t>
      </w:r>
    </w:p>
    <w:p>
      <w:pPr>
        <w:jc w:val="right"/>
      </w:pPr>
      <w:r>
        <w:t>ونڈرز آف گاڈ کو ڈسکور کر کے جب آپ نکلتے ہیں اور پارڈائز کو ڈسکور کر کے جب آپ نکلتے ہیں،</w:t>
      </w:r>
    </w:p>
    <w:p>
      <w:r>
        <w:rPr>
          <w:b/>
        </w:rPr>
        <w:t xml:space="preserve">[55:59] </w:t>
      </w:r>
      <w:r>
        <w:t>Allah ki azmaton ko discover kar ke jab aap niklte hain, jab Allah ke ishq shadeed aap par ghalib aa jati hai, yeh sab jab ho jata hai, tab woh woh woh woh woh shakhsiyat banti hai, woh personality banti hai jis ko hum daai kehte hain.</w:t>
      </w:r>
    </w:p>
    <w:p>
      <w:pPr>
        <w:jc w:val="right"/>
      </w:pPr>
      <w:r>
        <w:t>اللہ کی عظمتوں کو ڈسکور کر کے جب آپ نکلتے ہیں، جب اللہ کے حب شدید آپ پر غالب آ جاتی ہے، یہ سب جب ہو جاتا ہے، تب وہ وہ وہ وہ وہ شخصیت بنتی ہے، وہ پرسنیلٹی بنتی ہے جس کو ہم داعی کہتے ہیں۔</w:t>
      </w:r>
    </w:p>
    <w:p>
      <w:r>
        <w:rPr>
          <w:b/>
        </w:rPr>
        <w:t xml:space="preserve">[56:17] </w:t>
      </w:r>
      <w:r>
        <w:t>phir woh andha dhund kaam karne lagta hai. is ko kis ki parwah nahi hoti ke log kya kar rahe hain.</w:t>
      </w:r>
    </w:p>
    <w:p>
      <w:pPr>
        <w:jc w:val="right"/>
      </w:pPr>
      <w:r>
        <w:t>پھر وہ اندھا دھند کام کرنے لگتا ہے۔ اس کو کس کی پرواہ نہیں ہوتی کہ لوگ کیا کر رہے ہیں۔</w:t>
      </w:r>
    </w:p>
    <w:p>
      <w:r>
        <w:rPr>
          <w:b/>
        </w:rPr>
        <w:t xml:space="preserve">[56:29] </w:t>
      </w:r>
      <w:r>
        <w:t>to daai ki shakhsiyat jo hai, hero ki shakhsiyat hai. hero ki shakhsiyat</w:t>
      </w:r>
    </w:p>
    <w:p>
      <w:pPr>
        <w:jc w:val="right"/>
      </w:pPr>
      <w:r>
        <w:t>تو داعی کی شخصیت جو ہے، ہیرو کی شخصیت ہے۔ ہیرو کی شخصیت</w:t>
      </w:r>
    </w:p>
    <w:p>
      <w:r>
        <w:rPr>
          <w:b/>
        </w:rPr>
        <w:t xml:space="preserve">[56:38] </w:t>
      </w:r>
      <w:r>
        <w:t>jise aik mustashriq ne likha hai, aik orientalist ne sahaba ke baray mein ke Rasool Allah se pehle Arab aik aik gumnam aik ilaaqa tha, koi wahan par aik constitutive activity nahi thi.</w:t>
      </w:r>
    </w:p>
    <w:p>
      <w:pPr>
        <w:jc w:val="right"/>
      </w:pPr>
      <w:r>
        <w:t>جسے ایک مستشرق نے لکھا ہے، ایک اورینٹلسٹ نے صحابہ کے بارے میں کہ رسول اللہ سے پہلے عرب ایک ایک گمنام ایک علاقہ تھا، کوئی وہاں پر ایک کانسٹٹیو ایکٹیویٹی نہیں تھی۔</w:t>
      </w:r>
    </w:p>
    <w:p>
      <w:r>
        <w:rPr>
          <w:b/>
        </w:rPr>
        <w:t xml:space="preserve">[57:02] </w:t>
      </w:r>
      <w:r>
        <w:t>phir Rasool Allah se jab un ko Islam mila, sachai mili, yaani daryaft hui, mein kahoon ke daryaft hui to woh is ke alfaaz mein woh nation of heroes ban gaye.</w:t>
      </w:r>
    </w:p>
    <w:p>
      <w:pPr>
        <w:jc w:val="right"/>
      </w:pPr>
      <w:r>
        <w:t>پھر رسول اللہ سے جب ان کو اسلام ملا، سچائی ملی، یعنی دریافت ہوئی، میں کہوں کہ دریافت ہوئی تو وہ اس کے الفاظ میں وہ نیشن آف ہیروز بن گئے۔</w:t>
      </w:r>
    </w:p>
    <w:p>
      <w:r>
        <w:rPr>
          <w:b/>
        </w:rPr>
        <w:t xml:space="preserve">[57:17] </w:t>
      </w:r>
      <w:r>
        <w:t>aik poori poori qaum jo hai, hero hero ban gai. hero! an nation of heroes! to daai aik hero shakhsiyat hota hai, is se kam nahi.</w:t>
      </w:r>
    </w:p>
    <w:p>
      <w:pPr>
        <w:jc w:val="right"/>
      </w:pPr>
      <w:r>
        <w:t>ایک پوری پوری قوم جو ہے، ہیرو ہیرو بن گئی۔ ہیرو! ا نیشن آف ہیروز! تو داعی ایک ہیرو شخصیت ہوتا ہے، اس سے کم نہیں۔</w:t>
      </w:r>
    </w:p>
    <w:p>
      <w:r>
        <w:rPr>
          <w:b/>
        </w:rPr>
        <w:t xml:space="preserve">[57:33] </w:t>
      </w:r>
      <w:r>
        <w:t>is se kam hai to woh daai nahi hai.</w:t>
      </w:r>
    </w:p>
    <w:p>
      <w:pPr>
        <w:jc w:val="right"/>
      </w:pPr>
      <w:r>
        <w:t>اس سے کم ہے تو وہ داعی نہیں ہے۔</w:t>
      </w:r>
    </w:p>
    <w:p>
      <w:r>
        <w:rPr>
          <w:b/>
        </w:rPr>
        <w:t xml:space="preserve">[57:38] </w:t>
      </w:r>
      <w:r>
        <w:t>jo daai hero se kam ho, woh daai nahi hai. har daai ko hero banna hai. hero! hero! is ke paas aik aisi baat ho ke ke is ko chain na aaye jab us waqt tak jab tak dunya ko bata na de woh.</w:t>
      </w:r>
    </w:p>
    <w:p>
      <w:pPr>
        <w:jc w:val="right"/>
      </w:pPr>
      <w:r>
        <w:t>جو داعی ہیرو سے کم ہو، وہ داعی نہیں ہے۔ ہر داعی کو ہیرو بننا ہے۔ ہیرو! ہیرو! اس کے پاس ایک ایسی بات ہو کہ کہ اس کو چین نہ آئے جب اس وقت تک جب تک دنیا کو بتا نہ دے وہ۔</w:t>
      </w:r>
    </w:p>
    <w:p>
      <w:r>
        <w:rPr>
          <w:b/>
        </w:rPr>
        <w:t xml:space="preserve">[57:58] </w:t>
      </w:r>
      <w:r>
        <w:t>to yeh sab kab ho? jab is is tarah se aap apni soch ko active karen, is tarah se aap ko daryaft ho cheezain, is tarah se aap ke andar aik aik emergency ho, aik aik personality ka emergency ho.</w:t>
      </w:r>
    </w:p>
    <w:p>
      <w:pPr>
        <w:jc w:val="right"/>
      </w:pPr>
      <w:r>
        <w:t>تو یہ سب کب ہو؟ جب اس اس طریقے سے آپ اپنی سوچ کو ایکٹیو کریں، اس طریقے سے آپ کو دریافت ہو چیزیں، اس طرح سے آپ کے اندر ایک ایک ایمرجنسی ہو، ایک ایک پرسنیلٹی کا ایمرجنسی ہو۔</w:t>
      </w:r>
    </w:p>
    <w:p>
      <w:r>
        <w:rPr>
          <w:b/>
        </w:rPr>
        <w:t xml:space="preserve">[58:14] </w:t>
      </w:r>
      <w:r>
        <w:t>tab ja kar aisa hoga ke aap woh daai banenge jo jo jo ke hero daai hota hai.</w:t>
      </w:r>
    </w:p>
    <w:p>
      <w:pPr>
        <w:jc w:val="right"/>
      </w:pPr>
      <w:r>
        <w:t>تب جا کر ایسا ہوگا کہ آپ وہ داعی بنیں گے جو جو جو کہ ہیرو داعی ہوتا ہے۔</w:t>
      </w:r>
    </w:p>
    <w:p>
      <w:r>
        <w:rPr>
          <w:b/>
        </w:rPr>
        <w:t xml:space="preserve">[58:30] </w:t>
      </w:r>
      <w:r>
        <w:t>to sachai ko yaani wonders ke level par daryaft karna hai.</w:t>
      </w:r>
    </w:p>
    <w:p>
      <w:pPr>
        <w:jc w:val="right"/>
      </w:pPr>
      <w:r>
        <w:t>تو سچائی کو یعنی ونڈرز کے لیول پر دریافت کرنا ہے۔</w:t>
      </w:r>
    </w:p>
    <w:p>
      <w:r>
        <w:rPr>
          <w:b/>
        </w:rPr>
        <w:t xml:space="preserve">[58:39] </w:t>
      </w:r>
      <w:r>
        <w:t>is level par jab daryaft karenge aap to aap ko be-panah talluq Allah Ta'ala se ho jayega aur be-panah jazba paida ho jayega ke saare insaan ko bata daloon yeh yeh baat.</w:t>
      </w:r>
    </w:p>
    <w:p>
      <w:pPr>
        <w:jc w:val="right"/>
      </w:pPr>
      <w:r>
        <w:t>اس لیول پر جب دریافت کریں گے آپ تو آپ کو بے پناہ تعلق اللہ تعالیٰ سے ہو جائے گا اور بے پناہ جذبہ پیدا ہو جائے گا کہ سارے انسان کو بتا ڈالوں یہ یہ بات۔</w:t>
      </w:r>
    </w:p>
    <w:p>
      <w:r>
        <w:rPr>
          <w:b/>
        </w:rPr>
        <w:t xml:space="preserve">[58:50] </w:t>
      </w:r>
      <w:r>
        <w:t>koi insaan na chhootay, har insaan tak meri baat puhanch jaye.</w:t>
      </w:r>
    </w:p>
    <w:p>
      <w:pPr>
        <w:jc w:val="right"/>
      </w:pPr>
      <w:r>
        <w:t>کوئی انسان نہ چھوٹے، ہر انسان تک میری بات پہنچ جائے۔</w:t>
      </w:r>
    </w:p>
    <w:p>
      <w:r>
        <w:rPr>
          <w:b/>
        </w:rPr>
        <w:t xml:space="preserve">[58:56] </w:t>
      </w:r>
      <w:r>
        <w:t>aap ke seenay se har dar nikal jayega, har khauf nikal jayega. kisi ki parwah nahi hogi aap ko. hero ko kisi ki parwah nahi hoti.</w:t>
      </w:r>
    </w:p>
    <w:p>
      <w:pPr>
        <w:jc w:val="right"/>
      </w:pPr>
      <w:r>
        <w:t>آپ کے سینے سے ہر ڈر نکل جائے گا، ہر خوف نکل جائے گا۔ کسی کی پرواہ نہیں ہوگی آپ کو۔ ہیرو کو کسی کی پرواہ نہیں ہوتی۔</w:t>
      </w:r>
    </w:p>
    <w:p>
      <w:r>
        <w:rPr>
          <w:b/>
        </w:rPr>
        <w:t xml:space="preserve">[59:13] </w:t>
      </w:r>
      <w:r>
        <w:t>to Islam isi tarah ki sachai hai. Islam ke daai isi tarah ke hero hote hain. Islam isi tarah ka rehmat ka paigham hai.</w:t>
      </w:r>
    </w:p>
    <w:p>
      <w:pPr>
        <w:jc w:val="right"/>
      </w:pPr>
      <w:r>
        <w:t>تو اسلام اسی طرح کی سچائی ہے۔ اسلام کے داعی اسی طرح کے ہیرو ہوتے ہیں۔ اسلام اسی طرح کا رحمت کا پیغام ہے۔</w:t>
      </w:r>
    </w:p>
    <w:p>
      <w:r>
        <w:rPr>
          <w:b/>
        </w:rPr>
        <w:t xml:space="preserve">[59:24] </w:t>
      </w:r>
      <w:r>
        <w:t>Islam koi yaani aik woh koi koi culture jaisa nahi hai jo Islam jo dekhte hain musalmanon mein log woh kya hai?</w:t>
      </w:r>
    </w:p>
    <w:p>
      <w:pPr>
        <w:jc w:val="right"/>
      </w:pPr>
      <w:r>
        <w:t>اسلام کوئی یعنی ایک وہ کوئی کوئی کلچر جیسا نہیں ہے جو اسلام جو دیکھتے ہیں مسلمانوں میں لوگ وہ کیا ہے؟</w:t>
      </w:r>
    </w:p>
    <w:p>
      <w:r>
        <w:rPr>
          <w:b/>
        </w:rPr>
        <w:t xml:space="preserve">[59:37] </w:t>
      </w:r>
      <w:r>
        <w:t>woh to bas aik culture hai, aik dead culture aur kuch nahi.</w:t>
      </w:r>
    </w:p>
    <w:p>
      <w:pPr>
        <w:jc w:val="right"/>
      </w:pPr>
      <w:r>
        <w:t>وہ تو بس ایک کلچر ہے، ایک ڈیڈ کلچر اور کچھ نہیں۔</w:t>
      </w:r>
    </w:p>
    <w:p>
      <w:r>
        <w:rPr>
          <w:b/>
        </w:rPr>
        <w:t xml:space="preserve">[59:44] </w:t>
      </w:r>
      <w:r>
        <w:t>Islam aik aik living force hai, aik zinda taqat hai, zehnon ko maskhar karne wala hai.</w:t>
      </w:r>
    </w:p>
    <w:p>
      <w:pPr>
        <w:jc w:val="right"/>
      </w:pPr>
      <w:r>
        <w:t>اسلام ایک ایک لیونگ فورس ہے، ایک زندہ طاقت ہے، ذہنوں کو مسخر کرنے والا ہے۔</w:t>
      </w:r>
    </w:p>
    <w:p>
      <w:r>
        <w:rPr>
          <w:b/>
        </w:rPr>
        <w:t xml:space="preserve">[59:52] </w:t>
      </w:r>
      <w:r>
        <w:t>meri dua hai ke aap logon ke andar yahi is tarah ke discovery ke darjay mein Islam hasil ho, is tarah hero ke darjay mein aap daai ban jayen is mission ke liye.</w:t>
      </w:r>
    </w:p>
    <w:p>
      <w:pPr>
        <w:jc w:val="right"/>
      </w:pPr>
      <w:r>
        <w:t>میری دعا ہے کہ آپ لوگوں کے اندر یہی اس طرح کے ڈسکوری کے درجے میں اسلام حاصل ہو، اس طرح ہیرو کے درجے میں آپ داعی بن جائیں اس مشن کے لیے۔</w:t>
      </w:r>
    </w:p>
    <w:p>
      <w:r>
        <w:rPr>
          <w:b/>
        </w:rPr>
        <w:t xml:space="preserve">[1:00:03] </w:t>
      </w:r>
      <w:r>
        <w:t>aqool qawli haza wastaghfirullaha walakum ajmaeen.</w:t>
      </w:r>
    </w:p>
    <w:p>
      <w:pPr>
        <w:jc w:val="right"/>
      </w:pPr>
      <w:r>
        <w:t>اقول قولیھذا واستغفراللہ لولکم اجمعین۔</w:t>
      </w:r>
    </w:p>
    <w:p>
      <w:r>
        <w:rPr>
          <w:b/>
        </w:rPr>
        <w:t xml:space="preserve">[1:00:24] </w:t>
      </w:r>
      <w:r>
        <w:t>Maulana, yeh sawal aaya hai Mr Khwaja Kaleemuddin ka Pennsylvania se. unhon ne likha hai: "Maulana sahib, i often come across with a question from the people asking who is going to be like Maulana after he has passed away.</w:t>
      </w:r>
    </w:p>
    <w:p>
      <w:pPr>
        <w:jc w:val="right"/>
      </w:pPr>
      <w:r>
        <w:t>مولانا، یہ سوال آیا ہے مسٹر خواجہ کلیم الدین کا پینسلوینیا سے۔ انہوں نے لکھا ہے: "مولانا صاحب، آئی آفن کم اکراس ودا کوئسچن فرام دا پیپل اسکنگ ہو از گوئنگ ٹو بی لائک مولانا افٹر ہی ہیز پاسڈ اوے۔</w:t>
      </w:r>
    </w:p>
    <w:p>
      <w:r>
        <w:rPr>
          <w:b/>
        </w:rPr>
        <w:t xml:space="preserve">[1:00:43] </w:t>
      </w:r>
      <w:r>
        <w:t>dead he prepare anyone like him who is going to be a prolific writer and speaker?</w:t>
      </w:r>
    </w:p>
    <w:p>
      <w:pPr>
        <w:jc w:val="right"/>
      </w:pPr>
      <w:r>
        <w:t>ڈیڈ ہی پریپیئر اینی ون لائک ہم ہو از گوئنگ ٹو بی اے پرولیفک رائٹر اینڈ سپیکر؟</w:t>
      </w:r>
    </w:p>
    <w:p>
      <w:r>
        <w:rPr>
          <w:b/>
        </w:rPr>
        <w:t xml:space="preserve">[1:00:51] </w:t>
      </w:r>
      <w:r>
        <w:t>" my reply to such people always has been that Maulana has never been trying to clone himself who can be another Maulana Wahiduddin Khan.</w:t>
      </w:r>
    </w:p>
    <w:p>
      <w:pPr>
        <w:jc w:val="right"/>
      </w:pPr>
      <w:r>
        <w:t>" مائی ریپلائی ٹو سچ پیپل الویز ہیز بین دیٹ مولانا ہیز نیور بین ٹرائنگ ٹو کلون ہم سیلف ہو کین بی انادر مولانا وحید الدین خان۔</w:t>
      </w:r>
    </w:p>
    <w:p>
      <w:r>
        <w:rPr>
          <w:b/>
        </w:rPr>
        <w:t xml:space="preserve">[1:01:02] </w:t>
      </w:r>
      <w:r>
        <w:t>rather he is trying to raise the awareness of all and sundry so that every person becomes a thinking person, a person who discovers the reality in his own.</w:t>
      </w:r>
    </w:p>
    <w:p>
      <w:pPr>
        <w:jc w:val="right"/>
      </w:pPr>
      <w:r>
        <w:t>ریدر ہی از ٹرائنگ ٹو ریز دی اویرنس اف ال اینڈ سنڈری سو دیٹ ایوری پرسن بیکمز ا تھنکنگ پرسن، ا پرسن ہو ڈسکورز دا ریلیٹی ان ہز اون۔</w:t>
      </w:r>
    </w:p>
    <w:p>
      <w:r>
        <w:rPr>
          <w:b/>
        </w:rPr>
        <w:t xml:space="preserve">[1:01:14] </w:t>
      </w:r>
      <w:r>
        <w:t>Maulana with his literature has initiated a process with which people may evolve into peaceful beings who can establish peace in the world.</w:t>
      </w:r>
    </w:p>
    <w:p>
      <w:pPr>
        <w:jc w:val="right"/>
      </w:pPr>
      <w:r>
        <w:t>مولانا ود ہز لٹریچر ہیز انیشیٹڈ ا پروسیس ود وچ پیپل می ایوالو انٹو پیس فل بینگز ہو کین اسٹیبلش پیس ان دا ورلڈ۔</w:t>
      </w:r>
    </w:p>
    <w:p>
      <w:r>
        <w:rPr>
          <w:b/>
        </w:rPr>
        <w:t xml:space="preserve">[1:01:25] </w:t>
      </w:r>
      <w:r>
        <w:t>this he is making a way so that someone greater than him may be born. Maulana sahib, please comment on my reply. theek hai, aap ne bilkul sahi jawab diya hai.</w:t>
      </w:r>
    </w:p>
    <w:p>
      <w:pPr>
        <w:jc w:val="right"/>
      </w:pPr>
      <w:r>
        <w:t>دس ہی از میکنگ ا وے سو دیٹ سم ون گریٹر دین ہم می بی بورن۔ مولانا صاحب، پلیز کمنٹ ان مائی ریپلائی۔ ٹھیک ہے، آپ نے بالکل صحیح جواب دیا ہے۔</w:t>
      </w:r>
    </w:p>
    <w:p>
      <w:r>
        <w:rPr>
          <w:b/>
        </w:rPr>
        <w:t xml:space="preserve">[1:01:40] </w:t>
      </w:r>
      <w:r>
        <w:t>haqeeqat yeh hai ke dunya mein hamesha literature hi se kaam hua hai.</w:t>
      </w:r>
    </w:p>
    <w:p>
      <w:pPr>
        <w:jc w:val="right"/>
      </w:pPr>
      <w:r>
        <w:t>حقیقت یہ ہے کہ دنیا میں ہمیشہ لٹریچر ہی سے کام ہوا ہے۔</w:t>
      </w:r>
    </w:p>
    <w:p>
      <w:r>
        <w:rPr>
          <w:b/>
        </w:rPr>
        <w:t xml:space="preserve">[1:01:44] </w:t>
      </w:r>
      <w:r>
        <w:t>jitni tehreekein hain, insaan to hamesha baqi nahin rehta. jitne bare bare movement hain, woh sab literature se aage badhe hain.</w:t>
      </w:r>
    </w:p>
    <w:p>
      <w:pPr>
        <w:jc w:val="right"/>
      </w:pPr>
      <w:r>
        <w:t>جتنی تحریکیں ہیں، انسان تو ہمیشہ باقی نہیں رہتا۔ جتنے بڑے بڑے موومنٹ ہیں، وہ سب لٹریچری سے آگے بڑھی ہیں۔</w:t>
      </w:r>
    </w:p>
    <w:p>
      <w:r>
        <w:rPr>
          <w:b/>
        </w:rPr>
        <w:t xml:space="preserve">[1:01:55] </w:t>
      </w:r>
      <w:r>
        <w:t>chahe marxism ho, chahe darwinism ho, chahe democracy ho,</w:t>
      </w:r>
    </w:p>
    <w:p>
      <w:pPr>
        <w:jc w:val="right"/>
      </w:pPr>
      <w:r>
        <w:t>چاہے مارکسز ہو، چاہے ڈارونزم ہو، چاہے ڈیموکریسی ہو،</w:t>
      </w:r>
    </w:p>
    <w:p>
      <w:r>
        <w:rPr>
          <w:b/>
        </w:rPr>
        <w:t xml:space="preserve">[1:02:01] </w:t>
      </w:r>
      <w:r>
        <w:t>jitne bhi tehreekein hain, literature ke bal par aage badhe hain. aur Allah se yahan literature aisa tayyar ho chuka hai jo har cheez ko replace karta hai.</w:t>
      </w:r>
    </w:p>
    <w:p>
      <w:pPr>
        <w:jc w:val="right"/>
      </w:pPr>
      <w:r>
        <w:t>جتنے بھی تحریکیں ہیں، لٹریچری کے بل پر آگے بڑھی ہیں۔ اور اللہ سے یہاں لٹریچر ایسا تیار ہو چکا ہے جو ہر چیز کو ریپلیس کرتا ہے۔</w:t>
      </w:r>
    </w:p>
    <w:p>
      <w:r>
        <w:rPr>
          <w:b/>
        </w:rPr>
        <w:t xml:space="preserve">[1:02:20] </w:t>
      </w:r>
      <w:r>
        <w:t>abhi aaj hi mujhe ek news mili ek shehar se India ke ek sahib ko, yaani daryaft hui is is mission ki aur kitabon ko padha unhone.</w:t>
      </w:r>
    </w:p>
    <w:p>
      <w:pPr>
        <w:jc w:val="right"/>
      </w:pPr>
      <w:r>
        <w:t>ابھی آج ہی مجھے ایک نیوز ملی ایک شہر سے انڈیا کے ایک صاحب کو، یعنی دریافت ہوئی اس اس مشن کی اور کتابوں کو پڑھا انہوں نے۔</w:t>
      </w:r>
    </w:p>
    <w:p>
      <w:r>
        <w:rPr>
          <w:b/>
        </w:rPr>
        <w:t xml:space="preserve">[1:02:34] </w:t>
      </w:r>
      <w:r>
        <w:t>to unhone andha dhundh kitabon ko phailana shuru kar diya. aaj hi mujhe message aaya, koi kehte hain ke main ek ek insaan tak is kitabon ko pahunchaunga.</w:t>
      </w:r>
    </w:p>
    <w:p>
      <w:pPr>
        <w:jc w:val="right"/>
      </w:pPr>
      <w:r>
        <w:t>تو انہوں نے اندھا دھند کتابوں کو پھیلانا شروع کر دیا۔ آج ہی مجھے میسج آیا، کوئی کہتے ہیں کہ میں ایک ایک انسان تک اس کتابوں کو پہنچاؤں گا۔</w:t>
      </w:r>
    </w:p>
    <w:p>
      <w:r>
        <w:rPr>
          <w:b/>
        </w:rPr>
        <w:t xml:space="preserve">[1:02:45] </w:t>
      </w:r>
      <w:r>
        <w:t>to log, mere khayal se, log padhte nahin, woh jante nahin ke yeh literature ki shakal mein kaisi cheez tayyar ho gayi hai. aaj hi subah telephone ke zariye mujhe ek sahib ne bataya ke unko unke paas telephone aaya hai ke unke andar ek zabardast jazba jaag utha hai ke is literature ko mujhe saare saare insanon tak pahunchana hai.</w:t>
      </w:r>
    </w:p>
    <w:p>
      <w:pPr>
        <w:jc w:val="right"/>
      </w:pPr>
      <w:r>
        <w:t>تو لوگ، میرے خیال سے، لوگ پڑھتے نہیں، وہ جانتے نہیں کہ یہ لٹریچر کی شکل میں کیسی چیز تیار ہو گئی ہے۔ آج ہی صبح ٹیلی فون کے ذریعے مجھے ایک صاحب نے بتایا کہ ان کو ان کے پاس ٹیلی فون آیا ہے کہ ان کے اندر ایک زبردست جذبہ جاگ اٹھا ہے کہ اس لٹریچر کو مجھے سارے سارے انسانوں تک پہنچانا ہے۔</w:t>
      </w:r>
    </w:p>
    <w:p>
      <w:r>
        <w:rPr>
          <w:b/>
        </w:rPr>
        <w:t xml:space="preserve">[1:03:06] </w:t>
      </w:r>
      <w:r>
        <w:t>iske liye woh apna waqt, apna maal, apni energy sab laga laga rakha hai unhone.</w:t>
      </w:r>
    </w:p>
    <w:p>
      <w:pPr>
        <w:jc w:val="right"/>
      </w:pPr>
      <w:r>
        <w:t>اس کے لیے وہ اپنا وقت، اپنا مال، اپنی انرجی سب لگا لگا رکھا ہے انہوں نے۔</w:t>
      </w:r>
    </w:p>
    <w:p>
      <w:r>
        <w:rPr>
          <w:b/>
        </w:rPr>
        <w:t xml:space="preserve">[1:03:14] </w:t>
      </w:r>
      <w:r>
        <w:t>to aap aisi baatein kyun karte hain? dekhein, Quran mein hai ke</w:t>
      </w:r>
    </w:p>
    <w:p>
      <w:pPr>
        <w:jc w:val="right"/>
      </w:pPr>
      <w:r>
        <w:t>تو آپ ایسی باتیں کیوں کرتے ہیں؟ دیکھیں، قرآن میں ہے کہ</w:t>
      </w:r>
    </w:p>
    <w:p>
      <w:r>
        <w:rPr>
          <w:b/>
        </w:rPr>
        <w:t xml:space="preserve">[1:03:22] </w:t>
      </w:r>
      <w:r>
        <w:t>qunoot haram hai, mayoosi haram hai. to is mein main aksar sochta hoon ke mayoosi ko Allah taala ne kyun haram kiya?</w:t>
      </w:r>
    </w:p>
    <w:p>
      <w:pPr>
        <w:jc w:val="right"/>
      </w:pPr>
      <w:r>
        <w:t>قنوت حرام ہے، مایوسی حرام ہے۔ تو اس میں میں اکثر سوچتا ہوں کہ مایوسی کو اللہ تعالیٰ نے کیوں حرام کیا؟</w:t>
      </w:r>
    </w:p>
    <w:p>
      <w:r>
        <w:rPr>
          <w:b/>
        </w:rPr>
        <w:t xml:space="preserve">[1:03:34] </w:t>
      </w:r>
      <w:r>
        <w:t>yaani agar bas mayoosi ke asbab maujood hon to usko haram nahin keh sakta.</w:t>
      </w:r>
    </w:p>
    <w:p>
      <w:pPr>
        <w:jc w:val="right"/>
      </w:pPr>
      <w:r>
        <w:t>یعنی اگر بس مایوسی کے اسباب موجود ہوں تو اس کو حرام نہیں کہہ سکتا۔</w:t>
      </w:r>
    </w:p>
    <w:p>
      <w:r>
        <w:rPr>
          <w:b/>
        </w:rPr>
        <w:t xml:space="preserve">[1:03:40] </w:t>
      </w:r>
      <w:r>
        <w:t>pehle bas mayoosi ke asbab ko khatam karna padega, tab mayoosi ko haram kar sakte hain. aap yeh namumkin hai ke Allah taala mayoosiyon ke dunya mein insaan ko chhod de aur kahe ke mayoos mat ho.</w:t>
      </w:r>
    </w:p>
    <w:p>
      <w:pPr>
        <w:jc w:val="right"/>
      </w:pPr>
      <w:r>
        <w:t>پہلے بس مایوسی کے اسباب کو ختم کرنا پڑے گا، تب مایوسی کو حرام کر سکتے ہیں۔ آپ یہ ناممکن ہے کہ اللہ تعالیٰ مایوسیوں کے دنیا میں انسان کو چھوڑ دے اور کہے کہ مایوس مت ہو۔</w:t>
      </w:r>
    </w:p>
    <w:p>
      <w:r>
        <w:rPr>
          <w:b/>
        </w:rPr>
        <w:t xml:space="preserve">[1:03:54] </w:t>
      </w:r>
      <w:r>
        <w:t>dar darmiyan qaal darya takht bandam kar di batmi goyi ke daman termak hashar bash. aisa nahin ho sakta hai.</w:t>
      </w:r>
    </w:p>
    <w:p>
      <w:pPr>
        <w:jc w:val="right"/>
      </w:pPr>
      <w:r>
        <w:t>در درمیان قال دریا تخت بندم کر دی باطمی گوئی کے دامن ترمک ہشار باش۔ ایسا نہیں ہو سکتا ہے۔</w:t>
      </w:r>
    </w:p>
    <w:p>
      <w:r>
        <w:rPr>
          <w:b/>
        </w:rPr>
        <w:t xml:space="preserve">[1:04:05] </w:t>
      </w:r>
      <w:r>
        <w:t>doosri baat yeh hai ke sab se badi taqat Allah taala ki hai</w:t>
      </w:r>
    </w:p>
    <w:p>
      <w:pPr>
        <w:jc w:val="right"/>
      </w:pPr>
      <w:r>
        <w:t>دوسری بات یہ ہے کہ سب سے بڑی طاقت اللہ تعالیٰ کی ہے</w:t>
      </w:r>
    </w:p>
    <w:p>
      <w:r>
        <w:rPr>
          <w:b/>
        </w:rPr>
        <w:t xml:space="preserve">[1:04:14] </w:t>
      </w:r>
      <w:r>
        <w:t>jo har waqt aap ke liye, har waqt aap ke liye maujood hai, har insaan ke liye, hatta ke andhe ke liye bhi maujood hai. main aap ka kal ka tajurba aap ko batata hoon.</w:t>
      </w:r>
    </w:p>
    <w:p>
      <w:pPr>
        <w:jc w:val="right"/>
      </w:pPr>
      <w:r>
        <w:t>جو ہر وقت آپ کے لیے، ہر وقت آپ کے لیے موجود ہے، ہر انسان کے لیے، حتیٰ کہ اندھے کے لیے بھی موجود ہے۔ میں آپ کا کل کا تجربہ آپ کو بتاتا ہوں۔</w:t>
      </w:r>
    </w:p>
    <w:p>
      <w:r>
        <w:rPr>
          <w:b/>
        </w:rPr>
        <w:t xml:space="preserve">[1:04:25] </w:t>
      </w:r>
      <w:r>
        <w:t>kal, abhi kal shaam ko, Delhi ke ek ek bahut bade center mein kal ek program tha. wahan ek American professor aaye hue the, ek senior professor jo wahan par mazhab ko padhate hain.</w:t>
      </w:r>
    </w:p>
    <w:p>
      <w:pPr>
        <w:jc w:val="right"/>
      </w:pPr>
      <w:r>
        <w:t>کل، ابھی کل شام کو، دلی کے ایک ایک بہت بڑے سینٹر میں کل ایک پروگرام تھا۔ وہاں ایک امریکن پروفیسر آئے ہوئے تھے، ایک سینئر پروفیسر جو وہاں پر مذہب کو پڑھاتے ہیں۔</w:t>
      </w:r>
    </w:p>
    <w:p>
      <w:r>
        <w:rPr>
          <w:b/>
        </w:rPr>
        <w:t xml:space="preserve">[1:04:46] </w:t>
      </w:r>
      <w:r>
        <w:t>to ek bahut zabardast program tha, scholars ekatha the is mein, aur is speaker sirf do the, sirf do ko bolna tha wahan. woh jo the, woh Christian ko le kar, Christianity ko le kar bolne the, yaani Christianity and Peace, yeh unka subject tha.</w:t>
      </w:r>
    </w:p>
    <w:p>
      <w:pPr>
        <w:jc w:val="right"/>
      </w:pPr>
      <w:r>
        <w:t>تو ایک بہت زبردست پروگرام تھا، سکالرز اکٹھا تھے اس میں، اور اس اسپیکر صرف دو تھے، صرف دو کو بولنا تھا وہاں۔ وہ جو تھے، وہ کرسچن کو لے کر، کرسچینٹی کو لے کر بولنے تھے، یعنی کرسچینٹی اینڈ پیس، یہ ان کا سبجیکٹ تھا۔</w:t>
      </w:r>
    </w:p>
    <w:p>
      <w:r>
        <w:rPr>
          <w:b/>
        </w:rPr>
        <w:t xml:space="preserve">[1:05:04] </w:t>
      </w:r>
      <w:r>
        <w:t>doosra speaker main tha, Islam and Peace.</w:t>
      </w:r>
    </w:p>
    <w:p>
      <w:pPr>
        <w:jc w:val="right"/>
      </w:pPr>
      <w:r>
        <w:t>دوسرا اسپیکر میں تھا، اسلام اینڈ پیس۔</w:t>
      </w:r>
    </w:p>
    <w:p>
      <w:r>
        <w:rPr>
          <w:b/>
        </w:rPr>
        <w:t xml:space="preserve">[1:05:11] </w:t>
      </w:r>
      <w:r>
        <w:t>ab pehli baar aisa hua meri zindagi mein ke ek senior American professor ke saath main baitha hoon, ek us ki taqreer, doosri meri taqreer.</w:t>
      </w:r>
    </w:p>
    <w:p>
      <w:pPr>
        <w:jc w:val="right"/>
      </w:pPr>
      <w:r>
        <w:t>اب پہلی بار ایسا ہوا میری زندگی میں کہ ایک سینئر امریکن پروفیسر کے ساتھ میں بیٹھا ہوں، ایک اس کی تقریر، دوسری میری تقریر۔</w:t>
      </w:r>
    </w:p>
    <w:p>
      <w:r>
        <w:rPr>
          <w:b/>
        </w:rPr>
        <w:t xml:space="preserve">[1:05:22] </w:t>
      </w:r>
      <w:r>
        <w:t>to main yaqeen kijiye ke main bilkul andar se, yaani dil mera kaanp raha tha. ab woh aadmi, us ki English, us ki madri zabaan hai, wohi hi hi hi shobay mein taleem hasil ki hai, usi ka professor hai,</w:t>
      </w:r>
    </w:p>
    <w:p>
      <w:pPr>
        <w:jc w:val="right"/>
      </w:pPr>
      <w:r>
        <w:t>تو میں یقین کیجئے کہ میں بالکل اندر سے، یعنی دل میرا کانپ رہا تھا۔ اب وہ آدمی، اس کی انگریزی، اس کی مادری زبان ہے، وہی ہی ہی ہی شعبے میں تعلیم حاصل کی ہے، اسی کا پروفیسر ہے،</w:t>
      </w:r>
    </w:p>
    <w:p>
      <w:r>
        <w:rPr>
          <w:b/>
        </w:rPr>
        <w:t xml:space="preserve">[1:05:39] </w:t>
      </w:r>
      <w:r>
        <w:t>isi pe research kiya hai, isi ka expert hai. woh to एक American professor yahan baitha hua hai, doosri taraf mein bi</w:t>
      </w:r>
    </w:p>
    <w:p>
      <w:pPr>
        <w:jc w:val="right"/>
      </w:pPr>
      <w:r>
        <w:t>اسی پہ ریسرچ کیا ہے، اسی کا ایکسپرٹ ہے۔ وہ تو ایک امریکن پروفیسر یہاں بیٹھا ہوا ہے، دوسری طرف میں بی</w:t>
      </w:r>
    </w:p>
    <w:p>
      <w:r>
        <w:rPr>
          <w:b/>
        </w:rPr>
        <w:t xml:space="preserve">[1:05:47] </w:t>
      </w:r>
      <w:r>
        <w:t>tha hua hoon, mein ek madrasay ka molvi, meri taleem to molvi wali taleem hui hai. to us waqt aap yaqeen kijiye ke mere dil mein yeh aata tha ke kaash koi mujhe mil jaye bhagne ka aisa mauqa, koi wajah mil jaye, bas mein faint ho jaon ya koi aisi baat ho jaye ke mujhe ek ek ek excuse mil jaye ke mein stage chhod ke chala jaon.</w:t>
      </w:r>
    </w:p>
    <w:p>
      <w:pPr>
        <w:jc w:val="right"/>
      </w:pPr>
      <w:r>
        <w:t>ٹھا ہوں، میں ایک مدرسے کا مولوی، میری تعلیم تو مولوی والی تعلیم ہوئی ہے۔ تو اس وقت آپ یقین کیجئے کہ میرے دل میں یہ آتا تھا کہ کاش کوئی مجھے مل جائے بھاگنے کا ایسا موقع، کوئی وجہ مل جائے، بس میں فینٹ ہو جاؤں یا کوئی ایسی بات ہو جائے کہ مجھے ایک ایک ایک سکوز مل جائے کہ میں اسٹیج چھوڑ کے چلا جاؤں۔</w:t>
      </w:r>
    </w:p>
    <w:p>
      <w:r>
        <w:rPr>
          <w:b/>
        </w:rPr>
        <w:t xml:space="preserve">[1:06:12] </w:t>
      </w:r>
      <w:r>
        <w:t>jaise aise khayal kar raha tha,</w:t>
      </w:r>
    </w:p>
    <w:p>
      <w:pPr>
        <w:jc w:val="right"/>
      </w:pPr>
      <w:r>
        <w:t>جیسے ایسے خیال کر رہا تھا،</w:t>
      </w:r>
    </w:p>
    <w:p>
      <w:r>
        <w:rPr>
          <w:b/>
        </w:rPr>
        <w:t xml:space="preserve">[1:06:17] </w:t>
      </w:r>
      <w:r>
        <w:t>lekin zahir hai ke mein uth nahi sakta tha. mein ne Allah taala se dua ki,</w:t>
      </w:r>
    </w:p>
    <w:p>
      <w:pPr>
        <w:jc w:val="right"/>
      </w:pPr>
      <w:r>
        <w:t>لیکن ظاہر ہے کہ میں اٹھ نہیں سکتا تھا۔ میں نے اللہ تعالیٰ سے دعا کی،</w:t>
      </w:r>
    </w:p>
    <w:p>
      <w:r>
        <w:rPr>
          <w:b/>
        </w:rPr>
        <w:t xml:space="preserve">[1:06:26] </w:t>
      </w:r>
      <w:r>
        <w:t>mein ne kaha khuda to yeh. jab aadmi diwangi mein bolta hai to ajeeb baatein bolta hai. woh jo hadith mein hai ke "rabash matfaw bilwab, la ilaha illabur" diwane ki koi zuban nahi hoti.</w:t>
      </w:r>
    </w:p>
    <w:p>
      <w:pPr>
        <w:jc w:val="right"/>
      </w:pPr>
      <w:r>
        <w:t>میں نے کہا خدا تو یہ۔ جب آدمی دیوانگی میں بولتا ہے تو عجیب باتیں بولتا ہے۔ وہ جو حدیث میں ہے کہ "رباش متفو بالواب، لا اللہ الا بر" دیوانے کی کوئی زبان نہیں ہوتی۔</w:t>
      </w:r>
    </w:p>
    <w:p>
      <w:r>
        <w:rPr>
          <w:b/>
        </w:rPr>
        <w:t xml:space="preserve">[1:06:44] </w:t>
      </w:r>
      <w:r>
        <w:t>yaad rakhiye,</w:t>
      </w:r>
    </w:p>
    <w:p>
      <w:pPr>
        <w:jc w:val="right"/>
      </w:pPr>
      <w:r>
        <w:t>یاد رکھیے،</w:t>
      </w:r>
    </w:p>
    <w:p>
      <w:r>
        <w:rPr>
          <w:b/>
        </w:rPr>
        <w:t xml:space="preserve">[1:06:50] </w:t>
      </w:r>
      <w:r>
        <w:t>mein ne kaha khuda to jo jibril ko dabo na bhej de zameen par.</w:t>
      </w:r>
    </w:p>
    <w:p>
      <w:pPr>
        <w:jc w:val="right"/>
      </w:pPr>
      <w:r>
        <w:t>میں نے کہا خدا تو جو جبرائیل کو دبو نہ بھیج دے زمین پر۔</w:t>
      </w:r>
    </w:p>
    <w:p>
      <w:r>
        <w:rPr>
          <w:b/>
        </w:rPr>
        <w:t xml:space="preserve">[1:07:00] </w:t>
      </w:r>
      <w:r>
        <w:t>mein bator human face ke ja raha hoon aur bolne wala jibril hoon.</w:t>
      </w:r>
    </w:p>
    <w:p>
      <w:pPr>
        <w:jc w:val="right"/>
      </w:pPr>
      <w:r>
        <w:t>میں بطور ہیومن فیس کے جا رہا ہوں اور بولنے والا جبرائیل ہوں۔</w:t>
      </w:r>
    </w:p>
    <w:p>
      <w:r>
        <w:rPr>
          <w:b/>
        </w:rPr>
        <w:t xml:space="preserve">[1:07:13] </w:t>
      </w:r>
      <w:r>
        <w:t>waqea hai us waqt jo mein ne mein bola to chhodne walon se aap poochh lijiyee.</w:t>
      </w:r>
    </w:p>
    <w:p>
      <w:pPr>
        <w:jc w:val="right"/>
      </w:pPr>
      <w:r>
        <w:t>واقعہ ہے اس وقت جو میں نے میں بولا تو چھوڑنے والوں سے آپ پوچھ لیجئے۔</w:t>
      </w:r>
    </w:p>
    <w:p>
      <w:r>
        <w:rPr>
          <w:b/>
        </w:rPr>
        <w:t xml:space="preserve">[1:07:19] </w:t>
      </w:r>
      <w:r>
        <w:t>ek sahib ne is ko etiraf kiya ke jo level of confidence aap ka tha woh is ka nahi tha. is christian professor ka, american professor ka, white professor tha, woh is ka level of confidence jo tha us se behtar tha aap ka level of confidence.</w:t>
      </w:r>
    </w:p>
    <w:p>
      <w:pPr>
        <w:jc w:val="right"/>
      </w:pPr>
      <w:r>
        <w:t>ایک صاحب نے اس کو اعتراف کیا کہ جو لیول آف کانفیڈنس آپ کا تھا وہ اس کا نہیں تھا۔ اس کرسچن پروفیسر کا، امریکن پروفیسر کا، وائٹ پروفیسر تھا، وہ اس کا لیول آف کانفیڈنس جو تھا اس سے بہتر تھا آپ کا لیول آف کانفیڈنس۔</w:t>
      </w:r>
    </w:p>
    <w:p>
      <w:r>
        <w:rPr>
          <w:b/>
        </w:rPr>
        <w:t xml:space="preserve">[1:07:37] </w:t>
      </w:r>
      <w:r>
        <w:t>aap ghante tak bata rahe hain, mein 30 minute tak.</w:t>
      </w:r>
    </w:p>
    <w:p>
      <w:pPr>
        <w:jc w:val="right"/>
      </w:pPr>
      <w:r>
        <w:t>آپ گھنٹے تک بتا رہے ہیں، میں 30 منٹ تک۔</w:t>
      </w:r>
    </w:p>
    <w:p>
      <w:r>
        <w:rPr>
          <w:b/>
        </w:rPr>
        <w:t xml:space="preserve">[1:07:43] </w:t>
      </w:r>
      <w:r>
        <w:t>to kaise log hain jo</w:t>
      </w:r>
    </w:p>
    <w:p>
      <w:pPr>
        <w:jc w:val="right"/>
      </w:pPr>
      <w:r>
        <w:t>تو کیسے لوگ ہیں جو</w:t>
      </w:r>
    </w:p>
    <w:p>
      <w:r>
        <w:rPr>
          <w:b/>
        </w:rPr>
        <w:t xml:space="preserve">[1:07:47] </w:t>
      </w:r>
      <w:r>
        <w:t>jin ko khuda pe bharosa nahi?</w:t>
      </w:r>
    </w:p>
    <w:p>
      <w:pPr>
        <w:jc w:val="right"/>
      </w:pPr>
      <w:r>
        <w:t>جن کو خدا پہ بھروسہ نہیں؟</w:t>
      </w:r>
    </w:p>
    <w:p>
      <w:r>
        <w:rPr>
          <w:b/>
        </w:rPr>
        <w:t xml:space="preserve">[1:07:52] </w:t>
      </w:r>
      <w:r>
        <w:t>log apni madi zarooraton ke liye khuda se mangna jante hain, dawat-e-Ilah ke liye mangna nahi jante.</w:t>
      </w:r>
    </w:p>
    <w:p>
      <w:pPr>
        <w:jc w:val="right"/>
      </w:pPr>
      <w:r>
        <w:t>لوگ اپنی مادی ضرورتوں کے لیے خدا سے مانگنا جانتے ہیں، دعوت اللہ کے لیے مانگنا نہیں جانتے۔</w:t>
      </w:r>
    </w:p>
    <w:p>
      <w:r>
        <w:rPr>
          <w:b/>
        </w:rPr>
        <w:t xml:space="preserve">[1:08:02] </w:t>
      </w:r>
      <w:r>
        <w:t>mein ne aise log dekhe hain jo tadap tadap kar dua karte hain bimari ke liye, bachche ke liye, apni madi cheezon ke liye.</w:t>
      </w:r>
    </w:p>
    <w:p>
      <w:pPr>
        <w:jc w:val="right"/>
      </w:pPr>
      <w:r>
        <w:t>میں نے ایسے لوگ دیکھے ہیں جو تڑپ تڑپ کر دعا کرتے ہیں بیماری کے لیے، بچے کے لیے، اپنی مادی چیزوں کے لیے۔</w:t>
      </w:r>
    </w:p>
    <w:p>
      <w:r>
        <w:rPr>
          <w:b/>
        </w:rPr>
        <w:t xml:space="preserve">[1:08:15] </w:t>
      </w:r>
      <w:r>
        <w:t>isi tareeqe se aap Allah se mangen</w:t>
      </w:r>
    </w:p>
    <w:p>
      <w:pPr>
        <w:jc w:val="right"/>
      </w:pPr>
      <w:r>
        <w:t>اسی طریقے سے آپ اللہ سے مانگیں</w:t>
      </w:r>
    </w:p>
    <w:p>
      <w:r>
        <w:rPr>
          <w:b/>
        </w:rPr>
        <w:t xml:space="preserve">[1:08:21] </w:t>
      </w:r>
      <w:r>
        <w:t>to Allah ke Allah ki madad will fall aap ke upar.</w:t>
      </w:r>
    </w:p>
    <w:p>
      <w:pPr>
        <w:jc w:val="right"/>
      </w:pPr>
      <w:r>
        <w:t>تو اللہ کے اللہ کی مدد ووٹ پڑے گی آپ کے اوپر۔</w:t>
      </w:r>
    </w:p>
    <w:p>
      <w:r>
        <w:rPr>
          <w:b/>
        </w:rPr>
        <w:t xml:space="preserve">[1:08:32] </w:t>
      </w:r>
      <w:r>
        <w:t>ek kal ek ek ek ek sahib mile mujhe, ek ek ek naujawan jo ke hamare da'wati program mein lage hue hain, woh barabar kaam kar rahe hain da'wati.</w:t>
      </w:r>
    </w:p>
    <w:p>
      <w:pPr>
        <w:jc w:val="right"/>
      </w:pPr>
      <w:r>
        <w:t>ایک کل ایک ایک ایک ایک صاحب ملے مجھے، ایک ایک ایک نوجوان جو کہ ہمارے دعوتی پروگرام میں لگے ہوئے ہیں، وہ برابر کام کر رہے ہیں دعوتی۔</w:t>
      </w:r>
    </w:p>
    <w:p>
      <w:r>
        <w:rPr>
          <w:b/>
        </w:rPr>
        <w:t xml:space="preserve">[1:08:45] </w:t>
      </w:r>
      <w:r>
        <w:t>yahan bhi aate hain to unhon ne kaha ke mein da'wati kaam to kar raha hoon, jana padta hai mujhe hinduo mein, isaiyo mein, har jagah, lekin mere level of confidence jo hai woh bohat kam hai.</w:t>
      </w:r>
    </w:p>
    <w:p>
      <w:pPr>
        <w:jc w:val="right"/>
      </w:pPr>
      <w:r>
        <w:t>یہاں بھی آتے ہیں تو انہوں نے کہا کہ میں دعوتی کام تو کر رہا ہوں، جانا پڑتا ہے مجھے ہندوؤں میں، عیسائیوں میں، ہر جگہ، لیکن میرے لیول آف کانفیڈنس جو ہے وہ بہت کم ہے۔</w:t>
      </w:r>
    </w:p>
    <w:p>
      <w:r>
        <w:rPr>
          <w:b/>
        </w:rPr>
        <w:t xml:space="preserve">[1:09:01] </w:t>
      </w:r>
      <w:r>
        <w:t>yahi kaha unhon ne jo confidence hona chahiye, is is is ka is se mein hi dua work kar pata hoon. to mein ne kaha ke aaj aap maujood the yahan par, yeh qissa bataya aap ne in ko, woh maujood the kal.</w:t>
      </w:r>
    </w:p>
    <w:p>
      <w:pPr>
        <w:jc w:val="right"/>
      </w:pPr>
      <w:r>
        <w:t>یہی کہا انہوں نے جو کانفیڈنس ہونا چاہیے، اس اس اس کا اس سے میں ہی دعا ورک کر پاتا ہوں۔ تو میں نے کہا کہ آج آپ موجود تھے یہاں پر، یہ قصہ بتایا آپ نے ان کو، وہ موجود تھے کل۔</w:t>
      </w:r>
    </w:p>
    <w:p>
      <w:r>
        <w:rPr>
          <w:b/>
        </w:rPr>
        <w:t xml:space="preserve">[1:09:16] </w:t>
      </w:r>
      <w:r>
        <w:t>to mujhe un se un se unhon ne poocha ke aap mujhe bataiye ke woh american professor tha aur mein ek molvi tha, dono ki taqreer suni aap ne, dono mein level of confidence ke aitbar se aap number dijiye.</w:t>
      </w:r>
    </w:p>
    <w:p>
      <w:pPr>
        <w:jc w:val="right"/>
      </w:pPr>
      <w:r>
        <w:t>تو مجھے ان سے ان سے انہوں نے پوچھا کہ آپ مجھے بتائیے کہ وہ امریکن پروفیسر تھا اور میں ایک مولوی تھا، دونوں کی تقریر سنی آپ نے، دونوں میں لیول آف کانفیڈنس کے اعتبار سے آپ نمبر دیجئے۔</w:t>
      </w:r>
    </w:p>
    <w:p>
      <w:r>
        <w:rPr>
          <w:b/>
        </w:rPr>
        <w:t xml:space="preserve">[1:09:32] </w:t>
      </w:r>
      <w:r>
        <w:t>unhon ne kaha ke aap ka level of confidence badha hua tha. mein ne kaha badha tha, Allah hi Allah Allah se dua kar rahe the. yeh mere mere andar kuch bhi nahi tha.</w:t>
      </w:r>
    </w:p>
    <w:p>
      <w:pPr>
        <w:jc w:val="right"/>
      </w:pPr>
      <w:r>
        <w:t>انہوں نے کہا کہ آپ کا لیول آف کانفیڈنس بڑھا ہوا تھا۔ میں نے کہا بڑھا تھا، اللہ ہی اللہ اللہ سے دعا کر رہے تھے۔ یہ میرے میرے اندر کچھ بھی نہیں تھا۔</w:t>
      </w:r>
    </w:p>
    <w:p>
      <w:r>
        <w:rPr>
          <w:b/>
        </w:rPr>
        <w:t xml:space="preserve">[1:09:41] </w:t>
      </w:r>
      <w:r>
        <w:t>mere andar isi ko Hazrat Masih ne kaha tha ke mango to paoge, darwaza khatkao to tumhare liye khula jayega.</w:t>
      </w:r>
    </w:p>
    <w:p>
      <w:pPr>
        <w:jc w:val="right"/>
      </w:pPr>
      <w:r>
        <w:t>میرے اندر اسی کو حضرت مسیح نے کہا تھا کہ مانگو تو پاؤ گے، دروازہ کھٹکاؤ تو تمہارے لیے کھلا جائے گا۔</w:t>
      </w:r>
    </w:p>
    <w:p>
      <w:r>
        <w:rPr>
          <w:b/>
        </w:rPr>
        <w:t xml:space="preserve">[1:09:56] </w:t>
      </w:r>
      <w:r>
        <w:t>bohat ajeeb baat unhon ne kahi ke woh kaun baap hai ke is ka beta is se machhli mange, us ke hath mein saanp rakh de.</w:t>
      </w:r>
    </w:p>
    <w:p>
      <w:pPr>
        <w:jc w:val="right"/>
      </w:pPr>
      <w:r>
        <w:t>بہت عجیب بات انہوں نے کہی کہ وہ کون باپ ہے کہ اس کا بیٹا اس سے مچھلی مانگے، اس کے ہاتھ میں سانپ رکھ دے۔</w:t>
      </w:r>
    </w:p>
    <w:p>
      <w:r>
        <w:rPr>
          <w:b/>
        </w:rPr>
        <w:t xml:space="preserve">[1:10:07] </w:t>
      </w:r>
      <w:r>
        <w:t>yeh badi ajeeb taqreer hai Hazrat Masih ki Bible mein.</w:t>
      </w:r>
    </w:p>
    <w:p>
      <w:pPr>
        <w:jc w:val="right"/>
      </w:pPr>
      <w:r>
        <w:t>یہ بڑی عجیب تقریر ہے حضرت مسیح کی بائبل میں۔</w:t>
      </w:r>
    </w:p>
    <w:p>
      <w:r>
        <w:rPr>
          <w:b/>
        </w:rPr>
        <w:t xml:space="preserve">[1:10:14] </w:t>
      </w:r>
      <w:r>
        <w:t>mangu to pao ge, darwaza khatkao to tumhara is se khula jayega.</w:t>
      </w:r>
    </w:p>
    <w:p>
      <w:pPr>
        <w:jc w:val="right"/>
      </w:pPr>
      <w:r>
        <w:t>مانگو تو پاؤ گے، دروازہ کھٹکاؤ تو تمہارا اس سے کھلا جائے گا۔</w:t>
      </w:r>
    </w:p>
    <w:p>
      <w:r>
        <w:rPr>
          <w:b/>
        </w:rPr>
        <w:t xml:space="preserve">[1:10:21] </w:t>
      </w:r>
      <w:r>
        <w:t>woh kon baap hai ke is ka beta is se machhli mange, is ke hath mein saanp rakh de.</w:t>
      </w:r>
    </w:p>
    <w:p>
      <w:pPr>
        <w:jc w:val="right"/>
      </w:pPr>
      <w:r>
        <w:t>وہ کون باپ ہے کہ اس کا بیٹا اس سے مچھلی مانگے، اس کے ہاتھ میں سانپ رکھ دے۔</w:t>
      </w:r>
    </w:p>
    <w:p>
      <w:r>
        <w:rPr>
          <w:b/>
        </w:rPr>
        <w:t xml:space="preserve">[1:10:34] </w:t>
      </w:r>
      <w:r>
        <w:t>to is mission ke sath na sirf literature maujood hai, na sirf quran maujood hai, balkeh Allah taala maujood hai.</w:t>
      </w:r>
    </w:p>
    <w:p>
      <w:pPr>
        <w:jc w:val="right"/>
      </w:pPr>
      <w:r>
        <w:t>تو اس مشن کے ساتھ نہ صرف لٹریچر موجود ہے، نہ صرف قرآن موجود ہے، بلکہ اللہ تعالیٰ موجود ہے۔</w:t>
      </w:r>
    </w:p>
    <w:p>
      <w:r>
        <w:rPr>
          <w:b/>
        </w:rPr>
        <w:t xml:space="preserve">[1:10:48] </w:t>
      </w:r>
      <w:r>
        <w:t>Allah taala to aap farishton ke sath maujood hain. to kis baat ka khauf, kis baat ka gham?</w:t>
      </w:r>
    </w:p>
    <w:p>
      <w:pPr>
        <w:jc w:val="right"/>
      </w:pPr>
      <w:r>
        <w:t>اللہ تعالیٰ تو آپ فرشتوں کے ساتھ موجود ہیں۔ تو کس بات کا خوف، کس بات کا غم؟</w:t>
      </w:r>
    </w:p>
    <w:p>
      <w:r>
        <w:rPr>
          <w:b/>
        </w:rPr>
        <w:t xml:space="preserve">[1:11:03] </w:t>
      </w:r>
      <w:r>
        <w:t>kya aap isi Allah ke sath, isi be aitimadi ke sath jiye ge to Allah ka samna kar pae ge? aap</w:t>
      </w:r>
    </w:p>
    <w:p>
      <w:pPr>
        <w:jc w:val="right"/>
      </w:pPr>
      <w:r>
        <w:t>کیا آپ اسی اللہ کے ساتھ، اسی بے اعتمادی کے ساتھ جیئیں گے تو اللہ کا سامنا کر پائیں گے؟ آپ</w:t>
      </w:r>
    </w:p>
    <w:p>
      <w:r>
        <w:rPr>
          <w:b/>
        </w:rPr>
        <w:t xml:space="preserve">[1:11:13] </w:t>
      </w:r>
      <w:r>
        <w:t>jo log is be aitimadi ke sath jeena chahte hain dunya mein, woh is be aitimadi ko le kar kya Allah se milna chahte hain akhirat mein?</w:t>
      </w:r>
    </w:p>
    <w:p>
      <w:pPr>
        <w:jc w:val="right"/>
      </w:pPr>
      <w:r>
        <w:t>جو لوگ اس بے اعتمادی کے ساتھ جینا چاہتے ہیں دنیا میں، وہ اس بے اعتمادی کو لے کر کیا اللہ سے ملنا چاہتے ہیں آخرت میں؟</w:t>
      </w:r>
    </w:p>
    <w:p>
      <w:r>
        <w:rPr>
          <w:b/>
        </w:rPr>
        <w:t xml:space="preserve">[1:11:26] </w:t>
      </w:r>
      <w:r>
        <w:t>yeh sab shaitani waswase hain. yaad rakhiye, aur jab bhi is waswase waswase aen to kahiye: "la haula wala quwwata illa billahil azeem, la haula wala quwwata illa billahil alee azeem, Allahumma inni aoozu bika min hamazat shayatine".</w:t>
      </w:r>
    </w:p>
    <w:p>
      <w:pPr>
        <w:jc w:val="right"/>
      </w:pPr>
      <w:r>
        <w:t>یہ سب شیطانی وسوسے ہیں۔ یاد رکھیے، اور جب بھی اس وسوسے وسوسے آئیں تو کہیے: "لا حول ولا قوۃ الا باللہ العظیم، لا حول ولا قوۃ الا باللہ العلی العظیم، اللہ منی اعوذ بک من حمزہ الشیاطین"۔</w:t>
      </w:r>
    </w:p>
    <w:p>
      <w:r>
        <w:rPr>
          <w:b/>
        </w:rPr>
        <w:t xml:space="preserve">[1:11:44] </w:t>
      </w:r>
      <w:r>
        <w:t>yeh sab parhiye aur sab inshallah theek ho jayega.</w:t>
      </w:r>
    </w:p>
    <w:p>
      <w:pPr>
        <w:jc w:val="right"/>
      </w:pPr>
      <w:r>
        <w:t>یہ سب پڑھیے اور سب انشاءاللہ ٹھیک ہو جائے گا۔</w:t>
      </w:r>
    </w:p>
    <w:p>
      <w:r>
        <w:rPr>
          <w:b/>
        </w:rPr>
        <w:t xml:space="preserve">[1:11:53] </w:t>
      </w:r>
      <w:r>
        <w:t>maulana, agla sawal karachi pakistan se hai, miss saira latif ka. unhon ne likha hai: "khawateen apna zyada tar waqt aur energy sirf khane peene aur ghar ko sanwarne mein laga deti hain.</w:t>
      </w:r>
    </w:p>
    <w:p>
      <w:pPr>
        <w:jc w:val="right"/>
      </w:pPr>
      <w:r>
        <w:t>مولانا، اگلا سوال کراچی پاکستان سے ہے، مس سائرہ لطیف کا۔ انہوں نے لکھا ہے: "خواتین اپنا زیادہ تر وقت اور انرجی صرف کھانے پینے اور گھر کو سنوارنے میں لگا دیتی ہیں۔</w:t>
      </w:r>
    </w:p>
    <w:p>
      <w:r>
        <w:rPr>
          <w:b/>
        </w:rPr>
        <w:t xml:space="preserve">[1:12:10] </w:t>
      </w:r>
      <w:r>
        <w:t>yeh surat-e-haal dekh kar dil mein yeh khayal aata hai ke agar khane peene ka chakkar na hota to shayad phir khawateen yeh waqt rohaniyat aur dawah work mein lagati." maulana sahib, is mein aap ki kya rai hai?</w:t>
      </w:r>
    </w:p>
    <w:p>
      <w:pPr>
        <w:jc w:val="right"/>
      </w:pPr>
      <w:r>
        <w:t>یہ صورتحال دیکھ کر دل میں یہ خیال آتا ہے کہ اگر کھانے پینے کا چکر نہ ہوتا تو شاید پھر خواتین یہ وقت روحانیت اور دعویٰ ورک میں لگاتیں۔" مولانا صاحب، اس میں آپ کی کیا رائے ہے؟</w:t>
      </w:r>
    </w:p>
    <w:p>
      <w:r>
        <w:rPr>
          <w:b/>
        </w:rPr>
        <w:t xml:space="preserve">[1:12:30] </w:t>
      </w:r>
      <w:r>
        <w:t>yeh to koi baat nahi hai.</w:t>
      </w:r>
    </w:p>
    <w:p>
      <w:pPr>
        <w:jc w:val="right"/>
      </w:pPr>
      <w:r>
        <w:t>یہ تو کوئی بات نہیں ہے۔</w:t>
      </w:r>
    </w:p>
    <w:p>
      <w:r>
        <w:rPr>
          <w:b/>
        </w:rPr>
        <w:t xml:space="preserve">[1:12:32] </w:t>
      </w:r>
      <w:r>
        <w:t>europe ki auratein jo hain, bilkul azaad hain. woh hotelon mein khati hain, ghar gharelu zimmedari un ki nahi, house wife ke taur par nahi rehti hain.</w:t>
      </w:r>
    </w:p>
    <w:p>
      <w:pPr>
        <w:jc w:val="right"/>
      </w:pPr>
      <w:r>
        <w:t>یورپ کی عورتیں جو ہیں، بالکل آزاد ہیں۔ وہ ہوٹلوں میں کھاتی ہیں، گھر گھریلو ذمہ داری ان کی نہیں، ہاؤس وائف کے طور پر نہیں رہتی ہیں۔</w:t>
      </w:r>
    </w:p>
    <w:p>
      <w:r>
        <w:rPr>
          <w:b/>
        </w:rPr>
        <w:t xml:space="preserve">[1:12:42] </w:t>
      </w:r>
      <w:r>
        <w:t>woh kya? woh rohaniyat kaam karti hain? woh log european khawateen jo hain, woh house wife nahi rehti, ke taur par nahi zindagi guzarti hain.</w:t>
      </w:r>
    </w:p>
    <w:p>
      <w:pPr>
        <w:jc w:val="right"/>
      </w:pPr>
      <w:r>
        <w:t>وہ کیا؟ وہ روحانیت کام کرتی ہیں؟ وہ لوگ یورپین خواتین جو ہیں، وہ ہاؤس وائف نہیں رہتی، کے طور پر نہیں زندگی گزارتی ہیں۔</w:t>
      </w:r>
    </w:p>
    <w:p>
      <w:r>
        <w:rPr>
          <w:b/>
        </w:rPr>
        <w:t xml:space="preserve">[1:12:54] </w:t>
      </w:r>
      <w:r>
        <w:t>woh</w:t>
      </w:r>
    </w:p>
    <w:p>
      <w:pPr>
        <w:jc w:val="right"/>
      </w:pPr>
      <w:r>
        <w:t>وہ</w:t>
      </w:r>
    </w:p>
    <w:p>
      <w:r>
        <w:rPr>
          <w:b/>
        </w:rPr>
        <w:t xml:space="preserve">[1:12:57] </w:t>
      </w:r>
      <w:r>
        <w:t>to kya? woh sab rohani kaam kar rahi hain?</w:t>
      </w:r>
    </w:p>
    <w:p>
      <w:pPr>
        <w:jc w:val="right"/>
      </w:pPr>
      <w:r>
        <w:t>تو کیا؟ وہ سب روحانی کام کر رہی ہیں؟</w:t>
      </w:r>
    </w:p>
    <w:p>
      <w:r>
        <w:rPr>
          <w:b/>
        </w:rPr>
        <w:t xml:space="preserve">[1:13:01] </w:t>
      </w:r>
      <w:r>
        <w:t>yeh koi baat nahi hai. yeh mat sochiye, balkeh yeh sochiye ke in khawateen mein aap ko spirit bharna hai, un ke soch ko badalna hai, un ko ek naya nishana dena hai.</w:t>
      </w:r>
    </w:p>
    <w:p>
      <w:pPr>
        <w:jc w:val="right"/>
      </w:pPr>
      <w:r>
        <w:t>یہ کوئی بات نہیں ہے۔ یہ مت سوچیے، بلکہ یہ سوچیے کہ ان خواتین میں آپ کو اسپرٹ بھرنا ہے، ان کے سوچ کو بدلنا ہے، ان کو ایک نیا نشانہ دینا ہے۔</w:t>
      </w:r>
    </w:p>
    <w:p>
      <w:r>
        <w:rPr>
          <w:b/>
        </w:rPr>
        <w:t xml:space="preserve">[1:13:12] </w:t>
      </w:r>
      <w:r>
        <w:t>yeh sab sochiye. yeh sab cheezein rukawat nahi hain.</w:t>
      </w:r>
    </w:p>
    <w:p>
      <w:pPr>
        <w:jc w:val="right"/>
      </w:pPr>
      <w:r>
        <w:t>یہ سب سوچیے۔ یہ سب چیزیں رکاوٹ نہیں ہیں۔</w:t>
      </w:r>
    </w:p>
    <w:p>
      <w:r>
        <w:rPr>
          <w:b/>
        </w:rPr>
        <w:t xml:space="preserve">[1:13:18] </w:t>
      </w:r>
      <w:r>
        <w:t>yeh aap ko aap ki zimmedari yaad dilati hain ke aap ko in khawateen ko aql dena hai, un ko un ko batana hai ke kya kya karein, woh apni salahiyaton ko kahan istemal karein.</w:t>
      </w:r>
    </w:p>
    <w:p>
      <w:pPr>
        <w:jc w:val="right"/>
      </w:pPr>
      <w:r>
        <w:t>یہ آپ کو آپ کی ذمہ داری یاد دلاتی ہیں کہ آپ کو ان خواتین کو عقل دینا ہے، ان کو ان کو بتانا ہے کہ کیا کیا کریں، وہ اپنی صلاحیتوں کو کہاں استعمال کریں۔</w:t>
      </w:r>
    </w:p>
    <w:p>
      <w:r>
        <w:rPr>
          <w:b/>
        </w:rPr>
        <w:t xml:space="preserve">[1:13:29] </w:t>
      </w:r>
      <w:r>
        <w:t>woh is se yeh sabak lije. maulana, agla sawal hai america se doctor irfan omar ka.</w:t>
      </w:r>
    </w:p>
    <w:p>
      <w:pPr>
        <w:jc w:val="right"/>
      </w:pPr>
      <w:r>
        <w:t>وہ اس سے یہ سبق لیجئے۔ مولانا، اگلا سوال ہے امریکہ سے ڈاکٹر عرفان عمر کا۔</w:t>
      </w:r>
    </w:p>
    <w:p>
      <w:r>
        <w:rPr>
          <w:b/>
        </w:rPr>
        <w:t xml:space="preserve">[1:13:38] </w:t>
      </w:r>
      <w:r>
        <w:t>unhon ne likha hai: "maulana sahib, i was listening to a microbiologist on the radio, and he mentioned that when a harmful germ or virus enters our body,</w:t>
      </w:r>
    </w:p>
    <w:p>
      <w:pPr>
        <w:jc w:val="right"/>
      </w:pPr>
      <w:r>
        <w:t>انہوں نے لکھا ہے: "مولانا صاحب، آئی واز لسننگ ٹو ا مائیکرو بائیولوجسٹ ان دا ریڈیو، اینڈ ہی مینشنڈ دیٹ وین ا ہارم فل جرم اور وائرس انٹرز اور باڈی،</w:t>
      </w:r>
    </w:p>
    <w:p>
      <w:r>
        <w:rPr>
          <w:b/>
        </w:rPr>
        <w:t xml:space="preserve">[1:13:51] </w:t>
      </w:r>
      <w:r>
        <w:t>the so called antibodies are immediately activated to protect us from the harmful germs. the language the scientist used was very spiritual</w:t>
      </w:r>
    </w:p>
    <w:p>
      <w:pPr>
        <w:jc w:val="right"/>
      </w:pPr>
      <w:r>
        <w:t>دی سو کالڈ اینٹی باڈیز ار امیڈیٹلی ایکٹیویٹڈ ٹو پروٹیکٹ اس فرام دی ہارم فل جرمز۔ دا لینگویج دا سائنٹسٹ یوز واز ویری سپرچول</w:t>
      </w:r>
    </w:p>
    <w:p>
      <w:r>
        <w:rPr>
          <w:b/>
        </w:rPr>
        <w:t xml:space="preserve">[1:14:03] </w:t>
      </w:r>
      <w:r>
        <w:t>he said that the antibodies can at once distinguish between self and non-self, in effect between right and wrong.</w:t>
      </w:r>
    </w:p>
    <w:p>
      <w:pPr>
        <w:jc w:val="right"/>
      </w:pPr>
      <w:r>
        <w:t>۔ ہی سیڈ دیٹ دا اینٹی باڈیز کین ایٹ ونس ڈسٹنگوش بٹوین سیلف اینڈ نان سیلف، ان ایفیکٹ بٹوین رائٹ اینڈ رونگ۔</w:t>
      </w:r>
    </w:p>
    <w:p>
      <w:r>
        <w:rPr>
          <w:b/>
        </w:rPr>
        <w:t xml:space="preserve">[1:14:13] </w:t>
      </w:r>
      <w:r>
        <w:t>there is no confusion in their mind. Maulana sahib, my question is: can can we compare these antibodies in our body to a momin in our society?</w:t>
      </w:r>
    </w:p>
    <w:p>
      <w:pPr>
        <w:jc w:val="right"/>
      </w:pPr>
      <w:r>
        <w:t>دیر از نو کنفیوژن ان دیر مائنڈ۔ مولانا صاحب، مائی کوئسچن از: کین کین وی کمپیئر دیز اینٹی باڈیز ان اور باڈی ٹو ا مومن ان اور سوسائٹی؟</w:t>
      </w:r>
    </w:p>
    <w:p>
      <w:r>
        <w:rPr>
          <w:b/>
        </w:rPr>
        <w:t xml:space="preserve">[1:14:27] </w:t>
      </w:r>
      <w:r>
        <w:t>bahut acha point hai yeh</w:t>
      </w:r>
    </w:p>
    <w:p>
      <w:pPr>
        <w:jc w:val="right"/>
      </w:pPr>
      <w:r>
        <w:t>بہت اچھا پوائنٹ ہے یہ</w:t>
      </w:r>
    </w:p>
    <w:p>
      <w:r>
        <w:rPr>
          <w:b/>
        </w:rPr>
        <w:t xml:space="preserve">[1:14:29] </w:t>
      </w:r>
      <w:r>
        <w:t>main sochta hoon, aur mujhe aisa lagta hai ke hamare jitne log cps mein jure hue hain, un sab mein</w:t>
      </w:r>
    </w:p>
    <w:p>
      <w:pPr>
        <w:jc w:val="right"/>
      </w:pPr>
      <w:r>
        <w:t>۔ میں سوچتا ہوں، اور مجھے ایسا لگتا ہے کہ ہمارے جتنے لوگ سی پی ایس میں جڑے ہوئے ہیں، ان سب میں</w:t>
      </w:r>
    </w:p>
    <w:p>
      <w:r>
        <w:rPr>
          <w:b/>
        </w:rPr>
        <w:t xml:space="preserve">[1:14:50] </w:t>
      </w:r>
      <w:r>
        <w:t>yeh phenomenon dekha hota hai.</w:t>
      </w:r>
    </w:p>
    <w:p>
      <w:pPr>
        <w:jc w:val="right"/>
      </w:pPr>
      <w:r>
        <w:t>یہ فیناومینا دیکھا ہوتا ہے۔</w:t>
      </w:r>
    </w:p>
    <w:p>
      <w:r>
        <w:rPr>
          <w:b/>
        </w:rPr>
        <w:t xml:space="preserve">[1:14:57] </w:t>
      </w:r>
      <w:r>
        <w:t>aur waqai in ko in ke andar koi cheez hai jo in ko andar se is active bana diya. Main jata hoon, jaise kal bhi gaya tha to main khud to kuch nahi karta,</w:t>
      </w:r>
    </w:p>
    <w:p>
      <w:pPr>
        <w:jc w:val="right"/>
      </w:pPr>
      <w:r>
        <w:t>اور واقعی ان کو ان کے اندر کوئی چیز ہے جو ان کو اندر سے اس ایکٹیو بنا دیا۔ میں جاتا ہوں، جیسے کل بھی گیا تھا تو میں خود تو کچھ نہیں کرتا،</w:t>
      </w:r>
    </w:p>
    <w:p>
      <w:r>
        <w:rPr>
          <w:b/>
        </w:rPr>
        <w:t xml:space="preserve">[1:15:10] </w:t>
      </w:r>
      <w:r>
        <w:t>lekin yeh hamare saathi jo hain, Quran ko le kar, it literature. Deewar ahwal dakhil ho jate hain gathering mein aur logon ko pohanchate hain.</w:t>
      </w:r>
    </w:p>
    <w:p>
      <w:pPr>
        <w:jc w:val="right"/>
      </w:pPr>
      <w:r>
        <w:t>لیکن یہ ہمارے ساتھی جو ہیں، قرآن کو لے کر، اٹ لٹریچر۔ دیوار احوال داخل ہو جاتے ہیں گیدرنگ میں اور لوگوں کو پہنچاتے ہیں۔</w:t>
      </w:r>
    </w:p>
    <w:p>
      <w:r>
        <w:rPr>
          <w:b/>
        </w:rPr>
        <w:t xml:space="preserve">[1:15:27] </w:t>
      </w:r>
      <w:r>
        <w:t>khud apne apne zaati spirit se karte hain. Woh is mein hamara koi dakhal nahi hai, na is mein koi material interest hai. Har aadmi ka apna job hai, har aadmi ka apna business hai.</w:t>
      </w:r>
    </w:p>
    <w:p>
      <w:pPr>
        <w:jc w:val="right"/>
      </w:pPr>
      <w:r>
        <w:t>خود اپنے اپنے ذاتی اسپرٹ سے کرتے ہیں۔ وہ اس میں ہمارا کوئی دخل نہیں ہے، نہ اس میں کوئی مٹیریل انٹرسٹ ہے۔ ہر آدمی کا اپنا جاب ہے، ہر آدمی کا اپنا بزنس ہے۔</w:t>
      </w:r>
    </w:p>
    <w:p>
      <w:r>
        <w:rPr>
          <w:b/>
        </w:rPr>
        <w:t xml:space="preserve">[1:15:39] </w:t>
      </w:r>
      <w:r>
        <w:t>koi is mission se is ko kuch lena dena nahi hai, materialist is mein. Lekin har aadmi harkat mein hai.</w:t>
      </w:r>
    </w:p>
    <w:p>
      <w:pPr>
        <w:jc w:val="right"/>
      </w:pPr>
      <w:r>
        <w:t>کوئی اس مشن سے اس کو کچھ لینا دینا نہیں ہے، مٹیریلسٹ اس میں۔ لیکن ہر آدمی حرکت میں ہے۔</w:t>
      </w:r>
    </w:p>
    <w:p>
      <w:r>
        <w:rPr>
          <w:b/>
        </w:rPr>
        <w:t xml:space="preserve">[1:15:49] </w:t>
      </w:r>
      <w:r>
        <w:t>Masla is ko yeh cheez explain karti hai jo doctor Irfan sahib ne kaha ke shayad isi tarah ki koi baat hoti hogi daawa spirit ki shakal mein jo in logon ko mutharrik ki hui ho.</w:t>
      </w:r>
    </w:p>
    <w:p>
      <w:pPr>
        <w:jc w:val="right"/>
      </w:pPr>
      <w:r>
        <w:t>مسئلہ اس کو یہ چیز ایکسپلین کرتی ہے جو ڈاکٹر عرفان صاحب نے کہا کہ شاید اسی طرح کی کوئی بات ہوتی ہوگی دعویٰ اسپرٹ کی شکل میں جو ان لوگوں کو متحرک کی ہوئی ہو۔</w:t>
      </w:r>
    </w:p>
    <w:p>
      <w:r>
        <w:rPr>
          <w:b/>
        </w:rPr>
        <w:t xml:space="preserve">[1:16:12] </w:t>
      </w:r>
      <w:r>
        <w:t>Maulana, agla sawal hai Tamil Nadu se Mr. Hafiz Maulana Hafiz Iqbal sahib ka.</w:t>
      </w:r>
    </w:p>
    <w:p>
      <w:pPr>
        <w:jc w:val="right"/>
      </w:pPr>
      <w:r>
        <w:t>مولانا، اگلا سوال ہے تامل ناڈو سے مسٹر حافظ مولانا حافظ اقبال صاحب کا۔</w:t>
      </w:r>
    </w:p>
    <w:p>
      <w:r>
        <w:rPr>
          <w:b/>
        </w:rPr>
        <w:t xml:space="preserve">[1:16:19] </w:t>
      </w:r>
      <w:r>
        <w:t>Unhon ne aap se poocha hai ke kya evolution theory par aap ki koi kitaab hai?</w:t>
      </w:r>
    </w:p>
    <w:p>
      <w:pPr>
        <w:jc w:val="right"/>
      </w:pPr>
      <w:r>
        <w:t>انہوں نے آپ سے پوچھا ہے کہ کیا ایولوشن تھیوری پر آپ کی کوئی کتاب ہے؟</w:t>
      </w:r>
    </w:p>
    <w:p>
      <w:r>
        <w:rPr>
          <w:b/>
        </w:rPr>
        <w:t xml:space="preserve">[1:16:27] </w:t>
      </w:r>
      <w:r>
        <w:t>Dekhein, mere article bahut saare hain aur abhi hum soch rahe hain ke woh sab ko ikattha kar ke ek chhapen, un ko compile kar ke, un ka compilation.</w:t>
      </w:r>
    </w:p>
    <w:p>
      <w:pPr>
        <w:jc w:val="right"/>
      </w:pPr>
      <w:r>
        <w:t>دیکھیں، میرے آرٹیکل بہت سارے ہیں اور ابھی ہم سوچ رہے ہیں کہ وہ سب کو اکٹھا کر کے ایک چھاپیں، ان کو کمپائل کر کے، ان کا کمپائلیشن۔</w:t>
      </w:r>
    </w:p>
    <w:p>
      <w:r>
        <w:rPr>
          <w:b/>
        </w:rPr>
        <w:t xml:space="preserve">[1:16:40] </w:t>
      </w:r>
      <w:r>
        <w:t>to pehle main bahut likhta hoon tha, par maine is baqayda, maine is ko bahut baqayda tor par is ka mutala kiya hai aur natural history museum mein ja kar ke is ko samjha hai aur is ke experts se baatein bhi ki hain.</w:t>
      </w:r>
    </w:p>
    <w:p>
      <w:pPr>
        <w:jc w:val="right"/>
      </w:pPr>
      <w:r>
        <w:t>تو پہلے میں بہت لکھتا ہوں تھا، پر میں نے اس باقاعدہ، میں نے اس کو بہت باقاعدہ طور پر اس کا مطالعہ کیا ہے اور نیچرل ہسٹری میوزیم میں جا کر کے اس کو سمجھا ہے اور اس کے ایکسپرٹس سے باتیں بھی کی ہیں۔</w:t>
      </w:r>
    </w:p>
    <w:p>
      <w:r>
        <w:rPr>
          <w:b/>
        </w:rPr>
        <w:t xml:space="preserve">[1:16:55] </w:t>
      </w:r>
      <w:r>
        <w:t>Yeh sab kiya hai maine. Main jo bahut bol raha hoon, woh ek baat hai ke aap yeh na samjhen ke main aise hi kar raha hoon, shayaana tor par, baghair research ke baat mein baat kar raha hoon.</w:t>
      </w:r>
    </w:p>
    <w:p>
      <w:pPr>
        <w:jc w:val="right"/>
      </w:pPr>
      <w:r>
        <w:t>یہ سب کیا ہے میں نے۔ میں جو بہت بول رہا ہوں، وہ ایک بات ہے کہ آپ یہ نہ سمجھیں کہ میں ایسے ہی کر رہا ہوں، شائعانہ طور پر، بغیر ریسرچ کے بات میں بات کر رہا ہوں۔</w:t>
      </w:r>
    </w:p>
    <w:p>
      <w:r>
        <w:rPr>
          <w:b/>
        </w:rPr>
        <w:t xml:space="preserve">[1:17:06] </w:t>
      </w:r>
      <w:r>
        <w:t>Aur bilashuba yeh main manta hoon ke evolution theory sirf ek ek is ka woh harghiz harghiz woh koi proof theory nahi hai, koi scientific theory nahi hai.</w:t>
      </w:r>
    </w:p>
    <w:p>
      <w:pPr>
        <w:jc w:val="right"/>
      </w:pPr>
      <w:r>
        <w:t>اور بلاشبہ یہ میں مانتا ہوں کہ ایولوشن تھیوری صرف ایک ایک اس کا وہ ہرگز ہرگز وہ کوئی پروف تھیوری نہیں ہے، کوئی سائنٹیفک تھیوری نہیں ہے۔</w:t>
      </w:r>
    </w:p>
    <w:p>
      <w:r>
        <w:rPr>
          <w:b/>
        </w:rPr>
        <w:t xml:space="preserve">[1:17:19] </w:t>
      </w:r>
      <w:r>
        <w:t>Woh chuna ke logon ko mauqa mil jata hai ke apne ko haivan ki tarah duniya mein rehna chahte hain, to woh is ne ek justification de diya, warna aisi koi haqeeqat nahi hai.</w:t>
      </w:r>
    </w:p>
    <w:p>
      <w:pPr>
        <w:jc w:val="right"/>
      </w:pPr>
      <w:r>
        <w:t>وہ چونکہ لوگوں کو موقع مل جاتا ہے کہ اپنے کو حیوان کی طرح دنیا میں رہنا چاہتے ہیں، تو وہ اس نے ایک جسٹیفیکیشن دے دیا، ورنہ ایسی کوئی حقیقت نہیں ہے۔</w:t>
      </w:r>
    </w:p>
    <w:p>
      <w:r>
        <w:rPr>
          <w:b/>
        </w:rPr>
        <w:t xml:space="preserve">[1:17:33] </w:t>
      </w:r>
      <w:r>
        <w:t>To inshallah hum woh mazameen jo hain, jo hum likh likhte rahe hain, is se pehle is ko compile kar ke chhapen ge,</w:t>
      </w:r>
    </w:p>
    <w:p>
      <w:pPr>
        <w:jc w:val="right"/>
      </w:pPr>
      <w:r>
        <w:t>تو انشاءاللہ ہم وہ مضامین جو ہیں، جو ہم لکھ لکھتے رہے ہیں، اس سے پہلے اس کو کمپائل کر کے چھاپیں گے،</w:t>
      </w:r>
    </w:p>
    <w:p>
      <w:r>
        <w:rPr>
          <w:b/>
        </w:rPr>
        <w:t xml:space="preserve">[1:17:44] </w:t>
      </w:r>
      <w:r>
        <w:t>inshallah. Maulana, un ka ek aur sawal hai. Unhon ne poocha hai ke kya rediscovery ko hi tajdeed kehte hain</w:t>
      </w:r>
    </w:p>
    <w:p>
      <w:pPr>
        <w:jc w:val="right"/>
      </w:pPr>
      <w:r>
        <w:t>انشاءاللہ۔ مولانا، ان کا ایک اور سوال ہے۔ انہوں نے پوچھا ہے کہ کیا ری ڈسکوری کو ہی تجدید کہتے ہیں</w:t>
      </w:r>
    </w:p>
    <w:p>
      <w:r>
        <w:rPr>
          <w:b/>
        </w:rPr>
        <w:t xml:space="preserve">[1:17:53] </w:t>
      </w:r>
      <w:r>
        <w:t>? Dekhein, rediscovery ki lafz bolta hoon main in logon ke liye jo apne ko Musalman kehte hain aur jo apne ko Musalman nahi kehte. To jo Islam se bahar hain, to woh un ke liye main kehta hoon ke un ke liye Islam discovery hoga, agar agar woh samjhenge Islam ko to.</w:t>
      </w:r>
    </w:p>
    <w:p>
      <w:pPr>
        <w:jc w:val="right"/>
      </w:pPr>
      <w:r>
        <w:t>؟ دیکھیں، ری ڈسکوری کی لفظ بولتا ہوں میں ان لوگوں کے لیے جو اپنے کو مسلمان کہتے ہیں اور جو اپنے کو مسلمان نہیں کہتے۔ تو جو اسلام سے باہر ہیں، تو وہ ان کے لیے میں کہتا ہوں کہ ان کے لیے اسلام ڈسکوری ہوگا، اگر اگر وہ سمجھیں گے اسلام کو تو۔</w:t>
      </w:r>
    </w:p>
    <w:p>
      <w:r>
        <w:rPr>
          <w:b/>
        </w:rPr>
        <w:t xml:space="preserve">[1:18:14] </w:t>
      </w:r>
      <w:r>
        <w:t>Aur jo apne ko Musalman kehte hain, woh agar dobara mutala kar ke samjhen to un ke liye Islam rediscovery hoga.</w:t>
      </w:r>
    </w:p>
    <w:p>
      <w:pPr>
        <w:jc w:val="right"/>
      </w:pPr>
      <w:r>
        <w:t>اور جو اپنے کو مسلمان کہتے ہیں، وہ اگر دوبارہ مطالعہ کر کے سمجھیں تو ان کے لیے اسلام ری ڈسکوری ہوگا۔</w:t>
      </w:r>
    </w:p>
    <w:p>
      <w:r>
        <w:rPr>
          <w:b/>
        </w:rPr>
        <w:t xml:space="preserve">[1:18:23] </w:t>
      </w:r>
      <w:r>
        <w:t>Yeh main kehta hoon. Baqi tajdeed to kehte hain revival ko, yani ahya, kisi cheez ko dobara zinda karna.</w:t>
      </w:r>
    </w:p>
    <w:p>
      <w:pPr>
        <w:jc w:val="right"/>
      </w:pPr>
      <w:r>
        <w:t>یہ میں کہتا ہوں۔ باقی تجدید تو کہتے ہیں ریوائیول کو، یعنی احیاء، کسی چیز کو دوبارہ زندہ کرنا۔</w:t>
      </w:r>
    </w:p>
    <w:p>
      <w:r>
        <w:rPr>
          <w:b/>
        </w:rPr>
        <w:t xml:space="preserve">[1:18:38] </w:t>
      </w:r>
      <w:r>
        <w:t>Ji Maulana, agla sawal aaya hai Jalgaon se Mr. Sheikh Abdul Rafiq sahib ka. Unhon ne aap se poocha hai ke kya donation of blood eye and kidney is it permissible in Islam</w:t>
      </w:r>
    </w:p>
    <w:p>
      <w:pPr>
        <w:jc w:val="right"/>
      </w:pPr>
      <w:r>
        <w:t>جی مولانا، اگلا سوال آیا ہے جلگاؤں سے مسٹر شیخ عبدالرفیق صاحب کا۔ انہوں نے آپ سے پوچھا ہے کہ کیا ڈونیشن آف بلڈ آئی اور کڈنی از اٹ پرمسیبل ان اسلام</w:t>
      </w:r>
    </w:p>
    <w:p>
      <w:r>
        <w:rPr>
          <w:b/>
        </w:rPr>
        <w:t xml:space="preserve">[1:18:53] </w:t>
      </w:r>
      <w:r>
        <w:t>? Bilkul permissible hai. Is mein koi, is mein, is mein koi sawal yeh nahi ke is mein permissible na ho. Jo log fatwa dete hain, woh kuch jante hi nahi bilkul.</w:t>
      </w:r>
    </w:p>
    <w:p>
      <w:pPr>
        <w:jc w:val="right"/>
      </w:pPr>
      <w:r>
        <w:t>؟ بالکل پرمسیبل ہے۔ اس میں کوئی، اس میں، اس میں کوئی سوال یہ نہیں کہ اس میں پرمسیبل نہ ہو۔ جو لوگ فتویٰ دیتے ہیں، وہ کچھ جانتے ہی نہیں بالکل۔</w:t>
      </w:r>
    </w:p>
    <w:p>
      <w:r>
        <w:rPr>
          <w:b/>
        </w:rPr>
        <w:t xml:space="preserve">[1:19:04] </w:t>
      </w:r>
      <w:r>
        <w:t>Aksar fatwe bekhabri ke fatwe hote hain in sab mamlaat mein. Jante kuch nahi, fatwa dete hain khwamkhwah. Is mein koi bhi harj nahi, koi bhi khilaf Islam nahi, kuch bhi nahi hai.</w:t>
      </w:r>
    </w:p>
    <w:p>
      <w:pPr>
        <w:jc w:val="right"/>
      </w:pPr>
      <w:r>
        <w:t>اکثر فتوے بے خبری کے فتوے ہوتے ہیں ان سب معاملات میں۔ جانتے کچھ نہیں، فتویٰ دیتے ہیں خوامخواہ۔ اس میں کوئی بھی حرج نہیں، کوئی بھی خلاف اسلام نہیں، کچھ بھی نہیں ہے۔</w:t>
      </w:r>
    </w:p>
    <w:p>
      <w:r>
        <w:rPr>
          <w:b/>
        </w:rPr>
        <w:t xml:space="preserve">[1:19:18] </w:t>
      </w:r>
      <w:r>
        <w:t>Yeh log jo hain, misaal ke tor par, main ek misaal ek sahib se baat hui meri, ek jo unhon ne fatwa de rakha tha ke aankh ka durood sharif jo hai haram hai.</w:t>
      </w:r>
    </w:p>
    <w:p>
      <w:pPr>
        <w:jc w:val="right"/>
      </w:pPr>
      <w:r>
        <w:t>یہ لوگ جو ہیں، مثال کے طور پر، میں ایک مثال ایک صاحب سے بات ہوئی میری، ایک جو انہوں نے فتویٰ دے رکھا تھا کہ آنکھ کا درود شریف جو ہے حرام ہے۔</w:t>
      </w:r>
    </w:p>
    <w:p>
      <w:r>
        <w:rPr>
          <w:b/>
        </w:rPr>
        <w:t xml:space="preserve">[1:19:27] </w:t>
      </w:r>
      <w:r>
        <w:t>To main ne kaha kyun haram bhai?</w:t>
      </w:r>
    </w:p>
    <w:p>
      <w:pPr>
        <w:jc w:val="right"/>
      </w:pPr>
      <w:r>
        <w:t>تو میں نے کہا کیوں حرام بھئی؟</w:t>
      </w:r>
    </w:p>
    <w:p>
      <w:r>
        <w:rPr>
          <w:b/>
        </w:rPr>
        <w:t xml:space="preserve">[1:19:29] </w:t>
      </w:r>
      <w:r>
        <w:t>To unhon ne kaha ke yeh masla hai. Masla kehte hain disfigure karne ko. Jab kisi bali ko marne ke baad aap disfigure karein us ko, to us ko kehte hain masla.</w:t>
      </w:r>
    </w:p>
    <w:p>
      <w:pPr>
        <w:jc w:val="right"/>
      </w:pPr>
      <w:r>
        <w:t>تو انہوں نے کہا کہ یہ مسئلہ ہے۔ مسئلہ کہتے ہیں ڈسفگر کرنے کو۔ جب کسی بالی کو مرنے کے بعد آپ ڈسفگر کریں اس کو، تو اس کو کہتے ہیں مسئلہ۔</w:t>
      </w:r>
    </w:p>
    <w:p>
      <w:r>
        <w:rPr>
          <w:b/>
        </w:rPr>
        <w:t xml:space="preserve">[1:19:42] </w:t>
      </w:r>
      <w:r>
        <w:t>To main ne kaha masla, aap jante hain kuch bhi nahi, fatwa de dala hai aap ne. Jab aankh se nikala jata hai woh, to plastic ka andar is mein daal diya jata hai.</w:t>
      </w:r>
    </w:p>
    <w:p>
      <w:pPr>
        <w:jc w:val="right"/>
      </w:pPr>
      <w:r>
        <w:t>تو میں نے کہا مسئلہ، آپ جانتے ہیں کچھ بھی نہیں، فتویٰ دے ڈالا ہے آپ نے۔ جب آنکھ سے نکالا جاتا ہے وہ، تو پلاسٹک کا اندر اس میں ڈال دیا جاتا ہے۔</w:t>
      </w:r>
    </w:p>
    <w:p>
      <w:r>
        <w:rPr>
          <w:b/>
        </w:rPr>
        <w:t xml:space="preserve">[1:19:53] </w:t>
      </w:r>
      <w:r>
        <w:t>dekhne mein kuch farq nahi lagta ke nikala gaya hai.</w:t>
      </w:r>
    </w:p>
    <w:p>
      <w:pPr>
        <w:jc w:val="right"/>
      </w:pPr>
      <w:r>
        <w:t>دیکھنے میں کچھ فرق نہیں لگتا کہ نکالا گیا ہے۔</w:t>
      </w:r>
    </w:p>
    <w:p>
      <w:r>
        <w:rPr>
          <w:b/>
        </w:rPr>
        <w:t xml:space="preserve">[1:19:56] </w:t>
      </w:r>
      <w:r>
        <w:t>aisa nahi ke wo is ko masla jaisa dikhai de, wo aisa kuch bhi nahi hai. jo doctor nikalta hai, wo isi waqt is ke andar plastic bani hui is mein daal deta hai.</w:t>
      </w:r>
    </w:p>
    <w:p>
      <w:pPr>
        <w:jc w:val="right"/>
      </w:pPr>
      <w:r>
        <w:t>ایسا نہیں کہ وہ اس کو مسئلہ جیسا دکھائی دے، وہ ایسا کچھ بھی نہیں ہے۔ جو ڈاکٹر نکالتا ہے، وہ اسی وقت اس کے اندر پلاسٹک بنی ہوئی اس میں ڈال دیتا ہے۔</w:t>
      </w:r>
    </w:p>
    <w:p>
      <w:r>
        <w:rPr>
          <w:b/>
        </w:rPr>
        <w:t xml:space="preserve">[1:20:11] </w:t>
      </w:r>
      <w:r>
        <w:t>to dekhne mein kuch bhi nahi. yeh musalmanon ke aitbar se hai. waqai hindu log to is ko jala dete hain, wahan to koi masla hi nahi hai.</w:t>
      </w:r>
    </w:p>
    <w:p>
      <w:pPr>
        <w:jc w:val="right"/>
      </w:pPr>
      <w:r>
        <w:t>تو دیکھنے میں کچھ بھی نہیں۔ یہ مسلمانوں کے اعتبار سے ہے۔ واقعی ہندو لوگ تو اس کو جلا دیتے ہیں، وہاں تو کوئی مسئلہ ہی نہیں ہے۔</w:t>
      </w:r>
    </w:p>
    <w:p>
      <w:r>
        <w:rPr>
          <w:b/>
        </w:rPr>
        <w:t xml:space="preserve">[1:20:21] </w:t>
      </w:r>
      <w:r>
        <w:t>bahar bilashuba jaiz hai, aur yeh mein is ko sadqa e jariya kehta hoon. sadqa e jariya is ko kehte hain ke aap dunya mein na rahen, aap ka koi amal logon ko faida pohanchata rahe.</w:t>
      </w:r>
    </w:p>
    <w:p>
      <w:pPr>
        <w:jc w:val="right"/>
      </w:pPr>
      <w:r>
        <w:t>باہر بلاشبہ جائز ہے، اور یہ میں اس کو صدقہ جاریہ کہتا ہوں۔ صدقہ جاریہ اس کو کہتے ہیں کہ آپ دنیا میں نہ رہیں، آپ کا کوئی عمل لوگوں کو فائدہ پہنچاتا رہے۔</w:t>
      </w:r>
    </w:p>
    <w:p>
      <w:r>
        <w:rPr>
          <w:b/>
        </w:rPr>
        <w:t xml:space="preserve">[1:20:36] </w:t>
      </w:r>
      <w:r>
        <w:t>to pehle zamanay mein log kunwan khodte thay, talab banate thay, is ko samajhte thay sadqa e jariya.</w:t>
      </w:r>
    </w:p>
    <w:p>
      <w:pPr>
        <w:jc w:val="right"/>
      </w:pPr>
      <w:r>
        <w:t>تو پہلے زمانے میں لوگ کنواں کھودتے تھے، تالاب بناتے تھے، اس کو سمجھتے تھے صدقہ جاریہ۔</w:t>
      </w:r>
    </w:p>
    <w:p>
      <w:r>
        <w:rPr>
          <w:b/>
        </w:rPr>
        <w:t xml:space="preserve">[1:20:46] </w:t>
      </w:r>
      <w:r>
        <w:t>is zamanay mein naye naye item aaye hain, naye naye item sadqa e jariya ke. is mein se aik yeh bhi hai, yani azaa ka donation.</w:t>
      </w:r>
    </w:p>
    <w:p>
      <w:pPr>
        <w:jc w:val="right"/>
      </w:pPr>
      <w:r>
        <w:t>اس زمانے میں نئے نئے آئٹم آئے ہیں، نئے نئے آئٹم صدقہ جاریہ کے۔ اس میں سے ایک یہ بھی ہے، یعنی اعضاء کا ڈونیشن۔</w:t>
      </w:r>
    </w:p>
    <w:p>
      <w:r>
        <w:rPr>
          <w:b/>
        </w:rPr>
        <w:t xml:space="preserve">[1:20:56] </w:t>
      </w:r>
      <w:r>
        <w:t>is mein koi harj nahi hai, bilkul sahi hai. maulana, agla sawal mr daniyal ka hai patna bihar se.</w:t>
      </w:r>
    </w:p>
    <w:p>
      <w:pPr>
        <w:jc w:val="right"/>
      </w:pPr>
      <w:r>
        <w:t>اس میں کوئی حرج نہیں ہے، بالکل صحیح ہے۔ مولانا، اگلا سوال مسٹر دانیال کا ہے پٹنہ بہار سے۔</w:t>
      </w:r>
    </w:p>
    <w:p>
      <w:r>
        <w:rPr>
          <w:b/>
        </w:rPr>
        <w:t xml:space="preserve">[1:21:05] </w:t>
      </w:r>
      <w:r>
        <w:t>unhon ne aap se poocha hai ke purpose full life guzarne mein kisi aik ko guru ke tor par manna ki kya ahmiyat hai?</w:t>
      </w:r>
    </w:p>
    <w:p>
      <w:pPr>
        <w:jc w:val="right"/>
      </w:pPr>
      <w:r>
        <w:t>انہوں نے آپ سے پوچھا ہے کہ پرپس فل لائف گزارنے میں کسی ایک کو گرو کے طور پر ماننا کی کیا اہمیت ہے؟</w:t>
      </w:r>
    </w:p>
    <w:p>
      <w:r>
        <w:rPr>
          <w:b/>
        </w:rPr>
        <w:t xml:space="preserve">[1:21:15] </w:t>
      </w:r>
      <w:r>
        <w:t>agar aap ko sacha guru mil jaye to zaroor manna chahiye.</w:t>
      </w:r>
    </w:p>
    <w:p>
      <w:pPr>
        <w:jc w:val="right"/>
      </w:pPr>
      <w:r>
        <w:t>اگر آپ کو سچا گرو مل جائے تو ضرور ماننا چاہیے۔</w:t>
      </w:r>
    </w:p>
    <w:p>
      <w:r>
        <w:rPr>
          <w:b/>
        </w:rPr>
        <w:t xml:space="preserve">[1:21:26] </w:t>
      </w:r>
      <w:r>
        <w:t>dekhen, nabi ke siwa koi daawa nahi kar sakta ke mein guru hoon. nabi kehta hai ke "ana nabi la kazb". goya kehta hai ke mein tumhara guru hoon.</w:t>
      </w:r>
    </w:p>
    <w:p>
      <w:pPr>
        <w:jc w:val="right"/>
      </w:pPr>
      <w:r>
        <w:t>دیکھیں، نبی کے سوا کوئی دعویٰ نہیں کر سکتا کہ میں گرو ہوں۔ نبی کہتا ہے کہ "انا نبی لا کذب"۔ گویا کہتا ہے کہ میں تمہارا گرو ہوں۔</w:t>
      </w:r>
    </w:p>
    <w:p>
      <w:r>
        <w:rPr>
          <w:b/>
        </w:rPr>
        <w:t xml:space="preserve">[1:21:36] </w:t>
      </w:r>
      <w:r>
        <w:t>lekin doosre ke liye aap ko khud discover karna parta hai.</w:t>
      </w:r>
    </w:p>
    <w:p>
      <w:pPr>
        <w:jc w:val="right"/>
      </w:pPr>
      <w:r>
        <w:t>لیکن دوسرے کے لیے آپ کو خود ڈسکور کرنا پڑتا ہے۔</w:t>
      </w:r>
    </w:p>
    <w:p>
      <w:r>
        <w:rPr>
          <w:b/>
        </w:rPr>
        <w:t xml:space="preserve">[1:21:40] </w:t>
      </w:r>
      <w:r>
        <w:t>un nabi apna kaam shuru karta hai aap daaway se. "ana nabi la kazb" kehta hai wo. lekin doosra insan daaway se apna nahi shuru kar sakta apna kaam.</w:t>
      </w:r>
    </w:p>
    <w:p>
      <w:pPr>
        <w:jc w:val="right"/>
      </w:pPr>
      <w:r>
        <w:t>ان نبی اپنا کام شروع کرتا ہے آپ دعوے سے۔ "انا نبی لا کذب" کہتا ہے وہ۔ لیکن دوسرا انسان دعوے سے اپنا نہیں شروع کر سکتا اپنا کام۔</w:t>
      </w:r>
    </w:p>
    <w:p>
      <w:r>
        <w:rPr>
          <w:b/>
        </w:rPr>
        <w:t xml:space="preserve">[1:21:52] </w:t>
      </w:r>
      <w:r>
        <w:t>wo aap ko aap ki zimmedari hai ke aap discover karen is ko. aur jab is ko payen ke is ke andar wo sifaat hain to aap is ko man len.</w:t>
      </w:r>
    </w:p>
    <w:p>
      <w:pPr>
        <w:jc w:val="right"/>
      </w:pPr>
      <w:r>
        <w:t>وہ آپ کو آپ کی ذمہ داری ہے کہ آپ ڈسکور کریں اس کو۔ اور جب اس کو پائیں کہ اس کے اندر وہ صفات ہیں تو آپ اس کو مان لیں۔</w:t>
      </w:r>
    </w:p>
    <w:p>
      <w:r>
        <w:rPr>
          <w:b/>
        </w:rPr>
        <w:t xml:space="preserve">[1:22:04] </w:t>
      </w:r>
      <w:r>
        <w:t>yeh hai. maulana, un ka aik aur sawal</w:t>
      </w:r>
    </w:p>
    <w:p>
      <w:pPr>
        <w:jc w:val="right"/>
      </w:pPr>
      <w:r>
        <w:t>یہ ہے۔ مولانا، ان کا ایک اور سوال</w:t>
      </w:r>
    </w:p>
    <w:p>
      <w:r>
        <w:rPr>
          <w:b/>
        </w:rPr>
        <w:t xml:space="preserve">[1:22:08] </w:t>
      </w:r>
      <w:r>
        <w:t>hai. unhon ne poocha hai ke shakhsiyat parasti aur kisi aik ko apna rehnuma mante hue religious mission ko chalane mein kya difference hai?</w:t>
      </w:r>
    </w:p>
    <w:p>
      <w:pPr>
        <w:jc w:val="right"/>
      </w:pPr>
      <w:r>
        <w:t>ہے۔ انہوں نے پوچھا ہے کہ شخصیت پرستی اور کسی ایک کو اپنا رہنما مانتے ہوئے ریلیجیس مشن کو چلانے میں کیا ڈیفرنس ہے؟</w:t>
      </w:r>
    </w:p>
    <w:p>
      <w:r>
        <w:rPr>
          <w:b/>
        </w:rPr>
        <w:t xml:space="preserve">[1:22:19] </w:t>
      </w:r>
      <w:r>
        <w:t>dekhen, shakhsiyat parasti aik alag cheez hai.</w:t>
      </w:r>
    </w:p>
    <w:p>
      <w:pPr>
        <w:jc w:val="right"/>
      </w:pPr>
      <w:r>
        <w:t>دیکھیں، شخصیت پرستی ایک الگ چیز ہے۔</w:t>
      </w:r>
    </w:p>
    <w:p>
      <w:r>
        <w:rPr>
          <w:b/>
        </w:rPr>
        <w:t xml:space="preserve">[1:22:24] </w:t>
      </w:r>
      <w:r>
        <w:t>jis ko kehte hain cult of individual ya personality cult, wo aik alag cheez hai. aur rehnuma manana aik bilkul different cheez hai.</w:t>
      </w:r>
    </w:p>
    <w:p>
      <w:pPr>
        <w:jc w:val="right"/>
      </w:pPr>
      <w:r>
        <w:t>جس کو کہتے ہیں کلٹ آف انڈیویجول یا پرسنیلٹی کلٹ، وہ ایک الگ چیز ہے۔ اور رہنما منانا ایک بالکل ڈفرنٹ چیز ہے۔</w:t>
      </w:r>
    </w:p>
    <w:p>
      <w:r>
        <w:rPr>
          <w:b/>
        </w:rPr>
        <w:t xml:space="preserve">[1:22:38] </w:t>
      </w:r>
      <w:r>
        <w:t>bilkul dono alag alag cheezen hain. is par mein ne likha hai risalay mein, aap parh lijiye is ko. yeh cheez aa chuki hai. maulana, agla sawal karachi pakistan se mr abdul lateef ka hai.</w:t>
      </w:r>
    </w:p>
    <w:p>
      <w:pPr>
        <w:jc w:val="right"/>
      </w:pPr>
      <w:r>
        <w:t>بالکل دونوں الگ الگ چیزیں ہیں۔ اس پر میں نے لکھا ہے رسالے میں، آپ پڑھ لیجئے اس کو۔ یہ چیز آ چکی ہے۔ مولانا، اگلا سوال کراچی پاکستان سے مسٹر عبداللطیف کا ہے۔</w:t>
      </w:r>
    </w:p>
    <w:p>
      <w:r>
        <w:rPr>
          <w:b/>
        </w:rPr>
        <w:t xml:space="preserve">[1:22:53] </w:t>
      </w:r>
      <w:r>
        <w:t>unhon ne likha hai: "mein poore yaqeen ke sath yeh baat keh sakta hoon ke sahi maano mein al risala ka qari doosri jismani beemariyon mein to mubtala ho sakta hai, lekin tension ki beemari mein wo kabhi bhi mubtala nahi hoga.</w:t>
      </w:r>
    </w:p>
    <w:p>
      <w:pPr>
        <w:jc w:val="right"/>
      </w:pPr>
      <w:r>
        <w:t>انہوں نے لکھا ہے: "میں پورے یقین کے ساتھ یہ بات کہہ سکتا ہوں کہ صحیح معنوں میں الرسالہ کا قاری دوسری جسمانی بیماریوں میں تو مبتلا ہو سکتا ہے، لیکن ٹینشن کی بیماری میں وہ کبھی بھی مبتلا نہیں ہوگا۔</w:t>
      </w:r>
    </w:p>
    <w:p>
      <w:r>
        <w:rPr>
          <w:b/>
        </w:rPr>
        <w:t xml:space="preserve">[1:23:13] </w:t>
      </w:r>
      <w:r>
        <w:t>maulana sahib, kya mera yeh tabsarah durust hai?" mein to samajhta hoon ke bilkul sahi hai.</w:t>
      </w:r>
    </w:p>
    <w:p>
      <w:pPr>
        <w:jc w:val="right"/>
      </w:pPr>
      <w:r>
        <w:t>مولانا صاحب، کیا میرا یہ تبصرہ درست ہے؟" میں تو سمجھتا ہوں کہ بالکل صحیح ہے۔</w:t>
      </w:r>
    </w:p>
    <w:p>
      <w:r>
        <w:rPr>
          <w:b/>
        </w:rPr>
        <w:t xml:space="preserve">[1:23:22] </w:t>
      </w:r>
      <w:r>
        <w:t>is mein koi shaq nahi ke al risala logon ko tension free banata hai. bashart ke risala parhen theek se. yani kai log aisay hain jo kehte hain ke mein risala qari hoon.</w:t>
      </w:r>
    </w:p>
    <w:p>
      <w:pPr>
        <w:jc w:val="right"/>
      </w:pPr>
      <w:r>
        <w:t>اس میں کوئی شک نہیں کہ الرسالہ لوگوں کو ٹینشن فری بناتا ہے۔ بشرط کہ رسالہ پڑھیں ٹھیک سے۔ یعنی کئی لوگ ایسے ہیں جو کہتے ہیں کہ میں رسالہ قاری ہوں۔</w:t>
      </w:r>
    </w:p>
    <w:p>
      <w:r>
        <w:rPr>
          <w:b/>
        </w:rPr>
        <w:t xml:space="preserve">[1:23:36] </w:t>
      </w:r>
      <w:r>
        <w:t>jab poohta hoon to koi baat nahi bata paate wo. to isi liye mein ne un ke sath likha tha risalay mein ke jis ne risala aik bar parha us ne nahi parha.</w:t>
      </w:r>
    </w:p>
    <w:p>
      <w:pPr>
        <w:jc w:val="right"/>
      </w:pPr>
      <w:r>
        <w:t>جب پوچھتا ہوں تو کوئی بات نہیں بتا پاتے وہ۔ تو اسی لیے میں نے ان کے ساتھ لکھا تھا رسالے میں کہ جس نے رسالہ ایک بار پڑھا اس نے نہیں پڑھا۔</w:t>
      </w:r>
    </w:p>
    <w:p>
      <w:r>
        <w:rPr>
          <w:b/>
        </w:rPr>
        <w:t xml:space="preserve">[1:23:49] </w:t>
      </w:r>
      <w:r>
        <w:t>jis ne do bar parha us ne bas parha. lekin us ne kai bar parha us ne sach much parha. is se sach much faida liya us ne is ka.</w:t>
      </w:r>
    </w:p>
    <w:p>
      <w:pPr>
        <w:jc w:val="right"/>
      </w:pPr>
      <w:r>
        <w:t>جس نے دو بار پڑھا اس نے بس پڑھا۔ لیکن اس نے کئی بار پڑھا اس نے سچ مچ پڑھا۔ اس سے سچ مچ فائدہ لیا اس نے اس کا۔</w:t>
      </w:r>
    </w:p>
    <w:p>
      <w:r>
        <w:rPr>
          <w:b/>
        </w:rPr>
        <w:t xml:space="preserve">[1:23:57] </w:t>
      </w:r>
      <w:r>
        <w:t>to al risala jo baqayda is tarah se parhen ke is se aks kar saken aur is se faida utha saken to zaroor al risala mein aisay hi item hamesha hua karte hain.</w:t>
      </w:r>
    </w:p>
    <w:p>
      <w:pPr>
        <w:jc w:val="right"/>
      </w:pPr>
      <w:r>
        <w:t>تو الرسالہ جو باقاعدہ اس طرح سے پڑھیں کہ اس سے عکس کر سکیں اور اس سے فائدہ اٹھا سکیں تو ضرور الرسالہ میں ایسے ہی آئٹم ہمیشہ ہوا کرتے ہیں۔</w:t>
      </w:r>
    </w:p>
    <w:p>
      <w:r>
        <w:rPr>
          <w:b/>
        </w:rPr>
        <w:t xml:space="preserve">[1:24:12] </w:t>
      </w:r>
      <w:r>
        <w:t>lekin mushkil yeh hai ke log adabi cheezon ko parhne ke aadi hain, akhbar waghera parhne ke aadi hain. to risala dekha, parh liya, rakh diya.</w:t>
      </w:r>
    </w:p>
    <w:p>
      <w:pPr>
        <w:jc w:val="right"/>
      </w:pPr>
      <w:r>
        <w:t>لیکن مشکل یہ ہے کہ لوگ ادبی چیزوں کو پڑھنے کے عادی ہیں، اخبار وغیرہ پڑھنے کے عادی ہیں۔ تو رسالہ دیکھا، پڑھ لیا، رکھ دیا۔</w:t>
      </w:r>
    </w:p>
    <w:p>
      <w:r>
        <w:rPr>
          <w:b/>
        </w:rPr>
        <w:t xml:space="preserve">[1:24:20] </w:t>
      </w:r>
      <w:r>
        <w:t>samajhte hain ke bas. lekin jo baqayeda padhte hain to bilashuba woh instention free ban jaate hain. jo baqayeda padhte hain. maulana, unka doosra sawal yeh hai.</w:t>
      </w:r>
    </w:p>
    <w:p>
      <w:pPr>
        <w:jc w:val="right"/>
      </w:pPr>
      <w:r>
        <w:t>سمجھتے ہیں کہ بس۔ لیکن جو باقاعدہ پڑھتے ہیں تو بلاشبہ وہ انسٹینشن فری بن جاتے ہیں۔ جو باقاعدہ پڑھتے ہیں۔ مولانا، ان کا دوسرا سوال یہ ہے۔</w:t>
      </w:r>
    </w:p>
    <w:p>
      <w:r>
        <w:rPr>
          <w:b/>
        </w:rPr>
        <w:t xml:space="preserve">[1:24:30] </w:t>
      </w:r>
      <w:r>
        <w:t>unhone likha hai:</w:t>
      </w:r>
    </w:p>
    <w:p>
      <w:pPr>
        <w:jc w:val="right"/>
      </w:pPr>
      <w:r>
        <w:t>انہوں نے لکھا ہے:</w:t>
      </w:r>
    </w:p>
    <w:p>
      <w:r>
        <w:rPr>
          <w:b/>
        </w:rPr>
        <w:t xml:space="preserve">[1:24:32] </w:t>
      </w:r>
      <w:r>
        <w:t>"aaj ka insaan apne bachon ki islaah ke liye kya tareeqa apnayen? kya walidain islaah ke liye apne bachon ko maar sakte hain?" nahi, bachon ko maarna to main bilkul hi galat samajhta hoon.</w:t>
      </w:r>
    </w:p>
    <w:p>
      <w:pPr>
        <w:jc w:val="right"/>
      </w:pPr>
      <w:r>
        <w:t>"آج کا انسان اپنے بچوں کی اصلاح کے لیے کیا طریقہ اپنائیں؟ کیا والدین اصلاح کے لیے اپنے بچوں کو مار سکتے ہیں؟" نہیں، بچوں کو مارنا تو میں بالکل ہی غلط سمجھتا ہوں۔</w:t>
      </w:r>
    </w:p>
    <w:p>
      <w:r>
        <w:rPr>
          <w:b/>
        </w:rPr>
        <w:t xml:space="preserve">[1:24:48] </w:t>
      </w:r>
      <w:r>
        <w:t>yeh hai counter productive. ulta nateeja niklega. hargiz nahi. lekin main manta hoon ke bachon ke sab se bare dushman unke walidain hote hain.</w:t>
      </w:r>
    </w:p>
    <w:p>
      <w:pPr>
        <w:jc w:val="right"/>
      </w:pPr>
      <w:r>
        <w:t>یہ ہے کاؤنٹر پروڈکٹیو۔ الٹا نتیجہ نکلے گا۔ ہرگز نہیں۔ لیکن میں مانتا ہوں کہ بچوں کے سب سے بڑے دشمن ان کے والدین ہوتے ہیں۔</w:t>
      </w:r>
    </w:p>
    <w:p>
      <w:r>
        <w:rPr>
          <w:b/>
        </w:rPr>
        <w:t xml:space="preserve">[1:25:02] </w:t>
      </w:r>
      <w:r>
        <w:t>is zamane mein khaas taur par sab se bare dushman bachon ke unke walidain hain. kyun? yeh pampering karte hain. pampering.</w:t>
      </w:r>
    </w:p>
    <w:p>
      <w:pPr>
        <w:jc w:val="right"/>
      </w:pPr>
      <w:r>
        <w:t>اس زمانے میں خاص طور پر سب سے بڑے دشمن بچوں کے ان کے والدین ہیں۔ کیوں؟ یہ پیمپرنگ کرتے ہیں۔ پیمپرنگ۔</w:t>
      </w:r>
    </w:p>
    <w:p>
      <w:r>
        <w:rPr>
          <w:b/>
        </w:rPr>
        <w:t xml:space="preserve">[1:25:13] </w:t>
      </w:r>
      <w:r>
        <w:t>saare maa baap pampering karte hain. masla kama kama kar kya karenge? easy money bachon ko denge. easy money jo hai sab se buri cheez hai.</w:t>
      </w:r>
    </w:p>
    <w:p>
      <w:pPr>
        <w:jc w:val="right"/>
      </w:pPr>
      <w:r>
        <w:t>سارے ماں باپ پیمپرنگ کرتے ہیں۔ مسئلہ کما کما کر کیا کریں گے؟ ایزی منی بچوں کو دیں گے۔ ایزی منی جو ہے سب سے بری چیز ہے۔</w:t>
      </w:r>
    </w:p>
    <w:p>
      <w:r>
        <w:rPr>
          <w:b/>
        </w:rPr>
        <w:t xml:space="preserve">[1:25:25] </w:t>
      </w:r>
      <w:r>
        <w:t>to bachon ki islaah ka aaghaz maa baap ki islaah se hota hai.</w:t>
      </w:r>
    </w:p>
    <w:p>
      <w:pPr>
        <w:jc w:val="right"/>
      </w:pPr>
      <w:r>
        <w:t>تو بچوں کی اصلاح کا آغاز ماں باپ کی اصلاح سے ہوتا ہے۔</w:t>
      </w:r>
    </w:p>
    <w:p>
      <w:r>
        <w:rPr>
          <w:b/>
        </w:rPr>
        <w:t xml:space="preserve">[1:25:31] </w:t>
      </w:r>
      <w:r>
        <w:t>b</w:t>
      </w:r>
    </w:p>
    <w:p>
      <w:pPr>
        <w:jc w:val="right"/>
      </w:pPr>
      <w:r>
        <w:t>ب</w:t>
      </w:r>
    </w:p>
    <w:p>
      <w:r>
        <w:rPr>
          <w:b/>
        </w:rPr>
        <w:t xml:space="preserve">[1:25:32] </w:t>
      </w:r>
      <w:r>
        <w:t>ache jo maa baap bache ko maarne ka right lena chahte hain, aap khud apne ko maar rahe hain. bachon ko maarna chahte hain, khud maarein apne aap ko.</w:t>
      </w:r>
    </w:p>
    <w:p>
      <w:pPr>
        <w:jc w:val="right"/>
      </w:pPr>
      <w:r>
        <w:t>چہ جو ماں باپ بچے کو مارنے کا رائٹ لینا چاہتے ہیں، آپ خود اپنے کو مار رہے ہیں۔ بچوں کو مارنا چاہتے ہیں، خود ماریں اپنے آپ کو۔</w:t>
      </w:r>
    </w:p>
    <w:p>
      <w:r>
        <w:rPr>
          <w:b/>
        </w:rPr>
        <w:t xml:space="preserve">[1:25:40] </w:t>
      </w:r>
      <w:r>
        <w:t>apni pampering ko khatam karein. apne chhote laad pyaar ko khatam karein. easy money bachon ko dena band karein. yaani bachon ko maa baap hi hain jo sab se zyada yaani bigaadte hain.</w:t>
      </w:r>
    </w:p>
    <w:p>
      <w:pPr>
        <w:jc w:val="right"/>
      </w:pPr>
      <w:r>
        <w:t>اپنی پیمپرنگ کو ختم کریں۔ اپنے چھوٹے لاٹ پیار کو ختم کریں۔ ایزی منی بچوں کو دینا بند کریں۔ یعنی بچوں کو ماں باپ ہی ہیں جو سب سے زیادہ یعنی بگاڑتے ہیں۔</w:t>
      </w:r>
    </w:p>
    <w:p>
      <w:r>
        <w:rPr>
          <w:b/>
        </w:rPr>
        <w:t xml:space="preserve">[1:25:57] </w:t>
      </w:r>
      <w:r>
        <w:t>aur sab se bada bigaad kya hai</w:t>
      </w:r>
    </w:p>
    <w:p>
      <w:pPr>
        <w:jc w:val="right"/>
      </w:pPr>
      <w:r>
        <w:t>اور سب سے بڑا بگاڑ کیا ہے</w:t>
      </w:r>
    </w:p>
    <w:p>
      <w:r>
        <w:rPr>
          <w:b/>
        </w:rPr>
        <w:t xml:space="preserve">[1:25:59] </w:t>
      </w:r>
      <w:r>
        <w:t>? dekhiye, maa baap ghar mein jo jo mohabbat ka jo mayar hai, woh galat mayar uske dil mein daalte hain.</w:t>
      </w:r>
    </w:p>
    <w:p>
      <w:pPr>
        <w:jc w:val="right"/>
      </w:pPr>
      <w:r>
        <w:t>؟ دیکھیے، ماں باپ گھر میں جو جو محبت کا جو معیار ہے، وہ غلط معیار اس کے دل میں ڈالتے ہیں۔</w:t>
      </w:r>
    </w:p>
    <w:p>
      <w:r>
        <w:rPr>
          <w:b/>
        </w:rPr>
        <w:t xml:space="preserve">[1:26:11] </w:t>
      </w:r>
      <w:r>
        <w:t>maa baap bachha jab ghar mein hota hai to kya hota hai? munh se nikla aur cheez tayyar. munh se bol diya, bas usko cheez mil gayi. achha, jab bahar nikalta hai woh to lagta hai ke wahan pe to kuch hi koi dene wala nahi usko.</w:t>
      </w:r>
    </w:p>
    <w:p>
      <w:pPr>
        <w:jc w:val="right"/>
      </w:pPr>
      <w:r>
        <w:t>ماں باپ بچہ جب گھر میں ہوتا ہے تو کیا ہوتا ہے؟ منہ سے نکلا اور چیز تیار۔ منہ سے بول دیا، بس اس کو چیز مل گئی۔ اچھا، جب باہر نکلتا ہے وہ تو لگتا ہے کہ وہاں پہ تو کچھ ہی کوئی دینے والا نہیں اس کو۔</w:t>
      </w:r>
    </w:p>
    <w:p>
      <w:r>
        <w:rPr>
          <w:b/>
        </w:rPr>
        <w:t xml:space="preserve">[1:26:26] </w:t>
      </w:r>
      <w:r>
        <w:t>mehnat karo to power nahi, to kuch nahi milega tum ko. to saare insaan ke dushman samajh leta hai woh. bas bas kehta hai ke bas meri maa, mere baap aur kisi se koi mohabbat nahi usko hoti.</w:t>
      </w:r>
    </w:p>
    <w:p>
      <w:pPr>
        <w:jc w:val="right"/>
      </w:pPr>
      <w:r>
        <w:t>محنت کرو تو پاور نہیں، تو کچھ نہیں ملے گا تم کو۔ تو سارے انسان کے دشمن سمجھ لیتا ہے وہ۔ بس بس کہتا ہے کہ بس میری ماں، میرے باپ اور کسی سے کوئی محبت نہیں اس کو ہوتی۔</w:t>
      </w:r>
    </w:p>
    <w:p>
      <w:r>
        <w:rPr>
          <w:b/>
        </w:rPr>
        <w:t xml:space="preserve">[1:26:37] </w:t>
      </w:r>
      <w:r>
        <w:t>jisko bhi dekh lijiye, aap andar cheer kar ke maa baap se mohabbat mohabbat karega aur doosre insaanon se nafrat karega woh.</w:t>
      </w:r>
    </w:p>
    <w:p>
      <w:pPr>
        <w:jc w:val="right"/>
      </w:pPr>
      <w:r>
        <w:t>جس کو بھی دیکھ لیجئے، آپ اندر چیر کر کے ماں باپ سے محبت محبت کرے گا اور دوسرے انسانوں سے نفرت کرے گا وہ۔</w:t>
      </w:r>
    </w:p>
    <w:p>
      <w:r>
        <w:rPr>
          <w:b/>
        </w:rPr>
        <w:t xml:space="preserve">[1:26:46] </w:t>
      </w:r>
      <w:r>
        <w:t>main ek martaba wahan gaya saharanpur, wahan chaar hindu naujawan mujh se milne ke liye aaye hotel mein. chaaron ne ek hi baat kahi. unhone kaha hum apna experience aap ko share karna chahte hain.</w:t>
      </w:r>
    </w:p>
    <w:p>
      <w:pPr>
        <w:jc w:val="right"/>
      </w:pPr>
      <w:r>
        <w:t>میں ایک مرتبہ وہاں گیا سارن پور، وہاں چار ہندو نوجوان مجھ سے ملنے کے لیے آئے ہوٹل میں۔ چاروں نے ایک ہی بات کہی۔ انہوں نے کہا ہم اپنا ایکسپیرینس آپ کو شیئر کرنا چاہتے ہیں۔</w:t>
      </w:r>
    </w:p>
    <w:p>
      <w:r>
        <w:rPr>
          <w:b/>
        </w:rPr>
        <w:t xml:space="preserve">[1:26:58] </w:t>
      </w:r>
      <w:r>
        <w:t>jab hum ghar mein the to maa baap jo munh se nikla poora kar diya, jo munh se nikla poora kar diya. ab jab duniya mein hum aaye hain, yahan koi hamara yaani aisa nahi milta ke woh munh se nikle woh p</w:t>
      </w:r>
    </w:p>
    <w:p>
      <w:pPr>
        <w:jc w:val="right"/>
      </w:pPr>
      <w:r>
        <w:t>جب ہم گھر میں تھے تو ماں باپ جو منہ سے نکلا پورا کر دیا، جو منہ سے نکلا پورا کر دیا۔ اب جب دنیا میں ہم آئے ہیں، یہاں کوئی ہمارا یعنی ایسا نہیں ملتا کہ وہ منہ سے نکلے وہ پ</w:t>
      </w:r>
    </w:p>
    <w:p>
      <w:r>
        <w:rPr>
          <w:b/>
        </w:rPr>
        <w:t xml:space="preserve">[1:27:13] </w:t>
      </w:r>
      <w:r>
        <w:t>ura kar de. ab koi mehnat karna hai, hard work karna hai, tab cheezein milti hain. to yeh contradiction hai hamari zindagi mein.</w:t>
      </w:r>
    </w:p>
    <w:p>
      <w:pPr>
        <w:jc w:val="right"/>
      </w:pPr>
      <w:r>
        <w:t>ورا کر دے۔ اب کوئی محنت کرنا ہے، ہارڈ ورک کرنا ہے، تب چیزیں ملتی ہیں۔ تو یہ کنٹریڈکشن ہے ہماری زندگی میں۔</w:t>
      </w:r>
    </w:p>
    <w:p>
      <w:r>
        <w:rPr>
          <w:b/>
        </w:rPr>
        <w:t xml:space="preserve">[1:27:21] </w:t>
      </w:r>
      <w:r>
        <w:t>kya isko kaise explain karein?</w:t>
      </w:r>
    </w:p>
    <w:p>
      <w:pPr>
        <w:jc w:val="right"/>
      </w:pPr>
      <w:r>
        <w:t>کیا اس کو کیسے ایکسپلین کریں؟</w:t>
      </w:r>
    </w:p>
    <w:p>
      <w:r>
        <w:rPr>
          <w:b/>
        </w:rPr>
        <w:t xml:space="preserve">[1:27:26] </w:t>
      </w:r>
      <w:r>
        <w:t>to yeh maa baap jo hain, duniya ko nafrat karne wale insaan supply kar rahe hain. kyunke jis tarah se maa baap karte hain ghar mein, woh woh duniya nahi karne wali hai.</w:t>
      </w:r>
    </w:p>
    <w:p>
      <w:pPr>
        <w:jc w:val="right"/>
      </w:pPr>
      <w:r>
        <w:t>تو یہ ماں باپ جو ہیں، دنیا کو نفرت کرنے والے انسان سپلائی کر رہے ہیں۔ کیونکہ جس طرح سے ماں باپ کرتے ہیں گھر میں، وہ وہ دنیا نہیں کرنے والی ہے۔</w:t>
      </w:r>
    </w:p>
    <w:p>
      <w:r>
        <w:rPr>
          <w:b/>
        </w:rPr>
        <w:t xml:space="preserve">[1:27:41] </w:t>
      </w:r>
      <w:r>
        <w:t>duniya nahi karne wali hai aisa.</w:t>
      </w:r>
    </w:p>
    <w:p>
      <w:pPr>
        <w:jc w:val="right"/>
      </w:pPr>
      <w:r>
        <w:t>دنیا نہیں کرنے والی ہے ایسا۔</w:t>
      </w:r>
    </w:p>
    <w:p>
      <w:r>
        <w:rPr>
          <w:b/>
        </w:rPr>
        <w:t xml:space="preserve">[1:27:43] </w:t>
      </w:r>
      <w:r>
        <w:t>duniya ko to jo jitna aap denge, utna duniya se milega. to ghar ka mahaul jo hai, yaani receiving without giving hai.</w:t>
      </w:r>
    </w:p>
    <w:p>
      <w:pPr>
        <w:jc w:val="right"/>
      </w:pPr>
      <w:r>
        <w:t>دنیا کو تو جو جتنا آپ دیں گے، اتنا دنیا سے ملے گا۔ تو گھر کا ماحول جو ہے، یعنی ریسیونگ ودا آؤٹ گیونگ ہے۔</w:t>
      </w:r>
    </w:p>
    <w:p>
      <w:r>
        <w:rPr>
          <w:b/>
        </w:rPr>
        <w:t xml:space="preserve">[1:27:57] </w:t>
      </w:r>
      <w:r>
        <w:t>ghar ka mahaul jo hai, aaj kal receiving without giving. aur jab bahar nikalta hai aadmi to uska ulta hota hai.</w:t>
      </w:r>
    </w:p>
    <w:p>
      <w:pPr>
        <w:jc w:val="right"/>
      </w:pPr>
      <w:r>
        <w:t>گھر کا ماحول جو ہے، آج کل ریسیونگ ودا آؤٹ گیونگ۔ اور جب باہر نکلتا ہے آدمی تو اس کا الٹا ہوتا ہے۔</w:t>
      </w:r>
    </w:p>
    <w:p>
      <w:r>
        <w:rPr>
          <w:b/>
        </w:rPr>
        <w:t xml:space="preserve">[1:28:07] </w:t>
      </w:r>
      <w:r>
        <w:t>yaani giving account to account, yaani receiving. jo kisi ne sahi kaha hai ke "in giving that we receive".</w:t>
      </w:r>
    </w:p>
    <w:p>
      <w:pPr>
        <w:jc w:val="right"/>
      </w:pPr>
      <w:r>
        <w:t>یعنی گیونگ اکاؤنٹ ٹو اکاؤنٹ، یعنی ریسیونگ۔ جو کسی نے صحیح کہا ہے کہ "ان گیونگ دیٹ وی ریسیو"۔</w:t>
      </w:r>
    </w:p>
    <w:p>
      <w:r>
        <w:rPr>
          <w:b/>
        </w:rPr>
        <w:t xml:space="preserve">[1:28:20] </w:t>
      </w:r>
      <w:r>
        <w:t>jitna dena hai, utna paana. yaani bahar ki duniya ka formula yeh hai ke jitna doge, utna paoge. ghar ki duniya mein kya hai? tum ko dene ki zaroorat nahi hai, bas tum ko sab kuch milta rahega.</w:t>
      </w:r>
    </w:p>
    <w:p>
      <w:pPr>
        <w:jc w:val="right"/>
      </w:pPr>
      <w:r>
        <w:t>جتنا دینا ہے، اتنا پانا۔ یعنی باہر کی دنیا کا فارمولا یہ ہے کہ جتنا دو گے، اتنا پاؤ گے۔ گھر کی دنیا میں کیا ہے؟ تم کو دینے کی ضرورت نہیں ہے، بس تم کو سب کچھ ملتا رہے گا۔</w:t>
      </w:r>
    </w:p>
    <w:p>
      <w:r>
        <w:rPr>
          <w:b/>
        </w:rPr>
        <w:t xml:space="preserve">[1:28:31] </w:t>
      </w:r>
      <w:r>
        <w:t>aise maa baap mere mere bachchon ke sab se bare dushman hain. aur insaniyat ke dushman hain. yeh insaniyat ke dushman hain. kyunke duniya ko</w:t>
      </w:r>
    </w:p>
    <w:p>
      <w:pPr>
        <w:jc w:val="right"/>
      </w:pPr>
      <w:r>
        <w:t>ایسے ماں باپ میرے میرے بچوں کے سب سے بڑے دشمن ہیں۔ اور انسانیت کے دشمن ہیں۔ یہ انسانیت کے دشمن ہیں۔ کیونکہ دنیا کو</w:t>
      </w:r>
    </w:p>
    <w:p>
      <w:r>
        <w:rPr>
          <w:b/>
        </w:rPr>
        <w:t xml:space="preserve">[1:28:40] </w:t>
      </w:r>
      <w:r>
        <w:t>nafrat karne wale insaan bhej rahe hain. har ghar ek karkhana bana hua hai matnafar insanon ko banane ka.</w:t>
      </w:r>
    </w:p>
    <w:p>
      <w:pPr>
        <w:jc w:val="right"/>
      </w:pPr>
      <w:r>
        <w:t>نفرت کرنے والے انسان بھیج رہے ہیں۔ ہر گھر ایک کارخانہ بنا ہوا ہے متنفر انسانوں کو بنانے کا۔</w:t>
      </w:r>
    </w:p>
    <w:p>
      <w:r>
        <w:rPr>
          <w:b/>
        </w:rPr>
        <w:t xml:space="preserve">[1:28:49] </w:t>
      </w:r>
      <w:r>
        <w:t>main yeh shayari nahin kar raha hoon, main mera tajruba bata raha hoon, tajruba. ke ke aaj kal ke jo log hain, bas meri maa, mera baap yeh toh khoob karte hain, lekin baqiya insaan se un koi dilchaspi un ko nahin hai.</w:t>
      </w:r>
    </w:p>
    <w:p>
      <w:pPr>
        <w:jc w:val="right"/>
      </w:pPr>
      <w:r>
        <w:t>میں یہ شاعری نہیں کر رہا ہوں، میں میرا تجربہ بتا رہا ہوں، تجربہ۔ کہ کہ آج کل کے جو لوگ ہیں، بس میری ماں، میرا باپ یہ تو خوب کرتے ہیں، لیکن بقیا انسان سے ان کوئی دلچسپی ان کو نہیں ہے۔</w:t>
      </w:r>
    </w:p>
    <w:p>
      <w:r>
        <w:rPr>
          <w:b/>
        </w:rPr>
        <w:t xml:space="preserve">[1:29:03] </w:t>
      </w:r>
      <w:r>
        <w:t>kyunke baqiya insaan ko woh pampering nahin karta. woh blast pyar nahin karta jo ghar mein in ko mila tha.</w:t>
      </w:r>
    </w:p>
    <w:p>
      <w:pPr>
        <w:jc w:val="right"/>
      </w:pPr>
      <w:r>
        <w:t>کیونکہ بقیا انسان کو وہ پیمپرنگ نہیں کرتا۔ وہ بلاٹ پیار نہیں کرتا جو گھر میں ان کو ملا تھا۔</w:t>
      </w:r>
    </w:p>
    <w:p>
      <w:r>
        <w:rPr>
          <w:b/>
        </w:rPr>
        <w:t xml:space="preserve">[1:29:12] </w:t>
      </w:r>
      <w:r>
        <w:t>main is ka sakht khilaf hoon. is ka main is ke is bare mein bohat hi zyada sakht hoon. is mein koi main riayat karne ke tayyar nahin hoon.</w:t>
      </w:r>
    </w:p>
    <w:p>
      <w:pPr>
        <w:jc w:val="right"/>
      </w:pPr>
      <w:r>
        <w:t>میں اس کا سخت خلاف ہوں۔ اس کا میں اس کے اس بارے میں بہت ہی زیادہ سخت ہوں۔ اس میں کوئی میں رعایت کرنے کے تیار نہیں ہوں۔</w:t>
      </w:r>
    </w:p>
    <w:p>
      <w:r>
        <w:rPr>
          <w:b/>
        </w:rPr>
        <w:t xml:space="preserve">[1:29:24] </w:t>
      </w:r>
      <w:r>
        <w:t>maulana, agla sawal hyderabad se aaya hai mr zeeshan ka. unhon ne aapse poocha hai: "What is the significance of interpretation of dream?</w:t>
      </w:r>
    </w:p>
    <w:p>
      <w:pPr>
        <w:jc w:val="right"/>
      </w:pPr>
      <w:r>
        <w:t>مولانا، اگلا سوال حیدرآباد سے آیا ہے مسٹر زی شان کا۔ انہوں نے آپ سے پوچھا ہے: "What is the significance of interpretation of dream?</w:t>
      </w:r>
    </w:p>
    <w:p>
      <w:r>
        <w:rPr>
          <w:b/>
        </w:rPr>
        <w:t xml:space="preserve">[1:29:34] </w:t>
      </w:r>
      <w:r>
        <w:t>How much importance does it hold in Islam?"</w:t>
      </w:r>
    </w:p>
    <w:p>
      <w:pPr>
        <w:jc w:val="right"/>
      </w:pPr>
      <w:r>
        <w:t>How much importance does it hold in Islam?"</w:t>
      </w:r>
    </w:p>
    <w:p>
      <w:r>
        <w:rPr>
          <w:b/>
        </w:rPr>
        <w:t xml:space="preserve">[1:29:40] </w:t>
      </w:r>
      <w:r>
        <w:t>dekhen, bukhari mein riwayat hai is par. aksar kitabon mein riwayat woh hoti hai, bab hota hai kitab al-ruya. hadith ki kitabon mein baqayda kitab al-ruya hota hai.</w:t>
      </w:r>
    </w:p>
    <w:p>
      <w:pPr>
        <w:jc w:val="right"/>
      </w:pPr>
      <w:r>
        <w:t>دیکھیں، بخاری میں روایت ہے اس پر۔ اکثر کتابوں میں روایت وہ ہوتی ہے، باب ہوتا ہے کتاب الرویا۔ حدیث کی کتابوں میں باقاعدہ کتاب الرویا ہوتا ہے۔</w:t>
      </w:r>
    </w:p>
    <w:p>
      <w:r>
        <w:rPr>
          <w:b/>
        </w:rPr>
        <w:t xml:space="preserve">[1:29:50] </w:t>
      </w:r>
      <w:r>
        <w:t>bukhari mein bhi hai. toh hadith mein aata hai ke khwab nabuwat ka chaliswan hissa hai. matlab ek juz hai.</w:t>
      </w:r>
    </w:p>
    <w:p>
      <w:pPr>
        <w:jc w:val="right"/>
      </w:pPr>
      <w:r>
        <w:t>بخاری میں بھی ہے۔ تو حدیث میں آتا ہے کہ خواب نبوت کا چالیسواں حصہ ہے۔ مطلب ایک جز ہے۔</w:t>
      </w:r>
    </w:p>
    <w:p>
      <w:r>
        <w:rPr>
          <w:b/>
        </w:rPr>
        <w:t xml:space="preserve">[1:30:00] </w:t>
      </w:r>
      <w:r>
        <w:t>toh islam mein is ki bohat ahmiyat hai khwab ki. lekin khwab ke mutalliq teen qism ke khwab hain hadith ke mutabiq.</w:t>
      </w:r>
    </w:p>
    <w:p>
      <w:pPr>
        <w:jc w:val="right"/>
      </w:pPr>
      <w:r>
        <w:t>تو اسلام میں اس کی بہت اہمیت ہے خواب کی۔ لیکن خواب کے متعلق تین قسم کے خواب ہیں حدیث کے مطابق۔</w:t>
      </w:r>
    </w:p>
    <w:p>
      <w:r>
        <w:rPr>
          <w:b/>
        </w:rPr>
        <w:t xml:space="preserve">[1:30:10] </w:t>
      </w:r>
      <w:r>
        <w:t>hadith al-nafs, hadith al-shaitan, basham allah. yani kuch khwab aise hote hain jo aap dil mein hain, woh is ko dekh liya aadmi ne.</w:t>
      </w:r>
    </w:p>
    <w:p>
      <w:pPr>
        <w:jc w:val="right"/>
      </w:pPr>
      <w:r>
        <w:t>حدیث النفس، حدیث شیطان، بشام اللہ۔ یعنی کچھ خواب ایسے ہوتے ہیں جو آپ دل میں ہیں، وہ اس کو دیکھ لیا آدمی نے۔</w:t>
      </w:r>
    </w:p>
    <w:p>
      <w:r>
        <w:rPr>
          <w:b/>
        </w:rPr>
        <w:t xml:space="preserve">[1:30:20] </w:t>
      </w:r>
      <w:r>
        <w:t>khwab ki shakal mein dekh liya. ek yeh hai ke shaitan darata hai, woh khwab ban kar aaya aadmi ke duaon ko. aur doosra allah ki basharat.</w:t>
      </w:r>
    </w:p>
    <w:p>
      <w:pPr>
        <w:jc w:val="right"/>
      </w:pPr>
      <w:r>
        <w:t>خواب کی شکل میں دیکھ لیا۔ ایک یہ ہے کہ شیطان ڈراتا ہے، وہ خواب بن کر آیا آدمی کے دعاؤں کو۔ اور دوسرا اللہ کی بشارت۔</w:t>
      </w:r>
    </w:p>
    <w:p>
      <w:r>
        <w:rPr>
          <w:b/>
        </w:rPr>
        <w:t xml:space="preserve">[1:30:30] </w:t>
      </w:r>
      <w:r>
        <w:t>toh jo aadmi khwab dekhta hai, woh khud is ki nature ko samjhe toh jaan lega ke teeno mein se kis category ka tha is ka khwab.</w:t>
      </w:r>
    </w:p>
    <w:p>
      <w:pPr>
        <w:jc w:val="right"/>
      </w:pPr>
      <w:r>
        <w:t>تو جو آدمی خواب دیکھتا ہے، وہ خود اس کی نیچر کو سمجھے تو جان لے گا کہ تینوں میں سے کس کیٹیگری کا تھا اس کا خواب۔</w:t>
      </w:r>
    </w:p>
    <w:p>
      <w:r>
        <w:rPr>
          <w:b/>
        </w:rPr>
        <w:t xml:space="preserve">[1:30:41] </w:t>
      </w:r>
      <w:r>
        <w:t>yani takhfif shaitan tha ya basham allah tha ya hadith al-nafs tha. toh khwab bilashuba bohat aham hai islam mein.</w:t>
      </w:r>
    </w:p>
    <w:p>
      <w:pPr>
        <w:jc w:val="right"/>
      </w:pPr>
      <w:r>
        <w:t>یعنی تخفیف شیطان تھا یا بشام اللہ تھا یا حدیث النفس تھا۔ تو خواب بلاشبہ بہت اہم ہے اسلام میں۔</w:t>
      </w:r>
    </w:p>
    <w:p>
      <w:r>
        <w:rPr>
          <w:b/>
        </w:rPr>
        <w:t xml:space="preserve">[1:30:51] </w:t>
      </w:r>
      <w:r>
        <w:t>lekin khwab ki teen qismein hoti hain.</w:t>
      </w:r>
    </w:p>
    <w:p>
      <w:pPr>
        <w:jc w:val="right"/>
      </w:pPr>
      <w:r>
        <w:t>لیکن خواب کی تین قسمیں ہوتی ہیں۔</w:t>
      </w:r>
    </w:p>
    <w:p>
      <w:r>
        <w:rPr>
          <w:b/>
        </w:rPr>
        <w:t xml:space="preserve">[1:30:55] </w:t>
      </w:r>
      <w:r>
        <w:t>maulana, un ka ek aur sawal hai. unhon ne likha hai: "My friend says that he cannot resist the temptation of dancing to the tune of any good music.</w:t>
      </w:r>
    </w:p>
    <w:p>
      <w:pPr>
        <w:jc w:val="right"/>
      </w:pPr>
      <w:r>
        <w:t>مولانا، ان کا ایک اور سوال ہے۔ انہوں نے لکھا ہے: "My friend says that he cannot resist the temptation of dancing to the tune of any good music.</w:t>
      </w:r>
    </w:p>
    <w:p>
      <w:r>
        <w:rPr>
          <w:b/>
        </w:rPr>
        <w:t xml:space="preserve">[1:31:08] </w:t>
      </w:r>
      <w:r>
        <w:t>He often asks me that why Allah created music and our senses to feel it when He has forbidden it." kindly comment.</w:t>
      </w:r>
    </w:p>
    <w:p>
      <w:pPr>
        <w:jc w:val="right"/>
      </w:pPr>
      <w:r>
        <w:t>He often asks me that why Allah created music and our senses to feel it when He has forbidden it." کائنڈلی کمنٹ۔</w:t>
      </w:r>
    </w:p>
    <w:p>
      <w:r>
        <w:rPr>
          <w:b/>
        </w:rPr>
        <w:t xml:space="preserve">[1:31:21] </w:t>
      </w:r>
      <w:r>
        <w:t>yeh toh ek mere ek sachi baat</w:t>
      </w:r>
    </w:p>
    <w:p>
      <w:pPr>
        <w:jc w:val="right"/>
      </w:pPr>
      <w:r>
        <w:t>یہ تو ایک میرے ایک سچی بات</w:t>
      </w:r>
    </w:p>
    <w:p>
      <w:r>
        <w:rPr>
          <w:b/>
        </w:rPr>
        <w:t xml:space="preserve">[1:31:23] </w:t>
      </w:r>
      <w:r>
        <w:t>hai. aap ko ooper kyun nahin thrill aata jo nature mein woh beauty hai? ek dancer ke ooper kyun thrill aata hai aap ko? ek ek singer aur dancer jo aap dekhte hain TV mein, is par toh aap thrill aa raha hai.</w:t>
      </w:r>
    </w:p>
    <w:p>
      <w:pPr>
        <w:jc w:val="right"/>
      </w:pPr>
      <w:r>
        <w:t>ہے۔ آپ کو اوپر کیوں نہیں تھریل آتا جو نیچر میں وہ بیوٹی ہے؟ ایک ڈانسر کے اوپر کیوں تھریل آتا ہے آپ کو؟ ایک ایک سنگر اور ڈانسر جو آپ دیکھتے ہیں ٹی وی میں، اس پر تو آپ تھریل آ رہا ہے۔</w:t>
      </w:r>
    </w:p>
    <w:p>
      <w:r>
        <w:rPr>
          <w:b/>
        </w:rPr>
        <w:t xml:space="preserve">[1:31:37] </w:t>
      </w:r>
      <w:r>
        <w:t>aur jis khuda ne is insaan ko banaya, jis khuda ne beauty bher di nature mein, is par aap ko thrill nahin aata? yeh toh bohat hi sachi qism ke log hain, yeh sab baatein aati hain.</w:t>
      </w:r>
    </w:p>
    <w:p>
      <w:pPr>
        <w:jc w:val="right"/>
      </w:pPr>
      <w:r>
        <w:t>اور جس خدا نے اس انسان کو بنایا، جس خدا نے بیوٹی بکھیر دی نیچر میں، اس پر آپ کو تھریل نہیں آتا؟ یہ تو بہت ہی سچی قسم کے لوگ ہیں، یہ سب باتیں آتی ہیں۔</w:t>
      </w:r>
    </w:p>
    <w:p>
      <w:r>
        <w:rPr>
          <w:b/>
        </w:rPr>
        <w:t xml:space="preserve">[1:31:51] </w:t>
      </w:r>
      <w:r>
        <w:t>aise logon ko bataiye ke zyada bara art jo hai, is par tum ko thrilling response dena hai. tum ko jo allah taala ne jo jazba paida kiya hai, thrilling response dene ka, toh bare art ke liye hai.</w:t>
      </w:r>
    </w:p>
    <w:p>
      <w:pPr>
        <w:jc w:val="right"/>
      </w:pPr>
      <w:r>
        <w:t>ایسے لوگوں کو بتائیے کہ زیادہ بڑا آرٹ جو ہے، اس پر تم کو تھرلنگ رسپانس دینا ہے۔ تم کو جو اللہ تعالیٰ نے جو جو جذبہ پیدا کیا ہے، تھرلنگ رسپانس دینے کا، تو بڑے آرٹ کے لیے ہے۔</w:t>
      </w:r>
    </w:p>
    <w:p>
      <w:r>
        <w:rPr>
          <w:b/>
        </w:rPr>
        <w:t xml:space="preserve">[1:32:07] </w:t>
      </w:r>
      <w:r>
        <w:t>yeh professional singers ke liye nahin hai. professional singers aur professional dancers ke liye jo tum de rahe ho response, is ke liye nahin hai.</w:t>
      </w:r>
    </w:p>
    <w:p>
      <w:pPr>
        <w:jc w:val="right"/>
      </w:pPr>
      <w:r>
        <w:t>یہ پروفیشنل سنگرز کے لیے نہیں ہے۔ پروفیشنل سنگرز اور پروفیشنل ڈانسرز کے لیے جو تم دے رہے ہو رسپانس، اس کے لیے نہیں ہے۔</w:t>
      </w:r>
    </w:p>
    <w:p>
      <w:r>
        <w:rPr>
          <w:b/>
        </w:rPr>
        <w:t xml:space="preserve">[1:32:16] </w:t>
      </w:r>
      <w:r>
        <w:t>woh jazba paida kiya gaya.</w:t>
      </w:r>
    </w:p>
    <w:p>
      <w:pPr>
        <w:jc w:val="right"/>
      </w:pPr>
      <w:r>
        <w:t>وہ جذبہ پیدا کیا گیا۔</w:t>
      </w:r>
    </w:p>
    <w:p>
      <w:r>
        <w:rPr>
          <w:b/>
        </w:rPr>
        <w:t xml:space="preserve">[1:32:18] </w:t>
      </w:r>
      <w:r>
        <w:t>woh jazba paida kiya hai ke nature mein jo beauty hai, khuda ki jo glory hai, khuda ke jo wonders hain, is ke liye toh woh woh thrilling response do.</w:t>
      </w:r>
    </w:p>
    <w:p>
      <w:pPr>
        <w:jc w:val="right"/>
      </w:pPr>
      <w:r>
        <w:t>وہ جذبہ پیدا کیا ہے کہ نیچر میں جو بیوٹی ہے، خدا کی جو گلوری ہے، خدا کے جو ونڈرز ہیں، اس کے لیے تو وہ وہ تھرلنگ رسپانس دو۔</w:t>
      </w:r>
    </w:p>
    <w:p>
      <w:r>
        <w:rPr>
          <w:b/>
        </w:rPr>
        <w:t xml:space="preserve">[1:32:31] </w:t>
      </w:r>
      <w:r>
        <w:t>bajaye wahan dene ke, tum de rahe ho professionals ke liye. yeh toh is ka galat istemal hai is jazbe ka.</w:t>
      </w:r>
    </w:p>
    <w:p>
      <w:pPr>
        <w:jc w:val="right"/>
      </w:pPr>
      <w:r>
        <w:t>بجائے وہاں دینے کے، تم دے رہے ہو پروفیشنلز کے لیے۔ یہ تو اس کا غلط استعمال ہے اس جذبے کا۔</w:t>
      </w:r>
    </w:p>
    <w:p>
      <w:r>
        <w:rPr>
          <w:b/>
        </w:rPr>
        <w:t xml:space="preserve">[1:32:40] </w:t>
      </w:r>
      <w:r>
        <w:t>maulana, agla sawal muzaffarpur se hai mr muhammad tauqeer alam sahib</w:t>
      </w:r>
    </w:p>
    <w:p>
      <w:pPr>
        <w:jc w:val="right"/>
      </w:pPr>
      <w:r>
        <w:t>مولانا، اگلا سوال مظفرپور سے ہے مسٹر محمد توقیر عالم صاحب</w:t>
      </w:r>
    </w:p>
    <w:p>
      <w:r>
        <w:rPr>
          <w:b/>
        </w:rPr>
        <w:t xml:space="preserve">[1:32:45] </w:t>
      </w:r>
      <w:r>
        <w:t>ka. unhon ne likha hai: "What is the significance of Doomsday?"</w:t>
      </w:r>
    </w:p>
    <w:p>
      <w:pPr>
        <w:jc w:val="right"/>
      </w:pPr>
      <w:r>
        <w:t>کا۔ انہوں نے لکھا ہے: "What is the significance of Doomsday?"</w:t>
      </w:r>
    </w:p>
    <w:p>
      <w:r>
        <w:rPr>
          <w:b/>
        </w:rPr>
        <w:t xml:space="preserve">[1:32:55] </w:t>
      </w:r>
      <w:r>
        <w:t>significance doom day. bhai, hamari sari kitaben isi par hain. aap parhiye kitabon ke sath. padha nahin aap ne? yeh hamari jo literature hai, is mein maut o qayamat aur jannat aur dozakh aur yeh sari baaten to har kitab mein direct ya indirect hoti hain.</w:t>
      </w:r>
    </w:p>
    <w:p>
      <w:pPr>
        <w:jc w:val="right"/>
      </w:pPr>
      <w:r>
        <w:t>سگنیفکنس ڈوم ڈے۔ بھئی، ہماری ساری کتابیں اسی پر ہیں۔ آپ پڑھیے کتابوں کے ساتھ۔ پڑھا نہیں آپ نے؟ یہ ہماری جو لٹریچر ہے، اس میں موت و قیامت اور جنت اور دوزخ اور یہ ساری باتیں تو ہر کتاب میں ڈائریکٹ یا ان ڈائریکٹ ہوتی ہیں۔</w:t>
      </w:r>
    </w:p>
    <w:p>
      <w:r>
        <w:rPr>
          <w:b/>
        </w:rPr>
        <w:t xml:space="preserve">[1:33:14] </w:t>
      </w:r>
      <w:r>
        <w:t>kitabon ko parhi</w:t>
      </w:r>
    </w:p>
    <w:p>
      <w:pPr>
        <w:jc w:val="right"/>
      </w:pPr>
      <w:r>
        <w:t>کتابوں کو پڑھی</w:t>
      </w:r>
    </w:p>
    <w:p>
      <w:r>
        <w:rPr>
          <w:b/>
        </w:rPr>
        <w:t xml:space="preserve">[1:33:15] </w:t>
      </w:r>
      <w:r>
        <w:t>e. ek mahaz ek sawal, ek jawab se masla hal nahin ho sakta hai. aap mutala ki jiye risala ka mutala ki jiye, hamari kitabon ka mutala ki jiye.</w:t>
      </w:r>
    </w:p>
    <w:p>
      <w:pPr>
        <w:jc w:val="right"/>
      </w:pPr>
      <w:r>
        <w:t>ے۔ ایک محض ایک سوال، ایک جواب سے مسئلہ حل نہیں ہو سکتا ہے۔ آپ مطالعہ کیجئے رسالہ کا مطالعہ کیجئے، ہماری کتابوں کا مطالعہ کیجئے۔</w:t>
      </w:r>
    </w:p>
    <w:p>
      <w:r>
        <w:rPr>
          <w:b/>
        </w:rPr>
        <w:t xml:space="preserve">[1:33:23] </w:t>
      </w:r>
      <w:r>
        <w:t>ek kitab hai akhirat ka safar, is ko aap parhiye. inshallah aap ka jawab mil jayega is mein. maulana, agla sawal kashmir se mr irfan ahmed sahib ka hai.</w:t>
      </w:r>
    </w:p>
    <w:p>
      <w:pPr>
        <w:jc w:val="right"/>
      </w:pPr>
      <w:r>
        <w:t>ایک کتاب ہے آخرت کا سفر، اس کو آپ پڑھیے۔ انشاءاللہ آپ کا جواب مل جائے گا اس میں۔ مولانا، اگلا سوال کشمیر سے مسٹر عرفان احمد صاحب کا ہے۔</w:t>
      </w:r>
    </w:p>
    <w:p>
      <w:r>
        <w:rPr>
          <w:b/>
        </w:rPr>
        <w:t xml:space="preserve">[1:33:36] </w:t>
      </w:r>
      <w:r>
        <w:t>unhon ne poocha hai: "qazaye oomri ki haqeeqat kya hai?" kuch bhi nahin, yeh to baad ki cheezen hain.</w:t>
      </w:r>
    </w:p>
    <w:p>
      <w:pPr>
        <w:jc w:val="right"/>
      </w:pPr>
      <w:r>
        <w:t>انہوں نے پوچھا ہے: "قضائے عمری کی حقیقت کیا ہے؟" کچھ بھی نہیں، یہ تو بعد کی چیزیں ہیں۔</w:t>
      </w:r>
    </w:p>
    <w:p>
      <w:r>
        <w:rPr>
          <w:b/>
        </w:rPr>
        <w:t xml:space="preserve">[1:33:46] </w:t>
      </w:r>
      <w:r>
        <w:t>yeh sab baad ki cheezen hain. qazaye oomri, yeh is zamane mein paida hua jab ke form asal ho gaya aur spirit ghayab ho gayi.</w:t>
      </w:r>
    </w:p>
    <w:p>
      <w:pPr>
        <w:jc w:val="right"/>
      </w:pPr>
      <w:r>
        <w:t>یہ سب بعد کی چیزیں ہیں۔ قضائے عمری، یہ اس زمانے میں پیدا ہوا جب کہ فارم اصل ہو گیا اور اسپرٹ غائب ہو گئی۔</w:t>
      </w:r>
    </w:p>
    <w:p>
      <w:r>
        <w:rPr>
          <w:b/>
        </w:rPr>
        <w:t xml:space="preserve">[1:33:56] </w:t>
      </w:r>
      <w:r>
        <w:t>qazaye oomri aadmi kis baat karta hai? kya spirit ki qaza karte hain? jo log qazaye oomri karte hain, woh is form ko dohrate hain. spirit ko, spirit ko kaise dohraenge aap?</w:t>
      </w:r>
    </w:p>
    <w:p>
      <w:pPr>
        <w:jc w:val="right"/>
      </w:pPr>
      <w:r>
        <w:t>قضائے عمری آدمی کس بات کرتا ہے؟ کیا اسپرٹ کی قضا کرتے ہیں؟ جو لوگ قضائے عمری کرتے ہیں، وہ اس فارم کو دہراتے ہیں۔ اسپرٹ کو، اسپرٹ کو کیسے دہرائیں گے آپ؟</w:t>
      </w:r>
    </w:p>
    <w:p>
      <w:r>
        <w:rPr>
          <w:b/>
        </w:rPr>
        <w:t xml:space="preserve">[1:34:09] </w:t>
      </w:r>
      <w:r>
        <w:t>to qazaye oomri darasal is is waqt paida hua hai tasawwur jab namaz jo thi, woh bas form ban gayi. form, spirit ghayab.</w:t>
      </w:r>
    </w:p>
    <w:p>
      <w:pPr>
        <w:jc w:val="right"/>
      </w:pPr>
      <w:r>
        <w:t>تو قضائے عمری دراصل اس اس وقت پیدا ہوا ہے تصور جب نماز جو تھی، وہ بس فارم بن گئی۔ فارم، اسپرٹ غائب۔</w:t>
      </w:r>
    </w:p>
    <w:p>
      <w:r>
        <w:rPr>
          <w:b/>
        </w:rPr>
        <w:t xml:space="preserve">[1:34:18] </w:t>
      </w:r>
      <w:r>
        <w:t>halankeh hadith pata hai ek aata hai ke: "la khushoo ke baghair namaz nahin." to khushoo kaise dohraenge aap?</w:t>
      </w:r>
    </w:p>
    <w:p>
      <w:pPr>
        <w:jc w:val="right"/>
      </w:pPr>
      <w:r>
        <w:t>حالانکہ حدیث پتہ ہے ایک آتا ہے کہ: "لا خشوع کے بغیر نماز نہیں۔" تو خشوع کیسے دہرائیں گے آپ؟</w:t>
      </w:r>
    </w:p>
    <w:p>
      <w:r>
        <w:rPr>
          <w:b/>
        </w:rPr>
        <w:t xml:space="preserve">[1:34:29] </w:t>
      </w:r>
      <w:r>
        <w:t>qazaye oomri karenge to khushoo ko kaise dohraenge aap? formy ko dohra sakte hain aap.</w:t>
      </w:r>
    </w:p>
    <w:p>
      <w:pPr>
        <w:jc w:val="right"/>
      </w:pPr>
      <w:r>
        <w:t>قضائے عمری کریں گے تو خشوع کو کیسے دہرائیں گے آپ؟ فارمی کو دہرا سکتے ہیں آپ۔</w:t>
      </w:r>
    </w:p>
    <w:p>
      <w:r>
        <w:rPr>
          <w:b/>
        </w:rPr>
        <w:t xml:space="preserve">[1:34:34] </w:t>
      </w:r>
      <w:r>
        <w:t>main bas bataoon ke yeh yeh yeh jo hai, reduced form jo namaz ka bana, is se is se yeh cheez nikli hai. baqi qazaye oomri na hadith mein hai, na quran mein, kahin bhi nahin hai.</w:t>
      </w:r>
    </w:p>
    <w:p>
      <w:pPr>
        <w:jc w:val="right"/>
      </w:pPr>
      <w:r>
        <w:t>میں بس بتاؤں کہ یہ یہ یہ جو ہے، ریڈیوسڈ فارم جو نماز کا بنا، اس سے اس سے یہ چیز نکلی ہے۔ باقی قضائے عمری نہ حدیث میں ہے، نہ قرآن میں، کہیں بھی نہیں ہے۔</w:t>
      </w:r>
    </w:p>
    <w:p>
      <w:r>
        <w:rPr>
          <w:b/>
        </w:rPr>
        <w:t xml:space="preserve">[1:34:46] </w:t>
      </w:r>
      <w:r>
        <w:t>is ki koi bhi reference quran mein hadith mein nahin de sakte aap. main is ko nahin manta. main main mujh se koi log masla poochte hain, main ne kaha nahin, islam mein yeh sab kuch nahin hai.</w:t>
      </w:r>
    </w:p>
    <w:p>
      <w:pPr>
        <w:jc w:val="right"/>
      </w:pPr>
      <w:r>
        <w:t>اس کی کوئی بھی ریفرنس قرآن میں حدیث میں نہیں دے سکتے آپ۔ میں اس کو نہیں مانتا۔ میں میں مجھ سے کوئی لوگ مسئلہ پوچھتے ہیں، میں نے کہا نہیں، اسلام میں یہ سب کچھ نہیں ہے۔</w:t>
      </w:r>
    </w:p>
    <w:p>
      <w:r>
        <w:rPr>
          <w:b/>
        </w:rPr>
        <w:t xml:space="preserve">[1:34:59] </w:t>
      </w:r>
      <w:r>
        <w:t>jis din aap ko ehsas hua hai, usi din se active ho jaiye. aur qazaye oomri karne ke ilawa doosre kaam kijiye. dawat e haq kaam kijiye.</w:t>
      </w:r>
    </w:p>
    <w:p>
      <w:pPr>
        <w:jc w:val="right"/>
      </w:pPr>
      <w:r>
        <w:t>جس دن آپ کو احساس ہوا ہے، اسی دن سے ایکٹیو ہو جائیے۔ اور قضائے عمری کرنے کے علاوہ دوسرے کام کیجئے۔ دعوت اللہ کام کیجئے۔</w:t>
      </w:r>
    </w:p>
    <w:p>
      <w:r>
        <w:rPr>
          <w:b/>
        </w:rPr>
        <w:t xml:space="preserve">[1:35:10] </w:t>
      </w:r>
      <w:r>
        <w:t>yani is isi form ko dohrane ke liye kyun aap sab zyada chahte hain? dawat e haq ke liye daudiye.</w:t>
      </w:r>
    </w:p>
    <w:p>
      <w:pPr>
        <w:jc w:val="right"/>
      </w:pPr>
      <w:r>
        <w:t>یعنی اس اسی فارم کو دہرانے کے لیے کیوں آپ سب زیادہ چاہتے ہیں؟ دعوت اللہ کے لیے دوڑیے۔</w:t>
      </w:r>
    </w:p>
    <w:p>
      <w:r>
        <w:rPr>
          <w:b/>
        </w:rPr>
        <w:t xml:space="preserve">[1:35:19] </w:t>
      </w:r>
      <w:r>
        <w:t>yani aap is se pehle jo aap dawat e haq nahin kar sake, aaj dawat e haq ke liye sargam ho jaiye. yeh in sab kamon mein apna tawajjuh lagai</w:t>
      </w:r>
    </w:p>
    <w:p>
      <w:pPr>
        <w:jc w:val="right"/>
      </w:pPr>
      <w:r>
        <w:t>یعنی آپ اس سے پہلے جو آپ دعوت اللہ نہیں کر سکے، آج دعوت اللہ کے لیے سرگم ہو جائیے۔ یہ ان سب کاموں میں اپنا توجہ لگائی</w:t>
      </w:r>
    </w:p>
    <w:p>
      <w:r>
        <w:rPr>
          <w:b/>
        </w:rPr>
        <w:t xml:space="preserve">[1:35:28] </w:t>
      </w:r>
      <w:r>
        <w:t>e. main is ko nahin manta kyunke is ka koi saboot nahin hai.</w:t>
      </w:r>
    </w:p>
    <w:p>
      <w:pPr>
        <w:jc w:val="right"/>
      </w:pPr>
      <w:r>
        <w:t>ے۔ میں اس کو نہیں مانتا کیونکہ اس کا کوئی ثبوت نہیں ہے۔</w:t>
      </w:r>
    </w:p>
    <w:p>
      <w:r>
        <w:rPr>
          <w:b/>
        </w:rPr>
        <w:t xml:space="preserve">[1:35:36] </w:t>
      </w:r>
      <w:r>
        <w:t>maulana, agla sawal delhi se hai mr shahnawaz zafar sahib ka. unhon ne poocha hai: "aaj ka insan yeh samajhta hai ke is se bhi zyada developed koi jio hai is universe mein jis ko alien kehte hain aur woh is ko discover karne mein lage hue hain.</w:t>
      </w:r>
    </w:p>
    <w:p>
      <w:pPr>
        <w:jc w:val="right"/>
      </w:pPr>
      <w:r>
        <w:t>مولانا، اگلا سوال دلی سے ہے مسٹر شاہنواز ظفر صاحب کا۔ انہوں نے پوچھا ہے: "آج کا انسان یہ سمجھتا ہے کہ اس سے بھی زیادہ ڈویلپڈ کوئی جیو ہے اس یونیورس میں جس کو ایلین کہتے ہیں اور وہ اس کو ڈسکور کرنے میں لگے ہوئے ہیں۔</w:t>
      </w:r>
    </w:p>
    <w:p>
      <w:r>
        <w:rPr>
          <w:b/>
        </w:rPr>
        <w:t xml:space="preserve">[1:35:56] </w:t>
      </w:r>
      <w:r>
        <w:t>kya yeh farishton ki nishani hai ya jinat ki ya woh insan ka waham hai? islamic point of view se is ka kya jawab ho sakta hai?" yeh koi discovery to hai nahin, yeh to ek mufrada hai ke is pe kya irada de sakte hain hum?</w:t>
      </w:r>
    </w:p>
    <w:p>
      <w:pPr>
        <w:jc w:val="right"/>
      </w:pPr>
      <w:r>
        <w:t>کیا یہ فرشتوں کی نشانی ہے یا جنات کی یا وہ انسان کا وہم ہے؟ اسلامک پوائنٹ آف ویو سے اس کا کیا جواب ہو سکتا ہے؟" یہ کوئی ڈسکوری تو ہے نہیں، یہ تو ایک مفروضہ ہے کہ اس پہ کیا ارادہ دے سکتے ہیں ہم؟</w:t>
      </w:r>
    </w:p>
    <w:p>
      <w:r>
        <w:rPr>
          <w:b/>
        </w:rPr>
        <w:t xml:space="preserve">[1:36:12] </w:t>
      </w:r>
      <w:r>
        <w:t>kuch logon ne farz kar rakha hai, is ke liye rocket uda rahe hain. is ki koi haqeeqat, is ki kuch kuch bhi nahin hai.</w:t>
      </w:r>
    </w:p>
    <w:p>
      <w:pPr>
        <w:jc w:val="right"/>
      </w:pPr>
      <w:r>
        <w:t>کچھ لوگوں نے فرض کر رکھا ہے، اس کے لیے راکٹ اڑا رہے ہیں۔ اس کی کوئی حقیقت، اس کی کچھ کچھ بھی نہیں ہے۔</w:t>
      </w:r>
    </w:p>
    <w:p>
      <w:r>
        <w:rPr>
          <w:b/>
        </w:rPr>
        <w:t xml:space="preserve">[1:36:21] </w:t>
      </w:r>
      <w:r>
        <w:t>is ki koi scientific haqeeqat nahin hai. yeh yeh mufrada hai, mufrada sirf.</w:t>
      </w:r>
    </w:p>
    <w:p>
      <w:pPr>
        <w:jc w:val="right"/>
      </w:pPr>
      <w:r>
        <w:t>اس کی کوئی سائنٹیفک حقیقت نہیں ہے۔ یہ یہ مفروضہ ہے، مفروضہ صرف۔</w:t>
      </w:r>
    </w:p>
    <w:p>
      <w:r>
        <w:rPr>
          <w:b/>
        </w:rPr>
        <w:t xml:space="preserve">[1:36:28] </w:t>
      </w:r>
      <w:r>
        <w:t>maulana, agla sawal delhi se miss naghma siddiqui ka hai. unhon ne likha hai: "quran being a preserved book of god gives us such a lot of conviction.</w:t>
      </w:r>
    </w:p>
    <w:p>
      <w:pPr>
        <w:jc w:val="right"/>
      </w:pPr>
      <w:r>
        <w:t>مولانا، اگلا سوال دلی سے مس نغمہ صدیقی کا ہے۔ انہوں نے لکھا ہے: "قرآن بینگ ا پریزروڈ بک آف گاڈ گیوز اس سچ ا لاٹ آف کنوکشن۔</w:t>
      </w:r>
    </w:p>
    <w:p>
      <w:r>
        <w:rPr>
          <w:b/>
        </w:rPr>
        <w:t xml:space="preserve">[1:36:39] </w:t>
      </w:r>
      <w:r>
        <w:t>how can we increase this thought in our mind to do better dawa work?"</w:t>
      </w:r>
    </w:p>
    <w:p>
      <w:pPr>
        <w:jc w:val="right"/>
      </w:pPr>
      <w:r>
        <w:t>ہاؤ کین وی انکریز دس تھاٹ ان اور مائنڈ ٹو ڈو بیٹر داوا ورک؟"</w:t>
      </w:r>
    </w:p>
    <w:p>
      <w:r>
        <w:rPr>
          <w:b/>
        </w:rPr>
        <w:t xml:space="preserve">[1:36:48] </w:t>
      </w:r>
      <w:r>
        <w:t>han, yeh to bohat achi baat hai. yani dawa work karne ka jazba is waqt aur badh jayega jab aap samjhen ke main hi woh shakhs hoon jis ke pas preserved book hai aur kisi ke pas preserved book nahin.</w:t>
      </w:r>
    </w:p>
    <w:p>
      <w:pPr>
        <w:jc w:val="right"/>
      </w:pPr>
      <w:r>
        <w:t>ہاں، یہ تو بہت اچھی بات ہے۔ یعنی داوا ورک کرنے کا جذبہ اس وقت اور بڑھ جائے گا جب آپ سمجھیں کہ میں ہی وہ شخص ہوں جس کے پاس پریزرو بک ہے اور کسی کے پاس پریزرو بک نہیں۔</w:t>
      </w:r>
    </w:p>
    <w:p>
      <w:r>
        <w:rPr>
          <w:b/>
        </w:rPr>
        <w:t xml:space="preserve">[1:37:03] </w:t>
      </w:r>
      <w:r>
        <w:t>yeh to bohat bari cheez hai. kyun k jitni bhi mazhab ki kitabein doosri hain, woh sab yaani original form mein nahi hain.</w:t>
      </w:r>
    </w:p>
    <w:p>
      <w:pPr>
        <w:jc w:val="right"/>
      </w:pPr>
      <w:r>
        <w:t>یہ تو بہت بڑی چیز ہے۔ کیونکہ جتنی بھی مذہب کی کتابیں دوسری ہیں، وہ سب یعنی اوریجنل فارم میں نہیں ہیں۔</w:t>
      </w:r>
    </w:p>
    <w:p>
      <w:r>
        <w:rPr>
          <w:b/>
        </w:rPr>
        <w:t xml:space="preserve">[1:37:13] </w:t>
      </w:r>
      <w:r>
        <w:t>koi bhi kitab nahi.</w:t>
      </w:r>
    </w:p>
    <w:p>
      <w:pPr>
        <w:jc w:val="right"/>
      </w:pPr>
      <w:r>
        <w:t>کوئی بھی کتاب نہیں۔</w:t>
      </w:r>
    </w:p>
    <w:p>
      <w:r>
        <w:rPr>
          <w:b/>
        </w:rPr>
        <w:t xml:space="preserve">[1:37:16] </w:t>
      </w:r>
      <w:r>
        <w:t>sab mein alteration ho chuka hai, sab mein changes ho chuke hain, sab k historical credibility doubtfull hai. lekin Quran jo hai, poori tarah mehfooz hai.</w:t>
      </w:r>
    </w:p>
    <w:p>
      <w:pPr>
        <w:jc w:val="right"/>
      </w:pPr>
      <w:r>
        <w:t>سب میں الٹریشن ہو چکا ہے، سب میں چینجز ہو چکے ہیں، سب کے ہسٹوریکل کریڈیبلٹی ڈاؤٹ فل ہے۔ لیکن قرآن جو ہے، پوری طرح محفوظ ہے۔</w:t>
      </w:r>
    </w:p>
    <w:p>
      <w:r>
        <w:rPr>
          <w:b/>
        </w:rPr>
        <w:t xml:space="preserve">[1:37:28] </w:t>
      </w:r>
      <w:r>
        <w:t>poori tarah woh yaani yaqeen kar sakte hain aap k yeh yeh wohi Quran hai jo Rasool Allah ko Allah taala ne seven century mein diya</w:t>
      </w:r>
    </w:p>
    <w:p>
      <w:pPr>
        <w:jc w:val="right"/>
      </w:pPr>
      <w:r>
        <w:t>پوری طرح وہ یعنی یقین کر سکتے ہیں آپ کہ یہ یہ وہی قرآن ہے جو رسول اللہ کو اللہ تعالیٰ نے سیون سینچری میں دیا</w:t>
      </w:r>
    </w:p>
    <w:p>
      <w:r>
        <w:rPr>
          <w:b/>
        </w:rPr>
        <w:t xml:space="preserve">[1:37:37] </w:t>
      </w:r>
      <w:r>
        <w:t>tha.yeh yaqeen to bohat toofani bana deta hai daai ko k mere paas woh cheez hai jo kis duniya mein kisi k paas nahi.</w:t>
      </w:r>
    </w:p>
    <w:p>
      <w:pPr>
        <w:jc w:val="right"/>
      </w:pPr>
      <w:r>
        <w:t>تھا۔ یہ یقین تو بہت طوفانی بنا دیتا ہے داعی کو کہ میرے پاس وہ چیز ہے جو کس دنیا میں کسی کے پاس نہیں۔</w:t>
      </w:r>
    </w:p>
    <w:p>
      <w:r>
        <w:rPr>
          <w:b/>
        </w:rPr>
        <w:t xml:space="preserve">[1:37:48] </w:t>
      </w:r>
      <w:r>
        <w:t>yeh to aise hi hai jaise k ek aadmi tijarat karna chahta ho aur pata chalay k shehar mein is paas jo item bechne k shehar mein kisi k paas nahi hai.</w:t>
      </w:r>
    </w:p>
    <w:p>
      <w:pPr>
        <w:jc w:val="right"/>
      </w:pPr>
      <w:r>
        <w:t>یہ تو ایسے ہی ہے جیسے کہ ایک آدمی تجارت کرنا چاہتا ہو اور پتہ چلے کہ شہر میں اس پاس جو آئٹم بیچنے کے شہر میں کسی کے پاس نہیں ہے۔</w:t>
      </w:r>
    </w:p>
    <w:p>
      <w:r>
        <w:rPr>
          <w:b/>
        </w:rPr>
        <w:t xml:space="preserve">[1:37:57] </w:t>
      </w:r>
      <w:r>
        <w:t>to woh andha dhund ja kar market mein baith jaye ga k mere paas woh item hai jo kisi k paas nahi hai. to to log toot padenge is ko khareedne k liye.</w:t>
      </w:r>
    </w:p>
    <w:p>
      <w:pPr>
        <w:jc w:val="right"/>
      </w:pPr>
      <w:r>
        <w:t>تو وہ اندھا دھند جا کر مارکیٹ میں بیٹھ جائے گا کہ میرے پاس وہ آئٹم ہے جو کسی کے پاس نہیں ہے۔ تو تو لوگ ٹوٹ پڑیں گے اس کو خریدنے کے لیے۔</w:t>
      </w:r>
    </w:p>
    <w:p>
      <w:r>
        <w:rPr>
          <w:b/>
        </w:rPr>
        <w:t xml:space="preserve">[1:38:07] </w:t>
      </w:r>
      <w:r>
        <w:t>to yeh bohat bari mein bataon k yaani yaqeen ka samandar aap k andar aa jaye ga jab aap yeh sochien k kaisa ajeeb hai bara muamla k duniya mein kisi k paas woh kitab nahi hai jis k paas baray mein woh kis kahay k yeh preserved book of God hai,</w:t>
      </w:r>
    </w:p>
    <w:p>
      <w:pPr>
        <w:jc w:val="right"/>
      </w:pPr>
      <w:r>
        <w:t>تو یہ بہت بڑی میں بتاؤں کہ یعنی یقین کا سمندر آپ کے اندر آ جائے گا جب آپ یہ سوچیں کہ کیسا عجیب ہے بڑا معاملہ کہ دنیا میں کسی کے پاس وہ کتاب نہیں ہے جس کے پاس بارے میں وہ کس کہے کہ یہ پریزرو بک آف گاڈ ہے،</w:t>
      </w:r>
    </w:p>
    <w:p>
      <w:r>
        <w:rPr>
          <w:b/>
        </w:rPr>
        <w:t xml:space="preserve">[1:38:28] </w:t>
      </w:r>
      <w:r>
        <w:t>authentic book of God hai, kisi k paas nahi hai.</w:t>
      </w:r>
    </w:p>
    <w:p>
      <w:pPr>
        <w:jc w:val="right"/>
      </w:pPr>
      <w:r>
        <w:t>اتھینٹک بک آف گاڈ ہے، کسی کے پاس نہیں ہے۔</w:t>
      </w:r>
    </w:p>
    <w:p>
      <w:r>
        <w:rPr>
          <w:b/>
        </w:rPr>
        <w:t xml:space="preserve">[1:38:32] </w:t>
      </w:r>
      <w:r>
        <w:t>to jab aap Quran ko le kar uthenge to aap k andar ek athah samandar ka mani dekhen, yaqeen uble ga aur aur bilkul near bila khauf aap kood padenge har jagah aur us ko ja kar logon ko pohnchainge.</w:t>
      </w:r>
    </w:p>
    <w:p>
      <w:pPr>
        <w:jc w:val="right"/>
      </w:pPr>
      <w:r>
        <w:t>تو جب آپ قرآن کو لے کے اٹھیں گے تو آپ کے اندر ایک اتھاہ سمندر کا معنی دیکھیں، یقین ابلے گا اور اور بالکل نیئر بلا خوف آپ کود پڑیں گے ہر جگہ اور اس کو جا کر لوگوں کو پہنچائیں گے۔</w:t>
      </w:r>
    </w:p>
    <w:p>
      <w:r>
        <w:rPr>
          <w:b/>
        </w:rPr>
        <w:t xml:space="preserve">[1:38:50] </w:t>
      </w:r>
      <w:r>
        <w:t>andar ka yaqeen jo hai aap ka, woh aap ko hero bana de ga.</w:t>
      </w:r>
    </w:p>
    <w:p>
      <w:pPr>
        <w:jc w:val="right"/>
      </w:pPr>
      <w:r>
        <w:t>اندر کا یقین جو ہے آپ کا، وہ آپ کو ہیرو بنا دے گا۔</w:t>
      </w:r>
    </w:p>
    <w:p>
      <w:r>
        <w:rPr>
          <w:b/>
        </w:rPr>
        <w:t xml:space="preserve">[1:38:57] </w:t>
      </w:r>
      <w:r>
        <w:t>Maulana, agla sawal Andhra Pradesh se aya hai Maulana Abdul Kareem sahib ka</w:t>
      </w:r>
    </w:p>
    <w:p>
      <w:pPr>
        <w:jc w:val="right"/>
      </w:pPr>
      <w:r>
        <w:t>مولانا، اگلا سوال آندھرا پردیش سے آیا ہے مولانا عبدالکریم صاحب کا</w:t>
      </w:r>
    </w:p>
    <w:p>
      <w:r>
        <w:rPr>
          <w:b/>
        </w:rPr>
        <w:t xml:space="preserve">[1:39:02] </w:t>
      </w:r>
      <w:r>
        <w:t>. unhon ne poocha hai aap se k a Maulana ek sahib ne farmaya k "we can control feelings of Allah because of we do good deeds, Allah will become happy.</w:t>
      </w:r>
    </w:p>
    <w:p>
      <w:pPr>
        <w:jc w:val="right"/>
      </w:pPr>
      <w:r>
        <w:t>۔ انہوں نے پوچھا ہے آپ سے کہ آ مولانا ایک صاحب نے فرمایا کہ "وی کین کنٹرول فیلنگز آف اللہ بیکاز اف وی ڈو گڈ ڈیڈز، اللہ ویل بیکم ہیپی۔</w:t>
      </w:r>
    </w:p>
    <w:p>
      <w:r>
        <w:rPr>
          <w:b/>
        </w:rPr>
        <w:t xml:space="preserve">[1:39:16] </w:t>
      </w:r>
      <w:r>
        <w:t>if we do bad deeds, then he will become angry." Maulana sahib, how can we answer to this question? kya kya bara</w:t>
      </w:r>
    </w:p>
    <w:p>
      <w:pPr>
        <w:jc w:val="right"/>
      </w:pPr>
      <w:r>
        <w:t>اف وی ڈو بیڈ ڈیڈز، دین ہی ویل بیکم اینگری۔" مولانا صاحب، ہاؤ کین وی انسر ٹو دس کوئسچن؟ کیا کیا بڑا</w:t>
      </w:r>
    </w:p>
    <w:p>
      <w:r>
        <w:rPr>
          <w:b/>
        </w:rPr>
        <w:t xml:space="preserve">[1:39:26] </w:t>
      </w:r>
      <w:r>
        <w:t>sentence mein samjhaya? haan, Maulana woh yeh keh rahe hain k jo Allah taala ki feelings hain, woh hum control kar sakte hain. ek sahib ne un ko kaha: "nahi, kya matlab feelings control kar?</w:t>
      </w:r>
    </w:p>
    <w:p>
      <w:pPr>
        <w:jc w:val="right"/>
      </w:pPr>
      <w:r>
        <w:t>سینٹنس میں سمجھایا؟ ہاں، مولانا وہ یہ کہہ رہے ہیں کہ جو اللہ تعالیٰ کی فیلنگز ہیں، وہ ہم کنٹرول کر سکتے ہیں۔ ایک صاحب نے ان کو کہا: "نہیں، کیا مطلب فیلنگ کنٹرول کر؟</w:t>
      </w:r>
    </w:p>
    <w:p>
      <w:r>
        <w:rPr>
          <w:b/>
        </w:rPr>
        <w:t xml:space="preserve">[1:39:34] </w:t>
      </w:r>
      <w:r>
        <w:t>kya matlab? kya kya bugwas baat hai yeh? kya matlab control kar sakte hain?" to kuch kuch koi sense nahi banta. aap bataiye, kya sense banta hai?</w:t>
      </w:r>
    </w:p>
    <w:p>
      <w:pPr>
        <w:jc w:val="right"/>
      </w:pPr>
      <w:r>
        <w:t>کیا مطلب؟ کیا کیا بگواس بات ہے یہ؟ کیا مطلب کنٹرول کر سکتے ہیں؟" تو کچھ کچھ کوئی سینس نہیں بنتا۔ آپ بتائیے، کیا سینس بنتا ہے؟</w:t>
      </w:r>
    </w:p>
    <w:p>
      <w:r>
        <w:rPr>
          <w:b/>
        </w:rPr>
        <w:t xml:space="preserve">[1:39:44] </w:t>
      </w:r>
      <w:r>
        <w:t>kya sawal hai? mein to samajh nahi raha.</w:t>
      </w:r>
    </w:p>
    <w:p>
      <w:pPr>
        <w:jc w:val="right"/>
      </w:pPr>
      <w:r>
        <w:t>کیا سوال ہے؟ میں تو سمجھ نہیں رہا۔</w:t>
      </w:r>
    </w:p>
    <w:p>
      <w:r>
        <w:rPr>
          <w:b/>
        </w:rPr>
        <w:t xml:space="preserve">[1:39:46] </w:t>
      </w:r>
      <w:r>
        <w:t>Maulana, woh shayad yeh kehna chah</w:t>
      </w:r>
    </w:p>
    <w:p>
      <w:pPr>
        <w:jc w:val="right"/>
      </w:pPr>
      <w:r>
        <w:t>مولانا، وہ شاید یہ کہنا چاہ رہے ہیں کہ آہ، "دے کین آہ ایکچولی آہ کنٹرول ان دا سینس کہ اگر اچھا کام کریں گے تو اللہ تعالیٰ خوش ہوں گے اور اگر غلط کام کریں گے تو وہ ناراض ہوں گے۔" تو اس طریقے سے وہ آہ ڈیسائیڈ کر سکتے ہیں کہ اللہ تعالیٰ کی کیا فیلنگز ہوں گی۔</w:t>
      </w:r>
    </w:p>
    <w:p>
      <w:r>
        <w:rPr>
          <w:b/>
        </w:rPr>
        <w:t xml:space="preserve">[1:40:05] </w:t>
      </w:r>
      <w:r>
        <w:t>sawal ek: humein kya pata hai k hum ne acha kaam kiya hai? woh Allah taala jab is ko acha qarar de, tab woh acha hai. hamare samne acha ho jaye ga.</w:t>
      </w:r>
    </w:p>
    <w:p>
      <w:pPr>
        <w:jc w:val="right"/>
      </w:pPr>
      <w:r>
        <w:t>سوال ایک: ہمیں کیا پتہ ہے کہ ہم نے اچھا کام کیا ہے؟ وہ اللہ تعالیٰ جب اس کو اچھا قرار دے، تب وہ اچھا ہے۔ ہمارے سامنے اچھا ہو جائے گا۔</w:t>
      </w:r>
    </w:p>
    <w:p>
      <w:r>
        <w:rPr>
          <w:b/>
        </w:rPr>
        <w:t xml:space="preserve">[1:40:14] </w:t>
      </w:r>
      <w:r>
        <w:t>ab mein pani pi raha hoon, dahne haan, dahne hath se. bas samajh lo k bas Khuda khush ho gaya k bhai, aam makan baat ho gayi. yeh Khuda ko pata hai kis kaam par woh khush hoga, kis kaam par na khush hoga.</w:t>
      </w:r>
    </w:p>
    <w:p>
      <w:pPr>
        <w:jc w:val="right"/>
      </w:pPr>
      <w:r>
        <w:t>اب میں پانی پی رہا ہوں، داہنے ہاں، داہنے ہاتھ سے۔ بس سمجھ لو کہ بس خدا خوش ہو گیا کہ بھئی، عام مکان بات ہو گئی۔ یہ خدا کو پتہ ہے کس کام پر وہ خوش ہوگا، کس کام پر ناخوش ہوگا۔</w:t>
      </w:r>
    </w:p>
    <w:p>
      <w:r>
        <w:rPr>
          <w:b/>
        </w:rPr>
        <w:t xml:space="preserve">[1:40:25] </w:t>
      </w:r>
      <w:r>
        <w:t>aap ko to yeh pata hai. hmm, yeh to bilkul stupid baat hai. bilkul jo ek aisa karta hai, aadmi woh samajhta hai k us ko us k ikhtiyar mein hai Khuda ko khush karna.</w:t>
      </w:r>
    </w:p>
    <w:p>
      <w:pPr>
        <w:jc w:val="right"/>
      </w:pPr>
      <w:r>
        <w:t>آپ کو تو یہ پتہ ہے۔ ہمم، یہ تو بالکل اسٹیپڈ بات ہے۔ بالکل جو ایک ایسا کرتا ہے، آدمی وہ سمجھتا ہے کہ اس کو اس کے اختیار میں ہے خدا کو خوش کرنا۔</w:t>
      </w:r>
    </w:p>
    <w:p>
      <w:r>
        <w:rPr>
          <w:b/>
        </w:rPr>
        <w:t xml:space="preserve">[1:40:36] </w:t>
      </w:r>
      <w:r>
        <w:t>Khuda khud jis se jis cheez se khush hoga, jis cheez se naraz hoga, humein kya pata?</w:t>
      </w:r>
    </w:p>
    <w:p>
      <w:pPr>
        <w:jc w:val="right"/>
      </w:pPr>
      <w:r>
        <w:t>خدا خود جس سے جس چیز سے خوش ہوگا، جس چیز سے ناراض ہوگا، ہمیں کیا پتہ؟</w:t>
      </w:r>
    </w:p>
    <w:p>
      <w:r>
        <w:rPr>
          <w:b/>
        </w:rPr>
        <w:t xml:space="preserve">[1:40:44] </w:t>
      </w:r>
      <w:r>
        <w:t>yaani jo kaam hum karte hain, woh Khuda jis ko qabool kare, tab ja kar woh Khuda ko khush karne wala baney ga.</w:t>
      </w:r>
    </w:p>
    <w:p>
      <w:pPr>
        <w:jc w:val="right"/>
      </w:pPr>
      <w:r>
        <w:t>یعنی جو کام ہم کرتے ہیں، وہ خدا جس کو قبول کرے، تب جا کر وہ خدا کو خوش کرنے والا بنے گا۔</w:t>
      </w:r>
    </w:p>
    <w:p>
      <w:r>
        <w:rPr>
          <w:b/>
        </w:rPr>
        <w:t xml:space="preserve">[1:40:54] </w:t>
      </w:r>
      <w:r>
        <w:t>sirf hamare karne se thori ban jaye ga. isi liye saare Sahaba jo thay, aakhir waqt tak fear mein jeete thay. fear mein kya?</w:t>
      </w:r>
    </w:p>
    <w:p>
      <w:pPr>
        <w:jc w:val="right"/>
      </w:pPr>
      <w:r>
        <w:t>صرف ہمارے کرنے سے تھوڑی بن جائے گا۔ اسی لیے سارے صحابہ جو تھے، آخر وقت تک فیئر میں جیتے تھے۔ فیئر میں کیا؟</w:t>
      </w:r>
    </w:p>
    <w:p>
      <w:r>
        <w:rPr>
          <w:b/>
        </w:rPr>
        <w:t xml:space="preserve">[1:41:03] </w:t>
      </w:r>
      <w:r>
        <w:t>woh hum ne jo kiya, woh qabool hua k nahi? Allah taala k haan yeh to ek stupid question hai.</w:t>
      </w:r>
    </w:p>
    <w:p>
      <w:pPr>
        <w:jc w:val="right"/>
      </w:pPr>
      <w:r>
        <w:t>وہ ہم نے جو کیا، وہ قبول ہوا کہ نہیں؟ اللہ تعالیٰ کے ہاں یہ تو ایک اسٹیپڈ کوئسچن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