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Tarbiat-E-Aulad: Book by Maulana Wahiduddin Khan</w:t>
      </w:r>
    </w:p>
    <w:p>
      <w:r>
        <w:t>https://www.youtube.com/watch?v=h8CpPlCbbRY</w:t>
      </w:r>
    </w:p>
    <w:p>
      <w:r>
        <w:rPr>
          <w:b/>
        </w:rPr>
        <w:t xml:space="preserve">[00:01] </w:t>
      </w:r>
      <w:r>
        <w:t>behtar ghar behtar samaj, kitab "tarbiyat-e-aulad", Maulana Wahiduddin Khan, safha number 5.</w:t>
      </w:r>
    </w:p>
    <w:p>
      <w:pPr>
        <w:jc w:val="right"/>
      </w:pPr>
      <w:r>
        <w:t>بہتر گھر بہتر سماج، کتاب "تربیتِ اولاد"، مولانا وحید الدین خان، صفحہ نمبر 5۔</w:t>
      </w:r>
    </w:p>
    <w:p>
      <w:r>
        <w:rPr>
          <w:b/>
        </w:rPr>
        <w:t xml:space="preserve">[00:09] </w:t>
      </w:r>
      <w:r>
        <w:t>Hazrat Aisha ki ek riwayat ke mutabiq Rasool Allah Sal Allah o Alaihe Wasallam ne farmaya: "khairukum khairukum li ahlih,</w:t>
      </w:r>
    </w:p>
    <w:p>
      <w:pPr>
        <w:jc w:val="right"/>
      </w:pPr>
      <w:r>
        <w:t>حضرت عائشہ کی ایک روایت کے مطابق رسول اللہ صلی اللہ علیہ وسلم نے فرمایا: "خیرکم خیرکم لاہلِہ،</w:t>
      </w:r>
    </w:p>
    <w:p>
      <w:r>
        <w:rPr>
          <w:b/>
        </w:rPr>
        <w:t xml:space="preserve">[00:16] </w:t>
      </w:r>
      <w:r>
        <w:t>wa ana khairukum li ahli".</w:t>
      </w:r>
    </w:p>
    <w:p>
      <w:pPr>
        <w:jc w:val="right"/>
      </w:pPr>
      <w:r>
        <w:t>وانا خیرکم لاہلی"۔</w:t>
      </w:r>
    </w:p>
    <w:p>
      <w:r>
        <w:rPr>
          <w:b/>
        </w:rPr>
        <w:t xml:space="preserve">[00:24] </w:t>
      </w:r>
      <w:r>
        <w:t>Sunan al-Tirmidhi, hadith number 3895. Yani tum</w:t>
      </w:r>
    </w:p>
    <w:p>
      <w:pPr>
        <w:jc w:val="right"/>
      </w:pPr>
      <w:r>
        <w:t>سنن الترمذی، حدیث نمبر 3895۔ یعنی تم</w:t>
      </w:r>
    </w:p>
    <w:p>
      <w:r>
        <w:rPr>
          <w:b/>
        </w:rPr>
        <w:t xml:space="preserve">[00:31] </w:t>
      </w:r>
      <w:r>
        <w:t>mein sab se acha woh hai jo apne ghar walon ke liye sab se acha ho, aur mein</w:t>
      </w:r>
    </w:p>
    <w:p>
      <w:pPr>
        <w:jc w:val="right"/>
      </w:pPr>
      <w:r>
        <w:t>میں سب سے اچھا وہ ہے جو اپنے گھر والوں کے لیے سب سے اچھا ہو، اور میں</w:t>
      </w:r>
    </w:p>
    <w:p>
      <w:r>
        <w:rPr>
          <w:b/>
        </w:rPr>
        <w:t xml:space="preserve">[00:36] </w:t>
      </w:r>
      <w:r>
        <w:t>apne ghar walon ke liye tum mein sab se acha hoon.</w:t>
      </w:r>
    </w:p>
    <w:p>
      <w:pPr>
        <w:jc w:val="right"/>
      </w:pPr>
      <w:r>
        <w:t>اپنے گھر والوں کے لیے تم میں سب سے اچھا ہوں۔</w:t>
      </w:r>
    </w:p>
    <w:p>
      <w:r>
        <w:rPr>
          <w:b/>
        </w:rPr>
        <w:t xml:space="preserve">[00:40] </w:t>
      </w:r>
      <w:r>
        <w:t>Khandan kisi samaj ka ek unit hai.</w:t>
      </w:r>
    </w:p>
    <w:p>
      <w:pPr>
        <w:jc w:val="right"/>
      </w:pPr>
      <w:r>
        <w:t>خاندان کسی سماج کا ایک یونٹ ہے۔</w:t>
      </w:r>
    </w:p>
    <w:p>
      <w:r>
        <w:rPr>
          <w:b/>
        </w:rPr>
        <w:t xml:space="preserve">[00:44] </w:t>
      </w:r>
      <w:r>
        <w:t>Khandanon ke majmoo'ay hi ka doosra naam samaj hai.</w:t>
      </w:r>
    </w:p>
    <w:p>
      <w:pPr>
        <w:jc w:val="right"/>
      </w:pPr>
      <w:r>
        <w:t>خاندانوں کے مجموعے ہی کا دوسرا نام سماج ہے۔</w:t>
      </w:r>
    </w:p>
    <w:p>
      <w:r>
        <w:rPr>
          <w:b/>
        </w:rPr>
        <w:t xml:space="preserve">[00:49] </w:t>
      </w:r>
      <w:r>
        <w:t>Agar khandan behtar hoga to samaj bhi behtar hoga, aur agar khandan behtar na ho to samaj bhi</w:t>
      </w:r>
    </w:p>
    <w:p>
      <w:pPr>
        <w:jc w:val="right"/>
      </w:pPr>
      <w:r>
        <w:t>اگر خاندان بہتر ہوگا تو سماج بھی بہتر ہوگا، اور اگر خاندان بہتر نہ ہو تو سماج بھی</w:t>
      </w:r>
    </w:p>
    <w:p>
      <w:r>
        <w:rPr>
          <w:b/>
        </w:rPr>
        <w:t xml:space="preserve">[00:53] </w:t>
      </w:r>
      <w:r>
        <w:t>behtar nahi ho sakta.</w:t>
      </w:r>
    </w:p>
    <w:p>
      <w:pPr>
        <w:jc w:val="right"/>
      </w:pPr>
      <w:r>
        <w:t>بہتر نہیں ہو سکتا۔</w:t>
      </w:r>
    </w:p>
    <w:p>
      <w:r>
        <w:rPr>
          <w:b/>
        </w:rPr>
        <w:t xml:space="preserve">[00:57] </w:t>
      </w:r>
      <w:r>
        <w:t>Har shakhs kisi khandan mein paida hota hai,</w:t>
      </w:r>
    </w:p>
    <w:p>
      <w:pPr>
        <w:jc w:val="right"/>
      </w:pPr>
      <w:r>
        <w:t>ہر شخص کسی خاندان میں پیدا ہوتا ہے،</w:t>
      </w:r>
    </w:p>
    <w:p>
      <w:r>
        <w:rPr>
          <w:b/>
        </w:rPr>
        <w:t xml:space="preserve">[01:02] </w:t>
      </w:r>
      <w:r>
        <w:t>goya ke ghar khandan ya samaj ki pehli tarbiyat gah hai.</w:t>
      </w:r>
    </w:p>
    <w:p>
      <w:pPr>
        <w:jc w:val="right"/>
      </w:pPr>
      <w:r>
        <w:t>گویا کہ گھر خاندان یا سماج کی پہلی تربیت گاہ ہے۔</w:t>
      </w:r>
    </w:p>
    <w:p>
      <w:r>
        <w:rPr>
          <w:b/>
        </w:rPr>
        <w:t xml:space="preserve">[01:08] </w:t>
      </w:r>
      <w:r>
        <w:t>Is liye agar kisi samaj ko behtar banana hai to khandan ko behtar banana hoga.</w:t>
      </w:r>
    </w:p>
    <w:p>
      <w:pPr>
        <w:jc w:val="right"/>
      </w:pPr>
      <w:r>
        <w:t>اس لیے اگر کسی سماج کو بہتر بنانا ہے تو خاندان کو بہتر بنانا ہوگا۔</w:t>
      </w:r>
    </w:p>
    <w:p>
      <w:r>
        <w:rPr>
          <w:b/>
        </w:rPr>
        <w:t xml:space="preserve">[01:14] </w:t>
      </w:r>
      <w:r>
        <w:t>Ta'leem ki do qismein hain: rasmi ta'leem yani formal education, aur ghair rasmi ta'leem yani informal education.</w:t>
      </w:r>
    </w:p>
    <w:p>
      <w:pPr>
        <w:jc w:val="right"/>
      </w:pPr>
      <w:r>
        <w:t>تعلیم کی دو قسمیں ہیں: رسمی تعلیم یعنی فارمل ایجوکیشن، اور غیر رسمی تعلیم یعنی انفارمل ایجوکیشن۔</w:t>
      </w:r>
    </w:p>
    <w:p>
      <w:r>
        <w:rPr>
          <w:b/>
        </w:rPr>
        <w:t xml:space="preserve">[01:20] </w:t>
      </w:r>
      <w:r>
        <w:t>Rasmi ta'leem ka idarah aadmi ko job ke liye tayyar karta hai, aur ghair rasmi ta'leem ka idarah</w:t>
      </w:r>
    </w:p>
    <w:p>
      <w:pPr>
        <w:jc w:val="right"/>
      </w:pPr>
      <w:r>
        <w:t>رسمی تعلیم کا ادارہ آدمی کو جاب کے لیے تیار کرتا ہے، اور غیر رسمی تعلیم کا ادارہ</w:t>
      </w:r>
    </w:p>
    <w:p>
      <w:r>
        <w:rPr>
          <w:b/>
        </w:rPr>
        <w:t xml:space="preserve">[01:26] </w:t>
      </w:r>
      <w:r>
        <w:t>samaj ke liye behtar afraad banane ka zarye</w:t>
      </w:r>
    </w:p>
    <w:p>
      <w:pPr>
        <w:jc w:val="right"/>
      </w:pPr>
      <w:r>
        <w:t>سماج کے لیے بہتر افراد بنانے کا ذریعہ</w:t>
      </w:r>
    </w:p>
    <w:p>
      <w:r>
        <w:rPr>
          <w:b/>
        </w:rPr>
        <w:t xml:space="preserve">[01:32] </w:t>
      </w:r>
      <w:r>
        <w:t>hai.</w:t>
      </w:r>
    </w:p>
    <w:p>
      <w:pPr>
        <w:jc w:val="right"/>
      </w:pPr>
      <w:r>
        <w:t>ہے۔</w:t>
      </w:r>
    </w:p>
    <w:p>
      <w:r>
        <w:rPr>
          <w:b/>
        </w:rPr>
        <w:t xml:space="preserve">[01:36] </w:t>
      </w:r>
      <w:r>
        <w:t>School aur college rasmi ta'leem ke idare hain, aur khandan ghair rasmi ta'leem ke idare.</w:t>
      </w:r>
    </w:p>
    <w:p>
      <w:pPr>
        <w:jc w:val="right"/>
      </w:pPr>
      <w:r>
        <w:t>اسکول اور کالج رسمی تعلیم کے ادارے ہیں، اور خاندان غیر رسمی تعلیم کے ادارے۔</w:t>
      </w:r>
    </w:p>
    <w:p>
      <w:r>
        <w:rPr>
          <w:b/>
        </w:rPr>
        <w:t xml:space="preserve">[01:40] </w:t>
      </w:r>
      <w:r>
        <w:t>Samaj ke andar wasee' tar dayre mein musbat aur manfi noiyat ke jo tajrubaat hote hain, woh tamam</w:t>
      </w:r>
    </w:p>
    <w:p>
      <w:pPr>
        <w:jc w:val="right"/>
      </w:pPr>
      <w:r>
        <w:t>سماج کے اندر وسیع تر دائرے میں مثبت اور منفی نوعیت کے جو تجربات ہوتے ہیں، وہ تمام</w:t>
      </w:r>
    </w:p>
    <w:p>
      <w:r>
        <w:rPr>
          <w:b/>
        </w:rPr>
        <w:t xml:space="preserve">[01:45] </w:t>
      </w:r>
      <w:r>
        <w:t>tajrubaat ghar ke andar mahdood dayre mein hote hain.</w:t>
      </w:r>
    </w:p>
    <w:p>
      <w:pPr>
        <w:jc w:val="right"/>
      </w:pPr>
      <w:r>
        <w:t>تجربات گھر کے اندر محدود دائرے میں ہوتے ہیں۔</w:t>
      </w:r>
    </w:p>
    <w:p>
      <w:r>
        <w:rPr>
          <w:b/>
        </w:rPr>
        <w:t xml:space="preserve">[01:49] </w:t>
      </w:r>
      <w:r>
        <w:t>Ghar ke andar kisi aurat ya mard ko yeh seekhna hai ke jab ghar ke kisi fard se</w:t>
      </w:r>
    </w:p>
    <w:p>
      <w:pPr>
        <w:jc w:val="right"/>
      </w:pPr>
      <w:r>
        <w:t>گھر کے اندر کسی عورت یا مرد کو یہ سیکھنا ہے کہ جب گھر کے کسی فرد سے</w:t>
      </w:r>
    </w:p>
    <w:p>
      <w:r>
        <w:rPr>
          <w:b/>
        </w:rPr>
        <w:t xml:space="preserve">[01:53] </w:t>
      </w:r>
      <w:r>
        <w:t>isko takleef pahunche to woh isko bhula de.</w:t>
      </w:r>
    </w:p>
    <w:p>
      <w:pPr>
        <w:jc w:val="right"/>
      </w:pPr>
      <w:r>
        <w:t>اس کو تکلیف پہنچے تو وہ اس کو بھلا دے۔</w:t>
      </w:r>
    </w:p>
    <w:p>
      <w:r>
        <w:rPr>
          <w:b/>
        </w:rPr>
        <w:t xml:space="preserve">[01:57] </w:t>
      </w:r>
      <w:r>
        <w:t>Isi tarah jab ghar ke kisi fard se isko koi faida pah</w:t>
      </w:r>
    </w:p>
    <w:p>
      <w:pPr>
        <w:jc w:val="right"/>
      </w:pPr>
      <w:r>
        <w:t>اسی طرح جب گھر کے کسی فرد سے اس کو کوئی فائدہ پہ</w:t>
      </w:r>
    </w:p>
    <w:p>
      <w:r>
        <w:rPr>
          <w:b/>
        </w:rPr>
        <w:t xml:space="preserve">[02:02] </w:t>
      </w:r>
      <w:r>
        <w:t>unche to woh dil se iska etraf kare.</w:t>
      </w:r>
    </w:p>
    <w:p>
      <w:pPr>
        <w:jc w:val="right"/>
      </w:pPr>
      <w:r>
        <w:t>نچے تو وہ دل سے اس کا اعتراف کرے۔</w:t>
      </w:r>
    </w:p>
    <w:p>
      <w:r>
        <w:rPr>
          <w:b/>
        </w:rPr>
        <w:t xml:space="preserve">[02:07] </w:t>
      </w:r>
      <w:r>
        <w:t>Jo log apne ghar ke andar is tarah ki tarbiyat hasil karein, woh jab ghar se nikal kar</w:t>
      </w:r>
    </w:p>
    <w:p>
      <w:pPr>
        <w:jc w:val="right"/>
      </w:pPr>
      <w:r>
        <w:t>جو لوگ اپنے گھر کے اندر اس طرح کی تربیت حاصل کریں، وہ جب گھر سے نکل کر</w:t>
      </w:r>
    </w:p>
    <w:p>
      <w:r>
        <w:rPr>
          <w:b/>
        </w:rPr>
        <w:t xml:space="preserve">[02:12] </w:t>
      </w:r>
      <w:r>
        <w:t>samaj mein dakhil honge to wahan bhi woh doosron ke sath isi tarah ka bartao karenge.</w:t>
      </w:r>
    </w:p>
    <w:p>
      <w:pPr>
        <w:jc w:val="right"/>
      </w:pPr>
      <w:r>
        <w:t>سماج میں داخل ہوں گے تو وہاں بھی وہ دوسروں کے ساتھ اسی طرح کا برتاؤ کریں گے۔</w:t>
      </w:r>
    </w:p>
    <w:p>
      <w:r>
        <w:rPr>
          <w:b/>
        </w:rPr>
        <w:t xml:space="preserve">[02:18] </w:t>
      </w:r>
      <w:r>
        <w:t>woh nakhushgawar baaton ko bhulayenge aur khushgawar baaton par doosre ke sulook ka etraf karenge.</w:t>
      </w:r>
    </w:p>
    <w:p>
      <w:pPr>
        <w:jc w:val="right"/>
      </w:pPr>
      <w:r>
        <w:t>وہ ناخوشگوار باتوں کو بھلائیں گے اور خوشگوار باتوں پر دوسرے کے سلوک کا اعتراف کریں گے۔</w:t>
      </w:r>
    </w:p>
    <w:p>
      <w:r>
        <w:rPr>
          <w:b/>
        </w:rPr>
        <w:t xml:space="preserve">[02:23] </w:t>
      </w:r>
      <w:r>
        <w:t>yahi woh log hain jo akhlaqi aitbar se behtareen log hain.</w:t>
      </w:r>
    </w:p>
    <w:p>
      <w:pPr>
        <w:jc w:val="right"/>
      </w:pPr>
      <w:r>
        <w:t>یہی وہ لوگ ہیں جو اخلاقی اعتبار سے بہترین لوگ ہیں۔</w:t>
      </w:r>
    </w:p>
    <w:p>
      <w:r>
        <w:rPr>
          <w:b/>
        </w:rPr>
        <w:t xml:space="preserve">[02:28] </w:t>
      </w:r>
      <w:r>
        <w:t>aise hi afraad kisi samaj ko behtar samaj banate hain.</w:t>
      </w:r>
    </w:p>
    <w:p>
      <w:pPr>
        <w:jc w:val="right"/>
      </w:pPr>
      <w:r>
        <w:t>ایسے ہی افراد کسی سماج کو بہتر سماج بناتے ہیں۔</w:t>
      </w:r>
    </w:p>
    <w:p>
      <w:r>
        <w:rPr>
          <w:b/>
        </w:rPr>
        <w:t xml:space="preserve">[02:34] </w:t>
      </w:r>
      <w:r>
        <w:t>aulad ki hesiyat, kitab "tarbiyat-e-aulad", Maulana Wahiduddin Khan, safha number 6.</w:t>
      </w:r>
    </w:p>
    <w:p>
      <w:pPr>
        <w:jc w:val="right"/>
      </w:pPr>
      <w:r>
        <w:t>اولاد کی حیثیت، کتاب "تربیتِ اولاد"، مولانا وحید الدین خان، صفحہ نمبر 6۔</w:t>
      </w:r>
    </w:p>
    <w:p>
      <w:r>
        <w:rPr>
          <w:b/>
        </w:rPr>
        <w:t xml:space="preserve">[02:41] </w:t>
      </w:r>
      <w:r>
        <w:t>ek sahab ka telephone aaya, unhon ne kaha ke Quran mein aulad ko fitna kaha gaya hai.</w:t>
      </w:r>
    </w:p>
    <w:p>
      <w:pPr>
        <w:jc w:val="right"/>
      </w:pPr>
      <w:r>
        <w:t>ایک صاحب کا ٹیلی فون آیا، انہوں نے کہا کہ قرآن میں اولاد کو فتنہ کہا گیا ہے۔</w:t>
      </w:r>
    </w:p>
    <w:p>
      <w:r>
        <w:rPr>
          <w:b/>
        </w:rPr>
        <w:t xml:space="preserve">[02:49] </w:t>
      </w:r>
      <w:r>
        <w:t>Surah Al-Anfal, Surah number 8 Ayat 28, Surah At-Taghabun, Surah number 64 Ayat 15.</w:t>
      </w:r>
    </w:p>
    <w:p>
      <w:pPr>
        <w:jc w:val="right"/>
      </w:pPr>
      <w:r>
        <w:t>سورہ الانفال، سورہ نمبر 8 آیت 28، سورہ التغابن، سورہ نمبر 64 آیت 15۔</w:t>
      </w:r>
    </w:p>
    <w:p>
      <w:r>
        <w:rPr>
          <w:b/>
        </w:rPr>
        <w:t xml:space="preserve">[02:56] </w:t>
      </w:r>
      <w:r>
        <w:t>is ka matlab</w:t>
      </w:r>
    </w:p>
    <w:p>
      <w:pPr>
        <w:jc w:val="right"/>
      </w:pPr>
      <w:r>
        <w:t>اس کا مطلب</w:t>
      </w:r>
    </w:p>
    <w:p>
      <w:r>
        <w:rPr>
          <w:b/>
        </w:rPr>
        <w:t xml:space="preserve">[03:04] </w:t>
      </w:r>
      <w:r>
        <w:t>kya hai? unhon ne kaha ke musalman aam taur par aulad ko khuda ka inaam samajhte hain. koi bhi apni aulad ko fitna nahi batata. phir quran ki un ayaton ka kya matlab hai jin mein aulad ko fitna kaha gaya hai? maine kaha ke aulad apne aap mein fitna nahi hai. zeher apne aap mein zeher hota hai, magar aulad ka mamla yeh nahi hai ke woh asalatan fitne ke taur par paida hoti ho. haqeeqat yeh hai ke yeh</w:t>
      </w:r>
    </w:p>
    <w:p>
      <w:pPr>
        <w:jc w:val="right"/>
      </w:pPr>
      <w:r>
        <w:t>کیا ہے؟ انہوں نے کہا کہ مسلمان عام طور پر اولاد کو خدا کا انعام سمجھتے ہیں۔ کوئی بھی اپنی اولاد کو فتنہ نہیں بتاتا۔ پھر قرآن کی ان آیتوں کا کیا مطلب ہے جن میں اولاد کو فتنہ کہا گیا ہے؟ میں نے کہا کہ اولاد اپنے آپ میں فتنہ نہیں ہے۔ زہر اپنے آپ میں زہر ہوتا ہے، مگر اولاد کا معاملہ یہ نہیں ہے کہ وہ اصلًا فتنے کے طور پر پیدا ہوتی ہو۔ حقیقت یہ ہے کہ یہ</w:t>
      </w:r>
    </w:p>
    <w:p>
      <w:r>
        <w:rPr>
          <w:b/>
        </w:rPr>
        <w:t xml:space="preserve">[03:34] </w:t>
      </w:r>
      <w:r>
        <w:t>fitna banane ka mamla hai, na ke bazat khud fitna hone ka mamla.</w:t>
      </w:r>
    </w:p>
    <w:p>
      <w:pPr>
        <w:jc w:val="right"/>
      </w:pPr>
      <w:r>
        <w:t>فتنہ بنانے کا معاملہ ہے، نہ کہ بذات خود فتنہ ہونے کا معاملہ۔</w:t>
      </w:r>
    </w:p>
    <w:p>
      <w:r>
        <w:rPr>
          <w:b/>
        </w:rPr>
        <w:t xml:space="preserve">[03:38] </w:t>
      </w:r>
      <w:r>
        <w:t>waldein ka apna ghalat mizaj aulad ko fitna bana deta hai.</w:t>
      </w:r>
    </w:p>
    <w:p>
      <w:pPr>
        <w:jc w:val="right"/>
      </w:pPr>
      <w:r>
        <w:t>والدین کا اپنا غلط مزاج اولاد کو فتنہ بنا دیتا ہے۔</w:t>
      </w:r>
    </w:p>
    <w:p>
      <w:r>
        <w:rPr>
          <w:b/>
        </w:rPr>
        <w:t xml:space="preserve">[03:42] </w:t>
      </w:r>
      <w:r>
        <w:t>waldein ke andar agar saleh mizaj ho to un ki aulad un ke liye fitna nahi banegi.</w:t>
      </w:r>
    </w:p>
    <w:p>
      <w:pPr>
        <w:jc w:val="right"/>
      </w:pPr>
      <w:r>
        <w:t>والدین کے اندر اگر صالح مزاج ہو تو ان کی اولاد ان کے لیے فتنہ نہیں بنے گی۔</w:t>
      </w:r>
    </w:p>
    <w:p>
      <w:r>
        <w:rPr>
          <w:b/>
        </w:rPr>
        <w:t xml:space="preserve">[03:47] </w:t>
      </w:r>
      <w:r>
        <w:t>fitne ke lafzi maani azmaish yani test ke hain.</w:t>
      </w:r>
    </w:p>
    <w:p>
      <w:pPr>
        <w:jc w:val="right"/>
      </w:pPr>
      <w:r>
        <w:t>فتنے کے لفظی معنی آزمائش یعنی ٹیسٹ کے ہیں۔</w:t>
      </w:r>
    </w:p>
    <w:p>
      <w:r>
        <w:rPr>
          <w:b/>
        </w:rPr>
        <w:t xml:space="preserve">[03:51] </w:t>
      </w:r>
      <w:r>
        <w:t>yeh dunya dar-ul-imtehan hai.</w:t>
      </w:r>
    </w:p>
    <w:p>
      <w:pPr>
        <w:jc w:val="right"/>
      </w:pPr>
      <w:r>
        <w:t>یہ دنیا دارالامتحان ہے۔</w:t>
      </w:r>
    </w:p>
    <w:p>
      <w:r>
        <w:rPr>
          <w:b/>
        </w:rPr>
        <w:t xml:space="preserve">[03:55] </w:t>
      </w:r>
      <w:r>
        <w:t>yahan insan ko jo cheezen bhi di gayi hain, woh sab ke sab imtehan ke parche hain.</w:t>
      </w:r>
    </w:p>
    <w:p>
      <w:pPr>
        <w:jc w:val="right"/>
      </w:pPr>
      <w:r>
        <w:t>یہاں انسان کو جو چیزیں بھی دی گئی ہیں، وہ سب کے سب امتحان کے پرچے ہیں۔</w:t>
      </w:r>
    </w:p>
    <w:p>
      <w:r>
        <w:rPr>
          <w:b/>
        </w:rPr>
        <w:t xml:space="preserve">[03:59] </w:t>
      </w:r>
      <w:r>
        <w:t>maal, aulad, aur doos</w:t>
      </w:r>
    </w:p>
    <w:p>
      <w:pPr>
        <w:jc w:val="right"/>
      </w:pPr>
      <w:r>
        <w:t>مال، اولاد، اور دوس</w:t>
      </w:r>
    </w:p>
    <w:p>
      <w:r>
        <w:rPr>
          <w:b/>
        </w:rPr>
        <w:t xml:space="preserve">[04:04] </w:t>
      </w:r>
      <w:r>
        <w:t>ri tamam cheezen bhi imtehan ke parche hain.</w:t>
      </w:r>
    </w:p>
    <w:p>
      <w:pPr>
        <w:jc w:val="right"/>
      </w:pPr>
      <w:r>
        <w:t>ری تمام چیزیں بھی امتحان کے پرچے ہیں۔</w:t>
      </w:r>
    </w:p>
    <w:p>
      <w:r>
        <w:rPr>
          <w:b/>
        </w:rPr>
        <w:t xml:space="preserve">[04:08] </w:t>
      </w:r>
      <w:r>
        <w:t>insan ko chahiye ke woh in tamam cheezon ko isi asal hesiyat se dekhe.</w:t>
      </w:r>
    </w:p>
    <w:p>
      <w:pPr>
        <w:jc w:val="right"/>
      </w:pPr>
      <w:r>
        <w:t>انسان کو چاہیے کہ وہ ان تمام چیزوں کو اسی اصل حیثیت سے دیکھے۔</w:t>
      </w:r>
    </w:p>
    <w:p>
      <w:r>
        <w:rPr>
          <w:b/>
        </w:rPr>
        <w:t xml:space="preserve">[04:12] </w:t>
      </w:r>
      <w:r>
        <w:t>woh hamesha yeh koshish kare ke woh is parche imtehan mein poora utre.</w:t>
      </w:r>
    </w:p>
    <w:p>
      <w:pPr>
        <w:jc w:val="right"/>
      </w:pPr>
      <w:r>
        <w:t>وہ ہمیشہ یہ کوشش کرے کہ وہ اس پرچہ امتحان میں پورا اترے۔</w:t>
      </w:r>
    </w:p>
    <w:p>
      <w:r>
        <w:rPr>
          <w:b/>
        </w:rPr>
        <w:t xml:space="preserve">[04:17] </w:t>
      </w:r>
      <w:r>
        <w:t>is mamle ka khulasa yeh hai ke insan ko chahiye ke woh apne khaliq ko apna sab se</w:t>
      </w:r>
    </w:p>
    <w:p>
      <w:pPr>
        <w:jc w:val="right"/>
      </w:pPr>
      <w:r>
        <w:t>اس معاملے کا خلاصہ یہ ہے کہ انسان کو چاہیے کہ وہ اپنے خالق کو اپنا سب سے</w:t>
      </w:r>
    </w:p>
    <w:p>
      <w:r>
        <w:rPr>
          <w:b/>
        </w:rPr>
        <w:t xml:space="preserve">[04:21] </w:t>
      </w:r>
      <w:r>
        <w:t>bara consun banaye.</w:t>
      </w:r>
    </w:p>
    <w:p>
      <w:pPr>
        <w:jc w:val="right"/>
      </w:pPr>
      <w:r>
        <w:t>بڑا کنسن بنائے۔</w:t>
      </w:r>
    </w:p>
    <w:p>
      <w:r>
        <w:rPr>
          <w:b/>
        </w:rPr>
        <w:t xml:space="preserve">[04:25] </w:t>
      </w:r>
      <w:r>
        <w:t>doosri dunyavi cheezon mein se koi bhi cheez, khwah woh maal ho ya aulad ho ya iqtadar, woh</w:t>
      </w:r>
    </w:p>
    <w:p>
      <w:pPr>
        <w:jc w:val="right"/>
      </w:pPr>
      <w:r>
        <w:t>دوسری دنیاوی چیزوں میں سے کوئی بھی چیز، خواہ وہ مال ہو یا اولاد ہو یا اقتدار، وہ</w:t>
      </w:r>
    </w:p>
    <w:p>
      <w:r>
        <w:rPr>
          <w:b/>
        </w:rPr>
        <w:t xml:space="preserve">[04:30] </w:t>
      </w:r>
      <w:r>
        <w:t>is ka asal con</w:t>
      </w:r>
    </w:p>
    <w:p>
      <w:pPr>
        <w:jc w:val="right"/>
      </w:pPr>
      <w:r>
        <w:t>اس کا اصل کن</w:t>
      </w:r>
    </w:p>
    <w:p>
      <w:r>
        <w:rPr>
          <w:b/>
        </w:rPr>
        <w:t xml:space="preserve">[04:34] </w:t>
      </w:r>
      <w:r>
        <w:t>sun, sole consun na banne paye.</w:t>
      </w:r>
    </w:p>
    <w:p>
      <w:pPr>
        <w:jc w:val="right"/>
      </w:pPr>
      <w:r>
        <w:t>سن، سول کنسن نہ بننے پائے۔</w:t>
      </w:r>
    </w:p>
    <w:p>
      <w:r>
        <w:rPr>
          <w:b/>
        </w:rPr>
        <w:t xml:space="preserve">[04:39] </w:t>
      </w:r>
      <w:r>
        <w:t>jo log is imtehan mein poore na utrein, woh Allah ke siwa doosri cheezon ko apna consun bana len.</w:t>
      </w:r>
    </w:p>
    <w:p>
      <w:pPr>
        <w:jc w:val="right"/>
      </w:pPr>
      <w:r>
        <w:t>جو لوگ اس امتحان میں پورے نہ اتریں، وہ اللہ کے سوا دوسری چیزوں کو اپنا کنسن بنا لیں۔</w:t>
      </w:r>
    </w:p>
    <w:p>
      <w:r>
        <w:rPr>
          <w:b/>
        </w:rPr>
        <w:t xml:space="preserve">[04:44] </w:t>
      </w:r>
      <w:r>
        <w:t>woh aakhirat mein ek mehroom insan ki hesiyat se uthein ge, jabke un ke tamam sahare un se</w:t>
      </w:r>
    </w:p>
    <w:p>
      <w:pPr>
        <w:jc w:val="right"/>
      </w:pPr>
      <w:r>
        <w:t>وہ آخرت میں ایک محروم انسان کی حیثیت سے اٹھیں گے، جبکہ ان کے تمام سہارے ان سے</w:t>
      </w:r>
    </w:p>
    <w:p>
      <w:r>
        <w:rPr>
          <w:b/>
        </w:rPr>
        <w:t xml:space="preserve">[04:49] </w:t>
      </w:r>
      <w:r>
        <w:t>tot chukay hon gay.</w:t>
      </w:r>
    </w:p>
    <w:p>
      <w:pPr>
        <w:jc w:val="right"/>
      </w:pPr>
      <w:r>
        <w:t>ٹوٹ چکے ہوں گے۔</w:t>
      </w:r>
    </w:p>
    <w:p>
      <w:r>
        <w:rPr>
          <w:b/>
        </w:rPr>
        <w:t xml:space="preserve">[04:54] </w:t>
      </w:r>
      <w:r>
        <w:t>is waqt woh hasrat ke sath kahein gay: "ma aghni ani maliya, halaq ani sultaniya".</w:t>
      </w:r>
    </w:p>
    <w:p>
      <w:pPr>
        <w:jc w:val="right"/>
      </w:pPr>
      <w:r>
        <w:t>اس وقت وہ حسرت کے ساتھ کہیں گے: "ما اغنی عنی مالیہ، حلق عنی سلطانیہ"۔</w:t>
      </w:r>
    </w:p>
    <w:p>
      <w:r>
        <w:rPr>
          <w:b/>
        </w:rPr>
        <w:t xml:space="preserve">[04:59] </w:t>
      </w:r>
      <w:r>
        <w:t>surah number 69, ayat 28 ta 29.</w:t>
      </w:r>
    </w:p>
    <w:p>
      <w:pPr>
        <w:jc w:val="right"/>
      </w:pPr>
      <w:r>
        <w:t>سورہ نمبر 69، آیت 28 تا 29۔</w:t>
      </w:r>
    </w:p>
    <w:p>
      <w:r>
        <w:rPr>
          <w:b/>
        </w:rPr>
        <w:t xml:space="preserve">[05:04] </w:t>
      </w:r>
      <w:r>
        <w:t>haqiqat yeh hai ke aulad zimmedari yani responsibility ka aik muamla hai, na ke fakhr yani pride</w:t>
      </w:r>
    </w:p>
    <w:p>
      <w:pPr>
        <w:jc w:val="right"/>
      </w:pPr>
      <w:r>
        <w:t>حقیقت یہ ہے کہ اولاد ذمہ داری یعنی ریسپانسبیلٹی کا ایک معاملہ ہے، نہ کہ فخر یعنی پرائیڈ</w:t>
      </w:r>
    </w:p>
    <w:p>
      <w:r>
        <w:rPr>
          <w:b/>
        </w:rPr>
        <w:t xml:space="preserve">[05:12] </w:t>
      </w:r>
      <w:r>
        <w:t>aur mubahat ka koi muamla.</w:t>
      </w:r>
    </w:p>
    <w:p>
      <w:pPr>
        <w:jc w:val="right"/>
      </w:pPr>
      <w:r>
        <w:t>اور مباہات کا کوئی معاملہ۔</w:t>
      </w:r>
    </w:p>
    <w:p>
      <w:r>
        <w:rPr>
          <w:b/>
        </w:rPr>
        <w:t xml:space="preserve">[05:20] </w:t>
      </w:r>
      <w:r>
        <w:t>waldein ki zimmedari, kitab "tarbiyat-e-aulad", Maulana Wahiduddin Khan, safha number 7.</w:t>
      </w:r>
    </w:p>
    <w:p>
      <w:pPr>
        <w:jc w:val="right"/>
      </w:pPr>
      <w:r>
        <w:t>والدین کی ذمہ داری، کتاب "تربیتِ اولاد"، مولانا وحید الدین خان، صفحہ نمبر 7۔</w:t>
      </w:r>
    </w:p>
    <w:p>
      <w:r>
        <w:rPr>
          <w:b/>
        </w:rPr>
        <w:t xml:space="preserve">[05:27] </w:t>
      </w:r>
      <w:r>
        <w:t>aulad ki tarbiyat ke baray mein Anas bin Malik ke hawale se aik hadith rasool</w:t>
      </w:r>
    </w:p>
    <w:p>
      <w:pPr>
        <w:jc w:val="right"/>
      </w:pPr>
      <w:r>
        <w:t>اولاد کی تربیت کے بارے میں انس ابن مالک کے حوالے سے ایک حدیث رسول</w:t>
      </w:r>
    </w:p>
    <w:p>
      <w:r>
        <w:rPr>
          <w:b/>
        </w:rPr>
        <w:t xml:space="preserve">[05:35] </w:t>
      </w:r>
      <w:r>
        <w:t>in alfaz mein aayi hai: "akrimu auladakum wa ahsino adabahum" . sunan ibn majah, hadith number 3671. yani apni aulad ke sath behtar sulook karo aur un ko acha adab sikhao. is hadith mein adab-e-hasan ka matlab zindagi ka behtar tareeqa hai. yani yeh sikhana ke beta ya beti bare hone ke baad dunya mein kis tarah rahein ke woh kamyab hon. woh apne ghar aur apne samaj ka b</w:t>
      </w:r>
    </w:p>
    <w:p>
      <w:pPr>
        <w:jc w:val="right"/>
      </w:pPr>
      <w:r>
        <w:t>ان الفاظ میں آئی ہے: "اکرموا اولادکم واحسنوا ادبہم"۔ سنن ابن ماجہ، حدیث نمبر 3671۔ یعنی اپنی اولاد کے ساتھ بہتر سلوک کرو اور ان کو اچھا ادب سکھاؤ۔ اس حدیث میں ادب حسن کا مطلب زندگی کا بہتر طریقہ ہے۔ یعنی یہ سکھانا کہ بیٹا یا بیٹی بڑے ہونے کے بعد دنیا میں کس طرح رہیں کہ وہ کامیاب ہوں۔ وہ اپنے گھر اور اپنے سماج کا ب</w:t>
      </w:r>
    </w:p>
    <w:p>
      <w:r>
        <w:rPr>
          <w:b/>
        </w:rPr>
        <w:t xml:space="preserve">[06:05] </w:t>
      </w:r>
      <w:r>
        <w:t>wajh yani liability na banein, balkeh woh apne ghar aur apne samaj ka سرمایہ yani asrat ban jayein.</w:t>
      </w:r>
    </w:p>
    <w:p>
      <w:pPr>
        <w:jc w:val="right"/>
      </w:pPr>
      <w:r>
        <w:t>وجھ یعنی لائبلیٹی نہ بنیں، بلکہ وہ اپنے گھر اور اپنے سماج کا سرمایہ یعنی اثرت بن جائیں۔</w:t>
      </w:r>
    </w:p>
    <w:p>
      <w:r>
        <w:rPr>
          <w:b/>
        </w:rPr>
        <w:t xml:space="preserve">[06:11] </w:t>
      </w:r>
      <w:r>
        <w:t>waldein apne bachon ko agar laad piyar yani pampering karein to unhon ne bachon ko sab se bura tohfa diya.</w:t>
      </w:r>
    </w:p>
    <w:p>
      <w:pPr>
        <w:jc w:val="right"/>
      </w:pPr>
      <w:r>
        <w:t>والدین اپنے بچوں کو اگر لاڑ پیار یعنی پیمپرنگ کریں تو انہوں نے بچوں کو سب سے برا تحفہ دیا۔</w:t>
      </w:r>
    </w:p>
    <w:p>
      <w:r>
        <w:rPr>
          <w:b/>
        </w:rPr>
        <w:t xml:space="preserve">[06:17] </w:t>
      </w:r>
      <w:r>
        <w:t>aur agar waldein apne bachon ko zindagi guzarnay ka kamyab tareeqa batayein aur is ke liye un ko</w:t>
      </w:r>
    </w:p>
    <w:p>
      <w:pPr>
        <w:jc w:val="right"/>
      </w:pPr>
      <w:r>
        <w:t>اور اگر والدین اپنے بچوں کو زندگی گزارنے کا کامیاب طریقہ بتائیں اور اس کے لیے ان کو</w:t>
      </w:r>
    </w:p>
    <w:p>
      <w:r>
        <w:rPr>
          <w:b/>
        </w:rPr>
        <w:t xml:space="preserve">[06:23] </w:t>
      </w:r>
      <w:r>
        <w:t>taiyar karein to unhon ne apne bachon ko behtareen tohfa diya.</w:t>
      </w:r>
    </w:p>
    <w:p>
      <w:pPr>
        <w:jc w:val="right"/>
      </w:pPr>
      <w:r>
        <w:t>تیار کریں تو انہوں نے اپنے بچوں کو بہترین تحفہ دیا۔</w:t>
      </w:r>
    </w:p>
    <w:p>
      <w:r>
        <w:rPr>
          <w:b/>
        </w:rPr>
        <w:t xml:space="preserve">[06:29] </w:t>
      </w:r>
      <w:r>
        <w:t>misalan bachon mein yeh mizaj banana ke woh dos</w:t>
      </w:r>
    </w:p>
    <w:p>
      <w:pPr>
        <w:jc w:val="right"/>
      </w:pPr>
      <w:r>
        <w:t>مثلاً بچوں میں یہ مزاج بنانا کہ وہ دوس</w:t>
      </w:r>
    </w:p>
    <w:p>
      <w:r>
        <w:rPr>
          <w:b/>
        </w:rPr>
        <w:t xml:space="preserve">[06:35] </w:t>
      </w:r>
      <w:r>
        <w:t>ron ki shikayat karne se bachein, woh har mamle mein apni ghalti talash karein, woh apni ghalti talash</w:t>
      </w:r>
    </w:p>
    <w:p>
      <w:pPr>
        <w:jc w:val="right"/>
      </w:pPr>
      <w:r>
        <w:t>روں کی شکایت کرنے سے بچیں، وہ ہر معاملے میں اپنی غلطی تلاش کریں، وہ اپنی غلطی تلاش</w:t>
      </w:r>
    </w:p>
    <w:p>
      <w:r>
        <w:rPr>
          <w:b/>
        </w:rPr>
        <w:t xml:space="preserve">[06:41] </w:t>
      </w:r>
      <w:r>
        <w:t>kar ke us ko durust karein, aur is tarah apne aap ko behtar insan banayein.</w:t>
      </w:r>
    </w:p>
    <w:p>
      <w:pPr>
        <w:jc w:val="right"/>
      </w:pPr>
      <w:r>
        <w:t>کر کے اس کو درست کریں، اور اس طرح اپنے آپ کو بہتر انسان بنائیں۔</w:t>
      </w:r>
    </w:p>
    <w:p>
      <w:r>
        <w:rPr>
          <w:b/>
        </w:rPr>
        <w:t xml:space="preserve">[06:47] </w:t>
      </w:r>
      <w:r>
        <w:t>woh dunya mein tawazu yani modesty ke mizaj ke sath rahein, na ke fakhr aur bartari ke mizaj ke sath.</w:t>
      </w:r>
    </w:p>
    <w:p>
      <w:pPr>
        <w:jc w:val="right"/>
      </w:pPr>
      <w:r>
        <w:t>وہ دنیا میں تواضع یعنی ماڈسٹی کے مزاج کے ساتھ رہیں، نہ کہ فخر اور برتری کے مزاج کے ساتھ۔</w:t>
      </w:r>
    </w:p>
    <w:p>
      <w:r>
        <w:rPr>
          <w:b/>
        </w:rPr>
        <w:t xml:space="preserve">[06:53] </w:t>
      </w:r>
      <w:r>
        <w:t>zindagi mein un ka usool-e-hayat yeh ho ke woh hamesha apne aap ko zimmedar thehrayein, na</w:t>
      </w:r>
    </w:p>
    <w:p>
      <w:pPr>
        <w:jc w:val="right"/>
      </w:pPr>
      <w:r>
        <w:t>زندگی میں ان کا اصول حیات یہ ہو کہ وہ ہمیشہ اپنے آپ کو ذمہ دار ٹھہرائیں، نہ</w:t>
      </w:r>
    </w:p>
    <w:p>
      <w:r>
        <w:rPr>
          <w:b/>
        </w:rPr>
        <w:t xml:space="preserve">[06:59] </w:t>
      </w:r>
      <w:r>
        <w:t>ke doosron ko zimmedar thehrane ki koshish karein.</w:t>
      </w:r>
    </w:p>
    <w:p>
      <w:pPr>
        <w:jc w:val="right"/>
      </w:pPr>
      <w:r>
        <w:t>کہ دوسروں کو ذمہ دار ٹھہرانے کی کوشش کریں۔</w:t>
      </w:r>
    </w:p>
    <w:p>
      <w:r>
        <w:rPr>
          <w:b/>
        </w:rPr>
        <w:t xml:space="preserve">[07:05] </w:t>
      </w:r>
      <w:r>
        <w:t>woh apne waqt aur apni tawanaai ko sirf mufeed kamon mein lagayein.</w:t>
      </w:r>
    </w:p>
    <w:p>
      <w:pPr>
        <w:jc w:val="right"/>
      </w:pPr>
      <w:r>
        <w:t>وہ اپنے وقت اور اپنی توانائی کو صرف مفید کاموں میں لگائیں۔</w:t>
      </w:r>
    </w:p>
    <w:p>
      <w:r>
        <w:rPr>
          <w:b/>
        </w:rPr>
        <w:t xml:space="preserve">[07:09] </w:t>
      </w:r>
      <w:r>
        <w:t>waldein ko chahiye ke woh apne bachon ko yeh batayein ke agar tum ghalti karoge to is</w:t>
      </w:r>
    </w:p>
    <w:p>
      <w:pPr>
        <w:jc w:val="right"/>
      </w:pPr>
      <w:r>
        <w:t>والدین کو چاہیے کہ وہ اپنے بچوں کو یہ بتائیں کہ اگر تم غلطی کرو گے تو اس</w:t>
      </w:r>
    </w:p>
    <w:p>
      <w:r>
        <w:rPr>
          <w:b/>
        </w:rPr>
        <w:t xml:space="preserve">[07:13] </w:t>
      </w:r>
      <w:r>
        <w:t>ki qeemat tum ko khud ada karni hogi.</w:t>
      </w:r>
    </w:p>
    <w:p>
      <w:pPr>
        <w:jc w:val="right"/>
      </w:pPr>
      <w:r>
        <w:t>کی قیمت تم کو خود ادا کرنی ہوگی۔</w:t>
      </w:r>
    </w:p>
    <w:p>
      <w:r>
        <w:rPr>
          <w:b/>
        </w:rPr>
        <w:t xml:space="preserve">[07:16] </w:t>
      </w:r>
      <w:r>
        <w:t>koi doosra shakhs nahi jo tumhari ghalti ki qeemat ada kare.</w:t>
      </w:r>
    </w:p>
    <w:p>
      <w:pPr>
        <w:jc w:val="right"/>
      </w:pPr>
      <w:r>
        <w:t>کوئی دوسرا شخص نہیں جو تمہاری غلطی کی قیمت ادا کرے۔</w:t>
      </w:r>
    </w:p>
    <w:p>
      <w:r>
        <w:rPr>
          <w:b/>
        </w:rPr>
        <w:t xml:space="preserve">[07:20] </w:t>
      </w:r>
      <w:r>
        <w:t>kabhi doosron ki shikayat na karo.</w:t>
      </w:r>
    </w:p>
    <w:p>
      <w:pPr>
        <w:jc w:val="right"/>
      </w:pPr>
      <w:r>
        <w:t>کبھی دوسروں کی شکایت نہ کرو۔</w:t>
      </w:r>
    </w:p>
    <w:p>
      <w:r>
        <w:rPr>
          <w:b/>
        </w:rPr>
        <w:t xml:space="preserve">[07:24] </w:t>
      </w:r>
      <w:r>
        <w:t>doosron ki shikayat karna apne waqt ko zaya karna hai.</w:t>
      </w:r>
    </w:p>
    <w:p>
      <w:pPr>
        <w:jc w:val="right"/>
      </w:pPr>
      <w:r>
        <w:t>دوسروں کی شکایت کرنا اپنے وقت کو ضائع کرنا ہے۔</w:t>
      </w:r>
    </w:p>
    <w:p>
      <w:r>
        <w:rPr>
          <w:b/>
        </w:rPr>
        <w:t xml:space="preserve">[07:28] </w:t>
      </w:r>
      <w:r>
        <w:t>hamesha musbat andaaz se socho.</w:t>
      </w:r>
    </w:p>
    <w:p>
      <w:pPr>
        <w:jc w:val="right"/>
      </w:pPr>
      <w:r>
        <w:t>ہمیشہ مثبت انداز سے سوچو۔</w:t>
      </w:r>
    </w:p>
    <w:p>
      <w:r>
        <w:rPr>
          <w:b/>
        </w:rPr>
        <w:t xml:space="preserve">[07:31] </w:t>
      </w:r>
      <w:r>
        <w:t>manfi soch se mukammal taur par apne aap ko bachao. Buri</w:t>
      </w:r>
    </w:p>
    <w:p>
      <w:pPr>
        <w:jc w:val="right"/>
      </w:pPr>
      <w:r>
        <w:t>منفی سوچ سے مکمل طور پر اپنے آپ کو بچاؤ۔ بری</w:t>
      </w:r>
    </w:p>
    <w:p>
      <w:r>
        <w:rPr>
          <w:b/>
        </w:rPr>
        <w:t xml:space="preserve">[07:35] </w:t>
      </w:r>
      <w:r>
        <w:t>aadaton se is tarah daro jis tarah koi shakhs saanp bichhoo se darta hai.</w:t>
      </w:r>
    </w:p>
    <w:p>
      <w:pPr>
        <w:jc w:val="right"/>
      </w:pPr>
      <w:r>
        <w:t>عادتوں سے اس طرح ڈرو جس طرح کوئی شخص سانپ بچھو سے ڈرتا ہے۔</w:t>
      </w:r>
    </w:p>
    <w:p>
      <w:r>
        <w:rPr>
          <w:b/>
        </w:rPr>
        <w:t xml:space="preserve">[07:41] </w:t>
      </w:r>
      <w:r>
        <w:t>waldein ko chahiye ke woh apni aulaad ko duty conscious banayein, na ke right conscious.</w:t>
      </w:r>
    </w:p>
    <w:p>
      <w:pPr>
        <w:jc w:val="right"/>
      </w:pPr>
      <w:r>
        <w:t>والدین کو چاہیے کہ وہ اپنی اولاد کو ڈیوٹی کانشیس بنائیں، نہ کہ رائٹ کانشیس۔</w:t>
      </w:r>
    </w:p>
    <w:p>
      <w:r>
        <w:rPr>
          <w:b/>
        </w:rPr>
        <w:t xml:space="preserve">[07:47] </w:t>
      </w:r>
      <w:r>
        <w:t>sanjida hona zaroori hai.</w:t>
      </w:r>
    </w:p>
    <w:p>
      <w:pPr>
        <w:jc w:val="right"/>
      </w:pPr>
      <w:r>
        <w:t>سنجیدہ ہونا ضروری ہے۔</w:t>
      </w:r>
    </w:p>
    <w:p>
      <w:r>
        <w:rPr>
          <w:b/>
        </w:rPr>
        <w:t xml:space="preserve">[07:53] </w:t>
      </w:r>
      <w:r>
        <w:t>kitaab "tarbiyat-e-aulaad", Maulana Wahiduddin Khan, safha number 8.</w:t>
      </w:r>
    </w:p>
    <w:p>
      <w:pPr>
        <w:jc w:val="right"/>
      </w:pPr>
      <w:r>
        <w:t>کتاب "تربیتِ اولاد"، مولانا وحید الدین خان، صفحہ نمبر 8۔</w:t>
      </w:r>
    </w:p>
    <w:p>
      <w:r>
        <w:rPr>
          <w:b/>
        </w:rPr>
        <w:t xml:space="preserve">[07:59] </w:t>
      </w:r>
      <w:r>
        <w:t>ek saahab apne bachon ke liye bohat sakht thay. hamesha</w:t>
      </w:r>
    </w:p>
    <w:p>
      <w:pPr>
        <w:jc w:val="right"/>
      </w:pPr>
      <w:r>
        <w:t>ایک صاحب اپنے بچوں کے لیے بہت سخت تھے۔ ہمیشہ</w:t>
      </w:r>
    </w:p>
    <w:p>
      <w:r>
        <w:rPr>
          <w:b/>
        </w:rPr>
        <w:t xml:space="preserve">[08:05] </w:t>
      </w:r>
      <w:r>
        <w:t>daant kar baat karte thay.</w:t>
      </w:r>
    </w:p>
    <w:p>
      <w:pPr>
        <w:jc w:val="right"/>
      </w:pPr>
      <w:r>
        <w:t>ڈانٹ کر بات کرتے تھے۔</w:t>
      </w:r>
    </w:p>
    <w:p>
      <w:r>
        <w:rPr>
          <w:b/>
        </w:rPr>
        <w:t xml:space="preserve">[08:10] </w:t>
      </w:r>
      <w:r>
        <w:t>kabhi kisi ne un ko apne bachon ke saath narmi se baat karte hue nahi dekha.</w:t>
      </w:r>
    </w:p>
    <w:p>
      <w:pPr>
        <w:jc w:val="right"/>
      </w:pPr>
      <w:r>
        <w:t>کبھی کسی نے ان کو اپنے بچوں کے ساتھ نرمی سے بات کرتے ہوئے نہیں دیکھا۔</w:t>
      </w:r>
    </w:p>
    <w:p>
      <w:r>
        <w:rPr>
          <w:b/>
        </w:rPr>
        <w:t xml:space="preserve">[08:15] </w:t>
      </w:r>
      <w:r>
        <w:t>ladke un se is qadar darte thay ke un ke saamne koi bolne ki himmat nahi karta tha.</w:t>
      </w:r>
    </w:p>
    <w:p>
      <w:pPr>
        <w:jc w:val="right"/>
      </w:pPr>
      <w:r>
        <w:t>لڑکے ان سے اس قدر ڈرتے تھے کہ ان کے سامنے کوئی بولنے کی ہمت نہیں کرتا تھا۔</w:t>
      </w:r>
    </w:p>
    <w:p>
      <w:r>
        <w:rPr>
          <w:b/>
        </w:rPr>
        <w:t xml:space="preserve">[08:20] </w:t>
      </w:r>
      <w:r>
        <w:t>jab woh ghar mein dakhil hote to tamam bachhe khamosh ho kar idhar udhar dabak jaate.</w:t>
      </w:r>
    </w:p>
    <w:p>
      <w:pPr>
        <w:jc w:val="right"/>
      </w:pPr>
      <w:r>
        <w:t>جب وہ گھر میں داخل ہوتے تو تمام بچے خاموش ہو کر ادھر ادھر دبک جاتے۔</w:t>
      </w:r>
    </w:p>
    <w:p>
      <w:r>
        <w:rPr>
          <w:b/>
        </w:rPr>
        <w:t xml:space="preserve">[08:25] </w:t>
      </w:r>
      <w:r>
        <w:t>ek roz ka waqia hai ke woh ghar mein dakhil hue, seerhi ko tay kar ke jab woh</w:t>
      </w:r>
    </w:p>
    <w:p>
      <w:pPr>
        <w:jc w:val="right"/>
      </w:pPr>
      <w:r>
        <w:t>ایک روز کا واقعہ ہے کہ وہ گھر میں داخل ہوئے، سیڑھی کو طے کر کے جب وہ</w:t>
      </w:r>
    </w:p>
    <w:p>
      <w:r>
        <w:rPr>
          <w:b/>
        </w:rPr>
        <w:t xml:space="preserve">[08:30] </w:t>
      </w:r>
      <w:r>
        <w:t>apne makaan ki chhat par pahunche to unhon ne dekha ke un</w:t>
      </w:r>
    </w:p>
    <w:p>
      <w:pPr>
        <w:jc w:val="right"/>
      </w:pPr>
      <w:r>
        <w:t>اپنے مکان کی چھت پر پہنچے تو انہوں نے دیکھا کہ ان</w:t>
      </w:r>
    </w:p>
    <w:p>
      <w:r>
        <w:rPr>
          <w:b/>
        </w:rPr>
        <w:t xml:space="preserve">[08:36] </w:t>
      </w:r>
      <w:r>
        <w:t>ka ek bachha bijli ke pole se lapta hua hai. bijli ke taar mein ek patang phans gayi thi. patang ko hasil karne ke shauq mein ladka barje ka sahara le kar pole par charh gaya. abhi is ka kaam poora nahi hua tha ke is ke baap aa gaye. nigahein milte hi bachha seham gaya, magar bilkul khilaf-e-ma'mool baap ne koi sakht baat nahi kahi, balkeh nihayat narm lehje mein bole: "bete, tum wahan kahan?" is ke baad</w:t>
      </w:r>
    </w:p>
    <w:p>
      <w:pPr>
        <w:jc w:val="right"/>
      </w:pPr>
      <w:r>
        <w:t>کا ایک بچہ بجلی کے پول سے لپٹا ہوا ہے۔ بجلی کے تار میں ایک پتنگ پھنس گئی تھی۔ پتنگ کو حاصل کرنے کے شوق میں لڑکا بارجے کا سہارا لے کر پول پر چڑھ گیا۔ ابھی اس کا کام پورا نہیں ہوا تھا کہ اس کے باپ آ گئے۔ نگاہیں ملتے ہی بچہ سہم گیا، مگر بالکل خلاف معمول باپ نے کوئی سخت بات نہیں کہی، بلکہ نہایت نرم لہجے میں بولے: "بیٹے، تم وہاں کہاں؟" اس کے بعد</w:t>
      </w:r>
    </w:p>
    <w:p>
      <w:r>
        <w:rPr>
          <w:b/>
        </w:rPr>
        <w:t xml:space="preserve">[09:06] </w:t>
      </w:r>
      <w:r>
        <w:t>unhon ne mohabbat ke andaaz mein ladke ko targhib di ke woh ahista ahista utre aur barje ka sahara le kar dobara ghar mein aa jaye. baad koi ek shakhs se unhon ne yeh waqea bayan karte hue kaha: "maine muskara kar aur narm lehje mein is liye baat ki ke mujhe andesha hua ke agar main is nazuk mauqe par daant'ta hoon to woh ghabra uthega aur pole se chhoot kar neeche sadak par ja girega. is nazakat ne mujhe majboor kiya ke main apni aadat ke khilaf bachhe se me</w:t>
      </w:r>
    </w:p>
    <w:p>
      <w:pPr>
        <w:jc w:val="right"/>
      </w:pPr>
      <w:r>
        <w:t>انہوں نے محبت کے انداز میں لڑکے کو ترغیب دی کہ وہ آہستہ آہستہ اترے اور بارجے کا سہارا لے کر دوبارہ گھر میں آ جائے۔ بعد کوئی ایک شخص سے انہوں نے یہ واقعہ بیان کرتے ہوئے کہا: "میں نے مسکرا کر اور نرم لہجے میں اس لیے بات کی کہ مجھے اندیشہ ہوا کہ اگر میں اس نازک موقع پر ڈانٹتا ہوں تو وہ گھبرا اٹھے گا اور پول سے چھوٹ کر نیچے سڑک پر جا گرے گا۔ اس نزاکت نے مجھے مجبور کیا کہ میں اپنی عادت کے خلاف بچے سے می</w:t>
      </w:r>
    </w:p>
    <w:p>
      <w:r>
        <w:rPr>
          <w:b/>
        </w:rPr>
        <w:t xml:space="preserve">[09:36] </w:t>
      </w:r>
      <w:r>
        <w:t>the andaaz mein baat karoon.</w:t>
      </w:r>
    </w:p>
    <w:p>
      <w:pPr>
        <w:jc w:val="right"/>
      </w:pPr>
      <w:r>
        <w:t>ٹھے انداز میں بات کروں۔</w:t>
      </w:r>
    </w:p>
    <w:p>
      <w:r>
        <w:rPr>
          <w:b/>
        </w:rPr>
        <w:t xml:space="preserve">[09:41] </w:t>
      </w:r>
      <w:r>
        <w:t>agar aadmi ko soorat-e-haal ki nazakat ka ehsaas ho aur woh is ke liye dardmand ho to</w:t>
      </w:r>
    </w:p>
    <w:p>
      <w:pPr>
        <w:jc w:val="right"/>
      </w:pPr>
      <w:r>
        <w:t>اگر آدمی کو صورتحال کی نزاکت کا احساس ہو اور وہ اس کے لیے درد مند ہو تو</w:t>
      </w:r>
    </w:p>
    <w:p>
      <w:r>
        <w:rPr>
          <w:b/>
        </w:rPr>
        <w:t xml:space="preserve">[09:46] </w:t>
      </w:r>
      <w:r>
        <w:t>uski dard mandi khud hi majboor kare gi ke woh ishtia'al ke bajaye bardasht ka tareeqa ikhtiyar kare.</w:t>
      </w:r>
    </w:p>
    <w:p>
      <w:pPr>
        <w:jc w:val="right"/>
      </w:pPr>
      <w:r>
        <w:t>اس کی درد مندی خود ہی مجبور کرے گی کہ وہ اشتعال کے بجائے برداشت کا طریقہ اختیار کرے۔</w:t>
      </w:r>
    </w:p>
    <w:p>
      <w:r>
        <w:rPr>
          <w:b/>
        </w:rPr>
        <w:t xml:space="preserve">[09:51] </w:t>
      </w:r>
      <w:r>
        <w:t>woh tasadum ke bajaye bach kar nikalne ki tadbeer kare.</w:t>
      </w:r>
    </w:p>
    <w:p>
      <w:pPr>
        <w:jc w:val="right"/>
      </w:pPr>
      <w:r>
        <w:t>وہ تصادم کے بجائے بچ کر نکلنے کی تدبیر کرے۔</w:t>
      </w:r>
    </w:p>
    <w:p>
      <w:r>
        <w:rPr>
          <w:b/>
        </w:rPr>
        <w:t xml:space="preserve">[09:56] </w:t>
      </w:r>
      <w:r>
        <w:t>kaun sahi aur kaun galat ki behas mein padne ke bajaye woh masle ke hal ke pehlu par dhyan de.</w:t>
      </w:r>
    </w:p>
    <w:p>
      <w:pPr>
        <w:jc w:val="right"/>
      </w:pPr>
      <w:r>
        <w:t>کون صحیح اور کون غلط کی بحث میں پڑنے کے بجائے وہ مسئلے کے حل کے پہلو پر دھیان دے۔</w:t>
      </w:r>
    </w:p>
    <w:p>
      <w:r>
        <w:rPr>
          <w:b/>
        </w:rPr>
        <w:t xml:space="preserve">[10:01] </w:t>
      </w:r>
      <w:r>
        <w:t>aur agar us ko nazakat ka ehsaas na ho to woh apni aam aadat ke mutabiq bachhe ko</w:t>
      </w:r>
    </w:p>
    <w:p>
      <w:pPr>
        <w:jc w:val="right"/>
      </w:pPr>
      <w:r>
        <w:t>اور اگر اس کو نزاکت کا احساس نہ ہو تو وہ اپنی عام عادت کے مطابق بچے کو</w:t>
      </w:r>
    </w:p>
    <w:p>
      <w:r>
        <w:rPr>
          <w:b/>
        </w:rPr>
        <w:t xml:space="preserve">[10:06] </w:t>
      </w:r>
      <w:r>
        <w:t>pole par dekh kar bigad uthega, khwah is ka yahi anjam kyun na ho ke ladka 30 foot ki bulandi se sadak par ja gire aur is ki haddi pasli choor ho jaye. sari tareekh ka yeh tajruba hai ke jab aadmi kisi mamle mein sanjeeda ho to is ka andaaz aur hota hai, aur jab woh sanjeeda na ho to is ka andaaz bilkul doosra hota hai. koi daleel is shakhs ke liye daleel hai jo sanjeeda ho. sanjeeda aadmi hi kisi baat ke</w:t>
      </w:r>
    </w:p>
    <w:p>
      <w:pPr>
        <w:jc w:val="right"/>
      </w:pPr>
      <w:r>
        <w:t>پول پر دیکھ کر بگڑ اٹھے گا، خواہ اس کا یہی انجام کیوں نہ ہو کہ لڑکا 30 فٹ کی بلندی سے سڑک پر جا گرے اور اس کی ہڈی پسلی چور ہو جائے۔ ساری تاریخ کا یہ تجربہ ہے کہ جب آدمی کسی معاملے میں سنجیدہ ہو تو اس کا انداز اور ہوتا ہے، اور جب وہ سنجیدہ نہ ہو تو اس کا انداز بالکل دوسرا ہوتا ہے۔ کوئی دلیل اس شخص کے لیے دلیل ہے جو سنجیدہ ہو۔ سنجیدہ آدمی ہی کسی بات کے</w:t>
      </w:r>
    </w:p>
    <w:p>
      <w:r>
        <w:rPr>
          <w:b/>
        </w:rPr>
        <w:t xml:space="preserve">[10:36] </w:t>
      </w:r>
      <w:r>
        <w:t>wazan ko mehsoos karta hai.</w:t>
      </w:r>
    </w:p>
    <w:p>
      <w:pPr>
        <w:jc w:val="right"/>
      </w:pPr>
      <w:r>
        <w:t>وزن کو محسوس کرتا ہے۔</w:t>
      </w:r>
    </w:p>
    <w:p>
      <w:r>
        <w:rPr>
          <w:b/>
        </w:rPr>
        <w:t xml:space="preserve">[10:39] </w:t>
      </w:r>
      <w:r>
        <w:t>sanjida aadmi hi kisi masle ki nazakaton ko ahmiyat deta hai.</w:t>
      </w:r>
    </w:p>
    <w:p>
      <w:pPr>
        <w:jc w:val="right"/>
      </w:pPr>
      <w:r>
        <w:t>سنجیدہ آدمی ہی کسی مسئلے کی نزاکتوں کو اہمیت دیتا ہے۔</w:t>
      </w:r>
    </w:p>
    <w:p>
      <w:r>
        <w:rPr>
          <w:b/>
        </w:rPr>
        <w:t xml:space="preserve">[10:43] </w:t>
      </w:r>
      <w:r>
        <w:t>is ke bar aks jo shakhs sanjida na ho, woh har daleel ki kaat ke liye kuch na kuch</w:t>
      </w:r>
    </w:p>
    <w:p>
      <w:pPr>
        <w:jc w:val="right"/>
      </w:pPr>
      <w:r>
        <w:t>اس کے برعکس جو شخص سنجیدہ نہ ہو، وہ ہر دلیل کی کاٹ کے لیے کچھ نہ کچھ</w:t>
      </w:r>
    </w:p>
    <w:p>
      <w:r>
        <w:rPr>
          <w:b/>
        </w:rPr>
        <w:t xml:space="preserve">[10:47] </w:t>
      </w:r>
      <w:r>
        <w:t>alfaaz bol dega.</w:t>
      </w:r>
    </w:p>
    <w:p>
      <w:pPr>
        <w:jc w:val="right"/>
      </w:pPr>
      <w:r>
        <w:t>الفاظ بول دے گا۔</w:t>
      </w:r>
    </w:p>
    <w:p>
      <w:r>
        <w:rPr>
          <w:b/>
        </w:rPr>
        <w:t xml:space="preserve">[10:51] </w:t>
      </w:r>
      <w:r>
        <w:t>har qeemti baat ko sun kar ek ghair mutalliq behas chhed dega, aur agar us ki baat</w:t>
      </w:r>
    </w:p>
    <w:p>
      <w:pPr>
        <w:jc w:val="right"/>
      </w:pPr>
      <w:r>
        <w:t>ہر قیمتی بات کو سن کر ایک غیر متعلق بحث چھیڑ دے گا، اور اگر اس کی بات</w:t>
      </w:r>
    </w:p>
    <w:p>
      <w:r>
        <w:rPr>
          <w:b/>
        </w:rPr>
        <w:t xml:space="preserve">[10:54] </w:t>
      </w:r>
      <w:r>
        <w:t>ka jawab de kar baat ko asar-e-nau wazeh kiya jaye to woh wazahat ke khilaf dobara koi</w:t>
      </w:r>
    </w:p>
    <w:p>
      <w:pPr>
        <w:jc w:val="right"/>
      </w:pPr>
      <w:r>
        <w:t>کا جواب دے کر بات کو اثر نوع واضح کیا جائے تو وہ وضاحت کے خلاف دوبارہ کوئی</w:t>
      </w:r>
    </w:p>
    <w:p>
      <w:r>
        <w:rPr>
          <w:b/>
        </w:rPr>
        <w:t xml:space="preserve">[10:58] </w:t>
      </w:r>
      <w:r>
        <w:t>behas nikaal lega, aur asal baat badastoor us ki giraft se door reh jayegi.</w:t>
      </w:r>
    </w:p>
    <w:p>
      <w:pPr>
        <w:jc w:val="right"/>
      </w:pPr>
      <w:r>
        <w:t>بحث نکال لے گا، اور اصل بات بدستور اس کی گرفت سے دور رہ جائے گی۔</w:t>
      </w:r>
    </w:p>
    <w:p>
      <w:r>
        <w:rPr>
          <w:b/>
        </w:rPr>
        <w:t xml:space="preserve">[11:02] </w:t>
      </w:r>
      <w:r>
        <w:t>yeh ek haqeeqat hai</w:t>
      </w:r>
    </w:p>
    <w:p>
      <w:pPr>
        <w:jc w:val="right"/>
      </w:pPr>
      <w:r>
        <w:t>یہ ایک حقیقت ہے</w:t>
      </w:r>
    </w:p>
    <w:p>
      <w:r>
        <w:rPr>
          <w:b/>
        </w:rPr>
        <w:t xml:space="preserve">[11:06] </w:t>
      </w:r>
      <w:r>
        <w:t>ke koi daleel usi ke liye daleel hai jo us ko samajhna chahe. jo samajhna na chahe, us ke liye koi daleel daleel nahi. kuch chhodna padta hai. kitab "tarbiyat-e-aulad", maulana wahiduddin khan, safha number 9. dilli mein main ajmeri gate ki sadak se guzar raha tha. ek khancha</w:t>
      </w:r>
    </w:p>
    <w:p>
      <w:pPr>
        <w:jc w:val="right"/>
      </w:pPr>
      <w:r>
        <w:t>کہ کوئی دلیل اسی کے لیے دلیل ہے جو اس کو سمجھنا چاہے۔ جو سمجھنا نہ چاہے، اس کے لیے کوئی دلیل دلیل نہیں۔ کچھ چھوڑنا پڑتا ہے۔ کتاب "تربیتِ اولاد"، مولانا وحید الدین خان، صفحہ نمبر 9۔ دہلی میں میں اجمیری گیٹ کی سڑک سے گزر رہا تھا۔ ایک خانچ</w:t>
      </w:r>
    </w:p>
    <w:p>
      <w:r>
        <w:rPr>
          <w:b/>
        </w:rPr>
        <w:t xml:space="preserve">[11:36] </w:t>
      </w:r>
      <w:r>
        <w:t>farosh aurat ki awaz mere kaan mein aayi: "ek hazar ki saari pehnungi to bachhe nahi paal sakti hoon." us ke sath baithne wali khancha farosh ne is ki mamooli saari par aitraz kiya. us ke jawab mein aurat ne kaha ke "kharidne ke liye main bhi achhi saari kharid sakti hoon, magar is ki qeemat mujhe yeh deni padegi ke apne bachhon ki parvarish aur taleem mein kharch karne ke liye is ke baad mere paas kuch na rahega."</w:t>
      </w:r>
    </w:p>
    <w:p>
      <w:pPr>
        <w:jc w:val="right"/>
      </w:pPr>
      <w:r>
        <w:t>ہ فروش عورت کی آواز میرے کان میں آئی: "ایک ہزار کی ساڑی پہنوں گی تو بچے نہیں پال سکتی ہوں۔" اس کے ساتھ بیٹھنے والی خانچہ فروش نے اس کی معمولی ساڑی پر اعتراض کیا۔ اس کے جواب میں عورت نے کہا کہ "خریدنے کے لیے میں بھی اچھی ساڑی خرید سکتی ہوں، مگر اس کی قیمت مجھے یہ دینی پڑے گی کہ اپنے بچوں کی پرورش اور تعلیم میں خرچ کرنے کے لیے اس کے بعد میرے پاس کچھ نہ رہے گا۔"</w:t>
      </w:r>
    </w:p>
    <w:p>
      <w:r>
        <w:rPr>
          <w:b/>
        </w:rPr>
        <w:t xml:space="preserve">[12:06] </w:t>
      </w:r>
      <w:r>
        <w:t>yeh zindagi ki sadah si haqeeqat hai. har aadmi janta hai ke zyada aham cheezon mein apna bharpoor hissa ada karne ke liye is ko kam aham cheezon mein sabr ka usool ikhtiyar karna padta hai. kuch cheezon mein ise kam par raazi hona padta hai taake baaz doosri cheezon mein woh zyada ka malik ban sake. is usool ka taluq har ek se hai, khwah woh ghareeb ho ya ameer. ghareeb ko is usool par chalne ke liye agar apni zarooriyat mein kami kar ni</w:t>
      </w:r>
    </w:p>
    <w:p>
      <w:pPr>
        <w:jc w:val="right"/>
      </w:pPr>
      <w:r>
        <w:t>یہ زندگی کی سادہ سی حقیقت ہے۔ ہر آدمی جانتا ہے کہ زیادہ اہم چیزوں میں اپنا بھرپور حصہ ادا کرنے کے لیے اس کو کم اہم چیزوں میں صبر کا اصول اختیار کرنا پڑتا ہے۔ کچھ چیزوں میں اسے کم پر راضی ہونا پڑتا ہے تاکہ بعض دوسری چیزوں میں وہ زیادہ کا مالک بن سکے۔ اس اصول کا تعلق ہر ایک سے ہے، خواہ وہ غریب ہو یا امیر۔ غریب کو اس اصول پر چلنے کے لیے اگر اپنی ضروریات میں کمی کرنی</w:t>
      </w:r>
    </w:p>
    <w:p>
      <w:r>
        <w:rPr>
          <w:b/>
        </w:rPr>
        <w:t xml:space="preserve">[12:36] </w:t>
      </w:r>
      <w:r>
        <w:t>parti hai to ameer se is ka yeh taqaza hota hai ke woh apni aish aur tafreeh ki cheezon mein kami kar de. aham ki khatir ghair aham ki qurbani har ek ko deni hai. is mein aik shakhs ya doosre shakhs ke darmiyan koi tafreeq nahin. magar is usool ko log sirf apne ghar aur apne bachon ke baray mein jantay hain. Khuda ke deen ke baray mein woh is aham usool ko bilkul bhoolay hue hain. Is mamlay mein har aadmi ka</w:t>
      </w:r>
    </w:p>
    <w:p>
      <w:pPr>
        <w:jc w:val="right"/>
      </w:pPr>
      <w:r>
        <w:t>پڑتی ہے تو امیر سے اس کا یہ تقاضا ہوتا ہے کہ وہ اپنی عائش اور تفریح کی چیزوں میں کمی کر دے۔ اہم کی خاطر غیر اہم کی قربانی ہر ایک کو دینی ہے۔ اس میں ایک شخص یا دوسرے شخص کے درمیان کوئی تفریق نہیں۔ مگر اس اصول کو لوگ صرف اپنے گھر اور اپنے بچوں کے بارے میں جانتے ہیں۔ خدا کے دین کے بارے میں وہ اس اہم اصول کو بالکل بھولے ہوئے ہیں۔ اس معاملے میں ہر آدمی کا</w:t>
      </w:r>
    </w:p>
    <w:p>
      <w:r>
        <w:rPr>
          <w:b/>
        </w:rPr>
        <w:t xml:space="preserve">[13:06] </w:t>
      </w:r>
      <w:r>
        <w:t>wohi haal ho raha hai jo bible mein un lafzon mein bayan kiya gaya hai: "khuda ka ghar</w:t>
      </w:r>
    </w:p>
    <w:p>
      <w:pPr>
        <w:jc w:val="right"/>
      </w:pPr>
      <w:r>
        <w:t>وہی حال ہو رہا ہے جو بائبل میں ان لفظوں میں بیان کیا گیا ہے: "خدا کا گھر</w:t>
      </w:r>
    </w:p>
    <w:p>
      <w:r>
        <w:rPr>
          <w:b/>
        </w:rPr>
        <w:t xml:space="preserve">[13:12] </w:t>
      </w:r>
      <w:r>
        <w:t>weeran hai, kyunke tum mein se har ek apne ghar ko dauda chala jata hai." hajji, bab ek, aayat 10.</w:t>
      </w:r>
    </w:p>
    <w:p>
      <w:pPr>
        <w:jc w:val="right"/>
      </w:pPr>
      <w:r>
        <w:t>ویران ہے، کیونکہ تم میں سے ہر ایک اپنے گھر کو دوڑا چلا جاتا ہے۔" حجی، باب ایک، آیت 10۔</w:t>
      </w:r>
    </w:p>
    <w:p>
      <w:r>
        <w:rPr>
          <w:b/>
        </w:rPr>
        <w:t xml:space="preserve">[13:18] </w:t>
      </w:r>
      <w:r>
        <w:t>log apne ghar ke umoor ko kam ahum aur zyada ahum ki nazar se dekhte hain.</w:t>
      </w:r>
    </w:p>
    <w:p>
      <w:pPr>
        <w:jc w:val="right"/>
      </w:pPr>
      <w:r>
        <w:t>لوگ اپنے گھر کے امور کو کم اہم اور زیادہ اہم کی نظر سے دیکھتے ہیں۔</w:t>
      </w:r>
    </w:p>
    <w:p>
      <w:r>
        <w:rPr>
          <w:b/>
        </w:rPr>
        <w:t xml:space="preserve">[13:24] </w:t>
      </w:r>
      <w:r>
        <w:t>jo kam ahum hai, us ko chhod kar jo zyada ahum hai, us ko ikhtiyar kar lete hain.</w:t>
      </w:r>
    </w:p>
    <w:p>
      <w:pPr>
        <w:jc w:val="right"/>
      </w:pPr>
      <w:r>
        <w:t>جو کم اہم ہے، اس کو چھوڑ کر جو زیادہ اہم ہے، اس کو اختیار کر لیتے ہیں۔</w:t>
      </w:r>
    </w:p>
    <w:p>
      <w:r>
        <w:rPr>
          <w:b/>
        </w:rPr>
        <w:t xml:space="preserve">[13:30] </w:t>
      </w:r>
      <w:r>
        <w:t>magar deen o ملت ke maamle mein in ke yahan</w:t>
      </w:r>
    </w:p>
    <w:p>
      <w:pPr>
        <w:jc w:val="right"/>
      </w:pPr>
      <w:r>
        <w:t>مگر دین و ملت کے معاملے میں ان کے یہاں</w:t>
      </w:r>
    </w:p>
    <w:p>
      <w:r>
        <w:rPr>
          <w:b/>
        </w:rPr>
        <w:t xml:space="preserve">[13:36] </w:t>
      </w:r>
      <w:r>
        <w:t>ahum aur ghair ahum ki koi taqseem nahin.</w:t>
      </w:r>
    </w:p>
    <w:p>
      <w:pPr>
        <w:jc w:val="right"/>
      </w:pPr>
      <w:r>
        <w:t>اہم اور غیر اہم کی کوئی تقسیم نہیں۔</w:t>
      </w:r>
    </w:p>
    <w:p>
      <w:r>
        <w:rPr>
          <w:b/>
        </w:rPr>
        <w:t xml:space="preserve">[13:42] </w:t>
      </w:r>
      <w:r>
        <w:t>yahan woh bas apne zaouq par chalna chahte hain.</w:t>
      </w:r>
    </w:p>
    <w:p>
      <w:pPr>
        <w:jc w:val="right"/>
      </w:pPr>
      <w:r>
        <w:t>یہاں وہ بس اپنے ذوق پر چلنا چاہتے ہیں۔</w:t>
      </w:r>
    </w:p>
    <w:p>
      <w:r>
        <w:rPr>
          <w:b/>
        </w:rPr>
        <w:t xml:space="preserve">[13:48] </w:t>
      </w:r>
      <w:r>
        <w:t>khwah is ka matlab yahi kyun na ho ke aadmi ahum ko chhod kar ghair ahum daire mein</w:t>
      </w:r>
    </w:p>
    <w:p>
      <w:pPr>
        <w:jc w:val="right"/>
      </w:pPr>
      <w:r>
        <w:t>خواہ اس کا مطلب یہی کیوں نہ ہو کہ آدمی اہم کو چھوڑ کر غیر اہم دائرے میں</w:t>
      </w:r>
    </w:p>
    <w:p>
      <w:r>
        <w:rPr>
          <w:b/>
        </w:rPr>
        <w:t xml:space="preserve">[13:54] </w:t>
      </w:r>
      <w:r>
        <w:t>daudna shuru kar de.</w:t>
      </w:r>
    </w:p>
    <w:p>
      <w:pPr>
        <w:jc w:val="right"/>
      </w:pPr>
      <w:r>
        <w:t>دوڑنا شروع کر دے۔</w:t>
      </w:r>
    </w:p>
    <w:p>
      <w:r>
        <w:rPr>
          <w:b/>
        </w:rPr>
        <w:t xml:space="preserve">[14:00] </w:t>
      </w:r>
      <w:r>
        <w:t>ek achhi misaal: kitab "tarbiyat-e-aulad", maulana wahiduddin khan, safha number 10.</w:t>
      </w:r>
    </w:p>
    <w:p>
      <w:pPr>
        <w:jc w:val="right"/>
      </w:pPr>
      <w:r>
        <w:t>ایک اچھی مثال: کتاب "تربیتِ اولاد"، مولانا وحید الدین خان، صفحہ نمبر 10۔</w:t>
      </w:r>
    </w:p>
    <w:p>
      <w:r>
        <w:rPr>
          <w:b/>
        </w:rPr>
        <w:t xml:space="preserve">[14:06] </w:t>
      </w:r>
      <w:r>
        <w:t>ek baar dilli ke ek college ke ustad ne bataya ke dilli mein talba ka ek taqreeri muqabla hua.</w:t>
      </w:r>
    </w:p>
    <w:p>
      <w:pPr>
        <w:jc w:val="right"/>
      </w:pPr>
      <w:r>
        <w:t>ایک بار دہلی کے ایک کالج کے استاد نے بتایا کہ دہلی میں طلبہ کا ایک تقریری مقابلہ ہوا۔</w:t>
      </w:r>
    </w:p>
    <w:p>
      <w:r>
        <w:rPr>
          <w:b/>
        </w:rPr>
        <w:t xml:space="preserve">[14:12] </w:t>
      </w:r>
      <w:r>
        <w:t>is mein mukhtalif collegeon ke muntakhib talba aur talibaat ne shirkat ki.</w:t>
      </w:r>
    </w:p>
    <w:p>
      <w:pPr>
        <w:jc w:val="right"/>
      </w:pPr>
      <w:r>
        <w:t>اس میں مختلف کالجوں کے منتخب طلبہ اور طالبات نے شرکت کی۔</w:t>
      </w:r>
    </w:p>
    <w:p>
      <w:r>
        <w:rPr>
          <w:b/>
        </w:rPr>
        <w:t xml:space="preserve">[14:18] </w:t>
      </w:r>
      <w:r>
        <w:t>har talib-e-ilm ko angrezi zabaan mein taqreer karna tha.</w:t>
      </w:r>
    </w:p>
    <w:p>
      <w:pPr>
        <w:jc w:val="right"/>
      </w:pPr>
      <w:r>
        <w:t>ہر طالب علم کو انگریزی زبان میں تقریر کرنا تھا۔</w:t>
      </w:r>
    </w:p>
    <w:p>
      <w:r>
        <w:rPr>
          <w:b/>
        </w:rPr>
        <w:t xml:space="preserve">[14:24] </w:t>
      </w:r>
      <w:r>
        <w:t>in taqreeron mein judge ko jo buniyadi cheez dekhna tha, woh tarz-e-ada ya tarz-e-taqreer yaani delivery tha.</w:t>
      </w:r>
    </w:p>
    <w:p>
      <w:pPr>
        <w:jc w:val="right"/>
      </w:pPr>
      <w:r>
        <w:t>ان تقریروں میں جج کو جو بنیادی چیز دیکھنا تھا، وہ طرز ادا یا طرز تقریر یعنی ڈیلیوری تھا۔</w:t>
      </w:r>
    </w:p>
    <w:p>
      <w:r>
        <w:rPr>
          <w:b/>
        </w:rPr>
        <w:t xml:space="preserve">[14:30] </w:t>
      </w:r>
      <w:r>
        <w:t>doctor merchant ki ladki ka tarz-e-taqreer sab se zyada kaamyaab tha, chunanche us ko pehla</w:t>
      </w:r>
    </w:p>
    <w:p>
      <w:pPr>
        <w:jc w:val="right"/>
      </w:pPr>
      <w:r>
        <w:t>ڈاکٹر مرچنٹ کی لڑکی کا طرز تقریر سب سے زیادہ کامیاب تھا، چنانچہ اس کو پہلا</w:t>
      </w:r>
    </w:p>
    <w:p>
      <w:r>
        <w:rPr>
          <w:b/>
        </w:rPr>
        <w:t xml:space="preserve">[14:36] </w:t>
      </w:r>
      <w:r>
        <w:t>inaam diya gaya. Is kamyabi ka raaz kya tha, is ka jawab mujhe 26 August 2009 ko mila. Sai International Centre Nayi Dilli mein aik program ke douran meri mulaqat Doctor R.K. Merchant se hui. Woh aala taleem yafta hain aur Dilli mein rehtay hain. Un se mulaqat ke douran retired General Chhibber aur doosre kai log maujood thay. Doctor Merchant ne kaha ke "mere ghar mein TV nahin hai, main radio ke zariye khabrein sunta</w:t>
      </w:r>
    </w:p>
    <w:p>
      <w:pPr>
        <w:jc w:val="right"/>
      </w:pPr>
      <w:r>
        <w:t>انعام دیا گیا۔ اس کامیابی کا راز کیا تھا، اس کا جواب مجھے 26 اگست 2009 کو ملا۔ سائی انٹرنیشنل سینٹر نئی دہلی میں ایک پروگرام کے دوران میری ملاقات ڈاکٹر ار کے مرچنٹ سے ہوئی۔ وہ اعلیٰ تعلیم یافتہ ہیں اور دہلی میں رہتے ہیں۔ ان سے ملاقات کے دوران ریٹائرڈ جنرل چھبر اور دوسرے کئی لوگ موجود تھے۔ ڈاکٹر مرچنٹ نے کہا کہ "میرے گھر میں ٹی وی نہیں ہے، میں ریڈیو کے ذریعے خبریں سنتا</w:t>
      </w:r>
    </w:p>
    <w:p>
      <w:r>
        <w:rPr>
          <w:b/>
        </w:rPr>
        <w:t xml:space="preserve">[15:06] </w:t>
      </w:r>
      <w:r>
        <w:t>hoon." Un ki is baat mein mujhe is sawal ka jawab mil gaya ke un ke bachay kyun taleem mein itna zyada kamyab hain. Is se pehle main aik baar Doctor Merchant ke ghar gaya hoon. Wahan main ne dekha tha ke un ka ghar bohat saada hai. Un ki do larkiyan hain. Dono khamoshi ke sath likhne parhne mein masroof rehti hain. Doctor Merchant ke paas niji car hai, lekin un ki larkiyan hamesha bus ke zariye school jati hain.</w:t>
      </w:r>
    </w:p>
    <w:p>
      <w:pPr>
        <w:jc w:val="right"/>
      </w:pPr>
      <w:r>
        <w:t>ہوں۔" ان کی اس بات میں مجھے اس سوال کا جواب مل گیا کہ ان کے بچے کیوں تعلیم میں اتنا زیادہ کامیاب ہیں۔ اس سے پہلے میں ایک بار ڈاکٹر مرچنٹ کے گھر گیا ہوں۔ وہاں میں نے دیکھا تھا کہ ان کا گھر بہت سادہ ہے۔ ان کی دو لڑکیاں ہیں۔ دونوں خاموشی کے ساتھ لکھنے پڑھنے میں مشغول رہتی ہیں۔ ڈاکٹر مرچنٹ کے پاس ذاتی کار ہے، لیکن ان کی لڑکیاں ہمیشہ بس کے ذریعے سکول جاتی ہیں۔</w:t>
      </w:r>
    </w:p>
    <w:p>
      <w:r>
        <w:rPr>
          <w:b/>
        </w:rPr>
        <w:t xml:space="preserve">[15:36] </w:t>
      </w:r>
      <w:r>
        <w:t>un ke ghar mein TV culture ka koi nishaan mujhe nazar nahin aaya.</w:t>
      </w:r>
    </w:p>
    <w:p>
      <w:pPr>
        <w:jc w:val="right"/>
      </w:pPr>
      <w:r>
        <w:t>ان کے گھر میں ٹی وی کلچر کا کوئی نشان مجھے نظر نہیں آیا۔</w:t>
      </w:r>
    </w:p>
    <w:p>
      <w:r>
        <w:rPr>
          <w:b/>
        </w:rPr>
        <w:t xml:space="preserve">[15:41] </w:t>
      </w:r>
      <w:r>
        <w:t>yahi saada aur ba-usool zindagi doctor merchant ke bachchon ki kaamyaabi ka asal sabab hai.</w:t>
      </w:r>
    </w:p>
    <w:p>
      <w:pPr>
        <w:jc w:val="right"/>
      </w:pPr>
      <w:r>
        <w:t>یہی سادہ اور بااصول زندگی ڈاکٹر مرچنٹ کے بچوں کی کامیابی کا اصل سبب ہے۔</w:t>
      </w:r>
    </w:p>
    <w:p>
      <w:r>
        <w:rPr>
          <w:b/>
        </w:rPr>
        <w:t xml:space="preserve">[15:47] </w:t>
      </w:r>
      <w:r>
        <w:t>aaj kal har baap apni aulaad ki shikaayat karta hai, lekin haqeeqat yeh hai ke har baap ko</w:t>
      </w:r>
    </w:p>
    <w:p>
      <w:pPr>
        <w:jc w:val="right"/>
      </w:pPr>
      <w:r>
        <w:t>آج کل ہر باپ اپنی اولاد کی شکایت کرتا ہے، لیکن حقیقت یہ ہے کہ ہر باپ کو</w:t>
      </w:r>
    </w:p>
    <w:p>
      <w:r>
        <w:rPr>
          <w:b/>
        </w:rPr>
        <w:t xml:space="preserve">[15:52] </w:t>
      </w:r>
      <w:r>
        <w:t>khud apni shikaayat karna chahiye.</w:t>
      </w:r>
    </w:p>
    <w:p>
      <w:pPr>
        <w:jc w:val="right"/>
      </w:pPr>
      <w:r>
        <w:t>خود اپنی شکایت کرنا چاہیے۔</w:t>
      </w:r>
    </w:p>
    <w:p>
      <w:r>
        <w:rPr>
          <w:b/>
        </w:rPr>
        <w:t xml:space="preserve">[15:57] </w:t>
      </w:r>
      <w:r>
        <w:t>aam taur par walidain yeh karte hain ke woh apne ghar ke mahaul ko saada nahin banate hain.</w:t>
      </w:r>
    </w:p>
    <w:p>
      <w:pPr>
        <w:jc w:val="right"/>
      </w:pPr>
      <w:r>
        <w:t>عام طور پر والدین یہ کرتے ہیں کہ وہ اپنے گھر کے ماحول کو سادہ نہیں بناتے۔</w:t>
      </w:r>
    </w:p>
    <w:p>
      <w:r>
        <w:rPr>
          <w:b/>
        </w:rPr>
        <w:t xml:space="preserve">[16:02] </w:t>
      </w:r>
      <w:r>
        <w:t>un ki sab se badi khwahish yeh rehti hai ke woh apne bachchon ke har shauq ko poora kar saken.</w:t>
      </w:r>
    </w:p>
    <w:p>
      <w:pPr>
        <w:jc w:val="right"/>
      </w:pPr>
      <w:r>
        <w:t>ان کی سب سے بڑی خواہش یہ رہتی ہے کہ وہ اپنے بچوں کے ہر شوق کو پورا کر سکیں۔</w:t>
      </w:r>
    </w:p>
    <w:p>
      <w:r>
        <w:rPr>
          <w:b/>
        </w:rPr>
        <w:t xml:space="preserve">[16:07] </w:t>
      </w:r>
      <w:r>
        <w:t>woh apne bachchon ko TV culture ka aadi bana dete hain.</w:t>
      </w:r>
    </w:p>
    <w:p>
      <w:pPr>
        <w:jc w:val="right"/>
      </w:pPr>
      <w:r>
        <w:t>وہ اپنے بچوں کو ٹی وی کلچر کا عادی بنا دیتے ہیں۔</w:t>
      </w:r>
    </w:p>
    <w:p>
      <w:r>
        <w:rPr>
          <w:b/>
        </w:rPr>
        <w:t xml:space="preserve">[16:13] </w:t>
      </w:r>
      <w:r>
        <w:t>yahi woh cheez hai jo gharon ke bigaad ka asal sabab hai.</w:t>
      </w:r>
    </w:p>
    <w:p>
      <w:pPr>
        <w:jc w:val="right"/>
      </w:pPr>
      <w:r>
        <w:t>یہی وہ چیز ہے جو گھروں کے بگاڑ کا اصل سبب ہے۔</w:t>
      </w:r>
    </w:p>
    <w:p>
      <w:r>
        <w:rPr>
          <w:b/>
        </w:rPr>
        <w:t xml:space="preserve">[16:19] </w:t>
      </w:r>
      <w:r>
        <w:t>is bigaad ki tamam tar zimmedari walidain par hai, na ke aulaad par.</w:t>
      </w:r>
    </w:p>
    <w:p>
      <w:pPr>
        <w:jc w:val="right"/>
      </w:pPr>
      <w:r>
        <w:t>اس بگاڑ کی تمام تر ذمہ داری والدین پر ہے، نہ کہ اولاد پر۔</w:t>
      </w:r>
    </w:p>
    <w:p>
      <w:r>
        <w:rPr>
          <w:b/>
        </w:rPr>
        <w:t xml:space="preserve">[16:25] </w:t>
      </w:r>
      <w:r>
        <w:t>bachchon ki tarbiyat: kitab "tarbiyat-e-aulad", maulana wahiduddin khan, safha number 12.</w:t>
      </w:r>
    </w:p>
    <w:p>
      <w:pPr>
        <w:jc w:val="right"/>
      </w:pPr>
      <w:r>
        <w:t>بچوں کی تربیت: کتاب "تربیتِ اولاد"، مولانا وحید الدین خان، صفحہ نمبر 12۔</w:t>
      </w:r>
    </w:p>
    <w:p>
      <w:r>
        <w:rPr>
          <w:b/>
        </w:rPr>
        <w:t xml:space="preserve">[16:31] </w:t>
      </w:r>
      <w:r>
        <w:t>ek maghribi mulk mein muqeem</w:t>
      </w:r>
    </w:p>
    <w:p>
      <w:pPr>
        <w:jc w:val="right"/>
      </w:pPr>
      <w:r>
        <w:t>ایک مغربی ملک میں مقیم</w:t>
      </w:r>
    </w:p>
    <w:p>
      <w:r>
        <w:rPr>
          <w:b/>
        </w:rPr>
        <w:t xml:space="preserve">[16:37] </w:t>
      </w:r>
      <w:r>
        <w:t>ek musalman khandan ne is ka izhaar kiya ke woh yeh chahte hain ke un ke bachche kuch</w:t>
      </w:r>
    </w:p>
    <w:p>
      <w:pPr>
        <w:jc w:val="right"/>
      </w:pPr>
      <w:r>
        <w:t>ایک مسلم خاندان نے اس کا اظہار کیا کہ وہ یہ چاہتے ہیں کہ ان کے بچے کچھ</w:t>
      </w:r>
    </w:p>
    <w:p>
      <w:r>
        <w:rPr>
          <w:b/>
        </w:rPr>
        <w:t xml:space="preserve">[16:41] </w:t>
      </w:r>
      <w:r>
        <w:t>dinon ke liye aa kar hamare yahan thehrein aur hum se islami tarbiyat hasil karein.</w:t>
      </w:r>
    </w:p>
    <w:p>
      <w:pPr>
        <w:jc w:val="right"/>
      </w:pPr>
      <w:r>
        <w:t>دنوں کے لیے آ کر ہمارے یہاں ٹھہریں اور ہم سے اسلامی تربیت حاصل کریں۔</w:t>
      </w:r>
    </w:p>
    <w:p>
      <w:r>
        <w:rPr>
          <w:b/>
        </w:rPr>
        <w:t xml:space="preserve">[16:46] </w:t>
      </w:r>
      <w:r>
        <w:t>maine is tajweez ko radd kar diya.</w:t>
      </w:r>
    </w:p>
    <w:p>
      <w:pPr>
        <w:jc w:val="right"/>
      </w:pPr>
      <w:r>
        <w:t>میں نے اس تجویز کو رد کر دیا۔</w:t>
      </w:r>
    </w:p>
    <w:p>
      <w:r>
        <w:rPr>
          <w:b/>
        </w:rPr>
        <w:t xml:space="preserve">[16:50] </w:t>
      </w:r>
      <w:r>
        <w:t>mere nazdeek yeh tarbiyat ka ek masnooi tareeqa hai.</w:t>
      </w:r>
    </w:p>
    <w:p>
      <w:pPr>
        <w:jc w:val="right"/>
      </w:pPr>
      <w:r>
        <w:t>میرے نزدیک یہ تربیت کا ایک مصنوعی طریقہ ہے۔</w:t>
      </w:r>
    </w:p>
    <w:p>
      <w:r>
        <w:rPr>
          <w:b/>
        </w:rPr>
        <w:t xml:space="preserve">[16:54] </w:t>
      </w:r>
      <w:r>
        <w:t>is dunya mein koi bhi natija khez kaam sirf fitri tareeqa ke mutabiq anjaam pata hai.</w:t>
      </w:r>
    </w:p>
    <w:p>
      <w:pPr>
        <w:jc w:val="right"/>
      </w:pPr>
      <w:r>
        <w:t>اس دنیا میں کوئی بھی نتیجہ خیز کام صرف فطری طریقے کے مطابق انجام پاتا ہے۔</w:t>
      </w:r>
    </w:p>
    <w:p>
      <w:r>
        <w:rPr>
          <w:b/>
        </w:rPr>
        <w:t xml:space="preserve">[16:59] </w:t>
      </w:r>
      <w:r>
        <w:t>ghair fitri tareeqa kisi bhi kaam ke liye hargiz mufeed nahin.</w:t>
      </w:r>
    </w:p>
    <w:p>
      <w:pPr>
        <w:jc w:val="right"/>
      </w:pPr>
      <w:r>
        <w:t>غیر فطری طریقہ کسی بھی کام کے لیے ہرگز مفید نہیں۔</w:t>
      </w:r>
    </w:p>
    <w:p>
      <w:r>
        <w:rPr>
          <w:b/>
        </w:rPr>
        <w:t xml:space="preserve">[17:03] </w:t>
      </w:r>
      <w:r>
        <w:t>is silsile mein</w:t>
      </w:r>
    </w:p>
    <w:p>
      <w:pPr>
        <w:jc w:val="right"/>
      </w:pPr>
      <w:r>
        <w:t>اس سلسلے میں</w:t>
      </w:r>
    </w:p>
    <w:p>
      <w:r>
        <w:rPr>
          <w:b/>
        </w:rPr>
        <w:t xml:space="preserve">[17:07] </w:t>
      </w:r>
      <w:r>
        <w:t>mujhe ek waqia yaad aata hai.</w:t>
      </w:r>
    </w:p>
    <w:p>
      <w:pPr>
        <w:jc w:val="right"/>
      </w:pPr>
      <w:r>
        <w:t>مجھے ایک واقعہ یاد آتا ہے۔</w:t>
      </w:r>
    </w:p>
    <w:p>
      <w:r>
        <w:rPr>
          <w:b/>
        </w:rPr>
        <w:t xml:space="preserve">[17:12] </w:t>
      </w:r>
      <w:r>
        <w:t>april 1981 mein ek international conference mein shirkat ke tehat main barbados gaya tha.</w:t>
      </w:r>
    </w:p>
    <w:p>
      <w:pPr>
        <w:jc w:val="right"/>
      </w:pPr>
      <w:r>
        <w:t>اپریل 1981 میں ایک انٹرنیشنل کانفرنس میں شرکت کے تحت میں باربیڈوز گیا تھا۔</w:t>
      </w:r>
    </w:p>
    <w:p>
      <w:r>
        <w:rPr>
          <w:b/>
        </w:rPr>
        <w:t xml:space="preserve">[17:18] </w:t>
      </w:r>
      <w:r>
        <w:t>is silsile mein wahan ke muqeem musalmanon ne ek masjid mein mera program rakha.</w:t>
      </w:r>
    </w:p>
    <w:p>
      <w:pPr>
        <w:jc w:val="right"/>
      </w:pPr>
      <w:r>
        <w:t>اس سلسلے میں وہاں کے مقیم مسلمانوں نے ایک مسجد میں میرا پروگرام رکھا۔</w:t>
      </w:r>
    </w:p>
    <w:p>
      <w:r>
        <w:rPr>
          <w:b/>
        </w:rPr>
        <w:t xml:space="preserve">[17:23] </w:t>
      </w:r>
      <w:r>
        <w:t>ek saahab apne ek bachche ko apne saath le kar wahan aaye.</w:t>
      </w:r>
    </w:p>
    <w:p>
      <w:pPr>
        <w:jc w:val="right"/>
      </w:pPr>
      <w:r>
        <w:t>ایک صاحب اپنے ایک بچے کو اپنے ساتھ لے کر وہاں آئے۔</w:t>
      </w:r>
    </w:p>
    <w:p>
      <w:r>
        <w:rPr>
          <w:b/>
        </w:rPr>
        <w:t xml:space="preserve">[17:28] </w:t>
      </w:r>
      <w:r>
        <w:t>yeh bachcha jo taqreeban 12 saal ka tha, woh asal ijtima ke bahar ek maqam par is tarah</w:t>
      </w:r>
    </w:p>
    <w:p>
      <w:pPr>
        <w:jc w:val="right"/>
      </w:pPr>
      <w:r>
        <w:t>یہ بچہ جو تقریباً 12 سال کا تھا، وہ اصل اجتماع کے باہر ایک مقام پر اس طرح</w:t>
      </w:r>
    </w:p>
    <w:p>
      <w:r>
        <w:rPr>
          <w:b/>
        </w:rPr>
        <w:t xml:space="preserve">[17:33] </w:t>
      </w:r>
      <w:r>
        <w:t>baitha ke us ki peeth meri taraf thi aur us ka chehra doosri taraf.</w:t>
      </w:r>
    </w:p>
    <w:p>
      <w:pPr>
        <w:jc w:val="right"/>
      </w:pPr>
      <w:r>
        <w:t>بیٹھا کہ اس کی پیٹھ میری طرف تھی اور اس کا چہرہ دوسری طرف۔</w:t>
      </w:r>
    </w:p>
    <w:p>
      <w:r>
        <w:rPr>
          <w:b/>
        </w:rPr>
        <w:t xml:space="preserve">[17:39] </w:t>
      </w:r>
      <w:r>
        <w:t>ek shakhs ne is se kaha ke "tum is tarah kyun baithe ho? andar chal kar logon ke</w:t>
      </w:r>
    </w:p>
    <w:p>
      <w:pPr>
        <w:jc w:val="right"/>
      </w:pPr>
      <w:r>
        <w:t>ایک شخص نے اس سے کہا کہ "تم اس طرح کیوں بیٹھے ہو؟ اندر چل کر لوگوں کے</w:t>
      </w:r>
    </w:p>
    <w:p>
      <w:r>
        <w:rPr>
          <w:b/>
        </w:rPr>
        <w:t xml:space="preserve">[17:44] </w:t>
      </w:r>
      <w:r>
        <w:t>ساتھ بیٹھو۔" لڑکے نے نہایت بے پرواہی کے ساتھ جواب دیا: "Me not" یعنی مجھے اس سے کوئی</w:t>
      </w:r>
    </w:p>
    <w:p>
      <w:pPr>
        <w:jc w:val="right"/>
      </w:pPr>
      <w:r>
        <w:t>ساتھ بیٹھو۔" لڑکے نے نہایت بے پرواہی کے ساتھ جواب دیا: "می ناٹ" یعنی مجھے اس سے کوئی</w:t>
      </w:r>
    </w:p>
    <w:p>
      <w:r>
        <w:rPr>
          <w:b/>
        </w:rPr>
        <w:t xml:space="preserve">[17:49] </w:t>
      </w:r>
      <w:r>
        <w:t>matlab nahin hai.</w:t>
      </w:r>
    </w:p>
    <w:p>
      <w:pPr>
        <w:jc w:val="right"/>
      </w:pPr>
      <w:r>
        <w:t>مطلب نہیں ہے۔</w:t>
      </w:r>
    </w:p>
    <w:p>
      <w:r>
        <w:rPr>
          <w:b/>
        </w:rPr>
        <w:t xml:space="preserve">[17:54] </w:t>
      </w:r>
      <w:r>
        <w:t>yeh waqia maujooda zamanay ke tamam musalman khandanon ke liye ek alamaati waqie ki hesiyat rakhta hai.</w:t>
      </w:r>
    </w:p>
    <w:p>
      <w:pPr>
        <w:jc w:val="right"/>
      </w:pPr>
      <w:r>
        <w:t>یہ واقعہ موجودہ زمانے کے تمام مسلم خاندانوں کے لیے ایک علامتی واقعے کی حیثیت رکھتا ہے۔</w:t>
      </w:r>
    </w:p>
    <w:p>
      <w:r>
        <w:rPr>
          <w:b/>
        </w:rPr>
        <w:t xml:space="preserve">[17:59] </w:t>
      </w:r>
      <w:r>
        <w:t>aaj kal ke logon ka haal yeh hai ke woh mehnat kar ke kamate hain aur phir mohabbat</w:t>
      </w:r>
    </w:p>
    <w:p>
      <w:pPr>
        <w:jc w:val="right"/>
      </w:pPr>
      <w:r>
        <w:t>آج کل کے لوگوں کا حال یہ ہے کہ وہ محنت کر کے کماتے ہیں اور پھر محبت</w:t>
      </w:r>
    </w:p>
    <w:p>
      <w:r>
        <w:rPr>
          <w:b/>
        </w:rPr>
        <w:t xml:space="preserve">[18:04] </w:t>
      </w:r>
      <w:r>
        <w:t>ke naam par apni kamai ka bada hissa bach</w:t>
      </w:r>
    </w:p>
    <w:p>
      <w:pPr>
        <w:jc w:val="right"/>
      </w:pPr>
      <w:r>
        <w:t>کے نام پر اپنی کمائی کا بڑا حصہ بچ</w:t>
      </w:r>
    </w:p>
    <w:p>
      <w:r>
        <w:rPr>
          <w:b/>
        </w:rPr>
        <w:t xml:space="preserve">[18:09] </w:t>
      </w:r>
      <w:r>
        <w:t>on par kharch karte hain.</w:t>
      </w:r>
    </w:p>
    <w:p>
      <w:pPr>
        <w:jc w:val="right"/>
      </w:pPr>
      <w:r>
        <w:t>وں پر خرچ کرتے ہیں۔</w:t>
      </w:r>
    </w:p>
    <w:p>
      <w:r>
        <w:rPr>
          <w:b/>
        </w:rPr>
        <w:t xml:space="preserve">[18:14] </w:t>
      </w:r>
      <w:r>
        <w:t>magar apni haqeeqat ke aitbaar se yeh mohabbat nahin hai, balke woh laat pyar yaani pampering hai.</w:t>
      </w:r>
    </w:p>
    <w:p>
      <w:pPr>
        <w:jc w:val="right"/>
      </w:pPr>
      <w:r>
        <w:t>مگر اپنی حقیقت کے اعتبار سے یہ محبت نہیں ہے، بلکہ وہ لاٹ پیار یعنی پیمپرنگ ہے۔</w:t>
      </w:r>
    </w:p>
    <w:p>
      <w:r>
        <w:rPr>
          <w:b/>
        </w:rPr>
        <w:t xml:space="preserve">[18:19] </w:t>
      </w:r>
      <w:r>
        <w:t>aur yeh ek waqia hai ke bachchon ko bigaadne ka sab se bada sabab yahi laat pyar hai.</w:t>
      </w:r>
    </w:p>
    <w:p>
      <w:pPr>
        <w:jc w:val="right"/>
      </w:pPr>
      <w:r>
        <w:t>اور یہ ایک واقعہ ہے کہ بچوں کو بگاڑنے کا سب سے بڑا سبب یہی لاٹ پیار ہے۔</w:t>
      </w:r>
    </w:p>
    <w:p>
      <w:r>
        <w:rPr>
          <w:b/>
        </w:rPr>
        <w:t xml:space="preserve">[18:24] </w:t>
      </w:r>
      <w:r>
        <w:t>kisi bachche ka ibtidaai taqreeban das saal woh hai jis ko nafsiyaati istilaah mein tashkeeli daur yaani formative</w:t>
      </w:r>
    </w:p>
    <w:p>
      <w:pPr>
        <w:jc w:val="right"/>
      </w:pPr>
      <w:r>
        <w:t>کسی بچے کا ابتدائی تقریباً دس سال وہ ہے جس کو نفسیاتی اصطلاح میں تشکیلی دور یعنی فارمیٹیو</w:t>
      </w:r>
    </w:p>
    <w:p>
      <w:r>
        <w:rPr>
          <w:b/>
        </w:rPr>
        <w:t xml:space="preserve">[18:30] </w:t>
      </w:r>
      <w:r>
        <w:t>period kaha jata hai.</w:t>
      </w:r>
    </w:p>
    <w:p>
      <w:pPr>
        <w:jc w:val="right"/>
      </w:pPr>
      <w:r>
        <w:t>پیریڈ کہا جاتا ہے۔</w:t>
      </w:r>
    </w:p>
    <w:p>
      <w:r>
        <w:rPr>
          <w:b/>
        </w:rPr>
        <w:t xml:space="preserve">[18:35] </w:t>
      </w:r>
      <w:r>
        <w:t>yeh tashkeeli daur be had aham hai,</w:t>
      </w:r>
    </w:p>
    <w:p>
      <w:pPr>
        <w:jc w:val="right"/>
      </w:pPr>
      <w:r>
        <w:t>یہ تشکیلی دور بے حد اہم ہے،</w:t>
      </w:r>
    </w:p>
    <w:p>
      <w:r>
        <w:rPr>
          <w:b/>
        </w:rPr>
        <w:t xml:space="preserve">[18:40] </w:t>
      </w:r>
      <w:r>
        <w:t>kyunke is tashkeeli daur mein kisi ke andar jo shakhsiyat banti hai, woh be had aham hai. Yahi shakhsiyat baad ki poori umer mein baqi rehti hai. Isi haqeeqat ko aik arabi maqoolay mein is tarah bayan kiya gaya hai: "Man shabba ala shai'in inshaaba alaihi" yaani aadmi jis cheez par jawan hota hai, usi par woh boodha hota hai. Logon ka haal yeh hai ke woh tashkeeli daur yaani formative period mein naam nahad muh</w:t>
      </w:r>
    </w:p>
    <w:p>
      <w:pPr>
        <w:jc w:val="right"/>
      </w:pPr>
      <w:r>
        <w:t>کیونکہ اس تشکیلی دور میں کسی کے اندر جو شخصیت بنتی ہے، وہ بے حد اہم ہے۔ یہی شخصیت بعد کی پوری عمر میں باقی رہتی ہے۔ اسی حقیقت کو ایک عربی مقولے میں اس طرح بیان کیا گیا ہے: "من شب علی شی انشاب علیہ" یعنی آدمی جس چیز پر جوان ہوتا ہے، اسی پر وہ بوڑھا ہوتا ہے۔ لوگوں کا حال یہ ہے کہ وہ تشکیلی دور یعنی فارمیٹیو پیریڈ میں نام نہاد مح</w:t>
      </w:r>
    </w:p>
    <w:p>
      <w:r>
        <w:rPr>
          <w:b/>
        </w:rPr>
        <w:t xml:space="preserve">[19:10] </w:t>
      </w:r>
      <w:r>
        <w:t>abbat ke zariye bachon ko bigaad dete hain. Doosre lafzon mein yeh ke aaj kal ke tamam walidain apne bachon ko "me not bachay" yaani "me not children" bana dete hain. Is ke baad woh chahtay hain ke un ke bachay kisi karishma saaz tarbiyati tareeqay yaani charismatic method of training ke zariye islaah yafta banayein, ban jayein. Mere tajrubay ke mutabiq a</w:t>
      </w:r>
    </w:p>
    <w:p>
      <w:pPr>
        <w:jc w:val="right"/>
      </w:pPr>
      <w:r>
        <w:t>بت کے ذریعے بچوں کو بگاڑ دیتے ہیں۔ دوسرے لفظوں میں یہ کہ آج کل کے تمام والدین اپنے بچوں کو "می ناٹ بچے" یعنی "می ناٹ چلڈرن" بنا دیتے ہیں۔ اس کے بعد وہ چاہتے ہیں کہ ان کے بچے کسی کرشمہ ساز تربیتی طریقے یعنی کیرزمیٹک میتھڈ آف ٹریننگ کے ذریعے اصلاح یافتہ بنائیں، بن جائیں۔ میرے تجربے کے مطابق ا</w:t>
      </w:r>
    </w:p>
    <w:p>
      <w:r>
        <w:rPr>
          <w:b/>
        </w:rPr>
        <w:t xml:space="preserve">[19:40] </w:t>
      </w:r>
      <w:r>
        <w:t>asal masla yeh hai ke maujooda zamanay ke walidain apne bachon ki tarbiyat ke mamlay mein sanjeeda nahin. Is mamlay mein agar koi baap zyada se zyada soch pata hai to woh sirf yeh ke woh apne bete ko gol topi aur apni beti ko scarf pehna de aur phir khush ho ke us ne apni اولاد ko Islami tarbiyat se mazeen kar diya hai. Taham agar koi shakhs apne bachon ki tarbiyat ke mamlay mein sanjeeda ho to us ke liye main chand amli mashwar</w:t>
      </w:r>
    </w:p>
    <w:p>
      <w:pPr>
        <w:jc w:val="right"/>
      </w:pPr>
      <w:r>
        <w:t>صل مسئلہ یہ ہے کہ موجودہ زمانے کے والدین اپنے بچوں کی تربیت کے معاملے میں سنجیدہ نہیں۔ اس معاملے میں اگر کوئی باپ زیادہ سے زیادہ سوچ پاتا ہے تو وہ صرف یہ کہ وہ اپنے بیٹے کو گول ٹوپی اور اپنی بیٹی کو اسکارف پہنا دے اور پھر خوش ہو کہ اس نے اپنی اولاد کو اسلامی تربیت سے مزین کر دیا ہے۔ تاہم اگر کوئی شخص اپنے بچوں کی تربیت کے معاملے میں سنجیدہ ہو تو اس کے لیے میں چند عملی مشور</w:t>
      </w:r>
    </w:p>
    <w:p>
      <w:r>
        <w:rPr>
          <w:b/>
        </w:rPr>
        <w:t xml:space="preserve">[20:10] </w:t>
      </w:r>
      <w:r>
        <w:t>e yahan darj karunga.</w:t>
      </w:r>
    </w:p>
    <w:p>
      <w:pPr>
        <w:jc w:val="right"/>
      </w:pPr>
      <w:r>
        <w:t>ے یہاں درج کروں گا۔</w:t>
      </w:r>
    </w:p>
    <w:p>
      <w:r>
        <w:rPr>
          <w:b/>
        </w:rPr>
        <w:t xml:space="preserve">[20:15] </w:t>
      </w:r>
      <w:r>
        <w:t>number aik: mohabbat ke naam par laat piyaar yaani pampering ko woh is tarah chhod dein jaise woh</w:t>
      </w:r>
    </w:p>
    <w:p>
      <w:pPr>
        <w:jc w:val="right"/>
      </w:pPr>
      <w:r>
        <w:t>نمبر ایک: محبت کے نام پر لاٹ پیار یعنی پیمپرنگ کو وہ اس طرح چھوڑ دیں جیسے وہ</w:t>
      </w:r>
    </w:p>
    <w:p>
      <w:r>
        <w:rPr>
          <w:b/>
        </w:rPr>
        <w:t xml:space="preserve">[20:20] </w:t>
      </w:r>
      <w:r>
        <w:t>kisi haraam ko chhodte hain.</w:t>
      </w:r>
    </w:p>
    <w:p>
      <w:pPr>
        <w:jc w:val="right"/>
      </w:pPr>
      <w:r>
        <w:t>کسی حرام کو چھوڑتے ہیں۔</w:t>
      </w:r>
    </w:p>
    <w:p>
      <w:r>
        <w:rPr>
          <w:b/>
        </w:rPr>
        <w:t xml:space="preserve">[20:25] </w:t>
      </w:r>
      <w:r>
        <w:t>mohabbat ke naam par jo laat piyaar kiya jaata hai, is ka sab se bada nuksaan yeh hai</w:t>
      </w:r>
    </w:p>
    <w:p>
      <w:pPr>
        <w:jc w:val="right"/>
      </w:pPr>
      <w:r>
        <w:t>محبت کے نام پر جو لاٹ پیار کیا جاتا ہے، اس کا سب سے بڑا نقصان یہ ہے</w:t>
      </w:r>
    </w:p>
    <w:p>
      <w:r>
        <w:rPr>
          <w:b/>
        </w:rPr>
        <w:t xml:space="preserve">[20:30] </w:t>
      </w:r>
      <w:r>
        <w:t>ke woh bachche ko zindagi ke haqaaeq yaani realities se bilkul bekhabar kar deta hai.</w:t>
      </w:r>
    </w:p>
    <w:p>
      <w:pPr>
        <w:jc w:val="right"/>
      </w:pPr>
      <w:r>
        <w:t>کہ وہ بچے کو زندگی کے حقائق یعنی ریلیٹیز سے بالکل بے خبر کر دیتا ہے۔</w:t>
      </w:r>
    </w:p>
    <w:p>
      <w:r>
        <w:rPr>
          <w:b/>
        </w:rPr>
        <w:t xml:space="preserve">[20:35] </w:t>
      </w:r>
      <w:r>
        <w:t>is ka nateeja yeh hota hai ke bachche ke andar haqeeqat pasandana tarz-e-fikr yaani realistic appro</w:t>
      </w:r>
    </w:p>
    <w:p>
      <w:pPr>
        <w:jc w:val="right"/>
      </w:pPr>
      <w:r>
        <w:t>اس کا نتیجہ یہ ہوتا ہے کہ بچے کے اندر حقیقت پسندانہ طرز فکر یعنی ریلسٹک اپرو</w:t>
      </w:r>
    </w:p>
    <w:p>
      <w:r>
        <w:rPr>
          <w:b/>
        </w:rPr>
        <w:t xml:space="preserve">[20:40] </w:t>
      </w:r>
      <w:r>
        <w:t>ach ka nashonuma nahi hota.</w:t>
      </w:r>
    </w:p>
    <w:p>
      <w:pPr>
        <w:jc w:val="right"/>
      </w:pPr>
      <w:r>
        <w:t>چ کا نشونما نہیں ہوتا۔</w:t>
      </w:r>
    </w:p>
    <w:p>
      <w:r>
        <w:rPr>
          <w:b/>
        </w:rPr>
        <w:t xml:space="preserve">[20:45] </w:t>
      </w:r>
      <w:r>
        <w:t>mazeed yeh ke is ke nateeje mein bachche ke andar aik khud pasand shakhsiyat yaani self centered personality</w:t>
      </w:r>
    </w:p>
    <w:p>
      <w:pPr>
        <w:jc w:val="right"/>
      </w:pPr>
      <w:r>
        <w:t>مزید یہ کہ اس کے نتیجے میں بچے کے اندر ایک خود پسند شخصیت یعنی سیلف سینٹرڈ پرسنیلٹی</w:t>
      </w:r>
    </w:p>
    <w:p>
      <w:r>
        <w:rPr>
          <w:b/>
        </w:rPr>
        <w:t xml:space="preserve">[20:50] </w:t>
      </w:r>
      <w:r>
        <w:t>tashkeel paati hai, jo kisi aadmi ke liye kaamyaab zindagi ki taameer mein bila shubah sab se badi rukawat hai.</w:t>
      </w:r>
    </w:p>
    <w:p>
      <w:pPr>
        <w:jc w:val="right"/>
      </w:pPr>
      <w:r>
        <w:t>تشکیل پاتی ہے، جو کسی آدمی کے لیے کامیاب زندگی کی تعمیر میں بلاشبہ سب سے بڑی رکاوٹ ہے۔</w:t>
      </w:r>
    </w:p>
    <w:p>
      <w:r>
        <w:rPr>
          <w:b/>
        </w:rPr>
        <w:t xml:space="preserve">[20:55] </w:t>
      </w:r>
      <w:r>
        <w:t>number do: is silsile mein yeh baat bohat zyada qabil-e-lihaaz hai ke bachche ki umr ka ibtidaai</w:t>
      </w:r>
    </w:p>
    <w:p>
      <w:pPr>
        <w:jc w:val="right"/>
      </w:pPr>
      <w:r>
        <w:t>نمبر دو: اس سلسلے میں یہ بات بہت زیادہ قابل لحاظ ہے کہ بچے کی عمر کا ابتدائی</w:t>
      </w:r>
    </w:p>
    <w:p>
      <w:r>
        <w:rPr>
          <w:b/>
        </w:rPr>
        <w:t xml:space="preserve">[21:00] </w:t>
      </w:r>
      <w:r>
        <w:t>tashkeeli daur maa baap ke saath guzarta hai.</w:t>
      </w:r>
    </w:p>
    <w:p>
      <w:pPr>
        <w:jc w:val="right"/>
      </w:pPr>
      <w:r>
        <w:t>تشکیلی دور ماں باپ کے ساتھ گزرتا ہے۔</w:t>
      </w:r>
    </w:p>
    <w:p>
      <w:r>
        <w:rPr>
          <w:b/>
        </w:rPr>
        <w:t xml:space="preserve">[21:05] </w:t>
      </w:r>
      <w:r>
        <w:t>is daur mein bachche ke andar</w:t>
      </w:r>
    </w:p>
    <w:p>
      <w:pPr>
        <w:jc w:val="right"/>
      </w:pPr>
      <w:r>
        <w:t>اس دور میں بچے کے اندر</w:t>
      </w:r>
    </w:p>
    <w:p>
      <w:r>
        <w:rPr>
          <w:b/>
        </w:rPr>
        <w:t xml:space="preserve">[21:10] </w:t>
      </w:r>
      <w:r>
        <w:t>jo shakhsiyat banti hai, woh hamesha badastoor is ke andar baaqi rehti hai.</w:t>
      </w:r>
    </w:p>
    <w:p>
      <w:pPr>
        <w:jc w:val="right"/>
      </w:pPr>
      <w:r>
        <w:t>جو شخصیت بنتی ہے، وہ ہمیشہ بدستور اس کے اندر باقی رہتی ہے۔</w:t>
      </w:r>
    </w:p>
    <w:p>
      <w:r>
        <w:rPr>
          <w:b/>
        </w:rPr>
        <w:t xml:space="preserve">[21:15] </w:t>
      </w:r>
      <w:r>
        <w:t>walidain ko jaanna chahiye ke is ibtidaai tashkeeli daur mein agar unhon ne bachche ki tarbiyat mein ghalti</w:t>
      </w:r>
    </w:p>
    <w:p>
      <w:pPr>
        <w:jc w:val="right"/>
      </w:pPr>
      <w:r>
        <w:t>والدین کو جاننا چاہیے کہ اس ابتدائی تشکیلی دور میں اگر انہوں نے بچے کی تربیت میں غلطی</w:t>
      </w:r>
    </w:p>
    <w:p>
      <w:r>
        <w:rPr>
          <w:b/>
        </w:rPr>
        <w:t xml:space="preserve">[21:20] </w:t>
      </w:r>
      <w:r>
        <w:t>ki to baad ke zamane mein is ki talaafi kabhi na ho sake gi.</w:t>
      </w:r>
    </w:p>
    <w:p>
      <w:pPr>
        <w:jc w:val="right"/>
      </w:pPr>
      <w:r>
        <w:t>کی تو بعد کے زمانے میں اس کی تلافی کبھی نہ ہو سکے گی۔</w:t>
      </w:r>
    </w:p>
    <w:p>
      <w:r>
        <w:rPr>
          <w:b/>
        </w:rPr>
        <w:t xml:space="preserve">[21:25] </w:t>
      </w:r>
      <w:r>
        <w:t>baad ke zamane mein aise kisi shakhs ki islaah ki sirf aik mumkin soorat hoti hai, aur woh</w:t>
      </w:r>
    </w:p>
    <w:p>
      <w:pPr>
        <w:jc w:val="right"/>
      </w:pPr>
      <w:r>
        <w:t>بعد کے زمانے میں ایسے کسی شخص کی اصلاح کی صرف ایک ممکن صورت ہوتی ہے، اور وہ</w:t>
      </w:r>
    </w:p>
    <w:p>
      <w:r>
        <w:rPr>
          <w:b/>
        </w:rPr>
        <w:t xml:space="preserve">[21:30] </w:t>
      </w:r>
      <w:r>
        <w:t>yeh ke is ko shadeed nawiyat ka koi hila dene wala tajruba yaani shocking experience pesh aaye, jo</w:t>
      </w:r>
    </w:p>
    <w:p>
      <w:pPr>
        <w:jc w:val="right"/>
      </w:pPr>
      <w:r>
        <w:t>یہ کہ اس کو شدید نوعیت کا کوئی ہلا دینے والا تجربہ یعنی شاکنگ ایکسپیرینس پیش آئے، جو</w:t>
      </w:r>
    </w:p>
    <w:p>
      <w:r>
        <w:rPr>
          <w:b/>
        </w:rPr>
        <w:t xml:space="preserve">[21:35] </w:t>
      </w:r>
      <w:r>
        <w:t>is ke liye aik</w:t>
      </w:r>
    </w:p>
    <w:p>
      <w:pPr>
        <w:jc w:val="right"/>
      </w:pPr>
      <w:r>
        <w:t>اس کے لیے ایک</w:t>
      </w:r>
    </w:p>
    <w:p>
      <w:r>
        <w:rPr>
          <w:b/>
        </w:rPr>
        <w:t xml:space="preserve">[21:40] </w:t>
      </w:r>
      <w:r>
        <w:t>nuqta-e-inqilab yaani turning point ban jaye. Magar bohat kam logon ko is qism ka hila dene wala tajruba pesh aata hai. Mazeed yeh ke aisa hila dene wala tajruba aur bhi nadir yaani rare hai, jabke woh aadmi ke liye musbat inqilab ka sabab ban jaye. Number teen: apne tajrubay ki roshni mein aisay walidain ko mera mashwara yeh hai ke woh apni اولاد ko hamaray yahan ka matboo'a literature ihtimam ke sath</w:t>
      </w:r>
    </w:p>
    <w:p>
      <w:pPr>
        <w:jc w:val="right"/>
      </w:pPr>
      <w:r>
        <w:t>نقطہ انقلاب یعنی ٹرننگ پوائنٹ بن جائے۔ مگر بہت کم لوگوں کو اس قسم کا ہلا دینے والا تجربہ پیش آتا ہے۔ مزید یہ کہ ایسا ہلا دینے والا تجربہ اور بھی نادر یعنی ریئر ہے، جبکہ وہ آدمی کے لیے مثبت انقلاب کا سبب بن جائے۔ نمبر تین: اپنے تجربے کی روشنی میں ایسے والدین کو میرا مشورہ یہ ہے کہ وہ اپنی اولاد کو ہمارے یہاں کا مطبوعہ لٹریچر اہتمام کے ساتھ</w:t>
      </w:r>
    </w:p>
    <w:p>
      <w:r>
        <w:rPr>
          <w:b/>
        </w:rPr>
        <w:t xml:space="preserve">[22:10] </w:t>
      </w:r>
      <w:r>
        <w:t>parhwaein, sirf aik baar nahin balkeh bar bar. Isi ke sath woh koshish karein ke un ke bachay hamaray yahan ke tayyar shuda audio aur video dekhein aur sunein. Yeh tamam audio aur video hamari website www.cpsglobal.org par dastiyab hain. Mazeed yeh ke Dilli mein hone wala hamara haftawar lecture ka program pabandi ke sath sunein, jo ke har Saturday</w:t>
      </w:r>
    </w:p>
    <w:p>
      <w:pPr>
        <w:jc w:val="right"/>
      </w:pPr>
      <w:r>
        <w:t>پڑھوائیں، صرف ایک بار نہیں بلکہ بار بار۔ اسی کے ساتھ وہ کوشش کریں کہ ان کے بچے ہمارے یہاں کے تیار شدہ آڈیو اور ویڈیو دیکھیں اور سنیں۔ یہ تمام آڈیو اور ویڈیو ہماری ویب سائٹ www.cpsglobal.org پر دستیاب ہیں۔ مزید یہ کہ دہلی میں ہونے والا ہمارا ہفتہ وار لیکچر کا پروگرام پابندی کے ساتھ سنیں، جو کہ ہر سنیچر</w:t>
      </w:r>
    </w:p>
    <w:p>
      <w:r>
        <w:rPr>
          <w:b/>
        </w:rPr>
        <w:t xml:space="preserve">[22:40] </w:t>
      </w:r>
      <w:r>
        <w:t>ko shaam paanch baje IST aur har itwaar ki subah ko saade das baje IST</w:t>
      </w:r>
    </w:p>
    <w:p>
      <w:pPr>
        <w:jc w:val="right"/>
      </w:pPr>
      <w:r>
        <w:t>کو شام پانچ بجے آئی ایس ٹی اور ہر اتوار کی صبح کو ساڑھے دس بجے آئی ایس</w:t>
      </w:r>
    </w:p>
    <w:p>
      <w:r>
        <w:rPr>
          <w:b/>
        </w:rPr>
        <w:t xml:space="preserve">[22:46] </w:t>
      </w:r>
      <w:r>
        <w:t>shuru hota hai.</w:t>
      </w:r>
    </w:p>
    <w:p>
      <w:pPr>
        <w:jc w:val="right"/>
      </w:pPr>
      <w:r>
        <w:t>ٹی شروع ہوتا ہے۔</w:t>
      </w:r>
    </w:p>
    <w:p>
      <w:r>
        <w:rPr>
          <w:b/>
        </w:rPr>
        <w:t xml:space="preserve">[22:52] </w:t>
      </w:r>
      <w:r>
        <w:t>in dono programon ko Facebook www.facebook.com Maulana W Khan par live dekha ja sakta hai.</w:t>
      </w:r>
    </w:p>
    <w:p>
      <w:pPr>
        <w:jc w:val="right"/>
      </w:pPr>
      <w:r>
        <w:t>ان دونوں پروگراموں کو فیس بک www.facebook.com مولانا ڈبلیو خان پر لائیو دیکھا جا سکتا ہے۔</w:t>
      </w:r>
    </w:p>
    <w:p>
      <w:r>
        <w:rPr>
          <w:b/>
        </w:rPr>
        <w:t xml:space="preserve">[22:58] </w:t>
      </w:r>
      <w:r>
        <w:t>number chaar: yeh laazmi nawiyat ka ibtidaai program hai.</w:t>
      </w:r>
    </w:p>
    <w:p>
      <w:pPr>
        <w:jc w:val="right"/>
      </w:pPr>
      <w:r>
        <w:t>نمبر چار: یہ لازمی نوعیت کا ابتدائی پروگرام ہے۔</w:t>
      </w:r>
    </w:p>
    <w:p>
      <w:r>
        <w:rPr>
          <w:b/>
        </w:rPr>
        <w:t xml:space="preserve">[23:04] </w:t>
      </w:r>
      <w:r>
        <w:t>jo walidain apne bachchon ki islaah-o-tarbiyat ke khwahishmand hon, un</w:t>
      </w:r>
    </w:p>
    <w:p>
      <w:pPr>
        <w:jc w:val="right"/>
      </w:pPr>
      <w:r>
        <w:t>جو والدین اپنے بچوں کی اصلاح و تربیت کے خواہش مند ہوں، ان</w:t>
      </w:r>
    </w:p>
    <w:p>
      <w:r>
        <w:rPr>
          <w:b/>
        </w:rPr>
        <w:t xml:space="preserve">[23:10] </w:t>
      </w:r>
      <w:r>
        <w:t>ko ise ikhtiyar karna chahiye. Agar woh is ko ikhtiyar na karein to koi bhi jadooi tadbeer bachon ki islaah ke liye karamad nahin ho sakti. Ghar ka mahol: kitaab "tarbiyat-e-aulad" Maulana Wahiduddin Khan, safha number 15. Aik taleem yafta Musalman se mulaqat hui. Unhon ne nihayat khu</w:t>
      </w:r>
    </w:p>
    <w:p>
      <w:pPr>
        <w:jc w:val="right"/>
      </w:pPr>
      <w:r>
        <w:t>کو اسے اختیار کرنا چاہیے۔ اگر وہ اس کو اختیار نہ کریں تو کوئی بھی جادوئی تدبیر بچوں کی اصلاح کے لیے کارآمد نہیں ہو سکتی۔ گھر کا ماحول: کتاب "تربیتِ اولاد" مولانا وحید الدین خان، صفحہ نمبر 15۔ ایک تعلیم یافتہ مسلمان سے ملاقات ہوئی۔ انہوں نے نہایت خو</w:t>
      </w:r>
    </w:p>
    <w:p>
      <w:r>
        <w:rPr>
          <w:b/>
        </w:rPr>
        <w:t xml:space="preserve">[23:40] </w:t>
      </w:r>
      <w:r>
        <w:t>she ke saath bataya ke un ka mamool hai ke woh rozana subah ko apne ghar walon ko</w:t>
      </w:r>
    </w:p>
    <w:p>
      <w:pPr>
        <w:jc w:val="right"/>
      </w:pPr>
      <w:r>
        <w:t>شی کے ساتھ بتایا کہ ان کا معمول ہے کہ وہ روزانہ صبح کو اپنے گھر والوں کو</w:t>
      </w:r>
    </w:p>
    <w:p>
      <w:r>
        <w:rPr>
          <w:b/>
        </w:rPr>
        <w:t xml:space="preserve">[23:46] </w:t>
      </w:r>
      <w:r>
        <w:t>aik jagah bithate hain aur kisi deeni kitaab ka aik hissa padh kar un ko sunate hain.</w:t>
      </w:r>
    </w:p>
    <w:p>
      <w:pPr>
        <w:jc w:val="right"/>
      </w:pPr>
      <w:r>
        <w:t>ایک جگہ بٹھاتے ہیں اور کسی دینی کتاب کا ایک حصہ پڑھ کر ان کو سناتے ہیں۔</w:t>
      </w:r>
    </w:p>
    <w:p>
      <w:r>
        <w:rPr>
          <w:b/>
        </w:rPr>
        <w:t xml:space="preserve">[23:52] </w:t>
      </w:r>
      <w:r>
        <w:t>mujhe bohat se logon ke bare mein maloom hai ke woh is tareeqe ko apnaye hue hain.</w:t>
      </w:r>
    </w:p>
    <w:p>
      <w:pPr>
        <w:jc w:val="right"/>
      </w:pPr>
      <w:r>
        <w:t>مجھے بہت سے لوگوں کے بارے میں معلوم ہے کہ وہ اس طریقے کو اپنائے ہوئے ہیں۔</w:t>
      </w:r>
    </w:p>
    <w:p>
      <w:r>
        <w:rPr>
          <w:b/>
        </w:rPr>
        <w:t xml:space="preserve">[23:58] </w:t>
      </w:r>
      <w:r>
        <w:t>woh samajhte hain ke aisa kar ke woh apna deeni fariza ada kar rahe hain.</w:t>
      </w:r>
    </w:p>
    <w:p>
      <w:pPr>
        <w:jc w:val="right"/>
      </w:pPr>
      <w:r>
        <w:t>وہ سمجھتے ہیں کہ ایسا کر کے وہ اپنا دینی فریضہ ادا کر رہے ہیں۔</w:t>
      </w:r>
    </w:p>
    <w:p>
      <w:r>
        <w:rPr>
          <w:b/>
        </w:rPr>
        <w:t xml:space="preserve">[24:04] </w:t>
      </w:r>
      <w:r>
        <w:t>yeh tareeqa bilashuba insaan ke bare mein kamtar andaze ki hesiyat rakhta hai. Insaan is</w:t>
      </w:r>
    </w:p>
    <w:p>
      <w:pPr>
        <w:jc w:val="right"/>
      </w:pPr>
      <w:r>
        <w:t>یہ طریقہ بلاشبہ انسان کے بارے میں کمتر اندازے کی حیثیت رکھتا ہے۔ انسان اس</w:t>
      </w:r>
    </w:p>
    <w:p>
      <w:r>
        <w:rPr>
          <w:b/>
        </w:rPr>
        <w:t xml:space="preserve">[24:10] </w:t>
      </w:r>
      <w:r>
        <w:t>tarah ki rasmi baaton se apna zehn nahin badalta, lekin is tarah ghar walon ko deeni kitab parh kar sunanay se matloob nataija hasil na hoga. Logon ka haal</w:t>
      </w:r>
    </w:p>
    <w:p>
      <w:pPr>
        <w:jc w:val="right"/>
      </w:pPr>
      <w:r>
        <w:t>طرح کی رسمی باتوں سے اپنا ذہن نہیں بدلتا، لیکن اس طرح گھر والوں کو دینی کتاب پڑھ کر سنانا اصل ذمہ داری کا صرف نصف ثانی ہے۔ اصل ذمہ داری کی نسبت سے نصف اول یہ ہے کہ گھر کے اندر موافق دین ماحول بنایا جائے۔ اگر گھر کے اندر موافق ماحول نہ ہو تو اس طرح کتاب پڑھ کر سنانے سے مطلوب نتیجہ حاصل نہ ہوگا۔ لوگوں کا حال</w:t>
      </w:r>
    </w:p>
    <w:p>
      <w:r>
        <w:rPr>
          <w:b/>
        </w:rPr>
        <w:t xml:space="preserve">[24:40] </w:t>
      </w:r>
      <w:r>
        <w:t>yeh hai ke un ke ghar mein poori tarah dunya daarana mahol hota hai.</w:t>
      </w:r>
    </w:p>
    <w:p>
      <w:pPr>
        <w:jc w:val="right"/>
      </w:pPr>
      <w:r>
        <w:t>یہ ہے کہ ان کے گھر میں پوری طرح دنیا دارانہ ماحول ہوتا ہے۔</w:t>
      </w:r>
    </w:p>
    <w:p>
      <w:r>
        <w:rPr>
          <w:b/>
        </w:rPr>
        <w:t xml:space="preserve">[24:46] </w:t>
      </w:r>
      <w:r>
        <w:t>ghar ke andar doosron ke khilaf shikayat ki baatein hoti hain.</w:t>
      </w:r>
    </w:p>
    <w:p>
      <w:pPr>
        <w:jc w:val="right"/>
      </w:pPr>
      <w:r>
        <w:t>گھر کے اندر دوسروں کے خلاف شکایت کی باتیں ہوتی ہیں۔</w:t>
      </w:r>
    </w:p>
    <w:p>
      <w:r>
        <w:rPr>
          <w:b/>
        </w:rPr>
        <w:t xml:space="preserve">[24:51] </w:t>
      </w:r>
      <w:r>
        <w:t>ghar ke andar manfi khabron ka charchah rehta hai.</w:t>
      </w:r>
    </w:p>
    <w:p>
      <w:pPr>
        <w:jc w:val="right"/>
      </w:pPr>
      <w:r>
        <w:t>گھر کے اندر منفی خبروں کا چرچہ رہتا ہے۔</w:t>
      </w:r>
    </w:p>
    <w:p>
      <w:r>
        <w:rPr>
          <w:b/>
        </w:rPr>
        <w:t xml:space="preserve">[24:56] </w:t>
      </w:r>
      <w:r>
        <w:t>ghar ke andar insani khair khwahi ki baatein nahi hoti, balke apne logon ko apna aur doosre logon</w:t>
      </w:r>
    </w:p>
    <w:p>
      <w:pPr>
        <w:jc w:val="right"/>
      </w:pPr>
      <w:r>
        <w:t>گھر کے اندر انسانی خیر خواہی کی باتیں نہیں ہوتی، بلکہ اپنے لوگوں کو اپنا اور دوسرے لوگوں</w:t>
      </w:r>
    </w:p>
    <w:p>
      <w:r>
        <w:rPr>
          <w:b/>
        </w:rPr>
        <w:t xml:space="preserve">[25:01] </w:t>
      </w:r>
      <w:r>
        <w:t>ko ghair samajhne ka mahol hota hai.</w:t>
      </w:r>
    </w:p>
    <w:p>
      <w:pPr>
        <w:jc w:val="right"/>
      </w:pPr>
      <w:r>
        <w:t>کو غیر سمجھنے کا ماحول ہوتا ہے۔</w:t>
      </w:r>
    </w:p>
    <w:p>
      <w:r>
        <w:rPr>
          <w:b/>
        </w:rPr>
        <w:t xml:space="preserve">[25:06] </w:t>
      </w:r>
      <w:r>
        <w:t>ghar ke andar jin baaton ka charchah hota hai, woh yeh woh hain: khana kapra, roopeya paisa,</w:t>
      </w:r>
    </w:p>
    <w:p>
      <w:pPr>
        <w:jc w:val="right"/>
      </w:pPr>
      <w:r>
        <w:t>گھر کے اندر جن باتوں کا چرچہ ہوتا ہے، وہ یہ وہ ہیں: کھانا کپڑا، روپیہ پیسہ،</w:t>
      </w:r>
    </w:p>
    <w:p>
      <w:r>
        <w:rPr>
          <w:b/>
        </w:rPr>
        <w:t xml:space="preserve">[25:11] </w:t>
      </w:r>
      <w:r>
        <w:t>business aur job waghera.</w:t>
      </w:r>
    </w:p>
    <w:p>
      <w:pPr>
        <w:jc w:val="right"/>
      </w:pPr>
      <w:r>
        <w:t>بزنس اور جاب وغیرہ۔</w:t>
      </w:r>
    </w:p>
    <w:p>
      <w:r>
        <w:rPr>
          <w:b/>
        </w:rPr>
        <w:t xml:space="preserve">[25:16] </w:t>
      </w:r>
      <w:r>
        <w:t>ghar mein deeni kitaab parh kar sunana bilashuba ek acha kaam hai, lekin is ko moassar banane ke</w:t>
      </w:r>
    </w:p>
    <w:p>
      <w:pPr>
        <w:jc w:val="right"/>
      </w:pPr>
      <w:r>
        <w:t>گھر میں دینی کتاب پڑھ کر سنانا بلاشبہ ایک اچھا کام ہے، لیکن اس کو مؤثر بنانے کے</w:t>
      </w:r>
    </w:p>
    <w:p>
      <w:r>
        <w:rPr>
          <w:b/>
        </w:rPr>
        <w:t xml:space="preserve">[25:21] </w:t>
      </w:r>
      <w:r>
        <w:t>liye zaroori hai ke ghar ke andar is ke muwafiq mahol maujood ho.</w:t>
      </w:r>
    </w:p>
    <w:p>
      <w:pPr>
        <w:jc w:val="right"/>
      </w:pPr>
      <w:r>
        <w:t>لیے ضروری ہے کہ گھر کے اندر اس کے موافق ماحول موجود ہو۔</w:t>
      </w:r>
    </w:p>
    <w:p>
      <w:r>
        <w:rPr>
          <w:b/>
        </w:rPr>
        <w:t xml:space="preserve">[25:26] </w:t>
      </w:r>
      <w:r>
        <w:t>kitaab parhne se pehle aur kitaab parhne ke baad ghar ke andar wahi mahol ho jo kitaab mein</w:t>
      </w:r>
    </w:p>
    <w:p>
      <w:pPr>
        <w:jc w:val="right"/>
      </w:pPr>
      <w:r>
        <w:t>کتاب پڑھنے سے پہلے اور کتاب پڑھنے کے بعد گھر کے اندر وہی ماحول ہو جو کتاب میں</w:t>
      </w:r>
    </w:p>
    <w:p>
      <w:r>
        <w:rPr>
          <w:b/>
        </w:rPr>
        <w:t xml:space="preserve">[25:31] </w:t>
      </w:r>
      <w:r>
        <w:t>bataya gaya hai.</w:t>
      </w:r>
    </w:p>
    <w:p>
      <w:pPr>
        <w:jc w:val="right"/>
      </w:pPr>
      <w:r>
        <w:t>بتایا گیا ہے۔</w:t>
      </w:r>
    </w:p>
    <w:p>
      <w:r>
        <w:rPr>
          <w:b/>
        </w:rPr>
        <w:t xml:space="preserve">[25:36] </w:t>
      </w:r>
      <w:r>
        <w:t>kisi ghar ko deendar banana isi waqt mumkin hai jab ke us ko poori sanjeedgi ke sath anjam diya jaye.</w:t>
      </w:r>
    </w:p>
    <w:p>
      <w:pPr>
        <w:jc w:val="right"/>
      </w:pPr>
      <w:r>
        <w:t>کسی گھر کو دیندار بنانا اسی وقت ممکن ہے جب کہ اس کو پوری سنجیدگی کے ساتھ انجام دیا جائے۔</w:t>
      </w:r>
    </w:p>
    <w:p>
      <w:r>
        <w:rPr>
          <w:b/>
        </w:rPr>
        <w:t xml:space="preserve">[25:41] </w:t>
      </w:r>
      <w:r>
        <w:t>ghar ka mahol muwafiq deen banaye baghair ghar ke andar deeni kitaab parh kar sunana goya hathi ke</w:t>
      </w:r>
    </w:p>
    <w:p>
      <w:pPr>
        <w:jc w:val="right"/>
      </w:pPr>
      <w:r>
        <w:t>گھر کا ماحول موافق دین بنائے بغیر گھر کے اندر دینی کتاب پڑھ کر سنانا گویا ہاتھی کے</w:t>
      </w:r>
    </w:p>
    <w:p>
      <w:r>
        <w:rPr>
          <w:b/>
        </w:rPr>
        <w:t xml:space="preserve">[25:49] </w:t>
      </w:r>
      <w:r>
        <w:t>dam mein patang bandhna hai.</w:t>
      </w:r>
    </w:p>
    <w:p>
      <w:pPr>
        <w:jc w:val="right"/>
      </w:pPr>
      <w:r>
        <w:t>دم میں پتنگ باندھنا ہے۔</w:t>
      </w:r>
    </w:p>
    <w:p>
      <w:r>
        <w:rPr>
          <w:b/>
        </w:rPr>
        <w:t xml:space="preserve">[25:57] </w:t>
      </w:r>
      <w:r>
        <w:t>is tarah ke kisi amal se ghar ke sarparaston ki zimmedari ada nahi ho sakti.</w:t>
      </w:r>
    </w:p>
    <w:p>
      <w:pPr>
        <w:jc w:val="right"/>
      </w:pPr>
      <w:r>
        <w:t>اس طرح کے کسی عمل سے گھر کے سرپرستوں کی ذمہ داری ادا نہیں ہو سکتی۔</w:t>
      </w:r>
    </w:p>
    <w:p>
      <w:r>
        <w:rPr>
          <w:b/>
        </w:rPr>
        <w:t xml:space="preserve">[26:05] </w:t>
      </w:r>
      <w:r>
        <w:t>waqfa taameer: kitaab "tarbiyat-e-aulad" Maulana Wahiduddin Khan, safha number 16.</w:t>
      </w:r>
    </w:p>
    <w:p>
      <w:pPr>
        <w:jc w:val="right"/>
      </w:pPr>
      <w:r>
        <w:t>وقفہ تعمیر: کتاب "تربیتِ اولاد" مولانا وحید الدین خان، صفحہ نمبر 16۔</w:t>
      </w:r>
    </w:p>
    <w:p>
      <w:r>
        <w:rPr>
          <w:b/>
        </w:rPr>
        <w:t xml:space="preserve">[26:13] </w:t>
      </w:r>
      <w:r>
        <w:t>kainaat Khuda ki khamosh kitaab hai.</w:t>
      </w:r>
    </w:p>
    <w:p>
      <w:pPr>
        <w:jc w:val="right"/>
      </w:pPr>
      <w:r>
        <w:t>کائنات خدا کی خاموش کتاب ہے۔</w:t>
      </w:r>
    </w:p>
    <w:p>
      <w:r>
        <w:rPr>
          <w:b/>
        </w:rPr>
        <w:t xml:space="preserve">[26:17] </w:t>
      </w:r>
      <w:r>
        <w:t>woh rabbani haqiqaton ko tamseel ke roop mein bayan karti hai.</w:t>
      </w:r>
    </w:p>
    <w:p>
      <w:pPr>
        <w:jc w:val="right"/>
      </w:pPr>
      <w:r>
        <w:t>وہ ربانی حقیقتوں کو تمثیل کے روپ میں بیان کرتی ہے۔</w:t>
      </w:r>
    </w:p>
    <w:p>
      <w:r>
        <w:rPr>
          <w:b/>
        </w:rPr>
        <w:t xml:space="preserve">[26:21] </w:t>
      </w:r>
      <w:r>
        <w:t>aadmi agar kainaat ki khamosh zabaan ko sun sake to woh is ke liye marifat ka azeem tareen</w:t>
      </w:r>
    </w:p>
    <w:p>
      <w:pPr>
        <w:jc w:val="right"/>
      </w:pPr>
      <w:r>
        <w:t>آدمی اگر کائنات کی خاموش زبان کو سن سکے تو وہ اس کے لیے معرفت کا عظیم ترین</w:t>
      </w:r>
    </w:p>
    <w:p>
      <w:r>
        <w:rPr>
          <w:b/>
        </w:rPr>
        <w:t xml:space="preserve">[26:24] </w:t>
      </w:r>
      <w:r>
        <w:t>kutub khana ban jaye.</w:t>
      </w:r>
    </w:p>
    <w:p>
      <w:pPr>
        <w:jc w:val="right"/>
      </w:pPr>
      <w:r>
        <w:t>کتب خانہ بن جائے۔</w:t>
      </w:r>
    </w:p>
    <w:p>
      <w:r>
        <w:rPr>
          <w:b/>
        </w:rPr>
        <w:t xml:space="preserve">[26:28] </w:t>
      </w:r>
      <w:r>
        <w:t>darakht ko dekhiye.</w:t>
      </w:r>
    </w:p>
    <w:p>
      <w:pPr>
        <w:jc w:val="right"/>
      </w:pPr>
      <w:r>
        <w:t>درخت کو دیکھیے۔</w:t>
      </w:r>
    </w:p>
    <w:p>
      <w:r>
        <w:rPr>
          <w:b/>
        </w:rPr>
        <w:t xml:space="preserve">[26:32] </w:t>
      </w:r>
      <w:r>
        <w:t>darakht zameen se nikalta hai to woh kamzor pode ki manind hota hai.</w:t>
      </w:r>
    </w:p>
    <w:p>
      <w:pPr>
        <w:jc w:val="right"/>
      </w:pPr>
      <w:r>
        <w:t>درخت زمین سے نکلتا ہے تو وہ کمزور پودے کی مانند ہوتا ہے۔</w:t>
      </w:r>
    </w:p>
    <w:p>
      <w:r>
        <w:rPr>
          <w:b/>
        </w:rPr>
        <w:t xml:space="preserve">[26:36] </w:t>
      </w:r>
      <w:r>
        <w:t>is ke tana mein abhi toofan ka muqabla karne ki taqat nahi hoti.</w:t>
      </w:r>
    </w:p>
    <w:p>
      <w:pPr>
        <w:jc w:val="right"/>
      </w:pPr>
      <w:r>
        <w:t>اس کے تنے میں ابھی طوفان کا مقابلہ کرنے کی طاقت نہیں ہوتی۔</w:t>
      </w:r>
    </w:p>
    <w:p>
      <w:r>
        <w:rPr>
          <w:b/>
        </w:rPr>
        <w:t xml:space="preserve">[26:40] </w:t>
      </w:r>
      <w:r>
        <w:t>is waqt drakht kya karta hai? woh</w:t>
      </w:r>
    </w:p>
    <w:p>
      <w:pPr>
        <w:jc w:val="right"/>
      </w:pPr>
      <w:r>
        <w:t>اس وقت درخت کیا کرتا ہے؟ وہ</w:t>
      </w:r>
    </w:p>
    <w:p>
      <w:r>
        <w:rPr>
          <w:b/>
        </w:rPr>
        <w:t xml:space="preserve">[26:43] </w:t>
      </w:r>
      <w:r>
        <w:t>sarapa narmi ban jata hai.</w:t>
      </w:r>
    </w:p>
    <w:p>
      <w:pPr>
        <w:jc w:val="right"/>
      </w:pPr>
      <w:r>
        <w:t>سراپہ نرمی بن جاتا ہے۔</w:t>
      </w:r>
    </w:p>
    <w:p>
      <w:r>
        <w:rPr>
          <w:b/>
        </w:rPr>
        <w:t xml:space="preserve">[26:48] </w:t>
      </w:r>
      <w:r>
        <w:t>hawaon ke jhonke aate hain to woh un ke muqable mein akarta nahi, balkeh hawa ka jhonka is</w:t>
      </w:r>
    </w:p>
    <w:p>
      <w:pPr>
        <w:jc w:val="right"/>
      </w:pPr>
      <w:r>
        <w:t>ہواؤں کے جھونکے آتے ہیں تو وہ ان کے مقابلے میں اکڑتا نہیں، بلکہ ہوا کا جھونکا اس</w:t>
      </w:r>
    </w:p>
    <w:p>
      <w:r>
        <w:rPr>
          <w:b/>
        </w:rPr>
        <w:t xml:space="preserve">[26:53] </w:t>
      </w:r>
      <w:r>
        <w:t>ko jis taraf le jana chahta hai, woh isi tarah chala jata hai.</w:t>
      </w:r>
    </w:p>
    <w:p>
      <w:pPr>
        <w:jc w:val="right"/>
      </w:pPr>
      <w:r>
        <w:t>کو جس طرف لے جانا چاہتا ہے، وہ اسی طرح چلا جاتا ہے۔</w:t>
      </w:r>
    </w:p>
    <w:p>
      <w:r>
        <w:rPr>
          <w:b/>
        </w:rPr>
        <w:t xml:space="preserve">[26:58] </w:t>
      </w:r>
      <w:r>
        <w:t>woh khali ki zaban mein "chalo tum idhar ko, hawa ho jidhar ki" ki tasweer ban jata hai,</w:t>
      </w:r>
    </w:p>
    <w:p>
      <w:pPr>
        <w:jc w:val="right"/>
      </w:pPr>
      <w:r>
        <w:t>وہ خالی کی زبان میں "چلو تم ادھر کو، ہوا ہو جدھر کی" کی تصویر بن جاتا ہے،</w:t>
      </w:r>
    </w:p>
    <w:p>
      <w:r>
        <w:rPr>
          <w:b/>
        </w:rPr>
        <w:t xml:space="preserve">[27:03] </w:t>
      </w:r>
      <w:r>
        <w:t>magar isi pode ko 25 saal baad dekhiye to woh bilkul doosri tasweer pesh kar raha hoga.</w:t>
      </w:r>
    </w:p>
    <w:p>
      <w:pPr>
        <w:jc w:val="right"/>
      </w:pPr>
      <w:r>
        <w:t>مگر اسی پودے کو 25 سال بعد دیکھیے تو وہ بالکل دوسری تصویر پیش کر رہا ہوگا۔</w:t>
      </w:r>
    </w:p>
    <w:p>
      <w:r>
        <w:rPr>
          <w:b/>
        </w:rPr>
        <w:t xml:space="preserve">[27:08] </w:t>
      </w:r>
      <w:r>
        <w:t>ab woh apne mote tana par</w:t>
      </w:r>
    </w:p>
    <w:p>
      <w:pPr>
        <w:jc w:val="right"/>
      </w:pPr>
      <w:r>
        <w:t>اب وہ اپنے موٹے تنے پر</w:t>
      </w:r>
    </w:p>
    <w:p>
      <w:r>
        <w:rPr>
          <w:b/>
        </w:rPr>
        <w:t xml:space="preserve">[27:13] </w:t>
      </w:r>
      <w:r>
        <w:t>mazbooti ke sath qaim hota hai. ab jhukne ka lafz is ki dictionary se kharij ho chuka hota hai. woh hawaon ke jhonke se ghair متاثر reh kar seedha apni jaron par khara rehta hai. ab woh zameen par darakht ban kar rehta hai, jabke is se pehle woh poda ban kar reh raha tha. darakht is tarah tamseel ki zaban mein bata raha hai ke har aadmi par ibtida woh waqt ata hai jab ke is ko aik waqfa taameer darkar</w:t>
      </w:r>
    </w:p>
    <w:p>
      <w:pPr>
        <w:jc w:val="right"/>
      </w:pPr>
      <w:r>
        <w:t>مضبوطی کے ساتھ قائم ہوتا ہے۔ اب جھکنے کا لفظ اس کی ڈکشنری سے خارج ہو چکا ہوتا ہے۔ وہ ہواؤں کے جھونکے سے غیر متاثر رہ کر سیدھا اپنی جڑوں پر کھڑا رہتا ہے۔ اب وہ زمین پر درخت بن کر رہتا ہے، جبکہ اس سے پہلے وہ پودا بن کر رہ رہا تھا۔ درخت اس طرح تمثیل کی زبان میں بتا رہا ہے کہ ہر آدمی پر ابتدا وہ وقت آتا ہے جب کہ اس کو ایک وقفہ تعمیر درکار</w:t>
      </w:r>
    </w:p>
    <w:p>
      <w:r>
        <w:rPr>
          <w:b/>
        </w:rPr>
        <w:t xml:space="preserve">[27:43] </w:t>
      </w:r>
      <w:r>
        <w:t>hota hai. jab zaroorat hoti hai ke woh apni jarein zameen mein dakhil kare, woh apne tane ko mazboot kare, woh apne aap ko aik taqatwar wajood ki hesiyat se nashonuma de. is waqfe ke douran is ko is tarah nahi rehna chahiye jis tarah koi shakhs mazboot aur mustahkam hone ke baad rehta hai. is ibtidai marhale mein is ko narmi aur muwafiqat yaani adjustment ka mujassama ban jana chahiye. agar is ne aisa nahi kiya to</w:t>
      </w:r>
    </w:p>
    <w:p>
      <w:pPr>
        <w:jc w:val="right"/>
      </w:pPr>
      <w:r>
        <w:t>ہوتا ہے۔ جب ضرورت ہوتی ہے کہ وہ اپنی جڑیں زمین میں داخل کرے، وہ اپنے تنے کو مضبوط کرے، وہ اپنے آپ کو ایک طاقتور وجود کی حیثیت سے نشونما دے۔ اس وقفے کے دوران اس کو اس طرح نہیں رہنا چاہیے جس طرح کوئی شخص مضبوط اور مستحکم ہونے کے بعد رہتا ہے۔ اس ابتدائی مرحلے میں اس کو نرمی اور موافقت یعنی ایڈجسٹمنٹ کا مجسمہ بن جانا چاہیے۔ اگر اس نے ایسا نہیں کیا تو</w:t>
      </w:r>
    </w:p>
    <w:p>
      <w:r>
        <w:rPr>
          <w:b/>
        </w:rPr>
        <w:t xml:space="preserve">[28:13] </w:t>
      </w:r>
      <w:r>
        <w:t>is ko taameer ka waqfa nahi milega, aur jo koi waqfa taameer se mehroom ho jaye, woh</w:t>
      </w:r>
    </w:p>
    <w:p>
      <w:pPr>
        <w:jc w:val="right"/>
      </w:pPr>
      <w:r>
        <w:t>اس کو تعمیر کا وقفہ نہیں ملے گا، اور جو کوئی وقفہ تعمیر سے محروم ہو جائے، وہ</w:t>
      </w:r>
    </w:p>
    <w:p>
      <w:r>
        <w:rPr>
          <w:b/>
        </w:rPr>
        <w:t xml:space="preserve">[28:21] </w:t>
      </w:r>
      <w:r>
        <w:t>kabhi marhala taameer tak bhi nahi pahunchega.</w:t>
      </w:r>
    </w:p>
    <w:p>
      <w:pPr>
        <w:jc w:val="right"/>
      </w:pPr>
      <w:r>
        <w:t>کبھی مرحلہ تعمیر تک بھی نہیں پہنچے گا۔</w:t>
      </w:r>
    </w:p>
    <w:p>
      <w:r>
        <w:rPr>
          <w:b/>
        </w:rPr>
        <w:t xml:space="preserve">[28:29] </w:t>
      </w:r>
      <w:r>
        <w:t>aisa shakhs hamesha kamzor drakht bana rahega.</w:t>
      </w:r>
    </w:p>
    <w:p>
      <w:pPr>
        <w:jc w:val="right"/>
      </w:pPr>
      <w:r>
        <w:t>ایسا شخص ہمیشہ کمزور درخت بنا رہے گا۔</w:t>
      </w:r>
    </w:p>
    <w:p>
      <w:r>
        <w:rPr>
          <w:b/>
        </w:rPr>
        <w:t xml:space="preserve">[28:36] </w:t>
      </w:r>
      <w:r>
        <w:t>tarbiyat ka tareeqa: kitab "tarbiyat-e-aulad" Maulana Wahiduddin Khan, safha number 17.</w:t>
      </w:r>
    </w:p>
    <w:p>
      <w:pPr>
        <w:jc w:val="right"/>
      </w:pPr>
      <w:r>
        <w:t>تربیت کا طریقہ: کتاب "تربیتِ اولاد" مولانا وحید الدین خان، صفحہ نمبر 17۔</w:t>
      </w:r>
    </w:p>
    <w:p>
      <w:r>
        <w:rPr>
          <w:b/>
        </w:rPr>
        <w:t xml:space="preserve">[28:44] </w:t>
      </w:r>
      <w:r>
        <w:t>ek sahab ko un ke parosi ne nihayat sakht baat keh di.</w:t>
      </w:r>
    </w:p>
    <w:p>
      <w:pPr>
        <w:jc w:val="right"/>
      </w:pPr>
      <w:r>
        <w:t>ایک صاحب کو ان کے پڑوسی نے نہایت سخت بات کہہ دی۔</w:t>
      </w:r>
    </w:p>
    <w:p>
      <w:r>
        <w:rPr>
          <w:b/>
        </w:rPr>
        <w:t xml:space="preserve">[28:48] </w:t>
      </w:r>
      <w:r>
        <w:t>woh sahab is ko sun kar chup chap apne ghar mein chale aaye.</w:t>
      </w:r>
    </w:p>
    <w:p>
      <w:pPr>
        <w:jc w:val="right"/>
      </w:pPr>
      <w:r>
        <w:t>وہ صاحب اس کو سن کر چپ چاپ اپنے گھر میں چلے آئے۔</w:t>
      </w:r>
    </w:p>
    <w:p>
      <w:r>
        <w:rPr>
          <w:b/>
        </w:rPr>
        <w:t xml:space="preserve">[28:51] </w:t>
      </w:r>
      <w:r>
        <w:t>unhone kehne wale ko koi jawab nahi diya.</w:t>
      </w:r>
    </w:p>
    <w:p>
      <w:pPr>
        <w:jc w:val="right"/>
      </w:pPr>
      <w:r>
        <w:t>انہوں نے کہنے والے کو کوئی جواب نہیں دیا۔</w:t>
      </w:r>
    </w:p>
    <w:p>
      <w:r>
        <w:rPr>
          <w:b/>
        </w:rPr>
        <w:t xml:space="preserve">[28:55] </w:t>
      </w:r>
      <w:r>
        <w:t>un ke ladke ko jab is ki khabar hui to woh bohat bigra.</w:t>
      </w:r>
    </w:p>
    <w:p>
      <w:pPr>
        <w:jc w:val="right"/>
      </w:pPr>
      <w:r>
        <w:t>ان کے لڑکے کو جب اس کی خبر ہوئی تو وہ بہت بگڑا۔</w:t>
      </w:r>
    </w:p>
    <w:p>
      <w:r>
        <w:rPr>
          <w:b/>
        </w:rPr>
        <w:t xml:space="preserve">[28:59] </w:t>
      </w:r>
      <w:r>
        <w:t>us ne kaha ke is shakhs ki himmat kaise hui ke woh mere baap ko is tarah zaleel</w:t>
      </w:r>
    </w:p>
    <w:p>
      <w:pPr>
        <w:jc w:val="right"/>
      </w:pPr>
      <w:r>
        <w:t>اس نے کہا کہ اس شخص کی ہمت کیسے ہوئی کہ وہ میرے باپ کو اس طرح ذلیل</w:t>
      </w:r>
    </w:p>
    <w:p>
      <w:r>
        <w:rPr>
          <w:b/>
        </w:rPr>
        <w:t xml:space="preserve">[29:03] </w:t>
      </w:r>
      <w:r>
        <w:t>kare? main is ko sabaq doonga taake aindah woh kabhi aisi himmat na kare.</w:t>
      </w:r>
    </w:p>
    <w:p>
      <w:pPr>
        <w:jc w:val="right"/>
      </w:pPr>
      <w:r>
        <w:t>کرے؟ میں اس کو سبق دوں گا تاکہ آئندہ وہ کبھی ایسی ہمت نہ کرے۔</w:t>
      </w:r>
    </w:p>
    <w:p>
      <w:r>
        <w:rPr>
          <w:b/>
        </w:rPr>
        <w:t xml:space="preserve">[29:07] </w:t>
      </w:r>
      <w:r>
        <w:t>baap ne bete ko thanda kiya.</w:t>
      </w:r>
    </w:p>
    <w:p>
      <w:pPr>
        <w:jc w:val="right"/>
      </w:pPr>
      <w:r>
        <w:t>باپ نے بیٹے کو ٹھنڈا کیا۔</w:t>
      </w:r>
    </w:p>
    <w:p>
      <w:r>
        <w:rPr>
          <w:b/>
        </w:rPr>
        <w:t xml:space="preserve">[29:10] </w:t>
      </w:r>
      <w:r>
        <w:t>baap ne kaha ke</w:t>
      </w:r>
    </w:p>
    <w:p>
      <w:pPr>
        <w:jc w:val="right"/>
      </w:pPr>
      <w:r>
        <w:t>باپ نے کہا کہ</w:t>
      </w:r>
    </w:p>
    <w:p>
      <w:r>
        <w:rPr>
          <w:b/>
        </w:rPr>
        <w:t xml:space="preserve">[29:14] </w:t>
      </w:r>
      <w:r>
        <w:t>aakhir us ne aik lafz hi to kaha hai. us ne mujhe koi pathar to nahi mara? phir is mein hamara kya nuqsan hai? us ne agar apni zaban kharab ki hai to hum apni zaban kyun kharab karein? baap ne apne bete se kaha ke tum us ko bhula do aur apne kaam mein lag jao. beta us waqea ko yaad ke khane mein rakhna chahta tha. baap ne us ko bhool ke khane mein daal diya. jo waqea aam halaat mein ghussa aur intiqam</w:t>
      </w:r>
    </w:p>
    <w:p>
      <w:pPr>
        <w:jc w:val="right"/>
      </w:pPr>
      <w:r>
        <w:t>آخر اس نے ایک لفظ ہی تو کہا ہے۔ اس نے مجھے کوئی پتھر تو نہیں مارا؟ پھر اس میں ہمارا کیا نقصان ہے؟ اس نے اگر اپنی زبان خراب کی ہے تو ہم اپنی زبان کیوں خراب کریں؟ باپ نے اپنے بیٹے سے کہا کہ تم اس کو بھلا دو اور اپنے کام میں لگ جاؤ۔ بیٹا اس واقعے کو یاد کے خانے میں رکھنا چاہتا تھا۔ باپ نے اس کو بھول کے خانے میں ڈال دیا۔ جو واقعہ عام حالات میں غصہ اور انت</w:t>
      </w:r>
    </w:p>
    <w:p>
      <w:r>
        <w:rPr>
          <w:b/>
        </w:rPr>
        <w:t xml:space="preserve">[29:44] </w:t>
      </w:r>
      <w:r>
        <w:t>ka mozu banta, woh sabr aur bardasht ka mozu ban gaya. kuch dino baad khud parosi ko sharmindgi hui. us ne aa kar apni gustakhi ki maafi mangi aur aindah ke liye pehle se zyada behtar ho gaya. baap agar apne bete ke andar intiqam ki nafsiyat ubharta to woh burai ka agent ban jata, magar baap ne jab apne bete ko bhulane aur bardasht ke rastay par dala to woh un ke liye</w:t>
      </w:r>
    </w:p>
    <w:p>
      <w:pPr>
        <w:jc w:val="right"/>
      </w:pPr>
      <w:r>
        <w:t>قام کا موضوع بنتا، وہ صبر اور برداشت کا موضوع بن گیا۔ کچھ دنوں بعد خود پڑوسی کو شرمندگی ہوئی۔ اس نے آ کر اپنی گستاخی کی معافی مانگی اور آئندہ کے لیے پہلے سے زیادہ بہتر ہو گیا۔ باپ اگر اپنے بیٹے کے اندر انتقام کی نفسیات ابھارتا تو وہ برائی کا ایجنٹ بن جاتا، مگر باپ نے جب اپنے بیٹے کو بھلانے اور برداشت کے راستے پر ڈالا تو وہ ان کے لیے</w:t>
      </w:r>
    </w:p>
    <w:p>
      <w:r>
        <w:rPr>
          <w:b/>
        </w:rPr>
        <w:t xml:space="preserve">[30:14] </w:t>
      </w:r>
      <w:r>
        <w:t>nekai aur sachai ka rehnuma ho gaya. Quran ke lafzon mein woh muttaqiyon ka imam ban gaya. Furqan Surah number 25 Ayat 74. isi ka naam bachon ki tarbiyat hai. bachon ki tarbiyat yeh nahi hai ke aik waqt muqarrar kar ke unhein bithaya jaye aur tehreer ya taqreer ki surat mein unhein islaahi baatein sunai jayein. asal tarbiyat yeh hai ke ghar ke andar jab amli taur par woh mawaqe paida</w:t>
      </w:r>
    </w:p>
    <w:p>
      <w:pPr>
        <w:jc w:val="right"/>
      </w:pPr>
      <w:r>
        <w:t>نیکی اور سچائی کا رہنما ہو گیا۔ قرآن کے لفظوں میں وہ متقیوں کا امام بن گیا۔ الفرقان سورہ نمبر 25 آیت 74۔ اسی کا نام بچوں کی تربیت ہے۔ بچوں کی تربیت یہ نہیں ہے کہ ایک وقت مقرر کر کے انہیں بٹھایا جائے اور تحریر یا تقریر کی صورت میں انہیں اصلاحی باتیں سنائی جائیں۔ اصل تربیت یہ ہے کہ گھر کے اندر جب عملی طور پر وہ مواقع پیدا</w:t>
      </w:r>
    </w:p>
    <w:p>
      <w:r>
        <w:rPr>
          <w:b/>
        </w:rPr>
        <w:t xml:space="preserve">[30:44] </w:t>
      </w:r>
      <w:r>
        <w:t>hoon jahan ek rasta sahih simt mein jata ho aur doosra rasta ghalat simt mein, aise mauqe par</w:t>
      </w:r>
    </w:p>
    <w:p>
      <w:pPr>
        <w:jc w:val="right"/>
      </w:pPr>
      <w:r>
        <w:t>ہوں جہاں ایک راستہ صحیح سمت میں جاتا ہو اور دوسرا راستہ غلط سمت میں، ایسے مواقع پر</w:t>
      </w:r>
    </w:p>
    <w:p>
      <w:r>
        <w:rPr>
          <w:b/>
        </w:rPr>
        <w:t xml:space="preserve">[30:52] </w:t>
      </w:r>
      <w:r>
        <w:t>jazbat ko bardasht kar ke aur zaati nuqsan utha kar ghar walon ko rehnumai di jaye.</w:t>
      </w:r>
    </w:p>
    <w:p>
      <w:pPr>
        <w:jc w:val="right"/>
      </w:pPr>
      <w:r>
        <w:t>جذبات کو برداشت کر کے اور ذاتی نقصان اٹھا کر گھر والوں کو رہنمائی دی جائے۔</w:t>
      </w:r>
    </w:p>
    <w:p>
      <w:r>
        <w:rPr>
          <w:b/>
        </w:rPr>
        <w:t xml:space="preserve">[30:59] </w:t>
      </w:r>
      <w:r>
        <w:t>un ke zehn ko ek rukh se doosre rukh ki taraf pher diya jaye.</w:t>
      </w:r>
    </w:p>
    <w:p>
      <w:pPr>
        <w:jc w:val="right"/>
      </w:pPr>
      <w:r>
        <w:t>ان کے ذہن کو ایک رخ سے دوسرے رخ کی طرف پھیر دیا جائے۔</w:t>
      </w:r>
    </w:p>
    <w:p>
      <w:r>
        <w:rPr>
          <w:b/>
        </w:rPr>
        <w:t xml:space="preserve">[31:07] </w:t>
      </w:r>
      <w:r>
        <w:t>tarbiyat paida shuda halat ke darmiyan rehnumai ki jati hai, na ke mujarrad qism ki waaz khwani ke zariye. ek</w:t>
      </w:r>
    </w:p>
    <w:p>
      <w:pPr>
        <w:jc w:val="right"/>
      </w:pPr>
      <w:r>
        <w:t>تربیت پیدا شدہ حالات کے درمیان رہنمائی کی جاتی ہے، نہ کہ مجرد قسم کی وعظ خوانی کے ذریعے۔ ایک</w:t>
      </w:r>
    </w:p>
    <w:p>
      <w:r>
        <w:rPr>
          <w:b/>
        </w:rPr>
        <w:t xml:space="preserve">[31:14] </w:t>
      </w:r>
      <w:r>
        <w:t>misal: kitab "tarbiyat-e-aulad" Maulana Wahiduddin Khan, safha number 18.</w:t>
      </w:r>
    </w:p>
    <w:p>
      <w:pPr>
        <w:jc w:val="right"/>
      </w:pPr>
      <w:r>
        <w:t>مثال: کتاب "تربیتِ اولاد" مولانا وحید الدین خان، صفحہ نمبر 18۔</w:t>
      </w:r>
    </w:p>
    <w:p>
      <w:r>
        <w:rPr>
          <w:b/>
        </w:rPr>
        <w:t xml:space="preserve">[31:20] </w:t>
      </w:r>
      <w:r>
        <w:t>bachon ki tarbiyat ke silsile mein aam taur se yeh kiya jata hai ke ek muqarrar waqt par</w:t>
      </w:r>
    </w:p>
    <w:p>
      <w:pPr>
        <w:jc w:val="right"/>
      </w:pPr>
      <w:r>
        <w:t>بچوں کی تربیت کے سلسلے میں عام طور سے یہ کیا جاتا ہے کہ ایک مقرر وقت پر</w:t>
      </w:r>
    </w:p>
    <w:p>
      <w:r>
        <w:rPr>
          <w:b/>
        </w:rPr>
        <w:t xml:space="preserve">[31:26] </w:t>
      </w:r>
      <w:r>
        <w:t>jama kar ke bachon ko deen ke masail bataye jayen.</w:t>
      </w:r>
    </w:p>
    <w:p>
      <w:pPr>
        <w:jc w:val="right"/>
      </w:pPr>
      <w:r>
        <w:t>جمع کر کے بچوں کو دین کے مسائل بتائے جائیں۔</w:t>
      </w:r>
    </w:p>
    <w:p>
      <w:r>
        <w:rPr>
          <w:b/>
        </w:rPr>
        <w:t xml:space="preserve">[31:32] </w:t>
      </w:r>
      <w:r>
        <w:t>bachon ki tarbiyat is qism ke waqti waaz se nahi hoti, balke tarbiyat ka asal zariya ghar ka mahaul hai.</w:t>
      </w:r>
    </w:p>
    <w:p>
      <w:pPr>
        <w:jc w:val="right"/>
      </w:pPr>
      <w:r>
        <w:t>بچوں کی تربیت اس قسم کے وقتی وعظ سے نہیں ہوتی، بلکہ تربیت کا اصل ذریعہ گھر کا ماحول ہے۔</w:t>
      </w:r>
    </w:p>
    <w:p>
      <w:r>
        <w:rPr>
          <w:b/>
        </w:rPr>
        <w:t xml:space="preserve">[31:38] </w:t>
      </w:r>
      <w:r>
        <w:t>agar aap ke ghar</w:t>
      </w:r>
    </w:p>
    <w:p>
      <w:pPr>
        <w:jc w:val="right"/>
      </w:pPr>
      <w:r>
        <w:t>اگر آپ کے گھر</w:t>
      </w:r>
    </w:p>
    <w:p>
      <w:r>
        <w:rPr>
          <w:b/>
        </w:rPr>
        <w:t xml:space="preserve">[31:44] </w:t>
      </w:r>
      <w:r>
        <w:t>mein akhlaq aur insaniyat ka mahol ho, aap ke ghar mein kisi ki gheebat aur shikayat na ki jati ho, aur aap ke ghar mein doosron ko izzat dene ka mahol ho, khwah woh apna ho ya ghair, to yeh mahol aap ke ghar ko aik zinda tarbiyat gah bana dega. is ke baad kisi rasmi waaz ki zaroorat na hogi. yahan aik waqea naqal kiya jata hai jo batata hai ke bachon ki tarbiyat kya hoti hai. Muzaffar</w:t>
      </w:r>
    </w:p>
    <w:p>
      <w:pPr>
        <w:jc w:val="right"/>
      </w:pPr>
      <w:r>
        <w:t>میں اخلاق اور انسانیت کا ماحول ہو، آپ کے گھر میں کسی کی غیبت اور شکایت نہ کی جاتی ہو، اور آپ کے گھر میں دوسروں کو عزت دینے کا ماحول ہو، خواہ وہ اپنا ہو یا غیر، تو یہ ماحول آپ کے گھر کو ایک زندہ تربیت گاہ بنا دے گا۔ اس کے بعد کسی رسمی وعظ کی ضرورت نہ ہوگی۔ یہاں ایک واقعہ نقل کیا جاتا ہے جو بتاتا ہے کہ بچوں کی تربیت کیا ہوتی ہے۔ مظفر</w:t>
      </w:r>
    </w:p>
    <w:p>
      <w:r>
        <w:rPr>
          <w:b/>
        </w:rPr>
        <w:t xml:space="preserve">[32:14] </w:t>
      </w:r>
      <w:r>
        <w:t>nagar yani up ke ek qasbe ka waqia hai.</w:t>
      </w:r>
    </w:p>
    <w:p>
      <w:pPr>
        <w:jc w:val="right"/>
      </w:pPr>
      <w:r>
        <w:t>نگر یعنی یو پی کے ایک قصبے کا واقعہ ہے۔</w:t>
      </w:r>
    </w:p>
    <w:p>
      <w:r>
        <w:rPr>
          <w:b/>
        </w:rPr>
        <w:t xml:space="preserve">[32:19] </w:t>
      </w:r>
      <w:r>
        <w:t>wahan ek muslim khandan ke yahan ek harijan aurat safai ke kaam ke liye rozana aati thi.</w:t>
      </w:r>
    </w:p>
    <w:p>
      <w:pPr>
        <w:jc w:val="right"/>
      </w:pPr>
      <w:r>
        <w:t>وہاں ایک مسلم خاندان کے یہاں ایک ہریجن عورت صفائی کے کام کے لیے روزانہ آتی تھی۔</w:t>
      </w:r>
    </w:p>
    <w:p>
      <w:r>
        <w:rPr>
          <w:b/>
        </w:rPr>
        <w:t xml:space="preserve">[32:24] </w:t>
      </w:r>
      <w:r>
        <w:t>ghar ki ek bachi se is harijan aurat ki dosti ho gayi.</w:t>
      </w:r>
    </w:p>
    <w:p>
      <w:pPr>
        <w:jc w:val="right"/>
      </w:pPr>
      <w:r>
        <w:t>گھر کی ایک بچی سے اس ہریجن عورت کی دوستی ہو گئی۔</w:t>
      </w:r>
    </w:p>
    <w:p>
      <w:r>
        <w:rPr>
          <w:b/>
        </w:rPr>
        <w:t xml:space="preserve">[32:30] </w:t>
      </w:r>
      <w:r>
        <w:t>yeh harijan aurat jab wahan safai ke kaam ke liye aati to woh sab se pehle muzkurah bachi se milti.</w:t>
      </w:r>
    </w:p>
    <w:p>
      <w:pPr>
        <w:jc w:val="right"/>
      </w:pPr>
      <w:r>
        <w:t>یہ ہریجن عورت جب وہاں صفائی کے کام کے لیے آتی تو وہ سب سے پہلے مذکورہ بچی سے ملتی۔</w:t>
      </w:r>
    </w:p>
    <w:p>
      <w:r>
        <w:rPr>
          <w:b/>
        </w:rPr>
        <w:t xml:space="preserve">[32:35] </w:t>
      </w:r>
      <w:r>
        <w:t>is tarah dono ek doosre se bohat zyada manoos ho gaye.</w:t>
      </w:r>
    </w:p>
    <w:p>
      <w:pPr>
        <w:jc w:val="right"/>
      </w:pPr>
      <w:r>
        <w:t>اس طرح دونوں ایک دوسرے سے بہت زیادہ مانوس ہو گئے۔</w:t>
      </w:r>
    </w:p>
    <w:p>
      <w:r>
        <w:rPr>
          <w:b/>
        </w:rPr>
        <w:t xml:space="preserve">[32:40] </w:t>
      </w:r>
      <w:r>
        <w:t>ek din aisa hua ke ghar ke andar jannat aur jahannum ka tazkirah hua.</w:t>
      </w:r>
    </w:p>
    <w:p>
      <w:pPr>
        <w:jc w:val="right"/>
      </w:pPr>
      <w:r>
        <w:t>ایک دن ایسا ہوا کہ گھر کے اندر جنت اور جہنم کا تذکرہ ہوا۔</w:t>
      </w:r>
    </w:p>
    <w:p>
      <w:r>
        <w:rPr>
          <w:b/>
        </w:rPr>
        <w:t xml:space="preserve">[32:45] </w:t>
      </w:r>
      <w:r>
        <w:t>ladki ke baap ne kaha ke jannat mein dakhle ke liye imaan zaroori hai.</w:t>
      </w:r>
    </w:p>
    <w:p>
      <w:pPr>
        <w:jc w:val="right"/>
      </w:pPr>
      <w:r>
        <w:t>لڑکی کے باپ نے کہا کہ جنت میں داخلے کے لیے ایمان ضروری ہے۔</w:t>
      </w:r>
    </w:p>
    <w:p>
      <w:r>
        <w:rPr>
          <w:b/>
        </w:rPr>
        <w:t xml:space="preserve">[32:50] </w:t>
      </w:r>
      <w:r>
        <w:t>jo shakhs momin aur muwahid ho, wahi maut ke baad jannat mein jayega, aur jo log mushrik</w:t>
      </w:r>
    </w:p>
    <w:p>
      <w:pPr>
        <w:jc w:val="right"/>
      </w:pPr>
      <w:r>
        <w:t>جو شخص مومن اور مواحد ہو، وہی موت کے بعد جنت میں جائے گا، اور جو لوگ مشرک</w:t>
      </w:r>
    </w:p>
    <w:p>
      <w:r>
        <w:rPr>
          <w:b/>
        </w:rPr>
        <w:t xml:space="preserve">[32:55] </w:t>
      </w:r>
      <w:r>
        <w:t>hain, jo ghairullah ki parastish karte hain, woh jannat mein nahi jayenge.</w:t>
      </w:r>
    </w:p>
    <w:p>
      <w:pPr>
        <w:jc w:val="right"/>
      </w:pPr>
      <w:r>
        <w:t>ہیں، جو غیر اللہ کی پرستش کرتے ہیں، وہ جنت میں نہیں جائیں گے۔</w:t>
      </w:r>
    </w:p>
    <w:p>
      <w:r>
        <w:rPr>
          <w:b/>
        </w:rPr>
        <w:t xml:space="preserve">[33:00] </w:t>
      </w:r>
      <w:r>
        <w:t>bachi ke dimagh mein yeh baat baith gayi.</w:t>
      </w:r>
    </w:p>
    <w:p>
      <w:pPr>
        <w:jc w:val="right"/>
      </w:pPr>
      <w:r>
        <w:t>بچی کے دماغ میں یہ بات بیٹھ گئی۔</w:t>
      </w:r>
    </w:p>
    <w:p>
      <w:r>
        <w:rPr>
          <w:b/>
        </w:rPr>
        <w:t xml:space="preserve">[33:05] </w:t>
      </w:r>
      <w:r>
        <w:t>woh sochne lagi ke main to momin aur muwahid hoon, is liye main jannat mein jaungi, magar</w:t>
      </w:r>
    </w:p>
    <w:p>
      <w:pPr>
        <w:jc w:val="right"/>
      </w:pPr>
      <w:r>
        <w:t>وہ سوچنے لگی کہ میں تو مومن اور مواحد ہوں، اس لیے میں جنت میں جاؤں گی، مگر</w:t>
      </w:r>
    </w:p>
    <w:p>
      <w:r>
        <w:rPr>
          <w:b/>
        </w:rPr>
        <w:t xml:space="preserve">[33:10] </w:t>
      </w:r>
      <w:r>
        <w:t>harijan aurat to shirk mein mubtala hai, woh kis tarah jannat mein jayegi?</w:t>
      </w:r>
    </w:p>
    <w:p>
      <w:pPr>
        <w:jc w:val="right"/>
      </w:pPr>
      <w:r>
        <w:t>ہریجن عورت تو شرک میں مبتلا ہے، وہ کس طرح جنت میں جائے گی؟</w:t>
      </w:r>
    </w:p>
    <w:p>
      <w:r>
        <w:rPr>
          <w:b/>
        </w:rPr>
        <w:t xml:space="preserve">[33:15] </w:t>
      </w:r>
      <w:r>
        <w:t>iske baad yeh hua ke agle din jab muzkurah harijan aurat safai ke kaam ke liye aayi</w:t>
      </w:r>
    </w:p>
    <w:p>
      <w:pPr>
        <w:jc w:val="right"/>
      </w:pPr>
      <w:r>
        <w:t>اس کے بعد یہ ہوا کہ اگلے دن جب مذکورہ ہریجن عورت صفائی کے کام کے لیے آئی</w:t>
      </w:r>
    </w:p>
    <w:p>
      <w:r>
        <w:rPr>
          <w:b/>
        </w:rPr>
        <w:t xml:space="preserve">[33:20] </w:t>
      </w:r>
      <w:r>
        <w:t>to usne dekha ke uski dost bachi ghar mein ek kinare khadi hui, bure tarah ro rahi hai.</w:t>
      </w:r>
    </w:p>
    <w:p>
      <w:pPr>
        <w:jc w:val="right"/>
      </w:pPr>
      <w:r>
        <w:t>تو اس نے دیکھا کہ اس کی دوست بچی گھر میں ایک کنارے کھڑی ہوئی، بری طرح رو رہی ہے۔</w:t>
      </w:r>
    </w:p>
    <w:p>
      <w:r>
        <w:rPr>
          <w:b/>
        </w:rPr>
        <w:t xml:space="preserve">[33:25] </w:t>
      </w:r>
      <w:r>
        <w:t>aurat us ko dekh kar ghabra gayi.</w:t>
      </w:r>
    </w:p>
    <w:p>
      <w:pPr>
        <w:jc w:val="right"/>
      </w:pPr>
      <w:r>
        <w:t>عورت اس کو دیکھ کر گھبرا گئی۔</w:t>
      </w:r>
    </w:p>
    <w:p>
      <w:r>
        <w:rPr>
          <w:b/>
        </w:rPr>
        <w:t xml:space="preserve">[33:30] </w:t>
      </w:r>
      <w:r>
        <w:t>us ne poocha ke tum ko kya takleef hai? tum kyun is tarah ro rahi ho? bohat poochne</w:t>
      </w:r>
    </w:p>
    <w:p>
      <w:pPr>
        <w:jc w:val="right"/>
      </w:pPr>
      <w:r>
        <w:t>اس نے پوچھا کہ تم کو کیا تکلیف ہے؟ تم کیوں اس طرح رو رہی ہو؟ بہت پوچھنے</w:t>
      </w:r>
    </w:p>
    <w:p>
      <w:r>
        <w:rPr>
          <w:b/>
        </w:rPr>
        <w:t xml:space="preserve">[33:35] </w:t>
      </w:r>
      <w:r>
        <w:t>ke baad bachi ne kaha ke main momin hoon, is liye main jannat mein jaungi, aur tum</w:t>
      </w:r>
    </w:p>
    <w:p>
      <w:pPr>
        <w:jc w:val="right"/>
      </w:pPr>
      <w:r>
        <w:t>کے بعد بچی نے کہا کہ میں مومن ہوں، اس لیے میں جنت میں جاؤں گی، اور تم</w:t>
      </w:r>
    </w:p>
    <w:p>
      <w:r>
        <w:rPr>
          <w:b/>
        </w:rPr>
        <w:t xml:space="preserve">[33:40] </w:t>
      </w:r>
      <w:r>
        <w:t>mushrik ho, is liye tum jannat mein nahi jaogi.</w:t>
      </w:r>
    </w:p>
    <w:p>
      <w:pPr>
        <w:jc w:val="right"/>
      </w:pPr>
      <w:r>
        <w:t>مشرک ہو، اس لیے تم جنت میں نہیں جاؤ گی۔</w:t>
      </w:r>
    </w:p>
    <w:p>
      <w:r>
        <w:rPr>
          <w:b/>
        </w:rPr>
        <w:t xml:space="preserve">[33:45] </w:t>
      </w:r>
      <w:r>
        <w:t>is tarah maut ke baad ki zindagi mein mera aur tumhara saath chhoot jayega.</w:t>
      </w:r>
    </w:p>
    <w:p>
      <w:pPr>
        <w:jc w:val="right"/>
      </w:pPr>
      <w:r>
        <w:t>اس طرح موت کے بعد کی زندگی میں میرا اور تمہارا ساتھ چھوٹ جائے گا۔</w:t>
      </w:r>
    </w:p>
    <w:p>
      <w:r>
        <w:rPr>
          <w:b/>
        </w:rPr>
        <w:t xml:space="preserve">[33:52] </w:t>
      </w:r>
      <w:r>
        <w:t>yeh sun kar harijan aurat ne kaha ke tum mat ro, main aaj se islam qubool karti hoon</w:t>
      </w:r>
    </w:p>
    <w:p>
      <w:pPr>
        <w:jc w:val="right"/>
      </w:pPr>
      <w:r>
        <w:t>یہ سن کر ہریجن عورت نے کہا کہ تم مت رو، میں آج سے اسلام قبول کرتی ہوں</w:t>
      </w:r>
    </w:p>
    <w:p>
      <w:r>
        <w:rPr>
          <w:b/>
        </w:rPr>
        <w:t xml:space="preserve">[33:58] </w:t>
      </w:r>
      <w:r>
        <w:t>tata ke hum dono ek sath jannat mein rahen.</w:t>
      </w:r>
    </w:p>
    <w:p>
      <w:pPr>
        <w:jc w:val="right"/>
      </w:pPr>
      <w:r>
        <w:t>تاکہ ہم دونوں ایک ساتھ جنت میں رہیں۔</w:t>
      </w:r>
    </w:p>
    <w:p>
      <w:r>
        <w:rPr>
          <w:b/>
        </w:rPr>
        <w:t xml:space="preserve">[34:04] </w:t>
      </w:r>
      <w:r>
        <w:t>yeh waqia batata hai ke agar ghar ka mahol jaisa hoga, bachche isi tarah ki rah ka intikhab</w:t>
      </w:r>
    </w:p>
    <w:p>
      <w:pPr>
        <w:jc w:val="right"/>
      </w:pPr>
      <w:r>
        <w:t>یہ واقعہ بتاتا ہے کہ اگر گھر کا ماحول جیسا ہوگا، بچے اسی طرح کی راہ کا انتخاب</w:t>
      </w:r>
    </w:p>
    <w:p>
      <w:r>
        <w:rPr>
          <w:b/>
        </w:rPr>
        <w:t xml:space="preserve">[34:10] </w:t>
      </w:r>
      <w:r>
        <w:t>karenge, aur yahi mahol bachchon ki zehan saazi mein rahinama ka kirdar ada karta hai.</w:t>
      </w:r>
    </w:p>
    <w:p>
      <w:pPr>
        <w:jc w:val="right"/>
      </w:pPr>
      <w:r>
        <w:t>کریں گے، اور یہی ماحول بچوں کی ذہن سازی میں رہنما کا کردار ادا کرتا ہے۔</w:t>
      </w:r>
    </w:p>
    <w:p>
      <w:r>
        <w:rPr>
          <w:b/>
        </w:rPr>
        <w:t xml:space="preserve">[34:17] </w:t>
      </w:r>
      <w:r>
        <w:t>ghair fitri mohabbat: kitab "tarbiyat-e-aulad" Maulana Wahiduddin Khan, safha number 19.</w:t>
      </w:r>
    </w:p>
    <w:p>
      <w:pPr>
        <w:jc w:val="right"/>
      </w:pPr>
      <w:r>
        <w:t>غیر فطری محبت: کتاب "تربیتِ اولاد" مولانا وحید الدین خان، صفحہ نمبر 19۔</w:t>
      </w:r>
    </w:p>
    <w:p>
      <w:r>
        <w:rPr>
          <w:b/>
        </w:rPr>
        <w:t xml:space="preserve">[34:22] </w:t>
      </w:r>
      <w:r>
        <w:t>15 October 2003 ko mein Surat yani Gujarat mein tha.</w:t>
      </w:r>
    </w:p>
    <w:p>
      <w:pPr>
        <w:jc w:val="right"/>
      </w:pPr>
      <w:r>
        <w:t>15 اکتوبر 2003 کو میں سورت یعنی گجرات میں تھا۔</w:t>
      </w:r>
    </w:p>
    <w:p>
      <w:r>
        <w:rPr>
          <w:b/>
        </w:rPr>
        <w:t xml:space="preserve">[34:27] </w:t>
      </w:r>
      <w:r>
        <w:t>wahan mein ek hotel mein thehra hua tha.</w:t>
      </w:r>
    </w:p>
    <w:p>
      <w:pPr>
        <w:jc w:val="right"/>
      </w:pPr>
      <w:r>
        <w:t>وہاں میں ایک ہوٹل میں ٹھہرا ہوا تھا۔</w:t>
      </w:r>
    </w:p>
    <w:p>
      <w:r>
        <w:rPr>
          <w:b/>
        </w:rPr>
        <w:t xml:space="preserve">[34:32] </w:t>
      </w:r>
      <w:r>
        <w:t>ek local musalman mujh se milne ke liye hotel mein aa'e.</w:t>
      </w:r>
    </w:p>
    <w:p>
      <w:pPr>
        <w:jc w:val="right"/>
      </w:pPr>
      <w:r>
        <w:t>ایک مقامی مسلمان مجھ سے ملنے کے لیے ہوٹل میں آئے۔</w:t>
      </w:r>
    </w:p>
    <w:p>
      <w:r>
        <w:rPr>
          <w:b/>
        </w:rPr>
        <w:t xml:space="preserve">[34:37] </w:t>
      </w:r>
      <w:r>
        <w:t>unke sath ek chhota bachcha bhi tha.</w:t>
      </w:r>
    </w:p>
    <w:p>
      <w:pPr>
        <w:jc w:val="right"/>
      </w:pPr>
      <w:r>
        <w:t>ان کے ساتھ ایک چھوٹا بچہ بھی تھا۔</w:t>
      </w:r>
    </w:p>
    <w:p>
      <w:r>
        <w:rPr>
          <w:b/>
        </w:rPr>
        <w:t xml:space="preserve">[34:42] </w:t>
      </w:r>
      <w:r>
        <w:t>wo is bachche ko apni god mein liye hue the.</w:t>
      </w:r>
    </w:p>
    <w:p>
      <w:pPr>
        <w:jc w:val="right"/>
      </w:pPr>
      <w:r>
        <w:t>وہ اس بچے کو اپنی گود میں لیے ہوئے تھے۔</w:t>
      </w:r>
    </w:p>
    <w:p>
      <w:r>
        <w:rPr>
          <w:b/>
        </w:rPr>
        <w:t xml:space="preserve">[34:47] </w:t>
      </w:r>
      <w:r>
        <w:t>wo bachche ko kabhi kandhe par bithate aur kabhi god mein lete.</w:t>
      </w:r>
    </w:p>
    <w:p>
      <w:pPr>
        <w:jc w:val="right"/>
      </w:pPr>
      <w:r>
        <w:t>وہ بچے کو کبھی کندھے پر بٹھاتے اور کبھی گود میں لیتے۔</w:t>
      </w:r>
    </w:p>
    <w:p>
      <w:r>
        <w:rPr>
          <w:b/>
        </w:rPr>
        <w:t xml:space="preserve">[34:51] </w:t>
      </w:r>
      <w:r>
        <w:t>wo mere kamre mein aa kar baithe to maine unse poocha ke kya yeh aap ka</w:t>
      </w:r>
    </w:p>
    <w:p>
      <w:pPr>
        <w:jc w:val="right"/>
      </w:pPr>
      <w:r>
        <w:t>وہ میرے کمرے میں آ کر بیٹھے تو میں نے ان سے پوچھا کہ کیا یہ آپ کا</w:t>
      </w:r>
    </w:p>
    <w:p>
      <w:r>
        <w:rPr>
          <w:b/>
        </w:rPr>
        <w:t xml:space="preserve">[34:55] </w:t>
      </w:r>
      <w:r>
        <w:t>beta hai? unhone khushi ke lehje mein kaha ke haan.</w:t>
      </w:r>
    </w:p>
    <w:p>
      <w:pPr>
        <w:jc w:val="right"/>
      </w:pPr>
      <w:r>
        <w:t>بیٹا ہے؟ انہوں نے خوشی کے لہجے میں کہا کہ ہاں۔</w:t>
      </w:r>
    </w:p>
    <w:p>
      <w:r>
        <w:rPr>
          <w:b/>
        </w:rPr>
        <w:t xml:space="preserve">[35:00] </w:t>
      </w:r>
      <w:r>
        <w:t>maine kaha ke aap apne bete ke dushman hain.</w:t>
      </w:r>
    </w:p>
    <w:p>
      <w:pPr>
        <w:jc w:val="right"/>
      </w:pPr>
      <w:r>
        <w:t>میں نے کہا کہ آپ اپنے بیٹے کے دشمن ہیں۔</w:t>
      </w:r>
    </w:p>
    <w:p>
      <w:r>
        <w:rPr>
          <w:b/>
        </w:rPr>
        <w:t xml:space="preserve">[35:04] </w:t>
      </w:r>
      <w:r>
        <w:t>is ke sath aap ka pyar is ke liye dushmani ke hum ma'ni hai.</w:t>
      </w:r>
    </w:p>
    <w:p>
      <w:pPr>
        <w:jc w:val="right"/>
      </w:pPr>
      <w:r>
        <w:t>اس کے ساتھ آپ کا پیار اس کے لیے دشمنی کے ہم معنی ہے۔</w:t>
      </w:r>
    </w:p>
    <w:p>
      <w:r>
        <w:rPr>
          <w:b/>
        </w:rPr>
        <w:t xml:space="preserve">[35:08] </w:t>
      </w:r>
      <w:r>
        <w:t>is ghair mutawaqqe tabsarre ko sun kar wo ghabra gae.</w:t>
      </w:r>
    </w:p>
    <w:p>
      <w:pPr>
        <w:jc w:val="right"/>
      </w:pPr>
      <w:r>
        <w:t>اس غیر متوقع تبصرے کو سن کر وہ گھبرا گئے۔</w:t>
      </w:r>
    </w:p>
    <w:p>
      <w:r>
        <w:rPr>
          <w:b/>
        </w:rPr>
        <w:t xml:space="preserve">[35:13] </w:t>
      </w:r>
      <w:r>
        <w:t>unhone poocha ke woh kaise? maine kaha ke aap hamesha apne sahibza</w:t>
      </w:r>
    </w:p>
    <w:p>
      <w:pPr>
        <w:jc w:val="right"/>
      </w:pPr>
      <w:r>
        <w:t>انہوں نے پوچھا کہ وہ کیسے؟ میں نے کہا کہ آپ ہمیشہ اپنے صاحبز</w:t>
      </w:r>
    </w:p>
    <w:p>
      <w:r>
        <w:rPr>
          <w:b/>
        </w:rPr>
        <w:t xml:space="preserve">[35:17] </w:t>
      </w:r>
      <w:r>
        <w:t>ad-e ko god mein nahin rakh sakte.</w:t>
      </w:r>
    </w:p>
    <w:p>
      <w:pPr>
        <w:jc w:val="right"/>
      </w:pPr>
      <w:r>
        <w:t>ادے کو گود میں نہیں رکھ سکتے۔</w:t>
      </w:r>
    </w:p>
    <w:p>
      <w:r>
        <w:rPr>
          <w:b/>
        </w:rPr>
        <w:t xml:space="preserve">[35:22] </w:t>
      </w:r>
      <w:r>
        <w:t>aakhir kar is ko ek aisi duniya mein jana hai jahan koi is ko god mein lene wala na hoga.</w:t>
      </w:r>
    </w:p>
    <w:p>
      <w:pPr>
        <w:jc w:val="right"/>
      </w:pPr>
      <w:r>
        <w:t>آخر کار اس کو ایک ایسی دنیا میں جانا ہے جہاں کوئی اس کو گود میں لینے والا نہ ہوگا۔</w:t>
      </w:r>
    </w:p>
    <w:p>
      <w:r>
        <w:rPr>
          <w:b/>
        </w:rPr>
        <w:t xml:space="preserve">[35:27] </w:t>
      </w:r>
      <w:r>
        <w:t>bachche ke liye sachi mohabbat yeh hai ke aap is ko mustaqbil ke halaat ka saamna karne ke</w:t>
      </w:r>
    </w:p>
    <w:p>
      <w:pPr>
        <w:jc w:val="right"/>
      </w:pPr>
      <w:r>
        <w:t>بچے کے لیے سچی محبت یہ ہے کہ آپ اس کو مستقبل کے حالات کا سامنا کرنے کے</w:t>
      </w:r>
    </w:p>
    <w:p>
      <w:r>
        <w:rPr>
          <w:b/>
        </w:rPr>
        <w:t xml:space="preserve">[35:32] </w:t>
      </w:r>
      <w:r>
        <w:t>liye tayyar karen, na ke is ko is se bekhabar rakh kar ek aisi duniya mein jeene</w:t>
      </w:r>
    </w:p>
    <w:p>
      <w:pPr>
        <w:jc w:val="right"/>
      </w:pPr>
      <w:r>
        <w:t>لیے تیار کریں، نہ کہ اس کو اس سے بے خبر رکھ کر ایک ایسی دنیا میں جینے</w:t>
      </w:r>
    </w:p>
    <w:p>
      <w:r>
        <w:rPr>
          <w:b/>
        </w:rPr>
        <w:t xml:space="preserve">[35:37] </w:t>
      </w:r>
      <w:r>
        <w:t>wala banayein jo aap ki god ke bahar kahin apna wajood nahin rakhti.</w:t>
      </w:r>
    </w:p>
    <w:p>
      <w:pPr>
        <w:jc w:val="right"/>
      </w:pPr>
      <w:r>
        <w:t>والا بنائیں جو آپ کی گود کے باہر کہیں اپنا وجود نہیں رکھتی۔</w:t>
      </w:r>
    </w:p>
    <w:p>
      <w:r>
        <w:rPr>
          <w:b/>
        </w:rPr>
        <w:t xml:space="preserve">[35:42] </w:t>
      </w:r>
      <w:r>
        <w:t>unhone kaha ke yeh to abhi chhota bachcha hai.</w:t>
      </w:r>
    </w:p>
    <w:p>
      <w:pPr>
        <w:jc w:val="right"/>
      </w:pPr>
      <w:r>
        <w:t>انہوں نے کہا کہ یہ تو ابھی چھوٹا بچہ ہے۔</w:t>
      </w:r>
    </w:p>
    <w:p>
      <w:r>
        <w:rPr>
          <w:b/>
        </w:rPr>
        <w:t xml:space="preserve">[35:47] </w:t>
      </w:r>
      <w:r>
        <w:t>mein ne kaha ke aap ki yeh soch fitrat ke khilaf hai. is ke baad unhon ne apne bachhe ko god se utar diya. utarte hi woh bachha zameen par dorne laga. uska haal us chidiya jaisa ho gaya jo pinjre mein band ho aur pinjre se azad hote hi fiza mein urrne lage. fitrat ke nizam ke mutabiq bachha maa baap ki god mein rehne ke liye paida nahi hota. bachha is liye paida hota hai ke woh duniya ke khule maidan mein daure</w:t>
      </w:r>
    </w:p>
    <w:p>
      <w:pPr>
        <w:jc w:val="right"/>
      </w:pPr>
      <w:r>
        <w:t>میں نے کہا کہ آپ کی یہ سوچ فطرت کے خلاف ہے۔ اس کے بعد انہوں نے اپنے بچے کو گود سے اتار دیا۔ اتارتے ہی وہ بچہ زمین پر دوڑنے لگا۔ اس کا حال اس چڑیا جیسا ہو گیا جو پنجرے میں بند ہو اور پنجرے سے آزاد ہوتے ہی فضا میں اڑنے لگے۔ فطرت کے نظام کے مطابق بچہ ماں باپ کی گود میں رہنے کے لیے پیدا نہیں ہوتا۔ بچہ اس لیے پیدا ہوتا ہے کہ وہ دنیا کے کھلے میدان میں دوڑے</w:t>
      </w:r>
    </w:p>
    <w:p>
      <w:r>
        <w:rPr>
          <w:b/>
        </w:rPr>
        <w:t xml:space="preserve">[36:17] </w:t>
      </w:r>
      <w:r>
        <w:t>, woh zindagi ki jad-o-jehad mein dakhil ho, woh har qism ke tajrubaat se guzarte hue apne mustaqbil</w:t>
      </w:r>
    </w:p>
    <w:p>
      <w:pPr>
        <w:jc w:val="right"/>
      </w:pPr>
      <w:r>
        <w:t>، وہ زندگی کی جدوجہد میں داخل ہو، وہ ہر قسم کے تجربات سے گزرتے ہوئے اپنے مستقبل</w:t>
      </w:r>
    </w:p>
    <w:p>
      <w:r>
        <w:rPr>
          <w:b/>
        </w:rPr>
        <w:t xml:space="preserve">[36:24] </w:t>
      </w:r>
      <w:r>
        <w:t>ki ta'meer kare, woh muwafiq aur muqhalif halaat ka saamna karte hue apni zindagi ka safar tay karay.</w:t>
      </w:r>
    </w:p>
    <w:p>
      <w:pPr>
        <w:jc w:val="right"/>
      </w:pPr>
      <w:r>
        <w:t>کی تعمیر کرے، وہ موافق اور مخالف حالات کا سامنا کرتے ہوئے اپنی زندگی کا سفر طے کرے۔</w:t>
      </w:r>
    </w:p>
    <w:p>
      <w:r>
        <w:rPr>
          <w:b/>
        </w:rPr>
        <w:t xml:space="preserve">[36:31] </w:t>
      </w:r>
      <w:r>
        <w:t>aisi halat mein bachche ko maa baap ki shafqaton ka aadi banana fitrat ki scheme ke khilaf hai.</w:t>
      </w:r>
    </w:p>
    <w:p>
      <w:pPr>
        <w:jc w:val="right"/>
      </w:pPr>
      <w:r>
        <w:t>ایسی حالت میں بچے کو ماں باپ کی شفقتوں کا عادی بنانا فطرت کی سکیم کے خلاف ہے۔</w:t>
      </w:r>
    </w:p>
    <w:p>
      <w:r>
        <w:rPr>
          <w:b/>
        </w:rPr>
        <w:t xml:space="preserve">[36:37] </w:t>
      </w:r>
      <w:r>
        <w:t>wo fitrat ke nizam se ladna hai.</w:t>
      </w:r>
    </w:p>
    <w:p>
      <w:pPr>
        <w:jc w:val="right"/>
      </w:pPr>
      <w:r>
        <w:t>وہ فطرت کے نظام سے لڑنا ہے۔</w:t>
      </w:r>
    </w:p>
    <w:p>
      <w:r>
        <w:rPr>
          <w:b/>
        </w:rPr>
        <w:t xml:space="preserve">[36:44] </w:t>
      </w:r>
      <w:r>
        <w:t>maan baap ko chahiye ke woh is fitri haqeeqat ko samjhein aur is ke mutabiq apni aulaad ko banaayein.</w:t>
      </w:r>
    </w:p>
    <w:p>
      <w:pPr>
        <w:jc w:val="right"/>
      </w:pPr>
      <w:r>
        <w:t>ماں باپ کو چاہیے کہ وہ اس فطری حقیقت کو سمجھیں اور اس کے مطابق اپنی اولاد کو بنائیں۔</w:t>
      </w:r>
    </w:p>
    <w:p>
      <w:r>
        <w:rPr>
          <w:b/>
        </w:rPr>
        <w:t xml:space="preserve">[36:51] </w:t>
      </w:r>
      <w:r>
        <w:t>zyada bari god: kitab "tarbiyat-e-aulad" Maulana Wahiduddin Khan, safha number 20. Hindustani riwayat mein aik kahani is tarah hai ke aik raja ke yahan do raniyan theen. dono rani ke yahan aik aik bachha tha. dono ke darmiyan raqabat rehti thi. aik din aik rani ka bachha raja ki god mein aa kar baith gaya. doosri rani</w:t>
      </w:r>
    </w:p>
    <w:p>
      <w:pPr>
        <w:jc w:val="right"/>
      </w:pPr>
      <w:r>
        <w:t>زیادہ بڑی گود: کتاب "تربیتِ اولاد" مولانا وحید الدین خان، صفحہ نمبر 20۔ ہندوستانی روایات میں ایک کہانی اس طرح ہے کہ ایک راجہ کے یہاں دو رانیاں تھیں۔ دونوں رانی کے یہاں ایک ایک بچہ تھا۔ دونوں کے درمیان رقابت رہتی تھی۔ ایک دن ایک رانی کا بچہ راجہ کی گود میں آ کر بیٹھ گیا۔ دوسری ر</w:t>
      </w:r>
    </w:p>
    <w:p>
      <w:r>
        <w:rPr>
          <w:b/>
        </w:rPr>
        <w:t xml:space="preserve">[37:21] </w:t>
      </w:r>
      <w:r>
        <w:t>ani ne is manzar ko dekha to use ghussa aa gaya.</w:t>
      </w:r>
    </w:p>
    <w:p>
      <w:pPr>
        <w:jc w:val="right"/>
      </w:pPr>
      <w:r>
        <w:t>انی نے اس منظر کو دیکھا تو اسے غصہ آ گیا۔</w:t>
      </w:r>
    </w:p>
    <w:p>
      <w:r>
        <w:rPr>
          <w:b/>
        </w:rPr>
        <w:t xml:space="preserve">[37:25] </w:t>
      </w:r>
      <w:r>
        <w:t>woh apne bete ko le kar aayi aur doosri rani ke bete ko hata kar apne bete ko</w:t>
      </w:r>
    </w:p>
    <w:p>
      <w:pPr>
        <w:jc w:val="right"/>
      </w:pPr>
      <w:r>
        <w:t>وہ اپنے بیٹے کو لے کر آئی اور دوسری رانی کے بیٹے کو ہٹا کر اپنے بیٹے کو</w:t>
      </w:r>
    </w:p>
    <w:p>
      <w:r>
        <w:rPr>
          <w:b/>
        </w:rPr>
        <w:t xml:space="preserve">[37:29] </w:t>
      </w:r>
      <w:r>
        <w:t>raja ki god mein bitha diya.</w:t>
      </w:r>
    </w:p>
    <w:p>
      <w:pPr>
        <w:jc w:val="right"/>
      </w:pPr>
      <w:r>
        <w:t>راجہ کی گود میں بٹھا دیا۔</w:t>
      </w:r>
    </w:p>
    <w:p>
      <w:r>
        <w:rPr>
          <w:b/>
        </w:rPr>
        <w:t xml:space="preserve">[37:34] </w:t>
      </w:r>
      <w:r>
        <w:t>bacha rota hua apni maa ke paas gaya aur poora qissa bataya.</w:t>
      </w:r>
    </w:p>
    <w:p>
      <w:pPr>
        <w:jc w:val="right"/>
      </w:pPr>
      <w:r>
        <w:t>بچہ روتا ہوا اپنی ماں کے پاس گیا اور پورا قصہ بتایا۔</w:t>
      </w:r>
    </w:p>
    <w:p>
      <w:r>
        <w:rPr>
          <w:b/>
        </w:rPr>
        <w:t xml:space="preserve">[37:38] </w:t>
      </w:r>
      <w:r>
        <w:t>maa ne kaha ke aye mere bete, tum parm pita ki god mein baith jao.</w:t>
      </w:r>
    </w:p>
    <w:p>
      <w:pPr>
        <w:jc w:val="right"/>
      </w:pPr>
      <w:r>
        <w:t>ماں نے کہا کہ اے میرے بیٹے، تم پرم پتا کی گود میں بیٹھ جاؤ۔</w:t>
      </w:r>
    </w:p>
    <w:p>
      <w:r>
        <w:rPr>
          <w:b/>
        </w:rPr>
        <w:t xml:space="preserve">[37:42] </w:t>
      </w:r>
      <w:r>
        <w:t>is ke baad tumhein in baaton ki shikayat na hogi.</w:t>
      </w:r>
    </w:p>
    <w:p>
      <w:pPr>
        <w:jc w:val="right"/>
      </w:pPr>
      <w:r>
        <w:t>اس کے بعد تمہیں ان باتوں کی شکایت نہ ہوگی۔</w:t>
      </w:r>
    </w:p>
    <w:p>
      <w:r>
        <w:rPr>
          <w:b/>
        </w:rPr>
        <w:t xml:space="preserve">[37:47] </w:t>
      </w:r>
      <w:r>
        <w:t>yeh ek tamseeli kahani hai, taham</w:t>
      </w:r>
    </w:p>
    <w:p>
      <w:pPr>
        <w:jc w:val="right"/>
      </w:pPr>
      <w:r>
        <w:t>یہ ایک تمثیلی کہانی ہے، تاہم</w:t>
      </w:r>
    </w:p>
    <w:p>
      <w:r>
        <w:rPr>
          <w:b/>
        </w:rPr>
        <w:t xml:space="preserve">[37:51] </w:t>
      </w:r>
      <w:r>
        <w:t>is mein bohat bada sabak hai.</w:t>
      </w:r>
    </w:p>
    <w:p>
      <w:pPr>
        <w:jc w:val="right"/>
      </w:pPr>
      <w:r>
        <w:t>اس میں بہت بڑا سبق ہے۔</w:t>
      </w:r>
    </w:p>
    <w:p>
      <w:r>
        <w:rPr>
          <w:b/>
        </w:rPr>
        <w:t xml:space="preserve">[37:55] </w:t>
      </w:r>
      <w:r>
        <w:t>insaan aam taur par mukhtalif qism ki shikayatein liye rehta hai.</w:t>
      </w:r>
    </w:p>
    <w:p>
      <w:pPr>
        <w:jc w:val="right"/>
      </w:pPr>
      <w:r>
        <w:t>انسان عام طور پر مختلف قسم کی شکایتیں لیے رہتا ہے۔</w:t>
      </w:r>
    </w:p>
    <w:p>
      <w:r>
        <w:rPr>
          <w:b/>
        </w:rPr>
        <w:t xml:space="preserve">[37:59] </w:t>
      </w:r>
      <w:r>
        <w:t>isko apne ghar walon ki taraf se aur samajh ke logon ki taraf se mukhtalif qism ki</w:t>
      </w:r>
    </w:p>
    <w:p>
      <w:pPr>
        <w:jc w:val="right"/>
      </w:pPr>
      <w:r>
        <w:t>اس کو اپنے گھر والوں کی طرف سے اور سماج کے لوگوں کی طرف سے مختلف قسم کی</w:t>
      </w:r>
    </w:p>
    <w:p>
      <w:r>
        <w:rPr>
          <w:b/>
        </w:rPr>
        <w:t xml:space="preserve">[38:04] </w:t>
      </w:r>
      <w:r>
        <w:t>napaseendida tajrubaat pesh aate rehte hain jo shikayat ban kar is ke seene mein bas jaate hain.</w:t>
      </w:r>
    </w:p>
    <w:p>
      <w:pPr>
        <w:jc w:val="right"/>
      </w:pPr>
      <w:r>
        <w:t>ناپسندیدہ تجربات پیش آتے رہتے ہیں جو شکایت بن کر اس کے سینے میں بس جاتے ہیں۔</w:t>
      </w:r>
    </w:p>
    <w:p>
      <w:r>
        <w:rPr>
          <w:b/>
        </w:rPr>
        <w:t xml:space="preserve">[38:08] </w:t>
      </w:r>
      <w:r>
        <w:t>magar yeh sab bohat choti baatein hain.</w:t>
      </w:r>
    </w:p>
    <w:p>
      <w:pPr>
        <w:jc w:val="right"/>
      </w:pPr>
      <w:r>
        <w:t>مگر یہ سب بہت چھوٹی باتیں ہیں۔</w:t>
      </w:r>
    </w:p>
    <w:p>
      <w:r>
        <w:rPr>
          <w:b/>
        </w:rPr>
        <w:t xml:space="preserve">[38:12] </w:t>
      </w:r>
      <w:r>
        <w:t>zyada badi baat yeh hai ke aadmi Khuda ki yaadon mein jeene wala bane.</w:t>
      </w:r>
    </w:p>
    <w:p>
      <w:pPr>
        <w:jc w:val="right"/>
      </w:pPr>
      <w:r>
        <w:t>زیادہ بڑی بات یہ ہے کہ آدمی خدا کی یادوں میں جینے والا بنے۔</w:t>
      </w:r>
    </w:p>
    <w:p>
      <w:r>
        <w:rPr>
          <w:b/>
        </w:rPr>
        <w:t xml:space="preserve">[38:17] </w:t>
      </w:r>
      <w:r>
        <w:t>woh apna saara bharosa Khuda par qaim</w:t>
      </w:r>
    </w:p>
    <w:p>
      <w:pPr>
        <w:jc w:val="right"/>
      </w:pPr>
      <w:r>
        <w:t>وہ اپنا سارا بھروسہ خدا پر قائم</w:t>
      </w:r>
    </w:p>
    <w:p>
      <w:r>
        <w:rPr>
          <w:b/>
        </w:rPr>
        <w:t xml:space="preserve">[38:21] </w:t>
      </w:r>
      <w:r>
        <w:t>kare.</w:t>
      </w:r>
    </w:p>
    <w:p>
      <w:pPr>
        <w:jc w:val="right"/>
      </w:pPr>
      <w:r>
        <w:t>کرے۔</w:t>
      </w:r>
    </w:p>
    <w:p>
      <w:r>
        <w:rPr>
          <w:b/>
        </w:rPr>
        <w:t xml:space="preserve">[38:25] </w:t>
      </w:r>
      <w:r>
        <w:t>woh Khuda ki di hui cheezon ki azmat mein is tarah gum ho ke usko yaad hi</w:t>
      </w:r>
    </w:p>
    <w:p>
      <w:pPr>
        <w:jc w:val="right"/>
      </w:pPr>
      <w:r>
        <w:t>وہ خدا کی دی ہوئی چیزوں کی عظمت میں اس طرح گم ہو کہ اس کو یاد ہی</w:t>
      </w:r>
    </w:p>
    <w:p>
      <w:r>
        <w:rPr>
          <w:b/>
        </w:rPr>
        <w:t xml:space="preserve">[38:30] </w:t>
      </w:r>
      <w:r>
        <w:t>na rahe ke kisi aur ne usko kya diya aur kya nahi diya.</w:t>
      </w:r>
    </w:p>
    <w:p>
      <w:pPr>
        <w:jc w:val="right"/>
      </w:pPr>
      <w:r>
        <w:t>نہ رہے کہ کسی اور نے اس کو کیا دیا اور کیا نہیں دیا۔</w:t>
      </w:r>
    </w:p>
    <w:p>
      <w:r>
        <w:rPr>
          <w:b/>
        </w:rPr>
        <w:t xml:space="preserve">[38:34] </w:t>
      </w:r>
      <w:r>
        <w:t>insanon se shikayat darasal Khuda se ghaflat ka nateeja hai.</w:t>
      </w:r>
    </w:p>
    <w:p>
      <w:pPr>
        <w:jc w:val="right"/>
      </w:pPr>
      <w:r>
        <w:t>انسانوں سے شکایت دراصل خدا سے غفلت کا نتیجہ ہے۔</w:t>
      </w:r>
    </w:p>
    <w:p>
      <w:r>
        <w:rPr>
          <w:b/>
        </w:rPr>
        <w:t xml:space="preserve">[38:39] </w:t>
      </w:r>
      <w:r>
        <w:t>Khuda ki taraf se insaan ko jo beshumar nematein mili hui hain, woh ek ata samandar ki</w:t>
      </w:r>
    </w:p>
    <w:p>
      <w:pPr>
        <w:jc w:val="right"/>
      </w:pPr>
      <w:r>
        <w:t>خدا کی طرف سے انسان کو جو بے شمار نعمتیں ملی ہوئی ہیں، وہ ایک عطا سمندر کی</w:t>
      </w:r>
    </w:p>
    <w:p>
      <w:r>
        <w:rPr>
          <w:b/>
        </w:rPr>
        <w:t xml:space="preserve">[38:43] </w:t>
      </w:r>
      <w:r>
        <w:t>manind hain, aur insanon ki taraf se jo kuch pesh aata hai, woh is ke muqable mein ek</w:t>
      </w:r>
    </w:p>
    <w:p>
      <w:pPr>
        <w:jc w:val="right"/>
      </w:pPr>
      <w:r>
        <w:t>مانند ہیں، اور انسانوں کی طرف سے جو کچھ پیش آتا ہے، وہ اس کے مقابلے میں ایک</w:t>
      </w:r>
    </w:p>
    <w:p>
      <w:r>
        <w:rPr>
          <w:b/>
        </w:rPr>
        <w:t xml:space="preserve">[38:48] </w:t>
      </w:r>
      <w:r>
        <w:t>khatre se bhi kam hai.</w:t>
      </w:r>
    </w:p>
    <w:p>
      <w:pPr>
        <w:jc w:val="right"/>
      </w:pPr>
      <w:r>
        <w:t>خطرے سے بھی کم ہے۔</w:t>
      </w:r>
    </w:p>
    <w:p>
      <w:r>
        <w:rPr>
          <w:b/>
        </w:rPr>
        <w:t xml:space="preserve">[38:52] </w:t>
      </w:r>
      <w:r>
        <w:t>atiyat-e-ilahi ke is samandar mein agar koi shakhs apni taraf se aik qatra aur daal de to samandar mein koi izafa nahi hoga. isi tarah agar koi shakhs is samandar se aik qatra nikaal le, tab bhi is mein koi kami waqe hone wali nahi. har aadmi parm pita ki god mein baitha hua hai. is waqe ka shoori adrak agar poori tarah haasil ho jaye to aadmi bari se bari shikayat ko is tarah nazar andaaz kar dega jaise ke is ki koi</w:t>
      </w:r>
    </w:p>
    <w:p>
      <w:pPr>
        <w:jc w:val="right"/>
      </w:pPr>
      <w:r>
        <w:t>عطیات الہی کے اس سمندر میں اگر کوئی شخص اپنی طرف سے ایک قطرہ اور ڈال دے تو سمندر میں کوئی اضافہ نہیں ہوگا۔ اسی طرح اگر کوئی شخص اس سمندر سے ایک قطرہ نکال لے، تب بھی اس میں کوئی کمی واقع ہونے والی نہیں۔ ہر آدمی پرم پتا کی گود میں بیٹھا ہوا ہے۔ اس واقعے کا شعوری ادراک اگر پوری طرح حاصل ہو جائے تو آدمی بڑی سے بڑی شکایت کو اس طرح نظر انداز کر دے گا جیسے کہ اس کی کوئی</w:t>
      </w:r>
    </w:p>
    <w:p>
      <w:r>
        <w:rPr>
          <w:b/>
        </w:rPr>
        <w:t xml:space="preserve">[39:22] </w:t>
      </w:r>
      <w:r>
        <w:t>haqeeqat hi nahi.</w:t>
      </w:r>
    </w:p>
    <w:p>
      <w:pPr>
        <w:jc w:val="right"/>
      </w:pPr>
      <w:r>
        <w:t>حقیقت ہی نہیں۔</w:t>
      </w:r>
    </w:p>
    <w:p>
      <w:r>
        <w:rPr>
          <w:b/>
        </w:rPr>
        <w:t xml:space="preserve">[39:27] </w:t>
      </w:r>
      <w:r>
        <w:t>shehanshah Akbar ki walida: kitaab "tarbiyat-e-aulad" Maulana Wahiduddin Khan, safha number 21.</w:t>
      </w:r>
    </w:p>
    <w:p>
      <w:pPr>
        <w:jc w:val="right"/>
      </w:pPr>
      <w:r>
        <w:t>شہنشاہ اکبر کی والدہ: کتاب "تربیتِ اولاد" مولانا وحید الدین خان، صفحہ نمبر 21۔</w:t>
      </w:r>
    </w:p>
    <w:p>
      <w:r>
        <w:rPr>
          <w:b/>
        </w:rPr>
        <w:t xml:space="preserve">[39:32] </w:t>
      </w:r>
      <w:r>
        <w:t>Mulla Abdul Nabi wafat 991 hijri.</w:t>
      </w:r>
    </w:p>
    <w:p>
      <w:pPr>
        <w:jc w:val="right"/>
      </w:pPr>
      <w:r>
        <w:t>ملا عبدالنبی وفات 991 ہجری۔</w:t>
      </w:r>
    </w:p>
    <w:p>
      <w:r>
        <w:rPr>
          <w:b/>
        </w:rPr>
        <w:t xml:space="preserve">[39:37] </w:t>
      </w:r>
      <w:r>
        <w:t>shehanshah akbar ke zamane ke bare ulma mein se ek the.</w:t>
      </w:r>
    </w:p>
    <w:p>
      <w:pPr>
        <w:jc w:val="right"/>
      </w:pPr>
      <w:r>
        <w:t>شہنشاہ اکبر کے زمانے کے بڑے علماء میں سے ایک تھے۔</w:t>
      </w:r>
    </w:p>
    <w:p>
      <w:r>
        <w:rPr>
          <w:b/>
        </w:rPr>
        <w:t xml:space="preserve">[39:42] </w:t>
      </w:r>
      <w:r>
        <w:t>unki banwai hui ek masjid ab bhi nai dilli mein bahadur shah zafar mark ke kinare maujood</w:t>
      </w:r>
    </w:p>
    <w:p>
      <w:pPr>
        <w:jc w:val="right"/>
      </w:pPr>
      <w:r>
        <w:t>ان کی بنوائی ہوئی ایک مسجد اب بھی نئی دہلی میں بہادر شاہ ظفر مارک کے کنارے موجود</w:t>
      </w:r>
    </w:p>
    <w:p>
      <w:r>
        <w:rPr>
          <w:b/>
        </w:rPr>
        <w:t xml:space="preserve">[39:47] </w:t>
      </w:r>
      <w:r>
        <w:t>hai, jo masjid</w:t>
      </w:r>
    </w:p>
    <w:p>
      <w:pPr>
        <w:jc w:val="right"/>
      </w:pPr>
      <w:r>
        <w:t>ہے، جو مسجد</w:t>
      </w:r>
    </w:p>
    <w:p>
      <w:r>
        <w:rPr>
          <w:b/>
        </w:rPr>
        <w:t xml:space="preserve">[39:52] </w:t>
      </w:r>
      <w:r>
        <w:t>Abdul Nabi ke naam se mashhoor hai. Mulla Abdul Nabi shehanshah Akbar ke ustad thay. is bana par woh Akbar ke darbar mein bila rokh tok aate jaate thay. Akbar ne Mulla Abdul Nabi ko hukoomat mein sadr-us-sudur ke uhde par faiz kiya tha. Akbar se khusoosi ta'alluq ki bana par Mulla Abdul Nabi ko is zamanay mein nihayat izzat ka maqam haasil hua. Mulla Abdul Qadir Badayuni ka bayan hai ke mansab-e-sadarat</w:t>
      </w:r>
    </w:p>
    <w:p>
      <w:pPr>
        <w:jc w:val="right"/>
      </w:pPr>
      <w:r>
        <w:t>عبدالنبی کے نام سے مشہور ہے۔ ملا عبدالنبی شہنشاہ اکبر کے استاد تھے۔ اس بنا پر وہ اکبر کے دربار میں بلا روک ٹوک آتے جاتے تھے۔ اکبر نے ملا عبدالنبی کو حکومت میں صدر الصدور کے عہدے پر فائز کیا تھا۔ اکبر سے خصوصی تعلق کی بنا پر ملا عبدالنبی کو اس زمانے میں نہایت عزت کا مقام حاصل ہوا۔ ملا عبدالقادر بدایونی کا بیان ہے کہ منصب صدارت</w:t>
      </w:r>
    </w:p>
    <w:p>
      <w:r>
        <w:rPr>
          <w:b/>
        </w:rPr>
        <w:t xml:space="preserve">[40:22] </w:t>
      </w:r>
      <w:r>
        <w:t>ko kisi saltanat mein woh ahmiyat haasil nahi hui jo Mulla Abdul Nabi ke zamanay mein use haasil thi. dar zaman-e-hich badshahi incha ooni sadr ba-istiqlal nagasht. Akbar ko Mulla Abdul Nabi se itni aqeedat thi ke woh un ke joote seedha karta tha, un ke makan par ja kar un se hadees sunta tha. Mulla Abdul Nabi ki sohbat se is ki mazhabiyat yahan tak pahunch gayi thi</w:t>
      </w:r>
    </w:p>
    <w:p>
      <w:pPr>
        <w:jc w:val="right"/>
      </w:pPr>
      <w:r>
        <w:t>کو کسی سلطنت میں وہ اہمیت حاصل نہیں ہوئی جو ملا عبدالنبی کے زمانے میں اسے حاصل تھی۔ در زمان ہیچ بادشاہی اینچ اونی صدر باستقلال نگشتا۔ اکبر کو ملا عبدالنبی سے اتنی عقیدت تھی کہ وہ ان کے جوتے سیدھا کرتا تھا، ان کے مکان پر جا کر ان سے حدیث سنتا تھا۔ ملا عبدالنبی کی صحبت سے اس کی مذہبیت یہاں تک پہنچ گئی تھی</w:t>
      </w:r>
    </w:p>
    <w:p>
      <w:r>
        <w:rPr>
          <w:b/>
        </w:rPr>
        <w:t xml:space="preserve">[40:52] </w:t>
      </w:r>
      <w:r>
        <w:t>ke woh masjid mein khud azan deta tha aur sawab ki khatir baaz auqat masjid mein jharoo bhi deta tha.</w:t>
      </w:r>
    </w:p>
    <w:p>
      <w:pPr>
        <w:jc w:val="right"/>
      </w:pPr>
      <w:r>
        <w:t>کہ وہ مسجد میں خود اذان دیتا تھا اور ثواب کی خاطر بعض اوقات مسجد میں جھاڑو بھی دیتا تھا۔</w:t>
      </w:r>
    </w:p>
    <w:p>
      <w:r>
        <w:rPr>
          <w:b/>
        </w:rPr>
        <w:t xml:space="preserve">[40:57] </w:t>
      </w:r>
      <w:r>
        <w:t>ek bar aisa hua ke uski salgirah ki taqreeb thi.</w:t>
      </w:r>
    </w:p>
    <w:p>
      <w:pPr>
        <w:jc w:val="right"/>
      </w:pPr>
      <w:r>
        <w:t>ایک بار ایسا ہوا کہ اس کی سالگرہ کی تقریب تھی۔</w:t>
      </w:r>
    </w:p>
    <w:p>
      <w:r>
        <w:rPr>
          <w:b/>
        </w:rPr>
        <w:t xml:space="preserve">[41:02] </w:t>
      </w:r>
      <w:r>
        <w:t>akbar ne apni mashhoor policy ke mutabiq is din jo kapra pehna tha, woh zafrani rang yaani gerwe</w:t>
      </w:r>
    </w:p>
    <w:p>
      <w:pPr>
        <w:jc w:val="right"/>
      </w:pPr>
      <w:r>
        <w:t>اکبر نے اپنی مشہور پالیسی کے مطابق اس دن جو کپڑا پہنا تھا، وہ زعفرانی رنگ یعنی گیروے</w:t>
      </w:r>
    </w:p>
    <w:p>
      <w:r>
        <w:rPr>
          <w:b/>
        </w:rPr>
        <w:t xml:space="preserve">[41:07] </w:t>
      </w:r>
      <w:r>
        <w:t>rang ka kapra tha.</w:t>
      </w:r>
    </w:p>
    <w:p>
      <w:pPr>
        <w:jc w:val="right"/>
      </w:pPr>
      <w:r>
        <w:t>رنگ کا کپڑا تھا۔</w:t>
      </w:r>
    </w:p>
    <w:p>
      <w:r>
        <w:rPr>
          <w:b/>
        </w:rPr>
        <w:t xml:space="preserve">[41:12] </w:t>
      </w:r>
      <w:r>
        <w:t>mulla abdulnabi ne is ko dekha to woh is ko hindwana rang samajh kar ghussa ho gaye aur</w:t>
      </w:r>
    </w:p>
    <w:p>
      <w:pPr>
        <w:jc w:val="right"/>
      </w:pPr>
      <w:r>
        <w:t>ملا عبدالنبی نے اس کو دیکھا تو وہ اس کو ہندوانہ رنگ سمجھ کر غصہ ہو گئے اور</w:t>
      </w:r>
    </w:p>
    <w:p>
      <w:r>
        <w:rPr>
          <w:b/>
        </w:rPr>
        <w:t xml:space="preserve">[41:17] </w:t>
      </w:r>
      <w:r>
        <w:t>bhare darbar mein akbar ko apne asaa se maar diya.</w:t>
      </w:r>
    </w:p>
    <w:p>
      <w:pPr>
        <w:jc w:val="right"/>
      </w:pPr>
      <w:r>
        <w:t>بھرے دربار میں اکبر کو اپنے عصا سے مار دیا۔</w:t>
      </w:r>
    </w:p>
    <w:p>
      <w:r>
        <w:rPr>
          <w:b/>
        </w:rPr>
        <w:t xml:space="preserve">[41:22] </w:t>
      </w:r>
      <w:r>
        <w:t>akbar ko is par nagawari hui magar woh khamoshi se uth kar mahal ke andar chala gaya.</w:t>
      </w:r>
    </w:p>
    <w:p>
      <w:pPr>
        <w:jc w:val="right"/>
      </w:pPr>
      <w:r>
        <w:t>اکبر کو اس پر ناگواری ہوئی مگر وہ خاموشی سے اٹھ کر محل کے اندر چلا گیا۔</w:t>
      </w:r>
    </w:p>
    <w:p>
      <w:r>
        <w:rPr>
          <w:b/>
        </w:rPr>
        <w:t xml:space="preserve">[41:27] </w:t>
      </w:r>
      <w:r>
        <w:t>mahal ke andar uski maan mariyam makani maujood theen.</w:t>
      </w:r>
    </w:p>
    <w:p>
      <w:pPr>
        <w:jc w:val="right"/>
      </w:pPr>
      <w:r>
        <w:t>محل کے اندر اس کی ماں مریم مکانی موجود تھیں۔</w:t>
      </w:r>
    </w:p>
    <w:p>
      <w:r>
        <w:rPr>
          <w:b/>
        </w:rPr>
        <w:t xml:space="preserve">[41:32] </w:t>
      </w:r>
      <w:r>
        <w:t>us ne apni maan se kaha ke mulla abdulnabi ne aaj bhare darbar mein mujh ko maar diya.</w:t>
      </w:r>
    </w:p>
    <w:p>
      <w:pPr>
        <w:jc w:val="right"/>
      </w:pPr>
      <w:r>
        <w:t>اس نے اپنی ماں سے کہا کہ ملا عبدالنبی نے آج بھرے دربار میں مجھ کو مارا۔</w:t>
      </w:r>
    </w:p>
    <w:p>
      <w:r>
        <w:rPr>
          <w:b/>
        </w:rPr>
        <w:t xml:space="preserve">[41:37] </w:t>
      </w:r>
      <w:r>
        <w:t>agar woh tanhai mein mujh ko naseehat karte to us mein koi harj na tha.</w:t>
      </w:r>
    </w:p>
    <w:p>
      <w:pPr>
        <w:jc w:val="right"/>
      </w:pPr>
      <w:r>
        <w:t>اگر وہ تنہائی میں مجھ کو نصیحت کرتے تو اس میں کوئی حرج نہ تھا۔</w:t>
      </w:r>
    </w:p>
    <w:p>
      <w:r>
        <w:rPr>
          <w:b/>
        </w:rPr>
        <w:t xml:space="preserve">[41:42] </w:t>
      </w:r>
      <w:r>
        <w:t>akbar ki maan mariyam makani ek zaheen aur sahib ilm khatoon theen.</w:t>
      </w:r>
    </w:p>
    <w:p>
      <w:pPr>
        <w:jc w:val="right"/>
      </w:pPr>
      <w:r>
        <w:t>اکبر کی ماں مریم مکانی ایک ذہین اور صاحب علم خاتون تھیں۔</w:t>
      </w:r>
    </w:p>
    <w:p>
      <w:r>
        <w:rPr>
          <w:b/>
        </w:rPr>
        <w:t xml:space="preserve">[41:47] </w:t>
      </w:r>
      <w:r>
        <w:t>unho ne akbar ki baat sun kar kaha: "bete, dil mein mail</w:t>
      </w:r>
    </w:p>
    <w:p>
      <w:pPr>
        <w:jc w:val="right"/>
      </w:pPr>
      <w:r>
        <w:t>انہوں نے اکبر کی بات سن کر کہا: "بیٹے، دل میں میل</w:t>
      </w:r>
    </w:p>
    <w:p>
      <w:r>
        <w:rPr>
          <w:b/>
        </w:rPr>
        <w:t xml:space="preserve">[41:52] </w:t>
      </w:r>
      <w:r>
        <w:t>na laana. yeh tumhare liye nijat-e-aakhirat ka zariya hai. qayamat tak charcha rahega ke aik be-ikhtiyar mulla ne badshah ke sath yeh harkat ki aur sa'adatmand badshah ne is par sabr kar liya." Masir-ul-Umara jild doam safha 560. is se maloom hota hai ke aulad ki zehn saazi mein aurat ka kirdaar behad ahem hai. ghar ka mahol: kitab</w:t>
      </w:r>
    </w:p>
    <w:p>
      <w:pPr>
        <w:jc w:val="right"/>
      </w:pPr>
      <w:r>
        <w:t>نہ لانا۔ یہ تمہارے لیے نجات آخرت کا ذریعہ ہے۔ قیامت تک چرچہ رہے گا کہ ایک بے اختیار ملا نے بادشاہ کے ساتھ یہ حرکت کی اور سعادت مند بادشاہ نے اس پر صبر کر لیا۔" ماثر الامراء جلد دوم صفحہ 560۔ اس سے معلوم ہوتا ہے کہ اولاد کی ذہن سازی میں عورت کا کردار بے حد اہم ہے۔ گھر کا ماحول: کتاب</w:t>
      </w:r>
    </w:p>
    <w:p>
      <w:r>
        <w:rPr>
          <w:b/>
        </w:rPr>
        <w:t xml:space="preserve">[42:22] </w:t>
      </w:r>
      <w:r>
        <w:t>"tarbiyat-e-aulad" Maulana Wahiduddin Khan, safha number 23. aaj kal yeh haal hai ke secular aadmi aur mazhabi aadmi ka farq bahir ki zindagi mein to nazar aata hai magar ghar ki zindagi mein yeh farq dikhai nahi deta. bظahir dono ka libas alag hota hai. secular aadmi agar "good morning" kehta hai to mazhabi aadmi "salam alaikum" kehta hai. secular a</w:t>
      </w:r>
    </w:p>
    <w:p>
      <w:pPr>
        <w:jc w:val="right"/>
      </w:pPr>
      <w:r>
        <w:t>"تربیتِ اولاد" مولانا وحید الدین خان، صفحہ نمبر 23۔ آج کل یہ حال ہے کہ سیکولر آدمی اور مذہبی آدمی کا فرق باہر کی زندگی میں تو نظر آتا ہے لیکن گھر کی زندگی میں یہ فرق دکھائی نہیں دیتا۔ بظاہر دونوں کا لباس الگ ہوتا ہے۔ سیکولر آدمی اگر "گڈ مارننگ" کہتا ہے تو مذہبی آدمی "سلام علیکم" کہتا ہے۔ سیکولر آ</w:t>
      </w:r>
    </w:p>
    <w:p>
      <w:r>
        <w:rPr>
          <w:b/>
        </w:rPr>
        <w:t xml:space="preserve">[42:52] </w:t>
      </w:r>
      <w:r>
        <w:t>demi agar club jata hai to mazhabi aadmi masjid jata hai waghera.</w:t>
      </w:r>
    </w:p>
    <w:p>
      <w:pPr>
        <w:jc w:val="right"/>
      </w:pPr>
      <w:r>
        <w:t>دمی اگر کلب جاتا ہے تو مذہبی آدمی مسجد جاتا ہے وغیرہ۔</w:t>
      </w:r>
    </w:p>
    <w:p>
      <w:r>
        <w:rPr>
          <w:b/>
        </w:rPr>
        <w:t xml:space="preserve">[42:58] </w:t>
      </w:r>
      <w:r>
        <w:t>lekin yeh farq bahar ki zindagi ki had tak hai.</w:t>
      </w:r>
    </w:p>
    <w:p>
      <w:pPr>
        <w:jc w:val="right"/>
      </w:pPr>
      <w:r>
        <w:t>لیکن یہ فرق باہر کی زندگی کی حد تک ہے۔</w:t>
      </w:r>
    </w:p>
    <w:p>
      <w:r>
        <w:rPr>
          <w:b/>
        </w:rPr>
        <w:t xml:space="preserve">[43:03] </w:t>
      </w:r>
      <w:r>
        <w:t>ghar ke andar ke mahol ko dekhiye to secular aadmi ke ghar aur mazhabi aadmi ke ghar ke</w:t>
      </w:r>
    </w:p>
    <w:p>
      <w:pPr>
        <w:jc w:val="right"/>
      </w:pPr>
      <w:r>
        <w:t>گھر کے اندر کے ماحول کو دیکھیے تو سیکولر آدمی کے گھر اور مذہبی آدمی کے گھر کے</w:t>
      </w:r>
    </w:p>
    <w:p>
      <w:r>
        <w:rPr>
          <w:b/>
        </w:rPr>
        <w:t xml:space="preserve">[43:08] </w:t>
      </w:r>
      <w:r>
        <w:t>darmiyan koi farq dikhai nahi dega.</w:t>
      </w:r>
    </w:p>
    <w:p>
      <w:pPr>
        <w:jc w:val="right"/>
      </w:pPr>
      <w:r>
        <w:t>درمیان کوئی فرق دکھائی نہیں دے گا۔</w:t>
      </w:r>
    </w:p>
    <w:p>
      <w:r>
        <w:rPr>
          <w:b/>
        </w:rPr>
        <w:t xml:space="preserve">[43:13] </w:t>
      </w:r>
      <w:r>
        <w:t>aur agar koi farq hoga to woh sirf zahiri rasam ke aitbar se hoga na ke haqeeqat ke aitbar se.</w:t>
      </w:r>
    </w:p>
    <w:p>
      <w:pPr>
        <w:jc w:val="right"/>
      </w:pPr>
      <w:r>
        <w:t>اور اگر کوئی فرق ہوگا تو وہ صرف ظاہری رسم کے اعتبار سے ہوگا نہ کہ حقیقت کے اعتبار سے۔</w:t>
      </w:r>
    </w:p>
    <w:p>
      <w:r>
        <w:rPr>
          <w:b/>
        </w:rPr>
        <w:t xml:space="preserve">[43:18] </w:t>
      </w:r>
      <w:r>
        <w:t>quran mein dono qism ke gharon ki pehchan batai gayi hai.</w:t>
      </w:r>
    </w:p>
    <w:p>
      <w:pPr>
        <w:jc w:val="right"/>
      </w:pPr>
      <w:r>
        <w:t>قرآن میں دونوں قسم کے گھروں کی پہچان بتائی گئی ہے۔</w:t>
      </w:r>
    </w:p>
    <w:p>
      <w:r>
        <w:rPr>
          <w:b/>
        </w:rPr>
        <w:t xml:space="preserve">[43:23] </w:t>
      </w:r>
      <w:r>
        <w:t>ghair mazhabi insan ke ghar ki pehchan ko janne ke liye quran ki is ayat ka mutalia kijiye:</w:t>
      </w:r>
    </w:p>
    <w:p>
      <w:pPr>
        <w:jc w:val="right"/>
      </w:pPr>
      <w:r>
        <w:t>غیر مذہبی انسان کے گھر کی پہچان کو جاننے کے لیے قرآن کی اس آیت کا مطالعہ کیجئے:</w:t>
      </w:r>
    </w:p>
    <w:p>
      <w:r>
        <w:rPr>
          <w:b/>
        </w:rPr>
        <w:t xml:space="preserve">[43:28] </w:t>
      </w:r>
      <w:r>
        <w:t>"إنه كان في أهله مسرورًا" surah number 84 ayat 13.</w:t>
      </w:r>
    </w:p>
    <w:p>
      <w:pPr>
        <w:jc w:val="right"/>
      </w:pPr>
      <w:r>
        <w:t>"إنه كان في أهله مسرورًا" سورہ نمبر 84 آیت 13۔</w:t>
      </w:r>
    </w:p>
    <w:p>
      <w:r>
        <w:rPr>
          <w:b/>
        </w:rPr>
        <w:t xml:space="preserve">[43:33] </w:t>
      </w:r>
      <w:r>
        <w:t>yaani woh apne ahle ke darmiyan khush rehta tha.</w:t>
      </w:r>
    </w:p>
    <w:p>
      <w:pPr>
        <w:jc w:val="right"/>
      </w:pPr>
      <w:r>
        <w:t>یعنی وہ اپنے اہل کے درمیان خوش رہتا تھا۔</w:t>
      </w:r>
    </w:p>
    <w:p>
      <w:r>
        <w:rPr>
          <w:b/>
        </w:rPr>
        <w:t xml:space="preserve">[43:38] </w:t>
      </w:r>
      <w:r>
        <w:t>is ka matlab yeh hai ke ghair mazhabi insan ki zindagi khandan rukhi yaani family oriented zindagi hoti hai.</w:t>
      </w:r>
    </w:p>
    <w:p>
      <w:pPr>
        <w:jc w:val="right"/>
      </w:pPr>
      <w:r>
        <w:t>اس کا مطلب یہ ہے کہ غیر مذہبی انسان کی زندگی خاندان رخی یعنی فیملی اورینٹڈ زندگی ہوتی ہے۔</w:t>
      </w:r>
    </w:p>
    <w:p>
      <w:r>
        <w:rPr>
          <w:b/>
        </w:rPr>
        <w:t xml:space="preserve">[43:43] </w:t>
      </w:r>
      <w:r>
        <w:t>woh apne ghar mein aa kar mehsoos karta hai ke mein apne logon ke darmiyan aa gaya.</w:t>
      </w:r>
    </w:p>
    <w:p>
      <w:pPr>
        <w:jc w:val="right"/>
      </w:pPr>
      <w:r>
        <w:t>وہ اپنے گھر میں آ کر محسوس کرتا ہے کہ میں اپنے لوگوں کے درمیان آ گیا۔</w:t>
      </w:r>
    </w:p>
    <w:p>
      <w:r>
        <w:rPr>
          <w:b/>
        </w:rPr>
        <w:t xml:space="preserve">[43:48] </w:t>
      </w:r>
      <w:r>
        <w:t>woh apna sara</w:t>
      </w:r>
    </w:p>
    <w:p>
      <w:pPr>
        <w:jc w:val="right"/>
      </w:pPr>
      <w:r>
        <w:t>وہ اپنا سارا</w:t>
      </w:r>
    </w:p>
    <w:p>
      <w:r>
        <w:rPr>
          <w:b/>
        </w:rPr>
        <w:t xml:space="preserve">[43:53] </w:t>
      </w:r>
      <w:r>
        <w:t>waqt aur apna paisa apne ahle khandan mein kharch karta hai aur mutmaeen rehta hai ke mein ne</w:t>
      </w:r>
    </w:p>
    <w:p>
      <w:pPr>
        <w:jc w:val="right"/>
      </w:pPr>
      <w:r>
        <w:t>وقت اور اپنا پیسہ اپنے اہل خاندان میں خرچ کرتا ہے اور مطمئن رہتا ہے کہ میں نے</w:t>
      </w:r>
    </w:p>
    <w:p>
      <w:r>
        <w:rPr>
          <w:b/>
        </w:rPr>
        <w:t xml:space="preserve">[43:58] </w:t>
      </w:r>
      <w:r>
        <w:t>apne waqt aur apne paise ka sahi istemal kiya.</w:t>
      </w:r>
    </w:p>
    <w:p>
      <w:pPr>
        <w:jc w:val="right"/>
      </w:pPr>
      <w:r>
        <w:t>اپنے وقت اور اپنے پیسے کا صحیح استعمال کیا۔</w:t>
      </w:r>
    </w:p>
    <w:p>
      <w:r>
        <w:rPr>
          <w:b/>
        </w:rPr>
        <w:t xml:space="preserve">[44:03] </w:t>
      </w:r>
      <w:r>
        <w:t>woh apne ahle khana ko dekh kar khush hota hai.</w:t>
      </w:r>
    </w:p>
    <w:p>
      <w:pPr>
        <w:jc w:val="right"/>
      </w:pPr>
      <w:r>
        <w:t>وہ اپنے اہل خانہ کو دیکھ کر خوش ہوتا ہے۔</w:t>
      </w:r>
    </w:p>
    <w:p>
      <w:r>
        <w:rPr>
          <w:b/>
        </w:rPr>
        <w:t xml:space="preserve">[44:08] </w:t>
      </w:r>
      <w:r>
        <w:t>iski dilchaspiyon aur iski sargarmiyon ka markaz iske ahle khandan hote hain.</w:t>
      </w:r>
    </w:p>
    <w:p>
      <w:pPr>
        <w:jc w:val="right"/>
      </w:pPr>
      <w:r>
        <w:t>اس کی دلچسپیوں اور اس کی سرگرمیوں کا مرکز اس کے اہل خاندان ہوتے ہیں۔</w:t>
      </w:r>
    </w:p>
    <w:p>
      <w:r>
        <w:rPr>
          <w:b/>
        </w:rPr>
        <w:t xml:space="preserve">[44:13] </w:t>
      </w:r>
      <w:r>
        <w:t>jo log is tarah zindagi guzarein, woh kabhi khuda ke matlab bande nahi ban sakte.</w:t>
      </w:r>
    </w:p>
    <w:p>
      <w:pPr>
        <w:jc w:val="right"/>
      </w:pPr>
      <w:r>
        <w:t>جو لوگ اس طرح زندگی گزاریں، وہ کبھی خدا کے مطلوب بندے نہیں بن سکتے۔</w:t>
      </w:r>
    </w:p>
    <w:p>
      <w:r>
        <w:rPr>
          <w:b/>
        </w:rPr>
        <w:t xml:space="preserve">[44:18] </w:t>
      </w:r>
      <w:r>
        <w:t>khuda ki abadi rehmaton mein unke liye koi hissa nahi. maz</w:t>
      </w:r>
    </w:p>
    <w:p>
      <w:pPr>
        <w:jc w:val="right"/>
      </w:pPr>
      <w:r>
        <w:t>خدا کی ابدی رحمتوں میں ان کے لیے کوئی حصہ نہیں۔ مذ</w:t>
      </w:r>
    </w:p>
    <w:p>
      <w:r>
        <w:rPr>
          <w:b/>
        </w:rPr>
        <w:t xml:space="preserve">[44:23] </w:t>
      </w:r>
      <w:r>
        <w:t>habi insan ke ghar ki pehchan kitab ilahi ki is ayat mein milti hai: "قالوا إنا كنا قبل</w:t>
      </w:r>
    </w:p>
    <w:p>
      <w:pPr>
        <w:jc w:val="right"/>
      </w:pPr>
      <w:r>
        <w:t>ہبی انسان کے گھر کی پہچان کتاب الہی کی اس آیت میں ملتی ہے: "قالوا إنا كنا قبل</w:t>
      </w:r>
    </w:p>
    <w:p>
      <w:r>
        <w:rPr>
          <w:b/>
        </w:rPr>
        <w:t xml:space="preserve">[44:29] </w:t>
      </w:r>
      <w:r>
        <w:t>fi ahleena mushfiqeen" surah number 52 ayat 26.</w:t>
      </w:r>
    </w:p>
    <w:p>
      <w:pPr>
        <w:jc w:val="right"/>
      </w:pPr>
      <w:r>
        <w:t>فی أهلنا مشفقین" سورہ نمبر 52 آیت 26۔</w:t>
      </w:r>
    </w:p>
    <w:p>
      <w:r>
        <w:rPr>
          <w:b/>
        </w:rPr>
        <w:t xml:space="preserve">[44:35] </w:t>
      </w:r>
      <w:r>
        <w:t>yani ahle jannat kahenge ke is se pehle hum apne ahle ke darmiyan darte rehte the.</w:t>
      </w:r>
    </w:p>
    <w:p>
      <w:pPr>
        <w:jc w:val="right"/>
      </w:pPr>
      <w:r>
        <w:t>یعنی اہل جنت کہیں گے کہ اس سے پہلے ہم اپنے اہل کے درمیان ڈرتے رہتے تھے۔</w:t>
      </w:r>
    </w:p>
    <w:p>
      <w:r>
        <w:rPr>
          <w:b/>
        </w:rPr>
        <w:t xml:space="preserve">[44:41] </w:t>
      </w:r>
      <w:r>
        <w:t>is se maloom hua ke sacha mazhabi insan woh hai jo har waqt khuda ki pakad se darta</w:t>
      </w:r>
    </w:p>
    <w:p>
      <w:pPr>
        <w:jc w:val="right"/>
      </w:pPr>
      <w:r>
        <w:t>اس سے معلوم ہوا کہ سچا مذہبی انسان وہ ہے جو ہر وقت خدا کی پکڑ سے ڈرتا</w:t>
      </w:r>
    </w:p>
    <w:p>
      <w:r>
        <w:rPr>
          <w:b/>
        </w:rPr>
        <w:t xml:space="preserve">[44:47] </w:t>
      </w:r>
      <w:r>
        <w:t>ho, khwah woh apne ghar ke bahar ho ya apne ghar ke andar. woh</w:t>
      </w:r>
    </w:p>
    <w:p>
      <w:pPr>
        <w:jc w:val="right"/>
      </w:pPr>
      <w:r>
        <w:t>ہو، خواہ وہ اپنے گھر کے باہر ہو یا اپنے گھر کے اندر۔ وہ</w:t>
      </w:r>
    </w:p>
    <w:p>
      <w:r>
        <w:rPr>
          <w:b/>
        </w:rPr>
        <w:t xml:space="preserve">[44:53] </w:t>
      </w:r>
      <w:r>
        <w:t>mawaakhiza yani accountability ki nafsiyat ke tehat zindagi guzarta hai na ke bekhaufi ki nafsiyat ke tehat.</w:t>
      </w:r>
    </w:p>
    <w:p>
      <w:pPr>
        <w:jc w:val="right"/>
      </w:pPr>
      <w:r>
        <w:t>مواخذہ یعنی اکاؤنٹیبلٹی کی نفسیات کے تحت زندگی گزارتا ہے نہ کہ بے خوفی کی نفسیات کے تحت۔</w:t>
      </w:r>
    </w:p>
    <w:p>
      <w:r>
        <w:rPr>
          <w:b/>
        </w:rPr>
        <w:t xml:space="preserve">[45:01] </w:t>
      </w:r>
      <w:r>
        <w:t>khandan ki ahmiyat: kitab "tarbiyat-e-aulad" Maulana Wahiduddin Khan, safha number 24.</w:t>
      </w:r>
    </w:p>
    <w:p>
      <w:pPr>
        <w:jc w:val="right"/>
      </w:pPr>
      <w:r>
        <w:t>خاندان کی اہمیت: کتاب "تربیتِ اولاد" مولانا وحید الدین خان، صفحہ نمبر 24۔</w:t>
      </w:r>
    </w:p>
    <w:p>
      <w:r>
        <w:rPr>
          <w:b/>
        </w:rPr>
        <w:t xml:space="preserve">[45:08] </w:t>
      </w:r>
      <w:r>
        <w:t>khandan yani family wasee tar insaniyat ka ek unit hai.</w:t>
      </w:r>
    </w:p>
    <w:p>
      <w:pPr>
        <w:jc w:val="right"/>
      </w:pPr>
      <w:r>
        <w:t>خاندان یعنی فیملی وسیع تر انسانیت کا ایک یونٹ ہے۔</w:t>
      </w:r>
    </w:p>
    <w:p>
      <w:r>
        <w:rPr>
          <w:b/>
        </w:rPr>
        <w:t xml:space="preserve">[45:16] </w:t>
      </w:r>
      <w:r>
        <w:t>khandan ke andar mahdood da</w:t>
      </w:r>
    </w:p>
    <w:p>
      <w:pPr>
        <w:jc w:val="right"/>
      </w:pPr>
      <w:r>
        <w:t>خاندان کے اندر محدود د</w:t>
      </w:r>
    </w:p>
    <w:p>
      <w:r>
        <w:rPr>
          <w:b/>
        </w:rPr>
        <w:t xml:space="preserve">[45:24] </w:t>
      </w:r>
      <w:r>
        <w:t>ayre mein woh tamam halaat paish aate hain jo wasee tar insaniyat ke andar zyada bade pemane par</w:t>
      </w:r>
    </w:p>
    <w:p>
      <w:pPr>
        <w:jc w:val="right"/>
      </w:pPr>
      <w:r>
        <w:t>ائرے میں وہ تمام حالات پیش آتے ہیں جو وسیع تر انسانیت کے اندر زیادہ بڑے پیمانے پر</w:t>
      </w:r>
    </w:p>
    <w:p>
      <w:r>
        <w:rPr>
          <w:b/>
        </w:rPr>
        <w:t xml:space="preserve">[45:27] </w:t>
      </w:r>
      <w:r>
        <w:t>paish aate hain.</w:t>
      </w:r>
    </w:p>
    <w:p>
      <w:pPr>
        <w:jc w:val="right"/>
      </w:pPr>
      <w:r>
        <w:t>پیش آتے ہیں۔</w:t>
      </w:r>
    </w:p>
    <w:p>
      <w:r>
        <w:rPr>
          <w:b/>
        </w:rPr>
        <w:t xml:space="preserve">[45:31] </w:t>
      </w:r>
      <w:r>
        <w:t>is aitbaar se khandan har ek ke liye goya ek tarbiyati school hai.</w:t>
      </w:r>
    </w:p>
    <w:p>
      <w:pPr>
        <w:jc w:val="right"/>
      </w:pPr>
      <w:r>
        <w:t>اس اعتبار سے خاندان ہر ایک کے لیے گویا ایک تربیتی سکول ہے۔</w:t>
      </w:r>
    </w:p>
    <w:p>
      <w:r>
        <w:rPr>
          <w:b/>
        </w:rPr>
        <w:t xml:space="preserve">[45:35] </w:t>
      </w:r>
      <w:r>
        <w:t>har aadmi apne khandan ke andar in tamam baaton ko seekh sakta hai jo duniya mein kamyab zindagi</w:t>
      </w:r>
    </w:p>
    <w:p>
      <w:pPr>
        <w:jc w:val="right"/>
      </w:pPr>
      <w:r>
        <w:t>ہر آدمی اپنے خاندان کے اندر ان تمام باتوں کو سیکھ سکتا ہے جو دنیا میں کامیاب زندگی</w:t>
      </w:r>
    </w:p>
    <w:p>
      <w:r>
        <w:rPr>
          <w:b/>
        </w:rPr>
        <w:t xml:space="preserve">[45:39] </w:t>
      </w:r>
      <w:r>
        <w:t>guzarne ke liye zaroori hain.</w:t>
      </w:r>
    </w:p>
    <w:p>
      <w:pPr>
        <w:jc w:val="right"/>
      </w:pPr>
      <w:r>
        <w:t>گزارنے کے لیے ضروری ہیں۔</w:t>
      </w:r>
    </w:p>
    <w:p>
      <w:r>
        <w:rPr>
          <w:b/>
        </w:rPr>
        <w:t xml:space="preserve">[45:42] </w:t>
      </w:r>
      <w:r>
        <w:t>magar iski ek shart hai.</w:t>
      </w:r>
    </w:p>
    <w:p>
      <w:pPr>
        <w:jc w:val="right"/>
      </w:pPr>
      <w:r>
        <w:t>مگر اس کی ایک شرط ہے۔</w:t>
      </w:r>
    </w:p>
    <w:p>
      <w:r>
        <w:rPr>
          <w:b/>
        </w:rPr>
        <w:t xml:space="preserve">[45:46] </w:t>
      </w:r>
      <w:r>
        <w:t>woh yeh ke aadmi khandan parasti ka shikar na ho.</w:t>
      </w:r>
    </w:p>
    <w:p>
      <w:pPr>
        <w:jc w:val="right"/>
      </w:pPr>
      <w:r>
        <w:t>وہ یہ کہ آدمی خاندان پرستی کا شکار نہ ہو۔</w:t>
      </w:r>
    </w:p>
    <w:p>
      <w:r>
        <w:rPr>
          <w:b/>
        </w:rPr>
        <w:t xml:space="preserve">[45:50] </w:t>
      </w:r>
      <w:r>
        <w:t>woh apne khandan ko bhi isi nazar se dekhe jis tarah koi shakhs doosre insan</w:t>
      </w:r>
    </w:p>
    <w:p>
      <w:pPr>
        <w:jc w:val="right"/>
      </w:pPr>
      <w:r>
        <w:t>وہ اپنے خاندان کو بھی اسی نظر سے دیکھے جس طرح کوئی شخص دوسرے انسان</w:t>
      </w:r>
    </w:p>
    <w:p>
      <w:r>
        <w:rPr>
          <w:b/>
        </w:rPr>
        <w:t xml:space="preserve">[45:54] </w:t>
      </w:r>
      <w:r>
        <w:t>on ko dekhta hai.</w:t>
      </w:r>
    </w:p>
    <w:p>
      <w:pPr>
        <w:jc w:val="right"/>
      </w:pPr>
      <w:r>
        <w:t>وں کو دیکھتا ہے۔</w:t>
      </w:r>
    </w:p>
    <w:p>
      <w:r>
        <w:rPr>
          <w:b/>
        </w:rPr>
        <w:t xml:space="preserve">[45:58] </w:t>
      </w:r>
      <w:r>
        <w:t>haqeeqat yeh hai ke dunya mein jitne mukhtalif qism ke character hain, woh sab character har aadmi ke</w:t>
      </w:r>
    </w:p>
    <w:p>
      <w:pPr>
        <w:jc w:val="right"/>
      </w:pPr>
      <w:r>
        <w:t>حقیقت یہ ہے کہ دنیا میں جتنے مختلف قسم کے کریکٹر ہیں، وہ سب کریکٹر ہر آدمی کے</w:t>
      </w:r>
    </w:p>
    <w:p>
      <w:r>
        <w:rPr>
          <w:b/>
        </w:rPr>
        <w:t xml:space="preserve">[46:02] </w:t>
      </w:r>
      <w:r>
        <w:t>apne khandan ke afraad mein maujood hotay hain.</w:t>
      </w:r>
    </w:p>
    <w:p>
      <w:pPr>
        <w:jc w:val="right"/>
      </w:pPr>
      <w:r>
        <w:t>اپنے خاندان کے افراد میں موجود ہوتے ہیں۔</w:t>
      </w:r>
    </w:p>
    <w:p>
      <w:r>
        <w:rPr>
          <w:b/>
        </w:rPr>
        <w:t xml:space="preserve">[46:07] </w:t>
      </w:r>
      <w:r>
        <w:t>khandan har aadmi ke liye rawayati jaam-e-jamshid ki manind hai.</w:t>
      </w:r>
    </w:p>
    <w:p>
      <w:pPr>
        <w:jc w:val="right"/>
      </w:pPr>
      <w:r>
        <w:t>خاندان ہر آدمی کے لیے روایتی جام جمشید کی مانند ہے۔</w:t>
      </w:r>
    </w:p>
    <w:p>
      <w:r>
        <w:rPr>
          <w:b/>
        </w:rPr>
        <w:t xml:space="preserve">[46:11] </w:t>
      </w:r>
      <w:r>
        <w:t>khandan ke aaine mein aadmi har qism ke akhlaq ka namoona dekh sakta hai.</w:t>
      </w:r>
    </w:p>
    <w:p>
      <w:pPr>
        <w:jc w:val="right"/>
      </w:pPr>
      <w:r>
        <w:t>خاندان کے آئینے میں آدمی ہر قسم کے اخلاق کا نمونہ دیکھ سکتا ہے۔</w:t>
      </w:r>
    </w:p>
    <w:p>
      <w:r>
        <w:rPr>
          <w:b/>
        </w:rPr>
        <w:t xml:space="preserve">[46:15] </w:t>
      </w:r>
      <w:r>
        <w:t>is tarah har aadmi ke liye yeh mumkin hai ke woh apne khandan aur rishtedaron ko dekh</w:t>
      </w:r>
    </w:p>
    <w:p>
      <w:pPr>
        <w:jc w:val="right"/>
      </w:pPr>
      <w:r>
        <w:t>اس طرح ہر آدمی کے لیے یہ ممکن ہے کہ وہ اپنے خاندان اور رشتہ داروں کو دیکھ</w:t>
      </w:r>
    </w:p>
    <w:p>
      <w:r>
        <w:rPr>
          <w:b/>
        </w:rPr>
        <w:t xml:space="preserve">[46:19] </w:t>
      </w:r>
      <w:r>
        <w:t>kar zindagi ka tajruba hasil kare aur apni zindagi ki haqee</w:t>
      </w:r>
    </w:p>
    <w:p>
      <w:pPr>
        <w:jc w:val="right"/>
      </w:pPr>
      <w:r>
        <w:t>کر زندگی کا تجربہ حاصل کرے اور اپنی زندگی کی حقی</w:t>
      </w:r>
    </w:p>
    <w:p>
      <w:r>
        <w:rPr>
          <w:b/>
        </w:rPr>
        <w:t xml:space="preserve">[46:24] </w:t>
      </w:r>
      <w:r>
        <w:t>qat pasandana andaaz mein mansooba bandi yaani planning kare.</w:t>
      </w:r>
    </w:p>
    <w:p>
      <w:pPr>
        <w:jc w:val="right"/>
      </w:pPr>
      <w:r>
        <w:t>قت پسندانہ انداز میں منصوبہ بندی یعنی پلاننگ کرے۔</w:t>
      </w:r>
    </w:p>
    <w:p>
      <w:r>
        <w:rPr>
          <w:b/>
        </w:rPr>
        <w:t xml:space="preserve">[46:28] </w:t>
      </w:r>
      <w:r>
        <w:t>magar bohat kam aise afraad hain jo is qareebi imkaan se faida uthate hain.</w:t>
      </w:r>
    </w:p>
    <w:p>
      <w:pPr>
        <w:jc w:val="right"/>
      </w:pPr>
      <w:r>
        <w:t>مگر بہت کم ایسے افراد ہیں جو اس قریبی امکان سے فائدہ اٹھاتے ہیں۔</w:t>
      </w:r>
    </w:p>
    <w:p>
      <w:r>
        <w:rPr>
          <w:b/>
        </w:rPr>
        <w:t xml:space="preserve">[46:32] </w:t>
      </w:r>
      <w:r>
        <w:t>is mahroomi ka sabab kya hai? is ka sabab sirf ek hai aur woh hai logon ke andar</w:t>
      </w:r>
    </w:p>
    <w:p>
      <w:pPr>
        <w:jc w:val="right"/>
      </w:pPr>
      <w:r>
        <w:t>اس محرومی کا سبب کیا ہے؟ اس کا سبب صرف ایک ہے اور وہ ہے لوگوں کے اندر</w:t>
      </w:r>
    </w:p>
    <w:p>
      <w:r>
        <w:rPr>
          <w:b/>
        </w:rPr>
        <w:t xml:space="preserve">[46:37] </w:t>
      </w:r>
      <w:r>
        <w:t>mawzu'i tarz-e-fikr ka na hona.</w:t>
      </w:r>
    </w:p>
    <w:p>
      <w:pPr>
        <w:jc w:val="right"/>
      </w:pPr>
      <w:r>
        <w:t>موضوعی طرز فکر کا نہ ہونا۔</w:t>
      </w:r>
    </w:p>
    <w:p>
      <w:r>
        <w:rPr>
          <w:b/>
        </w:rPr>
        <w:t xml:space="preserve">[46:41] </w:t>
      </w:r>
      <w:r>
        <w:t>logon ka haal yeh hai ke woh apne khandan ke afraad ke baray mein bohat jald muta'assibana tarz</w:t>
      </w:r>
    </w:p>
    <w:p>
      <w:pPr>
        <w:jc w:val="right"/>
      </w:pPr>
      <w:r>
        <w:t>لوگوں کا حال یہ ہے کہ وہ اپنے خاندان کے افراد کے بارے میں بہت جلد متعصبانہ طرز</w:t>
      </w:r>
    </w:p>
    <w:p>
      <w:r>
        <w:rPr>
          <w:b/>
        </w:rPr>
        <w:t xml:space="preserve">[46:45] </w:t>
      </w:r>
      <w:r>
        <w:t>fikr ka shikar ho jatay hain.</w:t>
      </w:r>
    </w:p>
    <w:p>
      <w:pPr>
        <w:jc w:val="right"/>
      </w:pPr>
      <w:r>
        <w:t>فکر کا شکار ہو جاتے ہیں۔</w:t>
      </w:r>
    </w:p>
    <w:p>
      <w:r>
        <w:rPr>
          <w:b/>
        </w:rPr>
        <w:t xml:space="preserve">[46:50] </w:t>
      </w:r>
      <w:r>
        <w:t>un ko apne ghar walon ki ghalti dikhai nahi deti.</w:t>
      </w:r>
    </w:p>
    <w:p>
      <w:pPr>
        <w:jc w:val="right"/>
      </w:pPr>
      <w:r>
        <w:t>ان کو اپنے گھر والوں کی غلطی دکھائی نہیں دیتی۔</w:t>
      </w:r>
    </w:p>
    <w:p>
      <w:r>
        <w:rPr>
          <w:b/>
        </w:rPr>
        <w:t xml:space="preserve">[46:54] </w:t>
      </w:r>
      <w:r>
        <w:t>woh khandan se bahir ke afraad ke baray mein ghair humdardaana andaaz mein sochte hain aur apne khandan</w:t>
      </w:r>
    </w:p>
    <w:p>
      <w:pPr>
        <w:jc w:val="right"/>
      </w:pPr>
      <w:r>
        <w:t>وہ خاندان سے باہر کے افراد کے بارے میں غیر ہمدردانہ انداز میں سوچتے ہیں اور اپنے خاندان</w:t>
      </w:r>
    </w:p>
    <w:p>
      <w:r>
        <w:rPr>
          <w:b/>
        </w:rPr>
        <w:t xml:space="preserve">[46:59] </w:t>
      </w:r>
      <w:r>
        <w:t>ke afraad ke baray mein humdardaana andaaz mein.</w:t>
      </w:r>
    </w:p>
    <w:p>
      <w:pPr>
        <w:jc w:val="right"/>
      </w:pPr>
      <w:r>
        <w:t>کے افراد کے بارے میں ہمدردانہ انداز میں۔</w:t>
      </w:r>
    </w:p>
    <w:p>
      <w:r>
        <w:rPr>
          <w:b/>
        </w:rPr>
        <w:t xml:space="preserve">[47:04] </w:t>
      </w:r>
      <w:r>
        <w:t>woh khandan se bahir ke afraad ko ek nazar se dekhte hain aur apne khandan ke afraad ko</w:t>
      </w:r>
    </w:p>
    <w:p>
      <w:pPr>
        <w:jc w:val="right"/>
      </w:pPr>
      <w:r>
        <w:t>وہ خاندان سے باہر کے افراد کو ایک نظر سے دیکھتے ہیں اور اپنے خاندان کے افراد کو</w:t>
      </w:r>
    </w:p>
    <w:p>
      <w:r>
        <w:rPr>
          <w:b/>
        </w:rPr>
        <w:t xml:space="preserve">[47:09] </w:t>
      </w:r>
      <w:r>
        <w:t>doosri nazar se.</w:t>
      </w:r>
    </w:p>
    <w:p>
      <w:pPr>
        <w:jc w:val="right"/>
      </w:pPr>
      <w:r>
        <w:t>دوسری نظر سے۔</w:t>
      </w:r>
    </w:p>
    <w:p>
      <w:r>
        <w:rPr>
          <w:b/>
        </w:rPr>
        <w:t xml:space="preserve">[47:14] </w:t>
      </w:r>
      <w:r>
        <w:t>is tarah un ka haal yeh ho jata hai ke woh na apnon ki zindagi se sabak hasil</w:t>
      </w:r>
    </w:p>
    <w:p>
      <w:pPr>
        <w:jc w:val="right"/>
      </w:pPr>
      <w:r>
        <w:t>اس طرح ان کا حال یہ ہو جاتا ہے کہ وہ نہ اپنوں کی زندگی سے سبق حاصل</w:t>
      </w:r>
    </w:p>
    <w:p>
      <w:r>
        <w:rPr>
          <w:b/>
        </w:rPr>
        <w:t xml:space="preserve">[47:19] </w:t>
      </w:r>
      <w:r>
        <w:t>karte hain aur na doosron ki zindagi se koi naseehat hasil karte hain. August 1996</w:t>
      </w:r>
    </w:p>
    <w:p>
      <w:pPr>
        <w:jc w:val="right"/>
      </w:pPr>
      <w:r>
        <w:t>کرتے ہیں اور نہ دوسروں کی زندگی سے کوئی نصیحت حاصل کرتے ہیں۔ اگست 1996</w:t>
      </w:r>
    </w:p>
    <w:p>
      <w:r>
        <w:rPr>
          <w:b/>
        </w:rPr>
        <w:t xml:space="preserve">[47:24] </w:t>
      </w:r>
      <w:r>
        <w:t>mein mera America ka safar hua.</w:t>
      </w:r>
    </w:p>
    <w:p>
      <w:pPr>
        <w:jc w:val="right"/>
      </w:pPr>
      <w:r>
        <w:t>میں میرا امریکہ کا سفر ہوا۔</w:t>
      </w:r>
    </w:p>
    <w:p>
      <w:r>
        <w:rPr>
          <w:b/>
        </w:rPr>
        <w:t xml:space="preserve">[47:29] </w:t>
      </w:r>
      <w:r>
        <w:t>wahan Mount Holly yaani New Jersey ki masjid mein ek ijtima' hua.</w:t>
      </w:r>
    </w:p>
    <w:p>
      <w:pPr>
        <w:jc w:val="right"/>
      </w:pPr>
      <w:r>
        <w:t>وہاں ماؤنٹ ہالی یعنی نیو جرسی کی مسجد میں ایک اجتماع ہوا۔</w:t>
      </w:r>
    </w:p>
    <w:p>
      <w:r>
        <w:rPr>
          <w:b/>
        </w:rPr>
        <w:t xml:space="preserve">[47:33] </w:t>
      </w:r>
      <w:r>
        <w:t>is mein ziyada tar aurtain shareek theen.</w:t>
      </w:r>
    </w:p>
    <w:p>
      <w:pPr>
        <w:jc w:val="right"/>
      </w:pPr>
      <w:r>
        <w:t>اس میں زیادہ تر عورتیں شریک تھیں۔</w:t>
      </w:r>
    </w:p>
    <w:p>
      <w:r>
        <w:rPr>
          <w:b/>
        </w:rPr>
        <w:t xml:space="preserve">[47:37] </w:t>
      </w:r>
      <w:r>
        <w:t>is mein khitab ka mauzu' tha ke Amrici ma'ashray mein bachon ka Islami tahaffuz.</w:t>
      </w:r>
    </w:p>
    <w:p>
      <w:pPr>
        <w:jc w:val="right"/>
      </w:pPr>
      <w:r>
        <w:t>اس میں خطاب کا موضوع تھا کہ امریکی معاشرے میں بچوں کا اسلامی تحفظ۔</w:t>
      </w:r>
    </w:p>
    <w:p>
      <w:r>
        <w:rPr>
          <w:b/>
        </w:rPr>
        <w:t xml:space="preserve">[47:42] </w:t>
      </w:r>
      <w:r>
        <w:t>is par bolte hue maine jo kuch kaha us ka khulasa yeh tha: maine kaha ke</w:t>
      </w:r>
    </w:p>
    <w:p>
      <w:pPr>
        <w:jc w:val="right"/>
      </w:pPr>
      <w:r>
        <w:t>اس پر بولتے ہوئے میں نے جو کچھ کہا اس کا خلاصہ یہ تھا: میں نے کہا کہ</w:t>
      </w:r>
    </w:p>
    <w:p>
      <w:r>
        <w:rPr>
          <w:b/>
        </w:rPr>
        <w:t xml:space="preserve">[47:46] </w:t>
      </w:r>
      <w:r>
        <w:t>agli nasl ka islami tahaffuz is tarah nahi ho sakta ke aap ek molvi sahib ko muqarrar kar</w:t>
      </w:r>
    </w:p>
    <w:p>
      <w:pPr>
        <w:jc w:val="right"/>
      </w:pPr>
      <w:r>
        <w:t>اگلی نسل کا اسلامی تحفظ اس طرح نہیں ہو سکتا کہ آپ ایک مولوی صاحب کو مقرر کر</w:t>
      </w:r>
    </w:p>
    <w:p>
      <w:r>
        <w:rPr>
          <w:b/>
        </w:rPr>
        <w:t xml:space="preserve">[47:50] </w:t>
      </w:r>
      <w:r>
        <w:t>deen jo rozana sham ko aa kar</w:t>
      </w:r>
    </w:p>
    <w:p>
      <w:pPr>
        <w:jc w:val="right"/>
      </w:pPr>
      <w:r>
        <w:t>دیں جو روزانہ شام کو آ کر</w:t>
      </w:r>
    </w:p>
    <w:p>
      <w:r>
        <w:rPr>
          <w:b/>
        </w:rPr>
        <w:t xml:space="preserve">[47:55] </w:t>
      </w:r>
      <w:r>
        <w:t>deeniyaat parha de, ya koi deeni risala aap apne bachon ke naam jari kar dein, ya unhein cultural noiyat ki kuch cheezon ka aadi banane ki koshish karein. is ka wahid hal yeh hai ke agar aap ko apne bachon ko Islamize karna hai to sab se pehle apne ghar ko Islamize kijiye. aap ke ghar mein dunya ka charcha na ho balkay deen ka charcha ho. ghar ka mahol madi rang mein ranga hua na ho balkay aakhirat ke rang mein ranga hua ho.</w:t>
      </w:r>
    </w:p>
    <w:p>
      <w:pPr>
        <w:jc w:val="right"/>
      </w:pPr>
      <w:r>
        <w:t>دینیات پڑھا دے، یا کوئی دینی رسالہ آپ اپنے بچوں کے نام جاری کر دیں، یا انہیں کلچرل نوعیت کی کچھ چیزوں کا عادی بنانے کی کوشش کریں۔ اس کا واحد حل یہ ہے کہ اگر آپ کو اپنے بچوں کو اسلامائز کرنا ہے تو سب سے پہلے اپنے گھر کو اسلامائز کیجئے۔ آپ کے گھر میں دنیا کا چرچہ نہ ہو بلکہ دین کا چرچہ ہو۔ گھر کا ماحول مادی رنگ میں رنگا ہوا نہ ہو بلکہ آخرت کے رنگ میں رنگا ہوا ہو۔</w:t>
      </w:r>
    </w:p>
    <w:p>
      <w:r>
        <w:rPr>
          <w:b/>
        </w:rPr>
        <w:t xml:space="preserve">[48:25] </w:t>
      </w:r>
      <w:r>
        <w:t>dusri baat yeh ke aap apne bachon ke andar dayiana spirit paida karen.</w:t>
      </w:r>
    </w:p>
    <w:p>
      <w:pPr>
        <w:jc w:val="right"/>
      </w:pPr>
      <w:r>
        <w:t>دوسری بات یہ کہ آپ اپنے بچوں کے اندر داعیانہ سپرٹ پیدا کریں۔</w:t>
      </w:r>
    </w:p>
    <w:p>
      <w:r>
        <w:rPr>
          <w:b/>
        </w:rPr>
        <w:t xml:space="preserve">[48:30] </w:t>
      </w:r>
      <w:r>
        <w:t>yeh ek usool hai ke jo dai nahi banta us ko madu banna parta hai.</w:t>
      </w:r>
    </w:p>
    <w:p>
      <w:pPr>
        <w:jc w:val="right"/>
      </w:pPr>
      <w:r>
        <w:t>یہ ایک اصول ہے کہ جو داعی نہیں بنتا اس کو مدعو بننا پڑتا ہے۔</w:t>
      </w:r>
    </w:p>
    <w:p>
      <w:r>
        <w:rPr>
          <w:b/>
        </w:rPr>
        <w:t xml:space="preserve">[48:35] </w:t>
      </w:r>
      <w:r>
        <w:t>is liye agar aap ne apne bachon ke andar dayiana spirit nahi paida ki to woh doosron se</w:t>
      </w:r>
    </w:p>
    <w:p>
      <w:pPr>
        <w:jc w:val="right"/>
      </w:pPr>
      <w:r>
        <w:t>اس لیے اگر آپ نے اپنے بچوں کے اندر داعیانہ سپرٹ نہیں پیدا کی تو وہ دوسروں سے</w:t>
      </w:r>
    </w:p>
    <w:p>
      <w:r>
        <w:rPr>
          <w:b/>
        </w:rPr>
        <w:t xml:space="preserve">[48:40] </w:t>
      </w:r>
      <w:r>
        <w:t>mutasir ho kar rahen ge.</w:t>
      </w:r>
    </w:p>
    <w:p>
      <w:pPr>
        <w:jc w:val="right"/>
      </w:pPr>
      <w:r>
        <w:t>متاثر ہو کر رہیں گے۔</w:t>
      </w:r>
    </w:p>
    <w:p>
      <w:r>
        <w:rPr>
          <w:b/>
        </w:rPr>
        <w:t xml:space="preserve">[48:45] </w:t>
      </w:r>
      <w:r>
        <w:t>yeh fitrat ka qanoon hai aur fitrat ka qanoon kabhi nahi badalta.</w:t>
      </w:r>
    </w:p>
    <w:p>
      <w:pPr>
        <w:jc w:val="right"/>
      </w:pPr>
      <w:r>
        <w:t>یہ فطرت کا قانون ہے اور فطرت کا قانون کبھی نہیں بدلتا۔</w:t>
      </w:r>
    </w:p>
    <w:p>
      <w:r>
        <w:rPr>
          <w:b/>
        </w:rPr>
        <w:t xml:space="preserve">[48:50] </w:t>
      </w:r>
      <w:r>
        <w:t>tarbiyat gah: kitab "tarbiyat-e-awwal</w:t>
      </w:r>
    </w:p>
    <w:p>
      <w:pPr>
        <w:jc w:val="right"/>
      </w:pPr>
      <w:r>
        <w:t>تربیت گاہ: کتاب "تربیتِ اول</w:t>
      </w:r>
    </w:p>
    <w:p>
      <w:r>
        <w:rPr>
          <w:b/>
        </w:rPr>
        <w:t xml:space="preserve">[48:55] </w:t>
      </w:r>
      <w:r>
        <w:t>ad" Maulana Wahiduddin Khan, safha number 26.</w:t>
      </w:r>
    </w:p>
    <w:p>
      <w:pPr>
        <w:jc w:val="right"/>
      </w:pPr>
      <w:r>
        <w:t>اد" مولانا وحید الدین خان، صفحہ نمبر 26۔</w:t>
      </w:r>
    </w:p>
    <w:p>
      <w:r>
        <w:rPr>
          <w:b/>
        </w:rPr>
        <w:t xml:space="preserve">[49:01] </w:t>
      </w:r>
      <w:r>
        <w:t>ek hadith rasool ka tarjuma yeh hai: "tum mein se behtar woh hai jo apne ghar walon ke</w:t>
      </w:r>
    </w:p>
    <w:p>
      <w:pPr>
        <w:jc w:val="right"/>
      </w:pPr>
      <w:r>
        <w:t>ایک حدیث رسول کا ترجمہ یہ ہے: "تم میں سے بہتر وہ ہے جو اپنے گھر والوں کے</w:t>
      </w:r>
    </w:p>
    <w:p>
      <w:r>
        <w:rPr>
          <w:b/>
        </w:rPr>
        <w:t xml:space="preserve">[49:07] </w:t>
      </w:r>
      <w:r>
        <w:t>liye behtar ho." Ibn Majah hadith number 1977.</w:t>
      </w:r>
    </w:p>
    <w:p>
      <w:pPr>
        <w:jc w:val="right"/>
      </w:pPr>
      <w:r>
        <w:t>لیے بہتر ہو۔" ابن ماجہ حدیث نمبر 1977۔</w:t>
      </w:r>
    </w:p>
    <w:p>
      <w:r>
        <w:rPr>
          <w:b/>
        </w:rPr>
        <w:t xml:space="preserve">[49:13] </w:t>
      </w:r>
      <w:r>
        <w:t>is ka matlab yeh hai ke jo aadmi apne ghar ke logon se muamla karne mein behtar hoga,</w:t>
      </w:r>
    </w:p>
    <w:p>
      <w:pPr>
        <w:jc w:val="right"/>
      </w:pPr>
      <w:r>
        <w:t>اس کا مطلب یہ ہے کہ جو آدمی اپنے گھر کے لوگوں سے معاملہ کرنے میں بہتر ہوگا،</w:t>
      </w:r>
    </w:p>
    <w:p>
      <w:r>
        <w:rPr>
          <w:b/>
        </w:rPr>
        <w:t xml:space="preserve">[49:19] </w:t>
      </w:r>
      <w:r>
        <w:t>woh bahar walon se muamla karne mein bhi behtar sabit hoga.</w:t>
      </w:r>
    </w:p>
    <w:p>
      <w:pPr>
        <w:jc w:val="right"/>
      </w:pPr>
      <w:r>
        <w:t>وہ باہر والوں سے معاملہ کرنے میں بھی بہتر ثابت ہوگا۔</w:t>
      </w:r>
    </w:p>
    <w:p>
      <w:r>
        <w:rPr>
          <w:b/>
        </w:rPr>
        <w:t xml:space="preserve">[49:26] </w:t>
      </w:r>
      <w:r>
        <w:t>ghar har aadmi ki fitri tarbiyat gah hai.</w:t>
      </w:r>
    </w:p>
    <w:p>
      <w:pPr>
        <w:jc w:val="right"/>
      </w:pPr>
      <w:r>
        <w:t>گھر ہر آدمی کی فطری تربیت گاہ ہے۔</w:t>
      </w:r>
    </w:p>
    <w:p>
      <w:r>
        <w:rPr>
          <w:b/>
        </w:rPr>
        <w:t xml:space="preserve">[49:30] </w:t>
      </w:r>
      <w:r>
        <w:t>ghar ke andar mehdood satah par woh sare mamlat pesh aate hain jo bahar samajh ke andar zyada</w:t>
      </w:r>
    </w:p>
    <w:p>
      <w:pPr>
        <w:jc w:val="right"/>
      </w:pPr>
      <w:r>
        <w:t>گھر کے اندر محدود سطح پر وہ سارے معاملات پیش آتے ہیں جو باہر سماج کے اندر زیادہ</w:t>
      </w:r>
    </w:p>
    <w:p>
      <w:r>
        <w:rPr>
          <w:b/>
        </w:rPr>
        <w:t xml:space="preserve">[49:34] </w:t>
      </w:r>
      <w:r>
        <w:t>wasee tor par pesh aate hain.</w:t>
      </w:r>
    </w:p>
    <w:p>
      <w:pPr>
        <w:jc w:val="right"/>
      </w:pPr>
      <w:r>
        <w:t>وسیع طور پر پیش آتے ہیں۔</w:t>
      </w:r>
    </w:p>
    <w:p>
      <w:r>
        <w:rPr>
          <w:b/>
        </w:rPr>
        <w:t xml:space="preserve">[49:38] </w:t>
      </w:r>
      <w:r>
        <w:t>is liye jo aadmi mehdood dayre mein behtar insaniyat ka saboot de ga, woh bahar ke wasee tar</w:t>
      </w:r>
    </w:p>
    <w:p>
      <w:pPr>
        <w:jc w:val="right"/>
      </w:pPr>
      <w:r>
        <w:t>اس لیے جو آدمی محدود دائرے میں بہتر انسانیت کا ثبوت دے گا، وہ باہر کے وسیع تر</w:t>
      </w:r>
    </w:p>
    <w:p>
      <w:r>
        <w:rPr>
          <w:b/>
        </w:rPr>
        <w:t xml:space="preserve">[49:43] </w:t>
      </w:r>
      <w:r>
        <w:t>dayre mein bhi behtar insaniyat ka saboot de ga.</w:t>
      </w:r>
    </w:p>
    <w:p>
      <w:pPr>
        <w:jc w:val="right"/>
      </w:pPr>
      <w:r>
        <w:t>دائرے میں بھی بہتر انسانیت کا ثبوت دے گا۔</w:t>
      </w:r>
    </w:p>
    <w:p>
      <w:r>
        <w:rPr>
          <w:b/>
        </w:rPr>
        <w:t xml:space="preserve">[49:47] </w:t>
      </w:r>
      <w:r>
        <w:t>woh bahar ke wasee tar dayre mein bhi behtar insaniyat wala ban kar reh sake ga.</w:t>
      </w:r>
    </w:p>
    <w:p>
      <w:pPr>
        <w:jc w:val="right"/>
      </w:pPr>
      <w:r>
        <w:t>وہ باہر کے وسیع تر دائرے میں بھی بہتر انسانیت والا بن کر رہ سکے گا۔</w:t>
      </w:r>
    </w:p>
    <w:p>
      <w:r>
        <w:rPr>
          <w:b/>
        </w:rPr>
        <w:t xml:space="preserve">[49:51] </w:t>
      </w:r>
      <w:r>
        <w:t>ek sahib government s</w:t>
      </w:r>
    </w:p>
    <w:p>
      <w:pPr>
        <w:jc w:val="right"/>
      </w:pPr>
      <w:r>
        <w:t>ایک صاحب گورنمنٹ س</w:t>
      </w:r>
    </w:p>
    <w:p>
      <w:r>
        <w:rPr>
          <w:b/>
        </w:rPr>
        <w:t xml:space="preserve">[49:56] </w:t>
      </w:r>
      <w:r>
        <w:t>russia mein thay. un ka nazariya tha ke biwi ko daba kar rakhna chahiye. ghar ke andar woh rozana apne usi nazariye par amal karte. woh hamesha ghar ki khatoon ke sath sakht andaaz mein bolte. woh un ke sath shiddat wala sulook karte taake woh un ke muqable mein daba kar reh sakein. ghar ki tarbiyat gah mein un ka jo mizaj bana usi ko le kar woh daftar mein pohanche. yahan un ke afsar boss at</w:t>
      </w:r>
    </w:p>
    <w:p>
      <w:pPr>
        <w:jc w:val="right"/>
      </w:pPr>
      <w:r>
        <w:t>روس میں تھے۔ ان کا نظریہ تھا کہ بیوی کو دبا کر رکھنا چاہیے۔ گھر کے اندر وہ روزانہ اپنے اسی نظریے پر عمل کرتے۔ وہ ہمیشہ گھر کی خاتون کے ساتھ سخت انداز میں بولتے۔ وہ ان کے ساتھ شدت والا سلوک کرتے تاکہ وہ ان کے مقابلے میں دب کر رہیں۔ گھر کی تربیت گاہ میں ان کا جو مزاج بنا اسی کو لے کر وہ دفتر میں پہنچے۔ یہاں ان کے افسر باس ات</w:t>
      </w:r>
    </w:p>
    <w:p>
      <w:r>
        <w:rPr>
          <w:b/>
        </w:rPr>
        <w:t xml:space="preserve">[50:26] </w:t>
      </w:r>
      <w:r>
        <w:t>ifaqa se ek khatoon theen.</w:t>
      </w:r>
    </w:p>
    <w:p>
      <w:pPr>
        <w:jc w:val="right"/>
      </w:pPr>
      <w:r>
        <w:t>فاق سے ایک خاتون تھیں۔</w:t>
      </w:r>
    </w:p>
    <w:p>
      <w:r>
        <w:rPr>
          <w:b/>
        </w:rPr>
        <w:t xml:space="preserve">[50:30] </w:t>
      </w:r>
      <w:r>
        <w:t>shaoori ya ghair shaoori tor par yahan bhi un ka wohi ghar wala mizaj qaim raha.</w:t>
      </w:r>
    </w:p>
    <w:p>
      <w:pPr>
        <w:jc w:val="right"/>
      </w:pPr>
      <w:r>
        <w:t>شعوری یا غیر شعوری طور پر یہاں بھی ان کا وہی گھر والا مزاج قائم رہا۔</w:t>
      </w:r>
    </w:p>
    <w:p>
      <w:r>
        <w:rPr>
          <w:b/>
        </w:rPr>
        <w:t xml:space="preserve">[50:34] </w:t>
      </w:r>
      <w:r>
        <w:t>woh apne afsar khatoon ke sath bhi isi qism ka mardana muamla karne lagen jis ke aadi woh</w:t>
      </w:r>
    </w:p>
    <w:p>
      <w:pPr>
        <w:jc w:val="right"/>
      </w:pPr>
      <w:r>
        <w:t>وہ اپنے افسر خاتون کے ساتھ بھی اسی قسم کا مردانہ معاملہ کرنے لگے جس کے عادی وہ</w:t>
      </w:r>
    </w:p>
    <w:p>
      <w:r>
        <w:rPr>
          <w:b/>
        </w:rPr>
        <w:t xml:space="preserve">[50:39] </w:t>
      </w:r>
      <w:r>
        <w:t>apne ghar ki khatoon ke sath ho chuke the.</w:t>
      </w:r>
    </w:p>
    <w:p>
      <w:pPr>
        <w:jc w:val="right"/>
      </w:pPr>
      <w:r>
        <w:t>اپنے گھر کی خاتون کے ساتھ ہو چکے تھے۔</w:t>
      </w:r>
    </w:p>
    <w:p>
      <w:r>
        <w:rPr>
          <w:b/>
        </w:rPr>
        <w:t xml:space="preserve">[50:43] </w:t>
      </w:r>
      <w:r>
        <w:t>lady afsar ibtidaan un ke sath theek thi magar un ke ghair mo'tadil andaaz ne lady afsar ko</w:t>
      </w:r>
    </w:p>
    <w:p>
      <w:pPr>
        <w:jc w:val="right"/>
      </w:pPr>
      <w:r>
        <w:t>لیڈی افسر ابتداءً ان کے ساتھ ٹھیک تھی مگر ان کے غیر معتدل انداز نے لیڈی افسر کو</w:t>
      </w:r>
    </w:p>
    <w:p>
      <w:r>
        <w:rPr>
          <w:b/>
        </w:rPr>
        <w:t xml:space="preserve">[50:47] </w:t>
      </w:r>
      <w:r>
        <w:t>bhi un se barham kar diya.</w:t>
      </w:r>
    </w:p>
    <w:p>
      <w:pPr>
        <w:jc w:val="right"/>
      </w:pPr>
      <w:r>
        <w:t>بھی ان سے برہم کر دیا۔</w:t>
      </w:r>
    </w:p>
    <w:p>
      <w:r>
        <w:rPr>
          <w:b/>
        </w:rPr>
        <w:t xml:space="preserve">[50:52] </w:t>
      </w:r>
      <w:r>
        <w:t>is ne bigar kar un ka record kharab kar diya.</w:t>
      </w:r>
    </w:p>
    <w:p>
      <w:pPr>
        <w:jc w:val="right"/>
      </w:pPr>
      <w:r>
        <w:t>اس نے بگڑ کر ان کا ریکارڈ خراب کر دیا۔</w:t>
      </w:r>
    </w:p>
    <w:p>
      <w:r>
        <w:rPr>
          <w:b/>
        </w:rPr>
        <w:t xml:space="preserve">[50:56] </w:t>
      </w:r>
      <w:r>
        <w:t>un ka promotion ruk gaya.</w:t>
      </w:r>
    </w:p>
    <w:p>
      <w:pPr>
        <w:jc w:val="right"/>
      </w:pPr>
      <w:r>
        <w:t>ان کا پروموشن رک گیا۔</w:t>
      </w:r>
    </w:p>
    <w:p>
      <w:r>
        <w:rPr>
          <w:b/>
        </w:rPr>
        <w:t xml:space="preserve">[51:00] </w:t>
      </w:r>
      <w:r>
        <w:t>tarah tarah ki daftarī mushkilat mein phans gaye.</w:t>
      </w:r>
    </w:p>
    <w:p>
      <w:pPr>
        <w:jc w:val="right"/>
      </w:pPr>
      <w:r>
        <w:t>طرح طرح کی دفتری مشکلات میں پھنس گئے۔</w:t>
      </w:r>
    </w:p>
    <w:p>
      <w:r>
        <w:rPr>
          <w:b/>
        </w:rPr>
        <w:t xml:space="preserve">[51:04] </w:t>
      </w:r>
      <w:r>
        <w:t>sahih usool woh hai jo ghar ke andar aur ghar ke bahar dono jagah yeksān taur par mufeed ho.</w:t>
      </w:r>
    </w:p>
    <w:p>
      <w:pPr>
        <w:jc w:val="right"/>
      </w:pPr>
      <w:r>
        <w:t>صحیح اصول وہ ہے جو گھر کے اندر اور گھر کے باہر دونوں جگہ یکساں طور پر مفید ہو۔</w:t>
      </w:r>
    </w:p>
    <w:p>
      <w:r>
        <w:rPr>
          <w:b/>
        </w:rPr>
        <w:t xml:space="preserve">[51:08] </w:t>
      </w:r>
      <w:r>
        <w:t>yeh usool sharafat.</w:t>
      </w:r>
    </w:p>
    <w:p>
      <w:pPr>
        <w:jc w:val="right"/>
      </w:pPr>
      <w:r>
        <w:t>یہ اصول شرافت۔</w:t>
      </w:r>
    </w:p>
    <w:p>
      <w:r>
        <w:rPr>
          <w:b/>
        </w:rPr>
        <w:t xml:space="preserve">[51:11] </w:t>
      </w:r>
      <w:r>
        <w:t>yeh usool sharafat ka usool hai.</w:t>
      </w:r>
    </w:p>
    <w:p>
      <w:pPr>
        <w:jc w:val="right"/>
      </w:pPr>
      <w:r>
        <w:t>یہ اصول شرافت کا اصول ہے۔</w:t>
      </w:r>
    </w:p>
    <w:p>
      <w:r>
        <w:rPr>
          <w:b/>
        </w:rPr>
        <w:t xml:space="preserve">[51:15] </w:t>
      </w:r>
      <w:r>
        <w:t>aadmi ko chahiye ke woh ghar ke andar sharafat ke sath rahe.</w:t>
      </w:r>
    </w:p>
    <w:p>
      <w:pPr>
        <w:jc w:val="right"/>
      </w:pPr>
      <w:r>
        <w:t>آدمی کو چاہیے کہ وہ گھر کے اندر شرافت کے ساتھ رہے۔</w:t>
      </w:r>
    </w:p>
    <w:p>
      <w:r>
        <w:rPr>
          <w:b/>
        </w:rPr>
        <w:t xml:space="preserve">[51:19] </w:t>
      </w:r>
      <w:r>
        <w:t>woh baron ko izzat de aur choton ke sath meharbani ka sulook kare.</w:t>
      </w:r>
    </w:p>
    <w:p>
      <w:pPr>
        <w:jc w:val="right"/>
      </w:pPr>
      <w:r>
        <w:t>وہ بڑوں کو عزت دے اور چھوٹوں کے ساتھ مہربانی کا سلوک کرے۔</w:t>
      </w:r>
    </w:p>
    <w:p>
      <w:r>
        <w:rPr>
          <w:b/>
        </w:rPr>
        <w:t xml:space="preserve">[51:23] </w:t>
      </w:r>
      <w:r>
        <w:t>yeh usool ghar ke andar bhi kamyab hai aur ghar ke bahar bhi.</w:t>
      </w:r>
    </w:p>
    <w:p>
      <w:pPr>
        <w:jc w:val="right"/>
      </w:pPr>
      <w:r>
        <w:t>یہ اصول گھر کے اندر بھی کامیاب ہے اور گھر کے باہر بھی۔</w:t>
      </w:r>
    </w:p>
    <w:p>
      <w:r>
        <w:rPr>
          <w:b/>
        </w:rPr>
        <w:t xml:space="preserve">[51:27] </w:t>
      </w:r>
      <w:r>
        <w:t>yeh aadmi ki apni zaroorat hai ke woh ghar ke andar e'tedal ke sath rahe aur ghar ke bahar bhi.</w:t>
      </w:r>
    </w:p>
    <w:p>
      <w:pPr>
        <w:jc w:val="right"/>
      </w:pPr>
      <w:r>
        <w:t>یہ آدمی کی اپنی ضرورت ہے کہ وہ گھر کے اندر اعتدال کے ساتھ رہے اور گھر کے باہر بھی۔</w:t>
      </w:r>
    </w:p>
    <w:p>
      <w:r>
        <w:rPr>
          <w:b/>
        </w:rPr>
        <w:t xml:space="preserve">[51:37] </w:t>
      </w:r>
      <w:r>
        <w:t>husn akhlaq ki wirasat: kitab "tarbiyat-e-aulad" Maulana Wahiduddin Khan, safha number 27.</w:t>
      </w:r>
    </w:p>
    <w:p>
      <w:pPr>
        <w:jc w:val="right"/>
      </w:pPr>
      <w:r>
        <w:t>حسن اخلاق کی وراثت: کتاب "تربیتِ اولاد" مولانا وحید الدین خان، صفحہ نمبر 27۔</w:t>
      </w:r>
    </w:p>
    <w:p>
      <w:r>
        <w:rPr>
          <w:b/>
        </w:rPr>
        <w:t xml:space="preserve">[51:47] </w:t>
      </w:r>
      <w:r>
        <w:t>ek hadith rasool un alfaz mein aayi hai: "ma waritha walid waladan khairan min adab husn al-mu'jam al-</w:t>
      </w:r>
    </w:p>
    <w:p>
      <w:pPr>
        <w:jc w:val="right"/>
      </w:pPr>
      <w:r>
        <w:t>ایک حدیث رسول ان الفاظ میں آئی ہے: "ما ورث والد ولداً خیراً من ادب حسن المعجم الا</w:t>
      </w:r>
    </w:p>
    <w:p>
      <w:r>
        <w:rPr>
          <w:b/>
        </w:rPr>
        <w:t xml:space="preserve">[51:57] </w:t>
      </w:r>
      <w:r>
        <w:t>wasat li-al-tabarani" hadith number 3658.</w:t>
      </w:r>
    </w:p>
    <w:p>
      <w:pPr>
        <w:jc w:val="right"/>
      </w:pPr>
      <w:r>
        <w:t>وسط للطبرانی" حدیث نمبر 3658۔</w:t>
      </w:r>
    </w:p>
    <w:p>
      <w:r>
        <w:rPr>
          <w:b/>
        </w:rPr>
        <w:t xml:space="preserve">[52:01] </w:t>
      </w:r>
      <w:r>
        <w:t>yani kisi baap ki taraf se apni aulad ko sab se umda wirasat acha adab sikhana hai.</w:t>
      </w:r>
    </w:p>
    <w:p>
      <w:pPr>
        <w:jc w:val="right"/>
      </w:pPr>
      <w:r>
        <w:t>یعنی کسی باپ کی طرف سے اپنی اولاد کو سب سے عمدہ وراثت اچھا ادب سکھانا ہے۔</w:t>
      </w:r>
    </w:p>
    <w:p>
      <w:r>
        <w:rPr>
          <w:b/>
        </w:rPr>
        <w:t xml:space="preserve">[52:05] </w:t>
      </w:r>
      <w:r>
        <w:t>adab ka matlab arabi zaban mein husn akhlaq yani good conduct hai.</w:t>
      </w:r>
    </w:p>
    <w:p>
      <w:pPr>
        <w:jc w:val="right"/>
      </w:pPr>
      <w:r>
        <w:t>ادب کا مطلب عربی زبان میں حسن اخلاق یعنی گڈ کنڈکٹ ہے۔</w:t>
      </w:r>
    </w:p>
    <w:p>
      <w:r>
        <w:rPr>
          <w:b/>
        </w:rPr>
        <w:t xml:space="preserve">[52:10] </w:t>
      </w:r>
      <w:r>
        <w:t>yeh ek haqiqat hai ke kisi insan ke andar pehle achi soch aati hai, us ke baad us</w:t>
      </w:r>
    </w:p>
    <w:p>
      <w:pPr>
        <w:jc w:val="right"/>
      </w:pPr>
      <w:r>
        <w:t>یہ ایک حقیقت ہے کہ کسی انسان کے اندر پہلے اچھی سوچ آتی ہے، اس کے بعد اس</w:t>
      </w:r>
    </w:p>
    <w:p>
      <w:r>
        <w:rPr>
          <w:b/>
        </w:rPr>
        <w:t xml:space="preserve">[52:14] </w:t>
      </w:r>
      <w:r>
        <w:t>ke andar acha akhlaq aata hai.</w:t>
      </w:r>
    </w:p>
    <w:p>
      <w:pPr>
        <w:jc w:val="right"/>
      </w:pPr>
      <w:r>
        <w:t>کے اندر اچھا اخلاق آتا ہے۔</w:t>
      </w:r>
    </w:p>
    <w:p>
      <w:r>
        <w:rPr>
          <w:b/>
        </w:rPr>
        <w:t xml:space="preserve">[52:18] </w:t>
      </w:r>
      <w:r>
        <w:t>achi soch husn akhlaq ki buniyad hai.</w:t>
      </w:r>
    </w:p>
    <w:p>
      <w:pPr>
        <w:jc w:val="right"/>
      </w:pPr>
      <w:r>
        <w:t>اچھی سوچ حسن اخلاق کی بنیاد ہے۔</w:t>
      </w:r>
    </w:p>
    <w:p>
      <w:r>
        <w:rPr>
          <w:b/>
        </w:rPr>
        <w:t xml:space="preserve">[52:22] </w:t>
      </w:r>
      <w:r>
        <w:t>is aitbar se</w:t>
      </w:r>
    </w:p>
    <w:p>
      <w:pPr>
        <w:jc w:val="right"/>
      </w:pPr>
      <w:r>
        <w:t>اس اعتبار سے</w:t>
      </w:r>
    </w:p>
    <w:p>
      <w:r>
        <w:rPr>
          <w:b/>
        </w:rPr>
        <w:t xml:space="preserve">[52:27] </w:t>
      </w:r>
      <w:r>
        <w:t>yeh kehna sahi hoga ke hadith ka matlab yeh hai ke aadmi apni aulad ke andar durust tarz-e-fikr yaani right thinking paida kare. jis aadmi ke andar durust tarz-e-fikr ho, us ka har ravaiyya durust ho jayega. aise aadmi ki soch durust soch hogi. aise aadmi ka sulook durust sulook hoga. aise aadmi ka muamla yaani dealing durust muamla hoga. aise aadmi ki mansooba bandi durust mansooba bandi hogi</w:t>
      </w:r>
    </w:p>
    <w:p>
      <w:pPr>
        <w:jc w:val="right"/>
      </w:pPr>
      <w:r>
        <w:t>یہ کہنا صحیح ہوگا کہ حدیث کا مطلب یہ ہے کہ آدمی اپنی اولاد کے اندر درست طرز فکر یعنی رائٹ تھنکنگ پیدا کرے۔ جس آدمی کے اندر درست طرز فکر ہو، اس کا ہر رویہ درست ہو جائے گا۔ ایسے آدمی کی سوچ درست سوچ ہوگی۔ ایسے آدمی کا سلوک درست سلوک ہوگا۔ ایسے آدمی کا معاملہ یعنی ڈیلنگ درست معاملہ ہوگا۔ ایسے آدمی کی منصوبہ بندی درست منصوبہ بندی ہوگی</w:t>
      </w:r>
    </w:p>
    <w:p>
      <w:r>
        <w:rPr>
          <w:b/>
        </w:rPr>
        <w:t xml:space="preserve">[52:57] </w:t>
      </w:r>
      <w:r>
        <w:t>.</w:t>
      </w:r>
    </w:p>
    <w:p>
      <w:pPr>
        <w:jc w:val="right"/>
      </w:pPr>
      <w:r>
        <w:t>۔</w:t>
      </w:r>
    </w:p>
    <w:p>
      <w:r>
        <w:rPr>
          <w:b/>
        </w:rPr>
        <w:t xml:space="preserve">[53:02] </w:t>
      </w:r>
      <w:r>
        <w:t>khulasa yeh hai ke aadmi mukammal taur par musbat soch yani positive thinking ka hamel hoga.</w:t>
      </w:r>
    </w:p>
    <w:p>
      <w:pPr>
        <w:jc w:val="right"/>
      </w:pPr>
      <w:r>
        <w:t>خلاصہ یہ ہے کہ آدمی مکمل طور پر مثبت سوچ یعنی پوزیٹیو تھنکنگ کا حامل ہوگا۔</w:t>
      </w:r>
    </w:p>
    <w:p>
      <w:r>
        <w:rPr>
          <w:b/>
        </w:rPr>
        <w:t xml:space="preserve">[53:07] </w:t>
      </w:r>
      <w:r>
        <w:t>woh manfi soch yani negative thinking se mukammal taur par khali hoga.</w:t>
      </w:r>
    </w:p>
    <w:p>
      <w:pPr>
        <w:jc w:val="right"/>
      </w:pPr>
      <w:r>
        <w:t>وہ منفی سوچ یعنی نیگیٹیو تھنکنگ سے مکمل طور پر خالی ہوگا۔</w:t>
      </w:r>
    </w:p>
    <w:p>
      <w:r>
        <w:rPr>
          <w:b/>
        </w:rPr>
        <w:t xml:space="preserve">[53:12] </w:t>
      </w:r>
      <w:r>
        <w:t>jis aadmi ke andar yeh husn adab maujood ho, woh apne har mamle mein ek behtar insan hoga.</w:t>
      </w:r>
    </w:p>
    <w:p>
      <w:pPr>
        <w:jc w:val="right"/>
      </w:pPr>
      <w:r>
        <w:t>جس آدمی کے اندر یہ حسن ادب موجود ہو، وہ اپنے ہر معاملے میں ایک بہتر انسان ہوگا۔</w:t>
      </w:r>
    </w:p>
    <w:p>
      <w:r>
        <w:rPr>
          <w:b/>
        </w:rPr>
        <w:t xml:space="preserve">[53:17] </w:t>
      </w:r>
      <w:r>
        <w:t>aisa aadmi khwah apne ghar ke andar ho ya woh ghar ke bahar ho, woh apnon se muamla</w:t>
      </w:r>
    </w:p>
    <w:p>
      <w:pPr>
        <w:jc w:val="right"/>
      </w:pPr>
      <w:r>
        <w:t>ایسا آدمی خواہ اپنے گھر کے اندر ہو یا وہ گھر کے باہر ہو، وہ اپنوں سے معاملہ</w:t>
      </w:r>
    </w:p>
    <w:p>
      <w:r>
        <w:rPr>
          <w:b/>
        </w:rPr>
        <w:t xml:space="preserve">[53:22] </w:t>
      </w:r>
      <w:r>
        <w:t>kare ya ghairon se muamla, har haal mein woh dar</w:t>
      </w:r>
    </w:p>
    <w:p>
      <w:pPr>
        <w:jc w:val="right"/>
      </w:pPr>
      <w:r>
        <w:t>کرے یا غیروں سے معاملہ، ہر حال میں وہ در</w:t>
      </w:r>
    </w:p>
    <w:p>
      <w:r>
        <w:rPr>
          <w:b/>
        </w:rPr>
        <w:t xml:space="preserve">[53:27] </w:t>
      </w:r>
      <w:r>
        <w:t>ast ravaiye par qaim rahega.</w:t>
      </w:r>
    </w:p>
    <w:p>
      <w:pPr>
        <w:jc w:val="right"/>
      </w:pPr>
      <w:r>
        <w:t>ست رویے پر قائم رہے گا۔</w:t>
      </w:r>
    </w:p>
    <w:p>
      <w:r>
        <w:rPr>
          <w:b/>
        </w:rPr>
        <w:t xml:space="preserve">[53:31] </w:t>
      </w:r>
      <w:r>
        <w:t>is ki durust soch ek aisa amal yani factor ban jayegi jo is ko har mauqe par</w:t>
      </w:r>
    </w:p>
    <w:p>
      <w:pPr>
        <w:jc w:val="right"/>
      </w:pPr>
      <w:r>
        <w:t>اس کی درست سوچ ایک ایسا عامل یعنی فیکٹر بن جائے گی جو اس کو ہر موقع پر</w:t>
      </w:r>
    </w:p>
    <w:p>
      <w:r>
        <w:rPr>
          <w:b/>
        </w:rPr>
        <w:t xml:space="preserve">[53:36] </w:t>
      </w:r>
      <w:r>
        <w:t>be be rah ravi se bachayega.</w:t>
      </w:r>
    </w:p>
    <w:p>
      <w:pPr>
        <w:jc w:val="right"/>
      </w:pPr>
      <w:r>
        <w:t>بے بے راہ روی سے بچائے گی۔</w:t>
      </w:r>
    </w:p>
    <w:p>
      <w:r>
        <w:rPr>
          <w:b/>
        </w:rPr>
        <w:t xml:space="preserve">[53:40] </w:t>
      </w:r>
      <w:r>
        <w:t>aisa aadmi ek sanjeeda insan hoga.</w:t>
      </w:r>
    </w:p>
    <w:p>
      <w:pPr>
        <w:jc w:val="right"/>
      </w:pPr>
      <w:r>
        <w:t>ایسا آدمی ایک سنجیدہ انسان ہوگا۔</w:t>
      </w:r>
    </w:p>
    <w:p>
      <w:r>
        <w:rPr>
          <w:b/>
        </w:rPr>
        <w:t xml:space="preserve">[53:44] </w:t>
      </w:r>
      <w:r>
        <w:t>aisa aadmi zimmedarana akhlaq ka hamil hoga.</w:t>
      </w:r>
    </w:p>
    <w:p>
      <w:pPr>
        <w:jc w:val="right"/>
      </w:pPr>
      <w:r>
        <w:t>ایسا آدمی ذمہ دارانہ اخلاق کا حامل ہوگا۔</w:t>
      </w:r>
    </w:p>
    <w:p>
      <w:r>
        <w:rPr>
          <w:b/>
        </w:rPr>
        <w:t xml:space="preserve">[53:48] </w:t>
      </w:r>
      <w:r>
        <w:t>aise aadmi ke andar woh kirdar hoga jis ko qabil peshangoi kirdar yani predictable character kaha jata hai.</w:t>
      </w:r>
    </w:p>
    <w:p>
      <w:pPr>
        <w:jc w:val="right"/>
      </w:pPr>
      <w:r>
        <w:t>ایسے آدمی کے اندر وہ کردار ہوگا جس کو قابل پیشن گوئی کردار یعنی پریڈکٹیبل کریکٹر کہا جاتا ہے۔</w:t>
      </w:r>
    </w:p>
    <w:p>
      <w:r>
        <w:rPr>
          <w:b/>
        </w:rPr>
        <w:t xml:space="preserve">[53:53] </w:t>
      </w:r>
      <w:r>
        <w:t>bilashubah kisi insan ke liye apne sarparaston ki taraf</w:t>
      </w:r>
    </w:p>
    <w:p>
      <w:pPr>
        <w:jc w:val="right"/>
      </w:pPr>
      <w:r>
        <w:t>بلاشبہ کسی انسان کے لیے اپنے سرپرستوں کی طرف</w:t>
      </w:r>
    </w:p>
    <w:p>
      <w:r>
        <w:rPr>
          <w:b/>
        </w:rPr>
        <w:t xml:space="preserve">[53:57] </w:t>
      </w:r>
      <w:r>
        <w:t>se yeh sab se zyada qabil qadr atiya hai.</w:t>
      </w:r>
    </w:p>
    <w:p>
      <w:pPr>
        <w:jc w:val="right"/>
      </w:pPr>
      <w:r>
        <w:t>سے یہ سب سے زیادہ قابل قدر عطیہ ہے۔</w:t>
      </w:r>
    </w:p>
    <w:p>
      <w:r>
        <w:rPr>
          <w:b/>
        </w:rPr>
        <w:t xml:space="preserve">[54:07] </w:t>
      </w:r>
      <w:r>
        <w:t>baap ka tohfa: kitab "tarbiyat-e-aulad" Maulana Wahiduddin Khan, safha number 28.</w:t>
      </w:r>
    </w:p>
    <w:p>
      <w:pPr>
        <w:jc w:val="right"/>
      </w:pPr>
      <w:r>
        <w:t>باپ کا تحفہ: کتاب "تربیتِ اولاد" مولانا وحید الدین خان، صفحہ نمبر 28۔</w:t>
      </w:r>
    </w:p>
    <w:p>
      <w:r>
        <w:rPr>
          <w:b/>
        </w:rPr>
        <w:t xml:space="preserve">[54:17] </w:t>
      </w:r>
      <w:r>
        <w:t>agar koi baap apne bachon ko madi cheezen na de sake, maslan ghar aur maal jaisi</w:t>
      </w:r>
    </w:p>
    <w:p>
      <w:pPr>
        <w:jc w:val="right"/>
      </w:pPr>
      <w:r>
        <w:t>اگر کوئی باپ اپنے بچوں کو مادی چیزیں نہ دے سکے، مثلاً گھر اور مال جیسی</w:t>
      </w:r>
    </w:p>
    <w:p>
      <w:r>
        <w:rPr>
          <w:b/>
        </w:rPr>
        <w:t xml:space="preserve">[54:27] </w:t>
      </w:r>
      <w:r>
        <w:t>cheezein is ke paas dene ke liye na hon, to aisa baap hamesha is ehsaas mein jeeta hai ke main ek nalaiq baap sabit hua. main apne bachon ka baap hote hue bhi un ki dunya taameer na kar saka. apne bachon ke liye kisi baap ka yeh ehsaas koi musbat ehsaas nahin. is ke bar aks sahi ehsaas yeh hai ke jo baap</w:t>
      </w:r>
    </w:p>
    <w:p>
      <w:pPr>
        <w:jc w:val="right"/>
      </w:pPr>
      <w:r>
        <w:t>چیزیں اس کے پاس دینے کے لیے نہ ہوں، تو ایسا باپ ہمیشہ اس احساس میں جیتا ہے کہ میں ایک نالائق باپ ثابت ہوا۔ میں اپنے بچوں کا باپ ہوتے ہوئے بھی ان کی دنیا تعمیر نہ کر سکا۔ اپنے بچوں کے لیے کسی باپ کا یہ احساس کوئی مثبت احساس نہیں۔ اس کے برعکس صحیح احساس یہ ہے کہ جو باپ</w:t>
      </w:r>
    </w:p>
    <w:p>
      <w:r>
        <w:rPr>
          <w:b/>
        </w:rPr>
        <w:t xml:space="preserve">[54:57] </w:t>
      </w:r>
      <w:r>
        <w:t>apne bachon ke liye duniya ki cheezen de sake, woh is baat ka shukar ada kare ke Allah</w:t>
      </w:r>
    </w:p>
    <w:p>
      <w:pPr>
        <w:jc w:val="right"/>
      </w:pPr>
      <w:r>
        <w:t>اپنے بچوں کے لیے دنیا کی چیزیں دے سکے، وہ اس بات کا شکر ادا کرے کہ اللہ</w:t>
      </w:r>
    </w:p>
    <w:p>
      <w:r>
        <w:rPr>
          <w:b/>
        </w:rPr>
        <w:t xml:space="preserve">[55:02] </w:t>
      </w:r>
      <w:r>
        <w:t>ne is ko dene ke qabil banaya.</w:t>
      </w:r>
    </w:p>
    <w:p>
      <w:pPr>
        <w:jc w:val="right"/>
      </w:pPr>
      <w:r>
        <w:t>نے اس کو دینے کے قابل بنایا۔</w:t>
      </w:r>
    </w:p>
    <w:p>
      <w:r>
        <w:rPr>
          <w:b/>
        </w:rPr>
        <w:t xml:space="preserve">[55:07] </w:t>
      </w:r>
      <w:r>
        <w:t>Allah ne is ko hath paon diya, kamane ki salahiyat di.</w:t>
      </w:r>
    </w:p>
    <w:p>
      <w:pPr>
        <w:jc w:val="right"/>
      </w:pPr>
      <w:r>
        <w:t>اللہ نے اس کو ہاتھ پاؤں دیا، کمانے کی صلاحیت دی۔</w:t>
      </w:r>
    </w:p>
    <w:p>
      <w:r>
        <w:rPr>
          <w:b/>
        </w:rPr>
        <w:t xml:space="preserve">[55:13] </w:t>
      </w:r>
      <w:r>
        <w:t>is tarah woh is qabil bana ke apne bachon ko dene ki cheezen de sake.</w:t>
      </w:r>
    </w:p>
    <w:p>
      <w:pPr>
        <w:jc w:val="right"/>
      </w:pPr>
      <w:r>
        <w:t>اس طرح وہ اس قابل بنا کہ اپنے بچوں کو دینے کی چیزیں دے سکے۔</w:t>
      </w:r>
    </w:p>
    <w:p>
      <w:r>
        <w:rPr>
          <w:b/>
        </w:rPr>
        <w:t xml:space="preserve">[55:18] </w:t>
      </w:r>
      <w:r>
        <w:t>lekin jo baap apne bachon ko duniya ki cheezen na de sake, us ke paas bhi apne bachon</w:t>
      </w:r>
    </w:p>
    <w:p>
      <w:pPr>
        <w:jc w:val="right"/>
      </w:pPr>
      <w:r>
        <w:t>لیکن جو باپ اپنے بچوں کو دنیا کی چیزیں نہ دے سکے، اس کے پاس بھی اپنے بچوں</w:t>
      </w:r>
    </w:p>
    <w:p>
      <w:r>
        <w:rPr>
          <w:b/>
        </w:rPr>
        <w:t xml:space="preserve">[55:23] </w:t>
      </w:r>
      <w:r>
        <w:t>ko dene ke liye bohat bari cheez maujood hoti hai,</w:t>
      </w:r>
    </w:p>
    <w:p>
      <w:pPr>
        <w:jc w:val="right"/>
      </w:pPr>
      <w:r>
        <w:t>کو دینے کے لیے بہت بڑی چیز موجود ہوتی ہے،</w:t>
      </w:r>
    </w:p>
    <w:p>
      <w:r>
        <w:rPr>
          <w:b/>
        </w:rPr>
        <w:t xml:space="preserve">[55:28] </w:t>
      </w:r>
      <w:r>
        <w:t>aur woh dua hai.</w:t>
      </w:r>
    </w:p>
    <w:p>
      <w:pPr>
        <w:jc w:val="right"/>
      </w:pPr>
      <w:r>
        <w:t>اور وہ دعا ہے۔</w:t>
      </w:r>
    </w:p>
    <w:p>
      <w:r>
        <w:rPr>
          <w:b/>
        </w:rPr>
        <w:t xml:space="preserve">[55:33] </w:t>
      </w:r>
      <w:r>
        <w:t>woh apni duaon mein yeh keh sakta hai ke: "Ae Allah!</w:t>
      </w:r>
    </w:p>
    <w:p>
      <w:pPr>
        <w:jc w:val="right"/>
      </w:pPr>
      <w:r>
        <w:t>وہ اپنی دعاؤں میں یہ کہہ سکتا ہے کہ: "اے اللہ!</w:t>
      </w:r>
    </w:p>
    <w:p>
      <w:r>
        <w:rPr>
          <w:b/>
        </w:rPr>
        <w:t xml:space="preserve">[55:38] </w:t>
      </w:r>
      <w:r>
        <w:t>main apne bachon ka baap tha, lekin main apne bachon ko dene ki cheez na de saka.</w:t>
      </w:r>
    </w:p>
    <w:p>
      <w:pPr>
        <w:jc w:val="right"/>
      </w:pPr>
      <w:r>
        <w:t>میں اپنے بچوں کا باپ تھا، لیکن میں اپنے بچوں کو دینے کی چیز نہ دے سکا۔</w:t>
      </w:r>
    </w:p>
    <w:p>
      <w:r>
        <w:rPr>
          <w:b/>
        </w:rPr>
        <w:t xml:space="preserve">[55:43] </w:t>
      </w:r>
      <w:r>
        <w:t>tu mera aur mere bachon ka Rab hai.</w:t>
      </w:r>
    </w:p>
    <w:p>
      <w:pPr>
        <w:jc w:val="right"/>
      </w:pPr>
      <w:r>
        <w:t>تو میرا اور میرے بچوں کا رب ہے۔</w:t>
      </w:r>
    </w:p>
    <w:p>
      <w:r>
        <w:rPr>
          <w:b/>
        </w:rPr>
        <w:t xml:space="preserve">[55:48] </w:t>
      </w:r>
      <w:r>
        <w:t>tu mere bachon ko woh cheez de de jo main un ko na de saka.</w:t>
      </w:r>
    </w:p>
    <w:p>
      <w:pPr>
        <w:jc w:val="right"/>
      </w:pPr>
      <w:r>
        <w:t>تو میرے بچوں کو وہ چیز دے دے جو میں ان کو نہ دے سکا۔</w:t>
      </w:r>
    </w:p>
    <w:p>
      <w:r>
        <w:rPr>
          <w:b/>
        </w:rPr>
        <w:t xml:space="preserve">[55:53] </w:t>
      </w:r>
      <w:r>
        <w:t>tu mere bachon ke liye meri taraf se woh dua qabool farma jis mein tu ne insan ko</w:t>
      </w:r>
    </w:p>
    <w:p>
      <w:pPr>
        <w:jc w:val="right"/>
      </w:pPr>
      <w:r>
        <w:t>تو میرے بچوں کے لیے میری طرف سے وہ دعا قبول فرما جس میں تو نے انسان کو</w:t>
      </w:r>
    </w:p>
    <w:p>
      <w:r>
        <w:rPr>
          <w:b/>
        </w:rPr>
        <w:t xml:space="preserve">[55:58] </w:t>
      </w:r>
      <w:r>
        <w:t>yeh talqeen ki hai: "Rabbana atina fid-dunya hasanatan wa fil-akhirati hasanatan wa qina azab-an-nar." Surah number do, ayat 201. agar koi baap apne bachon ke liye yeh dua kar sake to us ne apne bachon ko zyada bari cheez de di. woh chahta tha ke khud apne aap ko apne bachon ke liye de sake, lekin us ke halaat ne us ko is qabil banaya ke woh</w:t>
      </w:r>
    </w:p>
    <w:p>
      <w:pPr>
        <w:jc w:val="right"/>
      </w:pPr>
      <w:r>
        <w:t>یہ تلقین کی ہے: ربنا آتنا فی الدنیا حسنۃ وفی الاخرۃ حسنۃ وقنا عذاب النار۔" سورہ نمبر دو، آیت 201۔ اگر کوئی باپ اپنے بچوں کے لیے یہ دعا کر سکے تو اس نے اپنے بچوں کو زیادہ بڑی چیز دے دی۔ وہ چاہتا تھا کہ خود اپنے آپ کو اپنے بچوں کے لیے دے سکے، لیکن اس کے حالات نے اس کو اس قابل بنایا کہ وہ</w:t>
      </w:r>
    </w:p>
    <w:p>
      <w:r>
        <w:rPr>
          <w:b/>
        </w:rPr>
        <w:t xml:space="preserve">[56:28] </w:t>
      </w:r>
      <w:r>
        <w:t>apni duaon ke zariye apne bachon ko apne Rab ke hawale kar de.</w:t>
      </w:r>
    </w:p>
    <w:p>
      <w:pPr>
        <w:jc w:val="right"/>
      </w:pPr>
      <w:r>
        <w:t>اپنی دعاؤں کے ذریعے اپنے بچوں کو اپنے رب کے حوالے کر دے۔</w:t>
      </w:r>
    </w:p>
    <w:p>
      <w:r>
        <w:rPr>
          <w:b/>
        </w:rPr>
        <w:t xml:space="preserve">[56:36] </w:t>
      </w:r>
      <w:r>
        <w:t>goya ke apne aap ko na de kar khud Allah Rab-ul-Alameen ka hath bachon ke sar par de diya.</w:t>
      </w:r>
    </w:p>
    <w:p>
      <w:pPr>
        <w:jc w:val="right"/>
      </w:pPr>
      <w:r>
        <w:t>گویا کہ اپنے آپ کو نہ دے کر خود اللہ رب العالمین کا ہاتھ بچوں کے سر پر دے دیا۔</w:t>
      </w:r>
    </w:p>
    <w:p>
      <w:r>
        <w:rPr>
          <w:b/>
        </w:rPr>
        <w:t xml:space="preserve">[56:44] </w:t>
      </w:r>
      <w:r>
        <w:t>woh apni aulad ko choti cheez dena chahta tha, lekin us ke halaat ne us ko is qabil</w:t>
      </w:r>
    </w:p>
    <w:p>
      <w:pPr>
        <w:jc w:val="right"/>
      </w:pPr>
      <w:r>
        <w:t>وہ اپنی اولاد کو چھوٹی چیز دینا چاہتا تھا، لیکن اس کے حالات نے اس کو اس قابل</w:t>
      </w:r>
    </w:p>
    <w:p>
      <w:r>
        <w:rPr>
          <w:b/>
        </w:rPr>
        <w:t xml:space="preserve">[56:52] </w:t>
      </w:r>
      <w:r>
        <w:t>banaya ke woh apne bachon ko ziyada bari cheez de de, yaani Allah rab ul alameen ko.</w:t>
      </w:r>
    </w:p>
    <w:p>
      <w:pPr>
        <w:jc w:val="right"/>
      </w:pPr>
      <w:r>
        <w:t>بنایا کہ وہ اپنے بچوں کو زیادہ بڑی چیز دے دے، یعنی اللہ رب العالمین کو۔</w:t>
      </w:r>
    </w:p>
    <w:p>
      <w:r>
        <w:rPr>
          <w:b/>
        </w:rPr>
        <w:t xml:space="preserve">[56:59] </w:t>
      </w:r>
      <w:r>
        <w:t>ek wirasat yeh bhi hai: kitab "tarbiyat-e-aulad" Maulana Wahiduddin Khan, safha number 29.</w:t>
      </w:r>
    </w:p>
    <w:p>
      <w:pPr>
        <w:jc w:val="right"/>
      </w:pPr>
      <w:r>
        <w:t>ایک وراثت یہ بھی ہے: کتاب "تربیتِ اولاد" مولانا وحید الدین خان، صفحہ نمبر 29۔</w:t>
      </w:r>
    </w:p>
    <w:p>
      <w:r>
        <w:rPr>
          <w:b/>
        </w:rPr>
        <w:t xml:space="preserve">[57:06] </w:t>
      </w:r>
      <w:r>
        <w:t>Kareem Bakhsh seedhe saade deendar aadmi thay.</w:t>
      </w:r>
    </w:p>
    <w:p>
      <w:pPr>
        <w:jc w:val="right"/>
      </w:pPr>
      <w:r>
        <w:t>کریم بخش سیدھے سادھے دیندار آدمی تھے۔</w:t>
      </w:r>
    </w:p>
    <w:p>
      <w:r>
        <w:rPr>
          <w:b/>
        </w:rPr>
        <w:t xml:space="preserve">[57:12] </w:t>
      </w:r>
      <w:r>
        <w:t>gaon ki mamooli aamdani par guzar kar laitay.</w:t>
      </w:r>
    </w:p>
    <w:p>
      <w:pPr>
        <w:jc w:val="right"/>
      </w:pPr>
      <w:r>
        <w:t>گاؤں کی معمولی آمدنی پر گزر کر لیتے۔</w:t>
      </w:r>
    </w:p>
    <w:p>
      <w:r>
        <w:rPr>
          <w:b/>
        </w:rPr>
        <w:t xml:space="preserve">[57:18] </w:t>
      </w:r>
      <w:r>
        <w:t>65 saal ki umar mein woh chaar bachay chhor kar maray to un ke liye unhon ne koi</w:t>
      </w:r>
    </w:p>
    <w:p>
      <w:pPr>
        <w:jc w:val="right"/>
      </w:pPr>
      <w:r>
        <w:t>65 سال کی عمر میں وہ چار بچے چھوڑ کر مرے تو ان کے لیے انہوں نے کوئی</w:t>
      </w:r>
    </w:p>
    <w:p>
      <w:r>
        <w:rPr>
          <w:b/>
        </w:rPr>
        <w:t xml:space="preserve">[57:24] </w:t>
      </w:r>
      <w:r>
        <w:t>qabil-e-zikr jaidad nahi chhori thi.</w:t>
      </w:r>
    </w:p>
    <w:p>
      <w:pPr>
        <w:jc w:val="right"/>
      </w:pPr>
      <w:r>
        <w:t>قابل ذکر جائیداد نہیں چھوڑی تھی۔</w:t>
      </w:r>
    </w:p>
    <w:p>
      <w:r>
        <w:rPr>
          <w:b/>
        </w:rPr>
        <w:t xml:space="preserve">[57:31] </w:t>
      </w:r>
      <w:r>
        <w:t>un ke intiqal ke baad un ke baray sahibzaday Rahim Bakhsh shehar chalay aaye taake apne liye kamai</w:t>
      </w:r>
    </w:p>
    <w:p>
      <w:pPr>
        <w:jc w:val="right"/>
      </w:pPr>
      <w:r>
        <w:t>ان کے انتقال کے بعد ان کے بڑے صاحبزادے رحیم بخش شہر چلے آئے تاکہ اپنے لیے کمائی</w:t>
      </w:r>
    </w:p>
    <w:p>
      <w:r>
        <w:rPr>
          <w:b/>
        </w:rPr>
        <w:t xml:space="preserve">[57:37] </w:t>
      </w:r>
      <w:r>
        <w:t>ki koi soorat kar saken.</w:t>
      </w:r>
    </w:p>
    <w:p>
      <w:pPr>
        <w:jc w:val="right"/>
      </w:pPr>
      <w:r>
        <w:t>کی کوئی صورت کر سکیں۔</w:t>
      </w:r>
    </w:p>
    <w:p>
      <w:r>
        <w:rPr>
          <w:b/>
        </w:rPr>
        <w:t xml:space="preserve">[57:44] </w:t>
      </w:r>
      <w:r>
        <w:t>shehar mein unhon ne mukhtasir سرمائے ke sath ek karobar shuru kar diya.</w:t>
      </w:r>
    </w:p>
    <w:p>
      <w:pPr>
        <w:jc w:val="right"/>
      </w:pPr>
      <w:r>
        <w:t>شہر میں انہوں نے مختصر سرمائے کے ساتھ ایک کاروبار شروع کر دیا۔</w:t>
      </w:r>
    </w:p>
    <w:p>
      <w:r>
        <w:rPr>
          <w:b/>
        </w:rPr>
        <w:t xml:space="preserve">[57:50] </w:t>
      </w:r>
      <w:r>
        <w:t>Rahim Bakhsh ke walid ne un ke liye koi maadi wirasat nahi chhori thi, magar qana'at aur saadgi</w:t>
      </w:r>
    </w:p>
    <w:p>
      <w:pPr>
        <w:jc w:val="right"/>
      </w:pPr>
      <w:r>
        <w:t>رحیم بخش کے والد نے ان کے لیے کوئی مادی وراثت نہیں چھوڑی تھی، مگر قناعت اور سادگی</w:t>
      </w:r>
    </w:p>
    <w:p>
      <w:r>
        <w:rPr>
          <w:b/>
        </w:rPr>
        <w:t xml:space="preserve">[57:57] </w:t>
      </w:r>
      <w:r>
        <w:t>aur kisi se laday bhiray baghair apna kaam karne ki wirasat chhori thi.</w:t>
      </w:r>
    </w:p>
    <w:p>
      <w:pPr>
        <w:jc w:val="right"/>
      </w:pPr>
      <w:r>
        <w:t>اور کسی سے لڑے بھڑے بغیر اپنا کام کرنے کی وراثت چھوڑی تھی۔</w:t>
      </w:r>
    </w:p>
    <w:p>
      <w:r>
        <w:rPr>
          <w:b/>
        </w:rPr>
        <w:t xml:space="preserve">[58:04] </w:t>
      </w:r>
      <w:r>
        <w:t>yeh wirasat Rahim Bakhsh ke liye be had mufeed sabit hui.</w:t>
      </w:r>
    </w:p>
    <w:p>
      <w:pPr>
        <w:jc w:val="right"/>
      </w:pPr>
      <w:r>
        <w:t>یہ وراثت رحیم بخش کے لیے بے حد مفید ثابت ہوئی۔</w:t>
      </w:r>
    </w:p>
    <w:p>
      <w:r>
        <w:rPr>
          <w:b/>
        </w:rPr>
        <w:t xml:space="preserve">[58:10] </w:t>
      </w:r>
      <w:r>
        <w:t>unki saadgi aur qana'at ka nateeja yeh hua ke mamooli aamdani ke bawajood woh musalsal taraqqi karne lagay.</w:t>
      </w:r>
    </w:p>
    <w:p>
      <w:pPr>
        <w:jc w:val="right"/>
      </w:pPr>
      <w:r>
        <w:t>ان کی سادگی اور قناعت کا نتیجہ یہ ہوا کہ معمولی آمدنی کے باوجود وہ مسلسل ترقی کرنے لگے۔</w:t>
      </w:r>
    </w:p>
    <w:p>
      <w:r>
        <w:rPr>
          <w:b/>
        </w:rPr>
        <w:t xml:space="preserve">[58:16] </w:t>
      </w:r>
      <w:r>
        <w:t>un ka ladai bhiray se bachne ka mizaj un ke liye mazeed muawin sabit hua.</w:t>
      </w:r>
    </w:p>
    <w:p>
      <w:pPr>
        <w:jc w:val="right"/>
      </w:pPr>
      <w:r>
        <w:t>ان کا لڑائی بھڑائی سے بچنے کا مزاج ان کے لیے مزید معاون ثابت ہوا۔</w:t>
      </w:r>
    </w:p>
    <w:p>
      <w:r>
        <w:rPr>
          <w:b/>
        </w:rPr>
        <w:t xml:space="preserve">[58:22] </w:t>
      </w:r>
      <w:r>
        <w:t>har ek un se khush tha, har ek se un ko taawun mil raha tha.</w:t>
      </w:r>
    </w:p>
    <w:p>
      <w:pPr>
        <w:jc w:val="right"/>
      </w:pPr>
      <w:r>
        <w:t>ہر ایک ان سے خوش تھا، ہر ایک سے ان کو تعاون مل رہا تھا۔</w:t>
      </w:r>
    </w:p>
    <w:p>
      <w:r>
        <w:rPr>
          <w:b/>
        </w:rPr>
        <w:t xml:space="preserve">[58:28] </w:t>
      </w:r>
      <w:r>
        <w:t>unki taraqqi ki raftaar agar</w:t>
      </w:r>
    </w:p>
    <w:p>
      <w:pPr>
        <w:jc w:val="right"/>
      </w:pPr>
      <w:r>
        <w:t>ان کی ترقی کی رفتار اگر</w:t>
      </w:r>
    </w:p>
    <w:p>
      <w:r>
        <w:rPr>
          <w:b/>
        </w:rPr>
        <w:t xml:space="preserve">[58:34] </w:t>
      </w:r>
      <w:r>
        <w:t>cheh sust thi, magar woh ek din ruke baghair jaari rahi.</w:t>
      </w:r>
    </w:p>
    <w:p>
      <w:pPr>
        <w:jc w:val="right"/>
      </w:pPr>
      <w:r>
        <w:t>چہ سست تھی، مگر وہ ایک دن رکے بغیر جاری رہی۔</w:t>
      </w:r>
    </w:p>
    <w:p>
      <w:r>
        <w:rPr>
          <w:b/>
        </w:rPr>
        <w:t xml:space="preserve">[58:40] </w:t>
      </w:r>
      <w:r>
        <w:t>Rahim Bakhsh ka karobar agarchay mamooli tha, magar un ki sharafat, un ki be-gharzi aur un ki</w:t>
      </w:r>
    </w:p>
    <w:p>
      <w:pPr>
        <w:jc w:val="right"/>
      </w:pPr>
      <w:r>
        <w:t>رحیم بخش کا کاروبار اگرچہ معمولی تھا، مگر ان کی شرافت، ان کی بے غرضی اور ان کی</w:t>
      </w:r>
    </w:p>
    <w:p>
      <w:r>
        <w:rPr>
          <w:b/>
        </w:rPr>
        <w:t xml:space="preserve">[58:46] </w:t>
      </w:r>
      <w:r>
        <w:t>imandari ne un ko apne mahol mein itni izzat de rakhi thi jaise ke woh koi bari hasiyat</w:t>
      </w:r>
    </w:p>
    <w:p>
      <w:pPr>
        <w:jc w:val="right"/>
      </w:pPr>
      <w:r>
        <w:t>ایمانداری نے ان کو اپنے ماحول میں اتنی عزت دے رکھی تھی جیسے کہ وہ کوئی بڑی حیثیت</w:t>
      </w:r>
    </w:p>
    <w:p>
      <w:r>
        <w:rPr>
          <w:b/>
        </w:rPr>
        <w:t xml:space="preserve">[58:52] </w:t>
      </w:r>
      <w:r>
        <w:t>ke aadmi hon.</w:t>
      </w:r>
    </w:p>
    <w:p>
      <w:pPr>
        <w:jc w:val="right"/>
      </w:pPr>
      <w:r>
        <w:t>کے آدمی ہوں۔</w:t>
      </w:r>
    </w:p>
    <w:p>
      <w:r>
        <w:rPr>
          <w:b/>
        </w:rPr>
        <w:t xml:space="preserve">[58:58] </w:t>
      </w:r>
      <w:r>
        <w:t>un ke paas سرمایه bohat kam tha, magar lain dain mein safai aur waday ka pakka</w:t>
      </w:r>
    </w:p>
    <w:p>
      <w:pPr>
        <w:jc w:val="right"/>
      </w:pPr>
      <w:r>
        <w:t>ان کے پاس سرمایہ بہت کم تھا، مگر لین دین میں صفائی اور وعدے کا پکا</w:t>
      </w:r>
    </w:p>
    <w:p>
      <w:r>
        <w:rPr>
          <w:b/>
        </w:rPr>
        <w:t xml:space="preserve">[59:04] </w:t>
      </w:r>
      <w:r>
        <w:t>hona ka nateeja yeh hua ke bazaar mein baray baray thook beopari un se kehtay ke: "Mian Ji!</w:t>
      </w:r>
    </w:p>
    <w:p>
      <w:pPr>
        <w:jc w:val="right"/>
      </w:pPr>
      <w:r>
        <w:t>ہونے کا نتیجہ یہ ہوا کہ بازار میں بڑے بڑے تھوک بیوپاری ان سے کہتے کہ: "میاں جی!</w:t>
      </w:r>
    </w:p>
    <w:p>
      <w:r>
        <w:rPr>
          <w:b/>
        </w:rPr>
        <w:t xml:space="preserve">[59:10] </w:t>
      </w:r>
      <w:r>
        <w:t>jitna chahe maal le jao, paisay ki parwah na karo, paisay baad ko aa jayen gay." Baaz auqat</w:t>
      </w:r>
    </w:p>
    <w:p>
      <w:pPr>
        <w:jc w:val="right"/>
      </w:pPr>
      <w:r>
        <w:t>جتنا چاہے مال لے جاؤ، پیسے کی پرواہ نہ کرو، پیسے بعد کو آ جائیں گے۔" بعض اوقات</w:t>
      </w:r>
    </w:p>
    <w:p>
      <w:r>
        <w:rPr>
          <w:b/>
        </w:rPr>
        <w:t xml:space="preserve">[59:16] </w:t>
      </w:r>
      <w:r>
        <w:t>aisa bhi hua ke kisi se jhagray ki nawbat aa gayi, magar unhon ne khud hi apne ko</w:t>
      </w:r>
    </w:p>
    <w:p>
      <w:pPr>
        <w:jc w:val="right"/>
      </w:pPr>
      <w:r>
        <w:t>ایسا بھی ہوا کہ کسی سے جھگڑے کی نوبت آ گئی، مگر انہوں نے خود ہی اپنے کو</w:t>
      </w:r>
    </w:p>
    <w:p>
      <w:r>
        <w:rPr>
          <w:b/>
        </w:rPr>
        <w:t xml:space="preserve">[59:22] </w:t>
      </w:r>
      <w:r>
        <w:t>chup kar liya.</w:t>
      </w:r>
    </w:p>
    <w:p>
      <w:pPr>
        <w:jc w:val="right"/>
      </w:pPr>
      <w:r>
        <w:t>چپ کر لیا۔</w:t>
      </w:r>
    </w:p>
    <w:p>
      <w:r>
        <w:rPr>
          <w:b/>
        </w:rPr>
        <w:t xml:space="preserve">[59:28] </w:t>
      </w:r>
      <w:r>
        <w:t>wo sharir aadmi ke khilaf koi jawabi karrawai na karte,</w:t>
      </w:r>
    </w:p>
    <w:p>
      <w:pPr>
        <w:jc w:val="right"/>
      </w:pPr>
      <w:r>
        <w:t>وہ شریر آدمی کے خلاف کوئی جوابی کارروائی نہ کرتے،</w:t>
      </w:r>
    </w:p>
    <w:p>
      <w:r>
        <w:rPr>
          <w:b/>
        </w:rPr>
        <w:t xml:space="preserve">[59:34] </w:t>
      </w:r>
      <w:r>
        <w:t>balkeh khamoshi se apne karobar mein lag jaate aur us ke haq mein dua karte rehte.</w:t>
      </w:r>
    </w:p>
    <w:p>
      <w:pPr>
        <w:jc w:val="right"/>
      </w:pPr>
      <w:r>
        <w:t>بلکہ خاموشی سے اپنے کاروبار میں لگ جاتے اور اس کے حق میں دعا کرتے رہتے۔</w:t>
      </w:r>
    </w:p>
    <w:p>
      <w:r>
        <w:rPr>
          <w:b/>
        </w:rPr>
        <w:t xml:space="preserve">[59:40] </w:t>
      </w:r>
      <w:r>
        <w:t>jab un ke dil mein shaitan koi bad maamlgi ka jazba dalta to un ke walid ka masoom</w:t>
      </w:r>
    </w:p>
    <w:p>
      <w:pPr>
        <w:jc w:val="right"/>
      </w:pPr>
      <w:r>
        <w:t>جب ان کے دل میں شیطان کوئی بد معاملگی کا جذبہ ڈالتا تو ان کے والد کا معصوم</w:t>
      </w:r>
    </w:p>
    <w:p>
      <w:r>
        <w:rPr>
          <w:b/>
        </w:rPr>
        <w:t xml:space="preserve">[59:46] </w:t>
      </w:r>
      <w:r>
        <w:t>chehra un ke samne aa jata.</w:t>
      </w:r>
    </w:p>
    <w:p>
      <w:pPr>
        <w:jc w:val="right"/>
      </w:pPr>
      <w:r>
        <w:t>چہرہ ان کے سامنے آ جاتا۔</w:t>
      </w:r>
    </w:p>
    <w:p>
      <w:r>
        <w:rPr>
          <w:b/>
        </w:rPr>
        <w:t xml:space="preserve">[59:52] </w:t>
      </w:r>
      <w:r>
        <w:t>un ko aisa mahsus hota ke agar main ne koi galat maamla kiya ya kisi se jhagda fasad</w:t>
      </w:r>
    </w:p>
    <w:p>
      <w:pPr>
        <w:jc w:val="right"/>
      </w:pPr>
      <w:r>
        <w:t>ان کو ایسا محسوس ہوتا کہ اگر میں نے کوئی غلط معاملہ کیا یا کسی سے جھگڑا فساد</w:t>
      </w:r>
    </w:p>
    <w:p>
      <w:r>
        <w:rPr>
          <w:b/>
        </w:rPr>
        <w:t xml:space="preserve">[59:58] </w:t>
      </w:r>
      <w:r>
        <w:t>kiya to mere baap ki rooh qabr mein tarp uthe gi.</w:t>
      </w:r>
    </w:p>
    <w:p>
      <w:pPr>
        <w:jc w:val="right"/>
      </w:pPr>
      <w:r>
        <w:t>کیا تو میرے باپ کی روح قبر میں تڑپ اٹھے گی۔</w:t>
      </w:r>
    </w:p>
    <w:p>
      <w:r>
        <w:rPr>
          <w:b/>
        </w:rPr>
        <w:t xml:space="preserve">[1:00:05] </w:t>
      </w:r>
      <w:r>
        <w:t>yeh khayal foran un ke jazbat ko daba deta. woh dobara usi taameeri raaste par chal padte jis mein unhein un ke baap ne chhoda tha. un ka karobar badha to un ko mazeed muawin ki zaroorat hui. ab unhon ne apne bhaiyon ko bulana shuru kiya, yahan tak ke chaaron bhai shehar mein muntaqil ho gaye. dheere dheere un ke karobar ke chaar mustaqil shobe ho gaye. har</w:t>
      </w:r>
    </w:p>
    <w:p>
      <w:pPr>
        <w:jc w:val="right"/>
      </w:pPr>
      <w:r>
        <w:t>یہ خیال فوراً ان کے جذبات کو دبا دیتا۔ وہ دوبارہ اسی تعمیری راستے پر چل پڑتے جس میں انہیں ان کے باپ نے چھوڑا تھا۔ ان کا کاروبار بڑھا تو ان کو مزید معاون کی ضرورت ہوئی۔ اب انہوں نے اپنے بھائیوں کو بلانا شروع کیا، یہاں تک کہ چاروں بھائی شہر میں منتقل ہو گئے۔ دھیرے دھیرے ان کے کاروبار کے چار مستقل شعبے ہو گئے۔ ہ</w:t>
      </w:r>
    </w:p>
    <w:p>
      <w:r>
        <w:rPr>
          <w:b/>
        </w:rPr>
        <w:t xml:space="preserve">[1:00:35] </w:t>
      </w:r>
      <w:r>
        <w:t>r shoba ek ek bhai ke sipurd tha.</w:t>
      </w:r>
    </w:p>
    <w:p>
      <w:pPr>
        <w:jc w:val="right"/>
      </w:pPr>
      <w:r>
        <w:t>ر شعبہ ایک ایک بھائی کے سپرد تھا۔</w:t>
      </w:r>
    </w:p>
    <w:p>
      <w:r>
        <w:rPr>
          <w:b/>
        </w:rPr>
        <w:t xml:space="preserve">[1:00:41] </w:t>
      </w:r>
      <w:r>
        <w:t>charon bhai ek sath mil kar rehte aur sath khate peete, magar karobari aitbar se har bhai apne</w:t>
      </w:r>
    </w:p>
    <w:p>
      <w:pPr>
        <w:jc w:val="right"/>
      </w:pPr>
      <w:r>
        <w:t>چاروں بھائی ایک ساتھ مل کر رہتے اور ساتھ کھاتے پیتے، مگر کاروباری اعتبار سے ہر بھائی اپنے</w:t>
      </w:r>
    </w:p>
    <w:p>
      <w:r>
        <w:rPr>
          <w:b/>
        </w:rPr>
        <w:t xml:space="preserve">[1:00:47] </w:t>
      </w:r>
      <w:r>
        <w:t>apne shobe ko azadana tor par anjam deta tha.</w:t>
      </w:r>
    </w:p>
    <w:p>
      <w:pPr>
        <w:jc w:val="right"/>
      </w:pPr>
      <w:r>
        <w:t>اپنے شعبے کو آزادانہ طور پر انجام دیتا تھا۔</w:t>
      </w:r>
    </w:p>
    <w:p>
      <w:r>
        <w:rPr>
          <w:b/>
        </w:rPr>
        <w:t xml:space="preserve">[1:00:53] </w:t>
      </w:r>
      <w:r>
        <w:t>kuch dinon ke baad rahim bakhsh ko mahsus hua ke bare bhai hone ki hesiyat se chunke wahi</w:t>
      </w:r>
    </w:p>
    <w:p>
      <w:pPr>
        <w:jc w:val="right"/>
      </w:pPr>
      <w:r>
        <w:t>کچھ دنوں کے بعد رحیم بخش کو محسوس ہوا کہ بڑے بھائی ہونے کی حیثیت سے چونکہ وہی</w:t>
      </w:r>
    </w:p>
    <w:p>
      <w:r>
        <w:rPr>
          <w:b/>
        </w:rPr>
        <w:t xml:space="preserve">[1:00:59] </w:t>
      </w:r>
      <w:r>
        <w:t>karobar ke malik hain, is liye baqi bhai apne kaam ko is</w:t>
      </w:r>
    </w:p>
    <w:p>
      <w:pPr>
        <w:jc w:val="right"/>
      </w:pPr>
      <w:r>
        <w:t>کاروبار کے مالک ہیں، اس لیے بقیہ بھائی اپنے کام کو اس</w:t>
      </w:r>
    </w:p>
    <w:p>
      <w:r>
        <w:rPr>
          <w:b/>
        </w:rPr>
        <w:t xml:space="preserve">[1:01:05] </w:t>
      </w:r>
      <w:r>
        <w:t>dilchaspi se nahi karte jaisa ke koi aadmi is waqt karta hai jabke wo kaam ko apna zati</w:t>
      </w:r>
    </w:p>
    <w:p>
      <w:pPr>
        <w:jc w:val="right"/>
      </w:pPr>
      <w:r>
        <w:t>دلچسپی سے نہیں کرتے جیسا کہ کوئی آدمی اس وقت کرتا ہے جبکہ وہ کام کو اپنا ذاتی</w:t>
      </w:r>
    </w:p>
    <w:p>
      <w:r>
        <w:rPr>
          <w:b/>
        </w:rPr>
        <w:t xml:space="preserve">[1:01:11] </w:t>
      </w:r>
      <w:r>
        <w:t>kaam samajhta ho.</w:t>
      </w:r>
    </w:p>
    <w:p>
      <w:pPr>
        <w:jc w:val="right"/>
      </w:pPr>
      <w:r>
        <w:t>کام سمجھتا ہو۔</w:t>
      </w:r>
    </w:p>
    <w:p>
      <w:r>
        <w:rPr>
          <w:b/>
        </w:rPr>
        <w:t xml:space="preserve">[1:01:17] </w:t>
      </w:r>
      <w:r>
        <w:t>ab rahim bakhsh ke liye do suraton mein se kisi ek ko intikhab karne ka sawal tha: ya</w:t>
      </w:r>
    </w:p>
    <w:p>
      <w:pPr>
        <w:jc w:val="right"/>
      </w:pPr>
      <w:r>
        <w:t>اب رحیم بخش کے لیے دو صورتوں میں سے کسی ایک کو انتخاب کرنے کا سوال تھا: یا</w:t>
      </w:r>
    </w:p>
    <w:p>
      <w:r>
        <w:rPr>
          <w:b/>
        </w:rPr>
        <w:t xml:space="preserve">[1:01:23] </w:t>
      </w:r>
      <w:r>
        <w:t>to karobar ko apne qabze mein le kar baqi teeno bhaiyon ko is se alag kar dein aur</w:t>
      </w:r>
    </w:p>
    <w:p>
      <w:pPr>
        <w:jc w:val="right"/>
      </w:pPr>
      <w:r>
        <w:t>تو کاروبار کو اپنے قبضے میں لے کر بقیہ تینوں بھائیوں کو اس سے الگ کر دیں اور</w:t>
      </w:r>
    </w:p>
    <w:p>
      <w:r>
        <w:rPr>
          <w:b/>
        </w:rPr>
        <w:t xml:space="preserve">[1:01:29] </w:t>
      </w:r>
      <w:r>
        <w:t>is ke nateejay mein hamesha ke liye bhaiyon ki dushmani khareedein, dusre yeh ke</w:t>
      </w:r>
    </w:p>
    <w:p>
      <w:pPr>
        <w:jc w:val="right"/>
      </w:pPr>
      <w:r>
        <w:t>اس کے نتیجے میں ہمیشہ کے لیے بھائیوں کی دشمنی خریدیں، دوسرے یہ کہ</w:t>
      </w:r>
    </w:p>
    <w:p>
      <w:r>
        <w:rPr>
          <w:b/>
        </w:rPr>
        <w:t xml:space="preserve">[1:01:35] </w:t>
      </w:r>
      <w:r>
        <w:t>maamlat ko isi tarah chalne dein, yahan tak ke aakhir mein wahi ho jo aam taur par mushtark karobar</w:t>
      </w:r>
    </w:p>
    <w:p>
      <w:pPr>
        <w:jc w:val="right"/>
      </w:pPr>
      <w:r>
        <w:t>معاملات کو اسی طرح چلنے دیں، یہاں تک کہ بالاخر وہی ہو جو عام طور پر مشترک کاروبار</w:t>
      </w:r>
    </w:p>
    <w:p>
      <w:r>
        <w:rPr>
          <w:b/>
        </w:rPr>
        <w:t xml:space="preserve">[1:01:41] </w:t>
      </w:r>
      <w:r>
        <w:t>mein hota hai, yani bahmi shikayat aur is ke baad talkh yadon ke sath karobar ki taqseem.</w:t>
      </w:r>
    </w:p>
    <w:p>
      <w:pPr>
        <w:jc w:val="right"/>
      </w:pPr>
      <w:r>
        <w:t>میں ہوتا ہے، یعنی باہمی شکایت اور اس کے بعد تلخ یادوں کے ساتھ کاروبار کی تقسیم۔</w:t>
      </w:r>
    </w:p>
    <w:p>
      <w:r>
        <w:rPr>
          <w:b/>
        </w:rPr>
        <w:t xml:space="preserve">[1:01:47] </w:t>
      </w:r>
      <w:r>
        <w:t>rahim bakhsh ne chand din socha aur is ke baad sab bhaiyon ko jama kar ke sari baat</w:t>
      </w:r>
    </w:p>
    <w:p>
      <w:pPr>
        <w:jc w:val="right"/>
      </w:pPr>
      <w:r>
        <w:t>رحیم بخش نے چند دن سوچا اور اس کے بعد سب بھائیوں کو جمع کر کے ساری بات</w:t>
      </w:r>
    </w:p>
    <w:p>
      <w:r>
        <w:rPr>
          <w:b/>
        </w:rPr>
        <w:t xml:space="preserve">[1:01:53] </w:t>
      </w:r>
      <w:r>
        <w:t>saaf saaf un ke samne rakh di.</w:t>
      </w:r>
    </w:p>
    <w:p>
      <w:pPr>
        <w:jc w:val="right"/>
      </w:pPr>
      <w:r>
        <w:t>صاف صاف ان کے سامنے رکھ دی۔</w:t>
      </w:r>
    </w:p>
    <w:p>
      <w:r>
        <w:rPr>
          <w:b/>
        </w:rPr>
        <w:t xml:space="preserve">[1:01:59] </w:t>
      </w:r>
      <w:r>
        <w:t>unhon ne kaha ke khuda ke fazl se abhi koi baat</w:t>
      </w:r>
    </w:p>
    <w:p>
      <w:pPr>
        <w:jc w:val="right"/>
      </w:pPr>
      <w:r>
        <w:t>انہوں نے کہا کہ خدا کے فضل سے ابھی کوئی بات</w:t>
      </w:r>
    </w:p>
    <w:p>
      <w:r>
        <w:rPr>
          <w:b/>
        </w:rPr>
        <w:t xml:space="preserve">[1:02:05] </w:t>
      </w:r>
      <w:r>
        <w:t>bigri nahi hai.</w:t>
      </w:r>
    </w:p>
    <w:p>
      <w:pPr>
        <w:jc w:val="right"/>
      </w:pPr>
      <w:r>
        <w:t>بگڑی نہیں ہے۔</w:t>
      </w:r>
    </w:p>
    <w:p>
      <w:r>
        <w:rPr>
          <w:b/>
        </w:rPr>
        <w:t xml:space="preserve">[1:02:10] </w:t>
      </w:r>
      <w:r>
        <w:t>behtareen baat yeh hai ke charon bhai ek ek karobar ko lein aur har ek zati taur par</w:t>
      </w:r>
    </w:p>
    <w:p>
      <w:pPr>
        <w:jc w:val="right"/>
      </w:pPr>
      <w:r>
        <w:t>بہترین بات یہ ہے کہ چاروں بھائی ایک ایک کاروبار کو لیں اور ہر ایک ذاتی طور پر</w:t>
      </w:r>
    </w:p>
    <w:p>
      <w:r>
        <w:rPr>
          <w:b/>
        </w:rPr>
        <w:t xml:space="preserve">[1:02:14] </w:t>
      </w:r>
      <w:r>
        <w:t>apna karobar chalaye.</w:t>
      </w:r>
    </w:p>
    <w:p>
      <w:pPr>
        <w:jc w:val="right"/>
      </w:pPr>
      <w:r>
        <w:t>اپنا کاروبار چلائے۔</w:t>
      </w:r>
    </w:p>
    <w:p>
      <w:r>
        <w:rPr>
          <w:b/>
        </w:rPr>
        <w:t xml:space="preserve">[1:02:18] </w:t>
      </w:r>
      <w:r>
        <w:t>is tarah hamare walid ki rooh ko sukoon pohnchega aur mujhe yaqeen hai ke is mein har</w:t>
      </w:r>
    </w:p>
    <w:p>
      <w:pPr>
        <w:jc w:val="right"/>
      </w:pPr>
      <w:r>
        <w:t>اس طرح ہمارے والد کی روح کو سکون پہنچے گا اور مجھے یقین ہے کہ اس میں ہر</w:t>
      </w:r>
    </w:p>
    <w:p>
      <w:r>
        <w:rPr>
          <w:b/>
        </w:rPr>
        <w:t xml:space="preserve">[1:02:22] </w:t>
      </w:r>
      <w:r>
        <w:t>ek ke liye zyada barkat hogi.</w:t>
      </w:r>
    </w:p>
    <w:p>
      <w:pPr>
        <w:jc w:val="right"/>
      </w:pPr>
      <w:r>
        <w:t>ایک کے لیے زیادہ برکت ہوگی۔</w:t>
      </w:r>
    </w:p>
    <w:p>
      <w:r>
        <w:rPr>
          <w:b/>
        </w:rPr>
        <w:t xml:space="preserve">[1:02:27] </w:t>
      </w:r>
      <w:r>
        <w:t>teenon bhaiyon ne kaha ke hum to sarapa aap ke ehsan mand hain, is liye aap jo bhi</w:t>
      </w:r>
    </w:p>
    <w:p>
      <w:pPr>
        <w:jc w:val="right"/>
      </w:pPr>
      <w:r>
        <w:t>تینوں بھائیوں نے کہا کہ ہم تو سراپہ آپ کے احسان مند ہیں، اس لیے آپ جو بھی</w:t>
      </w:r>
    </w:p>
    <w:p>
      <w:r>
        <w:rPr>
          <w:b/>
        </w:rPr>
        <w:t xml:space="preserve">[1:02:31] </w:t>
      </w:r>
      <w:r>
        <w:t>faisla kar dein, wo hum ko</w:t>
      </w:r>
    </w:p>
    <w:p>
      <w:pPr>
        <w:jc w:val="right"/>
      </w:pPr>
      <w:r>
        <w:t>فیصلہ کر دیں، وہ ہم کو</w:t>
      </w:r>
    </w:p>
    <w:p>
      <w:r>
        <w:rPr>
          <w:b/>
        </w:rPr>
        <w:t xml:space="preserve">[1:02:35] </w:t>
      </w:r>
      <w:r>
        <w:t>manzoor hai.</w:t>
      </w:r>
    </w:p>
    <w:p>
      <w:pPr>
        <w:jc w:val="right"/>
      </w:pPr>
      <w:r>
        <w:t>منظور ہے۔</w:t>
      </w:r>
    </w:p>
    <w:p>
      <w:r>
        <w:rPr>
          <w:b/>
        </w:rPr>
        <w:t xml:space="preserve">[1:02:40] </w:t>
      </w:r>
      <w:r>
        <w:t>mukhtasar guftagu ke baad yeh tay hua ke quraandazi ka tareeqa ikhtiyar kiya jaye, chunancha usi waqt</w:t>
      </w:r>
    </w:p>
    <w:p>
      <w:pPr>
        <w:jc w:val="right"/>
      </w:pPr>
      <w:r>
        <w:t>مختصر گفتگو کے بعد یہ طے ہوا کہ قرعہ اندازی کا طریقہ اختیار کیا جائے، چنانچہ اسی وقت</w:t>
      </w:r>
    </w:p>
    <w:p>
      <w:r>
        <w:rPr>
          <w:b/>
        </w:rPr>
        <w:t xml:space="preserve">[1:02:46] </w:t>
      </w:r>
      <w:r>
        <w:t>khare ke zariye har bhai ko ek ek karobar de diya gaya.</w:t>
      </w:r>
    </w:p>
    <w:p>
      <w:pPr>
        <w:jc w:val="right"/>
      </w:pPr>
      <w:r>
        <w:t>خرے کے ذریعے ہر بھائی کو ایک ایک کاروبار دے دیا گیا۔</w:t>
      </w:r>
    </w:p>
    <w:p>
      <w:r>
        <w:rPr>
          <w:b/>
        </w:rPr>
        <w:t xml:space="preserve">[1:02:51] </w:t>
      </w:r>
      <w:r>
        <w:t>ab charon bhai apne apne karobar mein lage hue hain.</w:t>
      </w:r>
    </w:p>
    <w:p>
      <w:pPr>
        <w:jc w:val="right"/>
      </w:pPr>
      <w:r>
        <w:t>اب چاروں بھائی اپنے اپنے کاروبار میں لگے ہوئے ہیں۔</w:t>
      </w:r>
    </w:p>
    <w:p>
      <w:r>
        <w:rPr>
          <w:b/>
        </w:rPr>
        <w:t xml:space="preserve">[1:02:56] </w:t>
      </w:r>
      <w:r>
        <w:t>har ek apne bachon ko le kar apne apne kaam mein subah se sham tak mehnat karta hai.</w:t>
      </w:r>
    </w:p>
    <w:p>
      <w:pPr>
        <w:jc w:val="right"/>
      </w:pPr>
      <w:r>
        <w:t>ہر ایک اپنے بچوں کو لے کر اپنے اپنے کام میں صبح سے شام تک محنت کرتا ہے۔</w:t>
      </w:r>
    </w:p>
    <w:p>
      <w:r>
        <w:rPr>
          <w:b/>
        </w:rPr>
        <w:t xml:space="preserve">[1:03:01] </w:t>
      </w:r>
      <w:r>
        <w:t>charon ke darmiyan pehle se bhi zyada achhe taluqat hain.</w:t>
      </w:r>
    </w:p>
    <w:p>
      <w:pPr>
        <w:jc w:val="right"/>
      </w:pPr>
      <w:r>
        <w:t>چاروں کے درمیان پہلے سے بھی زیادہ اچھے تعلقات ہیں۔</w:t>
      </w:r>
    </w:p>
    <w:p>
      <w:r>
        <w:rPr>
          <w:b/>
        </w:rPr>
        <w:t xml:space="preserve">[1:03:06] </w:t>
      </w:r>
      <w:r>
        <w:t>har ek doosre ki madad karne ke liye har waqt tayyar rehta hai.</w:t>
      </w:r>
    </w:p>
    <w:p>
      <w:pPr>
        <w:jc w:val="right"/>
      </w:pPr>
      <w:r>
        <w:t>ہر ایک دوسرے کی مدد کرنے کے لیے ہر وقت تیار رہتا ہے۔</w:t>
      </w:r>
    </w:p>
    <w:p>
      <w:r>
        <w:rPr>
          <w:b/>
        </w:rPr>
        <w:t xml:space="preserve">[1:03:11] </w:t>
      </w:r>
      <w:r>
        <w:t>charon ne alag alag apne makaanat bana liye hain, magar Rahim Bakhsh ab bhi isi tarah sab ke</w:t>
      </w:r>
    </w:p>
    <w:p>
      <w:pPr>
        <w:jc w:val="right"/>
      </w:pPr>
      <w:r>
        <w:t>چاروں نے الگ الگ اپنے مکانات بنا لیے ہیں، مگر رحیم بخش اب بھی اسی طرح سب کے</w:t>
      </w:r>
    </w:p>
    <w:p>
      <w:r>
        <w:rPr>
          <w:b/>
        </w:rPr>
        <w:t xml:space="preserve">[1:03:16] </w:t>
      </w:r>
      <w:r>
        <w:t>bade bhai hain jaise wo pehle bade bhai thay.</w:t>
      </w:r>
    </w:p>
    <w:p>
      <w:pPr>
        <w:jc w:val="right"/>
      </w:pPr>
      <w:r>
        <w:t>بڑے بھائی ہیں جیسے وہ پہلے بڑے بھائی تھے۔</w:t>
      </w:r>
    </w:p>
    <w:p>
      <w:r>
        <w:rPr>
          <w:b/>
        </w:rPr>
        <w:t xml:space="preserve">[1:03:21] </w:t>
      </w:r>
      <w:r>
        <w:t>ek bhai jo baat keh de, us ko doosra bhai kabhi nahi talta.</w:t>
      </w:r>
    </w:p>
    <w:p>
      <w:pPr>
        <w:jc w:val="right"/>
      </w:pPr>
      <w:r>
        <w:t>ایک بھائی جو بات کہہ دے، اس کو دوسرا بھائی کبھی نہیں ٹالتا۔</w:t>
      </w:r>
    </w:p>
    <w:p>
      <w:r>
        <w:rPr>
          <w:b/>
        </w:rPr>
        <w:t xml:space="preserve">[1:03:26] </w:t>
      </w:r>
      <w:r>
        <w:t>ek ghar mein koi zaroorat pesh aa jaye to charon gharon ki auratein aur bachche mil kar is</w:t>
      </w:r>
    </w:p>
    <w:p>
      <w:pPr>
        <w:jc w:val="right"/>
      </w:pPr>
      <w:r>
        <w:t>ایک گھر میں کوئی ضرورت پیش آ جائے تو چاروں گھروں کی عورتیں اور بچے مل کر اس</w:t>
      </w:r>
    </w:p>
    <w:p>
      <w:r>
        <w:rPr>
          <w:b/>
        </w:rPr>
        <w:t xml:space="preserve">[1:03:31] </w:t>
      </w:r>
      <w:r>
        <w:t>ko is tarah</w:t>
      </w:r>
    </w:p>
    <w:p>
      <w:pPr>
        <w:jc w:val="right"/>
      </w:pPr>
      <w:r>
        <w:t>کو اس طرح</w:t>
      </w:r>
    </w:p>
    <w:p>
      <w:r>
        <w:rPr>
          <w:b/>
        </w:rPr>
        <w:t xml:space="preserve">[1:03:36] </w:t>
      </w:r>
      <w:r>
        <w:t>karte hain jaise wo har ek ka apna kaam ho.</w:t>
      </w:r>
    </w:p>
    <w:p>
      <w:pPr>
        <w:jc w:val="right"/>
      </w:pPr>
      <w:r>
        <w:t>کرتے ہیں جیسے وہ ہر ایک کا اپنا کام ہو۔</w:t>
      </w:r>
    </w:p>
    <w:p>
      <w:r>
        <w:rPr>
          <w:b/>
        </w:rPr>
        <w:t xml:space="preserve">[1:03:42] </w:t>
      </w:r>
      <w:r>
        <w:t>aksar baap yeh samajhte hain ke apni aulad ke liye sab se badi wirasat yeh hai ke wo</w:t>
      </w:r>
    </w:p>
    <w:p>
      <w:pPr>
        <w:jc w:val="right"/>
      </w:pPr>
      <w:r>
        <w:t>اکثر باپ یہ سمجھتے ہیں کہ اپنی اولاد کے لیے سب سے بڑی وراثت یہ ہے کہ وہ</w:t>
      </w:r>
    </w:p>
    <w:p>
      <w:r>
        <w:rPr>
          <w:b/>
        </w:rPr>
        <w:t xml:space="preserve">[1:03:48] </w:t>
      </w:r>
      <w:r>
        <w:t>un ke liye maal aur jaidad chhod kar is dunya se jayen, magar haqeeqat yeh hai ke sab</w:t>
      </w:r>
    </w:p>
    <w:p>
      <w:pPr>
        <w:jc w:val="right"/>
      </w:pPr>
      <w:r>
        <w:t>ان کے لیے مال اور جائیداد چھوڑ کر اس دنیا سے جائیں، مگر حقیقت یہ ہے کہ سب</w:t>
      </w:r>
    </w:p>
    <w:p>
      <w:r>
        <w:rPr>
          <w:b/>
        </w:rPr>
        <w:t xml:space="preserve">[1:03:54] </w:t>
      </w:r>
      <w:r>
        <w:t>se zyada khush naseeb aulad woh hai jiske baap ne is ke liye ba usool zindagi ki wirasat chhodhi ho.</w:t>
      </w:r>
    </w:p>
    <w:p>
      <w:pPr>
        <w:jc w:val="right"/>
      </w:pPr>
      <w:r>
        <w:t>سے زیادہ خوش نصیب اولاد وہ ہے جس کے باپ نے اس کے لیے باصول زندگی کی وراثت چھوڑی ہو۔</w:t>
      </w:r>
    </w:p>
    <w:p>
      <w:r>
        <w:rPr>
          <w:b/>
        </w:rPr>
        <w:t xml:space="preserve">[1:04:00] </w:t>
      </w:r>
      <w:r>
        <w:t>wo apni aulad ko yeh sabq de kar dunya se gaya ho</w:t>
      </w:r>
    </w:p>
    <w:p>
      <w:pPr>
        <w:jc w:val="right"/>
      </w:pPr>
      <w:r>
        <w:t>وہ اپنی اولاد کو یہ سبق دے کر دنیا سے گیا ہو</w:t>
      </w:r>
    </w:p>
    <w:p>
      <w:r>
        <w:rPr>
          <w:b/>
        </w:rPr>
        <w:t xml:space="preserve">[1:04:06] </w:t>
      </w:r>
      <w:r>
        <w:t>ke apni mehnat par bharosa karo, logon se uljhe baghair apna kaam karo, apne wajibi haq par qanaat</w:t>
      </w:r>
    </w:p>
    <w:p>
      <w:pPr>
        <w:jc w:val="right"/>
      </w:pPr>
      <w:r>
        <w:t>کہ اپنی محنت پر بھروسہ کرو، لوگوں سے الجھے بغیر اپنا کام کرو، اپنے واجبی حق پر قناعت</w:t>
      </w:r>
    </w:p>
    <w:p>
      <w:r>
        <w:rPr>
          <w:b/>
        </w:rPr>
        <w:t xml:space="preserve">[1:04:14] </w:t>
      </w:r>
      <w:r>
        <w:t>karo, haal ke faidon se zyada mustaqbil ke imkanat par nazar rakho, khush khayaliyon mein gum hone ke</w:t>
      </w:r>
    </w:p>
    <w:p>
      <w:pPr>
        <w:jc w:val="right"/>
      </w:pPr>
      <w:r>
        <w:t>کرو، حال کے فائدوں سے زیادہ مستقبل کے امکانات پر نظر رکھو، خوش خیالیوں میں گم ہونے کے</w:t>
      </w:r>
    </w:p>
    <w:p>
      <w:r>
        <w:rPr>
          <w:b/>
        </w:rPr>
        <w:t xml:space="preserve">[1:04:21] </w:t>
      </w:r>
      <w:r>
        <w:t>bajaye haqeeqat pasandi ka tareeqa ikhtiyar karo.</w:t>
      </w:r>
    </w:p>
    <w:p>
      <w:pPr>
        <w:jc w:val="right"/>
      </w:pPr>
      <w:r>
        <w:t>بجائے حقیقت پسندی کا طریقہ اختیار کرو۔</w:t>
      </w:r>
    </w:p>
    <w:p>
      <w:r>
        <w:rPr>
          <w:b/>
        </w:rPr>
        <w:t xml:space="preserve">[1:04:29] </w:t>
      </w:r>
      <w:r>
        <w:t>maadi wirasat se zyada badi cheez akhlaqi wirasat hai, magar bohat kam baap hain jo</w:t>
      </w:r>
    </w:p>
    <w:p>
      <w:pPr>
        <w:jc w:val="right"/>
      </w:pPr>
      <w:r>
        <w:t>مادی وراثت سے زیادہ بڑی چیز اخلاقی وراثت ہے، مگر بہت کم باپ ہیں جو</w:t>
      </w:r>
    </w:p>
    <w:p>
      <w:r>
        <w:rPr>
          <w:b/>
        </w:rPr>
        <w:t xml:space="preserve">[1:04:37] </w:t>
      </w:r>
      <w:r>
        <w:t>is haqeeqat ko jantay hain.</w:t>
      </w:r>
    </w:p>
    <w:p>
      <w:pPr>
        <w:jc w:val="right"/>
      </w:pPr>
      <w:r>
        <w:t>اس حقیقت کو جانتے ہوں۔</w:t>
      </w:r>
    </w:p>
    <w:p>
      <w:r>
        <w:rPr>
          <w:b/>
        </w:rPr>
        <w:t xml:space="preserve">[1:04:44] </w:t>
      </w:r>
      <w:r>
        <w:t>family culture ka nuqsan: kitab "tarbiyat-e-aulad" Maulana Wahiduddin Khan, safha number 32.</w:t>
      </w:r>
    </w:p>
    <w:p>
      <w:pPr>
        <w:jc w:val="right"/>
      </w:pPr>
      <w:r>
        <w:t>فیملی کلچر کا نقصان: کتاب "تربیتِ اولاد" مولانا وحید الدین خان، صفحہ نمبر 32۔</w:t>
      </w:r>
    </w:p>
    <w:p>
      <w:r>
        <w:rPr>
          <w:b/>
        </w:rPr>
        <w:t xml:space="preserve">[1:04:52] </w:t>
      </w:r>
      <w:r>
        <w:t>mojudah zamanay mein khaas tor par aur mashriqi dunya mein aam tor par logon ke darmiyan aik hi</w:t>
      </w:r>
    </w:p>
    <w:p>
      <w:pPr>
        <w:jc w:val="right"/>
      </w:pPr>
      <w:r>
        <w:t>موجودہ زمانے میں خاص طور پر اور مشرقی دنیا میں عام طور پر لوگوں کے درمیان ایک ہی</w:t>
      </w:r>
    </w:p>
    <w:p>
      <w:r>
        <w:rPr>
          <w:b/>
        </w:rPr>
        <w:t xml:space="preserve">[1:04:59] </w:t>
      </w:r>
      <w:r>
        <w:t>culture ka riwaj hai aur woh family culture hai, yani</w:t>
      </w:r>
    </w:p>
    <w:p>
      <w:pPr>
        <w:jc w:val="right"/>
      </w:pPr>
      <w:r>
        <w:t>کلچر کا رواج ہے اور وہ فیملی کلچر ہے، یعنی</w:t>
      </w:r>
    </w:p>
    <w:p>
      <w:r>
        <w:rPr>
          <w:b/>
        </w:rPr>
        <w:t xml:space="preserve">[1:05:07] </w:t>
      </w:r>
      <w:r>
        <w:t>paisah kamana aur ghar walon ke taqazay pura karna.</w:t>
      </w:r>
    </w:p>
    <w:p>
      <w:pPr>
        <w:jc w:val="right"/>
      </w:pPr>
      <w:r>
        <w:t>پیسہ کمانا اور گھر والوں کے تقاضے پورا کرنا۔</w:t>
      </w:r>
    </w:p>
    <w:p>
      <w:r>
        <w:rPr>
          <w:b/>
        </w:rPr>
        <w:t xml:space="preserve">[1:05:13] </w:t>
      </w:r>
      <w:r>
        <w:t>logon ko sirf yahi aik model maloom hai, is ke siwa kisi aur model ka unhein ilm nahin.</w:t>
      </w:r>
    </w:p>
    <w:p>
      <w:pPr>
        <w:jc w:val="right"/>
      </w:pPr>
      <w:r>
        <w:t>لوگوں کو صرف یہی ایک ماڈل معلوم ہے، اس کے سوا کسی اور ماڈل کا انہیں علم نہیں۔</w:t>
      </w:r>
    </w:p>
    <w:p>
      <w:r>
        <w:rPr>
          <w:b/>
        </w:rPr>
        <w:t xml:space="preserve">[1:05:19] </w:t>
      </w:r>
      <w:r>
        <w:t>is family culture ka sab se bara nuqsan yeh hai ke woh amalan tahmeeq-e-khanadan, yani "befooling of</w:t>
      </w:r>
    </w:p>
    <w:p>
      <w:pPr>
        <w:jc w:val="right"/>
      </w:pPr>
      <w:r>
        <w:t>اس فیملی کلچر کا سب سے بڑا نقصان یہ ہے کہ وہ عملاً تحمیق خاندان، یعنی "befooling of</w:t>
      </w:r>
    </w:p>
    <w:p>
      <w:r>
        <w:rPr>
          <w:b/>
        </w:rPr>
        <w:t xml:space="preserve">[1:05:25] </w:t>
      </w:r>
      <w:r>
        <w:t>family" ke hum ma'ni ban gaya hai.</w:t>
      </w:r>
    </w:p>
    <w:p>
      <w:pPr>
        <w:jc w:val="right"/>
      </w:pPr>
      <w:r>
        <w:t>family" کے ہم معنی بن گیا ہے۔</w:t>
      </w:r>
    </w:p>
    <w:p>
      <w:r>
        <w:rPr>
          <w:b/>
        </w:rPr>
        <w:t xml:space="preserve">[1:05:31] </w:t>
      </w:r>
      <w:r>
        <w:t>is ka nateeja yeh hai ke logon ki soch ka dayera bohat</w:t>
      </w:r>
    </w:p>
    <w:p>
      <w:pPr>
        <w:jc w:val="right"/>
      </w:pPr>
      <w:r>
        <w:t>اس کا نتیجہ یہ ہے کہ لوگوں کی سوچ کا دائرہ بہت</w:t>
      </w:r>
    </w:p>
    <w:p>
      <w:r>
        <w:rPr>
          <w:b/>
        </w:rPr>
        <w:t xml:space="preserve">[1:05:37] </w:t>
      </w:r>
      <w:r>
        <w:t>mahdood ho gaya hai.</w:t>
      </w:r>
    </w:p>
    <w:p>
      <w:pPr>
        <w:jc w:val="right"/>
      </w:pPr>
      <w:r>
        <w:t>محدود ہو گیا ہے۔</w:t>
      </w:r>
    </w:p>
    <w:p>
      <w:r>
        <w:rPr>
          <w:b/>
        </w:rPr>
        <w:t xml:space="preserve">[1:05:42] </w:t>
      </w:r>
      <w:r>
        <w:t>un ka zehn sirf apni madi zarooraton ke mahdood dayray mein kaam karta hai.</w:t>
      </w:r>
    </w:p>
    <w:p>
      <w:pPr>
        <w:jc w:val="right"/>
      </w:pPr>
      <w:r>
        <w:t>ان کا ذہن صرف اپنی مادی ضرورتوں کے محدود دائرے میں کام کرتا ہے۔</w:t>
      </w:r>
    </w:p>
    <w:p>
      <w:r>
        <w:rPr>
          <w:b/>
        </w:rPr>
        <w:t xml:space="preserve">[1:05:47] </w:t>
      </w:r>
      <w:r>
        <w:t>woh is ki zaroorat nahin samajhtay ke woh is mahdood dayray ke bahar sochay.</w:t>
      </w:r>
    </w:p>
    <w:p>
      <w:pPr>
        <w:jc w:val="right"/>
      </w:pPr>
      <w:r>
        <w:t>وہ اس کی ضرورت نہیں سمجھتے کہ وہ اس محدود دائرے کے باہر سوچیں۔</w:t>
      </w:r>
    </w:p>
    <w:p>
      <w:r>
        <w:rPr>
          <w:b/>
        </w:rPr>
        <w:t xml:space="preserve">[1:05:52] </w:t>
      </w:r>
      <w:r>
        <w:t>un ke yahan kitabon ke mutal'ay ka mahol nahin hota.</w:t>
      </w:r>
    </w:p>
    <w:p>
      <w:pPr>
        <w:jc w:val="right"/>
      </w:pPr>
      <w:r>
        <w:t>ان کے یہاں کتابوں کے مطالعے کا ماحول نہیں ہوتا۔</w:t>
      </w:r>
    </w:p>
    <w:p>
      <w:r>
        <w:rPr>
          <w:b/>
        </w:rPr>
        <w:t xml:space="preserve">[1:05:58] </w:t>
      </w:r>
      <w:r>
        <w:t>un ke yahan sanjeeda tabadla khayal, yani "serious discussion" ka riwaj nahin hota.</w:t>
      </w:r>
    </w:p>
    <w:p>
      <w:pPr>
        <w:jc w:val="right"/>
      </w:pPr>
      <w:r>
        <w:t>ان کے یہاں سنجیدہ تبادلہ خیال، یعنی "serious discussion" کا رواج نہیں ہوتا۔</w:t>
      </w:r>
    </w:p>
    <w:p>
      <w:r>
        <w:rPr>
          <w:b/>
        </w:rPr>
        <w:t xml:space="preserve">[1:06:03] </w:t>
      </w:r>
      <w:r>
        <w:t>un ke yahan yeh culture nahin hota</w:t>
      </w:r>
    </w:p>
    <w:p>
      <w:pPr>
        <w:jc w:val="right"/>
      </w:pPr>
      <w:r>
        <w:t>ان کے یہاں یہ کلچر نہیں ہوتا</w:t>
      </w:r>
    </w:p>
    <w:p>
      <w:r>
        <w:rPr>
          <w:b/>
        </w:rPr>
        <w:t xml:space="preserve">[1:06:08] </w:t>
      </w:r>
      <w:r>
        <w:t>ke woh rishtaydaroon ke ilawa logon se milay aur un se seekhnay aur istifada karnay ki koshish karay.</w:t>
      </w:r>
    </w:p>
    <w:p>
      <w:pPr>
        <w:jc w:val="right"/>
      </w:pPr>
      <w:r>
        <w:t>کہ وہ رشتہ داروں کے علاوہ لوگوں سے ملیں اور ان سے سیکھنے اور استفادہ کرنے کی کوشش کریں۔</w:t>
      </w:r>
    </w:p>
    <w:p>
      <w:r>
        <w:rPr>
          <w:b/>
        </w:rPr>
        <w:t xml:space="preserve">[1:06:15] </w:t>
      </w:r>
      <w:r>
        <w:t>woh apnay ghar se bahar nikaltay hain to job ke liye ya tafreeh ke liye ya shopping ke liye.</w:t>
      </w:r>
    </w:p>
    <w:p>
      <w:pPr>
        <w:jc w:val="right"/>
      </w:pPr>
      <w:r>
        <w:t>وہ اپنے گھر سے باہر نکلتے ہیں تو جاب کے لیے یا تفریح کے لیے یا شاپنگ کے لیے۔</w:t>
      </w:r>
    </w:p>
    <w:p>
      <w:r>
        <w:rPr>
          <w:b/>
        </w:rPr>
        <w:t xml:space="preserve">[1:06:23] </w:t>
      </w:r>
      <w:r>
        <w:t>is qism ki cheezon ke ilawa un ke yahan zehni irtqa ka koi tasawwur nahin.</w:t>
      </w:r>
    </w:p>
    <w:p>
      <w:pPr>
        <w:jc w:val="right"/>
      </w:pPr>
      <w:r>
        <w:t>اس قسم کی چیزوں کے علاوہ ان کے یہاں ذہنی ارتقاء کا کوئی تصور نہیں۔</w:t>
      </w:r>
    </w:p>
    <w:p>
      <w:r>
        <w:rPr>
          <w:b/>
        </w:rPr>
        <w:t xml:space="preserve">[1:06:31] </w:t>
      </w:r>
      <w:r>
        <w:t>is family culture ka nuqsan yeh hai ke log bazahir</w:t>
      </w:r>
    </w:p>
    <w:p>
      <w:pPr>
        <w:jc w:val="right"/>
      </w:pPr>
      <w:r>
        <w:t>اس فیملی کلچر کا نقصان یہ ہے کہ لوگ بظاہ</w:t>
      </w:r>
    </w:p>
    <w:p>
      <w:r>
        <w:rPr>
          <w:b/>
        </w:rPr>
        <w:t xml:space="preserve">[1:06:38] </w:t>
      </w:r>
      <w:r>
        <w:t>maadi aitbar se aasooda zindagi guzar rahe hain, lekin amalan woh fikri pasmandagi, yaani "intellectual backwardness" ka shikar hain. un se kisi sanjeeda mozu par baat kijiye to foran maloom ho jayega ke un ke andar koi ilmi soch nahi, un ko haqaiq-e-alam ki ma'rifat nahi, zindagi ke zyada bade masail ke bar</w:t>
      </w:r>
    </w:p>
    <w:p>
      <w:pPr>
        <w:jc w:val="right"/>
      </w:pPr>
      <w:r>
        <w:t>ر مادی اعتبار سے آسودہ زندگی گزار رہے ہیں، لیکن عملاً وہ فکری پسماندگی، یعنی "intellectual backwardness" کا شکار ہیں۔ ان سے کسی سنجیدہ موضوع پر بات کیجئے تو فوراً معلوم ہو جائے گا کہ ان کے اندر کوئی علمی سوچ نہیں، ان کو حقائق عالم کی معرفت نہیں، زندگی کے زیادہ بڑے مسائل کے بار</w:t>
      </w:r>
    </w:p>
    <w:p>
      <w:r>
        <w:rPr>
          <w:b/>
        </w:rPr>
        <w:t xml:space="preserve">[1:07:08] </w:t>
      </w:r>
      <w:r>
        <w:t>mein un ki koi rai nahin.</w:t>
      </w:r>
    </w:p>
    <w:p>
      <w:pPr>
        <w:jc w:val="right"/>
      </w:pPr>
      <w:r>
        <w:t>ے میں ان کی کوئی رائے نہیں۔</w:t>
      </w:r>
    </w:p>
    <w:p>
      <w:r>
        <w:rPr>
          <w:b/>
        </w:rPr>
        <w:t xml:space="preserve">[1:07:14] </w:t>
      </w:r>
      <w:r>
        <w:t>bazahir woh insaan nazar ayen gay, lekin amalan woh sirf aik khush posh hewan, yani "well-dressed animal" ki</w:t>
      </w:r>
    </w:p>
    <w:p>
      <w:pPr>
        <w:jc w:val="right"/>
      </w:pPr>
      <w:r>
        <w:t>بظاہر وہ انسان نظر آئیں گے، لیکن عملاً وہ صرف ایک خوش پوش حیوان، یعنی "well-dressed animal" کی</w:t>
      </w:r>
    </w:p>
    <w:p>
      <w:r>
        <w:rPr>
          <w:b/>
        </w:rPr>
        <w:t xml:space="preserve">[1:07:20] </w:t>
      </w:r>
      <w:r>
        <w:t>manind hon gay.</w:t>
      </w:r>
    </w:p>
    <w:p>
      <w:pPr>
        <w:jc w:val="right"/>
      </w:pPr>
      <w:r>
        <w:t>مانند ہوں گے۔</w:t>
      </w:r>
    </w:p>
    <w:p>
      <w:r>
        <w:rPr>
          <w:b/>
        </w:rPr>
        <w:t xml:space="preserve">[1:07:26] </w:t>
      </w:r>
      <w:r>
        <w:t>khanadani zindagi ki tashkeel is tarah honi chahiye ke woh logon ke liye un ke zehni irtqa, yani</w:t>
      </w:r>
    </w:p>
    <w:p>
      <w:pPr>
        <w:jc w:val="right"/>
      </w:pPr>
      <w:r>
        <w:t>خاندانی زندگی کی تشکیل اس طرح ہونی چاہیے کہ وہ لوگوں کے لیے ان کے ذہنی ارتقاء، یعنی</w:t>
      </w:r>
    </w:p>
    <w:p>
      <w:r>
        <w:rPr>
          <w:b/>
        </w:rPr>
        <w:t xml:space="preserve">[1:07:32] </w:t>
      </w:r>
      <w:r>
        <w:t>"intellectual development" mein madadgar ho, na ke logon ke zehni irtqa ke liye</w:t>
      </w:r>
    </w:p>
    <w:p>
      <w:pPr>
        <w:jc w:val="right"/>
      </w:pPr>
      <w:r>
        <w:t>"intellectual development" میں مددگار ہو، نہ کہ لوگوں کے ذہنی ارتقاء کے لیے</w:t>
      </w:r>
    </w:p>
    <w:p>
      <w:r>
        <w:rPr>
          <w:b/>
        </w:rPr>
        <w:t xml:space="preserve">[1:07:38] </w:t>
      </w:r>
      <w:r>
        <w:t>woh aik mustaqil rukawat ban jayay.</w:t>
      </w:r>
    </w:p>
    <w:p>
      <w:pPr>
        <w:jc w:val="right"/>
      </w:pPr>
      <w:r>
        <w:t>وہ ایک مستقل رکاوٹ بن جائے۔</w:t>
      </w:r>
    </w:p>
    <w:p>
      <w:r>
        <w:rPr>
          <w:b/>
        </w:rPr>
        <w:t xml:space="preserve">[1:07:48] </w:t>
      </w:r>
      <w:r>
        <w:t>larkiyon ki tarbiyat: kitab "tarbiyat-e-aulad" Maulana Wahiduddin Khan, safha number 32.</w:t>
      </w:r>
    </w:p>
    <w:p>
      <w:pPr>
        <w:jc w:val="right"/>
      </w:pPr>
      <w:r>
        <w:t>لڑکیوں کی تربیت: کتاب "تربیتِ اولاد" مولانا وحید الدین خان، صفحہ نمبر 32۔</w:t>
      </w:r>
    </w:p>
    <w:p>
      <w:r>
        <w:rPr>
          <w:b/>
        </w:rPr>
        <w:t xml:space="preserve">[1:07:58] </w:t>
      </w:r>
      <w:r>
        <w:t>larkiyon ki tarbiyat ke talluq se ek hadith rasool in alfaz mein aayi hai: an Abi Saeed al-Khudri yuqal</w:t>
      </w:r>
    </w:p>
    <w:p>
      <w:pPr>
        <w:jc w:val="right"/>
      </w:pPr>
      <w:r>
        <w:t>لڑکیوں کی تربیت کے تعلق سے ایک حدیث رسول ان الفاظ میں آئی ہے: عن ابی سعید الخدری یقال</w:t>
      </w:r>
    </w:p>
    <w:p>
      <w:r>
        <w:rPr>
          <w:b/>
        </w:rPr>
        <w:t xml:space="preserve">[1:08:08] </w:t>
      </w:r>
      <w:r>
        <w:t>qal Rasul Allah sal Allah alaihi wa sallam man aala thalaath banaat fa adabahunna wa zawwajahunna wa ahsan ilaihinna falh al-jannah sunan</w:t>
      </w:r>
    </w:p>
    <w:p>
      <w:pPr>
        <w:jc w:val="right"/>
      </w:pPr>
      <w:r>
        <w:t>قال رسول اللہ صلی اللہ علیہ وسلم من عالی ثلاث بنات فادبہن وزوجہن واحسن الیہن فلہ الجنہ سنن</w:t>
      </w:r>
    </w:p>
    <w:p>
      <w:r>
        <w:rPr>
          <w:b/>
        </w:rPr>
        <w:t xml:space="preserve">[1:08:18] </w:t>
      </w:r>
      <w:r>
        <w:t>Abi Dawood hadith number 5147 yaani Abu Saeed al-Khudri riwayat karte hain ke paighambar-e-Islam sal Allah alaihi</w:t>
      </w:r>
    </w:p>
    <w:p>
      <w:pPr>
        <w:jc w:val="right"/>
      </w:pPr>
      <w:r>
        <w:t>ابی داؤد حدیث نمبر 5147 یعنی ابو سعید الخدری روایت کرتے ہیں کہ پیغمبر اسلام صلی اللہ علیہ</w:t>
      </w:r>
    </w:p>
    <w:p>
      <w:r>
        <w:rPr>
          <w:b/>
        </w:rPr>
        <w:t xml:space="preserve">[1:08:28] </w:t>
      </w:r>
      <w:r>
        <w:t>wa sallam ne kaha: "jis shakhs ne teen larkiyon ki parvarish ki, phir un</w:t>
      </w:r>
    </w:p>
    <w:p>
      <w:pPr>
        <w:jc w:val="right"/>
      </w:pPr>
      <w:r>
        <w:t>وسلم نے کہا: "جس شخص نے تین لڑکیوں کی پرورش کی، پھر ان</w:t>
      </w:r>
    </w:p>
    <w:p>
      <w:r>
        <w:rPr>
          <w:b/>
        </w:rPr>
        <w:t xml:space="preserve">[1:08:38] </w:t>
      </w:r>
      <w:r>
        <w:t>ko adab sikhaya aur un ki shadi ki aur un ke sath acha sulook kiya, to us ke</w:t>
      </w:r>
    </w:p>
    <w:p>
      <w:pPr>
        <w:jc w:val="right"/>
      </w:pPr>
      <w:r>
        <w:t>کو ادب سکھایا اور ان کی شادی کی اور ان کے ساتھ اچھا سلوک کیا، تو اس کے</w:t>
      </w:r>
    </w:p>
    <w:p>
      <w:r>
        <w:rPr>
          <w:b/>
        </w:rPr>
        <w:t xml:space="preserve">[1:08:44] </w:t>
      </w:r>
      <w:r>
        <w:t>liye jannat hai." aam mizaj yeh hai ke agar kisi baap ke yahan kai larkiyan hon aur koi</w:t>
      </w:r>
    </w:p>
    <w:p>
      <w:pPr>
        <w:jc w:val="right"/>
      </w:pPr>
      <w:r>
        <w:t>لیے جنت ہے۔" عام مزاج یہ ہے کہ اگر کسی باپ کے یہاں کئی لڑکیاں ہوں اور کوئی</w:t>
      </w:r>
    </w:p>
    <w:p>
      <w:r>
        <w:rPr>
          <w:b/>
        </w:rPr>
        <w:t xml:space="preserve">[1:08:50] </w:t>
      </w:r>
      <w:r>
        <w:t>larka na ho to woh larkiyon ko be qadar kar deta hai.</w:t>
      </w:r>
    </w:p>
    <w:p>
      <w:pPr>
        <w:jc w:val="right"/>
      </w:pPr>
      <w:r>
        <w:t>لڑکا نہ ہو تو وہ لڑکیوں کو بے قدر کر دیتا ہے۔</w:t>
      </w:r>
    </w:p>
    <w:p>
      <w:r>
        <w:rPr>
          <w:b/>
        </w:rPr>
        <w:t xml:space="preserve">[1:08:56] </w:t>
      </w:r>
      <w:r>
        <w:t>is hadith mein isi zehn ki tardeed ki gayi hai.</w:t>
      </w:r>
    </w:p>
    <w:p>
      <w:pPr>
        <w:jc w:val="right"/>
      </w:pPr>
      <w:r>
        <w:t>اس حدیث میں اسی ذہن کی تردید کی گئی ہے۔</w:t>
      </w:r>
    </w:p>
    <w:p>
      <w:r>
        <w:rPr>
          <w:b/>
        </w:rPr>
        <w:t xml:space="preserve">[1:09:03] </w:t>
      </w:r>
      <w:r>
        <w:t>kisi baap ke yahan larka paida ho ya larki</w:t>
      </w:r>
    </w:p>
    <w:p>
      <w:pPr>
        <w:jc w:val="right"/>
      </w:pPr>
      <w:r>
        <w:t>کسی باپ کے یہاں لڑکا پیدا ہو یا لڑکی</w:t>
      </w:r>
    </w:p>
    <w:p>
      <w:r>
        <w:rPr>
          <w:b/>
        </w:rPr>
        <w:t xml:space="preserve">[1:09:09] </w:t>
      </w:r>
      <w:r>
        <w:t>, dono halaton mein baap ki zimmedari yeh hai ke woh apne bachon ko behtareen taleem de.</w:t>
      </w:r>
    </w:p>
    <w:p>
      <w:pPr>
        <w:jc w:val="right"/>
      </w:pPr>
      <w:r>
        <w:t>، دونوں حالتوں میں باپ کی ذمہ داری یہ ہے کہ وہ اپنے بچوں کو بہترین تعلیم دے۔</w:t>
      </w:r>
    </w:p>
    <w:p>
      <w:r>
        <w:rPr>
          <w:b/>
        </w:rPr>
        <w:t xml:space="preserve">[1:09:16] </w:t>
      </w:r>
      <w:r>
        <w:t>woh un ko aisi tarbiyat de jo un ke liye zindagi guzarnay mein madadgar bane.</w:t>
      </w:r>
    </w:p>
    <w:p>
      <w:pPr>
        <w:jc w:val="right"/>
      </w:pPr>
      <w:r>
        <w:t>وہ ان کو ایسی تربیت دے جو ان کے لیے زندگی گزارنے میں مددگار بنے۔</w:t>
      </w:r>
    </w:p>
    <w:p>
      <w:r>
        <w:rPr>
          <w:b/>
        </w:rPr>
        <w:t xml:space="preserve">[1:09:24] </w:t>
      </w:r>
      <w:r>
        <w:t>baap ka rujhan aksar apni aulad ke liye yeh hota hai ke woh un ke liye zindagi ki</w:t>
      </w:r>
    </w:p>
    <w:p>
      <w:pPr>
        <w:jc w:val="right"/>
      </w:pPr>
      <w:r>
        <w:t>باپ کا رجحان اکثر اپنی اولاد کے لیے یہ ہوتا ہے کہ وہ ان کے لیے زندگی کی</w:t>
      </w:r>
    </w:p>
    <w:p>
      <w:r>
        <w:rPr>
          <w:b/>
        </w:rPr>
        <w:t xml:space="preserve">[1:09:32] </w:t>
      </w:r>
      <w:r>
        <w:t>rahaten faraham kare, woh kama kar unhein ziyada se ziyada maal de sake, magar yeh nazariya durust nahin.</w:t>
      </w:r>
    </w:p>
    <w:p>
      <w:pPr>
        <w:jc w:val="right"/>
      </w:pPr>
      <w:r>
        <w:t>راحتیں فراہم کرے، وہ کما کر انہیں زیادہ سے زیادہ مال دے سکے، مگر یہ نظریہ درست نہیں۔</w:t>
      </w:r>
    </w:p>
    <w:p>
      <w:r>
        <w:rPr>
          <w:b/>
        </w:rPr>
        <w:t xml:space="preserve">[1:09:40] </w:t>
      </w:r>
      <w:r>
        <w:t>aulaad ke liye baap ka sab se behtar atiya maal nahi hai, balke taleem hai. baap ka kamaya hua maal aulaad ke liye bila mehnat ki kamai, yaani "easy money" ki hesiyat rakhta hai. aisa maal aksar aadmi ko kharab kar deta hai. sahih yeh hai ke aadmi apni aulaad ko taleem de aur is tarah unhein is qabil banaye ke woh khud mehnat kar ke zyada behtar tor par apni</w:t>
      </w:r>
    </w:p>
    <w:p>
      <w:pPr>
        <w:jc w:val="right"/>
      </w:pPr>
      <w:r>
        <w:t>اولاد کے لیے باپ کا سب سے بہتر عطیہ مال نہیں ہے، بلکہ تعلیم ہے۔ باپ کا کمایا ہوا مال اولاد کے لیے بلا محنت کی کمائی، یعنی "easy money" کی حیثیت رکھتا ہے۔ ایسا مال اکثر آدمی کو خراب کر دیتا ہے۔ صحیح یہ ہے کہ آدمی اپنی اولاد کو تعلیم دے اور اس طرح انہیں اس قابل بنائے کہ وہ خود محنت کر کے زیادہ بہتر طور پر اپنی</w:t>
      </w:r>
    </w:p>
    <w:p>
      <w:r>
        <w:rPr>
          <w:b/>
        </w:rPr>
        <w:t xml:space="preserve">[1:10:10] </w:t>
      </w:r>
      <w:r>
        <w:t>zindagi ki taameer karen.</w:t>
      </w:r>
    </w:p>
    <w:p>
      <w:pPr>
        <w:jc w:val="right"/>
      </w:pPr>
      <w:r>
        <w:t>زندگی کی تعمیر کریں۔</w:t>
      </w:r>
    </w:p>
    <w:p>
      <w:r>
        <w:rPr>
          <w:b/>
        </w:rPr>
        <w:t xml:space="preserve">[1:10:16] </w:t>
      </w:r>
      <w:r>
        <w:t>Khuda ka etiraf nahin: kitab "tarbiyat-e-aulad" Maulana Wahiduddin Khan, safha number 33.</w:t>
      </w:r>
    </w:p>
    <w:p>
      <w:pPr>
        <w:jc w:val="right"/>
      </w:pPr>
      <w:r>
        <w:t>خدا کا اعتراف نہیں: کتاب "تربیتِ اولاد" مولانا وحید الدین خان، صفحہ نمبر 33۔</w:t>
      </w:r>
    </w:p>
    <w:p>
      <w:r>
        <w:rPr>
          <w:b/>
        </w:rPr>
        <w:t xml:space="preserve">[1:10:22] </w:t>
      </w:r>
      <w:r>
        <w:t>aaj kal yeh riwaj hai ke ek shakhs paisa kamaye ga aur us ke baad woh ek car</w:t>
      </w:r>
    </w:p>
    <w:p>
      <w:pPr>
        <w:jc w:val="right"/>
      </w:pPr>
      <w:r>
        <w:t>آج کل یہ رواج ہے کہ ایک شخص پیسہ کمائے گا اور اس کے بعد وہ ایک کار</w:t>
      </w:r>
    </w:p>
    <w:p>
      <w:r>
        <w:rPr>
          <w:b/>
        </w:rPr>
        <w:t xml:space="preserve">[1:10:28] </w:t>
      </w:r>
      <w:r>
        <w:t>khareed kar apne bete ko de ga.</w:t>
      </w:r>
    </w:p>
    <w:p>
      <w:pPr>
        <w:jc w:val="right"/>
      </w:pPr>
      <w:r>
        <w:t>خرید کر اپنے بیٹے کو دے گا۔</w:t>
      </w:r>
    </w:p>
    <w:p>
      <w:r>
        <w:rPr>
          <w:b/>
        </w:rPr>
        <w:t xml:space="preserve">[1:10:34] </w:t>
      </w:r>
      <w:r>
        <w:t>car ke sheeshe par likha hua hoga:</w:t>
      </w:r>
    </w:p>
    <w:p>
      <w:pPr>
        <w:jc w:val="right"/>
      </w:pPr>
      <w:r>
        <w:t>کار کے شیشے پر لکھا ہوا ہوگا:</w:t>
      </w:r>
    </w:p>
    <w:p>
      <w:r>
        <w:rPr>
          <w:b/>
        </w:rPr>
        <w:t xml:space="preserve">[1:10:40] </w:t>
      </w:r>
      <w:r>
        <w:t>"baap ki taraf se tohfa", yaani "dad's gift".</w:t>
      </w:r>
    </w:p>
    <w:p>
      <w:pPr>
        <w:jc w:val="right"/>
      </w:pPr>
      <w:r>
        <w:t>"باپ کی طرف سے تحفہ"، یعنی "dad's gift"۔</w:t>
      </w:r>
    </w:p>
    <w:p>
      <w:r>
        <w:rPr>
          <w:b/>
        </w:rPr>
        <w:t xml:space="preserve">[1:10:45] </w:t>
      </w:r>
      <w:r>
        <w:t>yeh koi saada baat nahin.</w:t>
      </w:r>
    </w:p>
    <w:p>
      <w:pPr>
        <w:jc w:val="right"/>
      </w:pPr>
      <w:r>
        <w:t>یہ کوئی سادہ بات نہیں۔</w:t>
      </w:r>
    </w:p>
    <w:p>
      <w:r>
        <w:rPr>
          <w:b/>
        </w:rPr>
        <w:t xml:space="preserve">[1:10:50] </w:t>
      </w:r>
      <w:r>
        <w:t>apni haqeeqat ke aitbar se yeh nashukri ka kalma hai.</w:t>
      </w:r>
    </w:p>
    <w:p>
      <w:pPr>
        <w:jc w:val="right"/>
      </w:pPr>
      <w:r>
        <w:t>اپنی حقیقت کے اعتبار سے یہ ناشکری کا کلمہ ہے۔</w:t>
      </w:r>
    </w:p>
    <w:p>
      <w:r>
        <w:rPr>
          <w:b/>
        </w:rPr>
        <w:t xml:space="preserve">[1:10:55] </w:t>
      </w:r>
      <w:r>
        <w:t>ek nemat jo haqeeqatan Khuda ki taraf se mili hai, us ko Khuda ki taraf mansoob na karna,</w:t>
      </w:r>
    </w:p>
    <w:p>
      <w:pPr>
        <w:jc w:val="right"/>
      </w:pPr>
      <w:r>
        <w:t>ایک نعمت جو حقیقتاً خدا کی طرف سے ملی ہے، اس کو خدا کی طرف منسوب نہ کرنا،</w:t>
      </w:r>
    </w:p>
    <w:p>
      <w:r>
        <w:rPr>
          <w:b/>
        </w:rPr>
        <w:t xml:space="preserve">[1:11:00] </w:t>
      </w:r>
      <w:r>
        <w:t>balkeh us ko khud apne kamalat ke khane mein daal dena, yeh Khuda ke sath be etiraf ka</w:t>
      </w:r>
    </w:p>
    <w:p>
      <w:pPr>
        <w:jc w:val="right"/>
      </w:pPr>
      <w:r>
        <w:t>بلکہ اس کو خود اپنے کمالات کے خانے میں ڈال دینا، یہ خدا کے ساتھ بے اعترافی کا</w:t>
      </w:r>
    </w:p>
    <w:p>
      <w:r>
        <w:rPr>
          <w:b/>
        </w:rPr>
        <w:t xml:space="preserve">[1:11:05] </w:t>
      </w:r>
      <w:r>
        <w:t>muamla karna hai.</w:t>
      </w:r>
    </w:p>
    <w:p>
      <w:pPr>
        <w:jc w:val="right"/>
      </w:pPr>
      <w:r>
        <w:t>معاملہ کرنا ہے۔</w:t>
      </w:r>
    </w:p>
    <w:p>
      <w:r>
        <w:rPr>
          <w:b/>
        </w:rPr>
        <w:t xml:space="preserve">[1:11:10] </w:t>
      </w:r>
      <w:r>
        <w:t>aur khuda ke sath be etirafi bilashuba khuda ki is dunya mein sab se barhe jirm ki hesiyat rakhta hai.</w:t>
      </w:r>
    </w:p>
    <w:p>
      <w:pPr>
        <w:jc w:val="right"/>
      </w:pPr>
      <w:r>
        <w:t>اور خدا کے ساتھ بے اعترافی بلاشبہ خدا کی اس دنیا میں سب سے بڑے جرم کی حیثیت رکھتا ہے۔</w:t>
      </w:r>
    </w:p>
    <w:p>
      <w:r>
        <w:rPr>
          <w:b/>
        </w:rPr>
        <w:t xml:space="preserve">[1:11:18] </w:t>
      </w:r>
      <w:r>
        <w:t>quran ki surah alnamal mein bataya gaya hai ke paighambar sulaiman ibn daud ko ek madi nemat mili</w:t>
      </w:r>
    </w:p>
    <w:p>
      <w:pPr>
        <w:jc w:val="right"/>
      </w:pPr>
      <w:r>
        <w:t>قرآن کی سورہ النمل میں بتایا گیا ہے کہ پیغمبر سلیمان ابن داؤد کو ایک مادی نعمت ملی</w:t>
      </w:r>
    </w:p>
    <w:p>
      <w:r>
        <w:rPr>
          <w:b/>
        </w:rPr>
        <w:t xml:space="preserve">[1:11:26] </w:t>
      </w:r>
      <w:r>
        <w:t>to unhon ne foran kaha:haza min fazle rabbi surah number 27 ayat 40.</w:t>
      </w:r>
    </w:p>
    <w:p>
      <w:pPr>
        <w:jc w:val="right"/>
      </w:pPr>
      <w:r>
        <w:t>تو انہوں نے فوراً کہا:ھذا من فضل ربی سورہ نمبر 27 آیت 40۔</w:t>
      </w:r>
    </w:p>
    <w:p>
      <w:r>
        <w:rPr>
          <w:b/>
        </w:rPr>
        <w:t xml:space="preserve">[1:11:34] </w:t>
      </w:r>
      <w:r>
        <w:t>yani yeh mere rab ke fazl mein se hai.</w:t>
      </w:r>
    </w:p>
    <w:p>
      <w:pPr>
        <w:jc w:val="right"/>
      </w:pPr>
      <w:r>
        <w:t>یعنی یہ میرے رب کے فضل میں سے ہے۔</w:t>
      </w:r>
    </w:p>
    <w:p>
      <w:r>
        <w:rPr>
          <w:b/>
        </w:rPr>
        <w:t xml:space="preserve">[1:11:42] </w:t>
      </w:r>
      <w:r>
        <w:t>dusre lafzon mein yeh ke paighambar ne is ko khuda ka atiya, yani "gods gift" qarar diya.</w:t>
      </w:r>
    </w:p>
    <w:p>
      <w:pPr>
        <w:jc w:val="right"/>
      </w:pPr>
      <w:r>
        <w:t>دوسرے لفظوں میں یہ کہ پیغمبر نے اس کو خدا کا عطیہ، یعنی "گاڈز گفٹ" قرار دیا۔</w:t>
      </w:r>
    </w:p>
    <w:p>
      <w:r>
        <w:rPr>
          <w:b/>
        </w:rPr>
        <w:t xml:space="preserve">[1:11:48] </w:t>
      </w:r>
      <w:r>
        <w:t>yahi sahih imani tarika hai.</w:t>
      </w:r>
    </w:p>
    <w:p>
      <w:pPr>
        <w:jc w:val="right"/>
      </w:pPr>
      <w:r>
        <w:t>یہی صحیح ایمانی طریقہ ہے۔</w:t>
      </w:r>
    </w:p>
    <w:p>
      <w:r>
        <w:rPr>
          <w:b/>
        </w:rPr>
        <w:t xml:space="preserve">[1:11:54] </w:t>
      </w:r>
      <w:r>
        <w:t>sahib iman woh hai jo har cheez ko khuda ki cheez samjhe, jo har mili hui cheez ko</w:t>
      </w:r>
    </w:p>
    <w:p>
      <w:pPr>
        <w:jc w:val="right"/>
      </w:pPr>
      <w:r>
        <w:t>صاحب ایمان وہ ہے جو ہر چیز کو خدا کی چیز سمجھے، جو ہر ملی ہوئی چیز کو</w:t>
      </w:r>
    </w:p>
    <w:p>
      <w:r>
        <w:rPr>
          <w:b/>
        </w:rPr>
        <w:t xml:space="preserve">[1:12:00] </w:t>
      </w:r>
      <w:r>
        <w:t>khuda ki taraf mansoob karte hue khuda ka etiraf kare.</w:t>
      </w:r>
    </w:p>
    <w:p>
      <w:pPr>
        <w:jc w:val="right"/>
      </w:pPr>
      <w:r>
        <w:t>خدا کی طرف منسوب کرتے ہوئے خدا کا اعتراف کرے۔</w:t>
      </w:r>
    </w:p>
    <w:p>
      <w:r>
        <w:rPr>
          <w:b/>
        </w:rPr>
        <w:t xml:space="preserve">[1:12:06] </w:t>
      </w:r>
      <w:r>
        <w:t>dunya mein insan ko jo cheezein milti hain,</w:t>
      </w:r>
    </w:p>
    <w:p>
      <w:pPr>
        <w:jc w:val="right"/>
      </w:pPr>
      <w:r>
        <w:t>دنیا میں انسان کو جو چیزیں ملتی ہیں،</w:t>
      </w:r>
    </w:p>
    <w:p>
      <w:r>
        <w:rPr>
          <w:b/>
        </w:rPr>
        <w:t xml:space="preserve">[1:12:13] </w:t>
      </w:r>
      <w:r>
        <w:t>woh bazahir khud apni koshish ke zariye milti hain, lekin yeh sirf uska zahiri pehlu hai.</w:t>
      </w:r>
    </w:p>
    <w:p>
      <w:pPr>
        <w:jc w:val="right"/>
      </w:pPr>
      <w:r>
        <w:t>وہ بظاہر خود اپنی کوشش کے ذریعے ملتی ہیں، لیکن یہ صرف اس کا ظاہری پہلو ہے۔</w:t>
      </w:r>
    </w:p>
    <w:p>
      <w:r>
        <w:rPr>
          <w:b/>
        </w:rPr>
        <w:t xml:space="preserve">[1:12:20] </w:t>
      </w:r>
      <w:r>
        <w:t>asal haqiqat yeh hai ke har cheez mukammal taur par khuda ka atiya hoti hai.</w:t>
      </w:r>
    </w:p>
    <w:p>
      <w:pPr>
        <w:jc w:val="right"/>
      </w:pPr>
      <w:r>
        <w:t>اصل حقیقت یہ ہے کہ ہر چیز مکمل طور پر خدا کا عطیہ ہوتی ہے۔</w:t>
      </w:r>
    </w:p>
    <w:p>
      <w:r>
        <w:rPr>
          <w:b/>
        </w:rPr>
        <w:t xml:space="preserve">[1:12:28] </w:t>
      </w:r>
      <w:r>
        <w:t>insan ka imtihan yeh hai ke woh zahiri parde ko phaare, woh asal haqiqat ko daryaft karte hue</w:t>
      </w:r>
    </w:p>
    <w:p>
      <w:pPr>
        <w:jc w:val="right"/>
      </w:pPr>
      <w:r>
        <w:t>انسان کا امتحان یہ ہے کہ وہ ظاہری پردے کو پھاڑے، وہ اصل حقیقت کو دریافت کرتے ہوئے</w:t>
      </w:r>
    </w:p>
    <w:p>
      <w:r>
        <w:rPr>
          <w:b/>
        </w:rPr>
        <w:t xml:space="preserve">[1:12:35] </w:t>
      </w:r>
      <w:r>
        <w:t>har mili hui cheez par yeh keh de ke yeh mere rab ka atiya hai,</w:t>
      </w:r>
    </w:p>
    <w:p>
      <w:pPr>
        <w:jc w:val="right"/>
      </w:pPr>
      <w:r>
        <w:t>ہر ملی ہوئی چیز پر یہ کہہ دے کہ یہ میرے رب کا عطیہ ہے،</w:t>
      </w:r>
    </w:p>
    <w:p>
      <w:r>
        <w:rPr>
          <w:b/>
        </w:rPr>
        <w:t xml:space="preserve">[1:12:43] </w:t>
      </w:r>
      <w:r>
        <w:t>jo barah-e-raast taur par Khuda ki taraf se mujh ko diya gaya. isi itraf, yaani "acknowledgement" ka mazhabi naam shukr hai. yahan isi shakhs ko jaiz taur par rehne ka haq hasil hai jo shukr-o-itraf ki nafsiyat ke sath is duniya mein rahe. shukr ki yahi nafsiyat maujooda duniya mein kisi ko jaiz taur par jeene ka haq deti hai. is ke bar</w:t>
      </w:r>
    </w:p>
    <w:p>
      <w:pPr>
        <w:jc w:val="right"/>
      </w:pPr>
      <w:r>
        <w:t>جو براہ راست طور پر خدا کی طرف سے مجھ کو دیا گیا۔ اسی اعتراف، یعنی "acknowledgement" کا مذہبی نام شکر ہے۔ یہاں اسی شخص کو جائز طور پر رہنے کا حق حاصل ہے جو شکر و اعتراف کی نفسیات کے ساتھ اس دنیا میں رہے۔ شکر کی یہی نفسیات موجودہ دنیا میں کسی کو جائز طور پر جینے کا حق دیتی ہے۔ اس کے بر</w:t>
      </w:r>
    </w:p>
    <w:p>
      <w:r>
        <w:rPr>
          <w:b/>
        </w:rPr>
        <w:t xml:space="preserve">[1:13:13] </w:t>
      </w:r>
      <w:r>
        <w:t>aks jin logon ke andar nashukri aur be-e'terafi ki nafsiyaat ho, woh khuda ki is duniya mein</w:t>
      </w:r>
    </w:p>
    <w:p>
      <w:pPr>
        <w:jc w:val="right"/>
      </w:pPr>
      <w:r>
        <w:t>عکس جن لوگوں کے اندر ناشکری اور بے اعترافی کی نفسیات ہو، وہ خدا کی اس دنیا میں</w:t>
      </w:r>
    </w:p>
    <w:p>
      <w:r>
        <w:rPr>
          <w:b/>
        </w:rPr>
        <w:t xml:space="preserve">[1:13:23] </w:t>
      </w:r>
      <w:r>
        <w:t>mujrim aur darindaz, yani "introduce" ki hesiyat rakhte hain.</w:t>
      </w:r>
    </w:p>
    <w:p>
      <w:pPr>
        <w:jc w:val="right"/>
      </w:pPr>
      <w:r>
        <w:t>مجرم اور درنداز، یعنی "introduce" کی حیثیت رکھتے ہیں۔</w:t>
      </w:r>
    </w:p>
    <w:p>
      <w:r>
        <w:rPr>
          <w:b/>
        </w:rPr>
        <w:t xml:space="preserve">[1:13:33] </w:t>
      </w:r>
      <w:r>
        <w:t>ek aam kamzori: kitab "tarbiyat-e-aulad" maulana wahiduddin khan, safha number 34. ek musalman</w:t>
      </w:r>
    </w:p>
    <w:p>
      <w:pPr>
        <w:jc w:val="right"/>
      </w:pPr>
      <w:r>
        <w:t>ایک عام کمزوری: کتاب "تربیتِ اولاد" مولانا وحید الدین خان، صفحہ نمبر 34۔ ایک مسلمان</w:t>
      </w:r>
    </w:p>
    <w:p>
      <w:r>
        <w:rPr>
          <w:b/>
        </w:rPr>
        <w:t xml:space="preserve">[1:13:43] </w:t>
      </w:r>
      <w:r>
        <w:t>apni ahliya ke sath mulaqat ke liye aaye.</w:t>
      </w:r>
    </w:p>
    <w:p>
      <w:pPr>
        <w:jc w:val="right"/>
      </w:pPr>
      <w:r>
        <w:t>اپنی اہلیہ کے ساتھ ملاقات کے لیے آئے۔</w:t>
      </w:r>
    </w:p>
    <w:p>
      <w:r>
        <w:rPr>
          <w:b/>
        </w:rPr>
        <w:t xml:space="preserve">[1:13:48] </w:t>
      </w:r>
      <w:r>
        <w:t>ek ghante ki mulaqat ke dauran mein ne mehsoos kiya ke apni ahliya ke sath un ko koi</w:t>
      </w:r>
    </w:p>
    <w:p>
      <w:pPr>
        <w:jc w:val="right"/>
      </w:pPr>
      <w:r>
        <w:t>ایک گھنٹے کی ملاقات کے دوران میں نے محسوس کیا کہ اپنی اہلیہ کے ساتھ ان کو کوئی</w:t>
      </w:r>
    </w:p>
    <w:p>
      <w:r>
        <w:rPr>
          <w:b/>
        </w:rPr>
        <w:t xml:space="preserve">[1:13:53] </w:t>
      </w:r>
      <w:r>
        <w:t>qalbi taluq nahin.</w:t>
      </w:r>
    </w:p>
    <w:p>
      <w:pPr>
        <w:jc w:val="right"/>
      </w:pPr>
      <w:r>
        <w:t>قلبی تعلق نہیں۔</w:t>
      </w:r>
    </w:p>
    <w:p>
      <w:r>
        <w:rPr>
          <w:b/>
        </w:rPr>
        <w:t xml:space="preserve">[1:13:58] </w:t>
      </w:r>
      <w:r>
        <w:t>albata is dauran un ke mobile par bar bar un ke bachchon ke telephone aate rahe.</w:t>
      </w:r>
    </w:p>
    <w:p>
      <w:pPr>
        <w:jc w:val="right"/>
      </w:pPr>
      <w:r>
        <w:t>البتہ اس دوران ان کے موبائل پر بار بار ان کے بچوں کے ٹیلی فون آتے رہے۔</w:t>
      </w:r>
    </w:p>
    <w:p>
      <w:r>
        <w:rPr>
          <w:b/>
        </w:rPr>
        <w:t xml:space="preserve">[1:14:03] </w:t>
      </w:r>
      <w:r>
        <w:t>apne bachchon se telephone par woh is tarah guftagu karte the jis se andaza hota tha ke</w:t>
      </w:r>
    </w:p>
    <w:p>
      <w:pPr>
        <w:jc w:val="right"/>
      </w:pPr>
      <w:r>
        <w:t>اپنے بچوں سے ٹیلی فون پر وہ اس طرح گفتگو کرتے تھے جس سے اندازہ ہوتا تھا کہ</w:t>
      </w:r>
    </w:p>
    <w:p>
      <w:r>
        <w:rPr>
          <w:b/>
        </w:rPr>
        <w:t xml:space="preserve">[1:14:08] </w:t>
      </w:r>
      <w:r>
        <w:t>un ko apne bachchon se nihayat gehra qalbi taluq</w:t>
      </w:r>
    </w:p>
    <w:p>
      <w:pPr>
        <w:jc w:val="right"/>
      </w:pPr>
      <w:r>
        <w:t>ان کو اپنے بچوں سے نہایت گہرا قلبی تعلق</w:t>
      </w:r>
    </w:p>
    <w:p>
      <w:r>
        <w:rPr>
          <w:b/>
        </w:rPr>
        <w:t xml:space="preserve">[1:14:13] </w:t>
      </w:r>
      <w:r>
        <w:t>hai. maine un se kaha ke aap ka case isi tarah ek nadan baap ka case hai jaisa ke doosron ka case hota hai. aap jaise logon ka mu'amla yeh hai ke aap ko jo cheez amalan mili hui hai, us ko aap bharpoor taur par istemal nahi karte aur jo cheez aap ko milne wali nahi, us ko aap apna sab se bada</w:t>
      </w:r>
    </w:p>
    <w:p>
      <w:pPr>
        <w:jc w:val="right"/>
      </w:pPr>
      <w:r>
        <w:t>ہے۔ میں نے ان سے کہا کہ آپ کا کیس اسی طرح ایک نادان باپ کا کیس ہے جیسا کہ دوسروں کا کیس ہوتا ہے۔ آپ جیسے لوگوں کا معاملہ یہ ہے کہ آپ کو جو چیز عملاً ملی ہوئی ہے، اس کو آپ بھرپور طور پر استعمال نہیں کرتے اور جو چیز آپ کو ملنے والی نہیں، اس کو آپ اپنا سب سے بڑ</w:t>
      </w:r>
    </w:p>
    <w:p>
      <w:r>
        <w:rPr>
          <w:b/>
        </w:rPr>
        <w:t xml:space="preserve">[1:14:43] </w:t>
      </w:r>
      <w:r>
        <w:t>a concern banaye hue hain.</w:t>
      </w:r>
    </w:p>
    <w:p>
      <w:pPr>
        <w:jc w:val="right"/>
      </w:pPr>
      <w:r>
        <w:t>ا کنسرن بنائے ہوئے ہیں۔</w:t>
      </w:r>
    </w:p>
    <w:p>
      <w:r>
        <w:rPr>
          <w:b/>
        </w:rPr>
        <w:t xml:space="preserve">[1:14:49] </w:t>
      </w:r>
      <w:r>
        <w:t>main ne kaha ke aap ke pas do cheezein aisi hain jo amalan aap ko hasil ho chuki</w:t>
      </w:r>
    </w:p>
    <w:p>
      <w:pPr>
        <w:jc w:val="right"/>
      </w:pPr>
      <w:r>
        <w:t>میں نے کہا کہ آپ کے پاس دو چیزیں ایسی ہیں جو عملاً آپ کو حاصل ہو چکی</w:t>
      </w:r>
    </w:p>
    <w:p>
      <w:r>
        <w:rPr>
          <w:b/>
        </w:rPr>
        <w:t xml:space="preserve">[1:14:55] </w:t>
      </w:r>
      <w:r>
        <w:t>hain: ek aap ka apna wajood aur dusri aap ki biwi.</w:t>
      </w:r>
    </w:p>
    <w:p>
      <w:pPr>
        <w:jc w:val="right"/>
      </w:pPr>
      <w:r>
        <w:t>ہیں: ایک آپ کا اپنا وجود اور دوسری آپ کی بیوی۔</w:t>
      </w:r>
    </w:p>
    <w:p>
      <w:r>
        <w:rPr>
          <w:b/>
        </w:rPr>
        <w:t xml:space="preserve">[1:15:01] </w:t>
      </w:r>
      <w:r>
        <w:t>aap ne apne mamle mein yeh kiya ke aap aala taleem hasil na kar sake aur biwi ke</w:t>
      </w:r>
    </w:p>
    <w:p>
      <w:pPr>
        <w:jc w:val="right"/>
      </w:pPr>
      <w:r>
        <w:t>آپ نے اپنے معاملے میں یہ کیا کہ آپ اعلیٰ تعلیم حاصل نہ کر سکے اور بیوی کے</w:t>
      </w:r>
    </w:p>
    <w:p>
      <w:r>
        <w:rPr>
          <w:b/>
        </w:rPr>
        <w:t xml:space="preserve">[1:15:07] </w:t>
      </w:r>
      <w:r>
        <w:t>mamle mein aap ka tareeqa yeh hai ke aap un ko nazar andaaz kiye hue</w:t>
      </w:r>
    </w:p>
    <w:p>
      <w:pPr>
        <w:jc w:val="right"/>
      </w:pPr>
      <w:r>
        <w:t>معاملے میں آپ کا طریقہ یہ ہے کہ آپ ان کو نظر انداز کیے ہوئے</w:t>
      </w:r>
    </w:p>
    <w:p>
      <w:r>
        <w:rPr>
          <w:b/>
        </w:rPr>
        <w:t xml:space="preserve">[1:15:13] </w:t>
      </w:r>
      <w:r>
        <w:t>hain, jis ke nateeje mein woh mayoosi ka shikar hain. woh apni zindagi ka koi takhleeqi kirdar, yaani "creative role" daryaft na kar saki. doosri taraf aap ka yeh haal hai ke aap ki tamam dilchaspiyan apne bachchon ke sath wabasta ho gayi hain, halanke yeh bachche aap ko milne wale nahi. aap ka beta aur aap ki beti dono</w:t>
      </w:r>
    </w:p>
    <w:p>
      <w:pPr>
        <w:jc w:val="right"/>
      </w:pPr>
      <w:r>
        <w:t>ہیں، جس کے نتیجے میں وہ مایوسی کا شکار ہیں۔ وہ اپنی زندگی کا کوئی تخلیقی کردار، یعنی "creative role" دریافت نہ کر سکی۔ دوسری طرف آپ کا یہ حال ہے کہ آپ کی تمام دلچسپیاں اپنے بچوں کے ساتھ وابستہ ہو گئی ہیں، حالانکہ یہ بچے آپ کو ملنے والے نہیں۔ آپ کا بیٹا اور آپ کی بیٹی دون</w:t>
      </w:r>
    </w:p>
    <w:p>
      <w:r>
        <w:rPr>
          <w:b/>
        </w:rPr>
        <w:t xml:space="preserve">[1:15:43] </w:t>
      </w:r>
      <w:r>
        <w:t>oon aap ko chhod kar khud apni alag zindagi banayenge. woh hargiz aap ke kaam aane wale nahin. aap mili hui cheez ko zaya kar rahe hain aur na milne wali cheez ke liye aap be faida taur par apni tamam tawajjuh lagaye hue hain. yeh maamla maujooda zamane mein taqreeban tamam logon ka hai. maujooda zamane mein har aadmi khone ka</w:t>
      </w:r>
    </w:p>
    <w:p>
      <w:pPr>
        <w:jc w:val="right"/>
      </w:pPr>
      <w:r>
        <w:t>وں آپ کو چھوڑ کر خود اپنی الگ زندگی بنائیں گے۔ وہ ہرگز آپ کے کام آنے والے نہیں۔ آپ ملی ہوئی چیز کو ضائع کر رہے ہیں اور نہ ملنے والی چیز کے لیے آپ بے فائدہ طور پر اپنی تمام توجہ لگائے ہوئے ہیں۔ یہ معاملہ موجودہ زمانے میں تقریباً تمام لوگوں کا ہے۔ موجودہ زمانے میں ہر آدمی کھونے کا</w:t>
      </w:r>
    </w:p>
    <w:p>
      <w:r>
        <w:rPr>
          <w:b/>
        </w:rPr>
        <w:t xml:space="preserve">[1:16:13] </w:t>
      </w:r>
      <w:r>
        <w:t>case ban raha hai.</w:t>
      </w:r>
    </w:p>
    <w:p>
      <w:pPr>
        <w:jc w:val="right"/>
      </w:pPr>
      <w:r>
        <w:t>کیس بن رہا ہے۔</w:t>
      </w:r>
    </w:p>
    <w:p>
      <w:r>
        <w:rPr>
          <w:b/>
        </w:rPr>
        <w:t xml:space="preserve">[1:16:19] </w:t>
      </w:r>
      <w:r>
        <w:t>koi aadmi haqeeqi maanon mein paane ka case nahin.</w:t>
      </w:r>
    </w:p>
    <w:p>
      <w:pPr>
        <w:jc w:val="right"/>
      </w:pPr>
      <w:r>
        <w:t>کوئی آدمی حقیقی معنوں میں پانے کا کیس نہیں۔</w:t>
      </w:r>
    </w:p>
    <w:p>
      <w:r>
        <w:rPr>
          <w:b/>
        </w:rPr>
        <w:t xml:space="preserve">[1:16:26] </w:t>
      </w:r>
      <w:r>
        <w:t>aadmi apni is ghaflat ko apni umer ke aakhir mein is waqt daryaft karta hai jabke is tabaah</w:t>
      </w:r>
    </w:p>
    <w:p>
      <w:pPr>
        <w:jc w:val="right"/>
      </w:pPr>
      <w:r>
        <w:t>آدمی اپنی اس غفلت کو اپنی عمر کے آخر میں اس وقت دریافت کرتا ہے جبکہ اس تباہ</w:t>
      </w:r>
    </w:p>
    <w:p>
      <w:r>
        <w:rPr>
          <w:b/>
        </w:rPr>
        <w:t xml:space="preserve">[1:16:32] </w:t>
      </w:r>
      <w:r>
        <w:t>kun ghaflat ki talafi ka waqt is ke paas nahin hota.</w:t>
      </w:r>
    </w:p>
    <w:p>
      <w:pPr>
        <w:jc w:val="right"/>
      </w:pPr>
      <w:r>
        <w:t>کن غفلت کی تلافی کا وقت اس کے پاس نہیں ہوتا۔</w:t>
      </w:r>
    </w:p>
    <w:p>
      <w:r>
        <w:rPr>
          <w:b/>
        </w:rPr>
        <w:t xml:space="preserve">[1:16:38] </w:t>
      </w:r>
      <w:r>
        <w:t>aadmi ko chahiye ke woh haasil shuda ko apna markaz amal banaye, na ke ghair haasil shuda ko.</w:t>
      </w:r>
    </w:p>
    <w:p>
      <w:pPr>
        <w:jc w:val="right"/>
      </w:pPr>
      <w:r>
        <w:t>آدمی کو چاہیے کہ وہ حاصل شدہ کو اپنا مرکز عمل بنائے، نہ کہ غیر حاصل شدہ کو۔</w:t>
      </w:r>
    </w:p>
    <w:p>
      <w:r>
        <w:rPr>
          <w:b/>
        </w:rPr>
        <w:t xml:space="preserve">[1:16:44] </w:t>
      </w:r>
      <w:r>
        <w:t>kamyabi ka tareeqa: kitaab "tarbiyat-e-aulad" Maulana Wahiduddin Khan, safha number 36. ek saahib service karte the. ek arse tak service karne ke baad un ko ehsaas hua ke service ki aamdani bachchon ki taraqqi ke liye kaafi nahin. is liye unhon ne service chhod di aur ek business shuru kar diya taak</w:t>
      </w:r>
    </w:p>
    <w:p>
      <w:pPr>
        <w:jc w:val="right"/>
      </w:pPr>
      <w:r>
        <w:t>کامیابی کا طریقہ: کتاب "تربیتِ اولاد" مولانا وحید الدین خان، صفحہ نمبر 36۔ ایک صاحب سروس کرتے تھے۔ ایک عرصے تک سروس کرنے کے بعد ان کو احساس ہوا کہ سروس کی آمدنی بچوں کی ترقی کے لیے کافی نہیں۔ اس لیے انہوں نے سروس چھوڑ دی اور ایک بزنس شروع کر دیا تاک</w:t>
      </w:r>
    </w:p>
    <w:p>
      <w:r>
        <w:rPr>
          <w:b/>
        </w:rPr>
        <w:t xml:space="preserve">[1:17:14] </w:t>
      </w:r>
      <w:r>
        <w:t>h woh ziyada kamayein aur bachchon ko ziyada taraqqi dila sakein.</w:t>
      </w:r>
    </w:p>
    <w:p>
      <w:pPr>
        <w:jc w:val="right"/>
      </w:pPr>
      <w:r>
        <w:t>ہ وہ زیادہ کمائیں اور بچوں کو زیادہ ترقی دلا سکیں۔</w:t>
      </w:r>
    </w:p>
    <w:p>
      <w:r>
        <w:rPr>
          <w:b/>
        </w:rPr>
        <w:t xml:space="preserve">[1:17:19] </w:t>
      </w:r>
      <w:r>
        <w:t>magar amalan yeh hua ke business mein in ko matloob kamyabi haasil nahin hui.</w:t>
      </w:r>
    </w:p>
    <w:p>
      <w:pPr>
        <w:jc w:val="right"/>
      </w:pPr>
      <w:r>
        <w:t>مگر عملاً یہ ہوا کہ بزنس میں ان کو مطلوب کامیابی حاصل نہیں ہوئی۔</w:t>
      </w:r>
    </w:p>
    <w:p>
      <w:r>
        <w:rPr>
          <w:b/>
        </w:rPr>
        <w:t xml:space="preserve">[1:17:24] </w:t>
      </w:r>
      <w:r>
        <w:t>chunaanche woh tension mein mubtala ho gaye.</w:t>
      </w:r>
    </w:p>
    <w:p>
      <w:pPr>
        <w:jc w:val="right"/>
      </w:pPr>
      <w:r>
        <w:t>چنانچہ وہ ٹینشن میں مبتلا ہو گئے۔</w:t>
      </w:r>
    </w:p>
    <w:p>
      <w:r>
        <w:rPr>
          <w:b/>
        </w:rPr>
        <w:t xml:space="preserve">[1:17:29] </w:t>
      </w:r>
      <w:r>
        <w:t>aakhir kaar in ko cancer ho gaya aur bachchon ke liye ziyada paisa kamane se pehle woh is</w:t>
      </w:r>
    </w:p>
    <w:p>
      <w:pPr>
        <w:jc w:val="right"/>
      </w:pPr>
      <w:r>
        <w:t>آخر کار ان کو کینسر ہو گیا اور بچوں کے لیے زیادہ پیسہ کمانے سے پہلے وہ اس</w:t>
      </w:r>
    </w:p>
    <w:p>
      <w:r>
        <w:rPr>
          <w:b/>
        </w:rPr>
        <w:t xml:space="preserve">[1:17:34] </w:t>
      </w:r>
      <w:r>
        <w:t>duniya se chal base.</w:t>
      </w:r>
    </w:p>
    <w:p>
      <w:pPr>
        <w:jc w:val="right"/>
      </w:pPr>
      <w:r>
        <w:t>دنیا سے چلے گئے۔</w:t>
      </w:r>
    </w:p>
    <w:p>
      <w:r>
        <w:rPr>
          <w:b/>
        </w:rPr>
        <w:t xml:space="preserve">[1:17:39] </w:t>
      </w:r>
      <w:r>
        <w:t>is tarah ka waqea mukhtalif sooraton mein</w:t>
      </w:r>
    </w:p>
    <w:p>
      <w:pPr>
        <w:jc w:val="right"/>
      </w:pPr>
      <w:r>
        <w:t>اس طرح کا واقعہ مختلف صورتوں میں</w:t>
      </w:r>
    </w:p>
    <w:p>
      <w:r>
        <w:rPr>
          <w:b/>
        </w:rPr>
        <w:t xml:space="preserve">[1:17:45] </w:t>
      </w:r>
      <w:r>
        <w:t>aksar logon ke saath paish aata hai, magar woh har ek ke liye tabah kun hai. aise logon ke liye sahi tareeqa yeh hai ke woh haqeeqat pasand, yaani "realist" banen. woh apni zindagi ka mansooba khud apni istata'at ki buniyad par banayen, na ke apni aulad ke baare mein apni amangon, yaani "ambitions" ki buniyad par. woh bachchon ke mustaqbil ki taameer</w:t>
      </w:r>
    </w:p>
    <w:p>
      <w:pPr>
        <w:jc w:val="right"/>
      </w:pPr>
      <w:r>
        <w:t>اکثر لوگوں کے ساتھ پیش آتا ہے، مگر وہ ہر ایک کے لیے تباہ کن ہے۔ ایسے لوگوں کے لیے صحیح طریقہ یہ ہے کہ وہ حقیقت پسند، یعنی "realist" بنیں۔ وہ اپنی زندگی کا منصوبہ خود اپنی استطاعت کی بنیاد پر بنائیں، نہ کہ اپنی اولاد کے بارے میں اپنی امنگوں، یعنی "ambitions" کی بنیاد پر۔ وہ بچوں کے مستقبل کی تعمیر</w:t>
      </w:r>
    </w:p>
    <w:p>
      <w:r>
        <w:rPr>
          <w:b/>
        </w:rPr>
        <w:t xml:space="preserve">[1:18:15] </w:t>
      </w:r>
      <w:r>
        <w:t>ke maamle ko khud bachchon par chhod den. woh aisa hargiz na karen ke bachchon ki khatir apne aap ko tabah kar len aur aakhir kaar khud bachchon ko bhi. bachchon ki taraqqi ki sab se badi zamanat yeh hai ke khud un ke andar amal ka jazba paida ho. un ke andar dakhli spirit jaagay. woh khud halaat ko samjhen aur halaat ke mutabiq apni zindagi ki ta'ameer</w:t>
      </w:r>
    </w:p>
    <w:p>
      <w:pPr>
        <w:jc w:val="right"/>
      </w:pPr>
      <w:r>
        <w:t>کے معاملے کو خود بچوں پر چھوڑ دیں۔ وہ ایسا ہرگز نہ کریں کہ بچوں کی خاطر اپنے آپ کو تباہ کر لیں اور آخر کار خود بچوں کو بھی۔ بچوں کی ترقی کی سب سے بڑی ضمانت یہ ہے کہ خود ان کے اندر عمل کا جذبہ پیدا ہو۔ ان کے اندر داخلی سپرٹ جاگے۔ وہ خود حالات کو سمجھیں اور حالات کے مطابق اپنی زندگی کی تعم</w:t>
      </w:r>
    </w:p>
    <w:p>
      <w:r>
        <w:rPr>
          <w:b/>
        </w:rPr>
        <w:t xml:space="preserve">[1:18:45] </w:t>
      </w:r>
      <w:r>
        <w:t>yer karein.</w:t>
      </w:r>
    </w:p>
    <w:p>
      <w:pPr>
        <w:jc w:val="right"/>
      </w:pPr>
      <w:r>
        <w:t>یر کریں۔</w:t>
      </w:r>
    </w:p>
    <w:p>
      <w:r>
        <w:rPr>
          <w:b/>
        </w:rPr>
        <w:t xml:space="preserve">[1:18:50] </w:t>
      </w:r>
      <w:r>
        <w:t>taraqqi woh hai jo aadmi ko khud apni mehnat se mile.</w:t>
      </w:r>
    </w:p>
    <w:p>
      <w:pPr>
        <w:jc w:val="right"/>
      </w:pPr>
      <w:r>
        <w:t>ترقی وہ ہے جو آدمی کو خود اپنی محنت سے ملے۔</w:t>
      </w:r>
    </w:p>
    <w:p>
      <w:r>
        <w:rPr>
          <w:b/>
        </w:rPr>
        <w:t xml:space="preserve">[1:18:55] </w:t>
      </w:r>
      <w:r>
        <w:t>doosron ki taraf se di hui taraqqi koi taraqqi nahin.</w:t>
      </w:r>
    </w:p>
    <w:p>
      <w:pPr>
        <w:jc w:val="right"/>
      </w:pPr>
      <w:r>
        <w:t>دوسروں کی طرف سے دی ہوئی ترقی کوئی ترقی نہیں۔</w:t>
      </w:r>
    </w:p>
    <w:p>
      <w:r>
        <w:rPr>
          <w:b/>
        </w:rPr>
        <w:t xml:space="preserve">[1:19:00] </w:t>
      </w:r>
      <w:r>
        <w:t>is qism ki khwahish rakhne wale log aksar nakaam ho jate hain.</w:t>
      </w:r>
    </w:p>
    <w:p>
      <w:pPr>
        <w:jc w:val="right"/>
      </w:pPr>
      <w:r>
        <w:t>اس قسم کی خواہش رکھنے والے لوگ اکثر ناکام ہو جاتے ہیں۔</w:t>
      </w:r>
    </w:p>
    <w:p>
      <w:r>
        <w:rPr>
          <w:b/>
        </w:rPr>
        <w:t xml:space="preserve">[1:19:05] </w:t>
      </w:r>
      <w:r>
        <w:t>is ka sabab kya hai? is ka sabab yeh hai ke woh apne bachchon se jazbati taluq ki</w:t>
      </w:r>
    </w:p>
    <w:p>
      <w:pPr>
        <w:jc w:val="right"/>
      </w:pPr>
      <w:r>
        <w:t>اس کا سبب کیا ہے؟ اس کا سبب یہ ہے کہ وہ اپنے بچوں سے جذباتی تعلق کی</w:t>
      </w:r>
    </w:p>
    <w:p>
      <w:r>
        <w:rPr>
          <w:b/>
        </w:rPr>
        <w:t xml:space="preserve">[1:19:10] </w:t>
      </w:r>
      <w:r>
        <w:t>bana par aisi cheez ke khwahishmand ban jaate hain jo mansooba ilahi ke</w:t>
      </w:r>
    </w:p>
    <w:p>
      <w:pPr>
        <w:jc w:val="right"/>
      </w:pPr>
      <w:r>
        <w:t>بنا پر ایسی چیز کے خواہشمند بن جاتے ہیں جو منصوبہ الہی کے</w:t>
      </w:r>
    </w:p>
    <w:p>
      <w:r>
        <w:rPr>
          <w:b/>
        </w:rPr>
        <w:t xml:space="preserve">[1:19:15] </w:t>
      </w:r>
      <w:r>
        <w:t>mutabiq un ko milne wali nahin.</w:t>
      </w:r>
    </w:p>
    <w:p>
      <w:pPr>
        <w:jc w:val="right"/>
      </w:pPr>
      <w:r>
        <w:t>مطابق ان کو ملنے والی نہیں۔</w:t>
      </w:r>
    </w:p>
    <w:p>
      <w:r>
        <w:rPr>
          <w:b/>
        </w:rPr>
        <w:t xml:space="preserve">[1:19:20] </w:t>
      </w:r>
      <w:r>
        <w:t>aadmi ko chahiye ke is mamle mein woh apne jazbaat ke tehat koi faisla na kare, balkeh woh</w:t>
      </w:r>
    </w:p>
    <w:p>
      <w:pPr>
        <w:jc w:val="right"/>
      </w:pPr>
      <w:r>
        <w:t>آدمی کو چاہیے کہ اس معاملے میں وہ اپنے جذبات کے تحت کوئی فیصلہ نہ کرے، بلکہ وہ</w:t>
      </w:r>
    </w:p>
    <w:p>
      <w:r>
        <w:rPr>
          <w:b/>
        </w:rPr>
        <w:t xml:space="preserve">[1:19:25] </w:t>
      </w:r>
      <w:r>
        <w:t>ek haqeeqat pasand insaan ki tarah halaat par ghaur kare aur fitrat ke qanoon ki roshni mein apne</w:t>
      </w:r>
    </w:p>
    <w:p>
      <w:pPr>
        <w:jc w:val="right"/>
      </w:pPr>
      <w:r>
        <w:t>ایک حقیقت پسند انسان کی طرح حالات پر غور کرے اور فطرت کے قانون کی روشنی میں اپنے</w:t>
      </w:r>
    </w:p>
    <w:p>
      <w:r>
        <w:rPr>
          <w:b/>
        </w:rPr>
        <w:t xml:space="preserve">[1:19:30] </w:t>
      </w:r>
      <w:r>
        <w:t>amal ka naqsha banaye.</w:t>
      </w:r>
    </w:p>
    <w:p>
      <w:pPr>
        <w:jc w:val="right"/>
      </w:pPr>
      <w:r>
        <w:t>عمل کا نقشہ بنائے۔</w:t>
      </w:r>
    </w:p>
    <w:p>
      <w:r>
        <w:rPr>
          <w:b/>
        </w:rPr>
        <w:t xml:space="preserve">[1:19:35] </w:t>
      </w:r>
      <w:r>
        <w:t>yeh matlab hai is usool ka ke is duniya mein kisi aadmi ko wahi milta hai jo Allah</w:t>
      </w:r>
    </w:p>
    <w:p>
      <w:pPr>
        <w:jc w:val="right"/>
      </w:pPr>
      <w:r>
        <w:t>یہی مطلب ہے اس اصول کا کہ اس دنیا میں کسی آدمی کو وہی ملتا ہے جو اللہ</w:t>
      </w:r>
    </w:p>
    <w:p>
      <w:r>
        <w:rPr>
          <w:b/>
        </w:rPr>
        <w:t xml:space="preserve">[1:19:40] </w:t>
      </w:r>
      <w:r>
        <w:t>ne is ke liye</w:t>
      </w:r>
    </w:p>
    <w:p>
      <w:pPr>
        <w:jc w:val="right"/>
      </w:pPr>
      <w:r>
        <w:t>نے اس کے لیے</w:t>
      </w:r>
    </w:p>
    <w:p>
      <w:r>
        <w:rPr>
          <w:b/>
        </w:rPr>
        <w:t xml:space="preserve">[1:19:45] </w:t>
      </w:r>
      <w:r>
        <w:t>muqaddar kar diya ho, na is se ziyada aur na is se kam.</w:t>
      </w:r>
    </w:p>
    <w:p>
      <w:pPr>
        <w:jc w:val="right"/>
      </w:pPr>
      <w:r>
        <w:t>مقدر کر دیا ہو، نہ اس سے زیادہ اور نہ اس سے کم۔</w:t>
      </w:r>
    </w:p>
    <w:p>
      <w:r>
        <w:rPr>
          <w:b/>
        </w:rPr>
        <w:t xml:space="preserve">[1:19:53] </w:t>
      </w:r>
      <w:r>
        <w:t>"little god" kitab "tarbiyat-e-aulad" Maulana Wahiduddin Khan, safha number 36.</w:t>
      </w:r>
    </w:p>
    <w:p>
      <w:pPr>
        <w:jc w:val="right"/>
      </w:pPr>
      <w:r>
        <w:t>"لٹل گاڈ" کتاب "تربیتِ اولاد" مولانا وحید الدین خان، صفحہ نمبر 36۔</w:t>
      </w:r>
    </w:p>
    <w:p>
      <w:r>
        <w:rPr>
          <w:b/>
        </w:rPr>
        <w:t xml:space="preserve">[1:20:00] </w:t>
      </w:r>
      <w:r>
        <w:t>America ke safar mein ek shadi shuda khatoon se mulaqat hui.</w:t>
      </w:r>
    </w:p>
    <w:p>
      <w:pPr>
        <w:jc w:val="right"/>
      </w:pPr>
      <w:r>
        <w:t>امریکہ کے سفر میں ایک شادی شدہ خاتون سے ملاقات ہوئی۔</w:t>
      </w:r>
    </w:p>
    <w:p>
      <w:r>
        <w:rPr>
          <w:b/>
        </w:rPr>
        <w:t xml:space="preserve">[1:20:08] </w:t>
      </w:r>
      <w:r>
        <w:t>Un ke sath do chote bachhe the.</w:t>
      </w:r>
    </w:p>
    <w:p>
      <w:pPr>
        <w:jc w:val="right"/>
      </w:pPr>
      <w:r>
        <w:t>ان کے ساتھ دو چھوٹے بچے تھے۔</w:t>
      </w:r>
    </w:p>
    <w:p>
      <w:r>
        <w:rPr>
          <w:b/>
        </w:rPr>
        <w:t xml:space="preserve">[1:20:16] </w:t>
      </w:r>
      <w:r>
        <w:t>Maloom hua ke yeh khatoon apne shohar se ikhtilaf kar ke apne bachhon ke sath alag ek chote</w:t>
      </w:r>
    </w:p>
    <w:p>
      <w:pPr>
        <w:jc w:val="right"/>
      </w:pPr>
      <w:r>
        <w:t>معلوم ہوا کہ یہ خاتون اپنے شوہر سے اختلاف کر کے اپنے بچوں کے ساتھ الگ ایک چھوٹے</w:t>
      </w:r>
    </w:p>
    <w:p>
      <w:r>
        <w:rPr>
          <w:b/>
        </w:rPr>
        <w:t xml:space="preserve">[1:20:22] </w:t>
      </w:r>
      <w:r>
        <w:t>makan mein rehti hai.</w:t>
      </w:r>
    </w:p>
    <w:p>
      <w:pPr>
        <w:jc w:val="right"/>
      </w:pPr>
      <w:r>
        <w:t>مکان میں رہتی ہے۔</w:t>
      </w:r>
    </w:p>
    <w:p>
      <w:r>
        <w:rPr>
          <w:b/>
        </w:rPr>
        <w:t xml:space="preserve">[1:20:28] </w:t>
      </w:r>
      <w:r>
        <w:t>Main ne kaha ke aaj kal ke zamane mein ek ajib cheez yeh ho rahi hai ke shohar</w:t>
      </w:r>
    </w:p>
    <w:p>
      <w:pPr>
        <w:jc w:val="right"/>
      </w:pPr>
      <w:r>
        <w:t>میں نے کہا کہ آج کل کے زمانے میں ایک عجیب چیز یہ ہو رہی ہے کہ شوہر</w:t>
      </w:r>
    </w:p>
    <w:p>
      <w:r>
        <w:rPr>
          <w:b/>
        </w:rPr>
        <w:t xml:space="preserve">[1:20:34] </w:t>
      </w:r>
      <w:r>
        <w:t>ko apne bachhon se mohabbat hai, lekin us ko apni biwi se nafrat hai.</w:t>
      </w:r>
    </w:p>
    <w:p>
      <w:pPr>
        <w:jc w:val="right"/>
      </w:pPr>
      <w:r>
        <w:t>کو اپنے بچوں سے محبت ہے، لیکن اس کو اپنی بیوی سے نفرت ہے۔</w:t>
      </w:r>
    </w:p>
    <w:p>
      <w:r>
        <w:rPr>
          <w:b/>
        </w:rPr>
        <w:t xml:space="preserve">[1:20:41] </w:t>
      </w:r>
      <w:r>
        <w:t>Isi tarah biwi ko apne bachhon se mohabbat hai aur apne shohar se nafrat.</w:t>
      </w:r>
    </w:p>
    <w:p>
      <w:pPr>
        <w:jc w:val="right"/>
      </w:pPr>
      <w:r>
        <w:t>اسی طرح بیوی کو اپنے بچوں سے محبت ہے اور اپنے شوہر سے نفرت۔</w:t>
      </w:r>
    </w:p>
    <w:p>
      <w:r>
        <w:rPr>
          <w:b/>
        </w:rPr>
        <w:t xml:space="preserve">[1:20:47] </w:t>
      </w:r>
      <w:r>
        <w:t>Yeh tazad ki baat hai aur fitrat ke qanoon ke mutabiq is qism ki mutazad soch, yani "contradictory</w:t>
      </w:r>
    </w:p>
    <w:p>
      <w:pPr>
        <w:jc w:val="right"/>
      </w:pPr>
      <w:r>
        <w:t>یہ تضاد کی بات ہے اور فطرت کے قانون کے مطابق اس قسم کی متضاد سوچ، یعنی "contradictory</w:t>
      </w:r>
    </w:p>
    <w:p>
      <w:r>
        <w:rPr>
          <w:b/>
        </w:rPr>
        <w:t xml:space="preserve">[1:20:54] </w:t>
      </w:r>
      <w:r>
        <w:t>thinking" aur zehni irtiqaa, dono ek sath jama nahi ho sakte.</w:t>
      </w:r>
    </w:p>
    <w:p>
      <w:pPr>
        <w:jc w:val="right"/>
      </w:pPr>
      <w:r>
        <w:t>thinking" اور ذہنی ارتقاء، دونوں ایک ساتھ جمع نہیں ہو سکتے۔</w:t>
      </w:r>
    </w:p>
    <w:p>
      <w:r>
        <w:rPr>
          <w:b/>
        </w:rPr>
        <w:t xml:space="preserve">[1:21:02] </w:t>
      </w:r>
      <w:r>
        <w:t>Main ne kaha ke aaj kal yeh haal hai ke shohar aur biwi ke liye un ka bachha</w:t>
      </w:r>
    </w:p>
    <w:p>
      <w:pPr>
        <w:jc w:val="right"/>
      </w:pPr>
      <w:r>
        <w:t>میں نے کہا کہ آج کل یہ حال ہے کہ شوہر اور بیوی کے لیے ان کا بچہ</w:t>
      </w:r>
    </w:p>
    <w:p>
      <w:r>
        <w:rPr>
          <w:b/>
        </w:rPr>
        <w:t xml:space="preserve">[1:21:10] </w:t>
      </w:r>
      <w:r>
        <w:t>amalan "little god" hota hai, magar jis shohar ya jis biwi ke zariye yeh bachha paida hua</w:t>
      </w:r>
    </w:p>
    <w:p>
      <w:pPr>
        <w:jc w:val="right"/>
      </w:pPr>
      <w:r>
        <w:t>عملاً "لٹل گاڈ" ہوتا ہے، مگر جس شوہر یا جس بیوی کے ذریعے یہ بچہ پیدا ہوا</w:t>
      </w:r>
    </w:p>
    <w:p>
      <w:r>
        <w:rPr>
          <w:b/>
        </w:rPr>
        <w:t xml:space="preserve">[1:21:17] </w:t>
      </w:r>
      <w:r>
        <w:t>, us se dono ko doori hoti hai.</w:t>
      </w:r>
    </w:p>
    <w:p>
      <w:pPr>
        <w:jc w:val="right"/>
      </w:pPr>
      <w:r>
        <w:t>، اس سے دونوں کو دوری ہوتی ہے۔</w:t>
      </w:r>
    </w:p>
    <w:p>
      <w:r>
        <w:rPr>
          <w:b/>
        </w:rPr>
        <w:t xml:space="preserve">[1:21:25] </w:t>
      </w:r>
      <w:r>
        <w:t>Qana'at aur taraqqi: kitab "tarbiyat-e-aulad" Maulana Wahiduddin Khan, safha number 37.</w:t>
      </w:r>
    </w:p>
    <w:p>
      <w:pPr>
        <w:jc w:val="right"/>
      </w:pPr>
      <w:r>
        <w:t>قناعت اور ترقی: کتاب "تربیتِ اولاد" مولانا وحید الدین خان، صفحہ نمبر 37۔</w:t>
      </w:r>
    </w:p>
    <w:p>
      <w:r>
        <w:rPr>
          <w:b/>
        </w:rPr>
        <w:t xml:space="preserve">[1:21:32] </w:t>
      </w:r>
      <w:r>
        <w:t>Kam aamdani wale logon mein main ne aksar ek mushtark mizaj paya hai.</w:t>
      </w:r>
    </w:p>
    <w:p>
      <w:pPr>
        <w:jc w:val="right"/>
      </w:pPr>
      <w:r>
        <w:t>کم آمدنی والے لوگوں میں میں نے اکثر ایک مشترک مزاج پایا ہے۔</w:t>
      </w:r>
    </w:p>
    <w:p>
      <w:r>
        <w:rPr>
          <w:b/>
        </w:rPr>
        <w:t xml:space="preserve">[1:21:40] </w:t>
      </w:r>
      <w:r>
        <w:t>Woh yeh ke yeh log aksar is fikr mein rehte hain ke apni aa</w:t>
      </w:r>
    </w:p>
    <w:p>
      <w:pPr>
        <w:jc w:val="right"/>
      </w:pPr>
      <w:r>
        <w:t>وہ یہ کہ یہ لوگ اکثر اس فکر میں رہتے ہیں کہ اپنی آ</w:t>
      </w:r>
    </w:p>
    <w:p>
      <w:r>
        <w:rPr>
          <w:b/>
        </w:rPr>
        <w:t xml:space="preserve">[1:21:47] </w:t>
      </w:r>
      <w:r>
        <w:t>mdani ko kisi na kisi tarah badhayen taake un ke bachhon ko zyada aaram o rahat mil sake.</w:t>
      </w:r>
    </w:p>
    <w:p>
      <w:pPr>
        <w:jc w:val="right"/>
      </w:pPr>
      <w:r>
        <w:t>مدنی کو کسی نہ کسی طرح بڑھائیں تاکہ ان کے بچوں کو زیادہ آرام و راحت مل سکے۔</w:t>
      </w:r>
    </w:p>
    <w:p>
      <w:r>
        <w:rPr>
          <w:b/>
        </w:rPr>
        <w:t xml:space="preserve">[1:21:53] </w:t>
      </w:r>
      <w:r>
        <w:t>Is qism ke ek sahib ko mashwara dete hue main ne kaha ke yeh ek galat mizaj hai.</w:t>
      </w:r>
    </w:p>
    <w:p>
      <w:pPr>
        <w:jc w:val="right"/>
      </w:pPr>
      <w:r>
        <w:t>اس قسم کے ایک صاحب کو مشورہ دیتے ہوئے میں نے کہا کہ یہ ایک غلط مزاج ہے۔</w:t>
      </w:r>
    </w:p>
    <w:p>
      <w:r>
        <w:rPr>
          <w:b/>
        </w:rPr>
        <w:t xml:space="preserve">[1:21:59] </w:t>
      </w:r>
      <w:r>
        <w:t>Yeh mizaj aadmi ko tarah tarah se nuqsan pahanchata hai, yahan tak ke is ka mila hua sukoon</w:t>
      </w:r>
    </w:p>
    <w:p>
      <w:pPr>
        <w:jc w:val="right"/>
      </w:pPr>
      <w:r>
        <w:t>یہ مزاج آدمی کو طرح طرح سے نقصان پہنچاتا ہے، یہاں تک کہ اس کا ملا ہوا سکون</w:t>
      </w:r>
    </w:p>
    <w:p>
      <w:r>
        <w:rPr>
          <w:b/>
        </w:rPr>
        <w:t xml:space="preserve">[1:22:06] </w:t>
      </w:r>
      <w:r>
        <w:t>bhi darham barham ho jata hai.</w:t>
      </w:r>
    </w:p>
    <w:p>
      <w:pPr>
        <w:jc w:val="right"/>
      </w:pPr>
      <w:r>
        <w:t>بھی درہم برہم ہو جاتا ہے۔</w:t>
      </w:r>
    </w:p>
    <w:p>
      <w:r>
        <w:rPr>
          <w:b/>
        </w:rPr>
        <w:t xml:space="preserve">[1:22:12] </w:t>
      </w:r>
      <w:r>
        <w:t>Is ke bar aks sahih mizaj yeh hai</w:t>
      </w:r>
    </w:p>
    <w:p>
      <w:pPr>
        <w:jc w:val="right"/>
      </w:pPr>
      <w:r>
        <w:t>اس کے برعکس صحیح مزاج یہ ہے</w:t>
      </w:r>
    </w:p>
    <w:p>
      <w:r>
        <w:rPr>
          <w:b/>
        </w:rPr>
        <w:t xml:space="preserve">[1:22:18] </w:t>
      </w:r>
      <w:r>
        <w:t>ke aadmi aindah taraqqi ke maamle ko bachchon par chhod de. us ko jo kuch mil raha hai, us par woh raazi reh kar guzara karne ki koshish kare. is ki aamdani agar fitri taur par barh jaye to woh us ko Allah ka inaam samajh kar ada kare, lekin woh apni aamdani ko badhane ke liye zyada haath paon na maare. us ko chahiye ke woh zyada aa</w:t>
      </w:r>
    </w:p>
    <w:p>
      <w:pPr>
        <w:jc w:val="right"/>
      </w:pPr>
      <w:r>
        <w:t>کہ آدمی آئندہ ترقی کے معاملے کو بچوں پر چھوڑ دے۔ اس کو جو کچھ مل رہا ہے، اس پر وہ راضی رہ کر گزارا کرنے کی کوشش کرے۔ اس کی آمدنی اگر فطری طور پر بڑھ جائے تو وہ اس کو اللہ کا انعام سمجھ کر ادا کرے، لیکن وہ اپنی آمدنی کو بڑھانے کے لیے زیادہ ہاتھ پاؤں نہ مارے۔ اس کو چاہیے کہ وہ زیادہ آ</w:t>
      </w:r>
    </w:p>
    <w:p>
      <w:r>
        <w:rPr>
          <w:b/>
        </w:rPr>
        <w:t xml:space="preserve">[1:22:48] </w:t>
      </w:r>
      <w:r>
        <w:t>mdani ke liye apne bachhon ko tayyar kare.</w:t>
      </w:r>
    </w:p>
    <w:p>
      <w:pPr>
        <w:jc w:val="right"/>
      </w:pPr>
      <w:r>
        <w:t>مدنی کے لیے اپنے بچوں کو تیار کرے۔</w:t>
      </w:r>
    </w:p>
    <w:p>
      <w:r>
        <w:rPr>
          <w:b/>
        </w:rPr>
        <w:t xml:space="preserve">[1:22:55] </w:t>
      </w:r>
      <w:r>
        <w:t>Bachhon ko taleem dena, bachhon ko hunar sikhana, bachhon ke andar shaoor-e-hayat paida karna, yeh sab mustaqbil</w:t>
      </w:r>
    </w:p>
    <w:p>
      <w:pPr>
        <w:jc w:val="right"/>
      </w:pPr>
      <w:r>
        <w:t>بچوں کو تعلیم دینا، بچوں کو ہنر سکھانا، بچوں کے اندر شعور حیات پیدا کرنا، یہ سب مستقبل</w:t>
      </w:r>
    </w:p>
    <w:p>
      <w:r>
        <w:rPr>
          <w:b/>
        </w:rPr>
        <w:t xml:space="preserve">[1:23:03] </w:t>
      </w:r>
      <w:r>
        <w:t>ke liye is ka nishana hona chahiye.</w:t>
      </w:r>
    </w:p>
    <w:p>
      <w:pPr>
        <w:jc w:val="right"/>
      </w:pPr>
      <w:r>
        <w:t>کے لیے اس کا نشانہ ہونا چاہیے۔</w:t>
      </w:r>
    </w:p>
    <w:p>
      <w:r>
        <w:rPr>
          <w:b/>
        </w:rPr>
        <w:t xml:space="preserve">[1:23:10] </w:t>
      </w:r>
      <w:r>
        <w:t>Is ka do nukati formula yeh hona chahiye: apne liye qana'at aur bachhon ke liye taraqqi. Rizq ka</w:t>
      </w:r>
    </w:p>
    <w:p>
      <w:pPr>
        <w:jc w:val="right"/>
      </w:pPr>
      <w:r>
        <w:t>اس کا دو نکاتی فارمولا یہ ہونا چاہیے: اپنے لیے قناعت اور بچوں کے لیے ترقی۔ رزق کا</w:t>
      </w:r>
    </w:p>
    <w:p>
      <w:r>
        <w:rPr>
          <w:b/>
        </w:rPr>
        <w:t xml:space="preserve">[1:23:18] </w:t>
      </w:r>
      <w:r>
        <w:t>muamla: kitab "tarbiyat-e-aulad" Maulana Wahiduddin Khan, safha number 38.</w:t>
      </w:r>
    </w:p>
    <w:p>
      <w:pPr>
        <w:jc w:val="right"/>
      </w:pPr>
      <w:r>
        <w:t>معاملہ: کتاب "تربیتِ اولاد" مولانا وحید الدین خان، صفحہ نمبر 38۔</w:t>
      </w:r>
    </w:p>
    <w:p>
      <w:r>
        <w:rPr>
          <w:b/>
        </w:rPr>
        <w:t xml:space="preserve">[1:23:25] </w:t>
      </w:r>
      <w:r>
        <w:t>quran mein ek haqeeqat in alfaaz mein bayan ki gayi hai: wa ma tadri nafsun ma dza taksibu ghadan wa ma</w:t>
      </w:r>
    </w:p>
    <w:p>
      <w:pPr>
        <w:jc w:val="right"/>
      </w:pPr>
      <w:r>
        <w:t>قرآن میں ایک حقیقت ان الفاظ میں بیان کی گئی ہے: وَمَا تَدْرِي نَفْسٌ مَاذَا تَكْسِبُ غَدًا وَمَا</w:t>
      </w:r>
    </w:p>
    <w:p>
      <w:r>
        <w:rPr>
          <w:b/>
        </w:rPr>
        <w:t xml:space="preserve">[1:23:33] </w:t>
      </w:r>
      <w:r>
        <w:t>tadri nafsun bi ayyi ardhin tamutu surah number 31 ayat 34.</w:t>
      </w:r>
    </w:p>
    <w:p>
      <w:pPr>
        <w:jc w:val="right"/>
      </w:pPr>
      <w:r>
        <w:t>تَدْرِي نَفْسٌ بِأَيِّ أَرْضٍ تَمُوتُ سورہ نمبر 31 آیت 34۔</w:t>
      </w:r>
    </w:p>
    <w:p>
      <w:r>
        <w:rPr>
          <w:b/>
        </w:rPr>
        <w:t xml:space="preserve">[1:23:40] </w:t>
      </w:r>
      <w:r>
        <w:t>yani aur koi shakhs nahin ja</w:t>
      </w:r>
    </w:p>
    <w:p>
      <w:pPr>
        <w:jc w:val="right"/>
      </w:pPr>
      <w:r>
        <w:t>یعنی اور کوئی شخص نہیں ج</w:t>
      </w:r>
    </w:p>
    <w:p>
      <w:r>
        <w:rPr>
          <w:b/>
        </w:rPr>
        <w:t xml:space="preserve">[1:23:48] </w:t>
      </w:r>
      <w:r>
        <w:t>janta ke kal woh kya kamai karega, aur koi shakhs nahin jaanta ke woh kis zameen par marega. isi baat ko ek hadees-e-rasool mein bayan kiya gaya hai. is hadees ka tarjuma yeh hai: Jibrael ne mere dil mein yeh baat daali ke tum mein se koi is duniya se hargiz nahin ja sakta, yahan tak ke woh apne rizq ko mukammal kar de. حَتَّى يَ</w:t>
      </w:r>
    </w:p>
    <w:p>
      <w:pPr>
        <w:jc w:val="right"/>
      </w:pPr>
      <w:r>
        <w:t>انتا کہ کل وہ کیا کمائی کرے گا، اور کوئی شخص نہیں جانتا کہ وہ کس زمین پر مرے گا۔ اسی بات کو ایک حدیث رسول میں بیان کیا گیا ہے۔ اس حدیث کا ترجمہ یہ ہے: جبرائیل نے میرے دل میں یہ بات ڈالی کہ تم میں سے کوئی اس دنیا سے ہرگز نہیں جا سکتا، یہاں تک کہ وہ اپنے رزق کو مکمل کر دے۔ حَتَّى يَ</w:t>
      </w:r>
    </w:p>
    <w:p>
      <w:r>
        <w:rPr>
          <w:b/>
        </w:rPr>
        <w:t xml:space="preserve">[1:24:18] </w:t>
      </w:r>
      <w:r>
        <w:t>istaqmil rizqahu to aye logon!</w:t>
      </w:r>
    </w:p>
    <w:p>
      <w:pPr>
        <w:jc w:val="right"/>
      </w:pPr>
      <w:r>
        <w:t>سْتَقْمِلَ رِزْقَهُ تو اے لوگوں!</w:t>
      </w:r>
    </w:p>
    <w:p>
      <w:r>
        <w:rPr>
          <w:b/>
        </w:rPr>
        <w:t xml:space="preserve">[1:24:24] </w:t>
      </w:r>
      <w:r>
        <w:t>allah ka taqwa ikhtiyar karo aur talab mein khoobsurti paida karo.</w:t>
      </w:r>
    </w:p>
    <w:p>
      <w:pPr>
        <w:jc w:val="right"/>
      </w:pPr>
      <w:r>
        <w:t>اللہ کا تقویٰ اختیار کرو اور طلب میں خوبصورتی پیدا کرو۔</w:t>
      </w:r>
    </w:p>
    <w:p>
      <w:r>
        <w:rPr>
          <w:b/>
        </w:rPr>
        <w:t xml:space="preserve">[1:24:30] </w:t>
      </w:r>
      <w:r>
        <w:t>mustadrak al-hakim hadith number 2136.</w:t>
      </w:r>
    </w:p>
    <w:p>
      <w:pPr>
        <w:jc w:val="right"/>
      </w:pPr>
      <w:r>
        <w:t>مستدرک الحاکم حدیث نمبر 2136۔</w:t>
      </w:r>
    </w:p>
    <w:p>
      <w:r>
        <w:rPr>
          <w:b/>
        </w:rPr>
        <w:t xml:space="preserve">[1:24:37] </w:t>
      </w:r>
      <w:r>
        <w:t>quran ki is ayat aur is hadith rasool ka mutala karne se maloom hota hai ke insaan ki</w:t>
      </w:r>
    </w:p>
    <w:p>
      <w:pPr>
        <w:jc w:val="right"/>
      </w:pPr>
      <w:r>
        <w:t>قرآن کی اس آیت اور اس حدیث رسول کا مطالعہ کرنے سے معلوم ہوتا ہے کہ انسان کی</w:t>
      </w:r>
    </w:p>
    <w:p>
      <w:r>
        <w:rPr>
          <w:b/>
        </w:rPr>
        <w:t xml:space="preserve">[1:24:43] </w:t>
      </w:r>
      <w:r>
        <w:t>ma'ash ka muamla khuda ki taraf se tay hota hai, na ke insaan ke baap ki taraf se.</w:t>
      </w:r>
    </w:p>
    <w:p>
      <w:pPr>
        <w:jc w:val="right"/>
      </w:pPr>
      <w:r>
        <w:t>معاش کا معاملہ خدا کی طرف سے طے ہوتا ہے، نہ کہ انسان کے باپ کی طرف سے۔</w:t>
      </w:r>
    </w:p>
    <w:p>
      <w:r>
        <w:rPr>
          <w:b/>
        </w:rPr>
        <w:t xml:space="preserve">[1:24:49] </w:t>
      </w:r>
      <w:r>
        <w:t>maujooda zamana is muamle ka ek mazahira, yani demonstration hai.</w:t>
      </w:r>
    </w:p>
    <w:p>
      <w:pPr>
        <w:jc w:val="right"/>
      </w:pPr>
      <w:r>
        <w:t>موجودہ زمانہ اس معاملے کا ایک مظاہرہ، یعنی ڈیمونسٹریشن ہے۔</w:t>
      </w:r>
    </w:p>
    <w:p>
      <w:r>
        <w:rPr>
          <w:b/>
        </w:rPr>
        <w:t xml:space="preserve">[1:24:55] </w:t>
      </w:r>
      <w:r>
        <w:t>maujooda zamane mein taqreeban har jagah yeh manzar dikhai de raha hai ke baap andha dhund kamata hai.</w:t>
      </w:r>
    </w:p>
    <w:p>
      <w:pPr>
        <w:jc w:val="right"/>
      </w:pPr>
      <w:r>
        <w:t>موجودہ زمانے میں تقریباً ہر جگہ یہ منظر دکھائی دے رہا ہے کہ باپ اندھا دھند کماتا ہے۔</w:t>
      </w:r>
    </w:p>
    <w:p>
      <w:r>
        <w:rPr>
          <w:b/>
        </w:rPr>
        <w:t xml:space="preserve">[1:25:01] </w:t>
      </w:r>
      <w:r>
        <w:t>iska yeh kamana aur ghar banana is liye hota hai ke iske bachche iske andar</w:t>
      </w:r>
    </w:p>
    <w:p>
      <w:pPr>
        <w:jc w:val="right"/>
      </w:pPr>
      <w:r>
        <w:t>اس کا یہ کمانا اور گھر بنانا اس لیے ہوتا ہے کہ اس کے بچے اس کے اندر</w:t>
      </w:r>
    </w:p>
    <w:p>
      <w:r>
        <w:rPr>
          <w:b/>
        </w:rPr>
        <w:t xml:space="preserve">[1:25:07] </w:t>
      </w:r>
      <w:r>
        <w:t>aaram ki zindagi guzaren.</w:t>
      </w:r>
    </w:p>
    <w:p>
      <w:pPr>
        <w:jc w:val="right"/>
      </w:pPr>
      <w:r>
        <w:t>آرام کی زندگی گزاریں۔</w:t>
      </w:r>
    </w:p>
    <w:p>
      <w:r>
        <w:rPr>
          <w:b/>
        </w:rPr>
        <w:t xml:space="preserve">[1:25:13] </w:t>
      </w:r>
      <w:r>
        <w:t>lekin har ek ke sath yeh waqea pesh aata hai ke baap ki banai hui</w:t>
      </w:r>
    </w:p>
    <w:p>
      <w:pPr>
        <w:jc w:val="right"/>
      </w:pPr>
      <w:r>
        <w:t>لیکن ہر ایک کے ساتھ یہ واقعہ پیش آتا ہے کہ باپ کی بنائی ہوئی</w:t>
      </w:r>
    </w:p>
    <w:p>
      <w:r>
        <w:rPr>
          <w:b/>
        </w:rPr>
        <w:t xml:space="preserve">[1:25:20] </w:t>
      </w:r>
      <w:r>
        <w:t>duniya mein rehna un ko naseeb nahin hota. woh amal'an is duniya mein jeeta aur marta hai jo us ne khud banai thi. gehrai ke saath dekha jaye to sirf ek nasal mein zindagi ka saara naqsha badal jata hai. baap ne kuch chaha tha aur amal'an kuch aur hua. is aam tajrube se maloom hota hai ke baap ka kaam yeh nahin hai ke woh raaziq ban</w:t>
      </w:r>
    </w:p>
    <w:p>
      <w:pPr>
        <w:jc w:val="right"/>
      </w:pPr>
      <w:r>
        <w:t>دنیا میں رہنا ان کو نصیب نہیں ہوتا۔ وہ عملاً اس دنیا میں جیتا اور مرتا ہے جو اس نے خود بنائی تھی۔ گہرائی کے ساتھ دیکھا جائے تو صرف ایک نسل میں زندگی کا سارا نقشہ بدل جاتا ہے۔ باپ نے کچھ چاہا تھا اور عملاً کچھ اور ہوا۔ اس عام تجربے سے معلوم ہوتا ہے کہ باپ کا کام یہ نہیں ہے کہ وہ رازق بن</w:t>
      </w:r>
    </w:p>
    <w:p>
      <w:r>
        <w:rPr>
          <w:b/>
        </w:rPr>
        <w:t xml:space="preserve">[1:25:50] </w:t>
      </w:r>
      <w:r>
        <w:t>ne ki koshish kare.</w:t>
      </w:r>
    </w:p>
    <w:p>
      <w:pPr>
        <w:jc w:val="right"/>
      </w:pPr>
      <w:r>
        <w:t>نے کی کوشش کرے۔</w:t>
      </w:r>
    </w:p>
    <w:p>
      <w:r>
        <w:rPr>
          <w:b/>
        </w:rPr>
        <w:t xml:space="preserve">[1:25:56] </w:t>
      </w:r>
      <w:r>
        <w:t>baap ka kaam sirf yeh hai ke woh apni aulad ko zindagi ka shaoor de.</w:t>
      </w:r>
    </w:p>
    <w:p>
      <w:pPr>
        <w:jc w:val="right"/>
      </w:pPr>
      <w:r>
        <w:t>باپ کا کام صرف یہ ہے کہ وہ اپنی اولاد کو زندگی کا شعور دے۔</w:t>
      </w:r>
    </w:p>
    <w:p>
      <w:r>
        <w:rPr>
          <w:b/>
        </w:rPr>
        <w:t xml:space="preserve">[1:26:02] </w:t>
      </w:r>
      <w:r>
        <w:t>woh apni aulad ko raaz-e-hayat bataye.</w:t>
      </w:r>
    </w:p>
    <w:p>
      <w:pPr>
        <w:jc w:val="right"/>
      </w:pPr>
      <w:r>
        <w:t>وہ اپنی اولاد کو راز حیات بتائے۔</w:t>
      </w:r>
    </w:p>
    <w:p>
      <w:r>
        <w:rPr>
          <w:b/>
        </w:rPr>
        <w:t xml:space="preserve">[1:26:08] </w:t>
      </w:r>
      <w:r>
        <w:t>woh apni aulad ko khaliq ka takhleeqi naqsha bataye, na yeh ke woh khud khaliq ki seat par baith jaye.</w:t>
      </w:r>
    </w:p>
    <w:p>
      <w:pPr>
        <w:jc w:val="right"/>
      </w:pPr>
      <w:r>
        <w:t>وہ اپنی اولاد کو خالق کا تخلیقی نقشہ بتائے، نہ یہ کہ وہ خود خالق کی سیٹ پر بیٹھ جائے۔</w:t>
      </w:r>
    </w:p>
    <w:p>
      <w:r>
        <w:rPr>
          <w:b/>
        </w:rPr>
        <w:t xml:space="preserve">[1:26:14] </w:t>
      </w:r>
      <w:r>
        <w:t>iske ilawa baap kuch bhi kare, lekin amalan wahi hoga jo khaliq ne muqaddar kiya hai.</w:t>
      </w:r>
    </w:p>
    <w:p>
      <w:pPr>
        <w:jc w:val="right"/>
      </w:pPr>
      <w:r>
        <w:t>اس کے علاوہ باپ کچھ بھی کرے، لیکن عملاً وہی ہوگا جو خالق نے مقدر کیا ہے۔</w:t>
      </w:r>
    </w:p>
    <w:p>
      <w:r>
        <w:rPr>
          <w:b/>
        </w:rPr>
        <w:t xml:space="preserve">[1:26:20] </w:t>
      </w:r>
      <w:r>
        <w:t>walidain ki zimmedari: kitaab "tarbiyat-e-aulad" Maulana Wahiduddin Khan, safha number 39. hadees ki kitabon mein ek riwayat aayi hai. is ka tarjuma yeh hai: Abu Huraira se riwayat hai ke Rasool Allah Sallallahu Alaihi Wasallam ne farmaya: "Har paida hone wala fitrat yaani sahih par paida</w:t>
      </w:r>
    </w:p>
    <w:p>
      <w:pPr>
        <w:jc w:val="right"/>
      </w:pPr>
      <w:r>
        <w:t>والدین کی ذمہ داری: کتاب "تربیتِ اولاد" مولانا وحید الدین خان، صفحہ نمبر 39۔ حدیث کی کتابوں میں ایک روایت آئی ہے۔ اس کا ترجمہ یہ ہے: ابوہریرہ سے روایت ہے کہ رسول اللہ صلی اللہ علیہ وسلم نے فرمایا: "ہر پیدا ہونے والا فطرت یعنی صحیح پر پیدا</w:t>
      </w:r>
    </w:p>
    <w:p>
      <w:r>
        <w:rPr>
          <w:b/>
        </w:rPr>
        <w:t xml:space="preserve">[1:26:50] </w:t>
      </w:r>
      <w:r>
        <w:t>hota hai.</w:t>
      </w:r>
    </w:p>
    <w:p>
      <w:pPr>
        <w:jc w:val="right"/>
      </w:pPr>
      <w:r>
        <w:t>ہوتا ہے۔</w:t>
      </w:r>
    </w:p>
    <w:p>
      <w:r>
        <w:rPr>
          <w:b/>
        </w:rPr>
        <w:t xml:space="preserve">[1:26:55] </w:t>
      </w:r>
      <w:r>
        <w:t>phir iske maa baap isko yahudi bana dete hain, ya isko nasrani bana dete hain,</w:t>
      </w:r>
    </w:p>
    <w:p>
      <w:pPr>
        <w:jc w:val="right"/>
      </w:pPr>
      <w:r>
        <w:t>پھر اس کے ماں باپ اس کو یہودی بنا دیتے ہیں، یا اس کو نصرانی بنا دیتے ہیں،</w:t>
      </w:r>
    </w:p>
    <w:p>
      <w:r>
        <w:rPr>
          <w:b/>
        </w:rPr>
        <w:t xml:space="preserve">[1:27:01] </w:t>
      </w:r>
      <w:r>
        <w:t>ya isko majusi bana dete hain." sahih al- Bukhari hadith number 1358.</w:t>
      </w:r>
    </w:p>
    <w:p>
      <w:pPr>
        <w:jc w:val="right"/>
      </w:pPr>
      <w:r>
        <w:t>یا اس کو مجوسی بنا دیتے ہیں۔" صحیح البخاری حدیث نمبر 1358۔</w:t>
      </w:r>
    </w:p>
    <w:p>
      <w:r>
        <w:rPr>
          <w:b/>
        </w:rPr>
        <w:t xml:space="preserve">[1:27:06] </w:t>
      </w:r>
      <w:r>
        <w:t>iska matlab sirf mazhabi ma'anon mein yahudi aur eesai aur majusi banana nahin hai.</w:t>
      </w:r>
    </w:p>
    <w:p>
      <w:pPr>
        <w:jc w:val="right"/>
      </w:pPr>
      <w:r>
        <w:t>اس کا مطلب صرف مذہبی معنوں میں یہودی اور عیسائی اور مجوسی بنانا نہیں ہے۔</w:t>
      </w:r>
    </w:p>
    <w:p>
      <w:r>
        <w:rPr>
          <w:b/>
        </w:rPr>
        <w:t xml:space="preserve">[1:27:11] </w:t>
      </w:r>
      <w:r>
        <w:t>yeh to banane ki aakhri soorat hai.</w:t>
      </w:r>
    </w:p>
    <w:p>
      <w:pPr>
        <w:jc w:val="right"/>
      </w:pPr>
      <w:r>
        <w:t>یہ تو بنانے کی آخری صورت ہے۔</w:t>
      </w:r>
    </w:p>
    <w:p>
      <w:r>
        <w:rPr>
          <w:b/>
        </w:rPr>
        <w:t xml:space="preserve">[1:27:16] </w:t>
      </w:r>
      <w:r>
        <w:t>haqeeqat yeh hai</w:t>
      </w:r>
    </w:p>
    <w:p>
      <w:pPr>
        <w:jc w:val="right"/>
      </w:pPr>
      <w:r>
        <w:t>حقیقت یہ ہے</w:t>
      </w:r>
    </w:p>
    <w:p>
      <w:r>
        <w:rPr>
          <w:b/>
        </w:rPr>
        <w:t xml:space="preserve">[1:27:21] </w:t>
      </w:r>
      <w:r>
        <w:t>keh is mein har woh bigaad shaamil hai jo waldein ke zariye un ki aulaad mein paida hota hai.</w:t>
      </w:r>
    </w:p>
    <w:p>
      <w:pPr>
        <w:jc w:val="right"/>
      </w:pPr>
      <w:r>
        <w:t>کہ اس میں ہر وہ بگاڑ شامل ہے جو والدین کے ذریعے ان کی اولاد میں پیدا ہوتا ہے۔</w:t>
      </w:r>
    </w:p>
    <w:p>
      <w:r>
        <w:rPr>
          <w:b/>
        </w:rPr>
        <w:t xml:space="preserve">[1:27:29] </w:t>
      </w:r>
      <w:r>
        <w:t>Chunancha doosri riwayaton mein aam alfaaz bhi aaye hain.</w:t>
      </w:r>
    </w:p>
    <w:p>
      <w:pPr>
        <w:jc w:val="right"/>
      </w:pPr>
      <w:r>
        <w:t>چنانچہ دوسری روایتوں میں عمومی الفاظ بھی آئے ہیں۔</w:t>
      </w:r>
    </w:p>
    <w:p>
      <w:r>
        <w:rPr>
          <w:b/>
        </w:rPr>
        <w:t xml:space="preserve">[1:27:36] </w:t>
      </w:r>
      <w:r>
        <w:t>Mislan aik riwayat yeh hai: An Jabir bin Abdullah qaal qaal Rasool Allah salla Allah alaihi wa sallam kull</w:t>
      </w:r>
    </w:p>
    <w:p>
      <w:pPr>
        <w:jc w:val="right"/>
      </w:pPr>
      <w:r>
        <w:t>مثلاً ایک روایت یہ ہے: عن جابر بن عبداللہ قال قال رسول اللہ صلی اللہ علیہ وسلم کل</w:t>
      </w:r>
    </w:p>
    <w:p>
      <w:r>
        <w:rPr>
          <w:b/>
        </w:rPr>
        <w:t xml:space="preserve">[1:27:44] </w:t>
      </w:r>
      <w:r>
        <w:t>maulood yulad ala al-fitra hatta yu'rab anhu lisaanuhu fa-izaa a'rab anhu lisaan</w:t>
      </w:r>
    </w:p>
    <w:p>
      <w:pPr>
        <w:jc w:val="right"/>
      </w:pPr>
      <w:r>
        <w:t>مولود یولد علی الفطرہ حتی یعرب عنہ لسانہ فاذا اعرب عنہ لسان</w:t>
      </w:r>
    </w:p>
    <w:p>
      <w:r>
        <w:rPr>
          <w:b/>
        </w:rPr>
        <w:t xml:space="preserve">[1:27:51] </w:t>
      </w:r>
      <w:r>
        <w:t>hu amma shaakiran wa amma kufuran Musnad Ahmad hadith number 14805.</w:t>
      </w:r>
    </w:p>
    <w:p>
      <w:pPr>
        <w:jc w:val="right"/>
      </w:pPr>
      <w:r>
        <w:t>ہ اما شاکرا واما کفورا مسند احمد حدیث نمبر 14805۔</w:t>
      </w:r>
    </w:p>
    <w:p>
      <w:r>
        <w:rPr>
          <w:b/>
        </w:rPr>
        <w:t xml:space="preserve">[1:27:59] </w:t>
      </w:r>
      <w:r>
        <w:t>Yaani Jabir bin Abdullah se riwayat hai ke Rasool Allah salla Allah alaihi wa sallam ne farmaaya: "Har paida</w:t>
      </w:r>
    </w:p>
    <w:p>
      <w:pPr>
        <w:jc w:val="right"/>
      </w:pPr>
      <w:r>
        <w:t>یعنی جابر ابن عبداللہ سے روایت ہے کہ رسول اللہ صلی اللہ علیہ وسلم نے فرمایا: "ہر پیدا</w:t>
      </w:r>
    </w:p>
    <w:p>
      <w:r>
        <w:rPr>
          <w:b/>
        </w:rPr>
        <w:t xml:space="preserve">[1:28:07] </w:t>
      </w:r>
      <w:r>
        <w:t>hone wala fitra yaani sahih par paida hota hai, yahan tak ke woh bolne lage.</w:t>
      </w:r>
    </w:p>
    <w:p>
      <w:pPr>
        <w:jc w:val="right"/>
      </w:pPr>
      <w:r>
        <w:t>ہونے والا فطرت یعنی صحیح پر پیدا ہوتا ہے، یہاں تک کہ وہ بولنے لگے۔</w:t>
      </w:r>
    </w:p>
    <w:p>
      <w:r>
        <w:rPr>
          <w:b/>
        </w:rPr>
        <w:t xml:space="preserve">[1:28:15] </w:t>
      </w:r>
      <w:r>
        <w:t>Phir jab woh bolne lagta hai to woh shukr guzaar ya na-shukra ban jaata hai.</w:t>
      </w:r>
    </w:p>
    <w:p>
      <w:pPr>
        <w:jc w:val="right"/>
      </w:pPr>
      <w:r>
        <w:t>پھر جب وہ بولنے لگتا ہے تو وہ شکر گزار یا ناشکرا بن جاتا ہے۔</w:t>
      </w:r>
    </w:p>
    <w:p>
      <w:r>
        <w:rPr>
          <w:b/>
        </w:rPr>
        <w:t xml:space="preserve">[1:28:23] </w:t>
      </w:r>
      <w:r>
        <w:t>Bachche paida hote hi bolne nahi lagte.</w:t>
      </w:r>
    </w:p>
    <w:p>
      <w:pPr>
        <w:jc w:val="right"/>
      </w:pPr>
      <w:r>
        <w:t>بچے پیدا ہوتے ہی بولنے نہیں لگتے۔</w:t>
      </w:r>
    </w:p>
    <w:p>
      <w:r>
        <w:rPr>
          <w:b/>
        </w:rPr>
        <w:t xml:space="preserve">[1:28:28] </w:t>
      </w:r>
      <w:r>
        <w:t>Woh kuch arse ke baad bolte hain.</w:t>
      </w:r>
    </w:p>
    <w:p>
      <w:pPr>
        <w:jc w:val="right"/>
      </w:pPr>
      <w:r>
        <w:t>وہ کچھ عرصے کے بعد بولتے ہیں۔</w:t>
      </w:r>
    </w:p>
    <w:p>
      <w:r>
        <w:rPr>
          <w:b/>
        </w:rPr>
        <w:t xml:space="preserve">[1:28:33] </w:t>
      </w:r>
      <w:r>
        <w:t>Bolna shuru karne se pehle un ka rabt un ki paidaishi fitrat se hota hai.</w:t>
      </w:r>
    </w:p>
    <w:p>
      <w:pPr>
        <w:jc w:val="right"/>
      </w:pPr>
      <w:r>
        <w:t>بولنا شروع کرنے سے پہلے ان کا ربط ان کی پیدائشی فطرت سے ہوتا ہے۔</w:t>
      </w:r>
    </w:p>
    <w:p>
      <w:r>
        <w:rPr>
          <w:b/>
        </w:rPr>
        <w:t xml:space="preserve">[1:28:38] </w:t>
      </w:r>
      <w:r>
        <w:t>Bolne ke baad un ka rabt un ke qareebi mahaul se ho jaata hai.</w:t>
      </w:r>
    </w:p>
    <w:p>
      <w:pPr>
        <w:jc w:val="right"/>
      </w:pPr>
      <w:r>
        <w:t>بولنے کے بعد ان کا ربط ان کے قریبی ماحول سے ہو جاتا ہے۔</w:t>
      </w:r>
    </w:p>
    <w:p>
      <w:r>
        <w:rPr>
          <w:b/>
        </w:rPr>
        <w:t xml:space="preserve">[1:28:44] </w:t>
      </w:r>
      <w:r>
        <w:t>Jo kuch mile us par Allah ka shukr karna hai, ya us ko kisi aur ka atiya samajhna</w:t>
      </w:r>
    </w:p>
    <w:p>
      <w:pPr>
        <w:jc w:val="right"/>
      </w:pPr>
      <w:r>
        <w:t>جو کچھ ملے اس پر اللہ کا شکر کرنا ہے، یا اس کو کسی اور کا عطیہ سمجھنا</w:t>
      </w:r>
    </w:p>
    <w:p>
      <w:r>
        <w:rPr>
          <w:b/>
        </w:rPr>
        <w:t xml:space="preserve">[1:28:49] </w:t>
      </w:r>
      <w:r>
        <w:t>hai, is ka ibtidaai sabaq unhein apne maa baap se milta hai.</w:t>
      </w:r>
    </w:p>
    <w:p>
      <w:pPr>
        <w:jc w:val="right"/>
      </w:pPr>
      <w:r>
        <w:t>ہے، اس کا ابتدائی سبق انہیں اپنے ماں باپ سے ملتا ہے۔</w:t>
      </w:r>
    </w:p>
    <w:p>
      <w:r>
        <w:rPr>
          <w:b/>
        </w:rPr>
        <w:t xml:space="preserve">[1:28:54] </w:t>
      </w:r>
      <w:r>
        <w:t>Kisi ko chhota dekh kar us ko haqeer samajhna, ya kisi ko bada dekh kar jal uthna, yeh</w:t>
      </w:r>
    </w:p>
    <w:p>
      <w:pPr>
        <w:jc w:val="right"/>
      </w:pPr>
      <w:r>
        <w:t>کسی کو چھوٹا دیکھ کر اس کو حقیر سمجھنا، یا کسی کو بڑا دیکھ کر جل اٹھنا، یہ</w:t>
      </w:r>
    </w:p>
    <w:p>
      <w:r>
        <w:rPr>
          <w:b/>
        </w:rPr>
        <w:t xml:space="preserve">[1:29:02] </w:t>
      </w:r>
      <w:r>
        <w:t>bhi pehli baar un ko apne waldein hi ke zariye maloom hota hai.</w:t>
      </w:r>
    </w:p>
    <w:p>
      <w:pPr>
        <w:jc w:val="right"/>
      </w:pPr>
      <w:r>
        <w:t>بھی پہلی بار ان کو اپنے والدین ہی کے ذریعے معلوم ہوتا ہے۔</w:t>
      </w:r>
    </w:p>
    <w:p>
      <w:r>
        <w:rPr>
          <w:b/>
        </w:rPr>
        <w:t xml:space="preserve">[1:29:09] </w:t>
      </w:r>
      <w:r>
        <w:t>Is tarah waldein ya to apne bachchon ko naik amal banate hain, ya un ko bad-amal bana dete hain.</w:t>
      </w:r>
    </w:p>
    <w:p>
      <w:pPr>
        <w:jc w:val="right"/>
      </w:pPr>
      <w:r>
        <w:t>اس طرح والدین یا تو اپنے بچوں کو نیک عمل بناتے ہیں، یا ان کو بدعمل بنا دیتے ہیں۔</w:t>
      </w:r>
    </w:p>
    <w:p>
      <w:r>
        <w:rPr>
          <w:b/>
        </w:rPr>
        <w:t xml:space="preserve">[1:29:17] </w:t>
      </w:r>
      <w:r>
        <w:t>Bachche ka ghar is ka sab se pehla madrasa hai, aur bachche ke waldein is ke sab se pehle mu'allim.</w:t>
      </w:r>
    </w:p>
    <w:p>
      <w:pPr>
        <w:jc w:val="right"/>
      </w:pPr>
      <w:r>
        <w:t>بچے کا گھر اس کا سب سے پہلا مدرسہ ہے، اور بچے کے والدین اس کے سب سے پہلے معلم۔</w:t>
      </w:r>
    </w:p>
    <w:p>
      <w:r>
        <w:rPr>
          <w:b/>
        </w:rPr>
        <w:t xml:space="preserve">[1:29:25] </w:t>
      </w:r>
      <w:r>
        <w:t>Ghar aik tarbiyat gaah: Kitaab "Tarbiyat-e-Aulaad" Maulana Wahiduddin Khan, safha number 40.</w:t>
      </w:r>
    </w:p>
    <w:p>
      <w:pPr>
        <w:jc w:val="right"/>
      </w:pPr>
      <w:r>
        <w:t>گھر ایک تربیت گاہ: کتاب "تربیتِ اولاد" مولانا وحید الدین خان، صفحہ نمبر 40۔</w:t>
      </w:r>
    </w:p>
    <w:p>
      <w:r>
        <w:rPr>
          <w:b/>
        </w:rPr>
        <w:t xml:space="preserve">[1:29:32] </w:t>
      </w:r>
      <w:r>
        <w:t>Aik riwayat ke mutabiq Rasool Allah salla Allah alaihi wa sallam ne kaha: Khairukum khairukum li-ahlihi wa ana khairukum li-ahli</w:t>
      </w:r>
    </w:p>
    <w:p>
      <w:pPr>
        <w:jc w:val="right"/>
      </w:pPr>
      <w:r>
        <w:t>ایک روایت کے مطابق رسول اللہ صلی اللہ علیہ وسلم نے کہا: خَيْرُكُمْ خَيْرُكُمْ لِأَهْلِهِ وَأَنَا خَيْرُكُمْ لِأَهْلِي</w:t>
      </w:r>
    </w:p>
    <w:p>
      <w:r>
        <w:rPr>
          <w:b/>
        </w:rPr>
        <w:t xml:space="preserve">[1:29:40] </w:t>
      </w:r>
      <w:r>
        <w:t>Ibn Majah hadith number 1977.</w:t>
      </w:r>
    </w:p>
    <w:p>
      <w:pPr>
        <w:jc w:val="right"/>
      </w:pPr>
      <w:r>
        <w:t>ابن ماجہ حدیث نمبر 1977۔</w:t>
      </w:r>
    </w:p>
    <w:p>
      <w:r>
        <w:rPr>
          <w:b/>
        </w:rPr>
        <w:t xml:space="preserve">[1:29:47] </w:t>
      </w:r>
      <w:r>
        <w:t>Yaani tum mein sab se achha woh</w:t>
      </w:r>
    </w:p>
    <w:p>
      <w:pPr>
        <w:jc w:val="right"/>
      </w:pPr>
      <w:r>
        <w:t>یعنی تم میں سب سے اچھا وہ</w:t>
      </w:r>
    </w:p>
    <w:p>
      <w:r>
        <w:rPr>
          <w:b/>
        </w:rPr>
        <w:t xml:space="preserve">[1:29:55] </w:t>
      </w:r>
      <w:r>
        <w:t>hai jo apne ghar walon ke liye acha ho, aur mein tum mein apne ghar walon ke liye sab se acha hoon. is ka matlab yeh hai ke ghar kisi samaj ka ek ibtidai unit hai. jo kuch zyada bare paimane par poore samaj mein pesh aata hai, wahi ghar ke andar chhote paimane par pesh aata hai. aadmi ke achhe ya bure hone ka faisla bahami ta'alluqat</w:t>
      </w:r>
    </w:p>
    <w:p>
      <w:pPr>
        <w:jc w:val="right"/>
      </w:pPr>
      <w:r>
        <w:t>ہے جو اپنے گھر والوں کے لیے اچھا ہو، اور میں تم میں اپنے گھر والوں کے لیے سب سے اچھا ہوں۔ اس کا مطلب یہ ہے کہ گھر کسی سماج کا ایک ابتدائی یونٹ ہے۔ جو کچھ زیادہ بڑے پیمانے پر پورے سماج میں پیش آتا ہے، وہی گھر کے اندر چھوٹے پیمانے پر پیش آتا ہے۔ آدمی کے اچھے یا برے ہونے کا فیصلہ باہمی تعلقات</w:t>
      </w:r>
    </w:p>
    <w:p>
      <w:r>
        <w:rPr>
          <w:b/>
        </w:rPr>
        <w:t xml:space="preserve">[1:30:25] </w:t>
      </w:r>
      <w:r>
        <w:t>ke darmiyan hota hai.</w:t>
      </w:r>
    </w:p>
    <w:p>
      <w:pPr>
        <w:jc w:val="right"/>
      </w:pPr>
      <w:r>
        <w:t>کے درمیان ہوتا ہے۔</w:t>
      </w:r>
    </w:p>
    <w:p>
      <w:r>
        <w:rPr>
          <w:b/>
        </w:rPr>
        <w:t xml:space="preserve">[1:30:31] </w:t>
      </w:r>
      <w:r>
        <w:t>Har ghar goya inhi tajrubaat ka aik chhota idara hai, aur har samaaj inhi tajrubaat ka aik bada idara.</w:t>
      </w:r>
    </w:p>
    <w:p>
      <w:pPr>
        <w:jc w:val="right"/>
      </w:pPr>
      <w:r>
        <w:t>ہر گھر گویا انہی تجربات کا ایک چھوٹا ادارہ ہے، اور ہر سماج انہی تجربات کا ایک بڑا ادارہ۔</w:t>
      </w:r>
    </w:p>
    <w:p>
      <w:r>
        <w:rPr>
          <w:b/>
        </w:rPr>
        <w:t xml:space="preserve">[1:30:37] </w:t>
      </w:r>
      <w:r>
        <w:t>Har aurat ya mard jab apne ahle khana ke saath zindagi guzarte hain to un ko kabhi khushgawar</w:t>
      </w:r>
    </w:p>
    <w:p>
      <w:pPr>
        <w:jc w:val="right"/>
      </w:pPr>
      <w:r>
        <w:t>ہر عورت یا مرد جب اپنے اہل خانہ کے ساتھ زندگی گزارتے ہیں تو ان کو کبھی خوشگوار</w:t>
      </w:r>
    </w:p>
    <w:p>
      <w:r>
        <w:rPr>
          <w:b/>
        </w:rPr>
        <w:t xml:space="preserve">[1:30:43] </w:t>
      </w:r>
      <w:r>
        <w:t>tajruba pesh aata hai, aur kabhi naghwaar tajruba.</w:t>
      </w:r>
    </w:p>
    <w:p>
      <w:pPr>
        <w:jc w:val="right"/>
      </w:pPr>
      <w:r>
        <w:t>تجربہ پیش آتا ہے، اور کبھی ناخوشگوار تجربہ۔</w:t>
      </w:r>
    </w:p>
    <w:p>
      <w:r>
        <w:rPr>
          <w:b/>
        </w:rPr>
        <w:t xml:space="preserve">[1:30:49] </w:t>
      </w:r>
      <w:r>
        <w:t>kisi maamle mein un ke andar nafrat ke jazbaat bharkat</w:t>
      </w:r>
    </w:p>
    <w:p>
      <w:pPr>
        <w:jc w:val="right"/>
      </w:pPr>
      <w:r>
        <w:t>کسی معاملے میں ان کے اندر نفرت کے جذبات بھڑکت</w:t>
      </w:r>
    </w:p>
    <w:p>
      <w:r>
        <w:rPr>
          <w:b/>
        </w:rPr>
        <w:t xml:space="preserve">[1:30:55] </w:t>
      </w:r>
      <w:r>
        <w:t>e hain, aur kabhi mohabbat ke jazbaat.</w:t>
      </w:r>
    </w:p>
    <w:p>
      <w:pPr>
        <w:jc w:val="right"/>
      </w:pPr>
      <w:r>
        <w:t>ے ہیں، اور کبھی محبت کے جذبات۔</w:t>
      </w:r>
    </w:p>
    <w:p>
      <w:r>
        <w:rPr>
          <w:b/>
        </w:rPr>
        <w:t xml:space="preserve">[1:31:01] </w:t>
      </w:r>
      <w:r>
        <w:t>kabhi woh khushi se dochaar hote hain, aur kabhi na khushi se.</w:t>
      </w:r>
    </w:p>
    <w:p>
      <w:pPr>
        <w:jc w:val="right"/>
      </w:pPr>
      <w:r>
        <w:t>کبھی وہ خوشی سے دوچار ہوتے ہیں، اور کبھی ناخوشی سے۔</w:t>
      </w:r>
    </w:p>
    <w:p>
      <w:r>
        <w:rPr>
          <w:b/>
        </w:rPr>
        <w:t xml:space="preserve">[1:31:07] </w:t>
      </w:r>
      <w:r>
        <w:t>kabhi un ki ana ko taskeen milti hai, aur kabhi un ki ana par chot lagti hai.</w:t>
      </w:r>
    </w:p>
    <w:p>
      <w:pPr>
        <w:jc w:val="right"/>
      </w:pPr>
      <w:r>
        <w:t>کبھی ان کی انا کو تسکین ملتی ہے، اور کبھی ان کی انا پر چوٹ لگتی ہے۔</w:t>
      </w:r>
    </w:p>
    <w:p>
      <w:r>
        <w:rPr>
          <w:b/>
        </w:rPr>
        <w:t xml:space="preserve">[1:31:13] </w:t>
      </w:r>
      <w:r>
        <w:t>kabhi woh etraaf ki soorat-e-haal mein hote hain, aur kabhi be etraaf ki soorat-e-haal mein.</w:t>
      </w:r>
    </w:p>
    <w:p>
      <w:pPr>
        <w:jc w:val="right"/>
      </w:pPr>
      <w:r>
        <w:t>کبھی وہ اعتراف کی صورتحال میں ہوتے ہیں، اور کبھی بے اعترافی کی صورتحال میں۔</w:t>
      </w:r>
    </w:p>
    <w:p>
      <w:r>
        <w:rPr>
          <w:b/>
        </w:rPr>
        <w:t xml:space="preserve">[1:31:19] </w:t>
      </w:r>
      <w:r>
        <w:t>kabhi huqooq ki adaigi ka mauqa hota hai, aur kabhi huqooq ke in</w:t>
      </w:r>
    </w:p>
    <w:p>
      <w:pPr>
        <w:jc w:val="right"/>
      </w:pPr>
      <w:r>
        <w:t>کبھی حقوق کی ادائیگی کا موقع ہوتا ہے، اور کبھی حقوق کے ان</w:t>
      </w:r>
    </w:p>
    <w:p>
      <w:r>
        <w:rPr>
          <w:b/>
        </w:rPr>
        <w:t xml:space="preserve">[1:31:25] </w:t>
      </w:r>
      <w:r>
        <w:t>teqaar ka mauqa, waghera.</w:t>
      </w:r>
    </w:p>
    <w:p>
      <w:pPr>
        <w:jc w:val="right"/>
      </w:pPr>
      <w:r>
        <w:t>کار کا موقع، وغیرہ۔</w:t>
      </w:r>
    </w:p>
    <w:p>
      <w:r>
        <w:rPr>
          <w:b/>
        </w:rPr>
        <w:t xml:space="preserve">[1:31:31] </w:t>
      </w:r>
      <w:r>
        <w:t>ghar ke andar pesh aane wali yeh mukhtalif haaltain har aurat aur har mard ke liye apni tayyari</w:t>
      </w:r>
    </w:p>
    <w:p>
      <w:pPr>
        <w:jc w:val="right"/>
      </w:pPr>
      <w:r>
        <w:t>گھر کے اندر پیش آنے والی یہ مختلف حالتیں ہر عورت اور ہر مرد کے لیے اپنی تیاری</w:t>
      </w:r>
    </w:p>
    <w:p>
      <w:r>
        <w:rPr>
          <w:b/>
        </w:rPr>
        <w:t xml:space="preserve">[1:31:37] </w:t>
      </w:r>
      <w:r>
        <w:t>ke mawaaqe hain.</w:t>
      </w:r>
    </w:p>
    <w:p>
      <w:pPr>
        <w:jc w:val="right"/>
      </w:pPr>
      <w:r>
        <w:t>کے مواقع ہیں۔</w:t>
      </w:r>
    </w:p>
    <w:p>
      <w:r>
        <w:rPr>
          <w:b/>
        </w:rPr>
        <w:t xml:space="preserve">[1:31:43] </w:t>
      </w:r>
      <w:r>
        <w:t>jo log aisa karein ke woh hamesha apne shaoor-e-imaan ko zinda rakhein, woh apna ehtisaab karte hue</w:t>
      </w:r>
    </w:p>
    <w:p>
      <w:pPr>
        <w:jc w:val="right"/>
      </w:pPr>
      <w:r>
        <w:t>جو لوگ ایسا کریں کہ وہ ہمیشہ اپنے شعورِ ایمان کو زندہ رکھیں، وہ اپنا احتساب کرتے ہوئے</w:t>
      </w:r>
    </w:p>
    <w:p>
      <w:r>
        <w:rPr>
          <w:b/>
        </w:rPr>
        <w:t xml:space="preserve">[1:31:49] </w:t>
      </w:r>
      <w:r>
        <w:t>zindagi guzarein, un ko hamesha aakhirat ki pakad ka ehsaas laga hua ho, aise logon</w:t>
      </w:r>
    </w:p>
    <w:p>
      <w:pPr>
        <w:jc w:val="right"/>
      </w:pPr>
      <w:r>
        <w:t>زندگی گزاریں، ان کو ہمیشہ آخرت کی پکڑ کا احساس لگا ہوا ہو، ایسے لوگوں</w:t>
      </w:r>
    </w:p>
    <w:p>
      <w:r>
        <w:rPr>
          <w:b/>
        </w:rPr>
        <w:t xml:space="preserve">[1:31:55] </w:t>
      </w:r>
      <w:r>
        <w:t>ka haal yeh hoga ke jab bhi mazkoor bala qism ka koi mauqa un ke saamne aayega</w:t>
      </w:r>
    </w:p>
    <w:p>
      <w:pPr>
        <w:jc w:val="right"/>
      </w:pPr>
      <w:r>
        <w:t>کا حال یہ ہوگا کہ جب بھی مذکورہ بالا قسم کا کوئی موقع ان کے سامنے آئے گا</w:t>
      </w:r>
    </w:p>
    <w:p>
      <w:r>
        <w:rPr>
          <w:b/>
        </w:rPr>
        <w:t xml:space="preserve">[1:32:01] </w:t>
      </w:r>
      <w:r>
        <w:t>to woh mutanabbih ho jayenge, aur sahih islami ravesh ko ikhtiyaar karenge.</w:t>
      </w:r>
    </w:p>
    <w:p>
      <w:pPr>
        <w:jc w:val="right"/>
      </w:pPr>
      <w:r>
        <w:t>تو وہ متنبہ ہو جائیں گے، اور صحیح اسلامی روش کو اختیار کریں گے۔</w:t>
      </w:r>
    </w:p>
    <w:p>
      <w:r>
        <w:rPr>
          <w:b/>
        </w:rPr>
        <w:t xml:space="preserve">[1:32:08] </w:t>
      </w:r>
      <w:r>
        <w:t>jo aurat aur mard apne ghar ke andar is qism ki hoshmandana zindagi guzarein, un ke liye un</w:t>
      </w:r>
    </w:p>
    <w:p>
      <w:pPr>
        <w:jc w:val="right"/>
      </w:pPr>
      <w:r>
        <w:t>جو عورت اور مرد اپنے گھر کے اندر اس قسم کی ہوشمندانہ زندگی گزاریں، ان کے لیے ان</w:t>
      </w:r>
    </w:p>
    <w:p>
      <w:r>
        <w:rPr>
          <w:b/>
        </w:rPr>
        <w:t xml:space="preserve">[1:32:14] </w:t>
      </w:r>
      <w:r>
        <w:t>ka ghar ek tarbiyat gaah ban jayega.</w:t>
      </w:r>
    </w:p>
    <w:p>
      <w:pPr>
        <w:jc w:val="right"/>
      </w:pPr>
      <w:r>
        <w:t>کا گھر ایک تربیت گاہ بن جائے گا۔</w:t>
      </w:r>
    </w:p>
    <w:p>
      <w:r>
        <w:rPr>
          <w:b/>
        </w:rPr>
        <w:t xml:space="preserve">[1:32:20] </w:t>
      </w:r>
      <w:r>
        <w:t>un ke ghar ka mahaul unhein har subah o shaam tayyar karta rahega.</w:t>
      </w:r>
    </w:p>
    <w:p>
      <w:pPr>
        <w:jc w:val="right"/>
      </w:pPr>
      <w:r>
        <w:t>ان کے گھر کا ماحول انہیں ہر صبح و شام تیار کرتا رہے گا۔</w:t>
      </w:r>
    </w:p>
    <w:p>
      <w:r>
        <w:rPr>
          <w:b/>
        </w:rPr>
        <w:t xml:space="preserve">[1:32:26] </w:t>
      </w:r>
      <w:r>
        <w:t>un ki yeh zindagi un ke liye is baat ki zamanat ban jayegi ke jab woh ghar</w:t>
      </w:r>
    </w:p>
    <w:p>
      <w:pPr>
        <w:jc w:val="right"/>
      </w:pPr>
      <w:r>
        <w:t>ان کی یہ زندگی ان کے لیے اس بات کی ضمانت بن جائے گی کہ جب وہ گھر</w:t>
      </w:r>
    </w:p>
    <w:p>
      <w:r>
        <w:rPr>
          <w:b/>
        </w:rPr>
        <w:t xml:space="preserve">[1:32:32] </w:t>
      </w:r>
      <w:r>
        <w:t>ke bahar saimaji zindagi mein aayein to woh samaaj ke andar bhi isi tarah ek haq parast insaan</w:t>
      </w:r>
    </w:p>
    <w:p>
      <w:pPr>
        <w:jc w:val="right"/>
      </w:pPr>
      <w:r>
        <w:t>کے باہر سماجی زندگی میں آئیں تو وہ سماج کے اندر بھی اسی طرح ایک حق پرست انسان</w:t>
      </w:r>
    </w:p>
    <w:p>
      <w:r>
        <w:rPr>
          <w:b/>
        </w:rPr>
        <w:t xml:space="preserve">[1:32:38] </w:t>
      </w:r>
      <w:r>
        <w:t>saabit hon, jis tarah woh apne ghar ke andar haq parast insaan saabit hue thay.</w:t>
      </w:r>
    </w:p>
    <w:p>
      <w:pPr>
        <w:jc w:val="right"/>
      </w:pPr>
      <w:r>
        <w:t>ثابت ہوں، جس طرح وہ اپنے گھر کے اندر حق پرست انسان ثابت ہوئے تھے۔</w:t>
      </w:r>
    </w:p>
    <w:p>
      <w:r>
        <w:rPr>
          <w:b/>
        </w:rPr>
        <w:t xml:space="preserve">[1:32:44] </w:t>
      </w:r>
      <w:r>
        <w:t>ek aadmi jo apne ghar ke andar ladta jhagadta ho, woh isi tarz-e-zindagi ka aadi ban jayega.</w:t>
      </w:r>
    </w:p>
    <w:p>
      <w:pPr>
        <w:jc w:val="right"/>
      </w:pPr>
      <w:r>
        <w:t>ایک آدمی جو اپنے گھر کے اندر لڑتا جھگڑتا ہو، وہ اسی طرزِ زندگی کا عادی بن جائے گا۔</w:t>
      </w:r>
    </w:p>
    <w:p>
      <w:r>
        <w:rPr>
          <w:b/>
        </w:rPr>
        <w:t xml:space="preserve">[1:32:50] </w:t>
      </w:r>
      <w:r>
        <w:t>jab woh apne ghar se bahar</w:t>
      </w:r>
    </w:p>
    <w:p>
      <w:pPr>
        <w:jc w:val="right"/>
      </w:pPr>
      <w:r>
        <w:t>جب وہ اپنے گھر سے باہر</w:t>
      </w:r>
    </w:p>
    <w:p>
      <w:r>
        <w:rPr>
          <w:b/>
        </w:rPr>
        <w:t xml:space="preserve">[1:32:56] </w:t>
      </w:r>
      <w:r>
        <w:t>aayega to yahan bhi woh logon se ladne jhagadne lagega. apne office mein, apne karobar mein, rozmarra ki zindagi mein woh doosron ke sath bhi isi tarah ghair mu'tadil andaaz mein rahega, jis tarah woh apne ghar ke andar ghair mu'tadil andaaz mein reh raha tha. is ka nateeja yeh hoga ke us ke ghar ke mamlaat bhi bigad jayenge, aur us ke bahar ke mam</w:t>
      </w:r>
    </w:p>
    <w:p>
      <w:pPr>
        <w:jc w:val="right"/>
      </w:pPr>
      <w:r>
        <w:t>آئے گا تو یہاں بھی وہ لوگوں سے لڑنے جھگڑنے لگے گا۔ اپنے آفس میں، اپنے کاروبار میں، روزمرہ کی زندگی میں وہ دوسروں کے ساتھ بھی اسی طرح غیر معتدل انداز میں رہے گا، جس طرح وہ اپنے گھر کے اندر غیر معتدل انداز میں رہ رہا تھا۔ اس کا نتیجہ یہ ہوگا کہ اس کے گھر کے معاملات بھی بگڑ جائیں گے، اور اس کے باہر کے معام</w:t>
      </w:r>
    </w:p>
    <w:p>
      <w:r>
        <w:rPr>
          <w:b/>
        </w:rPr>
        <w:t xml:space="preserve">[1:33:26] </w:t>
      </w:r>
      <w:r>
        <w:t>laat bhi. isi tarah kuch aise log hain jo apne ghar ke andar to ghair muazzab andaaz mein rehte hain, lekin jab woh bahar aate hain to doosron ke sath un ka ravaiyah tahzeeb aur shafaqat ka ravaiyah ban jata hai. is tarah woh koshish karte hain ke doosron ki nazar mein achhe bane rahein, magar yeh ek munaafiqat hai, aur Allah ko munaafiqat pasand nahin.</w:t>
      </w:r>
    </w:p>
    <w:p>
      <w:pPr>
        <w:jc w:val="right"/>
      </w:pPr>
      <w:r>
        <w:t>لات بھی۔ اسی طرح کچھ ایسے لوگ ہیں جو اپنے گھر کے اندر تو غیر مہذب انداز میں رہتے ہیں، لیکن جب وہ باہر آتے ہیں تو دوسروں کے ساتھ ان کا رویہ تہذیب اور شائستگی کا رویہ بن جاتا ہے۔ اس طرح وہ کوشش کرتے ہیں کہ دوسروں کی نظر میں اچھے بنے رہیں، مگر یہ ایک منافقت ہے، اور اللہ کو منافقت پسند نہیں۔</w:t>
      </w:r>
    </w:p>
    <w:p>
      <w:r>
        <w:rPr>
          <w:b/>
        </w:rPr>
        <w:t xml:space="preserve">[1:33:56] </w:t>
      </w:r>
      <w:r>
        <w:t>kisi musalman par jo deeni zimmedari hai, woh sirf is tarah ada nahi ho jaati ke woh</w:t>
      </w:r>
    </w:p>
    <w:p>
      <w:pPr>
        <w:jc w:val="right"/>
      </w:pPr>
      <w:r>
        <w:t>کسی مسلمان پر جو دینی ذمہ داری ہے، وہ صرف اس طرح ادا نہیں ہو جاتی کہ وہ</w:t>
      </w:r>
    </w:p>
    <w:p>
      <w:r>
        <w:rPr>
          <w:b/>
        </w:rPr>
        <w:t xml:space="preserve">[1:34:02] </w:t>
      </w:r>
      <w:r>
        <w:t>masjid mein paanch waqt ki namaz padh le, Ramzan ke roze rakh le, aur Makkah ja kar Hajj kar le.</w:t>
      </w:r>
    </w:p>
    <w:p>
      <w:pPr>
        <w:jc w:val="right"/>
      </w:pPr>
      <w:r>
        <w:t>مسجد میں پانچ وقت کی نماز پڑھ لے، رمضان کے روزے رکھ لے، اور مکہ جا کر حج کر لے۔</w:t>
      </w:r>
    </w:p>
    <w:p>
      <w:r>
        <w:rPr>
          <w:b/>
        </w:rPr>
        <w:t xml:space="preserve">[1:34:08] </w:t>
      </w:r>
      <w:r>
        <w:t>isi ke saath zaroori hai ke logon ke saath is ka akhlaq achha ho.</w:t>
      </w:r>
    </w:p>
    <w:p>
      <w:pPr>
        <w:jc w:val="right"/>
      </w:pPr>
      <w:r>
        <w:t>اسی کے ساتھ ضروری ہے کہ لوگوں کے ساتھ اس کا اخلاق اچھا ہو۔</w:t>
      </w:r>
    </w:p>
    <w:p>
      <w:r>
        <w:rPr>
          <w:b/>
        </w:rPr>
        <w:t xml:space="preserve">[1:34:14] </w:t>
      </w:r>
      <w:r>
        <w:t>insanon ke sath sulook mein woh khudaai ahkam ki pabandi karta ho.</w:t>
      </w:r>
    </w:p>
    <w:p>
      <w:pPr>
        <w:jc w:val="right"/>
      </w:pPr>
      <w:r>
        <w:t>انسانوں کے ساتھ سلوک میں وہ خدائی احکام کی پابندی کرتا ہو۔</w:t>
      </w:r>
    </w:p>
    <w:p>
      <w:r>
        <w:rPr>
          <w:b/>
        </w:rPr>
        <w:t xml:space="preserve">[1:34:20] </w:t>
      </w:r>
      <w:r>
        <w:t>logon ke darmiyan woh is ehsas ke sath rahe ke us ko</w:t>
      </w:r>
    </w:p>
    <w:p>
      <w:pPr>
        <w:jc w:val="right"/>
      </w:pPr>
      <w:r>
        <w:t>لوگوں کے درمیان وہ اس احساس کے ساتھ رہے کہ اس کو</w:t>
      </w:r>
    </w:p>
    <w:p>
      <w:r>
        <w:rPr>
          <w:b/>
        </w:rPr>
        <w:t xml:space="preserve">[1:34:26] </w:t>
      </w:r>
      <w:r>
        <w:t>apne har qaul aur har feal ka jawab Khuda ko dena hai.</w:t>
      </w:r>
    </w:p>
    <w:p>
      <w:pPr>
        <w:jc w:val="right"/>
      </w:pPr>
      <w:r>
        <w:t>اپنے ہر قول اور ہر فعل کا جواب خدا کو دینا ہے۔</w:t>
      </w:r>
    </w:p>
    <w:p>
      <w:r>
        <w:rPr>
          <w:b/>
        </w:rPr>
        <w:t xml:space="preserve">[1:34:32] </w:t>
      </w:r>
      <w:r>
        <w:t>maujooda dunya ki zindagi imtehan ki zindagi hai.</w:t>
      </w:r>
    </w:p>
    <w:p>
      <w:pPr>
        <w:jc w:val="right"/>
      </w:pPr>
      <w:r>
        <w:t>موجودہ دنیا کی زندگی امتحان کی زندگی ہے۔</w:t>
      </w:r>
    </w:p>
    <w:p>
      <w:r>
        <w:rPr>
          <w:b/>
        </w:rPr>
        <w:t xml:space="preserve">[1:34:37] </w:t>
      </w:r>
      <w:r>
        <w:t>ek tarah ki zindagi insan ko jannat ki taraf le jati hai, aur doosri tarah ki zindagi is</w:t>
      </w:r>
    </w:p>
    <w:p>
      <w:pPr>
        <w:jc w:val="right"/>
      </w:pPr>
      <w:r>
        <w:t>ایک طرح کی زندگی انسان کو جنت کی طرف لے جاتی ہے، اور دوسری طرح کی زندگی اس</w:t>
      </w:r>
    </w:p>
    <w:p>
      <w:r>
        <w:rPr>
          <w:b/>
        </w:rPr>
        <w:t xml:space="preserve">[1:34:42] </w:t>
      </w:r>
      <w:r>
        <w:t>ko jahannum ka mustahiq bana deti hai.</w:t>
      </w:r>
    </w:p>
    <w:p>
      <w:pPr>
        <w:jc w:val="right"/>
      </w:pPr>
      <w:r>
        <w:t>کو جہنم کا مستحق بنا دیتی ہے۔</w:t>
      </w:r>
    </w:p>
    <w:p>
      <w:r>
        <w:rPr>
          <w:b/>
        </w:rPr>
        <w:t xml:space="preserve">[1:34:48] </w:t>
      </w:r>
      <w:r>
        <w:t>zindagi ki is imtehani noiyat ka taluq ghar ke andar ke mamlaat se bhi hai, aur ghar ke</w:t>
      </w:r>
    </w:p>
    <w:p>
      <w:pPr>
        <w:jc w:val="right"/>
      </w:pPr>
      <w:r>
        <w:t>زندگی کی اس امتحانی نوعیت کا تعلق گھر کے اندر کے معاملات سے بھی ہے، اور گھر کے</w:t>
      </w:r>
    </w:p>
    <w:p>
      <w:r>
        <w:rPr>
          <w:b/>
        </w:rPr>
        <w:t xml:space="preserve">[1:34:53] </w:t>
      </w:r>
      <w:r>
        <w:t>bahar ke mamlaat se bhi.</w:t>
      </w:r>
    </w:p>
    <w:p>
      <w:pPr>
        <w:jc w:val="right"/>
      </w:pPr>
      <w:r>
        <w:t>باہر کے معاملات سے بھی۔</w:t>
      </w:r>
    </w:p>
    <w:p>
      <w:r>
        <w:rPr>
          <w:b/>
        </w:rPr>
        <w:t xml:space="preserve">[1:34:59] </w:t>
      </w:r>
      <w:r>
        <w:t>bachon ki islaah: kitab "tarbiyat-e-aulad" Maulana Wahiduddin Khan, safha number 42.</w:t>
      </w:r>
    </w:p>
    <w:p>
      <w:pPr>
        <w:jc w:val="right"/>
      </w:pPr>
      <w:r>
        <w:t>بچوں کی اصلاح: کتاب "تربیتِ اولاد" مولانا وحید الدین خان، صفحہ نمبر 42۔</w:t>
      </w:r>
    </w:p>
    <w:p>
      <w:r>
        <w:rPr>
          <w:b/>
        </w:rPr>
        <w:t xml:space="preserve">[1:35:06] </w:t>
      </w:r>
      <w:r>
        <w:t>ek khatoon ne kaha ke aap bachon ki tarbiyat par mazmoon likhiye.</w:t>
      </w:r>
    </w:p>
    <w:p>
      <w:pPr>
        <w:jc w:val="right"/>
      </w:pPr>
      <w:r>
        <w:t>ایک خاتون نے کہا کہ آپ بچوں کی تربیت پر مضمون لکھیے۔</w:t>
      </w:r>
    </w:p>
    <w:p>
      <w:r>
        <w:rPr>
          <w:b/>
        </w:rPr>
        <w:t xml:space="preserve">[1:35:14] </w:t>
      </w:r>
      <w:r>
        <w:t>maujooda zamane mein bachon ki islaah ki bohat zaroorat hai.</w:t>
      </w:r>
    </w:p>
    <w:p>
      <w:pPr>
        <w:jc w:val="right"/>
      </w:pPr>
      <w:r>
        <w:t>موجودہ زمانے میں بچوں کی اصلاح کی بہت ضرورت ہے۔</w:t>
      </w:r>
    </w:p>
    <w:p>
      <w:r>
        <w:rPr>
          <w:b/>
        </w:rPr>
        <w:t xml:space="preserve">[1:35:22] </w:t>
      </w:r>
      <w:r>
        <w:t>main ne kaha ke bachon ki islaah par beshumar mazmoon likhe gaye hain.</w:t>
      </w:r>
    </w:p>
    <w:p>
      <w:pPr>
        <w:jc w:val="right"/>
      </w:pPr>
      <w:r>
        <w:t>میں نے کہا کہ بچوں کی اصلاح پر بے شمار مضمون لکھے گئے ہیں۔</w:t>
      </w:r>
    </w:p>
    <w:p>
      <w:r>
        <w:rPr>
          <w:b/>
        </w:rPr>
        <w:t xml:space="preserve">[1:35:30] </w:t>
      </w:r>
      <w:r>
        <w:t>har roz bachon ki islaah par taqreeren ho rahi hain, lekin is ka koi bhi nateeja nahin.</w:t>
      </w:r>
    </w:p>
    <w:p>
      <w:pPr>
        <w:jc w:val="right"/>
      </w:pPr>
      <w:r>
        <w:t>ہر روز بچوں کی اصلاح پر تقریریں ہو رہی ہیں، لیکن اس کا کوئی بھی نتیجہ نہیں۔</w:t>
      </w:r>
    </w:p>
    <w:p>
      <w:r>
        <w:rPr>
          <w:b/>
        </w:rPr>
        <w:t xml:space="preserve">[1:35:37] </w:t>
      </w:r>
      <w:r>
        <w:t>haqeeqat yeh hai ke bachon ki islaah ke mamle mein asal zaroorat mazmoon ya taqreer ki nahin hai.</w:t>
      </w:r>
    </w:p>
    <w:p>
      <w:pPr>
        <w:jc w:val="right"/>
      </w:pPr>
      <w:r>
        <w:t>حقیقت یہ ہے کہ بچوں کی اصلاح کے معاملے میں اصل ضرورت مضمون یا تقریر کی نہیں ہے۔</w:t>
      </w:r>
    </w:p>
    <w:p>
      <w:r>
        <w:rPr>
          <w:b/>
        </w:rPr>
        <w:t xml:space="preserve">[1:35:45] </w:t>
      </w:r>
      <w:r>
        <w:t>is mamle mein asal zaroorat yeh hai ke walidain apne bachon ke mamle mein apne ravaiye ko badlen.</w:t>
      </w:r>
    </w:p>
    <w:p>
      <w:pPr>
        <w:jc w:val="right"/>
      </w:pPr>
      <w:r>
        <w:t>اس معاملے میں اصل ضرورت یہ ہے کہ والدین اپنے بچوں کے معاملے میں اپنے رویے کو بدلیں۔</w:t>
      </w:r>
    </w:p>
    <w:p>
      <w:r>
        <w:rPr>
          <w:b/>
        </w:rPr>
        <w:t xml:space="preserve">[1:35:52] </w:t>
      </w:r>
      <w:r>
        <w:t>tamam walidain ka haal yeh hai ke woh apne bachon ke sath la</w:t>
      </w:r>
    </w:p>
    <w:p>
      <w:pPr>
        <w:jc w:val="right"/>
      </w:pPr>
      <w:r>
        <w:t>تمام والدین کا حال یہ ہے کہ وہ اپنے بچوں کے ساتھ لا</w:t>
      </w:r>
    </w:p>
    <w:p>
      <w:r>
        <w:rPr>
          <w:b/>
        </w:rPr>
        <w:t xml:space="preserve">[1:36:00] </w:t>
      </w:r>
      <w:r>
        <w:t>d piyar yaani pampering ka mamla karte hain.</w:t>
      </w:r>
    </w:p>
    <w:p>
      <w:pPr>
        <w:jc w:val="right"/>
      </w:pPr>
      <w:r>
        <w:t>ڈ پیار یعنی پیمپرنگ کا معاملہ کرتے ہیں۔</w:t>
      </w:r>
    </w:p>
    <w:p>
      <w:r>
        <w:rPr>
          <w:b/>
        </w:rPr>
        <w:t xml:space="preserve">[1:36:06] </w:t>
      </w:r>
      <w:r>
        <w:t>yahi laad piyar bachon ke bigaad ka asal sabab hai.</w:t>
      </w:r>
    </w:p>
    <w:p>
      <w:pPr>
        <w:jc w:val="right"/>
      </w:pPr>
      <w:r>
        <w:t>یہی لاڈ پیار بچوں کے بگاڑ کا اصل سبب ہے۔</w:t>
      </w:r>
    </w:p>
    <w:p>
      <w:r>
        <w:rPr>
          <w:b/>
        </w:rPr>
        <w:t xml:space="preserve">[1:36:12] </w:t>
      </w:r>
      <w:r>
        <w:t>jab tak walidain apne laad piyar ko khatam na karen, bachon ki koi islaah nahin ho sakti.</w:t>
      </w:r>
    </w:p>
    <w:p>
      <w:pPr>
        <w:jc w:val="right"/>
      </w:pPr>
      <w:r>
        <w:t>جب تک والدین اپنے لاڈ پیار کو ختم نہ کریں، بچوں کی کوئی اصلاح نہیں ہو سکتی۔</w:t>
      </w:r>
    </w:p>
    <w:p>
      <w:r>
        <w:rPr>
          <w:b/>
        </w:rPr>
        <w:t xml:space="preserve">[1:36:18] </w:t>
      </w:r>
      <w:r>
        <w:t>meri baat sun kar mazkoora khatoon ne kaha ke bachon ke sath sakhti bhi to nahin ki ja sakti.</w:t>
      </w:r>
    </w:p>
    <w:p>
      <w:pPr>
        <w:jc w:val="right"/>
      </w:pPr>
      <w:r>
        <w:t>میری بات سن کر مذکورہ خاتون نے کہا کہ بچوں کے ساتھ سختی بھی تو نہیں کی جا سکتی۔</w:t>
      </w:r>
    </w:p>
    <w:p>
      <w:r>
        <w:rPr>
          <w:b/>
        </w:rPr>
        <w:t xml:space="preserve">[1:36:24] </w:t>
      </w:r>
      <w:r>
        <w:t>main ne kaha ke main ne aap se yeh nahin kaha</w:t>
      </w:r>
    </w:p>
    <w:p>
      <w:pPr>
        <w:jc w:val="right"/>
      </w:pPr>
      <w:r>
        <w:t>میں نے کہا کہ میں نے آپ سے یہ نہیں کہا</w:t>
      </w:r>
    </w:p>
    <w:p>
      <w:r>
        <w:rPr>
          <w:b/>
        </w:rPr>
        <w:t xml:space="preserve">[1:36:30] </w:t>
      </w:r>
      <w:r>
        <w:t>tha ke bachon ke sath sakhti kijiye.</w:t>
      </w:r>
    </w:p>
    <w:p>
      <w:pPr>
        <w:jc w:val="right"/>
      </w:pPr>
      <w:r>
        <w:t>تھا کہ بچوں کے ساتھ سختی کیجیے۔</w:t>
      </w:r>
    </w:p>
    <w:p>
      <w:r>
        <w:rPr>
          <w:b/>
        </w:rPr>
        <w:t xml:space="preserve">[1:36:36] </w:t>
      </w:r>
      <w:r>
        <w:t>main ne sirf aap se yeh kaha tha ke bachon ke sath laad piyar ko chhod dijiye.</w:t>
      </w:r>
    </w:p>
    <w:p>
      <w:pPr>
        <w:jc w:val="right"/>
      </w:pPr>
      <w:r>
        <w:t>میں نے صرف آپ سے یہ کہا تھا کہ بچوں کے ساتھ لاڈ پیار کو چھوڑ دیجیے۔</w:t>
      </w:r>
    </w:p>
    <w:p>
      <w:r>
        <w:rPr>
          <w:b/>
        </w:rPr>
        <w:t xml:space="preserve">[1:36:42] </w:t>
      </w:r>
      <w:r>
        <w:t>walidain ka yahi mizaj bachon ki kharabi ki asal jar hai.</w:t>
      </w:r>
    </w:p>
    <w:p>
      <w:pPr>
        <w:jc w:val="right"/>
      </w:pPr>
      <w:r>
        <w:t>والدین کا یہی مزاج بچوں کی خرابی کی اصل جڑ ہے۔</w:t>
      </w:r>
    </w:p>
    <w:p>
      <w:r>
        <w:rPr>
          <w:b/>
        </w:rPr>
        <w:t xml:space="preserve">[1:36:48] </w:t>
      </w:r>
      <w:r>
        <w:t>aap log yeh samajhte hain ke bachon ke sath laad piyar na karna un ke sath sakhti karna hai.</w:t>
      </w:r>
    </w:p>
    <w:p>
      <w:pPr>
        <w:jc w:val="right"/>
      </w:pPr>
      <w:r>
        <w:t>آپ لوگ یہ سمجھتے ہیں کہ بچوں کے ساتھ لاڈ پیار نہ کرنا ان کے ساتھ سختی کرنا ہے۔</w:t>
      </w:r>
    </w:p>
    <w:p>
      <w:r>
        <w:rPr>
          <w:b/>
        </w:rPr>
        <w:t xml:space="preserve">[1:36:54] </w:t>
      </w:r>
      <w:r>
        <w:t>waldein apne bachon ke liye itne hassas hote hain ke woh laad pyaar na karne</w:t>
      </w:r>
    </w:p>
    <w:p>
      <w:pPr>
        <w:jc w:val="right"/>
      </w:pPr>
      <w:r>
        <w:t>والدین اپنے بچوں کے لیے اتنے حساس ہوتے ہیں کہ وہ لاڈ پیار نہ کرنے</w:t>
      </w:r>
    </w:p>
    <w:p>
      <w:r>
        <w:rPr>
          <w:b/>
        </w:rPr>
        <w:t xml:space="preserve">[1:37:00] </w:t>
      </w:r>
      <w:r>
        <w:t>ko sakhti karna samajh lete hain.</w:t>
      </w:r>
    </w:p>
    <w:p>
      <w:pPr>
        <w:jc w:val="right"/>
      </w:pPr>
      <w:r>
        <w:t>کو سختی کرنا سمجھ لیتے ہیں۔</w:t>
      </w:r>
    </w:p>
    <w:p>
      <w:r>
        <w:rPr>
          <w:b/>
        </w:rPr>
        <w:t xml:space="preserve">[1:37:06] </w:t>
      </w:r>
      <w:r>
        <w:t>is liye woh laad pyaar ko chhod nahin paate.</w:t>
      </w:r>
    </w:p>
    <w:p>
      <w:pPr>
        <w:jc w:val="right"/>
      </w:pPr>
      <w:r>
        <w:t>اس لیے وہ لاڈ پیار کو چھوڑ نہیں پاتے۔</w:t>
      </w:r>
    </w:p>
    <w:p>
      <w:r>
        <w:rPr>
          <w:b/>
        </w:rPr>
        <w:t xml:space="preserve">[1:37:12] </w:t>
      </w:r>
      <w:r>
        <w:t>phir maine kaha ke aap khwah laad pyaar kitna hi zyada karein, bachon ke taqaze kabhi khatm nahin hote.</w:t>
      </w:r>
    </w:p>
    <w:p>
      <w:pPr>
        <w:jc w:val="right"/>
      </w:pPr>
      <w:r>
        <w:t>پھر میں نے کہا کہ آپ خواہ لاڈ پیار کتنا ہی زیادہ کریں، بچوں کے تقاضے کبھی ختم نہیں ہوتے۔</w:t>
      </w:r>
    </w:p>
    <w:p>
      <w:r>
        <w:rPr>
          <w:b/>
        </w:rPr>
        <w:t xml:space="preserve">[1:37:18] </w:t>
      </w:r>
      <w:r>
        <w:t>bachche barabar aur zyada aur zyada ka taqaza karte rehte hain.</w:t>
      </w:r>
    </w:p>
    <w:p>
      <w:pPr>
        <w:jc w:val="right"/>
      </w:pPr>
      <w:r>
        <w:t>بچے برابر اور زیادہ اور زیادہ کا تقاضا کرتے رہتے ہیں۔</w:t>
      </w:r>
    </w:p>
    <w:p>
      <w:r>
        <w:rPr>
          <w:b/>
        </w:rPr>
        <w:t xml:space="preserve">[1:37:24] </w:t>
      </w:r>
      <w:r>
        <w:t>is bana par waldein yeh samajh lete hain ke hum ne abhi kuch nahin kiya. hum ne</w:t>
      </w:r>
    </w:p>
    <w:p>
      <w:pPr>
        <w:jc w:val="right"/>
      </w:pPr>
      <w:r>
        <w:t>اس بنا پر والدین یہ سمجھ لیتے ہیں کہ ہم نے ابھی کچھ نہیں کیا۔ ہم نے</w:t>
      </w:r>
    </w:p>
    <w:p>
      <w:r>
        <w:rPr>
          <w:b/>
        </w:rPr>
        <w:t xml:space="preserve">[1:37:30] </w:t>
      </w:r>
      <w:r>
        <w:t>abhi bachchon ke taqaze poore nahin kiye. is bina par tamam walidain laad pyar ke is ehsas mein mubtala rehte hain ke hum to laad pyar nahin kar rahe hain. un ke zehn mein laad pyar ka galat miyar rehta hai. yani bachche jab mazeed taqaza na karein to woh samjhenge ke hum ne laad pyar kiya. magar khwahishat ke mamle mein bachcha aur bada dono ka yeh haal hot</w:t>
      </w:r>
    </w:p>
    <w:p>
      <w:pPr>
        <w:jc w:val="right"/>
      </w:pPr>
      <w:r>
        <w:t>ابھی بچوں کے تقاضے پورے نہیں کیے۔ اس بنا پر تمام والدین لاڈ پیار کے اس احساس میں مبتلا رہتے ہیں کہ ہم تو لاڈ پیار نہیں کر رہے ہیں۔ ان کے ذہن میں لاڈ پیار کا غلط معیار رہتا ہے۔ یعنی بچے جب مزید تقاضا نہ کریں تو وہ سمجھیں گے کہ ہم نے لاڈ پیار کیا۔ مگر خواہشات کے معاملے میں بچہ اور بڑا دونوں کا یہ حال ہوت</w:t>
      </w:r>
    </w:p>
    <w:p>
      <w:r>
        <w:rPr>
          <w:b/>
        </w:rPr>
        <w:t xml:space="preserve">[1:38:00] </w:t>
      </w:r>
      <w:r>
        <w:t>a hai ke un ko kuch bhi mil jaye, woh un ki khwahishon se kam hota hai.</w:t>
      </w:r>
    </w:p>
    <w:p>
      <w:pPr>
        <w:jc w:val="right"/>
      </w:pPr>
      <w:r>
        <w:t>ا ہے کہ ان کو کچھ بھی مل جائے، وہ ان کی خواہشوں سے کم ہوتا ہے۔</w:t>
      </w:r>
    </w:p>
    <w:p>
      <w:r>
        <w:rPr>
          <w:b/>
        </w:rPr>
        <w:t xml:space="preserve">[1:38:08] </w:t>
      </w:r>
      <w:r>
        <w:t>is liye hamesha naye taqaze jaari rehte hain.</w:t>
      </w:r>
    </w:p>
    <w:p>
      <w:pPr>
        <w:jc w:val="right"/>
      </w:pPr>
      <w:r>
        <w:t>اس لیے ہمیشہ نئے تقاضے جاری رہتے ہیں۔</w:t>
      </w:r>
    </w:p>
    <w:p>
      <w:r>
        <w:rPr>
          <w:b/>
        </w:rPr>
        <w:t xml:space="preserve">[1:38:15] </w:t>
      </w:r>
      <w:r>
        <w:t>bachon ka bigaad: kitaab "tarbiyat-e-aulad" Maulana Wahiduddin Khan, safha number 43.</w:t>
      </w:r>
    </w:p>
    <w:p>
      <w:pPr>
        <w:jc w:val="right"/>
      </w:pPr>
      <w:r>
        <w:t>بچوں کا بگاڑ: کتاب "تربیتِ اولاد" مولانا وحید الدین خان، صفحہ نمبر 43۔</w:t>
      </w:r>
    </w:p>
    <w:p>
      <w:r>
        <w:rPr>
          <w:b/>
        </w:rPr>
        <w:t xml:space="preserve">[1:38:23] </w:t>
      </w:r>
      <w:r>
        <w:t>ek sahab ne kaha ke aaj kal waldein aam taur par</w:t>
      </w:r>
    </w:p>
    <w:p>
      <w:pPr>
        <w:jc w:val="right"/>
      </w:pPr>
      <w:r>
        <w:t>ایک صاحب نے کہا کہ آج کل والدین عام طور پر</w:t>
      </w:r>
    </w:p>
    <w:p>
      <w:r>
        <w:rPr>
          <w:b/>
        </w:rPr>
        <w:t xml:space="preserve">[1:38:30] </w:t>
      </w:r>
      <w:r>
        <w:t>yeh shikayat karte hain ke un ke bachche bigad gaye hain.</w:t>
      </w:r>
    </w:p>
    <w:p>
      <w:pPr>
        <w:jc w:val="right"/>
      </w:pPr>
      <w:r>
        <w:t>یہ شکایت کرتے ہیں کہ ان کے بچے بگڑ گئے ہیں۔</w:t>
      </w:r>
    </w:p>
    <w:p>
      <w:r>
        <w:rPr>
          <w:b/>
        </w:rPr>
        <w:t xml:space="preserve">[1:38:36] </w:t>
      </w:r>
      <w:r>
        <w:t>is ka zimmedaar sab se zyada TV ko batate hain.</w:t>
      </w:r>
    </w:p>
    <w:p>
      <w:pPr>
        <w:jc w:val="right"/>
      </w:pPr>
      <w:r>
        <w:t>اس کا ذمہ دار سب سے زیادہ ٹی وی کو بتاتے ہیں۔</w:t>
      </w:r>
    </w:p>
    <w:p>
      <w:r>
        <w:rPr>
          <w:b/>
        </w:rPr>
        <w:t xml:space="preserve">[1:38:43] </w:t>
      </w:r>
      <w:r>
        <w:t>un ka khayal hai ke TV ne un ke bachchon ko bigaad diya hai.</w:t>
      </w:r>
    </w:p>
    <w:p>
      <w:pPr>
        <w:jc w:val="right"/>
      </w:pPr>
      <w:r>
        <w:t>ان کا خیال ہے کہ ٹی وی نے ان کے بچوں کو بگاڑ دیا ہے۔</w:t>
      </w:r>
    </w:p>
    <w:p>
      <w:r>
        <w:rPr>
          <w:b/>
        </w:rPr>
        <w:t xml:space="preserve">[1:38:49] </w:t>
      </w:r>
      <w:r>
        <w:t>unhon ne poocha ke is bare mein aap ki kya rai hai? maine kaha ke yeh sara</w:t>
      </w:r>
    </w:p>
    <w:p>
      <w:pPr>
        <w:jc w:val="right"/>
      </w:pPr>
      <w:r>
        <w:t>انہوں نے پوچھا کہ اس بارے میں آپ کی کیا رائے ہے؟ میں نے کہا کہ یہ سارا</w:t>
      </w:r>
    </w:p>
    <w:p>
      <w:r>
        <w:rPr>
          <w:b/>
        </w:rPr>
        <w:t xml:space="preserve">[1:38:55] </w:t>
      </w:r>
      <w:r>
        <w:t>maamla agar TV ka maamla hai to waldein kyun apne ghar mein TV rakhte hain?</w:t>
      </w:r>
    </w:p>
    <w:p>
      <w:pPr>
        <w:jc w:val="right"/>
      </w:pPr>
      <w:r>
        <w:t>معاملہ اگر ٹی وی کا معاملہ ہے تو والدین کیوں اپنے گھر میں ٹی وی رکھتے ہیں؟</w:t>
      </w:r>
    </w:p>
    <w:p>
      <w:r>
        <w:rPr>
          <w:b/>
        </w:rPr>
        <w:t xml:space="preserve">[1:39:01] </w:t>
      </w:r>
      <w:r>
        <w:t>bachche khud khareed kar TV nahin laate. yeh walidain hain jo bachchon ko khush karne ke liye TV la kar apne ghar mein rakhte hain. is liye is mamle mein asal zimmedar khud walidain hain, na ke bachche. haqeeqat yeh hai ke bachchon ke bigad ka asal sabab laad pyar yani pampering hai. walidain ka nazariya apne bachchon ke bare mein yeh hota hai ke un ki har khwahish ko</w:t>
      </w:r>
    </w:p>
    <w:p>
      <w:pPr>
        <w:jc w:val="right"/>
      </w:pPr>
      <w:r>
        <w:t>بچے خود خرید کر ٹی وی نہیں لاتے۔ یہ والدین ہیں جو بچوں کو خوش کرنے کے لیے ٹی وی لا کر اپنے گھر میں رکھتے ہیں۔ اس لیے اس معاملے میں اصل ذمہ دار خود والدین ہیں، نہ کہ بچے۔ حقیقت یہ ہے کہ بچوں کے بگاڑ کا اصل سبب لاڈ پیار یعنی پیمپرنگ ہے۔ والدین کا نظریہ اپنے بچوں کے بارے میں یہ ہوتا ہے کہ ان کی ہر خواہش کو</w:t>
      </w:r>
    </w:p>
    <w:p>
      <w:r>
        <w:rPr>
          <w:b/>
        </w:rPr>
        <w:t xml:space="preserve">[1:39:31] </w:t>
      </w:r>
      <w:r>
        <w:t>poora kiya jaye.</w:t>
      </w:r>
    </w:p>
    <w:p>
      <w:pPr>
        <w:jc w:val="right"/>
      </w:pPr>
      <w:r>
        <w:t>پورا کیا جائے۔</w:t>
      </w:r>
    </w:p>
    <w:p>
      <w:r>
        <w:rPr>
          <w:b/>
        </w:rPr>
        <w:t xml:space="preserve">[1:39:37] </w:t>
      </w:r>
      <w:r>
        <w:t>bachche jab tak chhote hain, un ki khwahish khane aur kapde jaisi cheezon tak mehdood rehti hai.</w:t>
      </w:r>
    </w:p>
    <w:p>
      <w:pPr>
        <w:jc w:val="right"/>
      </w:pPr>
      <w:r>
        <w:t>بچے جب تک چھوٹے ہیں، ان کی خواہش کھانے اور کپڑے جیسی چیزوں تک محدود رہتی ہے۔</w:t>
      </w:r>
    </w:p>
    <w:p>
      <w:r>
        <w:rPr>
          <w:b/>
        </w:rPr>
        <w:t xml:space="preserve">[1:39:43] </w:t>
      </w:r>
      <w:r>
        <w:t>is liye chhoti umar mein waldein apne nazariye ki ghalati samajh nahin paate.</w:t>
      </w:r>
    </w:p>
    <w:p>
      <w:pPr>
        <w:jc w:val="right"/>
      </w:pPr>
      <w:r>
        <w:t>اس لیے چھوٹی عمر میں والدین اپنے نظریے کی غلطی سمجھ نہیں پاتے۔</w:t>
      </w:r>
    </w:p>
    <w:p>
      <w:r>
        <w:rPr>
          <w:b/>
        </w:rPr>
        <w:t xml:space="preserve">[1:39:49] </w:t>
      </w:r>
      <w:r>
        <w:t>lekin jab bachche bade hote hain to un ki dilchaspiyan badh jati hain.</w:t>
      </w:r>
    </w:p>
    <w:p>
      <w:pPr>
        <w:jc w:val="right"/>
      </w:pPr>
      <w:r>
        <w:t>لیکن جب بچے بڑے ہوتے ہیں تو ان کی دلچسپیاں بڑھ جاتی ہیں۔</w:t>
      </w:r>
    </w:p>
    <w:p>
      <w:r>
        <w:rPr>
          <w:b/>
        </w:rPr>
        <w:t xml:space="preserve">[1:39:55] </w:t>
      </w:r>
      <w:r>
        <w:t>ab woh dosti, outing, club, aur love affair jaisi cheezon ki taraf daud</w:t>
      </w:r>
    </w:p>
    <w:p>
      <w:pPr>
        <w:jc w:val="right"/>
      </w:pPr>
      <w:r>
        <w:t>اب وہ دوستی، آؤٹنگ، کلب، اور لو افیئر جیسی چیزوں کی طرف دوڑ</w:t>
      </w:r>
    </w:p>
    <w:p>
      <w:r>
        <w:rPr>
          <w:b/>
        </w:rPr>
        <w:t xml:space="preserve">[1:40:01] </w:t>
      </w:r>
      <w:r>
        <w:t>ne lagte hain. jab aisa hota hai to walidain rok tok karte hain, magar bachche un ki rok tok ko qabool nahin karte. yeh bilashubah khud walidain ki ghaflat ka nateeja hai. chhoti umar mein walidain ne apne bachchon ke andar yeh zehn banaya ke meri har khwahish poori honi chahiye. baligh hone ke baad is mizaj ne mazeed taraqqi ki.</w:t>
      </w:r>
    </w:p>
    <w:p>
      <w:pPr>
        <w:jc w:val="right"/>
      </w:pPr>
      <w:r>
        <w:t>نے لگتے ہیں۔ جب ایسا ہوتا ہے تو والدین روک ٹوک کرتے ہیں، مگر بچے ان کی روک ٹوک کو قبول نہیں کرتے۔ یہ بلاشبہ خود والدین کی غفلت کا نتیجہ ہے۔ چھوٹی عمر میں والدین نے اپنے بچوں کے اندر یہ ذہن بنایا کہ میری ہر خواہش پوری ہونی چاہیے۔ بالغ ہونے کے بعد اس مزاج نے مزید ترقی کی۔</w:t>
      </w:r>
    </w:p>
    <w:p>
      <w:r>
        <w:rPr>
          <w:b/>
        </w:rPr>
        <w:t xml:space="preserve">[1:40:31] </w:t>
      </w:r>
      <w:r>
        <w:t>ab woh apni khwahish ko poora karne ke liye un cheezon ki taraf jaane lage jo walidain ko pasand nahin. magar sawal yeh hai ke meri khwahish sab kuch hai ka mizaj bachchon ke andar kis ne paida kiya? yeh khud walidain ne apne laad pyar se paida kiya. haqeeqat yeh hai ke is mamle mein walidain apne bachchon ke sath mohabbat ke naam par dushmani ka</w:t>
      </w:r>
    </w:p>
    <w:p>
      <w:pPr>
        <w:jc w:val="right"/>
      </w:pPr>
      <w:r>
        <w:t>اب وہ اپنی خواہش کو پورا کرنے کے لیے ان چیزوں کی طرف جانے لگے جو والدین کو پسند نہیں۔ مگر سوال یہ ہے کہ میری خواہش سب کچھ ہے کا مزاج بچوں کے اندر کس نے پیدا کیا؟ یہ خود والدین نے اپنے لاڈ پیار سے پیدا کیا۔ حقیقت یہ ہے کہ اس معاملے میں والدین اپنے بچوں کے ساتھ محبت کے نام پر دشمنی کا</w:t>
      </w:r>
    </w:p>
    <w:p>
      <w:r>
        <w:rPr>
          <w:b/>
        </w:rPr>
        <w:t xml:space="preserve">[1:41:01] </w:t>
      </w:r>
      <w:r>
        <w:t>kirdar ada kar rahe hain. ma'koos tarbiyat: kitab "tarbiyat-e-aulad" Maulana Wahiduddin Khan, safha number 44. ek muslim tajir ka waqia hai. un ki beti ne un se apni kisi zaroorat ke liye paisa manga. mazkoora muslim tajir ne apni beti se mazeed</w:t>
      </w:r>
    </w:p>
    <w:p>
      <w:pPr>
        <w:jc w:val="right"/>
      </w:pPr>
      <w:r>
        <w:t>کردار ادا کر رہے ہیں۔ معکوس تربیت: کتاب "تربیتِ اولاد" مولانا وحید الدین خان، صفحہ نمبر 44۔ ایک مسلم تاجر کا واقعہ ہے۔ ان کی بیٹی نے ان سے اپنی کسی ضرورت کے لیے پیسہ مانگا۔ مذکورہ مسلم تاجر نے اپنی بیٹی سے مزید</w:t>
      </w:r>
    </w:p>
    <w:p>
      <w:r>
        <w:rPr>
          <w:b/>
        </w:rPr>
        <w:t xml:space="preserve">[1:41:31] </w:t>
      </w:r>
      <w:r>
        <w:t>kuch nahin poocha.</w:t>
      </w:r>
    </w:p>
    <w:p>
      <w:pPr>
        <w:jc w:val="right"/>
      </w:pPr>
      <w:r>
        <w:t>کچھ نہیں پوچھا۔</w:t>
      </w:r>
    </w:p>
    <w:p>
      <w:r>
        <w:rPr>
          <w:b/>
        </w:rPr>
        <w:t xml:space="preserve">[1:41:36] </w:t>
      </w:r>
      <w:r>
        <w:t>unhon ne foran apni jeb mein haath dala.</w:t>
      </w:r>
    </w:p>
    <w:p>
      <w:pPr>
        <w:jc w:val="right"/>
      </w:pPr>
      <w:r>
        <w:t>انہوں نے فوراً اپنی جیب میں ہاتھ ڈالا۔</w:t>
      </w:r>
    </w:p>
    <w:p>
      <w:r>
        <w:rPr>
          <w:b/>
        </w:rPr>
        <w:t xml:space="preserve">[1:41:40] </w:t>
      </w:r>
      <w:r>
        <w:t>us waqt un ki jeb mein jitne note the, woh sab nikaal kar unhon ne apni beti ke</w:t>
      </w:r>
    </w:p>
    <w:p>
      <w:pPr>
        <w:jc w:val="right"/>
      </w:pPr>
      <w:r>
        <w:t>اس وقت ان کی جیب میں جتنے نوٹ تھے، وہ سب نکال کر انہوں نے اپنی بیٹی کے</w:t>
      </w:r>
    </w:p>
    <w:p>
      <w:r>
        <w:rPr>
          <w:b/>
        </w:rPr>
        <w:t xml:space="preserve">[1:41:44] </w:t>
      </w:r>
      <w:r>
        <w:t>haath mein rakh diya aur kaha ke yeh lo, tum hi logon ke liye to kamate hain.</w:t>
      </w:r>
    </w:p>
    <w:p>
      <w:pPr>
        <w:jc w:val="right"/>
      </w:pPr>
      <w:r>
        <w:t>ہاتھ میں رکھ دیا اور کہا کہ یہ لو، تم ہی لوگوں کے لیے تو کماتے ہیں۔</w:t>
      </w:r>
    </w:p>
    <w:p>
      <w:r>
        <w:rPr>
          <w:b/>
        </w:rPr>
        <w:t xml:space="preserve">[1:41:49] </w:t>
      </w:r>
      <w:r>
        <w:t>yeh koi istithnaai waqea nahin.</w:t>
      </w:r>
    </w:p>
    <w:p>
      <w:pPr>
        <w:jc w:val="right"/>
      </w:pPr>
      <w:r>
        <w:t>یہ کوئی استثنائی واقعہ نہیں۔</w:t>
      </w:r>
    </w:p>
    <w:p>
      <w:r>
        <w:rPr>
          <w:b/>
        </w:rPr>
        <w:t xml:space="preserve">[1:41:53] </w:t>
      </w:r>
      <w:r>
        <w:t>yahi sare walidain ka haal hai.</w:t>
      </w:r>
    </w:p>
    <w:p>
      <w:pPr>
        <w:jc w:val="right"/>
      </w:pPr>
      <w:r>
        <w:t>یہی سارے والدین کا حال ہے۔</w:t>
      </w:r>
    </w:p>
    <w:p>
      <w:r>
        <w:rPr>
          <w:b/>
        </w:rPr>
        <w:t xml:space="preserve">[1:41:57] </w:t>
      </w:r>
      <w:r>
        <w:t>walidain khud to mehnat karte hain,</w:t>
      </w:r>
    </w:p>
    <w:p>
      <w:pPr>
        <w:jc w:val="right"/>
      </w:pPr>
      <w:r>
        <w:t>والدین خود تو محنت کرتے ہیں،</w:t>
      </w:r>
    </w:p>
    <w:p>
      <w:r>
        <w:rPr>
          <w:b/>
        </w:rPr>
        <w:t xml:space="preserve">[1:42:02] </w:t>
      </w:r>
      <w:r>
        <w:t>wo mashaqqat ki kamai karte hain, lekin apni aulad ke bare mein unka zehan yeh rehta hai</w:t>
      </w:r>
    </w:p>
    <w:p>
      <w:pPr>
        <w:jc w:val="right"/>
      </w:pPr>
      <w:r>
        <w:t>وہ مشقت کی کمائی کرتے ہیں، لیکن اپنی اولاد کے بارے میں ان کا ذہن یہ رہتا ہے</w:t>
      </w:r>
    </w:p>
    <w:p>
      <w:r>
        <w:rPr>
          <w:b/>
        </w:rPr>
        <w:t xml:space="preserve">[1:42:08] </w:t>
      </w:r>
      <w:r>
        <w:t>ke unki aulad ko koi takleef na ho.</w:t>
      </w:r>
    </w:p>
    <w:p>
      <w:pPr>
        <w:jc w:val="right"/>
      </w:pPr>
      <w:r>
        <w:t>کہ ان کی اولاد کو کوئی تکلیف نہ ہو۔</w:t>
      </w:r>
    </w:p>
    <w:p>
      <w:r>
        <w:rPr>
          <w:b/>
        </w:rPr>
        <w:t xml:space="preserve">[1:42:14] </w:t>
      </w:r>
      <w:r>
        <w:t>wo khud takleef uthate hain aur apni aulad ko har qism ki rahat aur sahulat faraham karte hain.</w:t>
      </w:r>
    </w:p>
    <w:p>
      <w:pPr>
        <w:jc w:val="right"/>
      </w:pPr>
      <w:r>
        <w:t>وہ خود تکلیف اٹھاتے ہیں اور اپنی اولاد کو ہر قسم کی راحت اور سہولت فراہم کرتے ہیں۔</w:t>
      </w:r>
    </w:p>
    <w:p>
      <w:r>
        <w:rPr>
          <w:b/>
        </w:rPr>
        <w:t xml:space="preserve">[1:42:20] </w:t>
      </w:r>
      <w:r>
        <w:t>wo unki har khwahish poori karne ke liye tayyar rehte hain, khwah unhein is ki jo bhi</w:t>
      </w:r>
    </w:p>
    <w:p>
      <w:pPr>
        <w:jc w:val="right"/>
      </w:pPr>
      <w:r>
        <w:t>وہ ان کی ہر خواہش پوری کرنے کے لیے تیار رہتے ہیں، خواہ انہیں اس کی جو بھی</w:t>
      </w:r>
    </w:p>
    <w:p>
      <w:r>
        <w:rPr>
          <w:b/>
        </w:rPr>
        <w:t xml:space="preserve">[1:42:26] </w:t>
      </w:r>
      <w:r>
        <w:t>qeemat deni pare. Walid</w:t>
      </w:r>
    </w:p>
    <w:p>
      <w:pPr>
        <w:jc w:val="right"/>
      </w:pPr>
      <w:r>
        <w:t>قیمت دینی پڑے۔ والد</w:t>
      </w:r>
    </w:p>
    <w:p>
      <w:r>
        <w:rPr>
          <w:b/>
        </w:rPr>
        <w:t xml:space="preserve">[1:42:32] </w:t>
      </w:r>
      <w:r>
        <w:t>ain ka yeh mizaj un ki aulad ki taraqqi mein sab se bari rukawat hai. walidain ka yeh mizaj aulad ki ma'koos tarbiyat ke hum ma'ni hai. un ki aulad ko aakhir kar jis dunya mein dakhil hona hai, woh haqaiq ki dunya hai. wahan ka usool yeh hai ke jitna karo, utna pao. lekin walidain ghar ke andar apni aulad ke andar jo maz</w:t>
      </w:r>
    </w:p>
    <w:p>
      <w:pPr>
        <w:jc w:val="right"/>
      </w:pPr>
      <w:r>
        <w:t>ین کا یہ مزاج ان کی اولاد کی ترقی میں سب سے بڑی رکاوٹ ہے۔ والدین کا یہ مزاج اولاد کی معکوس تربیت کے ہم معنی ہے۔ ان کی اولاد کو آخر کار جس دنیا میں داخل ہونا ہے، وہ حقائق کی دنیا ہے۔ وہاں کا اصول یہ ہے کہ جتنا کرو، اتنا پاؤ۔ لیکن والدین گھر کے اندر اپنی اولاد کے اندر جو مز</w:t>
      </w:r>
    </w:p>
    <w:p>
      <w:r>
        <w:rPr>
          <w:b/>
        </w:rPr>
        <w:t xml:space="preserve">[1:43:02] </w:t>
      </w:r>
      <w:r>
        <w:t>aj paida karte hain, wo is ke bilkul baraks hota hai.</w:t>
      </w:r>
    </w:p>
    <w:p>
      <w:pPr>
        <w:jc w:val="right"/>
      </w:pPr>
      <w:r>
        <w:t>اج پیدا کرتے ہیں، وہ اس کے بالکل برعکس ہوتا ہے۔</w:t>
      </w:r>
    </w:p>
    <w:p>
      <w:r>
        <w:rPr>
          <w:b/>
        </w:rPr>
        <w:t xml:space="preserve">[1:43:07] </w:t>
      </w:r>
      <w:r>
        <w:t>ghar ka mahaul kiye baghair paane ka mahaul hota hai, aur ghar ke bahar ka mahaul karke</w:t>
      </w:r>
    </w:p>
    <w:p>
      <w:pPr>
        <w:jc w:val="right"/>
      </w:pPr>
      <w:r>
        <w:t>گھر کا ماحول کیے بغیر پانے کا ماحول ہوتا ہے، اور گھر کے باہر کا ماحول کر کے</w:t>
      </w:r>
    </w:p>
    <w:p>
      <w:r>
        <w:rPr>
          <w:b/>
        </w:rPr>
        <w:t xml:space="preserve">[1:43:12] </w:t>
      </w:r>
      <w:r>
        <w:t>paane ka mahaul.</w:t>
      </w:r>
    </w:p>
    <w:p>
      <w:pPr>
        <w:jc w:val="right"/>
      </w:pPr>
      <w:r>
        <w:t>پانے کا ماحول۔</w:t>
      </w:r>
    </w:p>
    <w:p>
      <w:r>
        <w:rPr>
          <w:b/>
        </w:rPr>
        <w:t xml:space="preserve">[1:43:17] </w:t>
      </w:r>
      <w:r>
        <w:t>isi ka yeh nateeja hai ke aaj ka har naujawan, ladke aur ladkiyan dono, manfi zehan ka shikar</w:t>
      </w:r>
    </w:p>
    <w:p>
      <w:pPr>
        <w:jc w:val="right"/>
      </w:pPr>
      <w:r>
        <w:t>اسی کا یہ نتیجہ ہے کہ آج کا ہر نوجوان، لڑکے اور لڑکیاں دونوں، منفی ذہن کا شکار</w:t>
      </w:r>
    </w:p>
    <w:p>
      <w:r>
        <w:rPr>
          <w:b/>
        </w:rPr>
        <w:t xml:space="preserve">[1:43:22] </w:t>
      </w:r>
      <w:r>
        <w:t>ho rahe hain.</w:t>
      </w:r>
    </w:p>
    <w:p>
      <w:pPr>
        <w:jc w:val="right"/>
      </w:pPr>
      <w:r>
        <w:t>ہو رہے ہیں۔</w:t>
      </w:r>
    </w:p>
    <w:p>
      <w:r>
        <w:rPr>
          <w:b/>
        </w:rPr>
        <w:t xml:space="preserve">[1:43:27] </w:t>
      </w:r>
      <w:r>
        <w:t>unhein dunya ke har shakhs se shikayat hoti hai. Shae</w:t>
      </w:r>
    </w:p>
    <w:p>
      <w:pPr>
        <w:jc w:val="right"/>
      </w:pPr>
      <w:r>
        <w:t>انہیں دنیا کے ہر شخص سے شکایت ہوتی ہے۔ شع</w:t>
      </w:r>
    </w:p>
    <w:p>
      <w:r>
        <w:rPr>
          <w:b/>
        </w:rPr>
        <w:t xml:space="preserve">[1:43:32] </w:t>
      </w:r>
      <w:r>
        <w:t>uri ya ghair shaoori taur par unka mizaj yeh yeh hota hai ke mere maan aur baap</w:t>
      </w:r>
    </w:p>
    <w:p>
      <w:pPr>
        <w:jc w:val="right"/>
      </w:pPr>
      <w:r>
        <w:t>وری یا غیر شعوری طور پر ان کا مزاج یہ یہ ہوتا ہے کہ میرے ماں اور باپ</w:t>
      </w:r>
    </w:p>
    <w:p>
      <w:r>
        <w:rPr>
          <w:b/>
        </w:rPr>
        <w:t xml:space="preserve">[1:43:39] </w:t>
      </w:r>
      <w:r>
        <w:t>bohat achhe the, baqi tamam log nihayat bure hain.</w:t>
      </w:r>
    </w:p>
    <w:p>
      <w:pPr>
        <w:jc w:val="right"/>
      </w:pPr>
      <w:r>
        <w:t>بہت اچھے تھے، بقیہ تمام لوگ نہایت برے ہیں۔</w:t>
      </w:r>
    </w:p>
    <w:p>
      <w:r>
        <w:rPr>
          <w:b/>
        </w:rPr>
        <w:t xml:space="preserve">[1:43:47] </w:t>
      </w:r>
      <w:r>
        <w:t>is soorat-e-haal ne aaj ki dunya mein do cheezon ka khatma kar diya hai: mehnat ke sath apna</w:t>
      </w:r>
    </w:p>
    <w:p>
      <w:pPr>
        <w:jc w:val="right"/>
      </w:pPr>
      <w:r>
        <w:t>اس صورتحال نے آج کی دنیا میں دو چیزوں کا خاتمہ کر دیا ہے: محنت کے ساتھ اپنا</w:t>
      </w:r>
    </w:p>
    <w:p>
      <w:r>
        <w:rPr>
          <w:b/>
        </w:rPr>
        <w:t xml:space="preserve">[1:43:54] </w:t>
      </w:r>
      <w:r>
        <w:t>kaam karna aur logon ka khair khwah yani well wisher ban kar un ke darmiyan rehna. Far</w:t>
      </w:r>
    </w:p>
    <w:p>
      <w:pPr>
        <w:jc w:val="right"/>
      </w:pPr>
      <w:r>
        <w:t>کام کرنا اور لوگوں کا خیر خواہ یعنی ویل وشر بن کر ان کے درمیان رہنا۔ فر</w:t>
      </w:r>
    </w:p>
    <w:p>
      <w:r>
        <w:rPr>
          <w:b/>
        </w:rPr>
        <w:t xml:space="preserve">[1:44:02] </w:t>
      </w:r>
      <w:r>
        <w:t>zi mohabbat: kitab "tarbiyat-e-aulad" Maulana Wahiduddin Khan, safha number 45.</w:t>
      </w:r>
    </w:p>
    <w:p>
      <w:pPr>
        <w:jc w:val="right"/>
      </w:pPr>
      <w:r>
        <w:t>ضی محبت: کتاب "تربیتِ اولاد" مولانا وحید الدین خان، صفحہ نمبر 45۔</w:t>
      </w:r>
    </w:p>
    <w:p>
      <w:r>
        <w:rPr>
          <w:b/>
        </w:rPr>
        <w:t xml:space="preserve">[1:44:08] </w:t>
      </w:r>
      <w:r>
        <w:t>ek muslim ladki apne maan baap ki akeli aulad thi.</w:t>
      </w:r>
    </w:p>
    <w:p>
      <w:pPr>
        <w:jc w:val="right"/>
      </w:pPr>
      <w:r>
        <w:t>ایک مسلم لڑکی اپنے ماں باپ کی اکیلی اولاد تھی۔</w:t>
      </w:r>
    </w:p>
    <w:p>
      <w:r>
        <w:rPr>
          <w:b/>
        </w:rPr>
        <w:t xml:space="preserve">[1:44:14] </w:t>
      </w:r>
      <w:r>
        <w:t>us ke walidain ne dhoom ke sath us ki shadi ki.</w:t>
      </w:r>
    </w:p>
    <w:p>
      <w:pPr>
        <w:jc w:val="right"/>
      </w:pPr>
      <w:r>
        <w:t>اس کے والدین نے دھوم کے ساتھ اس کی شادی کی۔</w:t>
      </w:r>
    </w:p>
    <w:p>
      <w:r>
        <w:rPr>
          <w:b/>
        </w:rPr>
        <w:t xml:space="preserve">[1:44:20] </w:t>
      </w:r>
      <w:r>
        <w:t>us ke baad wo rokhsat ho kar apne sasural gayi.</w:t>
      </w:r>
    </w:p>
    <w:p>
      <w:pPr>
        <w:jc w:val="right"/>
      </w:pPr>
      <w:r>
        <w:t>اس کے بعد وہ رخصت ہو کر اپنے سسرال گئی۔</w:t>
      </w:r>
    </w:p>
    <w:p>
      <w:r>
        <w:rPr>
          <w:b/>
        </w:rPr>
        <w:t xml:space="preserve">[1:44:26] </w:t>
      </w:r>
      <w:r>
        <w:t>us ke yahan ek bachcha bhi paida ho gaya, magar do saal ke</w:t>
      </w:r>
    </w:p>
    <w:p>
      <w:pPr>
        <w:jc w:val="right"/>
      </w:pPr>
      <w:r>
        <w:t>اس کے یہاں ایک بچہ بھی پیدا ہو گیا، مگر دو سال کے</w:t>
      </w:r>
    </w:p>
    <w:p>
      <w:r>
        <w:rPr>
          <w:b/>
        </w:rPr>
        <w:t xml:space="preserve">[1:44:32] </w:t>
      </w:r>
      <w:r>
        <w:t>baad wo apne shohar se lad jhagad kar apne maan baap ke paas wapas aa gayi.</w:t>
      </w:r>
    </w:p>
    <w:p>
      <w:pPr>
        <w:jc w:val="right"/>
      </w:pPr>
      <w:r>
        <w:t>بعد وہ اپنے شوہر سے لڑ جھگڑ کر اپنے ماں باپ کے پاس واپس آ گئی۔</w:t>
      </w:r>
    </w:p>
    <w:p>
      <w:r>
        <w:rPr>
          <w:b/>
        </w:rPr>
        <w:t xml:space="preserve">[1:44:37] </w:t>
      </w:r>
      <w:r>
        <w:t>us ne apne maan baap se kaha ke mera shohar nihayat sakht mizaj hai, us ke sath mera</w:t>
      </w:r>
    </w:p>
    <w:p>
      <w:pPr>
        <w:jc w:val="right"/>
      </w:pPr>
      <w:r>
        <w:t>اس نے اپنے ماں باپ سے کہا کہ میرا شوہر نہایت سخت مزاج ہے، اس کے ساتھ میرا</w:t>
      </w:r>
    </w:p>
    <w:p>
      <w:r>
        <w:rPr>
          <w:b/>
        </w:rPr>
        <w:t xml:space="preserve">[1:44:42] </w:t>
      </w:r>
      <w:r>
        <w:t>nibah nahi ho sakta.</w:t>
      </w:r>
    </w:p>
    <w:p>
      <w:pPr>
        <w:jc w:val="right"/>
      </w:pPr>
      <w:r>
        <w:t>نباہ نہیں ہو سکتا۔</w:t>
      </w:r>
    </w:p>
    <w:p>
      <w:r>
        <w:rPr>
          <w:b/>
        </w:rPr>
        <w:t xml:space="preserve">[1:44:47] </w:t>
      </w:r>
      <w:r>
        <w:t>larki ke waldein ne is se zyada pooch gach yani scrutiny nahi ki.</w:t>
      </w:r>
    </w:p>
    <w:p>
      <w:pPr>
        <w:jc w:val="right"/>
      </w:pPr>
      <w:r>
        <w:t>لڑکی کے والدین نے اس سے زیادہ پوچھ گچھ یعنی سکروٹنی نہیں کی۔</w:t>
      </w:r>
    </w:p>
    <w:p>
      <w:r>
        <w:rPr>
          <w:b/>
        </w:rPr>
        <w:t xml:space="preserve">[1:44:52] </w:t>
      </w:r>
      <w:r>
        <w:t>jo kuch larki ne kaha, us ko unhon ne durust maan liya.</w:t>
      </w:r>
    </w:p>
    <w:p>
      <w:pPr>
        <w:jc w:val="right"/>
      </w:pPr>
      <w:r>
        <w:t>جو کچھ لڑکی نے کہا، اس کو انہوں نے درست مان لیا۔</w:t>
      </w:r>
    </w:p>
    <w:p>
      <w:r>
        <w:rPr>
          <w:b/>
        </w:rPr>
        <w:t xml:space="preserve">[1:44:57] </w:t>
      </w:r>
      <w:r>
        <w:t>unhon ne kaha ke bi</w:t>
      </w:r>
    </w:p>
    <w:p>
      <w:pPr>
        <w:jc w:val="right"/>
      </w:pPr>
      <w:r>
        <w:t>انہوں نے کہا کہ بی</w:t>
      </w:r>
    </w:p>
    <w:p>
      <w:r>
        <w:rPr>
          <w:b/>
        </w:rPr>
        <w:t xml:space="preserve">[1:45:02] </w:t>
      </w:r>
      <w:r>
        <w:t>ti, tum fikr na karo, hamare paas Allah ka diya sab kuch hai, tum yahan aaram ke sath</w:t>
      </w:r>
    </w:p>
    <w:p>
      <w:pPr>
        <w:jc w:val="right"/>
      </w:pPr>
      <w:r>
        <w:t>ٹی، تم فکر نہ کرو، ہمارے پاس اللہ کا دیا سب کچھ ہے، تم یہاں آرام کے ساتھ</w:t>
      </w:r>
    </w:p>
    <w:p>
      <w:r>
        <w:rPr>
          <w:b/>
        </w:rPr>
        <w:t xml:space="preserve">[1:45:08] </w:t>
      </w:r>
      <w:r>
        <w:t>raho, tum ko kahin jane ki zarurat nahi.</w:t>
      </w:r>
    </w:p>
    <w:p>
      <w:pPr>
        <w:jc w:val="right"/>
      </w:pPr>
      <w:r>
        <w:t>رہو، تم کو کہیں جانے کی ضرورت نہیں۔</w:t>
      </w:r>
    </w:p>
    <w:p>
      <w:r>
        <w:rPr>
          <w:b/>
        </w:rPr>
        <w:t xml:space="preserve">[1:45:14] </w:t>
      </w:r>
      <w:r>
        <w:t>mujh se mulaqat hui to main ne larki se pooch gach ki taake asal haqeeqat maloom ho sake.</w:t>
      </w:r>
    </w:p>
    <w:p>
      <w:pPr>
        <w:jc w:val="right"/>
      </w:pPr>
      <w:r>
        <w:t>مجھ سے ملاقات ہوئی تو میں نے لڑکی سے پوچھ گچھ کی تاکہ اصل حقیقت معلوم ہو سکے۔</w:t>
      </w:r>
    </w:p>
    <w:p>
      <w:r>
        <w:rPr>
          <w:b/>
        </w:rPr>
        <w:t xml:space="preserve">[1:45:20] </w:t>
      </w:r>
      <w:r>
        <w:t>larki ne bataya ke mera shohar har mamle mein sakhti karta hai.</w:t>
      </w:r>
    </w:p>
    <w:p>
      <w:pPr>
        <w:jc w:val="right"/>
      </w:pPr>
      <w:r>
        <w:t>لڑکی نے بتایا کہ میرا شوہر ہر معاملے میں سختی کرتا ہے۔</w:t>
      </w:r>
    </w:p>
    <w:p>
      <w:r>
        <w:rPr>
          <w:b/>
        </w:rPr>
        <w:t xml:space="preserve">[1:45:27] </w:t>
      </w:r>
      <w:r>
        <w:t>main ne misaal poochi to us ne bataya</w:t>
      </w:r>
    </w:p>
    <w:p>
      <w:pPr>
        <w:jc w:val="right"/>
      </w:pPr>
      <w:r>
        <w:t>میں نے مثال پوچھی تو اس نے بتایا</w:t>
      </w:r>
    </w:p>
    <w:p>
      <w:r>
        <w:rPr>
          <w:b/>
        </w:rPr>
        <w:t xml:space="preserve">[1:45:33] </w:t>
      </w:r>
      <w:r>
        <w:t>ke mera shohar mujh ko shopping ke liye nahi le jata, woh outing ka program nahi banata.</w:t>
      </w:r>
    </w:p>
    <w:p>
      <w:pPr>
        <w:jc w:val="right"/>
      </w:pPr>
      <w:r>
        <w:t>کہ میرا شوہر مجھ کو شاپنگ کے لیے نہیں لے جاتا، وہ آؤٹنگ کا پروگرام نہیں بناتا۔</w:t>
      </w:r>
    </w:p>
    <w:p>
      <w:r>
        <w:rPr>
          <w:b/>
        </w:rPr>
        <w:t xml:space="preserve">[1:45:39] </w:t>
      </w:r>
      <w:r>
        <w:t>main ne kaha ke yeh to bohat achi baat hai.</w:t>
      </w:r>
    </w:p>
    <w:p>
      <w:pPr>
        <w:jc w:val="right"/>
      </w:pPr>
      <w:r>
        <w:t>میں نے کہا کہ یہ تو بہت اچھی بات ہے۔</w:t>
      </w:r>
    </w:p>
    <w:p>
      <w:r>
        <w:rPr>
          <w:b/>
        </w:rPr>
        <w:t xml:space="preserve">[1:45:45] </w:t>
      </w:r>
      <w:r>
        <w:t>shopping ka matlab paise ka zaya yani waste of money hai, aur outing ka matlab waqt ka zaya</w:t>
      </w:r>
    </w:p>
    <w:p>
      <w:pPr>
        <w:jc w:val="right"/>
      </w:pPr>
      <w:r>
        <w:t>شاپنگ کا مطلب پیسے کا ضیاع یعنی ویسٹ آف منی ہے، اور آؤٹنگ کا مطلب وقت کا ضیاع</w:t>
      </w:r>
    </w:p>
    <w:p>
      <w:r>
        <w:rPr>
          <w:b/>
        </w:rPr>
        <w:t xml:space="preserve">[1:45:51] </w:t>
      </w:r>
      <w:r>
        <w:t>yani waste of time hai.</w:t>
      </w:r>
    </w:p>
    <w:p>
      <w:pPr>
        <w:jc w:val="right"/>
      </w:pPr>
      <w:r>
        <w:t>یعنی ویسٹ آف ٹائم ہے۔</w:t>
      </w:r>
    </w:p>
    <w:p>
      <w:r>
        <w:rPr>
          <w:b/>
        </w:rPr>
        <w:t xml:space="preserve">[1:45:58] </w:t>
      </w:r>
      <w:r>
        <w:t>aap ka shohar bohat acha karta hai ke woh aap ko aisi be faida cheezon se bachata hai.</w:t>
      </w:r>
    </w:p>
    <w:p>
      <w:pPr>
        <w:jc w:val="right"/>
      </w:pPr>
      <w:r>
        <w:t>آپ کا شوہر بہت اچھا کرتا ہے کہ وہ آپ کو ایسی بے فائدہ چیزوں سے بچاتا ہے۔</w:t>
      </w:r>
    </w:p>
    <w:p>
      <w:r>
        <w:rPr>
          <w:b/>
        </w:rPr>
        <w:t xml:space="preserve">[1:46:04] </w:t>
      </w:r>
      <w:r>
        <w:t>maa baap ne larki ke sath jo kiya, woh mohabbat ka waqia tha, aur shohar ne jo kuch</w:t>
      </w:r>
    </w:p>
    <w:p>
      <w:pPr>
        <w:jc w:val="right"/>
      </w:pPr>
      <w:r>
        <w:t>ماں باپ نے لڑکی کے ساتھ جو کیا، وہ محبت کا واقعہ تھا، اور شوہر نے جو کچھ</w:t>
      </w:r>
    </w:p>
    <w:p>
      <w:r>
        <w:rPr>
          <w:b/>
        </w:rPr>
        <w:t xml:space="preserve">[1:46:09] </w:t>
      </w:r>
      <w:r>
        <w:t>kiya, woh khair khwahi ka waqia tha.</w:t>
      </w:r>
    </w:p>
    <w:p>
      <w:pPr>
        <w:jc w:val="right"/>
      </w:pPr>
      <w:r>
        <w:t>کیا، وہ خیر خواہی کا واقعہ تھا۔</w:t>
      </w:r>
    </w:p>
    <w:p>
      <w:r>
        <w:rPr>
          <w:b/>
        </w:rPr>
        <w:t xml:space="preserve">[1:46:14] </w:t>
      </w:r>
      <w:r>
        <w:t>yeh ek haqeeqat hai ke mohabbat ke muqable mein khair khwahi zyada bari cheez hai, magar aksar log</w:t>
      </w:r>
    </w:p>
    <w:p>
      <w:pPr>
        <w:jc w:val="right"/>
      </w:pPr>
      <w:r>
        <w:t>یہ ایک حقیقت ہے کہ محبت کے مقابلے میں خیر خواہی زیادہ بڑی چیز ہے، مگر اکثر لوگ</w:t>
      </w:r>
    </w:p>
    <w:p>
      <w:r>
        <w:rPr>
          <w:b/>
        </w:rPr>
        <w:t xml:space="preserve">[1:46:19] </w:t>
      </w:r>
      <w:r>
        <w:t>is farq ko nahi jante.</w:t>
      </w:r>
    </w:p>
    <w:p>
      <w:pPr>
        <w:jc w:val="right"/>
      </w:pPr>
      <w:r>
        <w:t>اس فرق کو نہیں جانتے۔</w:t>
      </w:r>
    </w:p>
    <w:p>
      <w:r>
        <w:rPr>
          <w:b/>
        </w:rPr>
        <w:t xml:space="preserve">[1:46:24] </w:t>
      </w:r>
      <w:r>
        <w:t>is liye woh mohabbat karne wale ko apna hamdard samajh lete hain, halanke asal hamdard woh hai jo</w:t>
      </w:r>
    </w:p>
    <w:p>
      <w:pPr>
        <w:jc w:val="right"/>
      </w:pPr>
      <w:r>
        <w:t>اس لیے وہ محبت کرنے والے کو اپنا ہمدرد سمجھ لیتے ہیں، حالانکہ اصل ہمدرد وہ ہے جو</w:t>
      </w:r>
    </w:p>
    <w:p>
      <w:r>
        <w:rPr>
          <w:b/>
        </w:rPr>
        <w:t xml:space="preserve">[1:46:29] </w:t>
      </w:r>
      <w:r>
        <w:t>aap ke sath</w:t>
      </w:r>
    </w:p>
    <w:p>
      <w:pPr>
        <w:jc w:val="right"/>
      </w:pPr>
      <w:r>
        <w:t>آپ کے ساتھ</w:t>
      </w:r>
    </w:p>
    <w:p>
      <w:r>
        <w:rPr>
          <w:b/>
        </w:rPr>
        <w:t xml:space="preserve">[1:46:34] </w:t>
      </w:r>
      <w:r>
        <w:t>sachi khair khwahi kare. mohabbat sirf ek jazbati cheez hai, jabke khair khwahi ek khalis aqli ravaiyya hai. woh shakhs bohat khush qismat hai jisko apni zindagi mein ek sacha khair khwah mil jaye. khair khwahi ya badkhwahi: kitab "tarbiyat-e-aulad" Maulana Wahiduddin Khan, safha number 46</w:t>
      </w:r>
    </w:p>
    <w:p>
      <w:pPr>
        <w:jc w:val="right"/>
      </w:pPr>
      <w:r>
        <w:t>سچی خیر خواہی کرے۔ محبت صرف ایک جذباتی چیز ہے، جبکہ خیر خواہی ایک خالص عقلی رویہ ہے۔ وہ شخص بہت خوش قسمت ہے جس کو اپنی زندگی میں ایک سچا خیر خواہ مل جائے۔ خیر خواہی یا بدخواہی: کتاب "تربیتِ اولاد" مولانا وحید الدین خان، صفحہ نمبر 46</w:t>
      </w:r>
    </w:p>
    <w:p>
      <w:r>
        <w:rPr>
          <w:b/>
        </w:rPr>
        <w:t xml:space="preserve">[1:47:04] </w:t>
      </w:r>
      <w:r>
        <w:t>ek baap ne apni beti ki shadi door ke maqam par ki. yeh beti apne make mein is tarah rakhi gayi thi ke us ne kabhi koi kaam nahi kiya. us ke walidain ki koshish hamesha yeh hoti thi ke beti khush rahe, us ko koi takleef na hone paye. magar baap janta tha ke susral mein ai</w:t>
      </w:r>
    </w:p>
    <w:p>
      <w:pPr>
        <w:jc w:val="right"/>
      </w:pPr>
      <w:r>
        <w:t>۔ ایک باپ نے اپنی بیٹی کی شادی دور کے مقام پر کی۔ یہ بیٹی اپنے میکے میں اس طرح رکھی گئی تھی کہ اس نے کبھی کوئی کام نہیں کیا۔ اس کے والدین کی کوشش ہمیشہ یہ ہوتی تھی کہ بیٹی خوش رہے، اس کو کوئی تکلیف نہ ہونے پائے۔ مگر باپ جانتا تھا کہ سسرال میں ای</w:t>
      </w:r>
    </w:p>
    <w:p>
      <w:r>
        <w:rPr>
          <w:b/>
        </w:rPr>
        <w:t xml:space="preserve">[1:47:34] </w:t>
      </w:r>
      <w:r>
        <w:t>sa hone wala nahi hai.</w:t>
      </w:r>
    </w:p>
    <w:p>
      <w:pPr>
        <w:jc w:val="right"/>
      </w:pPr>
      <w:r>
        <w:t>سا ہونے والا نہیں ہے۔</w:t>
      </w:r>
    </w:p>
    <w:p>
      <w:r>
        <w:rPr>
          <w:b/>
        </w:rPr>
        <w:t xml:space="preserve">[1:47:40] </w:t>
      </w:r>
      <w:r>
        <w:t>us ne beti ko rukhsat karte hue kaha ke ab tum jahan ja rahi ho, woh tumhare liye</w:t>
      </w:r>
    </w:p>
    <w:p>
      <w:pPr>
        <w:jc w:val="right"/>
      </w:pPr>
      <w:r>
        <w:t>اس نے بیٹی کو رخصت کرتے ہوئے کہا کہ اب تم جہاں جا رہی ہو، وہ تمہارے لیے</w:t>
      </w:r>
    </w:p>
    <w:p>
      <w:r>
        <w:rPr>
          <w:b/>
        </w:rPr>
        <w:t xml:space="preserve">[1:47:46] </w:t>
      </w:r>
      <w:r>
        <w:t>ek mukhtalif dunya hogi.</w:t>
      </w:r>
    </w:p>
    <w:p>
      <w:pPr>
        <w:jc w:val="right"/>
      </w:pPr>
      <w:r>
        <w:t>ایک مختلف دنیا ہوگی۔</w:t>
      </w:r>
    </w:p>
    <w:p>
      <w:r>
        <w:rPr>
          <w:b/>
        </w:rPr>
        <w:t xml:space="preserve">[1:47:52] </w:t>
      </w:r>
      <w:r>
        <w:t>mayke mein tum ko jo aaram mila, sasural mein tum us ki umeed na rakhna.</w:t>
      </w:r>
    </w:p>
    <w:p>
      <w:pPr>
        <w:jc w:val="right"/>
      </w:pPr>
      <w:r>
        <w:t>میکے میں تم کو جو آرام ملا، سسرال میں تم اس کی امید نہ رکھنا۔</w:t>
      </w:r>
    </w:p>
    <w:p>
      <w:r>
        <w:rPr>
          <w:b/>
        </w:rPr>
        <w:t xml:space="preserve">[1:47:58] </w:t>
      </w:r>
      <w:r>
        <w:t>baap ne apni samajh ke mutabiq yeh mashwara khair khwahi ke jazbe ke tehat diya, lekin haqeeqat ke aitbar</w:t>
      </w:r>
    </w:p>
    <w:p>
      <w:pPr>
        <w:jc w:val="right"/>
      </w:pPr>
      <w:r>
        <w:t>باپ نے اپنی سمجھ کے مطابق یہ مشورہ خیر خواہی کے جذبے کے تحت دیا، لیکن حقیقت کے اعتبار</w:t>
      </w:r>
    </w:p>
    <w:p>
      <w:r>
        <w:rPr>
          <w:b/>
        </w:rPr>
        <w:t xml:space="preserve">[1:48:04] </w:t>
      </w:r>
      <w:r>
        <w:t>se woh badkhwahi ka mashwara tha.</w:t>
      </w:r>
    </w:p>
    <w:p>
      <w:pPr>
        <w:jc w:val="right"/>
      </w:pPr>
      <w:r>
        <w:t>سے وہ بدخواہی کا مشورہ تھا۔</w:t>
      </w:r>
    </w:p>
    <w:p>
      <w:r>
        <w:rPr>
          <w:b/>
        </w:rPr>
        <w:t xml:space="preserve">[1:48:09] </w:t>
      </w:r>
      <w:r>
        <w:t>haqeeqat ke aitbaar se is ka matlab yeh tha ke un ki beti apne susral mein hamesha manfi</w:t>
      </w:r>
    </w:p>
    <w:p>
      <w:pPr>
        <w:jc w:val="right"/>
      </w:pPr>
      <w:r>
        <w:t>حقیقت کے اعتبار سے اس کا مطلب یہ تھا کہ ان کی بیٹی اپنے سسرال میں ہمیشہ منفی</w:t>
      </w:r>
    </w:p>
    <w:p>
      <w:r>
        <w:rPr>
          <w:b/>
        </w:rPr>
        <w:t xml:space="preserve">[1:48:14] </w:t>
      </w:r>
      <w:r>
        <w:t>zehan ke tehat rahe.</w:t>
      </w:r>
    </w:p>
    <w:p>
      <w:pPr>
        <w:jc w:val="right"/>
      </w:pPr>
      <w:r>
        <w:t>ذہن کے تحت رہے۔</w:t>
      </w:r>
    </w:p>
    <w:p>
      <w:r>
        <w:rPr>
          <w:b/>
        </w:rPr>
        <w:t xml:space="preserve">[1:48:20] </w:t>
      </w:r>
      <w:r>
        <w:t>woh hamesha ehsas mehroomi ka shikar rahe.</w:t>
      </w:r>
    </w:p>
    <w:p>
      <w:pPr>
        <w:jc w:val="right"/>
      </w:pPr>
      <w:r>
        <w:t>وہ ہمیشہ احساس محرومی کا شکار رہے۔</w:t>
      </w:r>
    </w:p>
    <w:p>
      <w:r>
        <w:rPr>
          <w:b/>
        </w:rPr>
        <w:t xml:space="preserve">[1:48:25] </w:t>
      </w:r>
      <w:r>
        <w:t>woh hamesha yeh samajhti rahe ke mere maike ke log bohat achhe the aur mere susral ke log</w:t>
      </w:r>
    </w:p>
    <w:p>
      <w:pPr>
        <w:jc w:val="right"/>
      </w:pPr>
      <w:r>
        <w:t>وہ ہمیشہ یہ سمجھتی رہے کہ میرے میکے کے لوگ بہت اچھے تھے اور میرے سسرال کے لوگ</w:t>
      </w:r>
    </w:p>
    <w:p>
      <w:r>
        <w:rPr>
          <w:b/>
        </w:rPr>
        <w:t xml:space="preserve">[1:48:30] </w:t>
      </w:r>
      <w:r>
        <w:t>bohat bure hain.</w:t>
      </w:r>
    </w:p>
    <w:p>
      <w:pPr>
        <w:jc w:val="right"/>
      </w:pPr>
      <w:r>
        <w:t>بہت برے ہیں۔</w:t>
      </w:r>
    </w:p>
    <w:p>
      <w:r>
        <w:rPr>
          <w:b/>
        </w:rPr>
        <w:t xml:space="preserve">[1:48:35] </w:t>
      </w:r>
      <w:r>
        <w:t>maike walon ke liye is ke dil mein jhooti mohabbat aur susral walon ke liye is ke dil</w:t>
      </w:r>
    </w:p>
    <w:p>
      <w:pPr>
        <w:jc w:val="right"/>
      </w:pPr>
      <w:r>
        <w:t>میکے والوں کے لیے اس کے دل میں جھوٹی محبت اور سسرال والوں کے لیے اس کے دل</w:t>
      </w:r>
    </w:p>
    <w:p>
      <w:r>
        <w:rPr>
          <w:b/>
        </w:rPr>
        <w:t xml:space="preserve">[1:48:41] </w:t>
      </w:r>
      <w:r>
        <w:t>mein jhooti shikayat bhar jaye.</w:t>
      </w:r>
    </w:p>
    <w:p>
      <w:pPr>
        <w:jc w:val="right"/>
      </w:pPr>
      <w:r>
        <w:t>میں جھوٹی شکایت بھر جائے۔</w:t>
      </w:r>
    </w:p>
    <w:p>
      <w:r>
        <w:rPr>
          <w:b/>
        </w:rPr>
        <w:t xml:space="preserve">[1:48:47] </w:t>
      </w:r>
      <w:r>
        <w:t>saari zindagi woh is ehsas mein jiye ke meri shadi galat ho gayi.</w:t>
      </w:r>
    </w:p>
    <w:p>
      <w:pPr>
        <w:jc w:val="right"/>
      </w:pPr>
      <w:r>
        <w:t>ساری زندگی وہ اس احساس میں جیے کہ میری شادی غلط ہو گئی۔</w:t>
      </w:r>
    </w:p>
    <w:p>
      <w:r>
        <w:rPr>
          <w:b/>
        </w:rPr>
        <w:t xml:space="preserve">[1:48:53] </w:t>
      </w:r>
      <w:r>
        <w:t>woh hamesha maike walon ko achha samjhe aur susral walon ko hamesha bura samajhti rahe.</w:t>
      </w:r>
    </w:p>
    <w:p>
      <w:pPr>
        <w:jc w:val="right"/>
      </w:pPr>
      <w:r>
        <w:t>وہ ہمیشہ میکے والوں کو اچھا سمجھے اور سسرال والوں کو ہمیشہ برا سمجھتی رہے۔</w:t>
      </w:r>
    </w:p>
    <w:p>
      <w:r>
        <w:rPr>
          <w:b/>
        </w:rPr>
        <w:t xml:space="preserve">[1:48:59] </w:t>
      </w:r>
      <w:r>
        <w:t>maujooda zamane mein taqreeban har ma bap apni beti ke haq</w:t>
      </w:r>
    </w:p>
    <w:p>
      <w:pPr>
        <w:jc w:val="right"/>
      </w:pPr>
      <w:r>
        <w:t>موجودہ زمانے میں تقریباً ہر ماں باپ اپنی بیٹی کے حق</w:t>
      </w:r>
    </w:p>
    <w:p>
      <w:r>
        <w:rPr>
          <w:b/>
        </w:rPr>
        <w:t xml:space="preserve">[1:49:05] </w:t>
      </w:r>
      <w:r>
        <w:t>mein isi qism ki farzi khair khwahi karte hain jo amalan beti ke liye sirf ek mustaqil badkhwahi</w:t>
      </w:r>
    </w:p>
    <w:p>
      <w:pPr>
        <w:jc w:val="right"/>
      </w:pPr>
      <w:r>
        <w:t>میں اسی قسم کی فرضی خیر خواہی کرتے ہیں جو عملاً بیٹی کے لیے صرف ایک مستقل بدخواہی</w:t>
      </w:r>
    </w:p>
    <w:p>
      <w:r>
        <w:rPr>
          <w:b/>
        </w:rPr>
        <w:t xml:space="preserve">[1:49:11] </w:t>
      </w:r>
      <w:r>
        <w:t>ban jati hai.</w:t>
      </w:r>
    </w:p>
    <w:p>
      <w:pPr>
        <w:jc w:val="right"/>
      </w:pPr>
      <w:r>
        <w:t>بن جاتی ہے۔</w:t>
      </w:r>
    </w:p>
    <w:p>
      <w:r>
        <w:rPr>
          <w:b/>
        </w:rPr>
        <w:t xml:space="preserve">[1:49:18] </w:t>
      </w:r>
      <w:r>
        <w:t>beti apne maike ki conditioning ki bina par khud se kabhi is mamle ko samajh nahi pati, aur</w:t>
      </w:r>
    </w:p>
    <w:p>
      <w:pPr>
        <w:jc w:val="right"/>
      </w:pPr>
      <w:r>
        <w:t>بیٹی اپنے میکے کی کنڈیشننگ کی بنا پر خود سے کبھی اس معاملے کو سمجھ نہیں پاتی، اور</w:t>
      </w:r>
    </w:p>
    <w:p>
      <w:r>
        <w:rPr>
          <w:b/>
        </w:rPr>
        <w:t xml:space="preserve">[1:49:24] </w:t>
      </w:r>
      <w:r>
        <w:t>maa bap ka hal yeh hota hai ke woh is ki conditioning ko mazeed pakhta kar dete hain.</w:t>
      </w:r>
    </w:p>
    <w:p>
      <w:pPr>
        <w:jc w:val="right"/>
      </w:pPr>
      <w:r>
        <w:t>ماں باپ کا حال یہ ہوتا ہے کہ وہ اس کی کنڈیشننگ کو مزید پختہ کر دیتے ہیں۔</w:t>
      </w:r>
    </w:p>
    <w:p>
      <w:r>
        <w:rPr>
          <w:b/>
        </w:rPr>
        <w:t xml:space="preserve">[1:49:30] </w:t>
      </w:r>
      <w:r>
        <w:t>woh is ki conditioning ka khatma nahi karte.</w:t>
      </w:r>
    </w:p>
    <w:p>
      <w:pPr>
        <w:jc w:val="right"/>
      </w:pPr>
      <w:r>
        <w:t>وہ اس کی کنڈیشننگ کا خاتمہ نہیں کرتے۔</w:t>
      </w:r>
    </w:p>
    <w:p>
      <w:r>
        <w:rPr>
          <w:b/>
        </w:rPr>
        <w:t xml:space="preserve">[1:49:36] </w:t>
      </w:r>
      <w:r>
        <w:t>sahih yeh hai ke baap ya to apni beti ke sath laad pyar yani pampering ka sulook na</w:t>
      </w:r>
    </w:p>
    <w:p>
      <w:pPr>
        <w:jc w:val="right"/>
      </w:pPr>
      <w:r>
        <w:t>صحیح یہ ہے کہ باپ یا تو اپنی بیٹی کے ساتھ لاڈ پیار یعنی پیمپرنگ کا سلوک نہ</w:t>
      </w:r>
    </w:p>
    <w:p>
      <w:r>
        <w:rPr>
          <w:b/>
        </w:rPr>
        <w:t xml:space="preserve">[1:49:43] </w:t>
      </w:r>
      <w:r>
        <w:t>kare, ya kam az kam yeh kare ke woh apni beti se boqt rukhsat keh de ke hum</w:t>
      </w:r>
    </w:p>
    <w:p>
      <w:pPr>
        <w:jc w:val="right"/>
      </w:pPr>
      <w:r>
        <w:t>کرے، یا کم از کم یہ کرے کہ وہ اپنی بیٹی سے بوقت رخصت کہہ دے کہ ہم</w:t>
      </w:r>
    </w:p>
    <w:p>
      <w:r>
        <w:rPr>
          <w:b/>
        </w:rPr>
        <w:t xml:space="preserve">[1:49:49] </w:t>
      </w:r>
      <w:r>
        <w:t>ne jo kuch kiya, woh ghair fitri tareeqa tha.</w:t>
      </w:r>
    </w:p>
    <w:p>
      <w:pPr>
        <w:jc w:val="right"/>
      </w:pPr>
      <w:r>
        <w:t>نے جو کچھ کیا، وہ غیر فطری طریقہ تھا۔</w:t>
      </w:r>
    </w:p>
    <w:p>
      <w:r>
        <w:rPr>
          <w:b/>
        </w:rPr>
        <w:t xml:space="preserve">[1:49:55] </w:t>
      </w:r>
      <w:r>
        <w:t>fitri tareeqa wahi hai jis se tum ko susral mein sabqa pesh ayega.</w:t>
      </w:r>
    </w:p>
    <w:p>
      <w:pPr>
        <w:jc w:val="right"/>
      </w:pPr>
      <w:r>
        <w:t>فطری طریقہ وہی ہے جس سے تم کو سسرال میں سابقہ پیش آئے گا۔</w:t>
      </w:r>
    </w:p>
    <w:p>
      <w:r>
        <w:rPr>
          <w:b/>
        </w:rPr>
        <w:t xml:space="preserve">[1:50:01] </w:t>
      </w:r>
      <w:r>
        <w:t>mustaqbil par nazar: kitab</w:t>
      </w:r>
    </w:p>
    <w:p>
      <w:pPr>
        <w:jc w:val="right"/>
      </w:pPr>
      <w:r>
        <w:t>مستقبل پر نظر: کتاب</w:t>
      </w:r>
    </w:p>
    <w:p>
      <w:r>
        <w:rPr>
          <w:b/>
        </w:rPr>
        <w:t xml:space="preserve">[1:50:07] </w:t>
      </w:r>
      <w:r>
        <w:t>"tarbiyat-e-aulad" Maulana Wahiduddin Khan, safha number 47. ek sahab ne apni ladki ki shadi door aftada maqam par ek naujawan se kar di. baat ko maloom hua ke is naujawan ki maashi halat bohat kamzor hai. is ke paas jo ghar hai, woh bhi toota phoota hai. sa</w:t>
      </w:r>
    </w:p>
    <w:p>
      <w:pPr>
        <w:jc w:val="right"/>
      </w:pPr>
      <w:r>
        <w:t>"تربیتِ اولاد" مولانا وحید الدین خان، صفحہ نمبر 47۔ ایک صاحب نے اپنی لڑکی کی شادی دور افتادہ مقام پر ایک نوجوان سے کر دی۔ بات کو معلوم ہوا کہ اس نوجوان کی معاشی حالت بہت کمزور ہے۔ اس کے پاس جو گھر ہے، وہ بھی ٹوٹا پھوٹا ہے۔ س</w:t>
      </w:r>
    </w:p>
    <w:p>
      <w:r>
        <w:rPr>
          <w:b/>
        </w:rPr>
        <w:t xml:space="preserve">[1:50:37] </w:t>
      </w:r>
      <w:r>
        <w:t>maaj mein is ko koi mumtaz hasiyat hasil nahi.</w:t>
      </w:r>
    </w:p>
    <w:p>
      <w:pPr>
        <w:jc w:val="right"/>
      </w:pPr>
      <w:r>
        <w:t>ماج میں اس کو کوئی ممتاز حیثیت حاصل نہیں۔</w:t>
      </w:r>
    </w:p>
    <w:p>
      <w:r>
        <w:rPr>
          <w:b/>
        </w:rPr>
        <w:t xml:space="preserve">[1:50:43] </w:t>
      </w:r>
      <w:r>
        <w:t>logon ko jab is shadi ka hal maloom hua to woh bap ko bura bhala kehne lage, yahan</w:t>
      </w:r>
    </w:p>
    <w:p>
      <w:pPr>
        <w:jc w:val="right"/>
      </w:pPr>
      <w:r>
        <w:t>لوگوں کو جب اس شادی کا حال معلوم ہوا تو وہ باپ کو برا بھلا کہنے لگے، یہاں</w:t>
      </w:r>
    </w:p>
    <w:p>
      <w:r>
        <w:rPr>
          <w:b/>
        </w:rPr>
        <w:t xml:space="preserve">[1:50:50] </w:t>
      </w:r>
      <w:r>
        <w:t>tak ke kuch logon ne is ke bare mein yeh kaha ke woh dimaghi khalal ka shikar hai.</w:t>
      </w:r>
    </w:p>
    <w:p>
      <w:pPr>
        <w:jc w:val="right"/>
      </w:pPr>
      <w:r>
        <w:t>تک کہ کچھ لوگوں نے اس کے بارے میں یہ کہا کہ وہ دماغی خلل کا شکار ہے۔</w:t>
      </w:r>
    </w:p>
    <w:p>
      <w:r>
        <w:rPr>
          <w:b/>
        </w:rPr>
        <w:t xml:space="preserve">[1:50:56] </w:t>
      </w:r>
      <w:r>
        <w:t>magar bap ne is mamle mein sabr ka tareeqa ikhtiyar kiya.</w:t>
      </w:r>
    </w:p>
    <w:p>
      <w:pPr>
        <w:jc w:val="right"/>
      </w:pPr>
      <w:r>
        <w:t>مگر باپ نے اس معاملے میں صبر کا طریقہ اختیار کیا۔</w:t>
      </w:r>
    </w:p>
    <w:p>
      <w:r>
        <w:rPr>
          <w:b/>
        </w:rPr>
        <w:t xml:space="preserve">[1:51:02] </w:t>
      </w:r>
      <w:r>
        <w:t>us ne sirf yeh kiya ke woh barabar apni ladki ke liye dua karta raha.</w:t>
      </w:r>
    </w:p>
    <w:p>
      <w:pPr>
        <w:jc w:val="right"/>
      </w:pPr>
      <w:r>
        <w:t>اس نے صرف یہ کیا کہ وہ برابر اپنی لڑکی کے لیے دعا کرتا رہا۔</w:t>
      </w:r>
    </w:p>
    <w:p>
      <w:r>
        <w:rPr>
          <w:b/>
        </w:rPr>
        <w:t xml:space="preserve">[1:51:09] </w:t>
      </w:r>
      <w:r>
        <w:t>woh yeh dua karta raha ke khuda ya, meri ghalti ki talafi farmaiye, meri ladki ki madad farmaiye, us ko apni rehmaton ke saye mein le lijiye. is ke baad is ladki ke yahan chand bachche paida hue. yeh bachche tandurust aur mehanti the. unhon ne apni mehnat se taleem hasil ki aur achhe numberon se pass hue.</w:t>
      </w:r>
    </w:p>
    <w:p>
      <w:pPr>
        <w:jc w:val="right"/>
      </w:pPr>
      <w:r>
        <w:t>وہ یہ دعا کرتا رہا کہ خدایا، میری غلطی کی تلافی فرمائیے، میری لڑکی کی مدد فرمائیے، اس کو اپنی رحمتوں کے سائے میں لے لیجئے۔ اس کے بعد اس لڑکی کے یہاں چند بچے پیدا ہوئے۔ یہ بچے تندرست اور محنتی تھے۔ انہوں نے اپنی محنت سے تعلیم حاصل کی اور اچھے نمبروں سے پاس ہوئے۔</w:t>
      </w:r>
    </w:p>
    <w:p>
      <w:r>
        <w:rPr>
          <w:b/>
        </w:rPr>
        <w:t xml:space="preserve">[1:51:39] </w:t>
      </w:r>
      <w:r>
        <w:t>un ko apni liyaqat ki bunyaad par achhi service mil gai.</w:t>
      </w:r>
    </w:p>
    <w:p>
      <w:pPr>
        <w:jc w:val="right"/>
      </w:pPr>
      <w:r>
        <w:t>ان کو اپنی لیاقت کی بنیاد پر اچھی سروس مل گئی۔</w:t>
      </w:r>
    </w:p>
    <w:p>
      <w:r>
        <w:rPr>
          <w:b/>
        </w:rPr>
        <w:t xml:space="preserve">[1:51:43] </w:t>
      </w:r>
      <w:r>
        <w:t>ab halaat badal gai.</w:t>
      </w:r>
    </w:p>
    <w:p>
      <w:pPr>
        <w:jc w:val="right"/>
      </w:pPr>
      <w:r>
        <w:t>اب حالات بدل گئے۔</w:t>
      </w:r>
    </w:p>
    <w:p>
      <w:r>
        <w:rPr>
          <w:b/>
        </w:rPr>
        <w:t xml:space="preserve">[1:51:47] </w:t>
      </w:r>
      <w:r>
        <w:t>larkon ne bare ho kar naya ghar banaya.</w:t>
      </w:r>
    </w:p>
    <w:p>
      <w:pPr>
        <w:jc w:val="right"/>
      </w:pPr>
      <w:r>
        <w:t>لڑکوں نے بڑے ہو کر نیا گھر بنایا۔</w:t>
      </w:r>
    </w:p>
    <w:p>
      <w:r>
        <w:rPr>
          <w:b/>
        </w:rPr>
        <w:t xml:space="preserve">[1:51:52] </w:t>
      </w:r>
      <w:r>
        <w:t>un ke paas gaari aur doosri cheezein bhi ho gain.</w:t>
      </w:r>
    </w:p>
    <w:p>
      <w:pPr>
        <w:jc w:val="right"/>
      </w:pPr>
      <w:r>
        <w:t>ان کے پاس گاڑی اور دوسری چیزیں بھی ہو گئیں۔</w:t>
      </w:r>
    </w:p>
    <w:p>
      <w:r>
        <w:rPr>
          <w:b/>
        </w:rPr>
        <w:t xml:space="preserve">[1:51:56] </w:t>
      </w:r>
      <w:r>
        <w:t>apne husn amal se unhon ne samaj mein acha maqam hasil kar liya.</w:t>
      </w:r>
    </w:p>
    <w:p>
      <w:pPr>
        <w:jc w:val="right"/>
      </w:pPr>
      <w:r>
        <w:t>اپنے حسن عمل سے انہوں نے سماج میں اچھا مقام حاصل کر لیا۔</w:t>
      </w:r>
    </w:p>
    <w:p>
      <w:r>
        <w:rPr>
          <w:b/>
        </w:rPr>
        <w:t xml:space="preserve">[1:52:00] </w:t>
      </w:r>
      <w:r>
        <w:t>is tarah ki misalein har samaj mein hain.</w:t>
      </w:r>
    </w:p>
    <w:p>
      <w:pPr>
        <w:jc w:val="right"/>
      </w:pPr>
      <w:r>
        <w:t>اس طرح کی مثالیں ہر سماج میں ہیں۔</w:t>
      </w:r>
    </w:p>
    <w:p>
      <w:r>
        <w:rPr>
          <w:b/>
        </w:rPr>
        <w:t xml:space="preserve">[1:52:05] </w:t>
      </w:r>
      <w:r>
        <w:t>yeh misalein batati hain ke insan ko aisa nahi karna chahiye</w:t>
      </w:r>
    </w:p>
    <w:p>
      <w:pPr>
        <w:jc w:val="right"/>
      </w:pPr>
      <w:r>
        <w:t>یہ مثالیں بتاتی ہیں کہ انسان کو ایسا نہیں کرنا چاہیے</w:t>
      </w:r>
    </w:p>
    <w:p>
      <w:r>
        <w:rPr>
          <w:b/>
        </w:rPr>
        <w:t xml:space="preserve">[1:52:09] </w:t>
      </w:r>
      <w:r>
        <w:t>ke woh sirf haal ko dekh kar rai qaim kare, balkeh us ko mustaqbil par nazar rakhna chahiye.</w:t>
      </w:r>
    </w:p>
    <w:p>
      <w:pPr>
        <w:jc w:val="right"/>
      </w:pPr>
      <w:r>
        <w:t>کہ وہ صرف حال کو دیکھ کر رائے قائم کرے، بلکہ اس کو مستقبل پر نظر رکھنا چاہیے۔</w:t>
      </w:r>
    </w:p>
    <w:p>
      <w:r>
        <w:rPr>
          <w:b/>
        </w:rPr>
        <w:t xml:space="preserve">[1:52:15] </w:t>
      </w:r>
      <w:r>
        <w:t>is dunya mein koi bhi mehroomi abdi mehroomi nahi.</w:t>
      </w:r>
    </w:p>
    <w:p>
      <w:pPr>
        <w:jc w:val="right"/>
      </w:pPr>
      <w:r>
        <w:t>اس دنیا میں کوئی بھی محرومی ابدی محرومی نہیں۔</w:t>
      </w:r>
    </w:p>
    <w:p>
      <w:r>
        <w:rPr>
          <w:b/>
        </w:rPr>
        <w:t xml:space="preserve">[1:52:21] </w:t>
      </w:r>
      <w:r>
        <w:t>is dunya mein har insan ke liye yeh mawaqe maujood hain ke woh mehnat aur liyaqat ka saboot</w:t>
      </w:r>
    </w:p>
    <w:p>
      <w:pPr>
        <w:jc w:val="right"/>
      </w:pPr>
      <w:r>
        <w:t>اس دنیا میں ہر انسان کے لیے یہ مواقع موجود ہیں کہ وہ محنت اور لیاقت کا ثبوت</w:t>
      </w:r>
    </w:p>
    <w:p>
      <w:r>
        <w:rPr>
          <w:b/>
        </w:rPr>
        <w:t xml:space="preserve">[1:52:27] </w:t>
      </w:r>
      <w:r>
        <w:t>de kar taraqqi ki manzilein tay kare.</w:t>
      </w:r>
    </w:p>
    <w:p>
      <w:pPr>
        <w:jc w:val="right"/>
      </w:pPr>
      <w:r>
        <w:t>دے کر ترقی کی منزلیں طے کرے۔</w:t>
      </w:r>
    </w:p>
    <w:p>
      <w:r>
        <w:rPr>
          <w:b/>
        </w:rPr>
        <w:t xml:space="preserve">[1:52:33] </w:t>
      </w:r>
      <w:r>
        <w:t>woh haal ki kami ko mazeed izafe ke sath mustaqbil mein poora kar</w:t>
      </w:r>
    </w:p>
    <w:p>
      <w:pPr>
        <w:jc w:val="right"/>
      </w:pPr>
      <w:r>
        <w:t>وہ حال کی کمی کو مزید اضافے کے ساتھ مستقبل میں پورا کر</w:t>
      </w:r>
    </w:p>
    <w:p>
      <w:r>
        <w:rPr>
          <w:b/>
        </w:rPr>
        <w:t xml:space="preserve">[1:52:39] </w:t>
      </w:r>
      <w:r>
        <w:t>le. kamyab shadi ka raaz yeh nahi hai ke aap apni ladki ki shadi kisi ameer aadmi se karein. isi tarah nakam shadi yeh nahi hai ke aap ki ladki ki shadi kisi ghareeb shakhs se ho jaye. is dunya mein aaj ka ameer kal ka ghareeb ban jata hai, aur aaj ka ghareeb kal ke din ameer ban jata hai. zindagi mein asal ahmiyat mehnat</w:t>
      </w:r>
    </w:p>
    <w:p>
      <w:pPr>
        <w:jc w:val="right"/>
      </w:pPr>
      <w:r>
        <w:t>لے۔ کامیاب شادی کا راز یہ نہیں ہے کہ آپ اپنی لڑکی کی شادی کسی امیر آدمی سے کریں۔ اسی طرح ناکام شادی یہ نہیں ہے کہ آپ کی لڑکی کی شادی کسی غریب شخص سے ہو جائے۔ اس دنیا میں آج کا امیر کل کا غریب بن جاتا ہے، اور آج کا غریب کل کے دن امیر بن جاتا ہے۔ زندگی میں اصل اہمیت محنت</w:t>
      </w:r>
    </w:p>
    <w:p>
      <w:r>
        <w:rPr>
          <w:b/>
        </w:rPr>
        <w:t xml:space="preserve">[1:53:09] </w:t>
      </w:r>
      <w:r>
        <w:t>aur mansooba bandi ki hai, na ke amiri aur ghareebi ki.</w:t>
      </w:r>
    </w:p>
    <w:p>
      <w:pPr>
        <w:jc w:val="right"/>
      </w:pPr>
      <w:r>
        <w:t>اور منصوبہ بندی کی ہے، نہ کہ امیری اور غریبی کی۔</w:t>
      </w:r>
    </w:p>
    <w:p>
      <w:r>
        <w:rPr>
          <w:b/>
        </w:rPr>
        <w:t xml:space="preserve">[1:53:17] </w:t>
      </w:r>
      <w:r>
        <w:t>chhoti baat par intehai faisla: kitab "tarbiyat-e-aulad" Maulana Wahiduddin Khan, safha number 49.</w:t>
      </w:r>
    </w:p>
    <w:p>
      <w:pPr>
        <w:jc w:val="right"/>
      </w:pPr>
      <w:r>
        <w:t>چھوٹی بات پر انتہائی فیصلہ: کتاب "تربیتِ اولاد" مولانا وحید الدین خان، صفحہ نمبر 49۔</w:t>
      </w:r>
    </w:p>
    <w:p>
      <w:r>
        <w:rPr>
          <w:b/>
        </w:rPr>
        <w:t xml:space="preserve">[1:53:24] </w:t>
      </w:r>
      <w:r>
        <w:t>kamyab zindagi ka ek raaz yeh hai ke chhoti baat par intehai faisla na liya jaye.</w:t>
      </w:r>
    </w:p>
    <w:p>
      <w:pPr>
        <w:jc w:val="right"/>
      </w:pPr>
      <w:r>
        <w:t>کامیاب زندگی کا ایک راز یہ ہے کہ چھوٹی بات پر انتہائی فیصلہ نہ لیا جائے۔</w:t>
      </w:r>
    </w:p>
    <w:p>
      <w:r>
        <w:rPr>
          <w:b/>
        </w:rPr>
        <w:t xml:space="preserve">[1:53:32] </w:t>
      </w:r>
      <w:r>
        <w:t>ijtmaai zindagi mein chhoti shikayatein hamesha</w:t>
      </w:r>
    </w:p>
    <w:p>
      <w:pPr>
        <w:jc w:val="right"/>
      </w:pPr>
      <w:r>
        <w:t>اجتماعی زندگی میں چھوٹی شکایتیں ہمیشہ</w:t>
      </w:r>
    </w:p>
    <w:p>
      <w:r>
        <w:rPr>
          <w:b/>
        </w:rPr>
        <w:t xml:space="preserve">[1:53:39] </w:t>
      </w:r>
      <w:r>
        <w:t>pesh aati hain.</w:t>
      </w:r>
    </w:p>
    <w:p>
      <w:pPr>
        <w:jc w:val="right"/>
      </w:pPr>
      <w:r>
        <w:t>پیش آتی ہیں۔</w:t>
      </w:r>
    </w:p>
    <w:p>
      <w:r>
        <w:rPr>
          <w:b/>
        </w:rPr>
        <w:t xml:space="preserve">[1:53:44] </w:t>
      </w:r>
      <w:r>
        <w:t>daneshmand woh hai jo chhoti shikayaton ko nazar andaz kare, aur nadan aadmi woh hai jo chhoti shikayat</w:t>
      </w:r>
    </w:p>
    <w:p>
      <w:pPr>
        <w:jc w:val="right"/>
      </w:pPr>
      <w:r>
        <w:t>دانشمند وہ ہے جو چھوٹی شکایتوں کو نظر انداز کرے، اور نادان آدمی وہ ہے جو چھوٹی شکایت</w:t>
      </w:r>
    </w:p>
    <w:p>
      <w:r>
        <w:rPr>
          <w:b/>
        </w:rPr>
        <w:t xml:space="preserve">[1:53:49] </w:t>
      </w:r>
      <w:r>
        <w:t>par mushtael ho jaye aur us ki bunyaad par intehai faisla lene lage.</w:t>
      </w:r>
    </w:p>
    <w:p>
      <w:pPr>
        <w:jc w:val="right"/>
      </w:pPr>
      <w:r>
        <w:t>پر مشتعل ہو جائے اور اس کی بنیاد پر انتہائی فیصلہ لینے لگے۔</w:t>
      </w:r>
    </w:p>
    <w:p>
      <w:r>
        <w:rPr>
          <w:b/>
        </w:rPr>
        <w:t xml:space="preserve">[1:53:54] </w:t>
      </w:r>
      <w:r>
        <w:t>isi nawiyat ka ek mashhoor waqea woh hai jo Sunday Times London ke hawale se New Delhi ke</w:t>
      </w:r>
    </w:p>
    <w:p>
      <w:pPr>
        <w:jc w:val="right"/>
      </w:pPr>
      <w:r>
        <w:t>اسی نوعیت کا ایک مشہور واقعہ وہ ہے جو سنڈے ٹائمز لندن کے حوالے سے نئی دہلی کے</w:t>
      </w:r>
    </w:p>
    <w:p>
      <w:r>
        <w:rPr>
          <w:b/>
        </w:rPr>
        <w:t xml:space="preserve">[1:53:59] </w:t>
      </w:r>
      <w:r>
        <w:t>Angrezi akhbar "Times of India" 17 August 2009 mein shaya hua hai.</w:t>
      </w:r>
    </w:p>
    <w:p>
      <w:pPr>
        <w:jc w:val="right"/>
      </w:pPr>
      <w:r>
        <w:t>انگریزی اخبار "ٹائمز آف انڈیا" 17 اگست 2009 میں شائع ہوا ہے۔</w:t>
      </w:r>
    </w:p>
    <w:p>
      <w:r>
        <w:rPr>
          <w:b/>
        </w:rPr>
        <w:t xml:space="preserve">[1:54:04] </w:t>
      </w:r>
      <w:r>
        <w:t>Libya ke hukmaran Muammar</w:t>
      </w:r>
    </w:p>
    <w:p>
      <w:pPr>
        <w:jc w:val="right"/>
      </w:pPr>
      <w:r>
        <w:t>لیبیا کے حکمران معمر</w:t>
      </w:r>
    </w:p>
    <w:p>
      <w:r>
        <w:rPr>
          <w:b/>
        </w:rPr>
        <w:t xml:space="preserve">[1:54:09] </w:t>
      </w:r>
      <w:r>
        <w:t>al qaddafi ke 33 saala bete hani bal geneva yaani switzerland gaye. wahan woh aik hotel mein thehray. un ke sath un ki biwi al ain bhi thi. aik baar aisa hua ke hotel ki aik tunisi mulazma mona ki kisi baat par al ain ko ghussa aya. al ain ne us ko mara aur dhamki di ke main tum ko hotel ki khirki se bahar phenk doongi. is waqie ki khabar maqami police</w:t>
      </w:r>
    </w:p>
    <w:p>
      <w:pPr>
        <w:jc w:val="right"/>
      </w:pPr>
      <w:r>
        <w:t>القذافی کے 33 سالہ بیٹے ہنی بال جینیوا یعنی سویٹزرلینڈ گئے۔ وہاں وہ ایک ہوٹل میں ٹھہرے۔ ان کے ساتھ ان کی بیوی العین بھی تھی۔ ایک بار ایسا ہوا کہ ہوٹل کی ایک تیونیسی ملازمہ مونا کی کسی بات پر العین کو غصہ آ گیا۔ العین نے اس کو مارا اور دھمکی دی کہ میں تم کو ہوٹل کی کھڑکی سے باہر پھینک دوں گی۔ اس واقعے کی خبر مقامی پولیس</w:t>
      </w:r>
    </w:p>
    <w:p>
      <w:r>
        <w:rPr>
          <w:b/>
        </w:rPr>
        <w:t xml:space="preserve">[1:54:39] </w:t>
      </w:r>
      <w:r>
        <w:t>ko hui. police ne hani bal aur al ain ko giraftar kar liya. agarchay jald hi un ko riha kar diya gaya, lekin is waqie ki khabar jab hani bal ke walid muammar al qaddafi ko pohnchi to us ko unhon ne apni be izzati yaani humiliation samajha. woh sakht ghazab nak ho gaye. unhon ne switzerland ke khilaf kai sakht iqdamaat kiye: switzerland se hawai service munqata karna, switzerland ki k</w:t>
      </w:r>
    </w:p>
    <w:p>
      <w:pPr>
        <w:jc w:val="right"/>
      </w:pPr>
      <w:r>
        <w:t>کو ہوئی۔ پولیس نے ہنی بال اور العین کو گرفتار کر لیا۔ اگرچہ جلد ہی ان کو رہا کر دیا گیا، لیکن اس واقعے کی خبر جب ہنی بال کے والد معمر القذافی کو پہنچی تو اس کو انہوں نے اپنی بے عزتی یعنی ہیومیلیشن سمجھا۔ وہ سخت غضب ناک ہو گئے۔ انہوں نے سویٹزرلینڈ کے خلاف کئی سخت اقدامات کیے: سویٹزرلینڈ سے ہوائی سروس منقطع کرنا، سویٹزرلینڈ کی ک</w:t>
      </w:r>
    </w:p>
    <w:p>
      <w:r>
        <w:rPr>
          <w:b/>
        </w:rPr>
        <w:t xml:space="preserve">[1:55:09] </w:t>
      </w:r>
      <w:r>
        <w:t>ui companiyon ke libya mein mojood daftaroon ko band kar dena waghera. hatta ke unhon ne kaha: "if i had an atomic bomb, i would wipe switzerland off the map." yeh waqia choti shikayat par intehai iqdaam ki aik misaal hai. is qism ka iqdaam hamesha ulta nateeja paida karta hai, khwah koi mamooli aadmi ho ya koi bara aadmi. koi bhi is qism</w:t>
      </w:r>
    </w:p>
    <w:p>
      <w:pPr>
        <w:jc w:val="right"/>
      </w:pPr>
      <w:r>
        <w:t>ئی کمپنیوں کے لیبیا میں موجود دفتروں کو بند کر دینا وغیرہ۔ حتیٰ کہ انہوں نے کہا: "اف آئی ہیڈ این اٹامک بم، آئی وڈ وائپ سویٹزرلینڈ آف دا میپ۔" یہ واقعہ چھوٹی شکایت پر انتہائی اقدام کی ایک مثال ہے۔ اس قسم کا اقدام ہمیشہ الٹا نتیجہ پیدا کرتا ہے، خواہ کوئی معمولی آدمی ہو یا کوئی بڑا آدمی۔ کوئی بھی اس قسم</w:t>
      </w:r>
    </w:p>
    <w:p>
      <w:r>
        <w:rPr>
          <w:b/>
        </w:rPr>
        <w:t xml:space="preserve">[1:55:39] </w:t>
      </w:r>
      <w:r>
        <w:t>ke intehai iqdam ke manfi nataij se bach nahi sakta.</w:t>
      </w:r>
    </w:p>
    <w:p>
      <w:pPr>
        <w:jc w:val="right"/>
      </w:pPr>
      <w:r>
        <w:t>کے انتہائی اقدام کے منفی نتائج سے بچ نہیں سکتا۔</w:t>
      </w:r>
    </w:p>
    <w:p>
      <w:r>
        <w:rPr>
          <w:b/>
        </w:rPr>
        <w:t xml:space="preserve">[1:55:45] </w:t>
      </w:r>
      <w:r>
        <w:t>jald ya badir aadmi ko apni ghalti ka ehsas ho jata hai, lekin baat ko us ki talafi</w:t>
      </w:r>
    </w:p>
    <w:p>
      <w:pPr>
        <w:jc w:val="right"/>
      </w:pPr>
      <w:r>
        <w:t>جلد یا بدیر آدمی کو اپنی غلطی کا احساس ہو جاتا ہے، لیکن بات کو اس کی تلافی</w:t>
      </w:r>
    </w:p>
    <w:p>
      <w:r>
        <w:rPr>
          <w:b/>
        </w:rPr>
        <w:t xml:space="preserve">[1:55:51] </w:t>
      </w:r>
      <w:r>
        <w:t>mumkin nahi hoti.</w:t>
      </w:r>
    </w:p>
    <w:p>
      <w:pPr>
        <w:jc w:val="right"/>
      </w:pPr>
      <w:r>
        <w:t>ممکن نہیں ہوتی۔</w:t>
      </w:r>
    </w:p>
    <w:p>
      <w:r>
        <w:rPr>
          <w:b/>
        </w:rPr>
        <w:t xml:space="preserve">[1:55:57] </w:t>
      </w:r>
      <w:r>
        <w:t>talaq ke waqe' se le kar qaumi jang tak har maamle mein is ki misalein maujood hain.</w:t>
      </w:r>
    </w:p>
    <w:p>
      <w:pPr>
        <w:jc w:val="right"/>
      </w:pPr>
      <w:r>
        <w:t>طلاق کے واقعے سے لے کر قومی جنگ تک ہر معاملے میں اس کی مثالیں موجود ہیں۔</w:t>
      </w:r>
    </w:p>
    <w:p>
      <w:r>
        <w:rPr>
          <w:b/>
        </w:rPr>
        <w:t xml:space="preserve">[1:56:03] </w:t>
      </w:r>
      <w:r>
        <w:t>awlad parasti ka fitna: kitaab "tarbiyat-e-awlad" Maulana Wahiduddin Khan, saf</w:t>
      </w:r>
    </w:p>
    <w:p>
      <w:pPr>
        <w:jc w:val="right"/>
      </w:pPr>
      <w:r>
        <w:t>اولاد پرستی کا فتنہ: کتاب "تربیتِ اولاد" مولانا وحید الدین خان، صف</w:t>
      </w:r>
    </w:p>
    <w:p>
      <w:r>
        <w:rPr>
          <w:b/>
        </w:rPr>
        <w:t xml:space="preserve">[1:56:09] </w:t>
      </w:r>
      <w:r>
        <w:t>ha number 50.</w:t>
      </w:r>
    </w:p>
    <w:p>
      <w:pPr>
        <w:jc w:val="right"/>
      </w:pPr>
      <w:r>
        <w:t>حہ نمبر 50۔</w:t>
      </w:r>
    </w:p>
    <w:p>
      <w:r>
        <w:rPr>
          <w:b/>
        </w:rPr>
        <w:t xml:space="preserve">[1:56:15] </w:t>
      </w:r>
      <w:r>
        <w:t>ek hadith rasool mein bataya gaya hai ke qayamat ke din sab se zyada sharminda woh shakhs hoga</w:t>
      </w:r>
    </w:p>
    <w:p>
      <w:pPr>
        <w:jc w:val="right"/>
      </w:pPr>
      <w:r>
        <w:t>ایک حدیث رسول میں بتایا گیا ہے کہ قیامت کے دن سب سے زیادہ شرمندہ وہ شخص ہوگا</w:t>
      </w:r>
    </w:p>
    <w:p>
      <w:r>
        <w:rPr>
          <w:b/>
        </w:rPr>
        <w:t xml:space="preserve">[1:56:22] </w:t>
      </w:r>
      <w:r>
        <w:t>jo doosre ki duniya ke liye apni aakhirat ko bech de.</w:t>
      </w:r>
    </w:p>
    <w:p>
      <w:pPr>
        <w:jc w:val="right"/>
      </w:pPr>
      <w:r>
        <w:t>جو دوسرے کی دنیا کے لیے اپنی آخرت کو بیچ دے۔</w:t>
      </w:r>
    </w:p>
    <w:p>
      <w:r>
        <w:rPr>
          <w:b/>
        </w:rPr>
        <w:t xml:space="preserve">[1:56:28] </w:t>
      </w:r>
      <w:r>
        <w:t>in ashad al-nas nadamatan yawm al-qiyamah rajul ba'a akhiratahu bi dunyā ghayrihi.</w:t>
      </w:r>
    </w:p>
    <w:p>
      <w:pPr>
        <w:jc w:val="right"/>
      </w:pPr>
      <w:r>
        <w:t>إن أشد الناس ندامة يوم القيامة رجل باع آخرته بدنيا غيره.</w:t>
      </w:r>
    </w:p>
    <w:p>
      <w:r>
        <w:rPr>
          <w:b/>
        </w:rPr>
        <w:t xml:space="preserve">[1:56:34] </w:t>
      </w:r>
      <w:r>
        <w:t>al-tarikh al-kabir lil-bukhari hadith number</w:t>
      </w:r>
    </w:p>
    <w:p>
      <w:pPr>
        <w:jc w:val="right"/>
      </w:pPr>
      <w:r>
        <w:t>التاریخ الکبیر للبخاری حدیث نمبر</w:t>
      </w:r>
    </w:p>
    <w:p>
      <w:r>
        <w:rPr>
          <w:b/>
        </w:rPr>
        <w:t xml:space="preserve">[1:56:40] </w:t>
      </w:r>
      <w:r>
        <w:t>1927.</w:t>
      </w:r>
    </w:p>
    <w:p>
      <w:pPr>
        <w:jc w:val="right"/>
      </w:pPr>
      <w:r>
        <w:t>1927۔</w:t>
      </w:r>
    </w:p>
    <w:p>
      <w:r>
        <w:rPr>
          <w:b/>
        </w:rPr>
        <w:t xml:space="preserve">[1:56:46] </w:t>
      </w:r>
      <w:r>
        <w:t>yeh hadith maujudah zamane mein sab se zyada un logon par chaspana yani apply hoti hai jo sahib-e-awlad hain.</w:t>
      </w:r>
    </w:p>
    <w:p>
      <w:pPr>
        <w:jc w:val="right"/>
      </w:pPr>
      <w:r>
        <w:t>یہ حدیث موجودہ زمانے میں سب سے زیادہ ان لوگوں پر چسپاں یعنی اپلائی ہوتی ہے جو صاحب اولاد ہیں۔</w:t>
      </w:r>
    </w:p>
    <w:p>
      <w:r>
        <w:rPr>
          <w:b/>
        </w:rPr>
        <w:t xml:space="preserve">[1:56:52] </w:t>
      </w:r>
      <w:r>
        <w:t>maujudah zamane mein sahib-e-awlad logon ka haal yeh hai ke har ek ke liye us ki awlad</w:t>
      </w:r>
    </w:p>
    <w:p>
      <w:pPr>
        <w:jc w:val="right"/>
      </w:pPr>
      <w:r>
        <w:t>موجودہ زمانے میں صاحب اولاد لوگوں کا حال یہ ہے کہ ہر ایک کے لیے اس کی اولاد</w:t>
      </w:r>
    </w:p>
    <w:p>
      <w:r>
        <w:rPr>
          <w:b/>
        </w:rPr>
        <w:t xml:space="preserve">[1:56:58] </w:t>
      </w:r>
      <w:r>
        <w:t>us ka supreme consent bani hui hai.</w:t>
      </w:r>
    </w:p>
    <w:p>
      <w:pPr>
        <w:jc w:val="right"/>
      </w:pPr>
      <w:r>
        <w:t>اس کا سپریم کنسن بنی ہوئی ہے۔</w:t>
      </w:r>
    </w:p>
    <w:p>
      <w:r>
        <w:rPr>
          <w:b/>
        </w:rPr>
        <w:t xml:space="preserve">[1:57:04] </w:t>
      </w:r>
      <w:r>
        <w:t>har ek ka yeh haal hai ke woh apni awlad ke liye zyada se</w:t>
      </w:r>
    </w:p>
    <w:p>
      <w:pPr>
        <w:jc w:val="right"/>
      </w:pPr>
      <w:r>
        <w:t>ہر ایک کا یہ حال ہے کہ وہ اپنی اولاد کے لیے زیادہ سے</w:t>
      </w:r>
    </w:p>
    <w:p>
      <w:r>
        <w:rPr>
          <w:b/>
        </w:rPr>
        <w:t xml:space="preserve">[1:57:10] </w:t>
      </w:r>
      <w:r>
        <w:t>zyada duniya kamane mein masroof hai, aur khud apni aakhirat ki khatir koi haqeeqi kaam karne ke liye</w:t>
      </w:r>
    </w:p>
    <w:p>
      <w:pPr>
        <w:jc w:val="right"/>
      </w:pPr>
      <w:r>
        <w:t>زیادہ دنیا کمانے میں مصروف ہے، اور خود اپنی آخرت کی خاطر کوئی حقیقی کام کرنے کے لیے</w:t>
      </w:r>
    </w:p>
    <w:p>
      <w:r>
        <w:rPr>
          <w:b/>
        </w:rPr>
        <w:t xml:space="preserve">[1:57:15] </w:t>
      </w:r>
      <w:r>
        <w:t>aadmi ke paas waqt hi nahin.</w:t>
      </w:r>
    </w:p>
    <w:p>
      <w:pPr>
        <w:jc w:val="right"/>
      </w:pPr>
      <w:r>
        <w:t>آدمی کے پاس وقت ہی نہیں۔</w:t>
      </w:r>
    </w:p>
    <w:p>
      <w:r>
        <w:rPr>
          <w:b/>
        </w:rPr>
        <w:t xml:space="preserve">[1:57:20] </w:t>
      </w:r>
      <w:r>
        <w:t>maujudah zamane mein har aadmi is haqeeqat ko bhool gaya hai ke us ki awlad us ke liye</w:t>
      </w:r>
    </w:p>
    <w:p>
      <w:pPr>
        <w:jc w:val="right"/>
      </w:pPr>
      <w:r>
        <w:t>موجودہ زمانے میں ہر آدمی اس حقیقت کو بھول گیا ہے کہ اس کی اولاد اس کے لیے</w:t>
      </w:r>
    </w:p>
    <w:p>
      <w:r>
        <w:rPr>
          <w:b/>
        </w:rPr>
        <w:t xml:space="preserve">[1:57:25] </w:t>
      </w:r>
      <w:r>
        <w:t>sirf imtehan ka parcha hai.</w:t>
      </w:r>
    </w:p>
    <w:p>
      <w:pPr>
        <w:jc w:val="right"/>
      </w:pPr>
      <w:r>
        <w:t>صرف امتحان کا پرچہ ہے۔</w:t>
      </w:r>
    </w:p>
    <w:p>
      <w:r>
        <w:rPr>
          <w:b/>
        </w:rPr>
        <w:t xml:space="preserve">[1:57:30] </w:t>
      </w:r>
      <w:r>
        <w:t>al-anfal surah number aath ayat 28 hai.</w:t>
      </w:r>
    </w:p>
    <w:p>
      <w:pPr>
        <w:jc w:val="right"/>
      </w:pPr>
      <w:r>
        <w:t>الانفال سورہ نمبر آٹھ آیت 28 ہے۔</w:t>
      </w:r>
    </w:p>
    <w:p>
      <w:r>
        <w:rPr>
          <w:b/>
        </w:rPr>
        <w:t xml:space="preserve">[1:57:35] </w:t>
      </w:r>
      <w:r>
        <w:t>awlad us ko</w:t>
      </w:r>
    </w:p>
    <w:p>
      <w:pPr>
        <w:jc w:val="right"/>
      </w:pPr>
      <w:r>
        <w:t>اولاد اس کو</w:t>
      </w:r>
    </w:p>
    <w:p>
      <w:r>
        <w:rPr>
          <w:b/>
        </w:rPr>
        <w:t xml:space="preserve">[1:57:40] </w:t>
      </w:r>
      <w:r>
        <w:t>is liye nahin mili hai ke woh bas apni awlad ko khush karta rahe.</w:t>
      </w:r>
    </w:p>
    <w:p>
      <w:pPr>
        <w:jc w:val="right"/>
      </w:pPr>
      <w:r>
        <w:t>اس لیے نہیں ملی ہے کہ وہ بس اپنی اولاد کو خوش کرتا رہے۔</w:t>
      </w:r>
    </w:p>
    <w:p>
      <w:r>
        <w:rPr>
          <w:b/>
        </w:rPr>
        <w:t xml:space="preserve">[1:57:47] </w:t>
      </w:r>
      <w:r>
        <w:t>woh apni awlad ki dunyawi kamyabi ke liye apni sari tawanaai laga de.</w:t>
      </w:r>
    </w:p>
    <w:p>
      <w:pPr>
        <w:jc w:val="right"/>
      </w:pPr>
      <w:r>
        <w:t>وہ اپنی اولاد کی دنیاوی کامیابی کے لیے اپنی ساری توانائی لگا دے۔</w:t>
      </w:r>
    </w:p>
    <w:p>
      <w:r>
        <w:rPr>
          <w:b/>
        </w:rPr>
        <w:t xml:space="preserve">[1:57:55] </w:t>
      </w:r>
      <w:r>
        <w:t>maujudah zamane mein bahut se log hain jo bazahir mazhabi waza' qata' banaye rehte hain, aur rasmi ma'non</w:t>
      </w:r>
    </w:p>
    <w:p>
      <w:pPr>
        <w:jc w:val="right"/>
      </w:pPr>
      <w:r>
        <w:t>موجودہ زمانے میں بہت سے لوگ ہیں جو بظاہر مذہبی وضع قطع بنائے رہتے ہیں، اور رسمی معنوں</w:t>
      </w:r>
    </w:p>
    <w:p>
      <w:r>
        <w:rPr>
          <w:b/>
        </w:rPr>
        <w:t xml:space="preserve">[1:58:02] </w:t>
      </w:r>
      <w:r>
        <w:t>mein saum-o-salat ki pabandi bhi karte hain, lekin 'amalan woh apna sara waqt aur apni be</w:t>
      </w:r>
    </w:p>
    <w:p>
      <w:pPr>
        <w:jc w:val="right"/>
      </w:pPr>
      <w:r>
        <w:t>میں صوم و صلاۃ کی پابندی بھی کرتے ہیں، لیکن عملاً وہ اپنا سارا وقت اور اپنی بہ</w:t>
      </w:r>
    </w:p>
    <w:p>
      <w:r>
        <w:rPr>
          <w:b/>
        </w:rPr>
        <w:t xml:space="preserve">[1:58:10] </w:t>
      </w:r>
      <w:r>
        <w:t>tareen salahiyat sirf duniya kamane mein lagaye rehte hain.</w:t>
      </w:r>
    </w:p>
    <w:p>
      <w:pPr>
        <w:jc w:val="right"/>
      </w:pPr>
      <w:r>
        <w:t>ترین صلاحیت صرف دنیا کمانے میں لگائے رہتے ہیں۔</w:t>
      </w:r>
    </w:p>
    <w:p>
      <w:r>
        <w:rPr>
          <w:b/>
        </w:rPr>
        <w:t xml:space="preserve">[1:58:15] </w:t>
      </w:r>
      <w:r>
        <w:t>sirf is liye ke jab woh marein to apni awlad ke liye woh zyada se zyada saman-e-duniya</w:t>
      </w:r>
    </w:p>
    <w:p>
      <w:pPr>
        <w:jc w:val="right"/>
      </w:pPr>
      <w:r>
        <w:t>صرف اس لیے کہ جب وہ مریں تو اپنی اولاد کے لیے وہ زیادہ سے زیادہ سامان دنیا</w:t>
      </w:r>
    </w:p>
    <w:p>
      <w:r>
        <w:rPr>
          <w:b/>
        </w:rPr>
        <w:t xml:space="preserve">[1:58:20] </w:t>
      </w:r>
      <w:r>
        <w:t>chhod kar jayein.</w:t>
      </w:r>
    </w:p>
    <w:p>
      <w:pPr>
        <w:jc w:val="right"/>
      </w:pPr>
      <w:r>
        <w:t>چھوڑ کر جائیں۔</w:t>
      </w:r>
    </w:p>
    <w:p>
      <w:r>
        <w:rPr>
          <w:b/>
        </w:rPr>
        <w:t xml:space="preserve">[1:58:25] </w:t>
      </w:r>
      <w:r>
        <w:t>magar aise log sirf apne aap ko dhoka de rahe hain.</w:t>
      </w:r>
    </w:p>
    <w:p>
      <w:pPr>
        <w:jc w:val="right"/>
      </w:pPr>
      <w:r>
        <w:t>مگر ایسے لوگ صرف اپنے آپ کو دھوکہ دے رہے ہیں۔</w:t>
      </w:r>
    </w:p>
    <w:p>
      <w:r>
        <w:rPr>
          <w:b/>
        </w:rPr>
        <w:t xml:space="preserve">[1:58:30] </w:t>
      </w:r>
      <w:r>
        <w:t>khuda ko dene ke liye un ke paas sirf kuch zahiri rasoom hain, aur jahan tak haqeeqi zindagi</w:t>
      </w:r>
    </w:p>
    <w:p>
      <w:pPr>
        <w:jc w:val="right"/>
      </w:pPr>
      <w:r>
        <w:t>خدا کو دینے کے لیے ان کے پاس صرف کچھ ظاہری رسوم ہیں، اور جہاں تک حقیقی زندگی</w:t>
      </w:r>
    </w:p>
    <w:p>
      <w:r>
        <w:rPr>
          <w:b/>
        </w:rPr>
        <w:t xml:space="preserve">[1:58:36] </w:t>
      </w:r>
      <w:r>
        <w:t>ka talluq hai,</w:t>
      </w:r>
    </w:p>
    <w:p>
      <w:pPr>
        <w:jc w:val="right"/>
      </w:pPr>
      <w:r>
        <w:t>کا تعلق ہے،</w:t>
      </w:r>
    </w:p>
    <w:p>
      <w:r>
        <w:rPr>
          <w:b/>
        </w:rPr>
        <w:t xml:space="preserve">[1:58:41] </w:t>
      </w:r>
      <w:r>
        <w:t>is ko unhon ne sirf apni aulad ke liye waqf kar rakha hai.</w:t>
      </w:r>
    </w:p>
    <w:p>
      <w:pPr>
        <w:jc w:val="right"/>
      </w:pPr>
      <w:r>
        <w:t>اس کو انہوں نے صرف اپنی اولاد کے لیے وقف کر رکھا ہے۔</w:t>
      </w:r>
    </w:p>
    <w:p>
      <w:r>
        <w:rPr>
          <w:b/>
        </w:rPr>
        <w:t xml:space="preserve">[1:58:47] </w:t>
      </w:r>
      <w:r>
        <w:t>yeh khuda parasti nahi hai, balkeh woh aulad parasti hai, aur yeh aik haqeeqat hai ke aulad parasti</w:t>
      </w:r>
    </w:p>
    <w:p>
      <w:pPr>
        <w:jc w:val="right"/>
      </w:pPr>
      <w:r>
        <w:t>یہ خدا پرستی نہیں ہے، بلکہ وہ اولاد پرستی ہے، اور یہ ایک حقیقت ہے کہ اولاد پرستی</w:t>
      </w:r>
    </w:p>
    <w:p>
      <w:r>
        <w:rPr>
          <w:b/>
        </w:rPr>
        <w:t xml:space="preserve">[1:58:53] </w:t>
      </w:r>
      <w:r>
        <w:t>ka tareeqa kisi ko khuda parasti ka credit nahi de sakta.</w:t>
      </w:r>
    </w:p>
    <w:p>
      <w:pPr>
        <w:jc w:val="right"/>
      </w:pPr>
      <w:r>
        <w:t>کا طریقہ کسی کو خدا پرستی کا کریڈٹ نہیں دے سکتا۔</w:t>
      </w:r>
    </w:p>
    <w:p>
      <w:r>
        <w:rPr>
          <w:b/>
        </w:rPr>
        <w:t xml:space="preserve">[1:58:59] </w:t>
      </w:r>
      <w:r>
        <w:t>khuda parasti zindagi ka zameema yaani appendix nahi.</w:t>
      </w:r>
    </w:p>
    <w:p>
      <w:pPr>
        <w:jc w:val="right"/>
      </w:pPr>
      <w:r>
        <w:t>خدا پرستی زندگی کا ضمیمہ یعنی اپنڈکس نہیں۔</w:t>
      </w:r>
    </w:p>
    <w:p>
      <w:r>
        <w:rPr>
          <w:b/>
        </w:rPr>
        <w:t xml:space="preserve">[1:59:05] </w:t>
      </w:r>
      <w:r>
        <w:t>haqeeqi khuda parasti woh hai jo insaan ki poori zindagi ka</w:t>
      </w:r>
    </w:p>
    <w:p>
      <w:pPr>
        <w:jc w:val="right"/>
      </w:pPr>
      <w:r>
        <w:t>حقیقی خدا پرستی وہ ہے جو انسان کی پوری زندگی کا</w:t>
      </w:r>
    </w:p>
    <w:p>
      <w:r>
        <w:rPr>
          <w:b/>
        </w:rPr>
        <w:t xml:space="preserve">[1:59:11] </w:t>
      </w:r>
      <w:r>
        <w:t>ehtata kiye hue ho.</w:t>
      </w:r>
    </w:p>
    <w:p>
      <w:pPr>
        <w:jc w:val="right"/>
      </w:pPr>
      <w:r>
        <w:t>احاطہ کیے ہوئے ہو۔</w:t>
      </w:r>
    </w:p>
    <w:p>
      <w:r>
        <w:rPr>
          <w:b/>
        </w:rPr>
        <w:t xml:space="preserve">[1:59:16] </w:t>
      </w:r>
      <w:r>
        <w:t>khush fikri ya haqeeqat pasandi.</w:t>
      </w:r>
    </w:p>
    <w:p>
      <w:pPr>
        <w:jc w:val="right"/>
      </w:pPr>
      <w:r>
        <w:t>خوش فکری یا حقیقت پسندی۔</w:t>
      </w:r>
    </w:p>
    <w:p>
      <w:r>
        <w:rPr>
          <w:b/>
        </w:rPr>
        <w:t xml:space="preserve">[1:59:21] </w:t>
      </w:r>
      <w:r>
        <w:t>kitab "tarbiyat-e-aulad" Maulana Wahiduddin Khan, safha number 51.</w:t>
      </w:r>
    </w:p>
    <w:p>
      <w:pPr>
        <w:jc w:val="right"/>
      </w:pPr>
      <w:r>
        <w:t>کتاب "تربیتِ اولاد" مولانا وحید الدین خان، صفحہ نمبر 51۔</w:t>
      </w:r>
    </w:p>
    <w:p>
      <w:r>
        <w:rPr>
          <w:b/>
        </w:rPr>
        <w:t xml:space="preserve">[1:59:26] </w:t>
      </w:r>
      <w:r>
        <w:t>aik baap ko apne bete se bohat talluq tha.</w:t>
      </w:r>
    </w:p>
    <w:p>
      <w:pPr>
        <w:jc w:val="right"/>
      </w:pPr>
      <w:r>
        <w:t>ایک باپ کو اپنے بیٹے سے بہت تعلق تھا۔</w:t>
      </w:r>
    </w:p>
    <w:p>
      <w:r>
        <w:rPr>
          <w:b/>
        </w:rPr>
        <w:t xml:space="preserve">[1:59:31] </w:t>
      </w:r>
      <w:r>
        <w:t>baap ke zehan mein kaam ka aik ideal tasawwur tha.</w:t>
      </w:r>
    </w:p>
    <w:p>
      <w:pPr>
        <w:jc w:val="right"/>
      </w:pPr>
      <w:r>
        <w:t>باپ کے ذہن میں کام کا ایک آئیڈیل تصور تھا۔</w:t>
      </w:r>
    </w:p>
    <w:p>
      <w:r>
        <w:rPr>
          <w:b/>
        </w:rPr>
        <w:t xml:space="preserve">[1:59:36] </w:t>
      </w:r>
      <w:r>
        <w:t>woh chahta tha ke woh apne bete ko is ideal kaam ke liye</w:t>
      </w:r>
    </w:p>
    <w:p>
      <w:pPr>
        <w:jc w:val="right"/>
      </w:pPr>
      <w:r>
        <w:t>وہ چاہتا تھا کہ وہ اپنے بیٹے کو اس آئیڈیل کام کے لیے</w:t>
      </w:r>
    </w:p>
    <w:p>
      <w:r>
        <w:rPr>
          <w:b/>
        </w:rPr>
        <w:t xml:space="preserve">[1:59:41] </w:t>
      </w:r>
      <w:r>
        <w:t>taiyar kare.</w:t>
      </w:r>
    </w:p>
    <w:p>
      <w:pPr>
        <w:jc w:val="right"/>
      </w:pPr>
      <w:r>
        <w:t>تیار کرے۔</w:t>
      </w:r>
    </w:p>
    <w:p>
      <w:r>
        <w:rPr>
          <w:b/>
        </w:rPr>
        <w:t xml:space="preserve">[1:59:46] </w:t>
      </w:r>
      <w:r>
        <w:t>is maqsad ke liye us ne apne bete ko aala taleem dilai.</w:t>
      </w:r>
    </w:p>
    <w:p>
      <w:pPr>
        <w:jc w:val="right"/>
      </w:pPr>
      <w:r>
        <w:t>اس مقصد کے لیے اس نے اپنے بیٹے کو اعلیٰ تعلیم دلائی۔</w:t>
      </w:r>
    </w:p>
    <w:p>
      <w:r>
        <w:rPr>
          <w:b/>
        </w:rPr>
        <w:t xml:space="preserve">[1:59:51] </w:t>
      </w:r>
      <w:r>
        <w:t>uski umeedain tamam tar apne bete se wabasta ho gaeen.</w:t>
      </w:r>
    </w:p>
    <w:p>
      <w:pPr>
        <w:jc w:val="right"/>
      </w:pPr>
      <w:r>
        <w:t>اس کی امیدیں تمام تر اپنے بیٹے سے وابستہ ہو گئیں۔</w:t>
      </w:r>
    </w:p>
    <w:p>
      <w:r>
        <w:rPr>
          <w:b/>
        </w:rPr>
        <w:t xml:space="preserve">[1:59:56] </w:t>
      </w:r>
      <w:r>
        <w:t>jab beta bara ho gaya aur us ki taleem mukammal ho gayi to baap ne chaha ke is</w:t>
      </w:r>
    </w:p>
    <w:p>
      <w:pPr>
        <w:jc w:val="right"/>
      </w:pPr>
      <w:r>
        <w:t>جب بیٹا بڑا ہو گیا اور اس کی تعلیم مکمل ہو گئی تو باپ نے چاہا کہ اس</w:t>
      </w:r>
    </w:p>
    <w:p>
      <w:r>
        <w:rPr>
          <w:b/>
        </w:rPr>
        <w:t xml:space="preserve">[2:00:01] </w:t>
      </w:r>
      <w:r>
        <w:t>ka beta is ke pasandeeda kaam mein lage, lekin bete ne inkar kar diya.</w:t>
      </w:r>
    </w:p>
    <w:p>
      <w:pPr>
        <w:jc w:val="right"/>
      </w:pPr>
      <w:r>
        <w:t>کا بیٹا اس کے پسندیدہ کام میں لگے، لیکن بیٹے نے انکار کر دیا۔</w:t>
      </w:r>
    </w:p>
    <w:p>
      <w:r>
        <w:rPr>
          <w:b/>
        </w:rPr>
        <w:t xml:space="preserve">[2:00:06] </w:t>
      </w:r>
      <w:r>
        <w:t>baap ne bohat kuch kaha, lekin bete ki</w:t>
      </w:r>
    </w:p>
    <w:p>
      <w:pPr>
        <w:jc w:val="right"/>
      </w:pPr>
      <w:r>
        <w:t>باپ نے بہت کچھ کہا، لیکن بیٹے کی</w:t>
      </w:r>
    </w:p>
    <w:p>
      <w:r>
        <w:rPr>
          <w:b/>
        </w:rPr>
        <w:t xml:space="preserve">[2:00:11] </w:t>
      </w:r>
      <w:r>
        <w:t>samajh mein na aaya.</w:t>
      </w:r>
    </w:p>
    <w:p>
      <w:pPr>
        <w:jc w:val="right"/>
      </w:pPr>
      <w:r>
        <w:t>سمجھ میں نہ آیا۔</w:t>
      </w:r>
    </w:p>
    <w:p>
      <w:r>
        <w:rPr>
          <w:b/>
        </w:rPr>
        <w:t xml:space="preserve">[2:00:16] </w:t>
      </w:r>
      <w:r>
        <w:t>bete ne aakhri tor par apne baap se keh diya: "beta, jab bara ho jata hai to woh</w:t>
      </w:r>
    </w:p>
    <w:p>
      <w:pPr>
        <w:jc w:val="right"/>
      </w:pPr>
      <w:r>
        <w:t>بیٹے نے آخری طور پر اپنے باپ سے کہہ دیا: "بیٹا، جب بڑا ہو جاتا ہے تو وہ</w:t>
      </w:r>
    </w:p>
    <w:p>
      <w:r>
        <w:rPr>
          <w:b/>
        </w:rPr>
        <w:t xml:space="preserve">[2:00:22] </w:t>
      </w:r>
      <w:r>
        <w:t>khud apni aql se kaam karta hai." bete ka yeh jawab sun kar baap ko itni mayoosi hui</w:t>
      </w:r>
    </w:p>
    <w:p>
      <w:pPr>
        <w:jc w:val="right"/>
      </w:pPr>
      <w:r>
        <w:t>خود اپنی عقل سے کام کرتا ہے۔" بیٹے کا یہ جواب سن کر باپ کو اتنی مایوسی ہوئی</w:t>
      </w:r>
    </w:p>
    <w:p>
      <w:r>
        <w:rPr>
          <w:b/>
        </w:rPr>
        <w:t xml:space="preserve">[2:00:27] </w:t>
      </w:r>
      <w:r>
        <w:t>ke woh nafsiati mareez ban gaya.</w:t>
      </w:r>
    </w:p>
    <w:p>
      <w:pPr>
        <w:jc w:val="right"/>
      </w:pPr>
      <w:r>
        <w:t>کہ وہ نفسیاتی مریض بن گیا۔</w:t>
      </w:r>
    </w:p>
    <w:p>
      <w:r>
        <w:rPr>
          <w:b/>
        </w:rPr>
        <w:t xml:space="preserve">[2:00:32] </w:t>
      </w:r>
      <w:r>
        <w:t>uska blood pressure barh gaya.</w:t>
      </w:r>
    </w:p>
    <w:p>
      <w:pPr>
        <w:jc w:val="right"/>
      </w:pPr>
      <w:r>
        <w:t>اس کا بلڈ پریشر بڑھ گیا۔</w:t>
      </w:r>
    </w:p>
    <w:p>
      <w:r>
        <w:rPr>
          <w:b/>
        </w:rPr>
        <w:t xml:space="preserve">[2:00:37] </w:t>
      </w:r>
      <w:r>
        <w:t>magar haqeeqat yeh hai ke is maamle mein baap ki ghalti thi, na ke bete ki ghalti.</w:t>
      </w:r>
    </w:p>
    <w:p>
      <w:pPr>
        <w:jc w:val="right"/>
      </w:pPr>
      <w:r>
        <w:t>مگر حقیقت یہ ہے کہ اس معاملے میں باپ کی غلطی تھی، نہ کہ بیٹے کی غلطی۔</w:t>
      </w:r>
    </w:p>
    <w:p>
      <w:r>
        <w:rPr>
          <w:b/>
        </w:rPr>
        <w:t xml:space="preserve">[2:00:43] </w:t>
      </w:r>
      <w:r>
        <w:t>yeh ek fitri haqeeqat hai ke har bachcha aql o sho'oor le kar paida hota hai.</w:t>
      </w:r>
    </w:p>
    <w:p>
      <w:pPr>
        <w:jc w:val="right"/>
      </w:pPr>
      <w:r>
        <w:t>یہ ایک فطری حقیقت ہے کہ ہر بچہ عقل و شعور لے کر پیدا ہوتا ہے۔</w:t>
      </w:r>
    </w:p>
    <w:p>
      <w:r>
        <w:rPr>
          <w:b/>
        </w:rPr>
        <w:t xml:space="preserve">[2:00:49] </w:t>
      </w:r>
      <w:r>
        <w:t>chhoti umar mein jab woh napukhta yaani immature hota hai, us waqt woh baap aur maa ki</w:t>
      </w:r>
    </w:p>
    <w:p>
      <w:pPr>
        <w:jc w:val="right"/>
      </w:pPr>
      <w:r>
        <w:t>چھوٹی عمر میں جب وہ ناپختہ یعنی ام میچور ہوتا ہے، اس وقت وہ باپ اور ماں کی</w:t>
      </w:r>
    </w:p>
    <w:p>
      <w:r>
        <w:rPr>
          <w:b/>
        </w:rPr>
        <w:t xml:space="preserve">[2:00:55] </w:t>
      </w:r>
      <w:r>
        <w:t>baat ko sunta hai, lekin jab woh bada hota hai to uska sho'oor pukhta ho chuka hota hai.</w:t>
      </w:r>
    </w:p>
    <w:p>
      <w:pPr>
        <w:jc w:val="right"/>
      </w:pPr>
      <w:r>
        <w:t>بات کو سنتا ہے، لیکن جب وہ بڑا ہوتا ہے تو اس کا شعور پختہ ہو چکا ہوتا ہے۔</w:t>
      </w:r>
    </w:p>
    <w:p>
      <w:r>
        <w:rPr>
          <w:b/>
        </w:rPr>
        <w:t xml:space="preserve">[2:01:01] </w:t>
      </w:r>
      <w:r>
        <w:t>is ke andar khud fikri yaani self thinking ki salahiyat paida ho jati hai.</w:t>
      </w:r>
    </w:p>
    <w:p>
      <w:pPr>
        <w:jc w:val="right"/>
      </w:pPr>
      <w:r>
        <w:t>اس کے اندر خود فکری یعنی سیلف تھنکنگ کی صلاحیت پیدا ہو جاتی ہے۔</w:t>
      </w:r>
    </w:p>
    <w:p>
      <w:r>
        <w:rPr>
          <w:b/>
        </w:rPr>
        <w:t xml:space="preserve">[2:01:07] </w:t>
      </w:r>
      <w:r>
        <w:t>woh apni aql se</w:t>
      </w:r>
    </w:p>
    <w:p>
      <w:pPr>
        <w:jc w:val="right"/>
      </w:pPr>
      <w:r>
        <w:t>وہ اپنی عقل سے</w:t>
      </w:r>
    </w:p>
    <w:p>
      <w:r>
        <w:rPr>
          <w:b/>
        </w:rPr>
        <w:t xml:space="preserve">[2:01:13] </w:t>
      </w:r>
      <w:r>
        <w:t>aazadana faisla karne lagta hai. aisi halat mein mazkoora qism ke walidain ki soch ghair fitri hai. woh kabhi waqea banne wali nahi. walidain ko chounke apne bete se bohat zyada mohabbat hoti hai, mohabbat ke jazbe ke tehat woh apne bete ke baray mein khush fehm yaani wishful ban jatay hain. woh apne bete se aisi umeedain qaim kar letay hain jo</w:t>
      </w:r>
    </w:p>
    <w:p>
      <w:pPr>
        <w:jc w:val="right"/>
      </w:pPr>
      <w:r>
        <w:t>آزادانہ فیصلہ کرنے لگتا ہے۔ ایسی حالت میں مذکورہ قسم کے والدین کی سوچ غیر فطری ہے۔ وہ کبھی واقعہ بننے والی نہیں۔ والدین کو چونکہ اپنے بیٹے سے بہت زیادہ محبت ہوتی ہے، محبت کے جذبے کے تحت وہ اپنے بیٹے کے بارے میں خوش فکر یعنی وش فل بن جاتے ہیں۔ وہ اپنے بیٹے سے ایسی امیدیں قائم کر لیتے ہیں جو</w:t>
      </w:r>
    </w:p>
    <w:p>
      <w:r>
        <w:rPr>
          <w:b/>
        </w:rPr>
        <w:t xml:space="preserve">[2:01:43] </w:t>
      </w:r>
      <w:r>
        <w:t>qanoon-e-fitrat ke khilaaf hoti hain.</w:t>
      </w:r>
    </w:p>
    <w:p>
      <w:pPr>
        <w:jc w:val="right"/>
      </w:pPr>
      <w:r>
        <w:t>قانون فطرت کے خلاف ہوتی ہیں۔</w:t>
      </w:r>
    </w:p>
    <w:p>
      <w:r>
        <w:rPr>
          <w:b/>
        </w:rPr>
        <w:t xml:space="preserve">[2:01:49] </w:t>
      </w:r>
      <w:r>
        <w:t>is khush fikri yaani wishful thinking mein taqreeban har baap mubtala rehta hai.</w:t>
      </w:r>
    </w:p>
    <w:p>
      <w:pPr>
        <w:jc w:val="right"/>
      </w:pPr>
      <w:r>
        <w:t>اس خوش فکری یعنی وش فل تھنکنگ میں تقریباً ہر باپ مبتلا رہتا ہے۔</w:t>
      </w:r>
    </w:p>
    <w:p>
      <w:r>
        <w:rPr>
          <w:b/>
        </w:rPr>
        <w:t xml:space="preserve">[2:01:55] </w:t>
      </w:r>
      <w:r>
        <w:t>is qism ki khush fikri is duniya mein kabhi waqe'a banne wali nahin.</w:t>
      </w:r>
    </w:p>
    <w:p>
      <w:pPr>
        <w:jc w:val="right"/>
      </w:pPr>
      <w:r>
        <w:t>اس قسم کی خوش فکری اس دنیا میں کبھی واقعہ بننے والی نہیں۔</w:t>
      </w:r>
    </w:p>
    <w:p>
      <w:r>
        <w:rPr>
          <w:b/>
        </w:rPr>
        <w:t xml:space="preserve">[2:02:01] </w:t>
      </w:r>
      <w:r>
        <w:t>waldein ko chahiye ke woh haqeeqat pasand banen taake woh apni aulaad ke baare mein mayoosi ka shikaar na hon.</w:t>
      </w:r>
    </w:p>
    <w:p>
      <w:pPr>
        <w:jc w:val="right"/>
      </w:pPr>
      <w:r>
        <w:t>والدین کو چاہیے کہ وہ حقیقت پسند بنیں تاکہ وہ اپنی اولاد کے بارے میں مایوسی کا شکار نہ ہوں۔</w:t>
      </w:r>
    </w:p>
    <w:p>
      <w:r>
        <w:rPr>
          <w:b/>
        </w:rPr>
        <w:t xml:space="preserve">[2:02:07] </w:t>
      </w:r>
      <w:r>
        <w:t>bachchon ka dukh jheel rahe hain.</w:t>
      </w:r>
    </w:p>
    <w:p>
      <w:pPr>
        <w:jc w:val="right"/>
      </w:pPr>
      <w:r>
        <w:t>بچوں کا دکھ جھیل رہے ہیں۔</w:t>
      </w:r>
    </w:p>
    <w:p>
      <w:r>
        <w:rPr>
          <w:b/>
        </w:rPr>
        <w:t xml:space="preserve">[2:02:13] </w:t>
      </w:r>
      <w:r>
        <w:t>kitab "tarbiyat-e-aulad" Maulana Wahiduddin Khan, safha number 52. aik senior muslim taajir se aik sahab ne poocha ke aap ko khuda ne 95 saal ki umar di, yaani taqreeban aik sadi. is lambi zindagi mein aap ne kya seekha aur kya tajurba kiya? is sawal ke baad woh do minute ch</w:t>
      </w:r>
    </w:p>
    <w:p>
      <w:pPr>
        <w:jc w:val="right"/>
      </w:pPr>
      <w:r>
        <w:t>کتاب "تربیتِ اولاد" مولانا وحید الدین خان، صفحہ نمبر 52۔ ایک سینئر مسلم تاجر سے ایک صاحب نے پوچھا کہ آپ کو خدا نے 95 سال کی عمر دی، یعنی تقریباً ایک صدی۔ اس لمبی زندگی میں آپ نے کیا سیکھا اور کیا تجربہ کیا؟ اس سوال کے بعد وہ دو منٹ چ</w:t>
      </w:r>
    </w:p>
    <w:p>
      <w:r>
        <w:rPr>
          <w:b/>
        </w:rPr>
        <w:t xml:space="preserve">[2:02:43] </w:t>
      </w:r>
      <w:r>
        <w:t>pa rahe.</w:t>
      </w:r>
    </w:p>
    <w:p>
      <w:pPr>
        <w:jc w:val="right"/>
      </w:pPr>
      <w:r>
        <w:t>پ رہے۔</w:t>
      </w:r>
    </w:p>
    <w:p>
      <w:r>
        <w:rPr>
          <w:b/>
        </w:rPr>
        <w:t xml:space="preserve">[2:02:49] </w:t>
      </w:r>
      <w:r>
        <w:t>is ke baad unhon ne nihayat sanjeeda andaaz mein kaha: "koi tajruba nahin.</w:t>
      </w:r>
    </w:p>
    <w:p>
      <w:pPr>
        <w:jc w:val="right"/>
      </w:pPr>
      <w:r>
        <w:t>اس کے بعد انہوں نے نہایت سنجیدہ انداز میں کہا: "کوئی تجربہ نہیں۔</w:t>
      </w:r>
    </w:p>
    <w:p>
      <w:r>
        <w:rPr>
          <w:b/>
        </w:rPr>
        <w:t xml:space="preserve">[2:02:55] </w:t>
      </w:r>
      <w:r>
        <w:t>bas paida hue, bade hue to business mein lag gaye, shaadi ki aur bachche paida kiye, bachchon ko settle kiya.</w:t>
      </w:r>
    </w:p>
    <w:p>
      <w:pPr>
        <w:jc w:val="right"/>
      </w:pPr>
      <w:r>
        <w:t>بس پیدا ہوئے، بڑے ہوئے تو بزنس میں لگ گئے، شادی کی اور بچے پیدا کیے، بچوں کو سیٹل کیا۔</w:t>
      </w:r>
    </w:p>
    <w:p>
      <w:r>
        <w:rPr>
          <w:b/>
        </w:rPr>
        <w:t xml:space="preserve">[2:03:01] </w:t>
      </w:r>
      <w:r>
        <w:t>ab aakhir umar mein bachchon ka dukh jheel rahe hain aur maut ka intezaar kar rahe hain." maujooda</w:t>
      </w:r>
    </w:p>
    <w:p>
      <w:pPr>
        <w:jc w:val="right"/>
      </w:pPr>
      <w:r>
        <w:t>اب آخر عمر میں بچوں کا دکھ جھیل رہے ہیں اور موت کا انتظار کر رہے ہیں۔" موجودہ</w:t>
      </w:r>
    </w:p>
    <w:p>
      <w:r>
        <w:rPr>
          <w:b/>
        </w:rPr>
        <w:t xml:space="preserve">[2:03:07] </w:t>
      </w:r>
      <w:r>
        <w:t>zamane mein yahi har ghar ki kahani hai.</w:t>
      </w:r>
    </w:p>
    <w:p>
      <w:pPr>
        <w:jc w:val="right"/>
      </w:pPr>
      <w:r>
        <w:t>زمانے میں یہی ہر گھر کی کہانی ہے۔</w:t>
      </w:r>
    </w:p>
    <w:p>
      <w:r>
        <w:rPr>
          <w:b/>
        </w:rPr>
        <w:t xml:space="preserve">[2:03:13] </w:t>
      </w:r>
      <w:r>
        <w:t>maujooda zamane mein taqreeban har maa baap ka yeh haal hai ke woh apne bachchon ko apni tamam</w:t>
      </w:r>
    </w:p>
    <w:p>
      <w:pPr>
        <w:jc w:val="right"/>
      </w:pPr>
      <w:r>
        <w:t>موجودہ زمانے میں تقریباً ہر ماں باپ کا یہ حال ہے کہ وہ اپنے بچوں کو اپنی تمام</w:t>
      </w:r>
    </w:p>
    <w:p>
      <w:r>
        <w:rPr>
          <w:b/>
        </w:rPr>
        <w:t xml:space="preserve">[2:03:18] </w:t>
      </w:r>
      <w:r>
        <w:t>mohabbaton ka markaz banate hain.</w:t>
      </w:r>
    </w:p>
    <w:p>
      <w:pPr>
        <w:jc w:val="right"/>
      </w:pPr>
      <w:r>
        <w:t>محبتوں کا مرکز بناتے ہیں۔</w:t>
      </w:r>
    </w:p>
    <w:p>
      <w:r>
        <w:rPr>
          <w:b/>
        </w:rPr>
        <w:t xml:space="preserve">[2:03:23] </w:t>
      </w:r>
      <w:r>
        <w:t>bachchon ki zindagi sanwarne ke liye woh sab kuch kar daalte hain, magar aakhir mein har ek ka</w:t>
      </w:r>
    </w:p>
    <w:p>
      <w:pPr>
        <w:jc w:val="right"/>
      </w:pPr>
      <w:r>
        <w:t>بچوں کی زندگی سنوارنے کے لیے وہ سب کچھ کر ڈالتے ہیں، مگر آخر میں ہر ایک کا</w:t>
      </w:r>
    </w:p>
    <w:p>
      <w:r>
        <w:rPr>
          <w:b/>
        </w:rPr>
        <w:t xml:space="preserve">[2:03:28] </w:t>
      </w:r>
      <w:r>
        <w:t>yeh haal hota hai ke bachche ghair wafadaar niklte hain.</w:t>
      </w:r>
    </w:p>
    <w:p>
      <w:pPr>
        <w:jc w:val="right"/>
      </w:pPr>
      <w:r>
        <w:t>یہ حال ہوتا ہے کہ بچے غیر وفادار نکلتے ہیں۔</w:t>
      </w:r>
    </w:p>
    <w:p>
      <w:r>
        <w:rPr>
          <w:b/>
        </w:rPr>
        <w:t xml:space="preserve">[2:03:33] </w:t>
      </w:r>
      <w:r>
        <w:t>woh apne maa baap ko chhod kar apni azaad zindagi bana lete hain.</w:t>
      </w:r>
    </w:p>
    <w:p>
      <w:pPr>
        <w:jc w:val="right"/>
      </w:pPr>
      <w:r>
        <w:t>وہ اپنے ماں باپ کو چھوڑ کر اپنی آزاد زندگی بنا لیتے ہیں۔</w:t>
      </w:r>
    </w:p>
    <w:p>
      <w:r>
        <w:rPr>
          <w:b/>
        </w:rPr>
        <w:t xml:space="preserve">[2:03:38] </w:t>
      </w:r>
      <w:r>
        <w:t>maujooda zamane mein maa baap ki khidmat</w:t>
      </w:r>
    </w:p>
    <w:p>
      <w:pPr>
        <w:jc w:val="right"/>
      </w:pPr>
      <w:r>
        <w:t>موجودہ زمانے میں ماں باپ کی خدمت</w:t>
      </w:r>
    </w:p>
    <w:p>
      <w:r>
        <w:rPr>
          <w:b/>
        </w:rPr>
        <w:t xml:space="preserve">[2:03:43] </w:t>
      </w:r>
      <w:r>
        <w:t>ek farsodah tasawwur ban chuka hai.</w:t>
      </w:r>
    </w:p>
    <w:p>
      <w:pPr>
        <w:jc w:val="right"/>
      </w:pPr>
      <w:r>
        <w:t>ایک فرسودہ تصور بن چکا ہے۔</w:t>
      </w:r>
    </w:p>
    <w:p>
      <w:r>
        <w:rPr>
          <w:b/>
        </w:rPr>
        <w:t xml:space="preserve">[2:03:50] </w:t>
      </w:r>
      <w:r>
        <w:t>bachchon ki taraqqi ko maa baap is hasrat ke saath dekhte rehte hain ke jis peed ko hum</w:t>
      </w:r>
    </w:p>
    <w:p>
      <w:pPr>
        <w:jc w:val="right"/>
      </w:pPr>
      <w:r>
        <w:t>بچوں کی ترقی کو ماں باپ اس حسرت کے ساتھ دیکھتے رہتے ہیں کہ جس پیڑ کو ہم</w:t>
      </w:r>
    </w:p>
    <w:p>
      <w:r>
        <w:rPr>
          <w:b/>
        </w:rPr>
        <w:t xml:space="preserve">[2:03:56] </w:t>
      </w:r>
      <w:r>
        <w:t>ne mehnat kar ke ugaya tha, us peed ka saaya unhein haasil nahin hua.</w:t>
      </w:r>
    </w:p>
    <w:p>
      <w:pPr>
        <w:jc w:val="right"/>
      </w:pPr>
      <w:r>
        <w:t>نے محنت کر کے اگایا تھا، اس پیڑ کا سایہ انہیں حاصل نہیں ہوا۔</w:t>
      </w:r>
    </w:p>
    <w:p>
      <w:r>
        <w:rPr>
          <w:b/>
        </w:rPr>
        <w:t xml:space="preserve">[2:04:02] </w:t>
      </w:r>
      <w:r>
        <w:t>hadith mein aaya hai ke ek zamana aaye ga jab ke bachche apne dost ke saath husn sulook</w:t>
      </w:r>
    </w:p>
    <w:p>
      <w:pPr>
        <w:jc w:val="right"/>
      </w:pPr>
      <w:r>
        <w:t>حدیث میں آیا ہے کہ ایک زمانہ آئے گا جب کہ بچے اپنے دوست کے ساتھ حسن سلوک</w:t>
      </w:r>
    </w:p>
    <w:p>
      <w:r>
        <w:rPr>
          <w:b/>
        </w:rPr>
        <w:t xml:space="preserve">[2:04:08] </w:t>
      </w:r>
      <w:r>
        <w:t>karen ge aur apne maa baap ke saath bad sulook karen ge.</w:t>
      </w:r>
    </w:p>
    <w:p>
      <w:pPr>
        <w:jc w:val="right"/>
      </w:pPr>
      <w:r>
        <w:t>کریں گے اور اپنے ماں باپ کے ساتھ بد سلوکی کریں گے۔</w:t>
      </w:r>
    </w:p>
    <w:p>
      <w:r>
        <w:rPr>
          <w:b/>
        </w:rPr>
        <w:t xml:space="preserve">[2:04:14] </w:t>
      </w:r>
      <w:r>
        <w:t>bir siddiqah wa jafa abah sunan al-tirmidhi hadith number 2210.</w:t>
      </w:r>
    </w:p>
    <w:p>
      <w:pPr>
        <w:jc w:val="right"/>
      </w:pPr>
      <w:r>
        <w:t>بر صديقہ وجفا اباہ سنن الترمذی حدیث نمبر 2210۔</w:t>
      </w:r>
    </w:p>
    <w:p>
      <w:r>
        <w:rPr>
          <w:b/>
        </w:rPr>
        <w:t xml:space="preserve">[2:04:20] </w:t>
      </w:r>
      <w:r>
        <w:t>yeh hadith rasool maujoodah zamane par poori tarah saadiq aati hai.</w:t>
      </w:r>
    </w:p>
    <w:p>
      <w:pPr>
        <w:jc w:val="right"/>
      </w:pPr>
      <w:r>
        <w:t>یہ حدیث رسول موجودہ زمانے پر پوری طرح صادق آتی ہے۔</w:t>
      </w:r>
    </w:p>
    <w:p>
      <w:r>
        <w:rPr>
          <w:b/>
        </w:rPr>
        <w:t xml:space="preserve">[2:04:26] </w:t>
      </w:r>
      <w:r>
        <w:t>aaj saari duniya mein aam taur par aisa hi ho raha hai.</w:t>
      </w:r>
    </w:p>
    <w:p>
      <w:pPr>
        <w:jc w:val="right"/>
      </w:pPr>
      <w:r>
        <w:t>آج ساری دنیا میں عمومی طور پر ایسا ہی ہو رہا ہے۔</w:t>
      </w:r>
    </w:p>
    <w:p>
      <w:r>
        <w:rPr>
          <w:b/>
        </w:rPr>
        <w:t xml:space="preserve">[2:04:32] </w:t>
      </w:r>
      <w:r>
        <w:t>is waqe' ka sab se zyada bura hissa un logon ko mil raha hai jo saari zindagi bachchon</w:t>
      </w:r>
    </w:p>
    <w:p>
      <w:pPr>
        <w:jc w:val="right"/>
      </w:pPr>
      <w:r>
        <w:t>اس واقعے کا سب سے زیادہ برا حصہ ان لوگوں کو مل رہا ہے جو ساری زندگی بچوں</w:t>
      </w:r>
    </w:p>
    <w:p>
      <w:r>
        <w:rPr>
          <w:b/>
        </w:rPr>
        <w:t xml:space="preserve">[2:04:38] </w:t>
      </w:r>
      <w:r>
        <w:t>ko khush karne mein lage rehte hain, aur aakhir mein un ke hisse mein gham ke sa</w:t>
      </w:r>
    </w:p>
    <w:p>
      <w:pPr>
        <w:jc w:val="right"/>
      </w:pPr>
      <w:r>
        <w:t>کو خوش کرنے میں لگے رہتے ہیں، اور آخر میں ان کے حصے میں غم کے س</w:t>
      </w:r>
    </w:p>
    <w:p>
      <w:r>
        <w:rPr>
          <w:b/>
        </w:rPr>
        <w:t xml:space="preserve">[2:04:44] </w:t>
      </w:r>
      <w:r>
        <w:t>wa aur kuchh nahin aata.</w:t>
      </w:r>
    </w:p>
    <w:p>
      <w:pPr>
        <w:jc w:val="right"/>
      </w:pPr>
      <w:r>
        <w:t>وا اور کچھ نہیں آتا۔</w:t>
      </w:r>
    </w:p>
    <w:p>
      <w:r>
        <w:rPr>
          <w:b/>
        </w:rPr>
        <w:t xml:space="preserve">[2:04:50] </w:t>
      </w:r>
      <w:r>
        <w:t>mazeed yeh ke aise maa baap is hadith ka misdaq hain jis mein kaha gaya hai ke sab</w:t>
      </w:r>
    </w:p>
    <w:p>
      <w:pPr>
        <w:jc w:val="right"/>
      </w:pPr>
      <w:r>
        <w:t>مزید یہ کہ ایسے ماں باپ اس حدیث کا مصداق ہیں جس میں کہا گیا ہے کہ سب</w:t>
      </w:r>
    </w:p>
    <w:p>
      <w:r>
        <w:rPr>
          <w:b/>
        </w:rPr>
        <w:t xml:space="preserve">[2:04:56] </w:t>
      </w:r>
      <w:r>
        <w:t>se zyada ghaate mein woh shakhs hai jo doosron ki duniya banane ke liye apni aakhirat ko kho de.</w:t>
      </w:r>
    </w:p>
    <w:p>
      <w:pPr>
        <w:jc w:val="right"/>
      </w:pPr>
      <w:r>
        <w:t>سے زیادہ گھاٹے میں وہ شخص ہے جو دوسروں کی دنیا بنانے کے لیے اپنی آخرت کو کھو دے۔</w:t>
      </w:r>
    </w:p>
    <w:p>
      <w:r>
        <w:rPr>
          <w:b/>
        </w:rPr>
        <w:t xml:space="preserve">[2:05:02] </w:t>
      </w:r>
      <w:r>
        <w:t>azhab aakhiratuhu bidunya ghairih sunan ibn majah hadith number 3966.</w:t>
      </w:r>
    </w:p>
    <w:p>
      <w:pPr>
        <w:jc w:val="right"/>
      </w:pPr>
      <w:r>
        <w:t>اذهب آخرتہ بدنیا غیرہ سنن ابن ماجہ حدیث نمبر 3966۔</w:t>
      </w:r>
    </w:p>
    <w:p>
      <w:r>
        <w:rPr>
          <w:b/>
        </w:rPr>
        <w:t xml:space="preserve">[2:05:08] </w:t>
      </w:r>
      <w:r>
        <w:t>ahl o ayal ka fitna</w:t>
      </w:r>
    </w:p>
    <w:p>
      <w:pPr>
        <w:jc w:val="right"/>
      </w:pPr>
      <w:r>
        <w:t>اہل و عیال کا فتنہ</w:t>
      </w:r>
    </w:p>
    <w:p>
      <w:r>
        <w:rPr>
          <w:b/>
        </w:rPr>
        <w:t xml:space="preserve">[2:05:14] </w:t>
      </w:r>
      <w:r>
        <w:t>۔ kitab "tarbiyat-e-aulad" Maulana Wahiduddin Khan, safha number 53. hadith ki kitabon mein ahal-o-ayal ke baray mein bohat si riwayat aayi hain. un mein se do riwayatain yahan naqal ki jati hain. Hazrat Abdullah Ibn Umar se riwayat hai ke Rasool Allah Sal Allahu Alaihi Wa Sallam ne kaha: الویل کل الویل لمن ترک عیالہ بخیر وقدم علی رب</w:t>
      </w:r>
    </w:p>
    <w:p>
      <w:pPr>
        <w:jc w:val="right"/>
      </w:pPr>
      <w:r>
        <w:t>۔ کتاب "تربیتِ اولاد" مولانا وحید الدین خان، صفحہ نمبر 53۔ حدیث کی کتابوں میں اہل و عیال کے بارے میں بہت سی روایتیں آئیں ہیں۔ ان میں سے دو روایتیں یہاں نقل کی جاتی ہیں۔ حضرت عبداللہ ابن عمر سے روایت ہے کہ رسول اللہ صلی اللہ علیہ وسلم نے کہا: الویل کل الویل لمن ترک عیالہ بخیر وقدم علی رب</w:t>
      </w:r>
    </w:p>
    <w:p>
      <w:r>
        <w:rPr>
          <w:b/>
        </w:rPr>
        <w:t xml:space="preserve">[2:05:44] </w:t>
      </w:r>
      <w:r>
        <w:t>ہ بشر مسند الشہاب القضاعی حدیث نمبر 314. yaani kamil tabahi-o-barbadi hai us shakhs ke liye jis ne apne aayal ko achhi halat mein chhodha aur khud bure haal mein apne Rab ke paas pohancha. doosri riwayat ke alfaaz yeh hain: یوتاب رجل یوم القیامة فیقال اکل عیالہ حسناتہ تخریج الاحادیث فی تفسیر الکشاف للزیلعی حدیث نم</w:t>
      </w:r>
    </w:p>
    <w:p>
      <w:pPr>
        <w:jc w:val="right"/>
      </w:pPr>
      <w:r>
        <w:t>ہ بشر مسند الشہاب القضاعی حدیث نمبر 314۔ یعنی کامل تباہی و بربادی ہے اس شخص کے لیے جس نے اپنے عیال کو اچھی حالت میں چھوڑا اور خود برے حال میں اپنے رب کے پاس پہنچا۔ دوسری روایت کے الفاظ یہ ہیں: یوتاب رجل يوم القیامة فیقال اکل عیالہ حسناتہ تخریج الاحادیث فی تفسیر الکشاف للزیلعی حدیث نم</w:t>
      </w:r>
    </w:p>
    <w:p>
      <w:r>
        <w:rPr>
          <w:b/>
        </w:rPr>
        <w:t xml:space="preserve">[2:06:14] </w:t>
      </w:r>
      <w:r>
        <w:t>bar 1397.</w:t>
      </w:r>
    </w:p>
    <w:p>
      <w:pPr>
        <w:jc w:val="right"/>
      </w:pPr>
      <w:r>
        <w:t>بر 1397۔</w:t>
      </w:r>
    </w:p>
    <w:p>
      <w:r>
        <w:rPr>
          <w:b/>
        </w:rPr>
        <w:t xml:space="preserve">[2:06:18] </w:t>
      </w:r>
      <w:r>
        <w:t>yani qayamat ke din ek shakhs laya jaaye ga aur kaha jaaye ga ke is ke ahl o</w:t>
      </w:r>
    </w:p>
    <w:p>
      <w:pPr>
        <w:jc w:val="right"/>
      </w:pPr>
      <w:r>
        <w:t>یعنی قیامت کے دن ایک شخص لایا جائے گا اور کہا جائے گا کہ اس کے اہل و</w:t>
      </w:r>
    </w:p>
    <w:p>
      <w:r>
        <w:rPr>
          <w:b/>
        </w:rPr>
        <w:t xml:space="preserve">[2:06:22] </w:t>
      </w:r>
      <w:r>
        <w:t>ayal is ki nekiyaan kha gaye.</w:t>
      </w:r>
    </w:p>
    <w:p>
      <w:pPr>
        <w:jc w:val="right"/>
      </w:pPr>
      <w:r>
        <w:t>عیال اس کی نیکیاں کھا گئے۔</w:t>
      </w:r>
    </w:p>
    <w:p>
      <w:r>
        <w:rPr>
          <w:b/>
        </w:rPr>
        <w:t xml:space="preserve">[2:06:25] </w:t>
      </w:r>
      <w:r>
        <w:t>qadeem zamane mein sirf kuchh afraad is qism ke hote the, lekin maujoodah zamane mein is pehlu se</w:t>
      </w:r>
    </w:p>
    <w:p>
      <w:pPr>
        <w:jc w:val="right"/>
      </w:pPr>
      <w:r>
        <w:t>قدیم زمانے میں صرف کچھ افراد اس قسم کے ہوتے تھے، لیکن موجودہ زمانے میں اس پہلو سے</w:t>
      </w:r>
    </w:p>
    <w:p>
      <w:r>
        <w:rPr>
          <w:b/>
        </w:rPr>
        <w:t xml:space="preserve">[2:06:29] </w:t>
      </w:r>
      <w:r>
        <w:t>bigaad ka yeh haal hai ke bazahir aisa maloom hota hai jaise tamam log is tabah kun kamzori</w:t>
      </w:r>
    </w:p>
    <w:p>
      <w:pPr>
        <w:jc w:val="right"/>
      </w:pPr>
      <w:r>
        <w:t>بگاڑ کا یہ حال ہے کہ بظاہر ایسا معلوم ہوتا ہے جیسے تمام لوگ اس تباہ کن کمزوری</w:t>
      </w:r>
    </w:p>
    <w:p>
      <w:r>
        <w:rPr>
          <w:b/>
        </w:rPr>
        <w:t xml:space="preserve">[2:06:33] </w:t>
      </w:r>
      <w:r>
        <w:t>ka shikaar ho gaye hain.</w:t>
      </w:r>
    </w:p>
    <w:p>
      <w:pPr>
        <w:jc w:val="right"/>
      </w:pPr>
      <w:r>
        <w:t>کا شکار ہو گئے ہیں۔</w:t>
      </w:r>
    </w:p>
    <w:p>
      <w:r>
        <w:rPr>
          <w:b/>
        </w:rPr>
        <w:t xml:space="preserve">[2:06:37] </w:t>
      </w:r>
      <w:r>
        <w:t>is kamzori ka sabab hubb e ayal hai.</w:t>
      </w:r>
    </w:p>
    <w:p>
      <w:pPr>
        <w:jc w:val="right"/>
      </w:pPr>
      <w:r>
        <w:t>اس کمزوری کا سبب حب عیال ہے۔</w:t>
      </w:r>
    </w:p>
    <w:p>
      <w:r>
        <w:rPr>
          <w:b/>
        </w:rPr>
        <w:t xml:space="preserve">[2:06:40] </w:t>
      </w:r>
      <w:r>
        <w:t>bazahir log Khuda ka aur Islam</w:t>
      </w:r>
    </w:p>
    <w:p>
      <w:pPr>
        <w:jc w:val="right"/>
      </w:pPr>
      <w:r>
        <w:t>بظاہر لوگ خدا کا اور اسلام</w:t>
      </w:r>
    </w:p>
    <w:p>
      <w:r>
        <w:rPr>
          <w:b/>
        </w:rPr>
        <w:t xml:space="preserve">[2:06:44] </w:t>
      </w:r>
      <w:r>
        <w:t>ka naam lete hain, lekin un ki mohabbatain sirf apne ahl o ayal se hoti hain.</w:t>
      </w:r>
    </w:p>
    <w:p>
      <w:pPr>
        <w:jc w:val="right"/>
      </w:pPr>
      <w:r>
        <w:t>کا نام لیتے ہیں، لیکن ان کی محبتیں صرف اپنے اہل و عیال سے ہوتی ہیں۔</w:t>
      </w:r>
    </w:p>
    <w:p>
      <w:r>
        <w:rPr>
          <w:b/>
        </w:rPr>
        <w:t xml:space="preserve">[2:06:49] </w:t>
      </w:r>
      <w:r>
        <w:t>logon ka haal yeh hai ke un ka sab se bada concern un ke ahl o ayal hote hain.</w:t>
      </w:r>
    </w:p>
    <w:p>
      <w:pPr>
        <w:jc w:val="right"/>
      </w:pPr>
      <w:r>
        <w:t>لوگوں کا حال یہ ہے کہ ان کا سب سے بڑا کنسن ان کے اہل و عیال ہوتے ہیں۔</w:t>
      </w:r>
    </w:p>
    <w:p>
      <w:r>
        <w:rPr>
          <w:b/>
        </w:rPr>
        <w:t xml:space="preserve">[2:06:54] </w:t>
      </w:r>
      <w:r>
        <w:t>woh apne aap ko aur apne maal o asbab ko apne ahl o ayal ke liye waqf kiye rehte hain.</w:t>
      </w:r>
    </w:p>
    <w:p>
      <w:pPr>
        <w:jc w:val="right"/>
      </w:pPr>
      <w:r>
        <w:t>وہ اپنے آپ کو اور اپنے مال و اسباب کو اپنے اہل و عیال کے لیے وقف کیے رہتے ہیں۔</w:t>
      </w:r>
    </w:p>
    <w:p>
      <w:r>
        <w:rPr>
          <w:b/>
        </w:rPr>
        <w:t xml:space="preserve">[2:06:59] </w:t>
      </w:r>
      <w:r>
        <w:t>maut aise logon ke liye ek jabri inqita' yani compulsive detachment ke taur par aati hai.</w:t>
      </w:r>
    </w:p>
    <w:p>
      <w:pPr>
        <w:jc w:val="right"/>
      </w:pPr>
      <w:r>
        <w:t>موت ایسے لوگوں کے لیے ایک جبری انقطاع یعنی کمپلسف ڈیٹیچمنٹ کے طور پر آتی ہے۔</w:t>
      </w:r>
    </w:p>
    <w:p>
      <w:r>
        <w:rPr>
          <w:b/>
        </w:rPr>
        <w:t xml:space="preserve">[2:07:04] </w:t>
      </w:r>
      <w:r>
        <w:t>aise log jab maut ke baad Khuda ke paas pahunchte hain to wahan ke liye un ke paas</w:t>
      </w:r>
    </w:p>
    <w:p>
      <w:pPr>
        <w:jc w:val="right"/>
      </w:pPr>
      <w:r>
        <w:t>ایسے لوگ جب موت کے بعد خدا کے پاس پہنچتے ہیں تو وہاں کے لیے ان کے پاس</w:t>
      </w:r>
    </w:p>
    <w:p>
      <w:r>
        <w:rPr>
          <w:b/>
        </w:rPr>
        <w:t xml:space="preserve">[2:07:09] </w:t>
      </w:r>
      <w:r>
        <w:t>kuch nahi hot</w:t>
      </w:r>
    </w:p>
    <w:p>
      <w:pPr>
        <w:jc w:val="right"/>
      </w:pPr>
      <w:r>
        <w:t>کچھ نہیں ہوت</w:t>
      </w:r>
    </w:p>
    <w:p>
      <w:r>
        <w:rPr>
          <w:b/>
        </w:rPr>
        <w:t xml:space="preserve">[2:07:14] </w:t>
      </w:r>
      <w:r>
        <w:t>a</w:t>
      </w:r>
    </w:p>
    <w:p>
      <w:pPr>
        <w:jc w:val="right"/>
      </w:pPr>
      <w:r>
        <w:t>ا۔</w:t>
      </w:r>
    </w:p>
    <w:p>
      <w:r>
        <w:rPr>
          <w:b/>
        </w:rPr>
        <w:t xml:space="preserve">[2:07:19] </w:t>
      </w:r>
      <w:r>
        <w:t>yeh bilashuba sab se bari mehroomi hai.</w:t>
      </w:r>
    </w:p>
    <w:p>
      <w:pPr>
        <w:jc w:val="right"/>
      </w:pPr>
      <w:r>
        <w:t>یہ بلاشبہ سب سے بڑی محرومی ہے۔</w:t>
      </w:r>
    </w:p>
    <w:p>
      <w:r>
        <w:rPr>
          <w:b/>
        </w:rPr>
        <w:t xml:space="preserve">[2:07:24] </w:t>
      </w:r>
      <w:r>
        <w:t>hadees ke mutabiq yeh doosron ki dunya banane ke liye apni akhirat ko tabah karna hai.</w:t>
      </w:r>
    </w:p>
    <w:p>
      <w:pPr>
        <w:jc w:val="right"/>
      </w:pPr>
      <w:r>
        <w:t>حدیث کے مطابق یہ دوسروں کی دنیا بنانے کے لیے اپنی آخرت کو تباہ کرنا ہے۔</w:t>
      </w:r>
    </w:p>
    <w:p>
      <w:r>
        <w:rPr>
          <w:b/>
        </w:rPr>
        <w:t xml:space="preserve">[2:07:29] </w:t>
      </w:r>
      <w:r>
        <w:t>sunan ibn majah hadees number 3966.</w:t>
      </w:r>
    </w:p>
    <w:p>
      <w:pPr>
        <w:jc w:val="right"/>
      </w:pPr>
      <w:r>
        <w:t>سنن ابن ماجہ حدیث نمبر 3966۔</w:t>
      </w:r>
    </w:p>
    <w:p>
      <w:r>
        <w:rPr>
          <w:b/>
        </w:rPr>
        <w:t xml:space="preserve">[2:07:35] </w:t>
      </w:r>
      <w:r>
        <w:t>mazeed yeh ke yeh ahle o ayal jin ko aadmi apna sab kuch de deta hai, woh maut</w:t>
      </w:r>
    </w:p>
    <w:p>
      <w:pPr>
        <w:jc w:val="right"/>
      </w:pPr>
      <w:r>
        <w:t>مزید یہ کہ یہ اہل و عیال جن کو آدمی اپنا سب کچھ دے دیتا ہے، وہ موت</w:t>
      </w:r>
    </w:p>
    <w:p>
      <w:r>
        <w:rPr>
          <w:b/>
        </w:rPr>
        <w:t xml:space="preserve">[2:07:40] </w:t>
      </w:r>
      <w:r>
        <w:t>ke baad is se is tarah juda ho jate hain ke dobara woh is ko kabhi nahi milte. Parcha imtehan. Kitaab</w:t>
      </w:r>
    </w:p>
    <w:p>
      <w:pPr>
        <w:jc w:val="right"/>
      </w:pPr>
      <w:r>
        <w:t>کے بعد اس سے اس طرح جدا ہو جاتے ہیں کہ دوبارہ وہ اس کو کبھی نہیں ملتے۔ پرچہ امتحان۔ کتاب</w:t>
      </w:r>
    </w:p>
    <w:p>
      <w:r>
        <w:rPr>
          <w:b/>
        </w:rPr>
        <w:t xml:space="preserve">[2:07:45] </w:t>
      </w:r>
      <w:r>
        <w:t>"tarbiyat-e-aulad" Maulana Wahiduddin Khan, safha number 54.</w:t>
      </w:r>
    </w:p>
    <w:p>
      <w:pPr>
        <w:jc w:val="right"/>
      </w:pPr>
      <w:r>
        <w:t>"تربیتِ اولاد" مولانا وحید الدین خان، صفحہ نمبر 54۔</w:t>
      </w:r>
    </w:p>
    <w:p>
      <w:r>
        <w:rPr>
          <w:b/>
        </w:rPr>
        <w:t xml:space="preserve">[2:07:50] </w:t>
      </w:r>
      <w:r>
        <w:t>UP ke ek musalman Delhi mein aa kar abad hue.</w:t>
      </w:r>
    </w:p>
    <w:p>
      <w:pPr>
        <w:jc w:val="right"/>
      </w:pPr>
      <w:r>
        <w:t>یو پی کے ایک مسلمان دہلی میں آ کر آباد ہوئے۔</w:t>
      </w:r>
    </w:p>
    <w:p>
      <w:r>
        <w:rPr>
          <w:b/>
        </w:rPr>
        <w:t xml:space="preserve">[2:07:55] </w:t>
      </w:r>
      <w:r>
        <w:t>unhon ne property ka business kiya.</w:t>
      </w:r>
    </w:p>
    <w:p>
      <w:pPr>
        <w:jc w:val="right"/>
      </w:pPr>
      <w:r>
        <w:t>انہوں نے پراپرٹی کا بزنس کیا۔</w:t>
      </w:r>
    </w:p>
    <w:p>
      <w:r>
        <w:rPr>
          <w:b/>
        </w:rPr>
        <w:t xml:space="preserve">[2:08:00] </w:t>
      </w:r>
      <w:r>
        <w:t>unhon ne is business mein kafi daulat kamai, magar un ke yahan koi aulad nahi hui thi.</w:t>
      </w:r>
    </w:p>
    <w:p>
      <w:pPr>
        <w:jc w:val="right"/>
      </w:pPr>
      <w:r>
        <w:t>انہوں نے اس بزنس میں کافی دولت کمائی، مگر ان کے یہاں کوئی اولاد نہیں ہوئی تھی۔</w:t>
      </w:r>
    </w:p>
    <w:p>
      <w:r>
        <w:rPr>
          <w:b/>
        </w:rPr>
        <w:t xml:space="preserve">[2:08:05] </w:t>
      </w:r>
      <w:r>
        <w:t>ek baar un ki maan Delhi aai.</w:t>
      </w:r>
    </w:p>
    <w:p>
      <w:pPr>
        <w:jc w:val="right"/>
      </w:pPr>
      <w:r>
        <w:t>ایک بار ان کی ماں دہلی آئیں۔</w:t>
      </w:r>
    </w:p>
    <w:p>
      <w:r>
        <w:rPr>
          <w:b/>
        </w:rPr>
        <w:t xml:space="preserve">[2:08:10] </w:t>
      </w:r>
      <w:r>
        <w:t>unhon ne dekha</w:t>
      </w:r>
    </w:p>
    <w:p>
      <w:pPr>
        <w:jc w:val="right"/>
      </w:pPr>
      <w:r>
        <w:t>انہوں نے دیکھا</w:t>
      </w:r>
    </w:p>
    <w:p>
      <w:r>
        <w:rPr>
          <w:b/>
        </w:rPr>
        <w:t xml:space="preserve">[2:08:15] </w:t>
      </w:r>
      <w:r>
        <w:t>ke un ka beta Delhi mein ek bade ghar mein rehta hai.</w:t>
      </w:r>
    </w:p>
    <w:p>
      <w:pPr>
        <w:jc w:val="right"/>
      </w:pPr>
      <w:r>
        <w:t>کہ ان کا بیٹا دہلی میں ایک بڑے گھر میں رہتا ہے۔</w:t>
      </w:r>
    </w:p>
    <w:p>
      <w:r>
        <w:rPr>
          <w:b/>
        </w:rPr>
        <w:t xml:space="preserve">[2:08:20] </w:t>
      </w:r>
      <w:r>
        <w:t>dunya ki har cheez is ke paas hai, magar shadi ko kafi arsa guzarne ke bawajood un ke</w:t>
      </w:r>
    </w:p>
    <w:p>
      <w:pPr>
        <w:jc w:val="right"/>
      </w:pPr>
      <w:r>
        <w:t>دنیا کی ہر چیز اس کے پاس ہے، مگر شادی کو کافی عرصہ گزرنے کے باوجود ان کے</w:t>
      </w:r>
    </w:p>
    <w:p>
      <w:r>
        <w:rPr>
          <w:b/>
        </w:rPr>
        <w:t xml:space="preserve">[2:08:25] </w:t>
      </w:r>
      <w:r>
        <w:t>yahan aulad nahi hui.</w:t>
      </w:r>
    </w:p>
    <w:p>
      <w:pPr>
        <w:jc w:val="right"/>
      </w:pPr>
      <w:r>
        <w:t>یہاں اولاد نہیں ہوئی۔</w:t>
      </w:r>
    </w:p>
    <w:p>
      <w:r>
        <w:rPr>
          <w:b/>
        </w:rPr>
        <w:t xml:space="preserve">[2:08:30] </w:t>
      </w:r>
      <w:r>
        <w:t>un ki maan is baat par kafi pareshan hui.</w:t>
      </w:r>
    </w:p>
    <w:p>
      <w:pPr>
        <w:jc w:val="right"/>
      </w:pPr>
      <w:r>
        <w:t>ان کی ماں اس بات پر کافی پریشان ہوئی۔</w:t>
      </w:r>
    </w:p>
    <w:p>
      <w:r>
        <w:rPr>
          <w:b/>
        </w:rPr>
        <w:t xml:space="preserve">[2:08:36] </w:t>
      </w:r>
      <w:r>
        <w:t>woh aksar kehti theen: "haaye mere bete ki daulat kaun lega?" is waqeye se andaza hota hai</w:t>
      </w:r>
    </w:p>
    <w:p>
      <w:pPr>
        <w:jc w:val="right"/>
      </w:pPr>
      <w:r>
        <w:t>وہ اکثر کہتی تھیں: "ہائے میرے بیٹے کی دولت کون لے گا؟" اس واقعے سے اندازہ ہوتا ہے</w:t>
      </w:r>
    </w:p>
    <w:p>
      <w:r>
        <w:rPr>
          <w:b/>
        </w:rPr>
        <w:t xml:space="preserve">[2:08:41] </w:t>
      </w:r>
      <w:r>
        <w:t>ke Quran mein aulad ko fitna</w:t>
      </w:r>
    </w:p>
    <w:p>
      <w:pPr>
        <w:jc w:val="right"/>
      </w:pPr>
      <w:r>
        <w:t>کہ قرآن میں اولاد کو فتنہ</w:t>
      </w:r>
    </w:p>
    <w:p>
      <w:r>
        <w:rPr>
          <w:b/>
        </w:rPr>
        <w:t xml:space="preserve">[2:08:46] </w:t>
      </w:r>
      <w:r>
        <w:t>.</w:t>
      </w:r>
    </w:p>
    <w:p>
      <w:pPr>
        <w:jc w:val="right"/>
      </w:pPr>
      <w:r>
        <w:t>۔</w:t>
      </w:r>
    </w:p>
    <w:p>
      <w:r>
        <w:rPr>
          <w:b/>
        </w:rPr>
        <w:t xml:space="preserve">[2:08:51] </w:t>
      </w:r>
      <w:r>
        <w:t>at-taghabun surah number 64 ayat 15 kyun kaha gaya hai? is ka sabab yeh hai ke log apne</w:t>
      </w:r>
    </w:p>
    <w:p>
      <w:pPr>
        <w:jc w:val="right"/>
      </w:pPr>
      <w:r>
        <w:t>التغابن سورہ نمبر 64 آیت 15 کیوں کہا گیا ہے؟ اس کا سبب یہ ہے کہ لوگ اپنے</w:t>
      </w:r>
    </w:p>
    <w:p>
      <w:r>
        <w:rPr>
          <w:b/>
        </w:rPr>
        <w:t xml:space="preserve">[2:08:56] </w:t>
      </w:r>
      <w:r>
        <w:t>bete ko apni zaat ki tausee yani extension samajhte hain.</w:t>
      </w:r>
    </w:p>
    <w:p>
      <w:pPr>
        <w:jc w:val="right"/>
      </w:pPr>
      <w:r>
        <w:t>بیٹے کو اپنی ذات کی توسیع یعنی ایکسٹینشن سمجھتے ہیں۔</w:t>
      </w:r>
    </w:p>
    <w:p>
      <w:r>
        <w:rPr>
          <w:b/>
        </w:rPr>
        <w:t xml:space="preserve">[2:09:01] </w:t>
      </w:r>
      <w:r>
        <w:t>un ko yaqeen hota hai ke un ki kamai un ke baad zaya nahi hogi, balkeh apne bete</w:t>
      </w:r>
    </w:p>
    <w:p>
      <w:pPr>
        <w:jc w:val="right"/>
      </w:pPr>
      <w:r>
        <w:t>ان کو یقین ہوتا ہے کہ ان کی کمائی ان کے بعد ضائع نہیں ہوگی، بلکہ اپنے بیٹے</w:t>
      </w:r>
    </w:p>
    <w:p>
      <w:r>
        <w:rPr>
          <w:b/>
        </w:rPr>
        <w:t xml:space="preserve">[2:09:06] </w:t>
      </w:r>
      <w:r>
        <w:t>ki surat mein bilawasita taur par woh un ko hasil rahe gi.</w:t>
      </w:r>
    </w:p>
    <w:p>
      <w:pPr>
        <w:jc w:val="right"/>
      </w:pPr>
      <w:r>
        <w:t>کی صورت میں بالواسطہ طور پر وہ ان کو حاصل رہے گی۔</w:t>
      </w:r>
    </w:p>
    <w:p>
      <w:r>
        <w:rPr>
          <w:b/>
        </w:rPr>
        <w:t xml:space="preserve">[2:09:11] </w:t>
      </w:r>
      <w:r>
        <w:t>aulad ke baray mein isi tasawwur ki bina</w:t>
      </w:r>
    </w:p>
    <w:p>
      <w:pPr>
        <w:jc w:val="right"/>
      </w:pPr>
      <w:r>
        <w:t>اولاد کے بارے میں اسی تصور کی بنا</w:t>
      </w:r>
    </w:p>
    <w:p>
      <w:r>
        <w:rPr>
          <w:b/>
        </w:rPr>
        <w:t xml:space="preserve">[2:09:16] </w:t>
      </w:r>
      <w:r>
        <w:t>par logon ke liye aulad ek fitna ban jati hai.</w:t>
      </w:r>
    </w:p>
    <w:p>
      <w:pPr>
        <w:jc w:val="right"/>
      </w:pPr>
      <w:r>
        <w:t>پر لوگوں کے لیے اولاد ایک فتنہ بن جاتی ہے۔</w:t>
      </w:r>
    </w:p>
    <w:p>
      <w:r>
        <w:rPr>
          <w:b/>
        </w:rPr>
        <w:t xml:space="preserve">[2:09:21] </w:t>
      </w:r>
      <w:r>
        <w:t>is tasawwur ke tehat jo zehn banta hai, is ka sab se bara nuksan yeh hai ke aadmi</w:t>
      </w:r>
    </w:p>
    <w:p>
      <w:pPr>
        <w:jc w:val="right"/>
      </w:pPr>
      <w:r>
        <w:t>اس تصور کے تحت جو ذہن بنتا ہے، اس کا سب سے بڑا نقصان یہ ہے کہ آدمی</w:t>
      </w:r>
    </w:p>
    <w:p>
      <w:r>
        <w:rPr>
          <w:b/>
        </w:rPr>
        <w:t xml:space="preserve">[2:09:26] </w:t>
      </w:r>
      <w:r>
        <w:t>maut ki sangini se ghafil ho jata hai.</w:t>
      </w:r>
    </w:p>
    <w:p>
      <w:pPr>
        <w:jc w:val="right"/>
      </w:pPr>
      <w:r>
        <w:t>موت کی سنگینی سے غافل ہو جاتا ہے۔</w:t>
      </w:r>
    </w:p>
    <w:p>
      <w:r>
        <w:rPr>
          <w:b/>
        </w:rPr>
        <w:t xml:space="preserve">[2:09:32] </w:t>
      </w:r>
      <w:r>
        <w:t>maut ke baad ke ahwal par woh ziyada sanjeedgi ke sath nahi sochta.</w:t>
      </w:r>
    </w:p>
    <w:p>
      <w:pPr>
        <w:jc w:val="right"/>
      </w:pPr>
      <w:r>
        <w:t>موت کے بعد کے احوال پر وہ زیادہ سنجیدگی کے ساتھ نہیں سوچتا۔</w:t>
      </w:r>
    </w:p>
    <w:p>
      <w:r>
        <w:rPr>
          <w:b/>
        </w:rPr>
        <w:t xml:space="preserve">[2:09:37] </w:t>
      </w:r>
      <w:r>
        <w:t>shaoori ya ghair shaoori taur par woh maut aur maut ke baad ki haqiqaton ke muamle se be</w:t>
      </w:r>
    </w:p>
    <w:p>
      <w:pPr>
        <w:jc w:val="right"/>
      </w:pPr>
      <w:r>
        <w:t>شعوری یا غیر شعوری طور پر وہ موت اور موت کے بعد کی حقیقتوں کے معاملے سے بے</w:t>
      </w:r>
    </w:p>
    <w:p>
      <w:r>
        <w:rPr>
          <w:b/>
        </w:rPr>
        <w:t xml:space="preserve">[2:09:42] </w:t>
      </w:r>
      <w:r>
        <w:t>khabar ho jata hai.</w:t>
      </w:r>
    </w:p>
    <w:p>
      <w:pPr>
        <w:jc w:val="right"/>
      </w:pPr>
      <w:r>
        <w:t>خبر ہو جاتا ہے۔</w:t>
      </w:r>
    </w:p>
    <w:p>
      <w:r>
        <w:rPr>
          <w:b/>
        </w:rPr>
        <w:t xml:space="preserve">[2:09:47] </w:t>
      </w:r>
      <w:r>
        <w:t>aulad ki asal ahmiyat yeh hai ke is ke zariye nasal insani ka baqa o tasalsul jari rehta hai.</w:t>
      </w:r>
    </w:p>
    <w:p>
      <w:pPr>
        <w:jc w:val="right"/>
      </w:pPr>
      <w:r>
        <w:t>اولاد کی اصل اہمیت یہ ہے کہ اس کے ذریعے نسل انسانی کا بقا و تسلسل جاری رہتا ہے۔</w:t>
      </w:r>
    </w:p>
    <w:p>
      <w:r>
        <w:rPr>
          <w:b/>
        </w:rPr>
        <w:t xml:space="preserve">[2:09:53] </w:t>
      </w:r>
      <w:r>
        <w:t>jahan tak daulat ki baat hai, woh baap ke liye bhi imtehan ka ek parcha hai aur bete</w:t>
      </w:r>
    </w:p>
    <w:p>
      <w:pPr>
        <w:jc w:val="right"/>
      </w:pPr>
      <w:r>
        <w:t>جہاں تک دولت کی بات ہے، وہ باپ کے لیے بھی امتحان کا ایک پرچہ ہے اور بیٹے</w:t>
      </w:r>
    </w:p>
    <w:p>
      <w:r>
        <w:rPr>
          <w:b/>
        </w:rPr>
        <w:t xml:space="preserve">[2:10:00] </w:t>
      </w:r>
      <w:r>
        <w:t>ke liye bhi imtehan ka ek parcha.</w:t>
      </w:r>
    </w:p>
    <w:p>
      <w:pPr>
        <w:jc w:val="right"/>
      </w:pPr>
      <w:r>
        <w:t>کے لیے بھی امتحان کا ایک پرچہ۔</w:t>
      </w:r>
    </w:p>
    <w:p>
      <w:r>
        <w:rPr>
          <w:b/>
        </w:rPr>
        <w:t xml:space="preserve">[2:10:06] </w:t>
      </w:r>
      <w:r>
        <w:t>daulat ko agar is zehn ke tehat dekha jaye to daulat kabhi masla na bane.</w:t>
      </w:r>
    </w:p>
    <w:p>
      <w:pPr>
        <w:jc w:val="right"/>
      </w:pPr>
      <w:r>
        <w:t>دولت کو اگر اس ذہن کے تحت دیکھا جائے تو دولت کبھی مسئلہ نہ بنے۔</w:t>
      </w:r>
    </w:p>
    <w:p>
      <w:r>
        <w:rPr>
          <w:b/>
        </w:rPr>
        <w:t xml:space="preserve">[2:10:12] </w:t>
      </w:r>
      <w:r>
        <w:t>is haqiqat ko ek hadith rasool mein is tarah bayan kiya gaya hai</w:t>
      </w:r>
    </w:p>
    <w:p>
      <w:pPr>
        <w:jc w:val="right"/>
      </w:pPr>
      <w:r>
        <w:t>اس حقیقت کو ایک حدیث رسول میں اس طرح بیان کیا گیا ہے</w:t>
      </w:r>
    </w:p>
    <w:p>
      <w:r>
        <w:rPr>
          <w:b/>
        </w:rPr>
        <w:t xml:space="preserve">[2:10:18] </w:t>
      </w:r>
      <w:r>
        <w:t>ke kisi walidain ki taraf se apni aulad ke liye behtareen tohfa yeh hai ke woh taleem o</w:t>
      </w:r>
    </w:p>
    <w:p>
      <w:pPr>
        <w:jc w:val="right"/>
      </w:pPr>
      <w:r>
        <w:t>کہ کسی والدین کی طرف سے اپنی اولاد کے لیے بہترین تحفہ یہ ہے کہ وہ تعلیم و</w:t>
      </w:r>
    </w:p>
    <w:p>
      <w:r>
        <w:rPr>
          <w:b/>
        </w:rPr>
        <w:t xml:space="preserve">[2:10:24] </w:t>
      </w:r>
      <w:r>
        <w:t>tarbiyat ke zariye is ko acha insan banayein.</w:t>
      </w:r>
    </w:p>
    <w:p>
      <w:pPr>
        <w:jc w:val="right"/>
      </w:pPr>
      <w:r>
        <w:t>تربیت کے ذریعے اس کو اچھا انسان بنائیں۔</w:t>
      </w:r>
    </w:p>
    <w:p>
      <w:r>
        <w:rPr>
          <w:b/>
        </w:rPr>
        <w:t xml:space="preserve">[2:10:30] </w:t>
      </w:r>
      <w:r>
        <w:t>sunan al tirmidhi hadith number 1952.</w:t>
      </w:r>
    </w:p>
    <w:p>
      <w:pPr>
        <w:jc w:val="right"/>
      </w:pPr>
      <w:r>
        <w:t>سنن الترمذی حدیث نمبر 1952۔</w:t>
      </w:r>
    </w:p>
    <w:p>
      <w:r>
        <w:rPr>
          <w:b/>
        </w:rPr>
        <w:t xml:space="preserve">[2:10:36] </w:t>
      </w:r>
      <w:r>
        <w:t>hathi ki dum mein patang.</w:t>
      </w:r>
    </w:p>
    <w:p>
      <w:pPr>
        <w:jc w:val="right"/>
      </w:pPr>
      <w:r>
        <w:t>ہاتھی کی دم میں پتنگ۔</w:t>
      </w:r>
    </w:p>
    <w:p>
      <w:r>
        <w:rPr>
          <w:b/>
        </w:rPr>
        <w:t xml:space="preserve">[2:10:43] </w:t>
      </w:r>
      <w:r>
        <w:t>kitab "tarbiyat-e-aulad" Maulana Wahiduddin Khan, safha number 55.</w:t>
      </w:r>
    </w:p>
    <w:p>
      <w:pPr>
        <w:jc w:val="right"/>
      </w:pPr>
      <w:r>
        <w:t>کتاب "تربیتِ اولاد" مولانا وحید الدین خان، صفحہ نمبر 55۔</w:t>
      </w:r>
    </w:p>
    <w:p>
      <w:r>
        <w:rPr>
          <w:b/>
        </w:rPr>
        <w:t xml:space="preserve">[2:10:49] </w:t>
      </w:r>
      <w:r>
        <w:t>aksar walidain mujh se poochte hain ke maujooda zamane mein bachon ki deeni tarbiyat ke liye kya kya</w:t>
      </w:r>
    </w:p>
    <w:p>
      <w:pPr>
        <w:jc w:val="right"/>
      </w:pPr>
      <w:r>
        <w:t>اکثر والدین مجھ سے پوچھتے ہیں کہ موجودہ زمانے میں بچوں کی دینی تربیت کے لیے کیا کیا</w:t>
      </w:r>
    </w:p>
    <w:p>
      <w:r>
        <w:rPr>
          <w:b/>
        </w:rPr>
        <w:t xml:space="preserve">[2:10:56] </w:t>
      </w:r>
      <w:r>
        <w:t>kiya jaye? mera jawab hamesha ek rehta hai: bachon ki tarbiyat se pehle khud apni tarbiyat kijiye.</w:t>
      </w:r>
    </w:p>
    <w:p>
      <w:pPr>
        <w:jc w:val="right"/>
      </w:pPr>
      <w:r>
        <w:t>جائے؟ میرا جواب ہمیشہ ایک رہتا ہے: بچوں کی تربیت سے پہلے خود اپنی تربیت کیجئے۔</w:t>
      </w:r>
    </w:p>
    <w:p>
      <w:r>
        <w:rPr>
          <w:b/>
        </w:rPr>
        <w:t xml:space="preserve">[2:11:04] </w:t>
      </w:r>
      <w:r>
        <w:t>maujooda zamane mein bachon ke bigad ka asal sabab kharji mahol nahi hai, balke ghar ka dakhli mahol hai.</w:t>
      </w:r>
    </w:p>
    <w:p>
      <w:pPr>
        <w:jc w:val="right"/>
      </w:pPr>
      <w:r>
        <w:t>موجودہ زمانے میں بچوں کے بگاڑ کا اصل سبب خارجی ماحول نہیں ہے، بلکہ گھر کا داخلی ماحول ہے۔</w:t>
      </w:r>
    </w:p>
    <w:p>
      <w:r>
        <w:rPr>
          <w:b/>
        </w:rPr>
        <w:t xml:space="preserve">[2:11:11] </w:t>
      </w:r>
      <w:r>
        <w:t>ghar ka dakh</w:t>
      </w:r>
    </w:p>
    <w:p>
      <w:pPr>
        <w:jc w:val="right"/>
      </w:pPr>
      <w:r>
        <w:t>گھر کا داخ</w:t>
      </w:r>
    </w:p>
    <w:p>
      <w:r>
        <w:rPr>
          <w:b/>
        </w:rPr>
        <w:t xml:space="preserve">[2:11:19] </w:t>
      </w:r>
      <w:r>
        <w:t>li mahol kaun banata hai? yeh walidain hain jo ghar ka dakhli mahol banate hain.</w:t>
      </w:r>
    </w:p>
    <w:p>
      <w:pPr>
        <w:jc w:val="right"/>
      </w:pPr>
      <w:r>
        <w:t>لی ماحول کون بناتا ہے؟ یہ والدین ہیں جو گھر کا داخلی ماحول بناتے ہیں۔</w:t>
      </w:r>
    </w:p>
    <w:p>
      <w:r>
        <w:rPr>
          <w:b/>
        </w:rPr>
        <w:t xml:space="preserve">[2:11:25] </w:t>
      </w:r>
      <w:r>
        <w:t>jab tak ghar ke dakhli mahol ko haqeeqi maano mein deeni yani akhirat pasandana mahol na banaya jaye,</w:t>
      </w:r>
    </w:p>
    <w:p>
      <w:pPr>
        <w:jc w:val="right"/>
      </w:pPr>
      <w:r>
        <w:t>جب تک گھر کے داخلی ماحول کو حقیقی معنوں میں دینی یعنی آخرت پسندانہ ماحول نہ بنایا جائے،</w:t>
      </w:r>
    </w:p>
    <w:p>
      <w:r>
        <w:rPr>
          <w:b/>
        </w:rPr>
        <w:t xml:space="preserve">[2:11:31] </w:t>
      </w:r>
      <w:r>
        <w:t>bachon ke andar koi islah nahi ho sakti.</w:t>
      </w:r>
    </w:p>
    <w:p>
      <w:pPr>
        <w:jc w:val="right"/>
      </w:pPr>
      <w:r>
        <w:t>بچوں کے اندر کوئی اصلاح نہیں ہو سکتی۔</w:t>
      </w:r>
    </w:p>
    <w:p>
      <w:r>
        <w:rPr>
          <w:b/>
        </w:rPr>
        <w:t xml:space="preserve">[2:11:37] </w:t>
      </w:r>
      <w:r>
        <w:t>maujooda zamane ka asal fitna maal hai.</w:t>
      </w:r>
    </w:p>
    <w:p>
      <w:pPr>
        <w:jc w:val="right"/>
      </w:pPr>
      <w:r>
        <w:t>موجودہ زمانے کا اصل فتنہ مال ہے۔</w:t>
      </w:r>
    </w:p>
    <w:p>
      <w:r>
        <w:rPr>
          <w:b/>
        </w:rPr>
        <w:t xml:space="preserve">[2:11:44] </w:t>
      </w:r>
      <w:r>
        <w:t>aaj kal har aadmi ziyada se ziyada maal kama raha hai.</w:t>
      </w:r>
    </w:p>
    <w:p>
      <w:pPr>
        <w:jc w:val="right"/>
      </w:pPr>
      <w:r>
        <w:t>آج کل ہر آدمی زیادہ سے زیادہ مال کما رہا ہے۔</w:t>
      </w:r>
    </w:p>
    <w:p>
      <w:r>
        <w:rPr>
          <w:b/>
        </w:rPr>
        <w:t xml:space="preserve">[2:11:50] </w:t>
      </w:r>
      <w:r>
        <w:t>is maal ka مصرف waldein ke nazdeek sirf aik hai, aur woh hai ghar ke andar har qism</w:t>
      </w:r>
    </w:p>
    <w:p>
      <w:pPr>
        <w:jc w:val="right"/>
      </w:pPr>
      <w:r>
        <w:t>اس مال کا مصرف والدین کے نزدیک صرف ایک ہے، اور وہ ہے گھر کے اندر ہر قسم</w:t>
      </w:r>
    </w:p>
    <w:p>
      <w:r>
        <w:rPr>
          <w:b/>
        </w:rPr>
        <w:t xml:space="preserve">[2:11:57] </w:t>
      </w:r>
      <w:r>
        <w:t>ki rahat ke saaman ikattha karna aur bachon ki tamam maadi khwahishon ko poora karna.</w:t>
      </w:r>
    </w:p>
    <w:p>
      <w:pPr>
        <w:jc w:val="right"/>
      </w:pPr>
      <w:r>
        <w:t>کی راحت کے سامان اکٹھا کرنا اور بچوں کی تمام مادی خواہشوں کو پورا کرنا۔</w:t>
      </w:r>
    </w:p>
    <w:p>
      <w:r>
        <w:rPr>
          <w:b/>
        </w:rPr>
        <w:t xml:space="preserve">[2:12:05] </w:t>
      </w:r>
      <w:r>
        <w:t>maujooda zamane mein yeh culture itna zyada aam hai ke is maamle mein shayad kisi ghar ka koi</w:t>
      </w:r>
    </w:p>
    <w:p>
      <w:pPr>
        <w:jc w:val="right"/>
      </w:pPr>
      <w:r>
        <w:t>موجودہ زمانے میں یہ کلچر اتنا زیادہ عام ہے کہ اس معاملے میں شاید کسی گھر کا کوئی</w:t>
      </w:r>
    </w:p>
    <w:p>
      <w:r>
        <w:rPr>
          <w:b/>
        </w:rPr>
        <w:t xml:space="preserve">[2:12:12] </w:t>
      </w:r>
      <w:r>
        <w:t>istisni nahi, khwah woh berish walon ka ghar ho ya baarish walon ka</w:t>
      </w:r>
    </w:p>
    <w:p>
      <w:pPr>
        <w:jc w:val="right"/>
      </w:pPr>
      <w:r>
        <w:t>استثنیٰ نہیں، خواہ وہ بیریش والوں کا گھر ہو یا بارش والوں کا</w:t>
      </w:r>
    </w:p>
    <w:p>
      <w:r>
        <w:rPr>
          <w:b/>
        </w:rPr>
        <w:t xml:space="preserve">[2:12:20] </w:t>
      </w:r>
      <w:r>
        <w:t>ghar. walidain ke is mizaj ne har ghar ko mada parasti ka karkhana bana diya hai. tamam walidain apne bachon ke andar shaoori ya ghair shaoori taur par mada parastana zehan banane ke imam bane hue hain. isi ke sath tamam walidain yeh chahte hain ke un ke bachhe akhirat ki jannat se bhi mehroom na rahein. isi miz</w:t>
      </w:r>
    </w:p>
    <w:p>
      <w:pPr>
        <w:jc w:val="right"/>
      </w:pPr>
      <w:r>
        <w:t>گھر۔ والدین کے اس مزاج نے ہر گھر کو مادہ پرستی کا کارخانہ بنا دیا ہے۔ تمام والدین اپنے بچوں کے اندر شعوری یا غیر شعوری طور پر مادہ پرستانہ ذہن بنانے کے امام بنے ہوئے ہیں۔ اسی کے ساتھ تمام والدین یہ چاہتے ہیں کہ ان کے بچے آخرت کی جنت سے بھی محروم نہ رہیں۔ اسی مز</w:t>
      </w:r>
    </w:p>
    <w:p>
      <w:r>
        <w:rPr>
          <w:b/>
        </w:rPr>
        <w:t xml:space="preserve">[2:12:50] </w:t>
      </w:r>
      <w:r>
        <w:t>aj ke baare mein aik urdu shair ne kaha tha: "rind ke rind rahe, haath se jannat na</w:t>
      </w:r>
    </w:p>
    <w:p>
      <w:pPr>
        <w:jc w:val="right"/>
      </w:pPr>
      <w:r>
        <w:t>اج کے بارے میں ایک اردو شاعر نے کہا تھا: "رند کے رند رہے، ہاتھ سے جنت نہ</w:t>
      </w:r>
    </w:p>
    <w:p>
      <w:r>
        <w:rPr>
          <w:b/>
        </w:rPr>
        <w:t xml:space="preserve">[2:12:57] </w:t>
      </w:r>
      <w:r>
        <w:t>gayi", magar yeh sirf aik khush khayali hai jo kabhi waqea banne wali nahi.</w:t>
      </w:r>
    </w:p>
    <w:p>
      <w:pPr>
        <w:jc w:val="right"/>
      </w:pPr>
      <w:r>
        <w:t>گئی"، مگر یہ صرف ایک خوش خیالی ہے جو کبھی واقعہ بننے والی نہیں۔</w:t>
      </w:r>
    </w:p>
    <w:p>
      <w:r>
        <w:rPr>
          <w:b/>
        </w:rPr>
        <w:t xml:space="preserve">[2:13:05] </w:t>
      </w:r>
      <w:r>
        <w:t>tamseel ki zabaan mein yeh haathi ki dum mein patang baandhna hai.</w:t>
      </w:r>
    </w:p>
    <w:p>
      <w:pPr>
        <w:jc w:val="right"/>
      </w:pPr>
      <w:r>
        <w:t>تمثیل کی زبان میں یہ ہاتھی کی دم میں پتنگ باندھنا ہے۔</w:t>
      </w:r>
    </w:p>
    <w:p>
      <w:r>
        <w:rPr>
          <w:b/>
        </w:rPr>
        <w:t xml:space="preserve">[2:13:13] </w:t>
      </w:r>
      <w:r>
        <w:t>maujooda zamane ke waldein aik taraf apne bachon ko maadi haathi banate hain, doosri taraf woh</w:t>
      </w:r>
    </w:p>
    <w:p>
      <w:pPr>
        <w:jc w:val="right"/>
      </w:pPr>
      <w:r>
        <w:t>موجودہ زمانے کے والدین ایک طرف اپنے بچوں کو مادی ہاتھی بناتے ہیں، دوسری طرف وہ</w:t>
      </w:r>
    </w:p>
    <w:p>
      <w:r>
        <w:rPr>
          <w:b/>
        </w:rPr>
        <w:t xml:space="preserve">[2:13:20] </w:t>
      </w:r>
      <w:r>
        <w:t>chahte hain ke is haathi ki dum mein deen ki patang baandh di jaye, magar aisi patang ka</w:t>
      </w:r>
    </w:p>
    <w:p>
      <w:pPr>
        <w:jc w:val="right"/>
      </w:pPr>
      <w:r>
        <w:t>چاہتے ہیں کہ اس ہاتھی کی دم میں دین کی پتنگ باندھ دی جائے، مگر ایسی پتنگ کا</w:t>
      </w:r>
    </w:p>
    <w:p>
      <w:r>
        <w:rPr>
          <w:b/>
        </w:rPr>
        <w:t xml:space="preserve">[2:13:26] </w:t>
      </w:r>
      <w:r>
        <w:t>haal sirf yeh hone wala hai ke haathi aik baar apni dum ko jhatka de aur yeh patang</w:t>
      </w:r>
    </w:p>
    <w:p>
      <w:pPr>
        <w:jc w:val="right"/>
      </w:pPr>
      <w:r>
        <w:t>حال صرف یہ ہونے والا ہے کہ ہاتھی ایک بار اپنی دم کو جھٹکا دے اور یہ پتنگ</w:t>
      </w:r>
    </w:p>
    <w:p>
      <w:r>
        <w:rPr>
          <w:b/>
        </w:rPr>
        <w:t xml:space="preserve">[2:13:33] </w:t>
      </w:r>
      <w:r>
        <w:t>urh kar bohat door chali jaye.</w:t>
      </w:r>
    </w:p>
    <w:p>
      <w:pPr>
        <w:jc w:val="right"/>
      </w:pPr>
      <w:r>
        <w:t>اڑ کر بہت دور چلی جائے۔</w:t>
      </w:r>
    </w:p>
    <w:p>
      <w:r>
        <w:rPr>
          <w:b/>
        </w:rPr>
        <w:t xml:space="preserve">[2:13:39] </w:t>
      </w:r>
      <w:r>
        <w:t>waldein ko chahiye ke agar woh apne bachon ko dindar yaani aakhirat pasand banana chahte hain to woh</w:t>
      </w:r>
    </w:p>
    <w:p>
      <w:pPr>
        <w:jc w:val="right"/>
      </w:pPr>
      <w:r>
        <w:t>والدین کو چاہیے کہ اگر وہ اپنے بچوں کو دیندار یعنی آخرت پسند بنانا چاہتے ہیں تو وہ</w:t>
      </w:r>
    </w:p>
    <w:p>
      <w:r>
        <w:rPr>
          <w:b/>
        </w:rPr>
        <w:t xml:space="preserve">[2:13:45] </w:t>
      </w:r>
      <w:r>
        <w:t>iski qeemat ada karein,</w:t>
      </w:r>
    </w:p>
    <w:p>
      <w:pPr>
        <w:jc w:val="right"/>
      </w:pPr>
      <w:r>
        <w:t>اس کی قیمت ادا کریں،</w:t>
      </w:r>
    </w:p>
    <w:p>
      <w:r>
        <w:rPr>
          <w:b/>
        </w:rPr>
        <w:t xml:space="preserve">[2:13:51] </w:t>
      </w:r>
      <w:r>
        <w:t>warna woh farzi taur par is qism ki munafiqana baat karna bhi chhod dein.</w:t>
      </w:r>
    </w:p>
    <w:p>
      <w:pPr>
        <w:jc w:val="right"/>
      </w:pPr>
      <w:r>
        <w:t>ورنہ وہ فرضی طور پر اس قسم کی منافقانہ بات کرنا بھی چھوڑ دیں۔</w:t>
      </w:r>
    </w:p>
    <w:p>
      <w:r>
        <w:rPr>
          <w:b/>
        </w:rPr>
        <w:t xml:space="preserve">[2:13:57] </w:t>
      </w:r>
      <w:r>
        <w:t>har ghar bigaad ka karkhana.</w:t>
      </w:r>
    </w:p>
    <w:p>
      <w:pPr>
        <w:jc w:val="right"/>
      </w:pPr>
      <w:r>
        <w:t>ہر گھر بگاڑ کا کارخانہ۔</w:t>
      </w:r>
    </w:p>
    <w:p>
      <w:r>
        <w:rPr>
          <w:b/>
        </w:rPr>
        <w:t xml:space="preserve">[2:14:03] </w:t>
      </w:r>
      <w:r>
        <w:t>kitaab "tarbiyat-e-aulad" Maulana Wahiduddin Khan, safha number 56.</w:t>
      </w:r>
    </w:p>
    <w:p>
      <w:pPr>
        <w:jc w:val="right"/>
      </w:pPr>
      <w:r>
        <w:t>کتاب "تربیتِ اولاد" مولانا وحید الدین خان، صفحہ نمبر 56۔</w:t>
      </w:r>
    </w:p>
    <w:p>
      <w:r>
        <w:rPr>
          <w:b/>
        </w:rPr>
        <w:t xml:space="preserve">[2:14:10] </w:t>
      </w:r>
      <w:r>
        <w:t>aaj kal aam taur par yeh haal hai ke har ghar mein aik taraf apne bachon aur apne</w:t>
      </w:r>
    </w:p>
    <w:p>
      <w:pPr>
        <w:jc w:val="right"/>
      </w:pPr>
      <w:r>
        <w:t>آج کل عام طور پر یہ حال ہے کہ ہر گھر میں ایک طرف اپنے بچوں اور اپنے</w:t>
      </w:r>
    </w:p>
    <w:p>
      <w:r>
        <w:rPr>
          <w:b/>
        </w:rPr>
        <w:t xml:space="preserve">[2:14:16] </w:t>
      </w:r>
      <w:r>
        <w:t>khandan walon ki tareef ki jati hai.</w:t>
      </w:r>
    </w:p>
    <w:p>
      <w:pPr>
        <w:jc w:val="right"/>
      </w:pPr>
      <w:r>
        <w:t>خاندان والوں کی تعریف کی جاتی ہے۔</w:t>
      </w:r>
    </w:p>
    <w:p>
      <w:r>
        <w:rPr>
          <w:b/>
        </w:rPr>
        <w:t xml:space="preserve">[2:14:22] </w:t>
      </w:r>
      <w:r>
        <w:t>unka zikr hamesha misbat andaaz mein kiya jata hai.</w:t>
      </w:r>
    </w:p>
    <w:p>
      <w:pPr>
        <w:jc w:val="right"/>
      </w:pPr>
      <w:r>
        <w:t>ان کا ذکر ہمیشہ مثبت انداز میں کیا جاتا ہے۔</w:t>
      </w:r>
    </w:p>
    <w:p>
      <w:r>
        <w:rPr>
          <w:b/>
        </w:rPr>
        <w:t xml:space="preserve">[2:14:28] </w:t>
      </w:r>
      <w:r>
        <w:t>is ke baraks jab bhi doosron ka charcha kiya jata hai to woh tanqees ke andaaz mein hota hai.</w:t>
      </w:r>
    </w:p>
    <w:p>
      <w:pPr>
        <w:jc w:val="right"/>
      </w:pPr>
      <w:r>
        <w:t>اس کے برعکس جب بھی دوسروں کا چرچہ کیا جاتا ہے تو وہ تنقیص کے انداز میں ہوتا ہے۔</w:t>
      </w:r>
    </w:p>
    <w:p>
      <w:r>
        <w:rPr>
          <w:b/>
        </w:rPr>
        <w:t xml:space="preserve">[2:14:34] </w:t>
      </w:r>
      <w:r>
        <w:t>apnon ke baare mein misbat baaton ka charcha aur doosron ke baare mein manfi baaton ka charcha, yeh</w:t>
      </w:r>
    </w:p>
    <w:p>
      <w:pPr>
        <w:jc w:val="right"/>
      </w:pPr>
      <w:r>
        <w:t>اپنوں کے بارے میں مثبت باتوں کا چرچہ اور دوسروں کے بارے میں منفی باتوں کا چرچہ، یہ</w:t>
      </w:r>
    </w:p>
    <w:p>
      <w:r>
        <w:rPr>
          <w:b/>
        </w:rPr>
        <w:t xml:space="preserve">[2:14:40] </w:t>
      </w:r>
      <w:r>
        <w:t>culture itna zyada aam hai ke shayad hi koi ghar is se khaali ho.</w:t>
      </w:r>
    </w:p>
    <w:p>
      <w:pPr>
        <w:jc w:val="right"/>
      </w:pPr>
      <w:r>
        <w:t>کلچر اتنا زیادہ عام ہے کہ شاید ہی کوئی گھر اس سے خالی ہو۔</w:t>
      </w:r>
    </w:p>
    <w:p>
      <w:r>
        <w:rPr>
          <w:b/>
        </w:rPr>
        <w:t xml:space="preserve">[2:14:46] </w:t>
      </w:r>
      <w:r>
        <w:t>ghar ke andar samaaj ke</w:t>
      </w:r>
    </w:p>
    <w:p>
      <w:pPr>
        <w:jc w:val="right"/>
      </w:pPr>
      <w:r>
        <w:t>گھر کے اندر سماج کے</w:t>
      </w:r>
    </w:p>
    <w:p>
      <w:r>
        <w:rPr>
          <w:b/>
        </w:rPr>
        <w:t xml:space="preserve">[2:14:52] </w:t>
      </w:r>
      <w:r>
        <w:t>shehri bante hain, lekin mazkoora culture ne ghar ko is qabil nahi rakha hai ke woh apne samaaj</w:t>
      </w:r>
    </w:p>
    <w:p>
      <w:pPr>
        <w:jc w:val="right"/>
      </w:pPr>
      <w:r>
        <w:t>شہری بنتے ہیں، لیکن مذکورہ کلچر نے گھر کو اس قابل نہیں رکھا ہے کہ وہ اپنے سماج</w:t>
      </w:r>
    </w:p>
    <w:p>
      <w:r>
        <w:rPr>
          <w:b/>
        </w:rPr>
        <w:t xml:space="preserve">[2:14:57] </w:t>
      </w:r>
      <w:r>
        <w:t>ke liye achhe shehri supply kare.</w:t>
      </w:r>
    </w:p>
    <w:p>
      <w:pPr>
        <w:jc w:val="right"/>
      </w:pPr>
      <w:r>
        <w:t>کے لیے اچھے شہری سپلائی کرے۔</w:t>
      </w:r>
    </w:p>
    <w:p>
      <w:r>
        <w:rPr>
          <w:b/>
        </w:rPr>
        <w:t xml:space="preserve">[2:15:02] </w:t>
      </w:r>
      <w:r>
        <w:t>har ghar mein aise aurat aur aise mard ban kar tayyar ho rahe hain jo apnon ke bare</w:t>
      </w:r>
    </w:p>
    <w:p>
      <w:pPr>
        <w:jc w:val="right"/>
      </w:pPr>
      <w:r>
        <w:t>ہر گھر میں ایسے عورت اور ایسے مرد بن کر تیار ہو رہے ہیں جو اپنوں کے بارے</w:t>
      </w:r>
    </w:p>
    <w:p>
      <w:r>
        <w:rPr>
          <w:b/>
        </w:rPr>
        <w:t xml:space="preserve">[2:15:07] </w:t>
      </w:r>
      <w:r>
        <w:t>mein musbat rai aur doosron ke bare mein manfi rai rakhte hain.</w:t>
      </w:r>
    </w:p>
    <w:p>
      <w:pPr>
        <w:jc w:val="right"/>
      </w:pPr>
      <w:r>
        <w:t>میں مثبت رائے اور دوسروں کے بارے میں منفی رائے رکھتے ہیں۔</w:t>
      </w:r>
    </w:p>
    <w:p>
      <w:r>
        <w:rPr>
          <w:b/>
        </w:rPr>
        <w:t xml:space="preserve">[2:15:12] </w:t>
      </w:r>
      <w:r>
        <w:t>jin ko apnon se muhabbat hai aur doosron se nafrat.</w:t>
      </w:r>
    </w:p>
    <w:p>
      <w:pPr>
        <w:jc w:val="right"/>
      </w:pPr>
      <w:r>
        <w:t>جن کو اپنوں سے محبت ہے اور دوسروں سے نفرت۔</w:t>
      </w:r>
    </w:p>
    <w:p>
      <w:r>
        <w:rPr>
          <w:b/>
        </w:rPr>
        <w:t xml:space="preserve">[2:15:17] </w:t>
      </w:r>
      <w:r>
        <w:t>jo apnon ke bare mein rawad</w:t>
      </w:r>
    </w:p>
    <w:p>
      <w:pPr>
        <w:jc w:val="right"/>
      </w:pPr>
      <w:r>
        <w:t>جو اپنوں کے بارے میں رواد</w:t>
      </w:r>
    </w:p>
    <w:p>
      <w:r>
        <w:rPr>
          <w:b/>
        </w:rPr>
        <w:t xml:space="preserve">[2:15:22] </w:t>
      </w:r>
      <w:r>
        <w:t>ar yani tolerant hain aur doosron ke baray mein woh ghair rawadar yani intolerant bane hue hain. jin ke andar apnon ko dene ka zehan hai aur doosron se sirf lene ka zehan. jo apnon ko bartar samajhte hain aur doosron ko kamtar. jo apnon ki taraqqi par khush hote hain aur doosron ki taraqqi dekh kar unhein koi khushi nahi hoti. jo apnon ki takleef se f</w:t>
      </w:r>
    </w:p>
    <w:p>
      <w:pPr>
        <w:jc w:val="right"/>
      </w:pPr>
      <w:r>
        <w:t>ار یعنی ٹولرنٹ ہیں اور دوسروں کے بارے میں وہ غیر روادار یعنی ان ٹولرنٹ بنے ہوئے ہیں۔ جن کے اندر اپنوں کو دینے کا ذہن ہے اور دوسروں سے صرف لینے کا ذہن۔ جو اپنوں کو برتر سمجھتے ہیں اور دوسروں کو کمتر۔ جو اپنوں کی ترقی پر خوش ہوتے ہیں اور دوسروں کی ترقی دیکھ کر انہیں کوئی خوشی نہیں ہوتی۔ جو اپنوں کی تکلیف سے ف</w:t>
      </w:r>
    </w:p>
    <w:p>
      <w:r>
        <w:rPr>
          <w:b/>
        </w:rPr>
        <w:t xml:space="preserve">[2:15:52] </w:t>
      </w:r>
      <w:r>
        <w:t>karmand hote hain aur doosron ki takleef ko dekh kar unhein koi fikrmandi lahaq nahi hoti waghera.</w:t>
      </w:r>
    </w:p>
    <w:p>
      <w:pPr>
        <w:jc w:val="right"/>
      </w:pPr>
      <w:r>
        <w:t>کرمند ہوتے ہیں اور دوسروں کی تکلیف کو دیکھ کر انہیں کوئی فکرمندی لاحق نہیں ہوتی وغیرہ۔</w:t>
      </w:r>
    </w:p>
    <w:p>
      <w:r>
        <w:rPr>
          <w:b/>
        </w:rPr>
        <w:t xml:space="preserve">[2:16:00] </w:t>
      </w:r>
      <w:r>
        <w:t>is surat-e-hal ka yeh nateeja hai ke ab samajhi aqdar yani social values ka tasawwur khatm ho gaya hai.</w:t>
      </w:r>
    </w:p>
    <w:p>
      <w:pPr>
        <w:jc w:val="right"/>
      </w:pPr>
      <w:r>
        <w:t>اس صورتحال کا یہ نتیجہ ہے کہ اب سماجی اقدار یعنی سوشل ویلیوز کا تصور ختم ہو گیا ہے۔</w:t>
      </w:r>
    </w:p>
    <w:p>
      <w:r>
        <w:rPr>
          <w:b/>
        </w:rPr>
        <w:t xml:space="preserve">[2:16:07] </w:t>
      </w:r>
      <w:r>
        <w:t>ab ek hi cheez hai jo har ek ka wahid consen yani soul consen bani hui hai aur</w:t>
      </w:r>
    </w:p>
    <w:p>
      <w:pPr>
        <w:jc w:val="right"/>
      </w:pPr>
      <w:r>
        <w:t>اب ایک ہی چیز ہے جو ہر ایک کا واحد کنسن یعنی سول کنسن بنی ہوئی ہے اور</w:t>
      </w:r>
    </w:p>
    <w:p>
      <w:r>
        <w:rPr>
          <w:b/>
        </w:rPr>
        <w:t xml:space="preserve">[2:16:15] </w:t>
      </w:r>
      <w:r>
        <w:t>woh hai zaati mafad yani self interest. is surat</w:t>
      </w:r>
    </w:p>
    <w:p>
      <w:pPr>
        <w:jc w:val="right"/>
      </w:pPr>
      <w:r>
        <w:t>وہ ہے ذاتی مفاد یعنی سیلف انٹرسٹ۔ اس صورت</w:t>
      </w:r>
    </w:p>
    <w:p>
      <w:r>
        <w:rPr>
          <w:b/>
        </w:rPr>
        <w:t xml:space="preserve">[2:16:22] </w:t>
      </w:r>
      <w:r>
        <w:t>haal ne har ek ko khud garz aur istihsal pasand bana diya hai.</w:t>
      </w:r>
    </w:p>
    <w:p>
      <w:pPr>
        <w:jc w:val="right"/>
      </w:pPr>
      <w:r>
        <w:t>حال نے ہر ایک کو خود غرض اور استحصال پسند بنا دیا ہے۔</w:t>
      </w:r>
    </w:p>
    <w:p>
      <w:r>
        <w:rPr>
          <w:b/>
        </w:rPr>
        <w:t xml:space="preserve">[2:16:27] </w:t>
      </w:r>
      <w:r>
        <w:t>kisi ko kam aur kisi ko zyada.</w:t>
      </w:r>
    </w:p>
    <w:p>
      <w:pPr>
        <w:jc w:val="right"/>
      </w:pPr>
      <w:r>
        <w:t>کسی کو کم اور کسی کو زیادہ۔</w:t>
      </w:r>
    </w:p>
    <w:p>
      <w:r>
        <w:rPr>
          <w:b/>
        </w:rPr>
        <w:t xml:space="preserve">[2:16:32] </w:t>
      </w:r>
      <w:r>
        <w:t>yeh surat-e-hal be had sangin hai.</w:t>
      </w:r>
    </w:p>
    <w:p>
      <w:pPr>
        <w:jc w:val="right"/>
      </w:pPr>
      <w:r>
        <w:t>یہ صورتحال بے حد سنگین ہے۔</w:t>
      </w:r>
    </w:p>
    <w:p>
      <w:r>
        <w:rPr>
          <w:b/>
        </w:rPr>
        <w:t xml:space="preserve">[2:16:37] </w:t>
      </w:r>
      <w:r>
        <w:t>is ki islaah jalson aur taqreeron ke zariye nahi ho sakti.</w:t>
      </w:r>
    </w:p>
    <w:p>
      <w:pPr>
        <w:jc w:val="right"/>
      </w:pPr>
      <w:r>
        <w:t>اس کی اصلاح جلسوں اور تقریروں کے ذریعے نہیں ہو سکتی۔</w:t>
      </w:r>
    </w:p>
    <w:p>
      <w:r>
        <w:rPr>
          <w:b/>
        </w:rPr>
        <w:t xml:space="preserve">[2:16:42] </w:t>
      </w:r>
      <w:r>
        <w:t>is ki islaah ka tareeqa sirf yeh hai ke ghar wale apne ghar ke mahol ko durust karen.</w:t>
      </w:r>
    </w:p>
    <w:p>
      <w:pPr>
        <w:jc w:val="right"/>
      </w:pPr>
      <w:r>
        <w:t>اس کی اصلاح کا طریقہ صرف یہ ہے کہ گھر والے اپنے گھر کے ماحول کو درست کریں۔</w:t>
      </w:r>
    </w:p>
    <w:p>
      <w:r>
        <w:rPr>
          <w:b/>
        </w:rPr>
        <w:t xml:space="preserve">[2:16:47] </w:t>
      </w:r>
      <w:r>
        <w:t>ghar ke mahol ko durust kiye baghair is sang</w:t>
      </w:r>
    </w:p>
    <w:p>
      <w:pPr>
        <w:jc w:val="right"/>
      </w:pPr>
      <w:r>
        <w:t>گھر کے ماحول کو درست کیے بغیر اس سنگ</w:t>
      </w:r>
    </w:p>
    <w:p>
      <w:r>
        <w:rPr>
          <w:b/>
        </w:rPr>
        <w:t xml:space="preserve">[2:16:52] </w:t>
      </w:r>
      <w:r>
        <w:t>in surat-e-hal ki islaah mumkin nahi.</w:t>
      </w:r>
    </w:p>
    <w:p>
      <w:pPr>
        <w:jc w:val="right"/>
      </w:pPr>
      <w:r>
        <w:t>ین صورتحال کی اصلاح ممکن نہیں۔</w:t>
      </w:r>
    </w:p>
    <w:p>
      <w:r>
        <w:rPr>
          <w:b/>
        </w:rPr>
        <w:t xml:space="preserve">[2:16:57] </w:t>
      </w:r>
      <w:r>
        <w:t>bachon ka qabristan.</w:t>
      </w:r>
    </w:p>
    <w:p>
      <w:pPr>
        <w:jc w:val="right"/>
      </w:pPr>
      <w:r>
        <w:t>بچوں کا قبرستان۔</w:t>
      </w:r>
    </w:p>
    <w:p>
      <w:r>
        <w:rPr>
          <w:b/>
        </w:rPr>
        <w:t xml:space="preserve">[2:17:03] </w:t>
      </w:r>
      <w:r>
        <w:t>kitab "tarbiyat-e-aulad" Maulana Wahiduddin Khan, safha number 57.</w:t>
      </w:r>
    </w:p>
    <w:p>
      <w:pPr>
        <w:jc w:val="right"/>
      </w:pPr>
      <w:r>
        <w:t>کتاب "تربیتِ اولاد" مولانا وحید الدین خان، صفحہ نمبر 57۔</w:t>
      </w:r>
    </w:p>
    <w:p>
      <w:r>
        <w:rPr>
          <w:b/>
        </w:rPr>
        <w:t xml:space="preserve">[2:17:08] </w:t>
      </w:r>
      <w:r>
        <w:t>ek taleem yafta musalman hamare mission se jude hue the.</w:t>
      </w:r>
    </w:p>
    <w:p>
      <w:pPr>
        <w:jc w:val="right"/>
      </w:pPr>
      <w:r>
        <w:t>ایک تعلیم یافتہ مسلمان ہمارے مشن سے جڑے ہوئے تھے۔</w:t>
      </w:r>
    </w:p>
    <w:p>
      <w:r>
        <w:rPr>
          <w:b/>
        </w:rPr>
        <w:t xml:space="preserve">[2:17:13] </w:t>
      </w:r>
      <w:r>
        <w:t>is waqt un ke yahan aulad nahi thi.</w:t>
      </w:r>
    </w:p>
    <w:p>
      <w:pPr>
        <w:jc w:val="right"/>
      </w:pPr>
      <w:r>
        <w:t>اس وقت ان کے یہاں اولاد نہیں تھی۔</w:t>
      </w:r>
    </w:p>
    <w:p>
      <w:r>
        <w:rPr>
          <w:b/>
        </w:rPr>
        <w:t xml:space="preserve">[2:17:18] </w:t>
      </w:r>
      <w:r>
        <w:t>phir un ke yahan bachche paida hue.</w:t>
      </w:r>
    </w:p>
    <w:p>
      <w:pPr>
        <w:jc w:val="right"/>
      </w:pPr>
      <w:r>
        <w:t>پھر ان کے یہاں بچے پیدا ہوئے۔</w:t>
      </w:r>
    </w:p>
    <w:p>
      <w:r>
        <w:rPr>
          <w:b/>
        </w:rPr>
        <w:t xml:space="preserve">[2:17:23] </w:t>
      </w:r>
      <w:r>
        <w:t>is ke baad woh dheere dheere mission se door ho gaye.</w:t>
      </w:r>
    </w:p>
    <w:p>
      <w:pPr>
        <w:jc w:val="right"/>
      </w:pPr>
      <w:r>
        <w:t>اس کے بعد وہ دھیرے دھیرے مشن سے دور ہو گئے۔</w:t>
      </w:r>
    </w:p>
    <w:p>
      <w:r>
        <w:rPr>
          <w:b/>
        </w:rPr>
        <w:t xml:space="preserve">[2:17:28] </w:t>
      </w:r>
      <w:r>
        <w:t>ek arse ke baad un se mulaqat hui.</w:t>
      </w:r>
    </w:p>
    <w:p>
      <w:pPr>
        <w:jc w:val="right"/>
      </w:pPr>
      <w:r>
        <w:t>ایک عرصے کے بعد ان سے ملاقات ہوئی۔</w:t>
      </w:r>
    </w:p>
    <w:p>
      <w:r>
        <w:rPr>
          <w:b/>
        </w:rPr>
        <w:t xml:space="preserve">[2:17:33] </w:t>
      </w:r>
      <w:r>
        <w:t>main ne poocha ke aap ne dawat-e-kaam ko kyun chhod diya? unhon ne kaha: "bachon ki zimme</w:t>
      </w:r>
    </w:p>
    <w:p>
      <w:pPr>
        <w:jc w:val="right"/>
      </w:pPr>
      <w:r>
        <w:t>میں نے پوچھا کہ آپ نے دعوتی کام کو کیوں چھوڑ دیا؟ انہوں نے کہا: "بچوں کی ذمہ</w:t>
      </w:r>
    </w:p>
    <w:p>
      <w:r>
        <w:rPr>
          <w:b/>
        </w:rPr>
        <w:t xml:space="preserve">[2:17:38] </w:t>
      </w:r>
      <w:r>
        <w:t>dariyan itni badh gayi hain ke ab waqt nahi milta." maujooda zamane mein yahi kam o besh har</w:t>
      </w:r>
    </w:p>
    <w:p>
      <w:pPr>
        <w:jc w:val="right"/>
      </w:pPr>
      <w:r>
        <w:t>داریاں اتنی بڑھ گئی ہیں کہ اب وقت نہیں ملتا۔" موجودہ زمانے میں یہی کم و بیش ہر</w:t>
      </w:r>
    </w:p>
    <w:p>
      <w:r>
        <w:rPr>
          <w:b/>
        </w:rPr>
        <w:t xml:space="preserve">[2:17:43] </w:t>
      </w:r>
      <w:r>
        <w:t>aadmi ka haal hai.</w:t>
      </w:r>
    </w:p>
    <w:p>
      <w:pPr>
        <w:jc w:val="right"/>
      </w:pPr>
      <w:r>
        <w:t>آدمی کا حال ہے۔</w:t>
      </w:r>
    </w:p>
    <w:p>
      <w:r>
        <w:rPr>
          <w:b/>
        </w:rPr>
        <w:t xml:space="preserve">[2:17:48] </w:t>
      </w:r>
      <w:r>
        <w:t>logon ke liye un ke bachche un ka qabristan bane hue</w:t>
      </w:r>
    </w:p>
    <w:p>
      <w:pPr>
        <w:jc w:val="right"/>
      </w:pPr>
      <w:r>
        <w:t>لوگوں کے لیے ان کے بچے ان کا قبرستان بنے ہوئے</w:t>
      </w:r>
    </w:p>
    <w:p>
      <w:r>
        <w:rPr>
          <w:b/>
        </w:rPr>
        <w:t xml:space="preserve">[2:17:53] </w:t>
      </w:r>
      <w:r>
        <w:t>hain.</w:t>
      </w:r>
    </w:p>
    <w:p>
      <w:pPr>
        <w:jc w:val="right"/>
      </w:pPr>
      <w:r>
        <w:t>ہیں۔</w:t>
      </w:r>
    </w:p>
    <w:p>
      <w:r>
        <w:rPr>
          <w:b/>
        </w:rPr>
        <w:t xml:space="preserve">[2:17:58] </w:t>
      </w:r>
      <w:r>
        <w:t>ہر آدمی کے لیے اس کے بچے اس کا واحد concern یعنی sole concern ہیں۔</w:t>
      </w:r>
    </w:p>
    <w:p>
      <w:pPr>
        <w:jc w:val="right"/>
      </w:pPr>
      <w:r>
        <w:t>ہر آدمی کے لیے اس کے بچے اس کا واحد کنسن یعنی سول کنسن ہیں۔</w:t>
      </w:r>
    </w:p>
    <w:p>
      <w:r>
        <w:rPr>
          <w:b/>
        </w:rPr>
        <w:t xml:space="preserve">[2:18:03] </w:t>
      </w:r>
      <w:r>
        <w:t>har aadmi apna paisa, apna waqt, apni energy, ghrazz jo kuch us ke paas hai, woh us ko</w:t>
      </w:r>
    </w:p>
    <w:p>
      <w:pPr>
        <w:jc w:val="right"/>
      </w:pPr>
      <w:r>
        <w:t>ہر آدمی اپنا پیسہ، اپنا وقت، اپنی انرجی، غرض جو کچھ اس کے پاس ہے، وہ اس کو</w:t>
      </w:r>
    </w:p>
    <w:p>
      <w:r>
        <w:rPr>
          <w:b/>
        </w:rPr>
        <w:t xml:space="preserve">[2:18:09] </w:t>
      </w:r>
      <w:r>
        <w:t>apne bachchon ke liye waqf kiye hue hai.</w:t>
      </w:r>
    </w:p>
    <w:p>
      <w:pPr>
        <w:jc w:val="right"/>
      </w:pPr>
      <w:r>
        <w:t>اپنے بچوں کے لیے وقف کیے ہوئے ہیں۔</w:t>
      </w:r>
    </w:p>
    <w:p>
      <w:r>
        <w:rPr>
          <w:b/>
        </w:rPr>
        <w:t xml:space="preserve">[2:18:14] </w:t>
      </w:r>
      <w:r>
        <w:t>dusron ke liye is ke paas sirf zabani hamdardi yaani lip service hoti hai.</w:t>
      </w:r>
    </w:p>
    <w:p>
      <w:pPr>
        <w:jc w:val="right"/>
      </w:pPr>
      <w:r>
        <w:t>دوسروں کے لیے اس کے پاس صرف زبانی ہمدردی یعنی لپ سروس ہوتی ہے۔</w:t>
      </w:r>
    </w:p>
    <w:p>
      <w:r>
        <w:rPr>
          <w:b/>
        </w:rPr>
        <w:t xml:space="preserve">[2:18:19] </w:t>
      </w:r>
      <w:r>
        <w:t>aur apni aulaad ke liye haqeeqi amal</w:t>
      </w:r>
    </w:p>
    <w:p>
      <w:pPr>
        <w:jc w:val="right"/>
      </w:pPr>
      <w:r>
        <w:t>اور اپنی اولاد کے لیے حقیقی عمل</w:t>
      </w:r>
    </w:p>
    <w:p>
      <w:r>
        <w:rPr>
          <w:b/>
        </w:rPr>
        <w:t xml:space="preserve">[2:18:24] </w:t>
      </w:r>
      <w:r>
        <w:t>, hatta ke khuda ke liye ya khudaai kaam ke liye bhi is ke paas sirf alfaaz hote hain.</w:t>
      </w:r>
    </w:p>
    <w:p>
      <w:pPr>
        <w:jc w:val="right"/>
      </w:pPr>
      <w:r>
        <w:t>، حتیٰ کہ خدا کے لیے یا خدائی کام کے لیے بھی اس کے پاس صرف الفاظ ہوتے ہیں۔</w:t>
      </w:r>
    </w:p>
    <w:p>
      <w:r>
        <w:rPr>
          <w:b/>
        </w:rPr>
        <w:t xml:space="preserve">[2:18:30] </w:t>
      </w:r>
      <w:r>
        <w:t>is se zyada aur kuch nahi.</w:t>
      </w:r>
    </w:p>
    <w:p>
      <w:pPr>
        <w:jc w:val="right"/>
      </w:pPr>
      <w:r>
        <w:t>اس سے زیادہ اور کچھ نہیں۔</w:t>
      </w:r>
    </w:p>
    <w:p>
      <w:r>
        <w:rPr>
          <w:b/>
        </w:rPr>
        <w:t xml:space="preserve">[2:18:36] </w:t>
      </w:r>
      <w:r>
        <w:t>aaj jis shakhs se mulaqaat kijiye, woh apne bachchon ke liye fikarmand hoga, lekin woh khud apne mustaqbil</w:t>
      </w:r>
    </w:p>
    <w:p>
      <w:pPr>
        <w:jc w:val="right"/>
      </w:pPr>
      <w:r>
        <w:t>آج جس شخص سے ملاقات کیجئے، وہ اپنے بچوں کے لیے فکرمند ہوگا، لیکن وہ خود اپنے مستقبل</w:t>
      </w:r>
    </w:p>
    <w:p>
      <w:r>
        <w:rPr>
          <w:b/>
        </w:rPr>
        <w:t xml:space="preserve">[2:18:42] </w:t>
      </w:r>
      <w:r>
        <w:t>ke liye fikarmand dikhai na de ga.</w:t>
      </w:r>
    </w:p>
    <w:p>
      <w:pPr>
        <w:jc w:val="right"/>
      </w:pPr>
      <w:r>
        <w:t>کے لیے فکرمند دکھائی نہ دے گا۔</w:t>
      </w:r>
    </w:p>
    <w:p>
      <w:r>
        <w:rPr>
          <w:b/>
        </w:rPr>
        <w:t xml:space="preserve">[2:18:48] </w:t>
      </w:r>
      <w:r>
        <w:t>yeh ain wohi soorat-e-haal hai jis ko hadith mein is tarah bayan kiya gaya hai</w:t>
      </w:r>
    </w:p>
    <w:p>
      <w:pPr>
        <w:jc w:val="right"/>
      </w:pPr>
      <w:r>
        <w:t>یہ عین وہی صورتحال ہے جس کو حدیث میں اس طرح بیان کیا گیا ہے</w:t>
      </w:r>
    </w:p>
    <w:p>
      <w:r>
        <w:rPr>
          <w:b/>
        </w:rPr>
        <w:t xml:space="preserve">[2:18:54] </w:t>
      </w:r>
      <w:r>
        <w:t>ke doosre ki duniya banane ke liye apni aakhirat ko kho dena.</w:t>
      </w:r>
    </w:p>
    <w:p>
      <w:pPr>
        <w:jc w:val="right"/>
      </w:pPr>
      <w:r>
        <w:t>کہ دوسرے کی دنیا بنانے کے لیے اپنی آخرت کو کھو دینا۔</w:t>
      </w:r>
    </w:p>
    <w:p>
      <w:r>
        <w:rPr>
          <w:b/>
        </w:rPr>
        <w:t xml:space="preserve">[2:19:00] </w:t>
      </w:r>
      <w:r>
        <w:t>sunan ibn majah, hadith number 3966.</w:t>
      </w:r>
    </w:p>
    <w:p>
      <w:pPr>
        <w:jc w:val="right"/>
      </w:pPr>
      <w:r>
        <w:t>سنن ابن ماجہ، حدیث نمبر 3966۔</w:t>
      </w:r>
    </w:p>
    <w:p>
      <w:r>
        <w:rPr>
          <w:b/>
        </w:rPr>
        <w:t xml:space="preserve">[2:19:05] </w:t>
      </w:r>
      <w:r>
        <w:t>is maamle ka sab se zyada andohnaak pehlu yeh hai ke log mohabbat-e-aulaad mein itna zyada gharaq</w:t>
      </w:r>
    </w:p>
    <w:p>
      <w:pPr>
        <w:jc w:val="right"/>
      </w:pPr>
      <w:r>
        <w:t>اس معاملے کا سب سے زیادہ اندوہناک پہلو یہ ہے کہ لوگ محبتِ اولاد میں اتنا زیادہ غرق</w:t>
      </w:r>
    </w:p>
    <w:p>
      <w:r>
        <w:rPr>
          <w:b/>
        </w:rPr>
        <w:t xml:space="preserve">[2:19:10] </w:t>
      </w:r>
      <w:r>
        <w:t>hain ke woh is hadith-e-rasool ka misdaq ban gaye hain.</w:t>
      </w:r>
    </w:p>
    <w:p>
      <w:pPr>
        <w:jc w:val="right"/>
      </w:pPr>
      <w:r>
        <w:t>ہیں کہ وہ اس حدیث رسول کا مصداق بن گئے ہیں۔</w:t>
      </w:r>
    </w:p>
    <w:p>
      <w:r>
        <w:rPr>
          <w:b/>
        </w:rPr>
        <w:t xml:space="preserve">[2:19:15] </w:t>
      </w:r>
      <w:r>
        <w:t>hubuk al-shiya'mi wa yusim.</w:t>
      </w:r>
    </w:p>
    <w:p>
      <w:pPr>
        <w:jc w:val="right"/>
      </w:pPr>
      <w:r>
        <w:t>حبک الشیعمی ویسم۔</w:t>
      </w:r>
    </w:p>
    <w:p>
      <w:r>
        <w:rPr>
          <w:b/>
        </w:rPr>
        <w:t xml:space="preserve">[2:19:20] </w:t>
      </w:r>
      <w:r>
        <w:t>sunan abu daud, hadith number 5</w:t>
      </w:r>
    </w:p>
    <w:p>
      <w:pPr>
        <w:jc w:val="right"/>
      </w:pPr>
      <w:r>
        <w:t>سنن ابو داؤد، حدیث نمبر 5</w:t>
      </w:r>
    </w:p>
    <w:p>
      <w:r>
        <w:rPr>
          <w:b/>
        </w:rPr>
        <w:t xml:space="preserve">[2:19:25] </w:t>
      </w:r>
      <w:r>
        <w:t>130. Yani kisi cheez se tumhari mohabbat tum ko andha aur bahra bana deti hai. Aulaad ki mohabbat in par itna zyada ghalib hai keh woh yeh bhi soch nahi paate keh hum aulaad ke mustaqbil ko banane ki fikr mein khud apne mustaqbil ko tabah kar rahe hain. Is bina par logon ka haal yeh hai keh unke paas zyada a</w:t>
      </w:r>
    </w:p>
    <w:p>
      <w:pPr>
        <w:jc w:val="right"/>
      </w:pPr>
      <w:r>
        <w:t>130۔ یعنی کسی چیز سے تمہاری محبت تم کو اندھا اور بہرہ بنا دیتی ہے۔ اولاد کی محبت ان پر اتنا زیادہ غالب ہے کہ وہ یہ بھی سوچ نہیں پاتے کہ ہم اولاد کے مستقبل کو بنانے کی فکر میں خود اپنے مستقبل کو تباہ کر رہے ہیں۔ اس بنا پر لوگوں کا حال یہ ہے کہ ان کے پاس زیادہ ا</w:t>
      </w:r>
    </w:p>
    <w:p>
      <w:r>
        <w:rPr>
          <w:b/>
        </w:rPr>
        <w:t xml:space="preserve">[2:19:55] </w:t>
      </w:r>
      <w:r>
        <w:t>ham kamon ke liye waqt nahi. Maslan deeni mutala, da'wa work, akhirat ko samne rakh kar apne mamlaat ki mansooba bandi waghera. Nazar ki kharidari. Kitaab "Tarbiyat-e-Aulaad" Maulana Wahiduddin Khan, safha number 58. Ek sahib mujh ko apne ghar le gaye. Main ne dek</w:t>
      </w:r>
    </w:p>
    <w:p>
      <w:pPr>
        <w:jc w:val="right"/>
      </w:pPr>
      <w:r>
        <w:t>ہم کاموں کے لیے وقت نہیں۔ مثلاً دینی مطالعہ، دعویٰ ورک، آخرت کو سامنے رکھ کر اپنے معاملات کی منصوبہ بندی وغیرہ۔ نظر کی خریداری۔ کتاب "تربیتِ اولاد" مولانا وحید الدین خان، صفحہ نمبر 58۔ ایک صاحب مجھ کو اپنے گھر لے گئے۔ میں نے دیک</w:t>
      </w:r>
    </w:p>
    <w:p>
      <w:r>
        <w:rPr>
          <w:b/>
        </w:rPr>
        <w:t xml:space="preserve">[2:20:25] </w:t>
      </w:r>
      <w:r>
        <w:t>ha ke un ka ghar mukhtalif qism ke saaman se bhara hua hai.</w:t>
      </w:r>
    </w:p>
    <w:p>
      <w:pPr>
        <w:jc w:val="right"/>
      </w:pPr>
      <w:r>
        <w:t>ھا کہ ان کا گھر مختلف قسم کے سامانوں سے بھرا ہوا ہے۔</w:t>
      </w:r>
    </w:p>
    <w:p>
      <w:r>
        <w:rPr>
          <w:b/>
        </w:rPr>
        <w:t xml:space="preserve">[2:20:30] </w:t>
      </w:r>
      <w:r>
        <w:t>poora ghar ek departmental store maloom hota tha.</w:t>
      </w:r>
    </w:p>
    <w:p>
      <w:pPr>
        <w:jc w:val="right"/>
      </w:pPr>
      <w:r>
        <w:t>پورا گھر ایک ڈیپارٹمنٹل سٹور معلوم ہوتا تھا۔</w:t>
      </w:r>
    </w:p>
    <w:p>
      <w:r>
        <w:rPr>
          <w:b/>
        </w:rPr>
        <w:t xml:space="preserve">[2:20:35] </w:t>
      </w:r>
      <w:r>
        <w:t>main ne poocha ke aap ke ghar mein itna zyada saaman kyun hai? unhon ne kaha ke jab</w:t>
      </w:r>
    </w:p>
    <w:p>
      <w:pPr>
        <w:jc w:val="right"/>
      </w:pPr>
      <w:r>
        <w:t>میں نے پوچھا کہ آپ کے گھر میں اتنا زیادہ سامان کیوں ہے؟ انہوں نے کہا کہ جب</w:t>
      </w:r>
    </w:p>
    <w:p>
      <w:r>
        <w:rPr>
          <w:b/>
        </w:rPr>
        <w:t xml:space="preserve">[2:20:40] </w:t>
      </w:r>
      <w:r>
        <w:t>main bazaar jaata hoon aur wahan main kisi cheez ko dekhta hoon, woh mujh ko pasand aa jaati</w:t>
      </w:r>
    </w:p>
    <w:p>
      <w:pPr>
        <w:jc w:val="right"/>
      </w:pPr>
      <w:r>
        <w:t>میں بازار جاتا ہوں اور وہاں میں کسی چیز کو دیکھتا ہوں، وہ مجھ کو پسند آ جاتی</w:t>
      </w:r>
    </w:p>
    <w:p>
      <w:r>
        <w:rPr>
          <w:b/>
        </w:rPr>
        <w:t xml:space="preserve">[2:20:45] </w:t>
      </w:r>
      <w:r>
        <w:t>hai to main us ko khareed leta hoon.</w:t>
      </w:r>
    </w:p>
    <w:p>
      <w:pPr>
        <w:jc w:val="right"/>
      </w:pPr>
      <w:r>
        <w:t>ہے تو میں اس کو خرید لیتا ہوں۔</w:t>
      </w:r>
    </w:p>
    <w:p>
      <w:r>
        <w:rPr>
          <w:b/>
        </w:rPr>
        <w:t xml:space="preserve">[2:20:51] </w:t>
      </w:r>
      <w:r>
        <w:t>yeh nazar ki kharidari hai.</w:t>
      </w:r>
    </w:p>
    <w:p>
      <w:pPr>
        <w:jc w:val="right"/>
      </w:pPr>
      <w:r>
        <w:t>یہ نظر کی خریداری ہے۔</w:t>
      </w:r>
    </w:p>
    <w:p>
      <w:r>
        <w:rPr>
          <w:b/>
        </w:rPr>
        <w:t xml:space="preserve">[2:20:56] </w:t>
      </w:r>
      <w:r>
        <w:t>aksar logon ka haal yahi hai ke woh cheezon ko dekh kar khareedte hain, khwah woh un ke</w:t>
      </w:r>
    </w:p>
    <w:p>
      <w:pPr>
        <w:jc w:val="right"/>
      </w:pPr>
      <w:r>
        <w:t>اکثر لوگوں کا حال یہی ہے کہ وہ چیزوں کو دیکھ کر خریدتے ہیں، خواہ وہ ان کے</w:t>
      </w:r>
    </w:p>
    <w:p>
      <w:r>
        <w:rPr>
          <w:b/>
        </w:rPr>
        <w:t xml:space="preserve">[2:21:02] </w:t>
      </w:r>
      <w:r>
        <w:t>istemaal mein aane wali hon ya na hon.</w:t>
      </w:r>
    </w:p>
    <w:p>
      <w:pPr>
        <w:jc w:val="right"/>
      </w:pPr>
      <w:r>
        <w:t>استعمال میں آنے والی ہوں یا نہ ہوں۔</w:t>
      </w:r>
    </w:p>
    <w:p>
      <w:r>
        <w:rPr>
          <w:b/>
        </w:rPr>
        <w:t xml:space="preserve">[2:21:08] </w:t>
      </w:r>
      <w:r>
        <w:t>kharidari ki do qismein hain: nazar ki kharidari aur zarurat ki kharidari.</w:t>
      </w:r>
    </w:p>
    <w:p>
      <w:pPr>
        <w:jc w:val="right"/>
      </w:pPr>
      <w:r>
        <w:t>خریداری کی دو قسمیں ہیں: نظر کی خریداری اور ضرورت کی خریداری۔</w:t>
      </w:r>
    </w:p>
    <w:p>
      <w:r>
        <w:rPr>
          <w:b/>
        </w:rPr>
        <w:t xml:space="preserve">[2:21:14] </w:t>
      </w:r>
      <w:r>
        <w:t>nazar ki kharidari woh hai jo dekh kar ki jaye.</w:t>
      </w:r>
    </w:p>
    <w:p>
      <w:pPr>
        <w:jc w:val="right"/>
      </w:pPr>
      <w:r>
        <w:t>نظر کی خریداری وہ ہے جو دیکھ کر کی جائے۔</w:t>
      </w:r>
    </w:p>
    <w:p>
      <w:r>
        <w:rPr>
          <w:b/>
        </w:rPr>
        <w:t xml:space="preserve">[2:21:20] </w:t>
      </w:r>
      <w:r>
        <w:t>is ke baraks zarurat ki kharidari yeh hai ke aap ko ek cheez ki zarurat ho, us ko hasil</w:t>
      </w:r>
    </w:p>
    <w:p>
      <w:pPr>
        <w:jc w:val="right"/>
      </w:pPr>
      <w:r>
        <w:t>اس کے برعکس ضرورت کی خریداری یہ ہے کہ آپ کو ایک چیز کی ضرورت ہو، اس کو حاصل</w:t>
      </w:r>
    </w:p>
    <w:p>
      <w:r>
        <w:rPr>
          <w:b/>
        </w:rPr>
        <w:t xml:space="preserve">[2:21:26] </w:t>
      </w:r>
      <w:r>
        <w:t>karne ke irade se aap ghar se niklein aur jahan woh cheez milti ho, wahan ja kar us ko khareed lein. Nazar ki kharidari doosre alfaaz mein be-maqsad kharidari hai. Woh apne waqt aur apne maal ko zaya karne ke hum ma'ani hai. Yeh wahi cheez hai jis ko Quran mein maal ki tabzeer Al-Isra, soorah number 17 ayat 26 bataya gaya hai. Yani maal ko bila zaroorat bikhairna</w:t>
      </w:r>
    </w:p>
    <w:p>
      <w:pPr>
        <w:jc w:val="right"/>
      </w:pPr>
      <w:r>
        <w:t>کرنے کے ارادے سے آپ گھر سے نکلیں اور جہاں وہ چیز ملتی ہو، وہاں جا کر اس کو خرید لیں۔ نظر کی خریداری دوسرے الفاظ میں بے مقصد خریداری ہے۔ وہ اپنے وقت اور اپنے مال کو ضائع کرنے کے ہم معنی ہے۔ یہ وہی چیز ہے جس کو قرآن میں مال کی تبذیر الاسراء، سورہ نمبر 17 آیت 26 بتایا گیا ہے۔ یعنی مال کو بلا ضرورت بکھیرنا</w:t>
      </w:r>
    </w:p>
    <w:p>
      <w:r>
        <w:rPr>
          <w:b/>
        </w:rPr>
        <w:t xml:space="preserve">[2:21:56] </w:t>
      </w:r>
      <w:r>
        <w:t>—</w:t>
      </w:r>
    </w:p>
    <w:p>
      <w:pPr>
        <w:jc w:val="right"/>
      </w:pPr>
      <w:r>
        <w:t>۔</w:t>
      </w:r>
    </w:p>
    <w:p>
      <w:r>
        <w:rPr>
          <w:b/>
        </w:rPr>
        <w:t xml:space="preserve">[2:22:00] </w:t>
      </w:r>
      <w:r>
        <w:t>zarurat ki kharidari ek zimmedarana feal hai aur nazar ki kharidari ek ghair zimmedarana feal.</w:t>
      </w:r>
    </w:p>
    <w:p>
      <w:pPr>
        <w:jc w:val="right"/>
      </w:pPr>
      <w:r>
        <w:t>ضرورت کی خریداری ایک ذمہ دارانہ فعل ہے اور نظر کی خریداری ایک غیر ذمہ دارانہ فعل۔</w:t>
      </w:r>
    </w:p>
    <w:p>
      <w:r>
        <w:rPr>
          <w:b/>
        </w:rPr>
        <w:t xml:space="preserve">[2:22:04] </w:t>
      </w:r>
      <w:r>
        <w:t>kisi mard ya aurat ke paas jo maal hai, woh Allah ka diya hua hai.</w:t>
      </w:r>
    </w:p>
    <w:p>
      <w:pPr>
        <w:jc w:val="right"/>
      </w:pPr>
      <w:r>
        <w:t>کسی مرد یا عورت کے پاس جو مال ہے، وہ اللہ کا دیا ہوا ہے۔</w:t>
      </w:r>
    </w:p>
    <w:p>
      <w:r>
        <w:rPr>
          <w:b/>
        </w:rPr>
        <w:t xml:space="preserve">[2:22:09] </w:t>
      </w:r>
      <w:r>
        <w:t>woh Allah ki ek amanat hai.</w:t>
      </w:r>
    </w:p>
    <w:p>
      <w:pPr>
        <w:jc w:val="right"/>
      </w:pPr>
      <w:r>
        <w:t>وہ اللہ کی ایک امانت ہے۔</w:t>
      </w:r>
    </w:p>
    <w:p>
      <w:r>
        <w:rPr>
          <w:b/>
        </w:rPr>
        <w:t xml:space="preserve">[2:22:13] </w:t>
      </w:r>
      <w:r>
        <w:t>jo aurat ya mard maal ko musrifana tor par kharch karein, woh Khuda ki di hui amanat mein</w:t>
      </w:r>
    </w:p>
    <w:p>
      <w:pPr>
        <w:jc w:val="right"/>
      </w:pPr>
      <w:r>
        <w:t>جو عورت یا مرد مال کو مصرفانہ طور پر خرچ کریں، وہ خدا کی دی ہوئی امانت میں</w:t>
      </w:r>
    </w:p>
    <w:p>
      <w:r>
        <w:rPr>
          <w:b/>
        </w:rPr>
        <w:t xml:space="preserve">[2:22:17] </w:t>
      </w:r>
      <w:r>
        <w:t>khayanat karte hain.</w:t>
      </w:r>
    </w:p>
    <w:p>
      <w:pPr>
        <w:jc w:val="right"/>
      </w:pPr>
      <w:r>
        <w:t>خیانت کرتے ہیں۔</w:t>
      </w:r>
    </w:p>
    <w:p>
      <w:r>
        <w:rPr>
          <w:b/>
        </w:rPr>
        <w:t xml:space="preserve">[2:22:22] </w:t>
      </w:r>
      <w:r>
        <w:t>woh ek aisa kaam</w:t>
      </w:r>
    </w:p>
    <w:p>
      <w:pPr>
        <w:jc w:val="right"/>
      </w:pPr>
      <w:r>
        <w:t>وہ ایک ایسا کام</w:t>
      </w:r>
    </w:p>
    <w:p>
      <w:r>
        <w:rPr>
          <w:b/>
        </w:rPr>
        <w:t xml:space="preserve">[2:22:26] </w:t>
      </w:r>
      <w:r>
        <w:t>karte hain jis ke liye akhirat mein un ki sakht pakar hogi.</w:t>
      </w:r>
    </w:p>
    <w:p>
      <w:pPr>
        <w:jc w:val="right"/>
      </w:pPr>
      <w:r>
        <w:t>کرتے ہیں جس کے لیے آخرت میں ان کی سخت پکڑ ہوگی۔</w:t>
      </w:r>
    </w:p>
    <w:p>
      <w:r>
        <w:rPr>
          <w:b/>
        </w:rPr>
        <w:t xml:space="preserve">[2:22:31] </w:t>
      </w:r>
      <w:r>
        <w:t>maal ko jaiz zarurat par kharch karna sawab ka kaam hai.</w:t>
      </w:r>
    </w:p>
    <w:p>
      <w:pPr>
        <w:jc w:val="right"/>
      </w:pPr>
      <w:r>
        <w:t>مال کو جائز ضرورت پر خرچ کرنا ثواب کا کام ہے۔</w:t>
      </w:r>
    </w:p>
    <w:p>
      <w:r>
        <w:rPr>
          <w:b/>
        </w:rPr>
        <w:t xml:space="preserve">[2:22:36] </w:t>
      </w:r>
      <w:r>
        <w:t>is ke baraks agar maal ko ghair zaruri madon mein kharch kiya jaye to woh kharch karne wale</w:t>
      </w:r>
    </w:p>
    <w:p>
      <w:pPr>
        <w:jc w:val="right"/>
      </w:pPr>
      <w:r>
        <w:t>اس کے برعکس اگر مال کو غیر ضروری مدوں میں خرچ کیا جائے تو وہ خرچ کرنے والے</w:t>
      </w:r>
    </w:p>
    <w:p>
      <w:r>
        <w:rPr>
          <w:b/>
        </w:rPr>
        <w:t xml:space="preserve">[2:22:41] </w:t>
      </w:r>
      <w:r>
        <w:t>ke liye ek gunah ban jata hai.</w:t>
      </w:r>
    </w:p>
    <w:p>
      <w:pPr>
        <w:jc w:val="right"/>
      </w:pPr>
      <w:r>
        <w:t>کے لیے ایک گناہ بن جاتا ہے۔</w:t>
      </w:r>
    </w:p>
    <w:p>
      <w:r>
        <w:rPr>
          <w:b/>
        </w:rPr>
        <w:t xml:space="preserve">[2:22:46] </w:t>
      </w:r>
      <w:r>
        <w:t>maal ko kharch karne ke muamle mein insan ko bohat ziyada muhtat hona chahiye.</w:t>
      </w:r>
    </w:p>
    <w:p>
      <w:pPr>
        <w:jc w:val="right"/>
      </w:pPr>
      <w:r>
        <w:t>مال کو خرچ کرنے کے معاملے میں انسان کو بہت زیادہ محتاط ہونا چاہیے۔</w:t>
      </w:r>
    </w:p>
    <w:p>
      <w:r>
        <w:rPr>
          <w:b/>
        </w:rPr>
        <w:t xml:space="preserve">[2:22:51] </w:t>
      </w:r>
      <w:r>
        <w:t>pampring ka nuqsan</w:t>
      </w:r>
    </w:p>
    <w:p>
      <w:pPr>
        <w:jc w:val="right"/>
      </w:pPr>
      <w:r>
        <w:t>پیمپرنگ کا نقصان</w:t>
      </w:r>
    </w:p>
    <w:p>
      <w:r>
        <w:rPr>
          <w:b/>
        </w:rPr>
        <w:t xml:space="preserve">[2:22:56] </w:t>
      </w:r>
      <w:r>
        <w:t>Kitaab "Tarbiyat-e-Aulaad" Maulana Wahiduddin Khan, safha number 59. Mere walid Fariduddin Khan ka inteqal December 1929 mein hua. Us waqt meri umar taqreeban chhe saal thi. Mere walid apne tamam bachon mein mujh ko sab se zyada mante the. Woh mere saath laad pyar yaani p</w:t>
      </w:r>
    </w:p>
    <w:p>
      <w:pPr>
        <w:jc w:val="right"/>
      </w:pPr>
      <w:r>
        <w:t>۔ کتاب "تربیتِ اولاد" مولانا وحید الدین خان، صفحہ نمبر 59۔ میرے والد فرید الدین خان کا انتقال دسمبر 1929 میں ہوا۔ اس وقت میری عمر تقریباً چھ سال تھی۔ میرے والد اپنے تمام بچوں میں مجھ کو سب سے زیادہ مانتے تھے۔ وہ میرے ساتھ لاڈ پیار یعنی پ</w:t>
      </w:r>
    </w:p>
    <w:p>
      <w:r>
        <w:rPr>
          <w:b/>
        </w:rPr>
        <w:t xml:space="preserve">[2:23:26] </w:t>
      </w:r>
      <w:r>
        <w:t>pampring ka muamla karte the.</w:t>
      </w:r>
    </w:p>
    <w:p>
      <w:pPr>
        <w:jc w:val="right"/>
      </w:pPr>
      <w:r>
        <w:t>یمپرنگ کا معاملہ کرتے تھے۔</w:t>
      </w:r>
    </w:p>
    <w:p>
      <w:r>
        <w:rPr>
          <w:b/>
        </w:rPr>
        <w:t xml:space="preserve">[2:23:31] </w:t>
      </w:r>
      <w:r>
        <w:t>is bana par mein bohat shokh ho gaya tha aur aksar tilfana sharartein kiya karta tha.</w:t>
      </w:r>
    </w:p>
    <w:p>
      <w:pPr>
        <w:jc w:val="right"/>
      </w:pPr>
      <w:r>
        <w:t>اس بنا پر میں بہت شوخ ہو گیا تھا اور اکثر طفلانہ شرارتیں کیا کرتا تھا۔</w:t>
      </w:r>
    </w:p>
    <w:p>
      <w:r>
        <w:rPr>
          <w:b/>
        </w:rPr>
        <w:t xml:space="preserve">[2:23:36] </w:t>
      </w:r>
      <w:r>
        <w:t>Sheikh Muhammad Kamil mere phupha the.</w:t>
      </w:r>
    </w:p>
    <w:p>
      <w:pPr>
        <w:jc w:val="right"/>
      </w:pPr>
      <w:r>
        <w:t>شیخ محمد کامل میرے پھوپھا تھے۔</w:t>
      </w:r>
    </w:p>
    <w:p>
      <w:r>
        <w:rPr>
          <w:b/>
        </w:rPr>
        <w:t xml:space="preserve">[2:23:41] </w:t>
      </w:r>
      <w:r>
        <w:t>woh is ko dekh kar ghusa hote the.</w:t>
      </w:r>
    </w:p>
    <w:p>
      <w:pPr>
        <w:jc w:val="right"/>
      </w:pPr>
      <w:r>
        <w:t>وہ اس کو دیکھ کر غصہ ہوتے تھے۔</w:t>
      </w:r>
    </w:p>
    <w:p>
      <w:r>
        <w:rPr>
          <w:b/>
        </w:rPr>
        <w:t xml:space="preserve">[2:23:46] </w:t>
      </w:r>
      <w:r>
        <w:t>woh mere walid se kehte the ke tum apne bete ko kharab kar daloge.</w:t>
      </w:r>
    </w:p>
    <w:p>
      <w:pPr>
        <w:jc w:val="right"/>
      </w:pPr>
      <w:r>
        <w:t>وہ میرے والد سے کہتے تھے کہ تم اپنے بیٹے کو خراب کر ڈالو گے۔</w:t>
      </w:r>
    </w:p>
    <w:p>
      <w:r>
        <w:rPr>
          <w:b/>
        </w:rPr>
        <w:t xml:space="preserve">[2:23:52] </w:t>
      </w:r>
      <w:r>
        <w:t>lekin bachpan mein mere walid ka intaqal ho gaya.</w:t>
      </w:r>
    </w:p>
    <w:p>
      <w:pPr>
        <w:jc w:val="right"/>
      </w:pPr>
      <w:r>
        <w:t>لیکن بچپن میں میرے والد کا انتقال ہو گیا۔</w:t>
      </w:r>
    </w:p>
    <w:p>
      <w:r>
        <w:rPr>
          <w:b/>
        </w:rPr>
        <w:t xml:space="preserve">[2:23:57] </w:t>
      </w:r>
      <w:r>
        <w:t>meri walida Zeib un Nisa wafat 1985 batati thin ke walid ki zindagi mein mein bohat bolta tha.</w:t>
      </w:r>
    </w:p>
    <w:p>
      <w:pPr>
        <w:jc w:val="right"/>
      </w:pPr>
      <w:r>
        <w:t>میری والدہ زیب النساء وفات 1985 بتاتی تھیں کہ والد کی زندگی میں میں بہت بولتا تھا۔</w:t>
      </w:r>
    </w:p>
    <w:p>
      <w:r>
        <w:rPr>
          <w:b/>
        </w:rPr>
        <w:t xml:space="preserve">[2:24:02] </w:t>
      </w:r>
      <w:r>
        <w:t>lekin jab walid ka intaqal ho gaya to achaanak mein bilkul badal gaya.</w:t>
      </w:r>
    </w:p>
    <w:p>
      <w:pPr>
        <w:jc w:val="right"/>
      </w:pPr>
      <w:r>
        <w:t>لیکن جب والد کا انتقال ہو گیا تو اچانک میں بالکل بدل گیا۔</w:t>
      </w:r>
    </w:p>
    <w:p>
      <w:r>
        <w:rPr>
          <w:b/>
        </w:rPr>
        <w:t xml:space="preserve">[2:24:07] </w:t>
      </w:r>
      <w:r>
        <w:t>meri shokhiyan khatam ho gayin.</w:t>
      </w:r>
    </w:p>
    <w:p>
      <w:pPr>
        <w:jc w:val="right"/>
      </w:pPr>
      <w:r>
        <w:t>میری شوخیاں ختم ہوگئیں۔</w:t>
      </w:r>
    </w:p>
    <w:p>
      <w:r>
        <w:rPr>
          <w:b/>
        </w:rPr>
        <w:t xml:space="preserve">[2:24:12] </w:t>
      </w:r>
      <w:r>
        <w:t>ab mein khamosh rehne laga.</w:t>
      </w:r>
    </w:p>
    <w:p>
      <w:pPr>
        <w:jc w:val="right"/>
      </w:pPr>
      <w:r>
        <w:t>اب میں خاموش رہنے لگا۔</w:t>
      </w:r>
    </w:p>
    <w:p>
      <w:r>
        <w:rPr>
          <w:b/>
        </w:rPr>
        <w:t xml:space="preserve">[2:24:17] </w:t>
      </w:r>
      <w:r>
        <w:t>yeh meri zindagi ka bohat bara waqia tha.</w:t>
      </w:r>
    </w:p>
    <w:p>
      <w:pPr>
        <w:jc w:val="right"/>
      </w:pPr>
      <w:r>
        <w:t>یہ میری زندگی کا بہت بڑا واقعہ تھا۔</w:t>
      </w:r>
    </w:p>
    <w:p>
      <w:r>
        <w:rPr>
          <w:b/>
        </w:rPr>
        <w:t xml:space="preserve">[2:24:22] </w:t>
      </w:r>
      <w:r>
        <w:t>agar mere baap zyada</w:t>
      </w:r>
    </w:p>
    <w:p>
      <w:pPr>
        <w:jc w:val="right"/>
      </w:pPr>
      <w:r>
        <w:t>اگر میرے باپ زیادہ</w:t>
      </w:r>
    </w:p>
    <w:p>
      <w:r>
        <w:rPr>
          <w:b/>
        </w:rPr>
        <w:t xml:space="preserve">[2:24:27] </w:t>
      </w:r>
      <w:r>
        <w:t>din tak zinda rehte to yaqeeni taur par mein isi qism ka aik naujawan ban jata jis ko</w:t>
      </w:r>
    </w:p>
    <w:p>
      <w:pPr>
        <w:jc w:val="right"/>
      </w:pPr>
      <w:r>
        <w:t>دن تک زندہ رہتے تو یقینی طور پر میں اسی قسم کا ایک نوجوان بن جاتا جس کو</w:t>
      </w:r>
    </w:p>
    <w:p>
      <w:r>
        <w:rPr>
          <w:b/>
        </w:rPr>
        <w:t xml:space="preserve">[2:24:33] </w:t>
      </w:r>
      <w:r>
        <w:t>laad pyar se bigra hua bacha yani spoiled and pampered child kaha jata hai.</w:t>
      </w:r>
    </w:p>
    <w:p>
      <w:pPr>
        <w:jc w:val="right"/>
      </w:pPr>
      <w:r>
        <w:t>لاڈ پیار سے بگڑا ہوا بچہ یعنی سپوائلڈ اینڈ پیمپرڈ چائلڈ کہا جاتا ہے۔</w:t>
      </w:r>
    </w:p>
    <w:p>
      <w:r>
        <w:rPr>
          <w:b/>
        </w:rPr>
        <w:t xml:space="preserve">[2:24:39] </w:t>
      </w:r>
      <w:r>
        <w:t>baad ko meri zindagi mein jo haqeeqat pasandi aur sanjeedgi aai, woh barah-e-rast taur par meri yateemi</w:t>
      </w:r>
    </w:p>
    <w:p>
      <w:pPr>
        <w:jc w:val="right"/>
      </w:pPr>
      <w:r>
        <w:t>بعد کو میری زندگی میں جو حقیقت پسندی اور سنجیدگی آئی، وہ براہ راست طور پر میری یتیمی</w:t>
      </w:r>
    </w:p>
    <w:p>
      <w:r>
        <w:rPr>
          <w:b/>
        </w:rPr>
        <w:t xml:space="preserve">[2:24:45] </w:t>
      </w:r>
      <w:r>
        <w:t>ka nateeja thi.</w:t>
      </w:r>
    </w:p>
    <w:p>
      <w:pPr>
        <w:jc w:val="right"/>
      </w:pPr>
      <w:r>
        <w:t>کا نتیجہ تھی۔</w:t>
      </w:r>
    </w:p>
    <w:p>
      <w:r>
        <w:rPr>
          <w:b/>
        </w:rPr>
        <w:t xml:space="preserve">[2:24:51] </w:t>
      </w:r>
      <w:r>
        <w:t>aik insan jab paida hota hai to ibtidai taur par</w:t>
      </w:r>
    </w:p>
    <w:p>
      <w:pPr>
        <w:jc w:val="right"/>
      </w:pPr>
      <w:r>
        <w:t>ایک انسان جب پیدا ہوتا ہے تو ابتدائی طور پر</w:t>
      </w:r>
    </w:p>
    <w:p>
      <w:r>
        <w:rPr>
          <w:b/>
        </w:rPr>
        <w:t xml:space="preserve">[2:24:57] </w:t>
      </w:r>
      <w:r>
        <w:t>woh apne walidain ke sath hota hai.</w:t>
      </w:r>
    </w:p>
    <w:p>
      <w:pPr>
        <w:jc w:val="right"/>
      </w:pPr>
      <w:r>
        <w:t>وہ اپنے والدین کے ساتھ ہوتا ہے۔</w:t>
      </w:r>
    </w:p>
    <w:p>
      <w:r>
        <w:rPr>
          <w:b/>
        </w:rPr>
        <w:t xml:space="preserve">[2:25:02] </w:t>
      </w:r>
      <w:r>
        <w:t>lekin yeh muddat aarzi hoti hai.</w:t>
      </w:r>
    </w:p>
    <w:p>
      <w:pPr>
        <w:jc w:val="right"/>
      </w:pPr>
      <w:r>
        <w:t>لیکن یہ مدت عارضی ہوتی ہے۔</w:t>
      </w:r>
    </w:p>
    <w:p>
      <w:r>
        <w:rPr>
          <w:b/>
        </w:rPr>
        <w:t xml:space="preserve">[2:25:07] </w:t>
      </w:r>
      <w:r>
        <w:t>isko apni baqi zindagi walidain ke mahol se bahar doosron ke darmiyan guzarni parti hai.</w:t>
      </w:r>
    </w:p>
    <w:p>
      <w:pPr>
        <w:jc w:val="right"/>
      </w:pPr>
      <w:r>
        <w:t>اس کو اپنی بقیہ زندگی والدین کے ماحول سے باہر دوسروں کے درمیان گزارنی پڑتی ہے۔</w:t>
      </w:r>
    </w:p>
    <w:p>
      <w:r>
        <w:rPr>
          <w:b/>
        </w:rPr>
        <w:t xml:space="preserve">[2:25:12] </w:t>
      </w:r>
      <w:r>
        <w:t>walidain apne bachon ke sath laad pyar ka mamla karte hain.</w:t>
      </w:r>
    </w:p>
    <w:p>
      <w:pPr>
        <w:jc w:val="right"/>
      </w:pPr>
      <w:r>
        <w:t>والدین اپنے بچوں کے ساتھ لاڈ پیار کا معاملہ کرتے ہیں۔</w:t>
      </w:r>
    </w:p>
    <w:p>
      <w:r>
        <w:rPr>
          <w:b/>
        </w:rPr>
        <w:t xml:space="preserve">[2:25:17] </w:t>
      </w:r>
      <w:r>
        <w:t>is laad pyar ka nateeja yeh hota hai ke bacha shaoori ya ghair shaoori taur par samajh leta</w:t>
      </w:r>
    </w:p>
    <w:p>
      <w:pPr>
        <w:jc w:val="right"/>
      </w:pPr>
      <w:r>
        <w:t>اس لاڈ پیار کا نتیجہ یہ ہوتا ہے کہ بچہ شعوری یا غیر شعوری طور پر سمجھ لیتا</w:t>
      </w:r>
    </w:p>
    <w:p>
      <w:r>
        <w:rPr>
          <w:b/>
        </w:rPr>
        <w:t xml:space="preserve">[2:25:22] </w:t>
      </w:r>
      <w:r>
        <w:t>hai ke mujh</w:t>
      </w:r>
    </w:p>
    <w:p>
      <w:pPr>
        <w:jc w:val="right"/>
      </w:pPr>
      <w:r>
        <w:t>ہے کہ مجھ</w:t>
      </w:r>
    </w:p>
    <w:p>
      <w:r>
        <w:rPr>
          <w:b/>
        </w:rPr>
        <w:t xml:space="preserve">[2:25:27] </w:t>
      </w:r>
      <w:r>
        <w:t>se mohabbat karne wala wohi hai jo mere sath laad pyar yani pampering ka mamla kare.</w:t>
      </w:r>
    </w:p>
    <w:p>
      <w:pPr>
        <w:jc w:val="right"/>
      </w:pPr>
      <w:r>
        <w:t>سے محبت کرنے والا وہی ہے جو میرے ساتھ لاڈ پیار یعنی پیمپرنگ کا معاملہ کرے۔</w:t>
      </w:r>
    </w:p>
    <w:p>
      <w:r>
        <w:rPr>
          <w:b/>
        </w:rPr>
        <w:t xml:space="preserve">[2:25:32] </w:t>
      </w:r>
      <w:r>
        <w:t>lekin yeh bacha jab apne ghar se bahar aata hai to doosre logon se isko walidain wala</w:t>
      </w:r>
    </w:p>
    <w:p>
      <w:pPr>
        <w:jc w:val="right"/>
      </w:pPr>
      <w:r>
        <w:t>لیکن یہ بچہ جب اپنے گھر سے باہر آتا ہے تو دوسرے لوگوں سے اس کو والدین والا</w:t>
      </w:r>
    </w:p>
    <w:p>
      <w:r>
        <w:rPr>
          <w:b/>
        </w:rPr>
        <w:t xml:space="preserve">[2:25:37] </w:t>
      </w:r>
      <w:r>
        <w:t>laad pyar nahi milta.</w:t>
      </w:r>
    </w:p>
    <w:p>
      <w:pPr>
        <w:jc w:val="right"/>
      </w:pPr>
      <w:r>
        <w:t>لاڈ پیار نہیں ملتا۔</w:t>
      </w:r>
    </w:p>
    <w:p>
      <w:r>
        <w:rPr>
          <w:b/>
        </w:rPr>
        <w:t xml:space="preserve">[2:25:42] </w:t>
      </w:r>
      <w:r>
        <w:t>ab woh sari dunya se bezar ho jata hai.</w:t>
      </w:r>
    </w:p>
    <w:p>
      <w:pPr>
        <w:jc w:val="right"/>
      </w:pPr>
      <w:r>
        <w:t>اب وہ ساری دنیا سے بیزار ہو جاتا ہے۔</w:t>
      </w:r>
    </w:p>
    <w:p>
      <w:r>
        <w:rPr>
          <w:b/>
        </w:rPr>
        <w:t xml:space="preserve">[2:25:47] </w:t>
      </w:r>
      <w:r>
        <w:t>is soorat-e-haal ne tamam auraton aur mardon ko shikayat ki nafsiyat mein mubtala kar diya hai.</w:t>
      </w:r>
    </w:p>
    <w:p>
      <w:pPr>
        <w:jc w:val="right"/>
      </w:pPr>
      <w:r>
        <w:t>اس صورتحال نے تمام عورتوں اور مردوں کو شکایت کی نفسیات میں مبتلا کر دیا ہے۔</w:t>
      </w:r>
    </w:p>
    <w:p>
      <w:r>
        <w:rPr>
          <w:b/>
        </w:rPr>
        <w:t xml:space="preserve">[2:25:52] </w:t>
      </w:r>
      <w:r>
        <w:t>jabke sahih yeh</w:t>
      </w:r>
    </w:p>
    <w:p>
      <w:pPr>
        <w:jc w:val="right"/>
      </w:pPr>
      <w:r>
        <w:t>جبکہ صحیح یہ</w:t>
      </w:r>
    </w:p>
    <w:p>
      <w:r>
        <w:rPr>
          <w:b/>
        </w:rPr>
        <w:t xml:space="preserve">[2:25:57] </w:t>
      </w:r>
      <w:r>
        <w:t>tha ke logon ke andar doosre insanon ke liye mohabbat ki nafsiyat paida ho. Tarbiyat-e-aulad.</w:t>
      </w:r>
    </w:p>
    <w:p>
      <w:pPr>
        <w:jc w:val="right"/>
      </w:pPr>
      <w:r>
        <w:t>تھا کہ لوگوں کے اندر دوسرے انسانوں کے لیے محبت کی نفسیات پیدا ہو۔ تربیتِ اولاد۔</w:t>
      </w:r>
    </w:p>
    <w:p>
      <w:r>
        <w:rPr>
          <w:b/>
        </w:rPr>
        <w:t xml:space="preserve">[2:26:05] </w:t>
      </w:r>
      <w:r>
        <w:t>kitab "Tarbiyat-e-aulad" Maulana Wahiduddin Khan, safha number 60.</w:t>
      </w:r>
    </w:p>
    <w:p>
      <w:pPr>
        <w:jc w:val="right"/>
      </w:pPr>
      <w:r>
        <w:t>کتاب "تربیتِ اولاد" مولانا وحید الدین خان، صفحہ نمبر 60۔</w:t>
      </w:r>
    </w:p>
    <w:p>
      <w:r>
        <w:rPr>
          <w:b/>
        </w:rPr>
        <w:t xml:space="preserve">[2:26:12] </w:t>
      </w:r>
      <w:r>
        <w:t>hadees ki mukhtalif kitabon mein aik riwayat aai hai.</w:t>
      </w:r>
    </w:p>
    <w:p>
      <w:pPr>
        <w:jc w:val="right"/>
      </w:pPr>
      <w:r>
        <w:t>حدیث کی مختلف کتابوں میں ایک روایت آئی ہے۔</w:t>
      </w:r>
    </w:p>
    <w:p>
      <w:r>
        <w:rPr>
          <w:b/>
        </w:rPr>
        <w:t xml:space="preserve">[2:26:20] </w:t>
      </w:r>
      <w:r>
        <w:t>aik riwayat ke alfaaz yeh hain: Rasool Allah Sal Allahu Alai</w:t>
      </w:r>
    </w:p>
    <w:p>
      <w:pPr>
        <w:jc w:val="right"/>
      </w:pPr>
      <w:r>
        <w:t>ایک روایت کے الفاظ یہ ہیں: رسول اللہ صلی اللہ علی</w:t>
      </w:r>
    </w:p>
    <w:p>
      <w:r>
        <w:rPr>
          <w:b/>
        </w:rPr>
        <w:t xml:space="preserve">[2:26:27] </w:t>
      </w:r>
      <w:r>
        <w:t>hi Wasallam ne kaha: "Baap ki taraf se apne bete ke liye is se behtar koi atiya nahi</w:t>
      </w:r>
    </w:p>
    <w:p>
      <w:pPr>
        <w:jc w:val="right"/>
      </w:pPr>
      <w:r>
        <w:t>ہ وسلم نے کہا: "باپ کی طرف سے اپنے بیٹے کے لیے اس سے بہتر کوئی عطیہ نہیں</w:t>
      </w:r>
    </w:p>
    <w:p>
      <w:r>
        <w:rPr>
          <w:b/>
        </w:rPr>
        <w:t xml:space="preserve">[2:26:35] </w:t>
      </w:r>
      <w:r>
        <w:t>keh woh is ko achay aadab sikhaye. " yani ma nahal walid walad min nahal afzal min adab hasan</w:t>
      </w:r>
    </w:p>
    <w:p>
      <w:pPr>
        <w:jc w:val="right"/>
      </w:pPr>
      <w:r>
        <w:t>کہ وہ اس کو اچھے آداب سکھائے۔" یعنی ما نحل والد ولد من نحل افضل من ادب حسن</w:t>
      </w:r>
    </w:p>
    <w:p>
      <w:r>
        <w:rPr>
          <w:b/>
        </w:rPr>
        <w:t xml:space="preserve">[2:26:42] </w:t>
      </w:r>
      <w:r>
        <w:t>sunan al-tirmithee, hadith number 1952.</w:t>
      </w:r>
    </w:p>
    <w:p>
      <w:pPr>
        <w:jc w:val="right"/>
      </w:pPr>
      <w:r>
        <w:t>سنن الترمذی، حدیث نمبر 1952۔</w:t>
      </w:r>
    </w:p>
    <w:p>
      <w:r>
        <w:rPr>
          <w:b/>
        </w:rPr>
        <w:t xml:space="preserve">[2:26:50] </w:t>
      </w:r>
      <w:r>
        <w:t>is hadith mein bazahir sirf walid ka zikr hai magar taban is se murad</w:t>
      </w:r>
    </w:p>
    <w:p>
      <w:pPr>
        <w:jc w:val="right"/>
      </w:pPr>
      <w:r>
        <w:t>اس حدیث میں بظاہر صرف والد کا ذکر ہے مگر طبعاً اس سے مراد</w:t>
      </w:r>
    </w:p>
    <w:p>
      <w:r>
        <w:rPr>
          <w:b/>
        </w:rPr>
        <w:t xml:space="preserve">[2:26:58] </w:t>
      </w:r>
      <w:r>
        <w:t>walid aur walida dono hain. Nazir adab ka lafz yahan taleem-o-tarbiyat ke tamam pehluon ke liye jame' hai, khwah woh mazhabi nawiyat ki cheezein hon ya dunyawi nawiyat ki cheezein hon. Aurat aur mard ko fitri taur par apni aulaad se ghair ma'mooli mohabbat hoti hai. Is hadith mein bataya gaya hai keh is mohabbat ka behtareen istemal kya hai ya kya hona chahiye</w:t>
      </w:r>
    </w:p>
    <w:p>
      <w:pPr>
        <w:jc w:val="right"/>
      </w:pPr>
      <w:r>
        <w:t>والد اور والدہ دونوں ہیں۔ نیز ادب کا لفظ یہاں تعلیم و تربیت کے تمام پہلوؤں کے لیے جامع ہے، خواہ وہ مذہبی نوعیت کی چیزیں ہوں یا دنیاوی نوعیت کی چیزیں۔ عورت اور مرد کو فطری طور پر اپنی اولاد سے غیر معمولی محبت ہوتی ہے۔ اس حدیث میں بتایا گیا ہے کہ اس محبت کا بہترین استعمال کیا ہے یا کیا ہونا چاہی</w:t>
      </w:r>
    </w:p>
    <w:p>
      <w:r>
        <w:rPr>
          <w:b/>
        </w:rPr>
        <w:t xml:space="preserve">[2:27:28] </w:t>
      </w:r>
      <w:r>
        <w:t>e.</w:t>
      </w:r>
    </w:p>
    <w:p>
      <w:pPr>
        <w:jc w:val="right"/>
      </w:pPr>
      <w:r>
        <w:t>ے۔</w:t>
      </w:r>
    </w:p>
    <w:p>
      <w:r>
        <w:rPr>
          <w:b/>
        </w:rPr>
        <w:t xml:space="preserve">[2:27:33] </w:t>
      </w:r>
      <w:r>
        <w:t>woh istemal yeh hai keh walidain apnay bachon ko aadab zindagi sikhayen.</w:t>
      </w:r>
    </w:p>
    <w:p>
      <w:pPr>
        <w:jc w:val="right"/>
      </w:pPr>
      <w:r>
        <w:t>وہ استعمال یہ ہے کہ والدین اپنے بچوں کو آداب زندگی سکھائیں۔</w:t>
      </w:r>
    </w:p>
    <w:p>
      <w:r>
        <w:rPr>
          <w:b/>
        </w:rPr>
        <w:t xml:space="preserve">[2:27:38] </w:t>
      </w:r>
      <w:r>
        <w:t>woh apnay bachon ko behtar insan bana kar dunya ke karzar mein dakhil karen.</w:t>
      </w:r>
    </w:p>
    <w:p>
      <w:pPr>
        <w:jc w:val="right"/>
      </w:pPr>
      <w:r>
        <w:t>وہ اپنے بچوں کو بہتر انسان بنا کر دنیا کے کارزار میں داخل کریں۔</w:t>
      </w:r>
    </w:p>
    <w:p>
      <w:r>
        <w:rPr>
          <w:b/>
        </w:rPr>
        <w:t xml:space="preserve">[2:27:43] </w:t>
      </w:r>
      <w:r>
        <w:t>yeh dekha gaya hai keh walidain apni mohabbat ka istemal ziyada tar is tarah karte hain keh woh</w:t>
      </w:r>
    </w:p>
    <w:p>
      <w:pPr>
        <w:jc w:val="right"/>
      </w:pPr>
      <w:r>
        <w:t>یہ دیکھا گیا ہے کہ والدین اپنی محبت کا استعمال زیادہ تر اس طرح کرتے ہیں کہ وہ</w:t>
      </w:r>
    </w:p>
    <w:p>
      <w:r>
        <w:rPr>
          <w:b/>
        </w:rPr>
        <w:t xml:space="preserve">[2:27:48] </w:t>
      </w:r>
      <w:r>
        <w:t>apnay bachon ki har khwahish poori karne mein lage rehte hain.</w:t>
      </w:r>
    </w:p>
    <w:p>
      <w:pPr>
        <w:jc w:val="right"/>
      </w:pPr>
      <w:r>
        <w:t>اپنے بچوں کی ہر خواہش پوری کرنے میں لگے رہتے ہیں۔</w:t>
      </w:r>
    </w:p>
    <w:p>
      <w:r>
        <w:rPr>
          <w:b/>
        </w:rPr>
        <w:t xml:space="preserve">[2:27:53] </w:t>
      </w:r>
      <w:r>
        <w:t>woh samajhte hain</w:t>
      </w:r>
    </w:p>
    <w:p>
      <w:pPr>
        <w:jc w:val="right"/>
      </w:pPr>
      <w:r>
        <w:t>وہ سمجھتے ہیں</w:t>
      </w:r>
    </w:p>
    <w:p>
      <w:r>
        <w:rPr>
          <w:b/>
        </w:rPr>
        <w:t xml:space="preserve">[2:27:58] </w:t>
      </w:r>
      <w:r>
        <w:t>keh bachah jo chahe woh is ke liye hazir kar diya jaye.</w:t>
      </w:r>
    </w:p>
    <w:p>
      <w:pPr>
        <w:jc w:val="right"/>
      </w:pPr>
      <w:r>
        <w:t>کہ بچہ جو چاہے وہ اس کے لیے حاضر کر دیا جائے۔</w:t>
      </w:r>
    </w:p>
    <w:p>
      <w:r>
        <w:rPr>
          <w:b/>
        </w:rPr>
        <w:t xml:space="preserve">[2:28:02] </w:t>
      </w:r>
      <w:r>
        <w:t>yehi bachay ke liye mohabbat ka sab se ziyada bara istemal hai.</w:t>
      </w:r>
    </w:p>
    <w:p>
      <w:pPr>
        <w:jc w:val="right"/>
      </w:pPr>
      <w:r>
        <w:t>یہی بچے کے لیے محبت کا سب سے زیادہ بڑا استعمال ہے۔</w:t>
      </w:r>
    </w:p>
    <w:p>
      <w:r>
        <w:rPr>
          <w:b/>
        </w:rPr>
        <w:t xml:space="preserve">[2:28:07] </w:t>
      </w:r>
      <w:r>
        <w:t>magar yeh bachon ke haq mein khair khwahi nahin.</w:t>
      </w:r>
    </w:p>
    <w:p>
      <w:pPr>
        <w:jc w:val="right"/>
      </w:pPr>
      <w:r>
        <w:t>مگر یہ بچوں کے حق میں خیر خواہی نہیں۔</w:t>
      </w:r>
    </w:p>
    <w:p>
      <w:r>
        <w:rPr>
          <w:b/>
        </w:rPr>
        <w:t xml:space="preserve">[2:28:11] </w:t>
      </w:r>
      <w:r>
        <w:t>chota bachah apni khwahishon ke siwa kuch aur nahin janta.</w:t>
      </w:r>
    </w:p>
    <w:p>
      <w:pPr>
        <w:jc w:val="right"/>
      </w:pPr>
      <w:r>
        <w:t>چھوٹا بچہ اپنی خواہشوں کے سوا کچھ اور نہیں جانتا۔</w:t>
      </w:r>
    </w:p>
    <w:p>
      <w:r>
        <w:rPr>
          <w:b/>
        </w:rPr>
        <w:t xml:space="preserve">[2:28:16] </w:t>
      </w:r>
      <w:r>
        <w:t>is ki soch bas bas yeh hoti hai keh is ke dil mein jo khwahish aye woh foran</w:t>
      </w:r>
    </w:p>
    <w:p>
      <w:pPr>
        <w:jc w:val="right"/>
      </w:pPr>
      <w:r>
        <w:t>اس کی سوچ بس بس یہ ہوتی ہے کہ اس کے دل میں جو خواہش آئے وہ فوراً</w:t>
      </w:r>
    </w:p>
    <w:p>
      <w:r>
        <w:rPr>
          <w:b/>
        </w:rPr>
        <w:t xml:space="preserve">[2:28:20] </w:t>
      </w:r>
      <w:r>
        <w:t>poori ho jaye.</w:t>
      </w:r>
    </w:p>
    <w:p>
      <w:pPr>
        <w:jc w:val="right"/>
      </w:pPr>
      <w:r>
        <w:t>پوری ہو جائے۔</w:t>
      </w:r>
    </w:p>
    <w:p>
      <w:r>
        <w:rPr>
          <w:b/>
        </w:rPr>
        <w:t xml:space="preserve">[2:28:25] </w:t>
      </w:r>
      <w:r>
        <w:t>magar yeh tiflana soch hai.</w:t>
      </w:r>
    </w:p>
    <w:p>
      <w:pPr>
        <w:jc w:val="right"/>
      </w:pPr>
      <w:r>
        <w:t>مگر یہ طفلانہ سوچ ہے۔</w:t>
      </w:r>
    </w:p>
    <w:p>
      <w:r>
        <w:rPr>
          <w:b/>
        </w:rPr>
        <w:t xml:space="preserve">[2:28:29] </w:t>
      </w:r>
      <w:r>
        <w:t>kyunkeh ziyada aham baat yeh hai keh bachah aik din bara hoga.</w:t>
      </w:r>
    </w:p>
    <w:p>
      <w:pPr>
        <w:jc w:val="right"/>
      </w:pPr>
      <w:r>
        <w:t>کیونکہ زیادہ اہم بات یہ ہے کہ بچہ ایک دن بڑا ہوگا۔</w:t>
      </w:r>
    </w:p>
    <w:p>
      <w:r>
        <w:rPr>
          <w:b/>
        </w:rPr>
        <w:t xml:space="preserve">[2:28:35] </w:t>
      </w:r>
      <w:r>
        <w:t>woh bara ho kar dunya ke maidan mein dakhil hoga.</w:t>
      </w:r>
    </w:p>
    <w:p>
      <w:pPr>
        <w:jc w:val="right"/>
      </w:pPr>
      <w:r>
        <w:t>وہ بڑا ہو کر دنیا کے میدان میں داخل ہوگا۔</w:t>
      </w:r>
    </w:p>
    <w:p>
      <w:r>
        <w:rPr>
          <w:b/>
        </w:rPr>
        <w:t xml:space="preserve">[2:28:42] </w:t>
      </w:r>
      <w:r>
        <w:t>zindagi ke is aglay marhalay mein kamyab hone ke liye bachay ko jis cheez ki zaroorat hai woh</w:t>
      </w:r>
    </w:p>
    <w:p>
      <w:pPr>
        <w:jc w:val="right"/>
      </w:pPr>
      <w:r>
        <w:t>زندگی کے اس اگلے مرحلے میں کامیاب ہونے کے لیے بچے کو جس چیز کی ضرورت ہے وہ</w:t>
      </w:r>
    </w:p>
    <w:p>
      <w:r>
        <w:rPr>
          <w:b/>
        </w:rPr>
        <w:t xml:space="preserve">[2:28:48] </w:t>
      </w:r>
      <w:r>
        <w:t>yeh keh woh aadab hayat se musallah ho kar wahan pohancha ho.</w:t>
      </w:r>
    </w:p>
    <w:p>
      <w:pPr>
        <w:jc w:val="right"/>
      </w:pPr>
      <w:r>
        <w:t>یہ کہ وہ آداب حیات سے مسلح ہو کر وہاں پہنچا ہو۔</w:t>
      </w:r>
    </w:p>
    <w:p>
      <w:r>
        <w:rPr>
          <w:b/>
        </w:rPr>
        <w:t xml:space="preserve">[2:28:54] </w:t>
      </w:r>
      <w:r>
        <w:t>bachah jab bilkul chota ho isi waqt se is ki taleem o tarbiyat ka silsila shuru kar dena chahiye</w:t>
      </w:r>
    </w:p>
    <w:p>
      <w:pPr>
        <w:jc w:val="right"/>
      </w:pPr>
      <w:r>
        <w:t>بچہ جب بالکل چھوٹا ہو اسی وقت سے اس کی تعلیم و تربیت کا سلسلہ شروع کر دینا چاہیے</w:t>
      </w:r>
    </w:p>
    <w:p>
      <w:r>
        <w:rPr>
          <w:b/>
        </w:rPr>
        <w:t xml:space="preserve">[2:29:01] </w:t>
      </w:r>
      <w:r>
        <w:t>takeh yeh cheezen adat ban kar is ki zindagi mein dakhil ho jayen.</w:t>
      </w:r>
    </w:p>
    <w:p>
      <w:pPr>
        <w:jc w:val="right"/>
      </w:pPr>
      <w:r>
        <w:t>تاکہ یہ چیزیں عادت بن کر اس کی زندگی میں داخل ہو جائیں۔</w:t>
      </w:r>
    </w:p>
    <w:p>
      <w:r>
        <w:rPr>
          <w:b/>
        </w:rPr>
        <w:t xml:space="preserve">[2:29:07] </w:t>
      </w:r>
      <w:r>
        <w:t>zindagi ke in aadab ke teen khass pehlu hain: deen, akhlaq aur discipline.</w:t>
      </w:r>
    </w:p>
    <w:p>
      <w:pPr>
        <w:jc w:val="right"/>
      </w:pPr>
      <w:r>
        <w:t>زندگی کے ان آداب کے تین خاص پہلو ہیں: دین، اخلاق اور ڈسپلن۔</w:t>
      </w:r>
    </w:p>
    <w:p>
      <w:r>
        <w:rPr>
          <w:b/>
        </w:rPr>
        <w:t xml:space="preserve">[2:29:13] </w:t>
      </w:r>
      <w:r>
        <w:t>deen ke aitbar se bachay ki tarbiyat ka aghaz paidaish ke foran baad ho jata hai jabkeh is</w:t>
      </w:r>
    </w:p>
    <w:p>
      <w:pPr>
        <w:jc w:val="right"/>
      </w:pPr>
      <w:r>
        <w:t>دین کے اعتبار سے بچے کی تربیت کا آغاز پیدائش کے فوراً بعد ہو جاتا ہے جبکہ اس</w:t>
      </w:r>
    </w:p>
    <w:p>
      <w:r>
        <w:rPr>
          <w:b/>
        </w:rPr>
        <w:t xml:space="preserve">[2:29:19] </w:t>
      </w:r>
      <w:r>
        <w:t>ke kan mein azan ki awaz dakhil ki jati hai.</w:t>
      </w:r>
    </w:p>
    <w:p>
      <w:pPr>
        <w:jc w:val="right"/>
      </w:pPr>
      <w:r>
        <w:t>کے کان میں اذان کی آواز داخل کی جاتی ہے۔</w:t>
      </w:r>
    </w:p>
    <w:p>
      <w:r>
        <w:rPr>
          <w:b/>
        </w:rPr>
        <w:t xml:space="preserve">[2:29:25] </w:t>
      </w:r>
      <w:r>
        <w:t>yeh alamaati andaaz mein is baat ka izhaar hai</w:t>
      </w:r>
    </w:p>
    <w:p>
      <w:pPr>
        <w:jc w:val="right"/>
      </w:pPr>
      <w:r>
        <w:t>یہ علامتی انداز میں اس بات کا اظہار ہے</w:t>
      </w:r>
    </w:p>
    <w:p>
      <w:r>
        <w:rPr>
          <w:b/>
        </w:rPr>
        <w:t xml:space="preserve">[2:29:31] </w:t>
      </w:r>
      <w:r>
        <w:t>keh bachay ko deendar bananay ka amal aaghaz umar hi say shuru kar daina hai.</w:t>
      </w:r>
    </w:p>
    <w:p>
      <w:pPr>
        <w:jc w:val="right"/>
      </w:pPr>
      <w:r>
        <w:t>کہ بچے کو دیندار بنانے کا عمل آغاز عمر ہی سے شروع کر دینا ہے۔</w:t>
      </w:r>
    </w:p>
    <w:p>
      <w:r>
        <w:rPr>
          <w:b/>
        </w:rPr>
        <w:t xml:space="preserve">[2:29:37] </w:t>
      </w:r>
      <w:r>
        <w:t>yeh kaam maa aur baap dono ko karna hai.</w:t>
      </w:r>
    </w:p>
    <w:p>
      <w:pPr>
        <w:jc w:val="right"/>
      </w:pPr>
      <w:r>
        <w:t>یہ کام ماں اور باپ دونوں کو کرنا ہے۔</w:t>
      </w:r>
    </w:p>
    <w:p>
      <w:r>
        <w:rPr>
          <w:b/>
        </w:rPr>
        <w:t xml:space="preserve">[2:29:44] </w:t>
      </w:r>
      <w:r>
        <w:t>walidain ki yeh koshish honi chahiye keh bachay kay andar tauheed aur islami aqaaid khoob pakhtah ho jayen.</w:t>
      </w:r>
    </w:p>
    <w:p>
      <w:pPr>
        <w:jc w:val="right"/>
      </w:pPr>
      <w:r>
        <w:t>والدین کی یہ کوشش ہونی چاہیے کہ بچے کے اندر توحید اور اسلامی عقائد خوب پختہ ہو جائیں۔</w:t>
      </w:r>
    </w:p>
    <w:p>
      <w:r>
        <w:rPr>
          <w:b/>
        </w:rPr>
        <w:t xml:space="preserve">[2:29:50] </w:t>
      </w:r>
      <w:r>
        <w:t>zikr aur ibaadat is ki zindagi kay laazmi ajza ban kar is ki shakhsiyat mein shamil ho jayen.</w:t>
      </w:r>
    </w:p>
    <w:p>
      <w:pPr>
        <w:jc w:val="right"/>
      </w:pPr>
      <w:r>
        <w:t>ذکر اور عبادت اس کی زندگی کے لازمی اجزاء بن کر اس کی شخصیت میں شامل ہو جائیں۔</w:t>
      </w:r>
    </w:p>
    <w:p>
      <w:r>
        <w:rPr>
          <w:b/>
        </w:rPr>
        <w:t xml:space="preserve">[2:29:56] </w:t>
      </w:r>
      <w:r>
        <w:t>woh namaz, roze ka paband ho.</w:t>
      </w:r>
    </w:p>
    <w:p>
      <w:pPr>
        <w:jc w:val="right"/>
      </w:pPr>
      <w:r>
        <w:t>وہ نماز، روزے کا پابند ہو۔</w:t>
      </w:r>
    </w:p>
    <w:p>
      <w:r>
        <w:rPr>
          <w:b/>
        </w:rPr>
        <w:t xml:space="preserve">[2:30:02] </w:t>
      </w:r>
      <w:r>
        <w:t>sadqa aur khairat ka shoq is kay andar paida ho jaye.</w:t>
      </w:r>
    </w:p>
    <w:p>
      <w:pPr>
        <w:jc w:val="right"/>
      </w:pPr>
      <w:r>
        <w:t>صدقہ اور خیرات کا شوق اس کے اندر پیدا ہو جائے۔</w:t>
      </w:r>
    </w:p>
    <w:p>
      <w:r>
        <w:rPr>
          <w:b/>
        </w:rPr>
        <w:t xml:space="preserve">[2:30:07] </w:t>
      </w:r>
      <w:r>
        <w:t>quran aur hadees say is ko is qadar shaghf ho jaye keh woh rozana is ka kuch na</w:t>
      </w:r>
    </w:p>
    <w:p>
      <w:pPr>
        <w:jc w:val="right"/>
      </w:pPr>
      <w:r>
        <w:t>قرآن اور حدیث سے اس کو اس قدر شغف ہو جائے کہ وہ روزانہ اس کا کچھ نہ</w:t>
      </w:r>
    </w:p>
    <w:p>
      <w:r>
        <w:rPr>
          <w:b/>
        </w:rPr>
        <w:t xml:space="preserve">[2:30:12] </w:t>
      </w:r>
      <w:r>
        <w:t>kuch hissa mutala karney lagay.</w:t>
      </w:r>
    </w:p>
    <w:p>
      <w:pPr>
        <w:jc w:val="right"/>
      </w:pPr>
      <w:r>
        <w:t>کچھ حصہ مطالعہ کرنے لگے۔</w:t>
      </w:r>
    </w:p>
    <w:p>
      <w:r>
        <w:rPr>
          <w:b/>
        </w:rPr>
        <w:t xml:space="preserve">[2:30:17] </w:t>
      </w:r>
      <w:r>
        <w:t>is ko dekh kar har aadmi yeh keh day keh yeh bachah aik deendar bachah hai.</w:t>
      </w:r>
    </w:p>
    <w:p>
      <w:pPr>
        <w:jc w:val="right"/>
      </w:pPr>
      <w:r>
        <w:t>اس کو دیکھ کر ہر آدمی یہ کہہ دے کہ یہ بچہ ایک دیندار بچہ ہے۔</w:t>
      </w:r>
    </w:p>
    <w:p>
      <w:r>
        <w:rPr>
          <w:b/>
        </w:rPr>
        <w:t xml:space="preserve">[2:30:22] </w:t>
      </w:r>
      <w:r>
        <w:t>ikhlaq ki tarbiyat ki soorat yeh hai keh har mauqa par bachay ko sikhaya jaye.</w:t>
      </w:r>
    </w:p>
    <w:p>
      <w:pPr>
        <w:jc w:val="right"/>
      </w:pPr>
      <w:r>
        <w:t>اخلاق کی تربیت کی صورت یہ ہے کہ ہر موقع پر بچے کو سکھایا جائے۔</w:t>
      </w:r>
    </w:p>
    <w:p>
      <w:r>
        <w:rPr>
          <w:b/>
        </w:rPr>
        <w:t xml:space="preserve">[2:30:27] </w:t>
      </w:r>
      <w:r>
        <w:t>agar woh ghlti karay to is ko toka jaye</w:t>
      </w:r>
    </w:p>
    <w:p>
      <w:pPr>
        <w:jc w:val="right"/>
      </w:pPr>
      <w:r>
        <w:t>اگر وہ غلطی کرے تو اس کو ٹوکا جائ</w:t>
      </w:r>
    </w:p>
    <w:p>
      <w:r>
        <w:rPr>
          <w:b/>
        </w:rPr>
        <w:t xml:space="preserve">[2:30:32] </w:t>
      </w:r>
      <w:r>
        <w:t>ye.</w:t>
      </w:r>
    </w:p>
    <w:p>
      <w:pPr>
        <w:jc w:val="right"/>
      </w:pPr>
      <w:r>
        <w:t>ے۔</w:t>
      </w:r>
    </w:p>
    <w:p>
      <w:r>
        <w:rPr>
          <w:b/>
        </w:rPr>
        <w:t xml:space="preserve">[2:30:37] </w:t>
      </w:r>
      <w:r>
        <w:t>hata keh agar zaroorat ho to is ki tanbeeh ki jaye.</w:t>
      </w:r>
    </w:p>
    <w:p>
      <w:pPr>
        <w:jc w:val="right"/>
      </w:pPr>
      <w:r>
        <w:t>حتیٰ کہ اگر ضرورت ہو تو اس کی تنبیہ کی جائے۔</w:t>
      </w:r>
    </w:p>
    <w:p>
      <w:r>
        <w:rPr>
          <w:b/>
        </w:rPr>
        <w:t xml:space="preserve">[2:30:41] </w:t>
      </w:r>
      <w:r>
        <w:t>bhai behno mein larai ho to foran samjhaya jaye.</w:t>
      </w:r>
    </w:p>
    <w:p>
      <w:pPr>
        <w:jc w:val="right"/>
      </w:pPr>
      <w:r>
        <w:t>بھائی بہنوں میں لڑائی ہو تو فوراً سمجھایا جائے۔</w:t>
      </w:r>
    </w:p>
    <w:p>
      <w:r>
        <w:rPr>
          <w:b/>
        </w:rPr>
        <w:t xml:space="preserve">[2:30:46] </w:t>
      </w:r>
      <w:r>
        <w:t>agar kabhi bachah jhoot bolay ya kisi ko gaali day ya kisi ki cheez chura lay to nihayat</w:t>
      </w:r>
    </w:p>
    <w:p>
      <w:pPr>
        <w:jc w:val="right"/>
      </w:pPr>
      <w:r>
        <w:t>اگر کبھی بچہ جھوٹ بولے یا کسی کو گالی دے یا کسی کی چیز چرا لے تو نہایت</w:t>
      </w:r>
    </w:p>
    <w:p>
      <w:r>
        <w:rPr>
          <w:b/>
        </w:rPr>
        <w:t xml:space="preserve">[2:30:50] </w:t>
      </w:r>
      <w:r>
        <w:t>sakhti kay sath is ka notice liya jaye.</w:t>
      </w:r>
    </w:p>
    <w:p>
      <w:pPr>
        <w:jc w:val="right"/>
      </w:pPr>
      <w:r>
        <w:t>سختی کے ساتھ اس کا نوٹس لیا جائے۔</w:t>
      </w:r>
    </w:p>
    <w:p>
      <w:r>
        <w:rPr>
          <w:b/>
        </w:rPr>
        <w:t xml:space="preserve">[2:30:55] </w:t>
      </w:r>
      <w:r>
        <w:t>aur yeh sab bilkul bachpan say kiya jaye ta keh bachay ko zindagi mein yeh cheezen mustaqil kirdaar kay</w:t>
      </w:r>
    </w:p>
    <w:p>
      <w:pPr>
        <w:jc w:val="right"/>
      </w:pPr>
      <w:r>
        <w:t>اور یہ سب بالکل بچپن سے کیا جائے تاکہ بچے کو زندگی میں یہ چیزیں مستقل کردار کے</w:t>
      </w:r>
    </w:p>
    <w:p>
      <w:r>
        <w:rPr>
          <w:b/>
        </w:rPr>
        <w:t xml:space="preserve">[2:30:59] </w:t>
      </w:r>
      <w:r>
        <w:t>toor par shamil ho jayen.</w:t>
      </w:r>
    </w:p>
    <w:p>
      <w:pPr>
        <w:jc w:val="right"/>
      </w:pPr>
      <w:r>
        <w:t>طور پر شامل ہو جائیں۔</w:t>
      </w:r>
    </w:p>
    <w:p>
      <w:r>
        <w:rPr>
          <w:b/>
        </w:rPr>
        <w:t xml:space="preserve">[2:31:03] </w:t>
      </w:r>
      <w:r>
        <w:t>yehi tareeqa discipline kay baray mein ikhtiyar karna hai.</w:t>
      </w:r>
    </w:p>
    <w:p>
      <w:pPr>
        <w:jc w:val="right"/>
      </w:pPr>
      <w:r>
        <w:t>یہی طریقہ ڈسپلن کے بارے میں اختیار کرنا ہے۔</w:t>
      </w:r>
    </w:p>
    <w:p>
      <w:r>
        <w:rPr>
          <w:b/>
        </w:rPr>
        <w:t xml:space="preserve">[2:31:08] </w:t>
      </w:r>
      <w:r>
        <w:t>bachay ko auqaat ki pabandi sikhai jaye.</w:t>
      </w:r>
    </w:p>
    <w:p>
      <w:pPr>
        <w:jc w:val="right"/>
      </w:pPr>
      <w:r>
        <w:t>بچے کو اوقات کی پابندی سکھائی جائے۔</w:t>
      </w:r>
    </w:p>
    <w:p>
      <w:r>
        <w:rPr>
          <w:b/>
        </w:rPr>
        <w:t xml:space="preserve">[2:31:12] </w:t>
      </w:r>
      <w:r>
        <w:t>cheezo ko sahih jagah rakhnay ki aadat dali jaye.</w:t>
      </w:r>
    </w:p>
    <w:p>
      <w:pPr>
        <w:jc w:val="right"/>
      </w:pPr>
      <w:r>
        <w:t>چیزوں کو صحیح جگہ رکھنے کی عادت ڈالی جائے۔</w:t>
      </w:r>
    </w:p>
    <w:p>
      <w:r>
        <w:rPr>
          <w:b/>
        </w:rPr>
        <w:t xml:space="preserve">[2:31:16] </w:t>
      </w:r>
      <w:r>
        <w:t>khana peena baqaida waqt kay sath ho.</w:t>
      </w:r>
    </w:p>
    <w:p>
      <w:pPr>
        <w:jc w:val="right"/>
      </w:pPr>
      <w:r>
        <w:t>کھانا پینا باقاعدہ وقت کے ساتھ ہو۔</w:t>
      </w:r>
    </w:p>
    <w:p>
      <w:r>
        <w:rPr>
          <w:b/>
        </w:rPr>
        <w:t xml:space="preserve">[2:31:21] </w:t>
      </w:r>
      <w:r>
        <w:t>agar woh koi kaghaz ya theli sarrak par phenk day to foran usi say is ko uthwaiya jaye.</w:t>
      </w:r>
    </w:p>
    <w:p>
      <w:pPr>
        <w:jc w:val="right"/>
      </w:pPr>
      <w:r>
        <w:t>اگر وہ کوئی کاغذ یا تھیلی سڑک پر پھینک دے تو فوراً اسی سے اس کو اٹھوایا جائے۔</w:t>
      </w:r>
    </w:p>
    <w:p>
      <w:r>
        <w:rPr>
          <w:b/>
        </w:rPr>
        <w:t xml:space="preserve">[2:31:25] </w:t>
      </w:r>
      <w:r>
        <w:t>shoor karnay say rooka jaye.</w:t>
      </w:r>
    </w:p>
    <w:p>
      <w:pPr>
        <w:jc w:val="right"/>
      </w:pPr>
      <w:r>
        <w:t>شور کرنے سے روکا جائے۔</w:t>
      </w:r>
    </w:p>
    <w:p>
      <w:r>
        <w:rPr>
          <w:b/>
        </w:rPr>
        <w:t xml:space="preserve">[2:31:29] </w:t>
      </w:r>
      <w:r>
        <w:t>har aisi cheez se bachne ki talqeen ki jaye jis se</w:t>
      </w:r>
    </w:p>
    <w:p>
      <w:pPr>
        <w:jc w:val="right"/>
      </w:pPr>
      <w:r>
        <w:t>ہر ایسی چیز سے بچنے کی تلقین کی جائے جس سے</w:t>
      </w:r>
    </w:p>
    <w:p>
      <w:r>
        <w:rPr>
          <w:b/>
        </w:rPr>
        <w:t xml:space="preserve">[2:31:34] </w:t>
      </w:r>
      <w:r>
        <w:t>dusron ko takleef pohnchti ho.</w:t>
      </w:r>
    </w:p>
    <w:p>
      <w:pPr>
        <w:jc w:val="right"/>
      </w:pPr>
      <w:r>
        <w:t>دوسروں کو تکلیف پہنچتی ہو۔</w:t>
      </w:r>
    </w:p>
    <w:p>
      <w:r>
        <w:rPr>
          <w:b/>
        </w:rPr>
        <w:t xml:space="preserve">[2:31:40] </w:t>
      </w:r>
      <w:r>
        <w:t>bachche ki haqeeqi tarbiyat ke liye khud maa baap ko apna tarz-e-zindagi us ke mutabiq banana hoga.</w:t>
      </w:r>
    </w:p>
    <w:p>
      <w:pPr>
        <w:jc w:val="right"/>
      </w:pPr>
      <w:r>
        <w:t>بچے کی حقیقی تربیت کے لیے خود ماں باپ کو اپنا طرز زندگی اس کے مطابق بنانا ہوگا۔</w:t>
      </w:r>
    </w:p>
    <w:p>
      <w:r>
        <w:rPr>
          <w:b/>
        </w:rPr>
        <w:t xml:space="preserve">[2:31:46] </w:t>
      </w:r>
      <w:r>
        <w:t>agar aap apne bachche se kahein ke jhoot na bolo usi ke saath aap yeh karein ke jab</w:t>
      </w:r>
    </w:p>
    <w:p>
      <w:pPr>
        <w:jc w:val="right"/>
      </w:pPr>
      <w:r>
        <w:t>اگر آپ اپنے بچے سے کہیں کہ جھوٹ نہ بولو اسی کے ساتھ آپ یہ کریں کہ جب</w:t>
      </w:r>
    </w:p>
    <w:p>
      <w:r>
        <w:rPr>
          <w:b/>
        </w:rPr>
        <w:t xml:space="preserve">[2:31:53] </w:t>
      </w:r>
      <w:r>
        <w:t>koi shakhs darwaze par dastak de to kehwa dein ke woh us waqt ghar par nahi hain to</w:t>
      </w:r>
    </w:p>
    <w:p>
      <w:pPr>
        <w:jc w:val="right"/>
      </w:pPr>
      <w:r>
        <w:t>کوئی شخص دروازے پر دستک دے تو کہلوا دیں کہ وہ اس وقت گھر پر نہیں ہیں تو</w:t>
      </w:r>
    </w:p>
    <w:p>
      <w:r>
        <w:rPr>
          <w:b/>
        </w:rPr>
        <w:t xml:space="preserve">[2:31:59] </w:t>
      </w:r>
      <w:r>
        <w:t>aisi halat mein bachche ko jhoot se rokna be-ma'ani hoga.</w:t>
      </w:r>
    </w:p>
    <w:p>
      <w:pPr>
        <w:jc w:val="right"/>
      </w:pPr>
      <w:r>
        <w:t>ایسی حالت میں بچے کو جھوٹ سے روکنا بے معنی ہوگا۔</w:t>
      </w:r>
    </w:p>
    <w:p>
      <w:r>
        <w:rPr>
          <w:b/>
        </w:rPr>
        <w:t xml:space="preserve">[2:32:05] </w:t>
      </w:r>
      <w:r>
        <w:t>agar aap cigarette peetay hon to bachay ke samnay smoking ke khilaaf taqreer karna be-ma'ani hai. agar aap wada poora na kartay hon aur bachay se kahein ke betay hamesha wada poora karo to kabhi aisi naseehat ko nahi pakray ga. bachha apne walidain ko model ke roop mein dekhta hai. isi tarah bara bachha chotay bachon ke liye model hota hai. agar walidain aur bara b</w:t>
      </w:r>
    </w:p>
    <w:p>
      <w:pPr>
        <w:jc w:val="right"/>
      </w:pPr>
      <w:r>
        <w:t>اگر آپ سگریٹ پیتے ہوں تو بچے کے سامنے سموکنگ کے خلاف تقریر کرنا بے معنی ہے۔ اگر آپ وعدہ پورا نہ کرتے ہوں اور بچے سے کہیں کہ بیٹے ہمیشہ وعدہ پورا کرو تو کبھی ایسی نصیحت کو نہیں پکڑے گا۔ بچہ اپنے والدین کو ماڈل کے روپ میں دیکھتا ہے۔ اسی طرح بڑا بچہ چھوٹے بچوں کے لیے ماڈل ہوتا ہے۔ اگر والدین اور بڑا ب</w:t>
      </w:r>
    </w:p>
    <w:p>
      <w:r>
        <w:rPr>
          <w:b/>
        </w:rPr>
        <w:t xml:space="preserve">[2:32:35] </w:t>
      </w:r>
      <w:r>
        <w:t>cheez theek ho to baqi bachche apne aap sudharte chale jayenge. Akhlaqi zehar.</w:t>
      </w:r>
    </w:p>
    <w:p>
      <w:pPr>
        <w:jc w:val="right"/>
      </w:pPr>
      <w:r>
        <w:t>چہ ٹھیک ہو تو بقیہ بچے اپنے آپ سدھرتے چلے جائیں گے۔ اخلاقی زہر۔</w:t>
      </w:r>
    </w:p>
    <w:p>
      <w:r>
        <w:rPr>
          <w:b/>
        </w:rPr>
        <w:t xml:space="preserve">[2:32:43] </w:t>
      </w:r>
      <w:r>
        <w:t>kitab "tarbiyat-e-aulad" Maulana Wahiduddin Khan, safha number 63.</w:t>
      </w:r>
    </w:p>
    <w:p>
      <w:pPr>
        <w:jc w:val="right"/>
      </w:pPr>
      <w:r>
        <w:t>کتاب "تربیتِ اولاد" مولانا وحید الدین خان، صفحہ نمبر 63۔</w:t>
      </w:r>
    </w:p>
    <w:p>
      <w:r>
        <w:rPr>
          <w:b/>
        </w:rPr>
        <w:t xml:space="preserve">[2:32:50] </w:t>
      </w:r>
      <w:r>
        <w:t>6 January 1990 ko Delhi yaani Shakarpur mein ek dardnak waqea hua.</w:t>
      </w:r>
    </w:p>
    <w:p>
      <w:pPr>
        <w:jc w:val="right"/>
      </w:pPr>
      <w:r>
        <w:t>6 جنوری 1990 کو دہلی یعنی شکرپور میں ایک دردناک واقعہ ہوا۔</w:t>
      </w:r>
    </w:p>
    <w:p>
      <w:r>
        <w:rPr>
          <w:b/>
        </w:rPr>
        <w:t xml:space="preserve">[2:32:58] </w:t>
      </w:r>
      <w:r>
        <w:t>kuchh chhote bachche</w:t>
      </w:r>
    </w:p>
    <w:p>
      <w:pPr>
        <w:jc w:val="right"/>
      </w:pPr>
      <w:r>
        <w:t>کچھ چھوٹے بچے</w:t>
      </w:r>
    </w:p>
    <w:p>
      <w:r>
        <w:rPr>
          <w:b/>
        </w:rPr>
        <w:t xml:space="preserve">[2:33:06] </w:t>
      </w:r>
      <w:r>
        <w:t>ek maidan mein khel rahe the.</w:t>
      </w:r>
    </w:p>
    <w:p>
      <w:pPr>
        <w:jc w:val="right"/>
      </w:pPr>
      <w:r>
        <w:t>ایک میدان میں کھیل رہے تھے۔</w:t>
      </w:r>
    </w:p>
    <w:p>
      <w:r>
        <w:rPr>
          <w:b/>
        </w:rPr>
        <w:t xml:space="preserve">[2:33:10] </w:t>
      </w:r>
      <w:r>
        <w:t>wahan ek taraf kooday ka dher tha.</w:t>
      </w:r>
    </w:p>
    <w:p>
      <w:pPr>
        <w:jc w:val="right"/>
      </w:pPr>
      <w:r>
        <w:t>وہاں ایک طرف کوڑے کا ڈھیر تھا۔</w:t>
      </w:r>
    </w:p>
    <w:p>
      <w:r>
        <w:rPr>
          <w:b/>
        </w:rPr>
        <w:t xml:space="preserve">[2:33:14] </w:t>
      </w:r>
      <w:r>
        <w:t>woh khelte hue is kooday tak pahunch gaye.</w:t>
      </w:r>
    </w:p>
    <w:p>
      <w:pPr>
        <w:jc w:val="right"/>
      </w:pPr>
      <w:r>
        <w:t>وہ کھیلتے ہوئے اس کوڑے تک پہنچ گئے۔</w:t>
      </w:r>
    </w:p>
    <w:p>
      <w:r>
        <w:rPr>
          <w:b/>
        </w:rPr>
        <w:t xml:space="preserve">[2:33:18] </w:t>
      </w:r>
      <w:r>
        <w:t>yahan unhein ek padi hui cheez mili.</w:t>
      </w:r>
    </w:p>
    <w:p>
      <w:pPr>
        <w:jc w:val="right"/>
      </w:pPr>
      <w:r>
        <w:t>یہاں انہیں ایک پڑی ہوئی چیز ملی۔</w:t>
      </w:r>
    </w:p>
    <w:p>
      <w:r>
        <w:rPr>
          <w:b/>
        </w:rPr>
        <w:t xml:space="preserve">[2:33:23] </w:t>
      </w:r>
      <w:r>
        <w:t>yeh koi zehreeli cheez thi magar unhone be-khabari mein is ko utha kar kha liya.</w:t>
      </w:r>
    </w:p>
    <w:p>
      <w:pPr>
        <w:jc w:val="right"/>
      </w:pPr>
      <w:r>
        <w:t>یہ کوئی زہریلی چیز تھی مگر انہوں نے بے خبری میں اس کو اٹھا کر کھا لیا۔</w:t>
      </w:r>
    </w:p>
    <w:p>
      <w:r>
        <w:rPr>
          <w:b/>
        </w:rPr>
        <w:t xml:space="preserve">[2:33:27] </w:t>
      </w:r>
      <w:r>
        <w:t>is ke nateeje mein do bachche foran hi mar gaye aur aath bachchon ko tashweeshnak halat mein</w:t>
      </w:r>
    </w:p>
    <w:p>
      <w:pPr>
        <w:jc w:val="right"/>
      </w:pPr>
      <w:r>
        <w:t>اس کے نتیجے میں دو بچے فوراً ہی مر گئے اور آٹھ بچوں کو تشویش ناک حالت میں</w:t>
      </w:r>
    </w:p>
    <w:p>
      <w:r>
        <w:rPr>
          <w:b/>
        </w:rPr>
        <w:t xml:space="preserve">[2:33:31] </w:t>
      </w:r>
      <w:r>
        <w:t>J.P.N. Hospital mein</w:t>
      </w:r>
    </w:p>
    <w:p>
      <w:pPr>
        <w:jc w:val="right"/>
      </w:pPr>
      <w:r>
        <w:t>جے پریش نارائن ہسپتال میں</w:t>
      </w:r>
    </w:p>
    <w:p>
      <w:r>
        <w:rPr>
          <w:b/>
        </w:rPr>
        <w:t xml:space="preserve">[2:33:36] </w:t>
      </w:r>
      <w:r>
        <w:t>dakhal karna pada.</w:t>
      </w:r>
    </w:p>
    <w:p>
      <w:pPr>
        <w:jc w:val="right"/>
      </w:pPr>
      <w:r>
        <w:t>داخل کرنا پڑا۔</w:t>
      </w:r>
    </w:p>
    <w:p>
      <w:r>
        <w:rPr>
          <w:b/>
        </w:rPr>
        <w:t xml:space="preserve">[2:33:41] </w:t>
      </w:r>
      <w:r>
        <w:t>yeh bachche do saal se paanch saal tak ke the.</w:t>
      </w:r>
    </w:p>
    <w:p>
      <w:pPr>
        <w:jc w:val="right"/>
      </w:pPr>
      <w:r>
        <w:t>یہ بچے دو سال سے پانچ سال تک کے تھے۔</w:t>
      </w:r>
    </w:p>
    <w:p>
      <w:r>
        <w:rPr>
          <w:b/>
        </w:rPr>
        <w:t xml:space="preserve">[2:33:46] </w:t>
      </w:r>
      <w:r>
        <w:t>Times of India 7 January 1990 ne safha awwal par is ki khabar dete hue likha hai ke</w:t>
      </w:r>
    </w:p>
    <w:p>
      <w:pPr>
        <w:jc w:val="right"/>
      </w:pPr>
      <w:r>
        <w:t>ٹائمز آف انڈیا 7 جنوری 1990 نے صفحے اول پر اس کی خبر دیتے ہوئے لکھا ہے کہ</w:t>
      </w:r>
    </w:p>
    <w:p>
      <w:r>
        <w:rPr>
          <w:b/>
        </w:rPr>
        <w:t xml:space="preserve">[2:33:51] </w:t>
      </w:r>
      <w:r>
        <w:t>in bachchon mein se ek ne wahan ek chhota packet paya.</w:t>
      </w:r>
    </w:p>
    <w:p>
      <w:pPr>
        <w:jc w:val="right"/>
      </w:pPr>
      <w:r>
        <w:t>ان بچوں میں سے ایک نے وہاں ایک چھوٹا پیکٹ پایا۔</w:t>
      </w:r>
    </w:p>
    <w:p>
      <w:r>
        <w:rPr>
          <w:b/>
        </w:rPr>
        <w:t xml:space="preserve">[2:33:56] </w:t>
      </w:r>
      <w:r>
        <w:t>is mein taqreeban dedh sau gram koi safed rang ka sufoof tha.</w:t>
      </w:r>
    </w:p>
    <w:p>
      <w:pPr>
        <w:jc w:val="right"/>
      </w:pPr>
      <w:r>
        <w:t>اس میں تقریباً ڈیڑھ سو گرام کوئی سفید رنگ کا سفوف تھا۔</w:t>
      </w:r>
    </w:p>
    <w:p>
      <w:r>
        <w:rPr>
          <w:b/>
        </w:rPr>
        <w:t xml:space="preserve">[2:34:01] </w:t>
      </w:r>
      <w:r>
        <w:t>unhone ghalati se is ko shakar samjha aur</w:t>
      </w:r>
    </w:p>
    <w:p>
      <w:pPr>
        <w:jc w:val="right"/>
      </w:pPr>
      <w:r>
        <w:t>انہوں نے غلطی سے اس کو شکر سمجھا اور</w:t>
      </w:r>
    </w:p>
    <w:p>
      <w:r>
        <w:rPr>
          <w:b/>
        </w:rPr>
        <w:t xml:space="preserve">[2:34:06] </w:t>
      </w:r>
      <w:r>
        <w:t>aapas mein taqseem kar ke khane lage.</w:t>
      </w:r>
    </w:p>
    <w:p>
      <w:pPr>
        <w:jc w:val="right"/>
      </w:pPr>
      <w:r>
        <w:t>آپس میں تقسیم کر کے کھانے لگے۔</w:t>
      </w:r>
    </w:p>
    <w:p>
      <w:r>
        <w:rPr>
          <w:b/>
        </w:rPr>
        <w:t xml:space="preserve">[2:34:14] </w:t>
      </w:r>
      <w:r>
        <w:t>khane ke chand minute baad un ke honth neele pad gaye.</w:t>
      </w:r>
    </w:p>
    <w:p>
      <w:pPr>
        <w:jc w:val="right"/>
      </w:pPr>
      <w:r>
        <w:t>کھانے کے چند منٹ بعد ان کے ہونٹ نیلے پڑ گئے۔</w:t>
      </w:r>
    </w:p>
    <w:p>
      <w:r>
        <w:rPr>
          <w:b/>
        </w:rPr>
        <w:t xml:space="preserve">[2:34:21] </w:t>
      </w:r>
      <w:r>
        <w:t>One of them found a small pocket containing about 150 gram of white powdery substance.</w:t>
      </w:r>
    </w:p>
    <w:p>
      <w:pPr>
        <w:jc w:val="right"/>
      </w:pPr>
      <w:r>
        <w:t>ون آف دیم فاؤنڈ اے سمال پاکٹ کنٹیننگ اباؤٹ 150 گرام آف وائٹ پاؤڈری سبسٹنس۔</w:t>
      </w:r>
    </w:p>
    <w:p>
      <w:r>
        <w:rPr>
          <w:b/>
        </w:rPr>
        <w:t xml:space="preserve">[2:34:29] </w:t>
      </w:r>
      <w:r>
        <w:t>They mistook it for sugar and distributed it among themselves. Within minutes of consuming it,</w:t>
      </w:r>
    </w:p>
    <w:p>
      <w:pPr>
        <w:jc w:val="right"/>
      </w:pPr>
      <w:r>
        <w:t>دے مسٹک اٹ فار شوگر اینڈ ڈسٹریبیوٹڈ اٹ امنگ دیم سیلفس ود ان منٹس آف کنزیومنگ اٹ</w:t>
      </w:r>
    </w:p>
    <w:p>
      <w:r>
        <w:rPr>
          <w:b/>
        </w:rPr>
        <w:t xml:space="preserve">[2:34:37] </w:t>
      </w:r>
      <w:r>
        <w:t>—</w:t>
      </w:r>
    </w:p>
    <w:p>
      <w:pPr>
        <w:jc w:val="right"/>
      </w:pPr>
      <w:r>
        <w:t>۔</w:t>
      </w:r>
    </w:p>
    <w:p>
      <w:r>
        <w:rPr>
          <w:b/>
        </w:rPr>
        <w:t xml:space="preserve">[2:34:42] </w:t>
      </w:r>
      <w:r>
        <w:t>der laps turn blue.</w:t>
      </w:r>
    </w:p>
    <w:p>
      <w:pPr>
        <w:jc w:val="right"/>
      </w:pPr>
      <w:r>
        <w:t>دیر لپس ٹرن بلو۔</w:t>
      </w:r>
    </w:p>
    <w:p>
      <w:r>
        <w:rPr>
          <w:b/>
        </w:rPr>
        <w:t xml:space="preserve">[2:34:47] </w:t>
      </w:r>
      <w:r>
        <w:t>maadi khurak ke aitbaar se yeh chand bachon ka waqia hai lekin akhlaqi khurak ke aitbaar se dekhiye</w:t>
      </w:r>
    </w:p>
    <w:p>
      <w:pPr>
        <w:jc w:val="right"/>
      </w:pPr>
      <w:r>
        <w:t>مادی خوراک کے اعتبار سے یہ چند بچوں کا واقعہ ہے لیکن اخلاقی خوراک کے اعتبار سے دیکھیے</w:t>
      </w:r>
    </w:p>
    <w:p>
      <w:r>
        <w:rPr>
          <w:b/>
        </w:rPr>
        <w:t xml:space="preserve">[2:34:53] </w:t>
      </w:r>
      <w:r>
        <w:t>toh aaj yahi tamam insanon ka waqia hai.</w:t>
      </w:r>
    </w:p>
    <w:p>
      <w:pPr>
        <w:jc w:val="right"/>
      </w:pPr>
      <w:r>
        <w:t>تو آج یہی تمام انسانوں کا واقعہ ہے۔</w:t>
      </w:r>
    </w:p>
    <w:p>
      <w:r>
        <w:rPr>
          <w:b/>
        </w:rPr>
        <w:t xml:space="preserve">[2:34:58] </w:t>
      </w:r>
      <w:r>
        <w:t>aaj ki duniya mein tamam insan aisi akhlaqi ghizayen kha rahe hain jo un ki insaniyat ke liye</w:t>
      </w:r>
    </w:p>
    <w:p>
      <w:pPr>
        <w:jc w:val="right"/>
      </w:pPr>
      <w:r>
        <w:t>آج کی دنیا میں تمام انسان ایسی اخلاقی غذائیں کھا رہے ہیں جو ان کی انسانیت کے لیے</w:t>
      </w:r>
    </w:p>
    <w:p>
      <w:r>
        <w:rPr>
          <w:b/>
        </w:rPr>
        <w:t xml:space="preserve">[2:35:03] </w:t>
      </w:r>
      <w:r>
        <w:t>zehar hain, jo un ko abadi halakat se dochar karne wali hain.</w:t>
      </w:r>
    </w:p>
    <w:p>
      <w:pPr>
        <w:jc w:val="right"/>
      </w:pPr>
      <w:r>
        <w:t>زہر ہیں، جو ان کو ابدی ہلاکت سے دوچار کرنے والی ہیں۔</w:t>
      </w:r>
    </w:p>
    <w:p>
      <w:r>
        <w:rPr>
          <w:b/>
        </w:rPr>
        <w:t xml:space="preserve">[2:35:09] </w:t>
      </w:r>
      <w:r>
        <w:t>jhoot, badkari, rishwat, gharoor, hasad, ilzaam tarashi, zulm, ghazab, bad diyanati, wada khilafi, bad khwahi, be usooli, bad maamlagi,</w:t>
      </w:r>
    </w:p>
    <w:p>
      <w:pPr>
        <w:jc w:val="right"/>
      </w:pPr>
      <w:r>
        <w:t>جھوٹ، بدکاری، رشوت، غرور، حسد، الزام تراشی، ظلم، غضب، بد دیانتی، وعدہ خلافی، بدخواہی، بے اصولی، بد معاملگی،</w:t>
      </w:r>
    </w:p>
    <w:p>
      <w:r>
        <w:rPr>
          <w:b/>
        </w:rPr>
        <w:t xml:space="preserve">[2:35:19] </w:t>
      </w:r>
      <w:r>
        <w:t>ananait, be etirafi, ghalti na manna, ehsan faramoshi, khud gharzi, intiqam, ishtial angizi, apne liye aik cheez pasand</w:t>
      </w:r>
    </w:p>
    <w:p>
      <w:pPr>
        <w:jc w:val="right"/>
      </w:pPr>
      <w:r>
        <w:t>انانیت، بے اعترافی، غلطی نہ ماننا، احسان فراموشی، خود غرضی، انتقام، اشتعال انگیزی، اپنے لیے ایک چیز پسند</w:t>
      </w:r>
    </w:p>
    <w:p>
      <w:r>
        <w:rPr>
          <w:b/>
        </w:rPr>
        <w:t xml:space="preserve">[2:35:29] </w:t>
      </w:r>
      <w:r>
        <w:t>karna aur doosre ke liye kuch aur pasand karna,</w:t>
      </w:r>
    </w:p>
    <w:p>
      <w:pPr>
        <w:jc w:val="right"/>
      </w:pPr>
      <w:r>
        <w:t>کرنا اور دوسرے کے لیے کچھ اور پسند کرنا،</w:t>
      </w:r>
    </w:p>
    <w:p>
      <w:r>
        <w:rPr>
          <w:b/>
        </w:rPr>
        <w:t xml:space="preserve">[2:35:39] </w:t>
      </w:r>
      <w:r>
        <w:t>yeh tamam cheezen akhlaqi maanon mein zehreeli ghizayen hain.</w:t>
      </w:r>
    </w:p>
    <w:p>
      <w:pPr>
        <w:jc w:val="right"/>
      </w:pPr>
      <w:r>
        <w:t>یہ تمام چیزیں اخلاقی معنوں میں زہریلی غذائیں ہیں۔</w:t>
      </w:r>
    </w:p>
    <w:p>
      <w:r>
        <w:rPr>
          <w:b/>
        </w:rPr>
        <w:t xml:space="preserve">[2:35:47] </w:t>
      </w:r>
      <w:r>
        <w:t>aaj tamam log in cheezon ko meeti shakar samajh kar kha rahe hain magar woh waqt zyada door</w:t>
      </w:r>
    </w:p>
    <w:p>
      <w:pPr>
        <w:jc w:val="right"/>
      </w:pPr>
      <w:r>
        <w:t>آج تمام لوگ ان چیزوں کو میٹھی شکر سمجھ کر کھا رہے ہیں مگر وہ وقت زیادہ دور</w:t>
      </w:r>
    </w:p>
    <w:p>
      <w:r>
        <w:rPr>
          <w:b/>
        </w:rPr>
        <w:t xml:space="preserve">[2:35:54] </w:t>
      </w:r>
      <w:r>
        <w:t>nahi jab un ka zehreela pan zahir hoga aur phir insan apne aap ko is haal mein paye</w:t>
      </w:r>
    </w:p>
    <w:p>
      <w:pPr>
        <w:jc w:val="right"/>
      </w:pPr>
      <w:r>
        <w:t>نہیں جب ان کا زہریلا پن ظاہر ہوگا اور پھر انسان اپنے آپ کو اس حال میں پائے</w:t>
      </w:r>
    </w:p>
    <w:p>
      <w:r>
        <w:rPr>
          <w:b/>
        </w:rPr>
        <w:t xml:space="preserve">[2:36:02] </w:t>
      </w:r>
      <w:r>
        <w:t>ga ke wahan na koi us ki faryad sunne wala hoga aur na koi uska ilaaj karne wala. aik misaal</w:t>
      </w:r>
    </w:p>
    <w:p>
      <w:pPr>
        <w:jc w:val="right"/>
      </w:pPr>
      <w:r>
        <w:t>گا کہ وہاں نہ کوئی اس کی فریاد سننے والا ہوگا اور نہ کوئی اس کا علاج کرنے والا۔ ایک مثال</w:t>
      </w:r>
    </w:p>
    <w:p>
      <w:r>
        <w:rPr>
          <w:b/>
        </w:rPr>
        <w:t xml:space="preserve">[2:36:10] </w:t>
      </w:r>
      <w:r>
        <w:t>: kitab "tarbiyat-e-aulad" Maulana Wahiduddin Khan, safha number 64.</w:t>
      </w:r>
    </w:p>
    <w:p>
      <w:pPr>
        <w:jc w:val="right"/>
      </w:pPr>
      <w:r>
        <w:t>: کتاب "تربیتِ اولاد" مولانا وحید الدین خان، صفحہ نمبر 64۔</w:t>
      </w:r>
    </w:p>
    <w:p>
      <w:r>
        <w:rPr>
          <w:b/>
        </w:rPr>
        <w:t xml:space="preserve">[2:36:17] </w:t>
      </w:r>
      <w:r>
        <w:t>radio mein aik program aata hai jo sirf auraton ke liye hota hai.</w:t>
      </w:r>
    </w:p>
    <w:p>
      <w:pPr>
        <w:jc w:val="right"/>
      </w:pPr>
      <w:r>
        <w:t>ریڈیو میں ایک پروگرام آتا ہے جو صرف عورتوں کے لیے ہوتا ہے۔</w:t>
      </w:r>
    </w:p>
    <w:p>
      <w:r>
        <w:rPr>
          <w:b/>
        </w:rPr>
        <w:t xml:space="preserve">[2:36:25] </w:t>
      </w:r>
      <w:r>
        <w:t>is mein auraton se mutalliq mukhtalif unwanat diye jate hain.</w:t>
      </w:r>
    </w:p>
    <w:p>
      <w:pPr>
        <w:jc w:val="right"/>
      </w:pPr>
      <w:r>
        <w:t>اس میں عورتوں سے متعلق مختلف عنوانات دیے جاتے ہیں۔</w:t>
      </w:r>
    </w:p>
    <w:p>
      <w:r>
        <w:rPr>
          <w:b/>
        </w:rPr>
        <w:t xml:space="preserve">[2:36:33] </w:t>
      </w:r>
      <w:r>
        <w:t>isi program ke tehat aik din maan aur us ke bachon ke darmiyan taluqaat ka mozu zer بحث tha.</w:t>
      </w:r>
    </w:p>
    <w:p>
      <w:pPr>
        <w:jc w:val="right"/>
      </w:pPr>
      <w:r>
        <w:t>اسی پروگرام کے تحت ایک دن ماں اور اس کے بچوں کے درمیان تعلقات کا موضوع زیر بحث تھا۔</w:t>
      </w:r>
    </w:p>
    <w:p>
      <w:r>
        <w:rPr>
          <w:b/>
        </w:rPr>
        <w:t xml:space="preserve">[2:36:41] </w:t>
      </w:r>
      <w:r>
        <w:t>kai maon ne is pehlu se apne tajrubaat ko bayan kiya.</w:t>
      </w:r>
    </w:p>
    <w:p>
      <w:pPr>
        <w:jc w:val="right"/>
      </w:pPr>
      <w:r>
        <w:t>کئی ماؤں نے اس پہلو سے اپنے تجربات کو بیان کیا۔</w:t>
      </w:r>
    </w:p>
    <w:p>
      <w:r>
        <w:rPr>
          <w:b/>
        </w:rPr>
        <w:t xml:space="preserve">[2:36:46] </w:t>
      </w:r>
      <w:r>
        <w:t>misalan aik maan ne kaha ke mere do bachay hain, aik beta aur aik beti.</w:t>
      </w:r>
    </w:p>
    <w:p>
      <w:pPr>
        <w:jc w:val="right"/>
      </w:pPr>
      <w:r>
        <w:t>مثلاً ایک ماں نے کہا کہ میرے دو بچے ہیں، ایک بیٹا اور ایک بیٹی۔</w:t>
      </w:r>
    </w:p>
    <w:p>
      <w:r>
        <w:rPr>
          <w:b/>
        </w:rPr>
        <w:t xml:space="preserve">[2:36:51] </w:t>
      </w:r>
      <w:r>
        <w:t>mein aik working woman hoon.</w:t>
      </w:r>
    </w:p>
    <w:p>
      <w:pPr>
        <w:jc w:val="right"/>
      </w:pPr>
      <w:r>
        <w:t>میں ایک ورکنگ وومن ہوں۔</w:t>
      </w:r>
    </w:p>
    <w:p>
      <w:r>
        <w:rPr>
          <w:b/>
        </w:rPr>
        <w:t xml:space="preserve">[2:36:56] </w:t>
      </w:r>
      <w:r>
        <w:t>mujhe apne job ke liye rozana ghar se bahar jana parta hai.</w:t>
      </w:r>
    </w:p>
    <w:p>
      <w:pPr>
        <w:jc w:val="right"/>
      </w:pPr>
      <w:r>
        <w:t>مجھے اپنے جاب کے لیے روزانہ گھر سے باہر جانا پڑتا ہے۔</w:t>
      </w:r>
    </w:p>
    <w:p>
      <w:r>
        <w:rPr>
          <w:b/>
        </w:rPr>
        <w:t xml:space="preserve">[2:37:01] </w:t>
      </w:r>
      <w:r>
        <w:t>jab mein bahar jati hoon toh apne bachon se sakhti ke sath yeh keh kar jati hoon ke</w:t>
      </w:r>
    </w:p>
    <w:p>
      <w:pPr>
        <w:jc w:val="right"/>
      </w:pPr>
      <w:r>
        <w:t>جب میں باہر جاتی ہوں تو اپنے بچوں سے سختی کے ساتھ یہ کہہ کر جاتی ہوں کہ</w:t>
      </w:r>
    </w:p>
    <w:p>
      <w:r>
        <w:rPr>
          <w:b/>
        </w:rPr>
        <w:t xml:space="preserve">[2:37:06] </w:t>
      </w:r>
      <w:r>
        <w:t>dekho yeh karna aur woh na</w:t>
      </w:r>
    </w:p>
    <w:p>
      <w:pPr>
        <w:jc w:val="right"/>
      </w:pPr>
      <w:r>
        <w:t>دیکھو یہ کرنا اور وہ نہ</w:t>
      </w:r>
    </w:p>
    <w:p>
      <w:r>
        <w:rPr>
          <w:b/>
        </w:rPr>
        <w:t xml:space="preserve">[2:37:11] </w:t>
      </w:r>
      <w:r>
        <w:t>karna.</w:t>
      </w:r>
    </w:p>
    <w:p>
      <w:pPr>
        <w:jc w:val="right"/>
      </w:pPr>
      <w:r>
        <w:t>کرنا۔</w:t>
      </w:r>
    </w:p>
    <w:p>
      <w:r>
        <w:rPr>
          <w:b/>
        </w:rPr>
        <w:t xml:space="preserve">[2:37:17] </w:t>
      </w:r>
      <w:r>
        <w:t>phir us ne hanste hue kaha ke meri beti kehti hai: "mummy, tum toh hitler mummy ho." yeh</w:t>
      </w:r>
    </w:p>
    <w:p>
      <w:pPr>
        <w:jc w:val="right"/>
      </w:pPr>
      <w:r>
        <w:t>پھر اس نے ہنستے ہوئے کہا کہ میری بیٹی کہتی ہے: "ممی، تم تو ہٹلر ممی ہو۔" یہ</w:t>
      </w:r>
    </w:p>
    <w:p>
      <w:r>
        <w:rPr>
          <w:b/>
        </w:rPr>
        <w:t xml:space="preserve">[2:37:23] </w:t>
      </w:r>
      <w:r>
        <w:t>guftagu telephone par ho rahi thi.</w:t>
      </w:r>
    </w:p>
    <w:p>
      <w:pPr>
        <w:jc w:val="right"/>
      </w:pPr>
      <w:r>
        <w:t>گفتگو ٹیلی فون پر ہو رہی تھی۔</w:t>
      </w:r>
    </w:p>
    <w:p>
      <w:r>
        <w:rPr>
          <w:b/>
        </w:rPr>
        <w:t xml:space="preserve">[2:37:29] </w:t>
      </w:r>
      <w:r>
        <w:t>radio ki khatoon announcer ne kaha ke is ka matlab hai ke aap apne bachon ko order karti hain.</w:t>
      </w:r>
    </w:p>
    <w:p>
      <w:pPr>
        <w:jc w:val="right"/>
      </w:pPr>
      <w:r>
        <w:t>ریڈیو کی خاتون اناؤنسر نے کہا کہ اس کا مطلب ہے کہ آپ اپنے بچوں کو آرڈر کرتی ہیں۔</w:t>
      </w:r>
    </w:p>
    <w:p>
      <w:r>
        <w:rPr>
          <w:b/>
        </w:rPr>
        <w:t xml:space="preserve">[2:37:36] </w:t>
      </w:r>
      <w:r>
        <w:t>mazkoora khatoon ne foran kaha ke nahi, nahi, main order nahi karti.</w:t>
      </w:r>
    </w:p>
    <w:p>
      <w:pPr>
        <w:jc w:val="right"/>
      </w:pPr>
      <w:r>
        <w:t>مذکورہ خاتون نے فوراً کہا کہ نہیں، نہیں، میں آرڈر نہیں کرتی۔</w:t>
      </w:r>
    </w:p>
    <w:p>
      <w:r>
        <w:rPr>
          <w:b/>
        </w:rPr>
        <w:t xml:space="preserve">[2:37:42] </w:t>
      </w:r>
      <w:r>
        <w:t>mazkoora khatoon ne apne bachon ke baray mein jo baat kahi woh bilashuba order dene wali baat thi.</w:t>
      </w:r>
    </w:p>
    <w:p>
      <w:pPr>
        <w:jc w:val="right"/>
      </w:pPr>
      <w:r>
        <w:t>مذکورہ خاتون نے اپنے بچوں کے بارے میں جو بات کہی وہ بلاشبہ آرڈر دینے والی بات تھی۔</w:t>
      </w:r>
    </w:p>
    <w:p>
      <w:r>
        <w:rPr>
          <w:b/>
        </w:rPr>
        <w:t xml:space="preserve">[2:37:48] </w:t>
      </w:r>
      <w:r>
        <w:t>is ki tasdeeq khud is ki apni beti ke remark se hoti hai.</w:t>
      </w:r>
    </w:p>
    <w:p>
      <w:pPr>
        <w:jc w:val="right"/>
      </w:pPr>
      <w:r>
        <w:t>اس کی تصدیق خود اس کی اپنی بیٹی کے ریمارک سے ہوتی ہے۔</w:t>
      </w:r>
    </w:p>
    <w:p>
      <w:r>
        <w:rPr>
          <w:b/>
        </w:rPr>
        <w:t xml:space="preserve">[2:37:54] </w:t>
      </w:r>
      <w:r>
        <w:t>is ke bawajood mazkoora khatoon ne kaha ke nahi, nahi, yahi maujooda zamanay mein taqreeban tamam auraton aur</w:t>
      </w:r>
    </w:p>
    <w:p>
      <w:pPr>
        <w:jc w:val="right"/>
      </w:pPr>
      <w:r>
        <w:t>اس کے باوجود مذکورہ خاتون نے کہا کہ نہیں، نہیں، یہی موجودہ زمانے میں تقریباً تمام عورتوں اور</w:t>
      </w:r>
    </w:p>
    <w:p>
      <w:r>
        <w:rPr>
          <w:b/>
        </w:rPr>
        <w:t xml:space="preserve">[2:38:00] </w:t>
      </w:r>
      <w:r>
        <w:t>mardon ka haal hai.</w:t>
      </w:r>
    </w:p>
    <w:p>
      <w:pPr>
        <w:jc w:val="right"/>
      </w:pPr>
      <w:r>
        <w:t>مردوں کا حال ہے۔</w:t>
      </w:r>
    </w:p>
    <w:p>
      <w:r>
        <w:rPr>
          <w:b/>
        </w:rPr>
        <w:t xml:space="preserve">[2:38:06] </w:t>
      </w:r>
      <w:r>
        <w:t>woh aik baat kahengay aur jab un se mazeed poocha jaye to woh foran lafz badal kar keh</w:t>
      </w:r>
    </w:p>
    <w:p>
      <w:pPr>
        <w:jc w:val="right"/>
      </w:pPr>
      <w:r>
        <w:t>وہ ایک بات کہیں گے اور جب ان سے مزید پوچھا جائے تو وہ فوراً لفظ بدل کر کہہ</w:t>
      </w:r>
    </w:p>
    <w:p>
      <w:r>
        <w:rPr>
          <w:b/>
        </w:rPr>
        <w:t xml:space="preserve">[2:38:12] </w:t>
      </w:r>
      <w:r>
        <w:t>deingay ke nahi, mera yeh matlab nahi.</w:t>
      </w:r>
    </w:p>
    <w:p>
      <w:pPr>
        <w:jc w:val="right"/>
      </w:pPr>
      <w:r>
        <w:t>دیں گے کہ نہیں، میرا یہ مطلب نہیں۔</w:t>
      </w:r>
    </w:p>
    <w:p>
      <w:r>
        <w:rPr>
          <w:b/>
        </w:rPr>
        <w:t xml:space="preserve">[2:38:17] </w:t>
      </w:r>
      <w:r>
        <w:t>yeh bhi jhoot ki aik qism hai.</w:t>
      </w:r>
    </w:p>
    <w:p>
      <w:pPr>
        <w:jc w:val="right"/>
      </w:pPr>
      <w:r>
        <w:t>یہ بھی جھوٹ کی ایک قسم ہے۔</w:t>
      </w:r>
    </w:p>
    <w:p>
      <w:r>
        <w:rPr>
          <w:b/>
        </w:rPr>
        <w:t xml:space="preserve">[2:38:22] </w:t>
      </w:r>
      <w:r>
        <w:t>aam jhoot agar khula hua jhoot hota hai to yeh jhoot aik chupa hua jhoot yaani kuzb-e-khafi hai.</w:t>
      </w:r>
    </w:p>
    <w:p>
      <w:pPr>
        <w:jc w:val="right"/>
      </w:pPr>
      <w:r>
        <w:t>عام جھوٹ اگر کھلا ہوا جھوٹ ہوتا ہے تو یہ جھوٹ ایک چھپا ہوا جھوٹ یعنی کذب خفی ہے۔</w:t>
      </w:r>
    </w:p>
    <w:p>
      <w:r>
        <w:rPr>
          <w:b/>
        </w:rPr>
        <w:t xml:space="preserve">[2:38:27] </w:t>
      </w:r>
      <w:r>
        <w:t>is qism ka jhoot kisi insaan ke liye nihayat tabah kun hai.</w:t>
      </w:r>
    </w:p>
    <w:p>
      <w:pPr>
        <w:jc w:val="right"/>
      </w:pPr>
      <w:r>
        <w:t>اس قسم کا جھوٹ کسی انسان کے لیے نہایت تباہ کن ہے۔</w:t>
      </w:r>
    </w:p>
    <w:p>
      <w:r>
        <w:rPr>
          <w:b/>
        </w:rPr>
        <w:t xml:space="preserve">[2:38:32] </w:t>
      </w:r>
      <w:r>
        <w:t>woh aadmi ke andar kamzor shakhsiyat yaani weak personality paida karta hai.</w:t>
      </w:r>
    </w:p>
    <w:p>
      <w:pPr>
        <w:jc w:val="right"/>
      </w:pPr>
      <w:r>
        <w:t>وہ آدمی کے اندر کمزور شخصیت یعنی ویک پرسنیلٹی پیدا کرتا ہے۔</w:t>
      </w:r>
    </w:p>
    <w:p>
      <w:r>
        <w:rPr>
          <w:b/>
        </w:rPr>
        <w:t xml:space="preserve">[2:38:37] </w:t>
      </w:r>
      <w:r>
        <w:t>jin logon ke andar</w:t>
      </w:r>
    </w:p>
    <w:p>
      <w:pPr>
        <w:jc w:val="right"/>
      </w:pPr>
      <w:r>
        <w:t>جن لوگوں کے اند</w:t>
      </w:r>
    </w:p>
    <w:p>
      <w:r>
        <w:rPr>
          <w:b/>
        </w:rPr>
        <w:t xml:space="preserve">[2:38:42] </w:t>
      </w:r>
      <w:r>
        <w:t>kamzor shakhsiyat ho un ka zehn artaqa nahi ho sakta.</w:t>
      </w:r>
    </w:p>
    <w:p>
      <w:pPr>
        <w:jc w:val="right"/>
      </w:pPr>
      <w:r>
        <w:t>ر کمزور شخصیت ہو ان کا ذہنی ارتقاء نہیں ہو سکتا۔</w:t>
      </w:r>
    </w:p>
    <w:p>
      <w:r>
        <w:rPr>
          <w:b/>
        </w:rPr>
        <w:t xml:space="preserve">[2:38:50] </w:t>
      </w:r>
      <w:r>
        <w:t>aisay logon ke andar jannati shakhsiyat ki taameer nahi ho sakti.</w:t>
      </w:r>
    </w:p>
    <w:p>
      <w:pPr>
        <w:jc w:val="right"/>
      </w:pPr>
      <w:r>
        <w:t>ایسے لوگوں کے اندر جنتی شخصیت کی تعمیر نہیں ہو سکتی۔</w:t>
      </w:r>
    </w:p>
    <w:p>
      <w:r>
        <w:rPr>
          <w:b/>
        </w:rPr>
        <w:t xml:space="preserve">[2:38:58] </w:t>
      </w:r>
      <w:r>
        <w:t>aakhirat ki dunya mein aisay kamzor shakhsiyat walay log Khuda ke paros mein jagah panay se mehroom rahengay.</w:t>
      </w:r>
    </w:p>
    <w:p>
      <w:pPr>
        <w:jc w:val="right"/>
      </w:pPr>
      <w:r>
        <w:t>آخرت کی دنیا میں ایسے کمزور شخصیت والے لوگ خدا کے پڑوس میں جگہ پانے سے محروم رہیں گے۔</w:t>
      </w:r>
    </w:p>
    <w:p>
      <w:r>
        <w:rPr>
          <w:b/>
        </w:rPr>
        <w:t xml:space="preserve">[2:39:06] </w:t>
      </w:r>
      <w:r>
        <w:t>khula hua jhoot agar haram hai to chupa hua jhoot insani shakhsiyat ke liye halakat khayz hai.</w:t>
      </w:r>
    </w:p>
    <w:p>
      <w:pPr>
        <w:jc w:val="right"/>
      </w:pPr>
      <w:r>
        <w:t>کھلا ہوا جھوٹ اگر حرام ہے تو چھپا ہوا جھوٹ انسانی شخصیت کے لیے ہلاکت خیز ہے۔</w:t>
      </w:r>
    </w:p>
    <w:p>
      <w:r>
        <w:rPr>
          <w:b/>
        </w:rPr>
        <w:t xml:space="preserve">[2:39:14] </w:t>
      </w:r>
      <w:r>
        <w:t>awlad se tarbiyat.</w:t>
      </w:r>
    </w:p>
    <w:p>
      <w:pPr>
        <w:jc w:val="right"/>
      </w:pPr>
      <w:r>
        <w:t>اولاد سے تربیت۔</w:t>
      </w:r>
    </w:p>
    <w:p>
      <w:r>
        <w:rPr>
          <w:b/>
        </w:rPr>
        <w:t xml:space="preserve">[2:39:19] </w:t>
      </w:r>
      <w:r>
        <w:t>kitab "tarbiyat-e-awlad" Maulana Wahiduddin Khan, safha number 65.</w:t>
      </w:r>
    </w:p>
    <w:p>
      <w:pPr>
        <w:jc w:val="right"/>
      </w:pPr>
      <w:r>
        <w:t>کتاب "تربیتِ اولاد" مولانا وحید الدین خان، صفحہ نمبر 65۔</w:t>
      </w:r>
    </w:p>
    <w:p>
      <w:r>
        <w:rPr>
          <w:b/>
        </w:rPr>
        <w:t xml:space="preserve">[2:39:24] </w:t>
      </w:r>
      <w:r>
        <w:t>aik sahib cigarette ke aadi thay aur rozana teen packet pee jatay thay.</w:t>
      </w:r>
    </w:p>
    <w:p>
      <w:pPr>
        <w:jc w:val="right"/>
      </w:pPr>
      <w:r>
        <w:t>ایک صاحب سگریٹ کے عادی تھے اور روزانہ تین پیکٹ پی جاتے تھے۔</w:t>
      </w:r>
    </w:p>
    <w:p>
      <w:r>
        <w:rPr>
          <w:b/>
        </w:rPr>
        <w:t xml:space="preserve">[2:39:29] </w:t>
      </w:r>
      <w:r>
        <w:t>cigarette peena sehat ke liye muzir hai.</w:t>
      </w:r>
    </w:p>
    <w:p>
      <w:pPr>
        <w:jc w:val="right"/>
      </w:pPr>
      <w:r>
        <w:t>سگریٹ پینا صحت کے لیے مضر ہے۔</w:t>
      </w:r>
    </w:p>
    <w:p>
      <w:r>
        <w:rPr>
          <w:b/>
        </w:rPr>
        <w:t xml:space="preserve">[2:39:34] </w:t>
      </w:r>
      <w:r>
        <w:t>cigarette peena apne kamaye hue paise ko aag lagana hai.</w:t>
      </w:r>
    </w:p>
    <w:p>
      <w:pPr>
        <w:jc w:val="right"/>
      </w:pPr>
      <w:r>
        <w:t>سگریٹ پینا اپنے کمائے ہوئے پیسے کو آگ لگانا ہے۔</w:t>
      </w:r>
    </w:p>
    <w:p>
      <w:r>
        <w:rPr>
          <w:b/>
        </w:rPr>
        <w:t xml:space="preserve">[2:39:39] </w:t>
      </w:r>
      <w:r>
        <w:t>is qism ki koi</w:t>
      </w:r>
    </w:p>
    <w:p>
      <w:pPr>
        <w:jc w:val="right"/>
      </w:pPr>
      <w:r>
        <w:t>اس قسم کی کوئی</w:t>
      </w:r>
    </w:p>
    <w:p>
      <w:r>
        <w:rPr>
          <w:b/>
        </w:rPr>
        <w:t xml:space="preserve">[2:39:44] </w:t>
      </w:r>
      <w:r>
        <w:t>bhi daleel in ko cigarette chornay par amada nahi kar sakti thi.</w:t>
      </w:r>
    </w:p>
    <w:p>
      <w:pPr>
        <w:jc w:val="right"/>
      </w:pPr>
      <w:r>
        <w:t>بھی دلیل ان کو سگریٹ چھوڑنے پر آمادہ نہیں کر سکتی تھی۔</w:t>
      </w:r>
    </w:p>
    <w:p>
      <w:r>
        <w:rPr>
          <w:b/>
        </w:rPr>
        <w:t xml:space="preserve">[2:39:50] </w:t>
      </w:r>
      <w:r>
        <w:t>hata ke woh apne doston ko bhi israr kar ke pilate.</w:t>
      </w:r>
    </w:p>
    <w:p>
      <w:pPr>
        <w:jc w:val="right"/>
      </w:pPr>
      <w:r>
        <w:t>حتیٰ کہ وہ اپنے دوستوں کو بھی اصرار کر کے پلاتے۔</w:t>
      </w:r>
    </w:p>
    <w:p>
      <w:r>
        <w:rPr>
          <w:b/>
        </w:rPr>
        <w:t xml:space="preserve">[2:39:56] </w:t>
      </w:r>
      <w:r>
        <w:t>chaye peene ke baad woh cigarette ka kash lene ko itna zaroori samajhte the ke woh apne doston</w:t>
      </w:r>
    </w:p>
    <w:p>
      <w:pPr>
        <w:jc w:val="right"/>
      </w:pPr>
      <w:r>
        <w:t>چائے پینے کے بعد وہ سگریٹ کا کش لینے کو اتنا ضروری سمجھتے تھے کہ وہ اپنے دوستوں</w:t>
      </w:r>
    </w:p>
    <w:p>
      <w:r>
        <w:rPr>
          <w:b/>
        </w:rPr>
        <w:t xml:space="preserve">[2:40:02] </w:t>
      </w:r>
      <w:r>
        <w:t>se kehte: "jo aadmi chaye pi kar cigarette na piye us ko chaye peene ka haq nahin." magar</w:t>
      </w:r>
    </w:p>
    <w:p>
      <w:pPr>
        <w:jc w:val="right"/>
      </w:pPr>
      <w:r>
        <w:t>سے کہتے: "جو آدمی چائے پی کر سگریٹ نہ پیے اس کو چائے پینے کا حق نہیں۔" مگر</w:t>
      </w:r>
    </w:p>
    <w:p>
      <w:r>
        <w:rPr>
          <w:b/>
        </w:rPr>
        <w:t xml:space="preserve">[2:40:08] </w:t>
      </w:r>
      <w:r>
        <w:t>ek chote se waqeye ne un ki mehboob cigarette un se chura</w:t>
      </w:r>
    </w:p>
    <w:p>
      <w:pPr>
        <w:jc w:val="right"/>
      </w:pPr>
      <w:r>
        <w:t>ایک چھوٹے سے واقعے نے ان کی محبوب سگریٹ ان سے چھڑا</w:t>
      </w:r>
    </w:p>
    <w:p>
      <w:r>
        <w:rPr>
          <w:b/>
        </w:rPr>
        <w:t xml:space="preserve">[2:40:14] </w:t>
      </w:r>
      <w:r>
        <w:t>di.</w:t>
      </w:r>
    </w:p>
    <w:p>
      <w:pPr>
        <w:jc w:val="right"/>
      </w:pPr>
      <w:r>
        <w:t>دی۔</w:t>
      </w:r>
    </w:p>
    <w:p>
      <w:r>
        <w:rPr>
          <w:b/>
        </w:rPr>
        <w:t xml:space="preserve">[2:40:19] </w:t>
      </w:r>
      <w:r>
        <w:t>cigarette ke tukre jo woh peene ke baad phenkte, un ko un ka teen saala bachcha farooq qaisar</w:t>
      </w:r>
    </w:p>
    <w:p>
      <w:pPr>
        <w:jc w:val="right"/>
      </w:pPr>
      <w:r>
        <w:t>سگریٹ کے ٹکڑے جو وہ پینے کے بعد پھینکتے، ان کو ان کا تین سالہ بچہ فاروق قیصر</w:t>
      </w:r>
    </w:p>
    <w:p>
      <w:r>
        <w:rPr>
          <w:b/>
        </w:rPr>
        <w:t xml:space="preserve">[2:40:24] </w:t>
      </w:r>
      <w:r>
        <w:t>utha leta aur munh mein laga kar peeta.</w:t>
      </w:r>
    </w:p>
    <w:p>
      <w:pPr>
        <w:jc w:val="right"/>
      </w:pPr>
      <w:r>
        <w:t>اٹھا لیتا اور منہ میں لگا کر پیتا۔</w:t>
      </w:r>
    </w:p>
    <w:p>
      <w:r>
        <w:rPr>
          <w:b/>
        </w:rPr>
        <w:t xml:space="preserve">[2:40:29] </w:t>
      </w:r>
      <w:r>
        <w:t>malik abdul shakoor sahib is ko mana karte magar woh na manta.</w:t>
      </w:r>
    </w:p>
    <w:p>
      <w:pPr>
        <w:jc w:val="right"/>
      </w:pPr>
      <w:r>
        <w:t>ملک عبدالشکور صاحب اس کو منع کرتے مگر وہ نہ مانتا۔</w:t>
      </w:r>
    </w:p>
    <w:p>
      <w:r>
        <w:rPr>
          <w:b/>
        </w:rPr>
        <w:t xml:space="preserve">[2:40:34] </w:t>
      </w:r>
      <w:r>
        <w:t>ek roz aisa hua ke bachche ki maan ne sakhti se bachche ko mana kiya to bachche ne</w:t>
      </w:r>
    </w:p>
    <w:p>
      <w:pPr>
        <w:jc w:val="right"/>
      </w:pPr>
      <w:r>
        <w:t>ایک روز ایسا ہوا کہ بچے کی ماں نے سختی سے بچے کو منع کیا تو بچے نے</w:t>
      </w:r>
    </w:p>
    <w:p>
      <w:r>
        <w:rPr>
          <w:b/>
        </w:rPr>
        <w:t xml:space="preserve">[2:40:39] </w:t>
      </w:r>
      <w:r>
        <w:t>kaha: "aba bhi to peete</w:t>
      </w:r>
    </w:p>
    <w:p>
      <w:pPr>
        <w:jc w:val="right"/>
      </w:pPr>
      <w:r>
        <w:t>کہا: "ابا بھی تو پیتے</w:t>
      </w:r>
    </w:p>
    <w:p>
      <w:r>
        <w:rPr>
          <w:b/>
        </w:rPr>
        <w:t xml:space="preserve">[2:40:44] </w:t>
      </w:r>
      <w:r>
        <w:t>hain." Mulk Abdul Shakoor sahab ne bachhay ki zuban se yeh suna to un ko sakht jhatka laga. agarchay woh doston ke samnay apni cigarette noshi par qaseeda parhtay thay magar un ka dil khoob janta tha ke cigarette peena aik buri aadat hai jis ka anjam na sirf sehat aur paisay ki barbadi hai balkay woh akhlaq ko bhi bigarnay wala hai. jab koi</w:t>
      </w:r>
    </w:p>
    <w:p>
      <w:pPr>
        <w:jc w:val="right"/>
      </w:pPr>
      <w:r>
        <w:t>ہیں۔" ملک عبدالشکور صاحب نے بچے کی زبان سے یہ سنا تو ان کو سخت جھٹکا لگا۔ اگرچہ وہ دوستوں کے سامنے اپنی سگریٹ نوشی پر قصیدہ پڑھتے تھے مگر ان کا دل خوب جانتا تھا کہ سگریٹ پینا ایک بری عادت ہے جس کا انجام نہ صرف صحت اور پیسے کی بربادی ہے بلکہ وہ اخلاق کو بھی بگاڑنے والا ہے۔ جب کوئی</w:t>
      </w:r>
    </w:p>
    <w:p>
      <w:r>
        <w:rPr>
          <w:b/>
        </w:rPr>
        <w:t xml:space="preserve">[2:41:14] </w:t>
      </w:r>
      <w:r>
        <w:t>shakhs un se cigarette chhodne ko kehta to woh us ke khilaf lafzi dalail ka anbaar laga dete.</w:t>
      </w:r>
    </w:p>
    <w:p>
      <w:pPr>
        <w:jc w:val="right"/>
      </w:pPr>
      <w:r>
        <w:t>شخص ان سے سگریٹ چھوڑنے کو کہتا تو وہ اس کے خلاف لفظی دلائل کا انبار لگا دیتے۔</w:t>
      </w:r>
    </w:p>
    <w:p>
      <w:r>
        <w:rPr>
          <w:b/>
        </w:rPr>
        <w:t xml:space="preserve">[2:41:21] </w:t>
      </w:r>
      <w:r>
        <w:t>magar in dalail ki haqeeqat us ke siwa aur kuchh na thi ke woh apne ek nashe ko</w:t>
      </w:r>
    </w:p>
    <w:p>
      <w:pPr>
        <w:jc w:val="right"/>
      </w:pPr>
      <w:r>
        <w:t>مگر ان دلائل کی حقیقت اس کے سوا اور کچھ نہ تھی کہ وہ اپنے ایک نشے کو</w:t>
      </w:r>
    </w:p>
    <w:p>
      <w:r>
        <w:rPr>
          <w:b/>
        </w:rPr>
        <w:t xml:space="preserve">[2:41:29] </w:t>
      </w:r>
      <w:r>
        <w:t>chhodne ke liye tayyar na the aur us ke liye bhi tayyar na the ke apni ghalti ko maan len.</w:t>
      </w:r>
    </w:p>
    <w:p>
      <w:pPr>
        <w:jc w:val="right"/>
      </w:pPr>
      <w:r>
        <w:t>چھوڑنے کے لیے تیار نہ تھے اور اس کے لیے بھی تیار نہ تھے کہ اپنی غلطی کو مان لیں۔</w:t>
      </w:r>
    </w:p>
    <w:p>
      <w:r>
        <w:rPr>
          <w:b/>
        </w:rPr>
        <w:t xml:space="preserve">[2:41:37] </w:t>
      </w:r>
      <w:r>
        <w:t>is liye woh lafzi taveelat ke sahare apne ko haq bajانب sabit karte the.</w:t>
      </w:r>
    </w:p>
    <w:p>
      <w:pPr>
        <w:jc w:val="right"/>
      </w:pPr>
      <w:r>
        <w:t>اس لیے وہ لفظی تاویلات کے سہارے اپنے کو حق بجانب ثابت کرتے تھے۔</w:t>
      </w:r>
    </w:p>
    <w:p>
      <w:r>
        <w:rPr>
          <w:b/>
        </w:rPr>
        <w:t xml:space="preserve">[2:41:45] </w:t>
      </w:r>
      <w:r>
        <w:t>woh us ki zaroorat hi nahin samajhte the ke cigarette ke khilaf kisi dalil par sanjeedgi ke sath ghaur karen.</w:t>
      </w:r>
    </w:p>
    <w:p>
      <w:pPr>
        <w:jc w:val="right"/>
      </w:pPr>
      <w:r>
        <w:t>وہ اس کی ضرورت ہی نہیں سمجھتے تھے کہ سگریٹ کے خلاف کسی دلیل پر سنجیدگی کے ساتھ غور کریں۔</w:t>
      </w:r>
    </w:p>
    <w:p>
      <w:r>
        <w:rPr>
          <w:b/>
        </w:rPr>
        <w:t xml:space="preserve">[2:41:51] </w:t>
      </w:r>
      <w:r>
        <w:t>magar jab cigarette ka sawal bachche ki zindagi ka sawal ban gaya to achaanak woh sanjeeda ho gaye.</w:t>
      </w:r>
    </w:p>
    <w:p>
      <w:pPr>
        <w:jc w:val="right"/>
      </w:pPr>
      <w:r>
        <w:t>مگر جب سگریٹ کا سوال بچے کی زندگی کا سوال بن گیا تو اچانک وہ سنجیدہ ہو گئے۔</w:t>
      </w:r>
    </w:p>
    <w:p>
      <w:r>
        <w:rPr>
          <w:b/>
        </w:rPr>
        <w:t xml:space="preserve">[2:41:57] </w:t>
      </w:r>
      <w:r>
        <w:t>un ke zehn se woh tamam parde hat gaye jinhon ne ek saada si haqeeqat ko samajhna un</w:t>
      </w:r>
    </w:p>
    <w:p>
      <w:pPr>
        <w:jc w:val="right"/>
      </w:pPr>
      <w:r>
        <w:t>ان کے ذہن سے وہ تمام پردے ہٹ گئے جنہوں نے ایک سادہ سی حقیقت کو سمجھنا ان</w:t>
      </w:r>
    </w:p>
    <w:p>
      <w:r>
        <w:rPr>
          <w:b/>
        </w:rPr>
        <w:t xml:space="preserve">[2:42:03] </w:t>
      </w:r>
      <w:r>
        <w:t>ke liye namumkin bana diya tha.</w:t>
      </w:r>
    </w:p>
    <w:p>
      <w:pPr>
        <w:jc w:val="right"/>
      </w:pPr>
      <w:r>
        <w:t>کے لیے ناممکن بنا دیا تھا۔</w:t>
      </w:r>
    </w:p>
    <w:p>
      <w:r>
        <w:rPr>
          <w:b/>
        </w:rPr>
        <w:t xml:space="preserve">[2:42:09] </w:t>
      </w:r>
      <w:r>
        <w:t>jo shakhs mazboot dalail ke aage hathiyar daalne</w:t>
      </w:r>
    </w:p>
    <w:p>
      <w:pPr>
        <w:jc w:val="right"/>
      </w:pPr>
      <w:r>
        <w:t>جو شخص مضبوط دلائل کے آگے ہتھیار ڈالنے</w:t>
      </w:r>
    </w:p>
    <w:p>
      <w:r>
        <w:rPr>
          <w:b/>
        </w:rPr>
        <w:t xml:space="preserve">[2:42:15] </w:t>
      </w:r>
      <w:r>
        <w:t>par tayyar na hota tha woh ek bachche ke kamzor alfaaz ke aage bilkul dah gaya.</w:t>
      </w:r>
    </w:p>
    <w:p>
      <w:pPr>
        <w:jc w:val="right"/>
      </w:pPr>
      <w:r>
        <w:t>پر تیار نہ ہوتا تھا وہ ایک بچے کے کمزور الفاظ کے آگے بالکل ڈہ گیا۔</w:t>
      </w:r>
    </w:p>
    <w:p>
      <w:r>
        <w:rPr>
          <w:b/>
        </w:rPr>
        <w:t xml:space="preserve">[2:42:22] </w:t>
      </w:r>
      <w:r>
        <w:t>agar main khud cigarette peeta rahoon to main apne bachche ko cigarette peene se baaz nahin rakh sakta.</w:t>
      </w:r>
    </w:p>
    <w:p>
      <w:pPr>
        <w:jc w:val="right"/>
      </w:pPr>
      <w:r>
        <w:t>اگر میں خود سگریٹ پیتا رہوں تو میں اپنے بچے کو سگریٹ پینے سے باز نہیں رکھ سکتا۔</w:t>
      </w:r>
    </w:p>
    <w:p>
      <w:r>
        <w:rPr>
          <w:b/>
        </w:rPr>
        <w:t xml:space="preserve">[2:42:30] </w:t>
      </w:r>
      <w:r>
        <w:t>unhon ne socha bachche ka yeh kehna ke aba bhi to peete hain un ke liye ek aisa</w:t>
      </w:r>
    </w:p>
    <w:p>
      <w:pPr>
        <w:jc w:val="right"/>
      </w:pPr>
      <w:r>
        <w:t>انہوں نے سوچا بچے کا یہ کہنا کہ ابا بھی تو پیتے ہیں ان کے لیے ایک ایسا</w:t>
      </w:r>
    </w:p>
    <w:p>
      <w:r>
        <w:rPr>
          <w:b/>
        </w:rPr>
        <w:t xml:space="preserve">[2:42:37] </w:t>
      </w:r>
      <w:r>
        <w:t>hathoda ban gaya jis ki zarb ko bardasht karne ki taqat un ke andar na thi.</w:t>
      </w:r>
    </w:p>
    <w:p>
      <w:pPr>
        <w:jc w:val="right"/>
      </w:pPr>
      <w:r>
        <w:t>ہتھوڑا بن گیا جس کی ضرب کو برداشت کرنے کی طاقت ان کے اندر نہ تھی۔</w:t>
      </w:r>
    </w:p>
    <w:p>
      <w:r>
        <w:rPr>
          <w:b/>
        </w:rPr>
        <w:t xml:space="preserve">[2:42:45] </w:t>
      </w:r>
      <w:r>
        <w:t>bachche ki zuban se yeh alfaaz sun kar un ko sakht jhatka laga.</w:t>
      </w:r>
    </w:p>
    <w:p>
      <w:pPr>
        <w:jc w:val="right"/>
      </w:pPr>
      <w:r>
        <w:t>بچے کی زبان سے یہ الفاظ سن کر ان کو سخت جھٹکا لگا۔</w:t>
      </w:r>
    </w:p>
    <w:p>
      <w:r>
        <w:rPr>
          <w:b/>
        </w:rPr>
        <w:t xml:space="preserve">[2:42:50] </w:t>
      </w:r>
      <w:r>
        <w:t>unhon ne ek lamhe ke andar woh faisla kar liya jis ke liye un ke doston ko mahinon</w:t>
      </w:r>
    </w:p>
    <w:p>
      <w:pPr>
        <w:jc w:val="right"/>
      </w:pPr>
      <w:r>
        <w:t>انہوں نے ایک لمحے کے اندر وہ فیصلہ کر لیا جس کے لیے ان کے دوستوں کو مہینوں</w:t>
      </w:r>
    </w:p>
    <w:p>
      <w:r>
        <w:rPr>
          <w:b/>
        </w:rPr>
        <w:t xml:space="preserve">[2:42:56] </w:t>
      </w:r>
      <w:r>
        <w:t>aur saalon ki koshish bhi nakaafi saabit hui thi.</w:t>
      </w:r>
    </w:p>
    <w:p>
      <w:pPr>
        <w:jc w:val="right"/>
      </w:pPr>
      <w:r>
        <w:t>اور سالوں کی کوشش بھی ناکافی ثابت ہوئی تھی۔</w:t>
      </w:r>
    </w:p>
    <w:p>
      <w:r>
        <w:rPr>
          <w:b/>
        </w:rPr>
        <w:t xml:space="preserve">[2:43:01] </w:t>
      </w:r>
      <w:r>
        <w:t>yeh Ramzan ka mahina tha.</w:t>
      </w:r>
    </w:p>
    <w:p>
      <w:pPr>
        <w:jc w:val="right"/>
      </w:pPr>
      <w:r>
        <w:t>یہ رمضان کا مہینہ تھا۔</w:t>
      </w:r>
    </w:p>
    <w:p>
      <w:r>
        <w:rPr>
          <w:b/>
        </w:rPr>
        <w:t xml:space="preserve">[2:43:06] </w:t>
      </w:r>
      <w:r>
        <w:t>unhon ne tay kar liya ke woh cigarette peena bilkul chhod denge.</w:t>
      </w:r>
    </w:p>
    <w:p>
      <w:pPr>
        <w:jc w:val="right"/>
      </w:pPr>
      <w:r>
        <w:t>انہوں نے طے کر لیا کہ وہ سگریٹ پینا بالکل چھوڑ دیں گے۔</w:t>
      </w:r>
    </w:p>
    <w:p>
      <w:r>
        <w:rPr>
          <w:b/>
        </w:rPr>
        <w:t xml:space="preserve">[2:43:11] </w:t>
      </w:r>
      <w:r>
        <w:t>unhon ne na sirf agle din cigarette nahin pi balkeh mustaqil taur par cigarette noshi tark kar di.</w:t>
      </w:r>
    </w:p>
    <w:p>
      <w:pPr>
        <w:jc w:val="right"/>
      </w:pPr>
      <w:r>
        <w:t>انہوں نے نہ صرف اگلے دن سگریٹ نہیں پی بلکہ مستقل طور پر سگریٹ نوشی ترک کر دی۔</w:t>
      </w:r>
    </w:p>
    <w:p>
      <w:r>
        <w:rPr>
          <w:b/>
        </w:rPr>
        <w:t xml:space="preserve">[2:43:17] </w:t>
      </w:r>
      <w:r>
        <w:t>un ko cigarette se mohabbat thi magar bete se is se zyada mohabbat thi.</w:t>
      </w:r>
    </w:p>
    <w:p>
      <w:pPr>
        <w:jc w:val="right"/>
      </w:pPr>
      <w:r>
        <w:t>ان کو سگریٹ سے محبت تھی مگر بیٹے سے اس سے زیادہ محبت تھی۔</w:t>
      </w:r>
    </w:p>
    <w:p>
      <w:r>
        <w:rPr>
          <w:b/>
        </w:rPr>
        <w:t xml:space="preserve">[2:43:23] </w:t>
      </w:r>
      <w:r>
        <w:t>is ne bete ki khatir cigarette ko chhod diya.</w:t>
      </w:r>
    </w:p>
    <w:p>
      <w:pPr>
        <w:jc w:val="right"/>
      </w:pPr>
      <w:r>
        <w:t>اس نے بیٹے کی خاطر سگریٹ کو چھوڑ دیا۔</w:t>
      </w:r>
    </w:p>
    <w:p>
      <w:r>
        <w:rPr>
          <w:b/>
        </w:rPr>
        <w:t xml:space="preserve">[2:43:29] </w:t>
      </w:r>
      <w:r>
        <w:t>isi tarah har aadmi ko apne mafadat aur masaleh se mohabbat hoti hai.</w:t>
      </w:r>
    </w:p>
    <w:p>
      <w:pPr>
        <w:jc w:val="right"/>
      </w:pPr>
      <w:r>
        <w:t>اسی طرح ہر آدمی کو اپنے مفادات اور مصالح سے محبت ہوتی ہے۔</w:t>
      </w:r>
    </w:p>
    <w:p>
      <w:r>
        <w:rPr>
          <w:b/>
        </w:rPr>
        <w:t xml:space="preserve">[2:43:35] </w:t>
      </w:r>
      <w:r>
        <w:t>Islam yeh hai ke Khuda ki mohabbat itni badh jaaye ke us ki khatir aadmi dunya ke mafadat</w:t>
      </w:r>
    </w:p>
    <w:p>
      <w:pPr>
        <w:jc w:val="right"/>
      </w:pPr>
      <w:r>
        <w:t>اسلام یہ ہے کہ خدا کی محبت اتنی بڑھ جائے کہ اس کی خاطر آدمی دنیا کے مفادات</w:t>
      </w:r>
    </w:p>
    <w:p>
      <w:r>
        <w:rPr>
          <w:b/>
        </w:rPr>
        <w:t xml:space="preserve">[2:43:41] </w:t>
      </w:r>
      <w:r>
        <w:t>aur masaleh ko qurban kar de.</w:t>
      </w:r>
    </w:p>
    <w:p>
      <w:pPr>
        <w:jc w:val="right"/>
      </w:pPr>
      <w:r>
        <w:t>اور مصالح کو قربان کر دے۔</w:t>
      </w:r>
    </w:p>
    <w:p>
      <w:r>
        <w:rPr>
          <w:b/>
        </w:rPr>
        <w:t xml:space="preserve">[2:43:48] </w:t>
      </w:r>
      <w:r>
        <w:t>America mein muqeem ek Musalman se mulaqaat hui.</w:t>
      </w:r>
    </w:p>
    <w:p>
      <w:pPr>
        <w:jc w:val="right"/>
      </w:pPr>
      <w:r>
        <w:t>امریکہ میں مقیم ایک مسلمان سے ملاقات ہوئی۔</w:t>
      </w:r>
    </w:p>
    <w:p>
      <w:r>
        <w:rPr>
          <w:b/>
        </w:rPr>
        <w:t xml:space="preserve">[2:43:53] </w:t>
      </w:r>
      <w:r>
        <w:t>unhon ne kaha ke apne bachchon ke bare mein hum ko yeh fikr rehti hai ke hamare baad</w:t>
      </w:r>
    </w:p>
    <w:p>
      <w:pPr>
        <w:jc w:val="right"/>
      </w:pPr>
      <w:r>
        <w:t>انہوں نے کہا کہ اپنے بچوں کے بارے میں ہم کو یہ فکر رہتی ہے کہ ہمارے بعد</w:t>
      </w:r>
    </w:p>
    <w:p>
      <w:r>
        <w:rPr>
          <w:b/>
        </w:rPr>
        <w:t xml:space="preserve">[2:43:58] </w:t>
      </w:r>
      <w:r>
        <w:t>deeni aitbaar se in bachchon ka kya haal hoga.</w:t>
      </w:r>
    </w:p>
    <w:p>
      <w:pPr>
        <w:jc w:val="right"/>
      </w:pPr>
      <w:r>
        <w:t>دینی اعتبار سے ان بچوں کا کیا حال ہوگا۔</w:t>
      </w:r>
    </w:p>
    <w:p>
      <w:r>
        <w:rPr>
          <w:b/>
        </w:rPr>
        <w:t xml:space="preserve">[2:44:03] </w:t>
      </w:r>
      <w:r>
        <w:t>unhon ne bataya ke hamare bachche secular schoolon mein padhte hain.</w:t>
      </w:r>
    </w:p>
    <w:p>
      <w:pPr>
        <w:jc w:val="right"/>
      </w:pPr>
      <w:r>
        <w:t>انہوں نے بتایا کہ ہمارے بچے سیکولر اسکولوں میں پڑھتے ہیں۔</w:t>
      </w:r>
    </w:p>
    <w:p>
      <w:r>
        <w:rPr>
          <w:b/>
        </w:rPr>
        <w:t xml:space="preserve">[2:44:08] </w:t>
      </w:r>
      <w:r>
        <w:t>albata hum apne ghar par isi ke saath bachchon ki deeni tarbiyat karne ki koshish karte hain.</w:t>
      </w:r>
    </w:p>
    <w:p>
      <w:pPr>
        <w:jc w:val="right"/>
      </w:pPr>
      <w:r>
        <w:t>البتہ ہم اپنے گھر پر اسی کے ساتھ بچوں کی دینی تربیت کرنے کی کوشش کرتے ہیں۔</w:t>
      </w:r>
    </w:p>
    <w:p>
      <w:r>
        <w:rPr>
          <w:b/>
        </w:rPr>
        <w:t xml:space="preserve">[2:44:13] </w:t>
      </w:r>
      <w:r>
        <w:t>America mein is ko home schooling kaha jaata hai.</w:t>
      </w:r>
    </w:p>
    <w:p>
      <w:pPr>
        <w:jc w:val="right"/>
      </w:pPr>
      <w:r>
        <w:t>امریکہ میں اس کو ہوم سکولنگ کہا جاتا ہے۔</w:t>
      </w:r>
    </w:p>
    <w:p>
      <w:r>
        <w:rPr>
          <w:b/>
        </w:rPr>
        <w:t xml:space="preserve">[2:44:18] </w:t>
      </w:r>
      <w:r>
        <w:t>main ne kaha ke jab aap ne America mein rehne ka faisla kiya to aap ko yeh jaanna</w:t>
      </w:r>
    </w:p>
    <w:p>
      <w:pPr>
        <w:jc w:val="right"/>
      </w:pPr>
      <w:r>
        <w:t>میں نے کہا کہ جب آپ نے امریکہ میں رہنے کا فیصلہ کیا تو آپ کو یہ جاننا</w:t>
      </w:r>
    </w:p>
    <w:p>
      <w:r>
        <w:rPr>
          <w:b/>
        </w:rPr>
        <w:t xml:space="preserve">[2:44:24] </w:t>
      </w:r>
      <w:r>
        <w:t>chahiye ke aap yahan ke culture se apne bachchon ko mehfooz nahin rakh sakte.</w:t>
      </w:r>
    </w:p>
    <w:p>
      <w:pPr>
        <w:jc w:val="right"/>
      </w:pPr>
      <w:r>
        <w:t>چاہیے کہ آپ یہاں کے کلچر سے اپنے بچوں کو محفوظ نہیں رکھ سکتے۔</w:t>
      </w:r>
    </w:p>
    <w:p>
      <w:r>
        <w:rPr>
          <w:b/>
        </w:rPr>
        <w:t xml:space="preserve">[2:44:30] </w:t>
      </w:r>
      <w:r>
        <w:t>is cultural sailab ka muqabla home schooling ke zariye karna aisa hi hai jaise kaghaz ki deewar se</w:t>
      </w:r>
    </w:p>
    <w:p>
      <w:pPr>
        <w:jc w:val="right"/>
      </w:pPr>
      <w:r>
        <w:t>اس کلچرل سیلاب کا مقابلہ ہوم سکولنگ کے ذریعے کرنا ایسا ہی ہے جیسے کاغذ کی دیوار سے</w:t>
      </w:r>
    </w:p>
    <w:p>
      <w:r>
        <w:rPr>
          <w:b/>
        </w:rPr>
        <w:t xml:space="preserve">[2:44:36] </w:t>
      </w:r>
      <w:r>
        <w:t>sailab ka muqabla karna.</w:t>
      </w:r>
    </w:p>
    <w:p>
      <w:pPr>
        <w:jc w:val="right"/>
      </w:pPr>
      <w:r>
        <w:t>سیلاب کا مقابلہ کرنا۔</w:t>
      </w:r>
    </w:p>
    <w:p>
      <w:r>
        <w:rPr>
          <w:b/>
        </w:rPr>
        <w:t xml:space="preserve">[2:44:42] </w:t>
      </w:r>
      <w:r>
        <w:t>tajruba batata hai ke ghaliban koi ek bachcha bhi aisa nahin jis ki misaal ko le kar yeh keh</w:t>
      </w:r>
    </w:p>
    <w:p>
      <w:pPr>
        <w:jc w:val="right"/>
      </w:pPr>
      <w:r>
        <w:t>تجربہ بتاتا ہے کہ غالباً کوئی ایک بچہ بھی ایسا نہیں جس کی مثال کو لے کر یہ کہ</w:t>
      </w:r>
    </w:p>
    <w:p>
      <w:r>
        <w:rPr>
          <w:b/>
        </w:rPr>
        <w:t xml:space="preserve">[2:44:48] </w:t>
      </w:r>
      <w:r>
        <w:t>a ja sake ke home schooling ka tareeqa apne matloob nishane ko hasil karne mein kamyab raha hai. aisi halat mein sahi tareeqa yeh hai ke ek taraf ghar ke mahaul ko badla jaye aur doosri taraf bachon ke andar dawati zehan paida kiya jaye. ghar mein sadgi yaani simplicity aur bachon ke andar dawati zehan paida kiye baghair is cultural sailab ka muqabla kar</w:t>
      </w:r>
    </w:p>
    <w:p>
      <w:pPr>
        <w:jc w:val="right"/>
      </w:pPr>
      <w:r>
        <w:t>ا جا سکے کہ ہوم سکولنگ کا طریقہ اپنے مطلوب نشانے کو حاصل کرنے میں کامیاب رہا ہے۔ ایسی حالت میں صحیح طریقہ یہ ہے کہ ایک طرف گھر کے ماحول کو بدلا جائے اور دوسری طرف بچوں کے اندر دعوتی ذہن پیدا کیا جائے۔ گھر میں سادگی یعنی سمپلیسٹی اور بچوں کے اندر دعوتی ذہن پیدا کیے بغیر اس کلچرل سیلاب کا مقابلہ کر</w:t>
      </w:r>
    </w:p>
    <w:p>
      <w:r>
        <w:rPr>
          <w:b/>
        </w:rPr>
        <w:t xml:space="preserve">[2:45:18] </w:t>
      </w:r>
      <w:r>
        <w:t>namumkin nahin hai.</w:t>
      </w:r>
    </w:p>
    <w:p>
      <w:pPr>
        <w:jc w:val="right"/>
      </w:pPr>
      <w:r>
        <w:t>نا ممکن نہیں ہے۔</w:t>
      </w:r>
    </w:p>
    <w:p>
      <w:r>
        <w:rPr>
          <w:b/>
        </w:rPr>
        <w:t xml:space="preserve">[2:45:24] </w:t>
      </w:r>
      <w:r>
        <w:t>mehroomi ek nemat.</w:t>
      </w:r>
    </w:p>
    <w:p>
      <w:pPr>
        <w:jc w:val="right"/>
      </w:pPr>
      <w:r>
        <w:t>محرومی ایک نعمت۔</w:t>
      </w:r>
    </w:p>
    <w:p>
      <w:r>
        <w:rPr>
          <w:b/>
        </w:rPr>
        <w:t xml:space="preserve">[2:45:30] </w:t>
      </w:r>
      <w:r>
        <w:t>kitab "tarbiyat-e-aulad" Maulana Wahiduddin Khan, safha number 68.</w:t>
      </w:r>
    </w:p>
    <w:p>
      <w:pPr>
        <w:jc w:val="right"/>
      </w:pPr>
      <w:r>
        <w:t>کتاب "تربیتِ اولاد" مولانا وحید الدین خان، صفحہ نمبر 68۔</w:t>
      </w:r>
    </w:p>
    <w:p>
      <w:r>
        <w:rPr>
          <w:b/>
        </w:rPr>
        <w:t xml:space="preserve">[2:45:36] </w:t>
      </w:r>
      <w:r>
        <w:t>May 2000 mein main ne Bihar ka safar kiya.</w:t>
      </w:r>
    </w:p>
    <w:p>
      <w:pPr>
        <w:jc w:val="right"/>
      </w:pPr>
      <w:r>
        <w:t>مئی 2000 میں میں نے بہار کا سفر کیا۔</w:t>
      </w:r>
    </w:p>
    <w:p>
      <w:r>
        <w:rPr>
          <w:b/>
        </w:rPr>
        <w:t xml:space="preserve">[2:45:42] </w:t>
      </w:r>
      <w:r>
        <w:t>is safar mein mujhe Bhatia, Bihar ka yateem khana dekhne ka ittefaq hua. yeh</w:t>
      </w:r>
    </w:p>
    <w:p>
      <w:pPr>
        <w:jc w:val="right"/>
      </w:pPr>
      <w:r>
        <w:t>اس سفر میں مجھے بھاٹیا، بہار کا یتیم خانہ دیکھنے کا اتفاق ہوا۔ یہ</w:t>
      </w:r>
    </w:p>
    <w:p>
      <w:r>
        <w:rPr>
          <w:b/>
        </w:rPr>
        <w:t xml:space="preserve">[2:45:48] </w:t>
      </w:r>
      <w:r>
        <w:t>yatim khana 1928 se qaim hai.</w:t>
      </w:r>
    </w:p>
    <w:p>
      <w:pPr>
        <w:jc w:val="right"/>
      </w:pPr>
      <w:r>
        <w:t>یتیم خانہ 1928 سے قائم ہے۔</w:t>
      </w:r>
    </w:p>
    <w:p>
      <w:r>
        <w:rPr>
          <w:b/>
        </w:rPr>
        <w:t xml:space="preserve">[2:45:54] </w:t>
      </w:r>
      <w:r>
        <w:t>haqiqat yeh hai ke kisi bachche ya bachchi ka yatim hona koi burai nahin.</w:t>
      </w:r>
    </w:p>
    <w:p>
      <w:pPr>
        <w:jc w:val="right"/>
      </w:pPr>
      <w:r>
        <w:t>حقیقت یہ ہے کہ کسی بچہ یا بچی کا یتیم ہونا کوئی برائی نہیں۔</w:t>
      </w:r>
    </w:p>
    <w:p>
      <w:r>
        <w:rPr>
          <w:b/>
        </w:rPr>
        <w:t xml:space="preserve">[2:46:00] </w:t>
      </w:r>
      <w:r>
        <w:t>yeh ek nemat hai jo fitrat ki taraf se kisi ko di jati hai.</w:t>
      </w:r>
    </w:p>
    <w:p>
      <w:pPr>
        <w:jc w:val="right"/>
      </w:pPr>
      <w:r>
        <w:t>یہ ایک نعمت ہے جو فطرت کی طرف سے کسی کو دی جاتی ہے۔</w:t>
      </w:r>
    </w:p>
    <w:p>
      <w:r>
        <w:rPr>
          <w:b/>
        </w:rPr>
        <w:t xml:space="preserve">[2:46:06] </w:t>
      </w:r>
      <w:r>
        <w:t>agar yatim hona nemat na hota to Allah taala peghambar-e-Islam ke liye yatimi ka intikhab na farmate.</w:t>
      </w:r>
    </w:p>
    <w:p>
      <w:pPr>
        <w:jc w:val="right"/>
      </w:pPr>
      <w:r>
        <w:t>اگر یتیم ہونا نعمت نہ ہوتا تو اللہ تعالیٰ پیغمبر اسلام کے لیے یتیمی کا انتخاب نہ فرماتے۔</w:t>
      </w:r>
    </w:p>
    <w:p>
      <w:r>
        <w:rPr>
          <w:b/>
        </w:rPr>
        <w:t xml:space="preserve">[2:46:13] </w:t>
      </w:r>
      <w:r>
        <w:t>yatim hona kisi bachche ya bachchi ke liye qudrat ki taraf se ek khushkhabri hai.</w:t>
      </w:r>
    </w:p>
    <w:p>
      <w:pPr>
        <w:jc w:val="right"/>
      </w:pPr>
      <w:r>
        <w:t>یتیم ہونا کسی بچہ یا بچی کے لیے قدرت کی طرف سے ایک خوشخبری ہے۔</w:t>
      </w:r>
    </w:p>
    <w:p>
      <w:r>
        <w:rPr>
          <w:b/>
        </w:rPr>
        <w:t xml:space="preserve">[2:46:19] </w:t>
      </w:r>
      <w:r>
        <w:t>is baat ki khushkhabri ke tum ko zindagi ke safar ke liye woh course ata kiya gaya hai</w:t>
      </w:r>
    </w:p>
    <w:p>
      <w:pPr>
        <w:jc w:val="right"/>
      </w:pPr>
      <w:r>
        <w:t>اس بات کی خوشخبری کہ تم کو زندگی کے سفر کے لیے وہ کورس عطا کیا گیا ہے</w:t>
      </w:r>
    </w:p>
    <w:p>
      <w:r>
        <w:rPr>
          <w:b/>
        </w:rPr>
        <w:t xml:space="preserve">[2:46:25] </w:t>
      </w:r>
      <w:r>
        <w:t>jo is insan ko ata hua jis ke bare mein na sirf Musalman balke ghair Muslim hazrat bhi</w:t>
      </w:r>
    </w:p>
    <w:p>
      <w:pPr>
        <w:jc w:val="right"/>
      </w:pPr>
      <w:r>
        <w:t>جو اس انسان کو عطا ہوا جس کے بارے میں نہ صرف مسلمان بلکہ غیر مسلم حضرات بھی</w:t>
      </w:r>
    </w:p>
    <w:p>
      <w:r>
        <w:rPr>
          <w:b/>
        </w:rPr>
        <w:t xml:space="preserve">[2:46:31] </w:t>
      </w:r>
      <w:r>
        <w:t>is baat ki gawahi de rahe hain ke aap sallallahu alaihi wasallam tareekh-e-bashri ke sab se</w:t>
      </w:r>
    </w:p>
    <w:p>
      <w:pPr>
        <w:jc w:val="right"/>
      </w:pPr>
      <w:r>
        <w:t>اس بات کی گواہی دے رہے ہیں کہ آپ صلی اللہ علیہ وسلم تاریخ بشری کے سب سے</w:t>
      </w:r>
    </w:p>
    <w:p>
      <w:r>
        <w:rPr>
          <w:b/>
        </w:rPr>
        <w:t xml:space="preserve">[2:46:37] </w:t>
      </w:r>
      <w:r>
        <w:t>zyada kamyab insan the.</w:t>
      </w:r>
    </w:p>
    <w:p>
      <w:pPr>
        <w:jc w:val="right"/>
      </w:pPr>
      <w:r>
        <w:t>زیادہ کامیاب انسان تھے۔</w:t>
      </w:r>
    </w:p>
    <w:p>
      <w:r>
        <w:rPr>
          <w:b/>
        </w:rPr>
        <w:t xml:space="preserve">[2:46:43] </w:t>
      </w:r>
      <w:r>
        <w:t>yatim bachcha ya bachchi ko paida hone ke baad duniya</w:t>
      </w:r>
    </w:p>
    <w:p>
      <w:pPr>
        <w:jc w:val="right"/>
      </w:pPr>
      <w:r>
        <w:t>یتیم بچہ یا بچی کو پیدا ہونے کے بعد دنیا</w:t>
      </w:r>
    </w:p>
    <w:p>
      <w:r>
        <w:rPr>
          <w:b/>
        </w:rPr>
        <w:t xml:space="preserve">[2:46:49] </w:t>
      </w:r>
      <w:r>
        <w:t>mein apne fitri imkan ko barooye kar lane ke liye aur kya cheez milni chahiye is ka ishara</w:t>
      </w:r>
    </w:p>
    <w:p>
      <w:pPr>
        <w:jc w:val="right"/>
      </w:pPr>
      <w:r>
        <w:t>میں اپنے فطری امکان کو بروئے کار لانے کے لیے اور کیا چیز ملنی چاہیے اس کا اشارہ</w:t>
      </w:r>
    </w:p>
    <w:p>
      <w:r>
        <w:rPr>
          <w:b/>
        </w:rPr>
        <w:t xml:space="preserve">[2:46:57] </w:t>
      </w:r>
      <w:r>
        <w:t>is Qurani aayat mein milta hai: "Alam yaduka yateeman fa'awa" Surah number 93 aayat 6.</w:t>
      </w:r>
    </w:p>
    <w:p>
      <w:pPr>
        <w:jc w:val="right"/>
      </w:pPr>
      <w:r>
        <w:t>اس قرآنی آیت میں ملتا ہے: "المیدک یتیما فاوا" سورہ نمبر 93 آیت 6۔</w:t>
      </w:r>
    </w:p>
    <w:p>
      <w:r>
        <w:rPr>
          <w:b/>
        </w:rPr>
        <w:t xml:space="preserve">[2:47:04] </w:t>
      </w:r>
      <w:r>
        <w:t>yani kya Allah ne tum ko yatim nahin paya phir us ne tum ko thikana diya? Apne aaghaz</w:t>
      </w:r>
    </w:p>
    <w:p>
      <w:pPr>
        <w:jc w:val="right"/>
      </w:pPr>
      <w:r>
        <w:t>یعنی کیا اللہ نے تم کو یتیم نہیں پایا پھر اس نے تم کو ٹھکانہ دیا؟ اپنے آغاز</w:t>
      </w:r>
    </w:p>
    <w:p>
      <w:r>
        <w:rPr>
          <w:b/>
        </w:rPr>
        <w:t xml:space="preserve">[2:47:12] </w:t>
      </w:r>
      <w:r>
        <w:t>hayat mein apni zindagi ki taameer ke liye ek mawa.</w:t>
      </w:r>
    </w:p>
    <w:p>
      <w:pPr>
        <w:jc w:val="right"/>
      </w:pPr>
      <w:r>
        <w:t>حیات میں اپنی زندگی کی تعمیر کے لیے ایک ماوا۔</w:t>
      </w:r>
    </w:p>
    <w:p>
      <w:r>
        <w:rPr>
          <w:b/>
        </w:rPr>
        <w:t xml:space="preserve">[2:47:20] </w:t>
      </w:r>
      <w:r>
        <w:t>main samajhta hoon ke yeh yatim khana aur isi tarah tamam yatim khane isi aayat ki amli tafsir hain.</w:t>
      </w:r>
    </w:p>
    <w:p>
      <w:pPr>
        <w:jc w:val="right"/>
      </w:pPr>
      <w:r>
        <w:t>میں سمجھتا ہوں کہ یہ یتیم خانہ اور اسی طرح تمام یتیم خانے اسی آیت کی عملی تفسیر ہیں۔</w:t>
      </w:r>
    </w:p>
    <w:p>
      <w:r>
        <w:rPr>
          <w:b/>
        </w:rPr>
        <w:t xml:space="preserve">[2:47:26] </w:t>
      </w:r>
      <w:r>
        <w:t>woh yatimon ko mawa faraham karte hain.</w:t>
      </w:r>
    </w:p>
    <w:p>
      <w:pPr>
        <w:jc w:val="right"/>
      </w:pPr>
      <w:r>
        <w:t>وہ یتیموں کو ماوا فراہم کرتے ہیں۔</w:t>
      </w:r>
    </w:p>
    <w:p>
      <w:r>
        <w:rPr>
          <w:b/>
        </w:rPr>
        <w:t xml:space="preserve">[2:47:32] </w:t>
      </w:r>
      <w:r>
        <w:t>is tarah ke kaam ko main apni zaban mein mansooba-e-khudawandi samajhta hoon.</w:t>
      </w:r>
    </w:p>
    <w:p>
      <w:pPr>
        <w:jc w:val="right"/>
      </w:pPr>
      <w:r>
        <w:t>اس طرح کے کام کو میں اپنی زبان میں منصوبہ خداوندی سمجھتا ہوں۔</w:t>
      </w:r>
    </w:p>
    <w:p>
      <w:r>
        <w:rPr>
          <w:b/>
        </w:rPr>
        <w:t xml:space="preserve">[2:47:38] </w:t>
      </w:r>
      <w:r>
        <w:t>ek sahab ne apna qissa batate hue kaha ke main bachpan mein yatim ho gaya tha.</w:t>
      </w:r>
    </w:p>
    <w:p>
      <w:pPr>
        <w:jc w:val="right"/>
      </w:pPr>
      <w:r>
        <w:t>ایک صاحب نے اپنا قصہ بتاتے ہوئے کہا کہ میں بچپن میں یتیم ہو گیا تھا۔</w:t>
      </w:r>
    </w:p>
    <w:p>
      <w:r>
        <w:rPr>
          <w:b/>
        </w:rPr>
        <w:t xml:space="preserve">[2:47:44] </w:t>
      </w:r>
      <w:r>
        <w:t>mere rishtedaron ne mujhe yatim khane mein dakhil kar diya. Mere sath</w:t>
      </w:r>
    </w:p>
    <w:p>
      <w:pPr>
        <w:jc w:val="right"/>
      </w:pPr>
      <w:r>
        <w:t>میرے رشتہ داروں نے مجھے یتیم خانے میں داخل کر دیا۔ میرے ساتھ</w:t>
      </w:r>
    </w:p>
    <w:p>
      <w:r>
        <w:rPr>
          <w:b/>
        </w:rPr>
        <w:t xml:space="preserve">[2:47:50] </w:t>
      </w:r>
      <w:r>
        <w:t>do yatim bachche aur the.</w:t>
      </w:r>
    </w:p>
    <w:p>
      <w:pPr>
        <w:jc w:val="right"/>
      </w:pPr>
      <w:r>
        <w:t>دو یتیم بچے اور تھے۔</w:t>
      </w:r>
    </w:p>
    <w:p>
      <w:r>
        <w:rPr>
          <w:b/>
        </w:rPr>
        <w:t xml:space="preserve">[2:47:55] </w:t>
      </w:r>
      <w:r>
        <w:t>hum teeno ne yatim bachchon ki hesiyat se yatim khane mein parvarish pai.</w:t>
      </w:r>
    </w:p>
    <w:p>
      <w:pPr>
        <w:jc w:val="right"/>
      </w:pPr>
      <w:r>
        <w:t>ہم تینوں نے یتیم بچوں کی حیثیت سے یتیم خانے میں پرورش پائی۔</w:t>
      </w:r>
    </w:p>
    <w:p>
      <w:r>
        <w:rPr>
          <w:b/>
        </w:rPr>
        <w:t xml:space="preserve">[2:48:00] </w:t>
      </w:r>
      <w:r>
        <w:t>us waqt bazahir hamara koi mustaqbil na tha magar aaj hum teeno Allah ke fazl se kamyab zindagi</w:t>
      </w:r>
    </w:p>
    <w:p>
      <w:pPr>
        <w:jc w:val="right"/>
      </w:pPr>
      <w:r>
        <w:t>اس وقت بظاہر ہمارا کوئی مستقبل نہ تھا مگر آج ہم تینوں اللہ کے فضل سے کامیاب زندگی</w:t>
      </w:r>
    </w:p>
    <w:p>
      <w:r>
        <w:rPr>
          <w:b/>
        </w:rPr>
        <w:t xml:space="preserve">[2:48:05] </w:t>
      </w:r>
      <w:r>
        <w:t>guzar rahe hain.</w:t>
      </w:r>
    </w:p>
    <w:p>
      <w:pPr>
        <w:jc w:val="right"/>
      </w:pPr>
      <w:r>
        <w:t>گزار رہے ہیں۔</w:t>
      </w:r>
    </w:p>
    <w:p>
      <w:r>
        <w:rPr>
          <w:b/>
        </w:rPr>
        <w:t xml:space="preserve">[2:48:10] </w:t>
      </w:r>
      <w:r>
        <w:t>main ne kaha ke yeh aap ke isi yatim hone ka nateeja hai.</w:t>
      </w:r>
    </w:p>
    <w:p>
      <w:pPr>
        <w:jc w:val="right"/>
      </w:pPr>
      <w:r>
        <w:t>میں نے کہا کہ یہ آپ کے اسی یتیم ہونے کا نتیجہ ہے۔</w:t>
      </w:r>
    </w:p>
    <w:p>
      <w:r>
        <w:rPr>
          <w:b/>
        </w:rPr>
        <w:t xml:space="preserve">[2:48:15] </w:t>
      </w:r>
      <w:r>
        <w:t>yatimi ki halat behtareen halat hai. Yatimi</w:t>
      </w:r>
    </w:p>
    <w:p>
      <w:pPr>
        <w:jc w:val="right"/>
      </w:pPr>
      <w:r>
        <w:t>یتیمی کی حالت بہترین حالت ہے۔ یتیمی</w:t>
      </w:r>
    </w:p>
    <w:p>
      <w:r>
        <w:rPr>
          <w:b/>
        </w:rPr>
        <w:t xml:space="preserve">[2:48:20] </w:t>
      </w:r>
      <w:r>
        <w:t>aadmi ke andar khud shanaasi paida karti hai.</w:t>
      </w:r>
    </w:p>
    <w:p>
      <w:pPr>
        <w:jc w:val="right"/>
      </w:pPr>
      <w:r>
        <w:t>آدمی کے اندر خود شناسی پیدا کرتی ہے۔</w:t>
      </w:r>
    </w:p>
    <w:p>
      <w:r>
        <w:rPr>
          <w:b/>
        </w:rPr>
        <w:t xml:space="preserve">[2:48:25] </w:t>
      </w:r>
      <w:r>
        <w:t>woh aadmi ke andar khud kafil banne ka jazba ubharti hai.</w:t>
      </w:r>
    </w:p>
    <w:p>
      <w:pPr>
        <w:jc w:val="right"/>
      </w:pPr>
      <w:r>
        <w:t>وہ آدمی کے اندر خود کفیل بننے کا جذبہ ابھارتی ہے۔</w:t>
      </w:r>
    </w:p>
    <w:p>
      <w:r>
        <w:rPr>
          <w:b/>
        </w:rPr>
        <w:t xml:space="preserve">[2:48:30] </w:t>
      </w:r>
      <w:r>
        <w:t>yateem aadmi samajhta hai ke mera koi sahara nahi is liye mujh ko khud hi sara amal karna hai.</w:t>
      </w:r>
    </w:p>
    <w:p>
      <w:pPr>
        <w:jc w:val="right"/>
      </w:pPr>
      <w:r>
        <w:t>یتیم آدمی سمجھتا ہے کہ میرا کوئی سہارا نہیں اس لیے مجھ کو خود ہی سارا عمل کرنا ہے۔</w:t>
      </w:r>
    </w:p>
    <w:p>
      <w:r>
        <w:rPr>
          <w:b/>
        </w:rPr>
        <w:t xml:space="preserve">[2:48:35] </w:t>
      </w:r>
      <w:r>
        <w:t>is tarah woh doosron se zyada mehnat karne lagta hai.</w:t>
      </w:r>
    </w:p>
    <w:p>
      <w:pPr>
        <w:jc w:val="right"/>
      </w:pPr>
      <w:r>
        <w:t>اس طرح وہ دوسروں سے زیادہ محنت کرنے لگتا ہے۔</w:t>
      </w:r>
    </w:p>
    <w:p>
      <w:r>
        <w:rPr>
          <w:b/>
        </w:rPr>
        <w:t xml:space="preserve">[2:48:40] </w:t>
      </w:r>
      <w:r>
        <w:t>yateemi ke halaat aadmi ko hero bana dete hain.</w:t>
      </w:r>
    </w:p>
    <w:p>
      <w:pPr>
        <w:jc w:val="right"/>
      </w:pPr>
      <w:r>
        <w:t>یتیمی کے حالات آدمی کو ہیرو بنا دیتے ہیں۔</w:t>
      </w:r>
    </w:p>
    <w:p>
      <w:r>
        <w:rPr>
          <w:b/>
        </w:rPr>
        <w:t xml:space="preserve">[2:48:45] </w:t>
      </w:r>
      <w:r>
        <w:t>differently abled person.</w:t>
      </w:r>
    </w:p>
    <w:p>
      <w:pPr>
        <w:jc w:val="right"/>
      </w:pPr>
      <w:r>
        <w:t>ڈفرنٹلی ایبلڈ پرسن۔</w:t>
      </w:r>
    </w:p>
    <w:p>
      <w:r>
        <w:rPr>
          <w:b/>
        </w:rPr>
        <w:t xml:space="preserve">[2:48:50] </w:t>
      </w:r>
      <w:r>
        <w:t>kitaab "tarbiyat-e-aulad" Maulana Wahiduddin Khan, safha number 69.</w:t>
      </w:r>
    </w:p>
    <w:p>
      <w:pPr>
        <w:jc w:val="right"/>
      </w:pPr>
      <w:r>
        <w:t>کتاب "تربیتِ اولاد" مولانا وحید الدین خان، صفحہ نمبر 69۔</w:t>
      </w:r>
    </w:p>
    <w:p>
      <w:r>
        <w:rPr>
          <w:b/>
        </w:rPr>
        <w:t xml:space="preserve">[2:48:56] </w:t>
      </w:r>
      <w:r>
        <w:t>October 2000 mein maine Bhopal ka safar kiya.</w:t>
      </w:r>
    </w:p>
    <w:p>
      <w:pPr>
        <w:jc w:val="right"/>
      </w:pPr>
      <w:r>
        <w:t>اکتوبر 2000 میں میں نے بھوپال کا سفر کیا۔</w:t>
      </w:r>
    </w:p>
    <w:p>
      <w:r>
        <w:rPr>
          <w:b/>
        </w:rPr>
        <w:t xml:space="preserve">[2:49:02] </w:t>
      </w:r>
      <w:r>
        <w:t>is dauran maine jo cheezein dekhi un mein se ek rifahi idara bhi tha jo differently abled</w:t>
      </w:r>
    </w:p>
    <w:p>
      <w:pPr>
        <w:jc w:val="right"/>
      </w:pPr>
      <w:r>
        <w:t>اس دوران میں نے جو چیزیں دیکھیں ان میں سے ایک رفاعی ادارہ بھی تھا جو ڈفرنٹلی ایبلڈ</w:t>
      </w:r>
    </w:p>
    <w:p>
      <w:r>
        <w:rPr>
          <w:b/>
        </w:rPr>
        <w:t xml:space="preserve">[2:49:08] </w:t>
      </w:r>
      <w:r>
        <w:t>bachon ke liye qaim kiya gaya tha.</w:t>
      </w:r>
    </w:p>
    <w:p>
      <w:pPr>
        <w:jc w:val="right"/>
      </w:pPr>
      <w:r>
        <w:t>بچوں کے لیے قائم کیا گیا تھا۔</w:t>
      </w:r>
    </w:p>
    <w:p>
      <w:r>
        <w:rPr>
          <w:b/>
        </w:rPr>
        <w:t xml:space="preserve">[2:49:14] </w:t>
      </w:r>
      <w:r>
        <w:t>iska naam shubham viklaan seva</w:t>
      </w:r>
    </w:p>
    <w:p>
      <w:pPr>
        <w:jc w:val="right"/>
      </w:pPr>
      <w:r>
        <w:t>اس کا نام شبھم وکلاں سیوا</w:t>
      </w:r>
    </w:p>
    <w:p>
      <w:r>
        <w:rPr>
          <w:b/>
        </w:rPr>
        <w:t xml:space="preserve">[2:49:21] </w:t>
      </w:r>
      <w:r>
        <w:t>samiti hai.</w:t>
      </w:r>
    </w:p>
    <w:p>
      <w:pPr>
        <w:jc w:val="right"/>
      </w:pPr>
      <w:r>
        <w:t>سمیتی ہے۔</w:t>
      </w:r>
    </w:p>
    <w:p>
      <w:r>
        <w:rPr>
          <w:b/>
        </w:rPr>
        <w:t xml:space="preserve">[2:49:25] </w:t>
      </w:r>
      <w:r>
        <w:t>yeh idara 1980 mein qaim hua hai.</w:t>
      </w:r>
    </w:p>
    <w:p>
      <w:pPr>
        <w:jc w:val="right"/>
      </w:pPr>
      <w:r>
        <w:t>یہ ادارہ 1980 میں قائم ہوا ہے۔</w:t>
      </w:r>
    </w:p>
    <w:p>
      <w:r>
        <w:rPr>
          <w:b/>
        </w:rPr>
        <w:t xml:space="preserve">[2:49:29] </w:t>
      </w:r>
      <w:r>
        <w:t>maine in bachon ko dekha jin ki tadad 63 hai.</w:t>
      </w:r>
    </w:p>
    <w:p>
      <w:pPr>
        <w:jc w:val="right"/>
      </w:pPr>
      <w:r>
        <w:t>میں نے ان بچوں کو دیکھا جن کی تعداد 63 ہے۔</w:t>
      </w:r>
    </w:p>
    <w:p>
      <w:r>
        <w:rPr>
          <w:b/>
        </w:rPr>
        <w:t xml:space="preserve">[2:49:33] </w:t>
      </w:r>
      <w:r>
        <w:t>in mein Hindu aur Musalman dono bachhe shamil hain.</w:t>
      </w:r>
    </w:p>
    <w:p>
      <w:pPr>
        <w:jc w:val="right"/>
      </w:pPr>
      <w:r>
        <w:t>ان میں ہندو اور مسلمان دونوں بچے شامل ہیں۔</w:t>
      </w:r>
    </w:p>
    <w:p>
      <w:r>
        <w:rPr>
          <w:b/>
        </w:rPr>
        <w:t xml:space="preserve">[2:49:38] </w:t>
      </w:r>
      <w:r>
        <w:t>maine kai bachon se baat ki.</w:t>
      </w:r>
    </w:p>
    <w:p>
      <w:pPr>
        <w:jc w:val="right"/>
      </w:pPr>
      <w:r>
        <w:t>میں نے کئی بچوں سے بات کی۔</w:t>
      </w:r>
    </w:p>
    <w:p>
      <w:r>
        <w:rPr>
          <w:b/>
        </w:rPr>
        <w:t xml:space="preserve">[2:49:42] </w:t>
      </w:r>
      <w:r>
        <w:t>do bachon se hone wali baat ko yahan naqal kiya jata hai.</w:t>
      </w:r>
    </w:p>
    <w:p>
      <w:pPr>
        <w:jc w:val="right"/>
      </w:pPr>
      <w:r>
        <w:t>دو بچوں سے ہونے والی بات کو یہاں نقل کیا جاتا ہے۔</w:t>
      </w:r>
    </w:p>
    <w:p>
      <w:r>
        <w:rPr>
          <w:b/>
        </w:rPr>
        <w:t xml:space="preserve">[2:49:46] </w:t>
      </w:r>
      <w:r>
        <w:t>Santosh Chaurasiya, umar 14 saal se maine poocha ke aap yahan kya karte hain? unhon</w:t>
      </w:r>
    </w:p>
    <w:p>
      <w:pPr>
        <w:jc w:val="right"/>
      </w:pPr>
      <w:r>
        <w:t>سنتوش چورسیہ، عمر 14 سال سے میں نے پوچھا کہ آپ یہاں کیا کرتے ہیں؟ انہوں</w:t>
      </w:r>
    </w:p>
    <w:p>
      <w:r>
        <w:rPr>
          <w:b/>
        </w:rPr>
        <w:t xml:space="preserve">[2:49:51] </w:t>
      </w:r>
      <w:r>
        <w:t>ne kaha ke parhte hain.</w:t>
      </w:r>
    </w:p>
    <w:p>
      <w:pPr>
        <w:jc w:val="right"/>
      </w:pPr>
      <w:r>
        <w:t>نے کہا کہ پڑھتے ہیں۔</w:t>
      </w:r>
    </w:p>
    <w:p>
      <w:r>
        <w:rPr>
          <w:b/>
        </w:rPr>
        <w:t xml:space="preserve">[2:49:56] </w:t>
      </w:r>
      <w:r>
        <w:t>maine poocha ke aap kya sochte hain? unhon ne jawab diya ke parh likh kar main apne</w:t>
      </w:r>
    </w:p>
    <w:p>
      <w:pPr>
        <w:jc w:val="right"/>
      </w:pPr>
      <w:r>
        <w:t>میں نے پوچھا کہ آپ کیا سوچتے ہیں؟ انہوں نے جواب دیا کہ پڑھ لکھ کر میں اپنے</w:t>
      </w:r>
    </w:p>
    <w:p>
      <w:r>
        <w:rPr>
          <w:b/>
        </w:rPr>
        <w:t xml:space="preserve">[2:50:01] </w:t>
      </w:r>
      <w:r>
        <w:t>pairon par khara hoonga.</w:t>
      </w:r>
    </w:p>
    <w:p>
      <w:pPr>
        <w:jc w:val="right"/>
      </w:pPr>
      <w:r>
        <w:t>پیروں پر کھڑا ہوں گا۔</w:t>
      </w:r>
    </w:p>
    <w:p>
      <w:r>
        <w:rPr>
          <w:b/>
        </w:rPr>
        <w:t xml:space="preserve">[2:50:06] </w:t>
      </w:r>
      <w:r>
        <w:t>ek bachha jis ne apna naam Shankar Sharma, umar 12 saal bataya, woh bhi apne dono pairon se maذور tha.</w:t>
      </w:r>
    </w:p>
    <w:p>
      <w:pPr>
        <w:jc w:val="right"/>
      </w:pPr>
      <w:r>
        <w:t>ایک بچہ جس نے اپنا نام شنکر شرما، عمر 12 سال بتایا، وہ بھی اپنے دونوں پیروں سے معذور تھا۔</w:t>
      </w:r>
    </w:p>
    <w:p>
      <w:r>
        <w:rPr>
          <w:b/>
        </w:rPr>
        <w:t xml:space="preserve">[2:50:11] </w:t>
      </w:r>
      <w:r>
        <w:t>maine poocha ke aap parhne ke baad kya karenge? us ne jawab diya: "main parh kar</w:t>
      </w:r>
    </w:p>
    <w:p>
      <w:pPr>
        <w:jc w:val="right"/>
      </w:pPr>
      <w:r>
        <w:t>میں نے پوچھا کہ آپ پڑھنے کے بعد کیا کریں گے؟ اس نے جواب دیا: "میں پڑھ کر</w:t>
      </w:r>
    </w:p>
    <w:p>
      <w:r>
        <w:rPr>
          <w:b/>
        </w:rPr>
        <w:t xml:space="preserve">[2:50:16] </w:t>
      </w:r>
      <w:r>
        <w:t>apne pairon par khara hona chahta hoon."</w:t>
      </w:r>
    </w:p>
    <w:p>
      <w:pPr>
        <w:jc w:val="right"/>
      </w:pPr>
      <w:r>
        <w:t>اپنے پیروں پر کھڑا ہونا چاہتا ہوں۔"</w:t>
      </w:r>
    </w:p>
    <w:p>
      <w:r>
        <w:rPr>
          <w:b/>
        </w:rPr>
        <w:t xml:space="preserve">[2:50:21] </w:t>
      </w:r>
      <w:r>
        <w:t>yeh baat woh bachhe keh rahe the jo apne dono pairon se maذور the aur jismani taur par</w:t>
      </w:r>
    </w:p>
    <w:p>
      <w:pPr>
        <w:jc w:val="right"/>
      </w:pPr>
      <w:r>
        <w:t>یہ بات وہ بچے کہہ رہے تھے جو اپنے دونوں پیروں سے معذور تھے اور جسمانی طور پر</w:t>
      </w:r>
    </w:p>
    <w:p>
      <w:r>
        <w:rPr>
          <w:b/>
        </w:rPr>
        <w:t xml:space="preserve">[2:50:27] </w:t>
      </w:r>
      <w:r>
        <w:t>khare nahi ho sakte the.</w:t>
      </w:r>
    </w:p>
    <w:p>
      <w:pPr>
        <w:jc w:val="right"/>
      </w:pPr>
      <w:r>
        <w:t>کھڑے نہیں ہو سکتے تھے۔</w:t>
      </w:r>
    </w:p>
    <w:p>
      <w:r>
        <w:rPr>
          <w:b/>
        </w:rPr>
        <w:t xml:space="preserve">[2:50:33] </w:t>
      </w:r>
      <w:r>
        <w:t>mein ne socha ke ilm mein kaisi ajeeb taqat hai.</w:t>
      </w:r>
    </w:p>
    <w:p>
      <w:pPr>
        <w:jc w:val="right"/>
      </w:pPr>
      <w:r>
        <w:t>میں نے سوچا کہ علم میں کیسی عجیب طاقت ہے۔</w:t>
      </w:r>
    </w:p>
    <w:p>
      <w:r>
        <w:rPr>
          <w:b/>
        </w:rPr>
        <w:t xml:space="preserve">[2:50:39] </w:t>
      </w:r>
      <w:r>
        <w:t>ilm aadmi ko is had tak bashaoor banata hai ke woh jismani tor par kamzor hote hue bhi</w:t>
      </w:r>
    </w:p>
    <w:p>
      <w:pPr>
        <w:jc w:val="right"/>
      </w:pPr>
      <w:r>
        <w:t>علم آدمی کو اس حد تک باشعور بناتا ہے کہ وہ جسمانی طور پر کمزور ہوتے ہوئے بھی</w:t>
      </w:r>
    </w:p>
    <w:p>
      <w:r>
        <w:rPr>
          <w:b/>
        </w:rPr>
        <w:t xml:space="preserve">[2:50:45] </w:t>
      </w:r>
      <w:r>
        <w:t>zehni tor par itna taqatwar ho jaye ke is ki jismani kamzori taraqqi ki rah mein ha</w:t>
      </w:r>
    </w:p>
    <w:p>
      <w:pPr>
        <w:jc w:val="right"/>
      </w:pPr>
      <w:r>
        <w:t>ذہنی طور پر اتنا طاقتور ہو جائے کہ اس کی جسمانی کمزوری ترقی کی راہ میں ح</w:t>
      </w:r>
    </w:p>
    <w:p>
      <w:r>
        <w:rPr>
          <w:b/>
        </w:rPr>
        <w:t xml:space="preserve">[2:50:51] </w:t>
      </w:r>
      <w:r>
        <w:t>ail na ho sake.</w:t>
      </w:r>
    </w:p>
    <w:p>
      <w:pPr>
        <w:jc w:val="right"/>
      </w:pPr>
      <w:r>
        <w:t>ائل نہ ہو سکے۔</w:t>
      </w:r>
    </w:p>
    <w:p>
      <w:r>
        <w:rPr>
          <w:b/>
        </w:rPr>
        <w:t xml:space="preserve">[2:50:56] </w:t>
      </w:r>
      <w:r>
        <w:t>mazeed yeh ke maujooda zamane mein yeh baat research se sabit ho gayi hai ke koi shakhs mutlaq maanon</w:t>
      </w:r>
    </w:p>
    <w:p>
      <w:pPr>
        <w:jc w:val="right"/>
      </w:pPr>
      <w:r>
        <w:t>مزید یہ کہ موجودہ زمانے میں یہ بات ریسرچ سے ثابت ہوگئی ہے کہ کوئی شخص مطلق معنوں</w:t>
      </w:r>
    </w:p>
    <w:p>
      <w:r>
        <w:rPr>
          <w:b/>
        </w:rPr>
        <w:t xml:space="preserve">[2:51:01] </w:t>
      </w:r>
      <w:r>
        <w:t>mein qawi ya zaeef nahi hota.</w:t>
      </w:r>
    </w:p>
    <w:p>
      <w:pPr>
        <w:jc w:val="right"/>
      </w:pPr>
      <w:r>
        <w:t>میں قوی یا ضعیف نہیں ہوتا۔</w:t>
      </w:r>
    </w:p>
    <w:p>
      <w:r>
        <w:rPr>
          <w:b/>
        </w:rPr>
        <w:t xml:space="preserve">[2:51:06] </w:t>
      </w:r>
      <w:r>
        <w:t>chanaanche pehle ma'zoor ke liye "disabled" ka lafz bola jata tha magar ab yeh lafz mutrooq ho gaya hai.</w:t>
      </w:r>
    </w:p>
    <w:p>
      <w:pPr>
        <w:jc w:val="right"/>
      </w:pPr>
      <w:r>
        <w:t>چنانچہ پہلے معذور کے لیے "ڈس ایبلڈ" کا لفظ بولا جاتا تھا مگر اب یہ لفظ متروک ہو گیا ہے۔</w:t>
      </w:r>
    </w:p>
    <w:p>
      <w:r>
        <w:rPr>
          <w:b/>
        </w:rPr>
        <w:t xml:space="preserve">[2:51:11] </w:t>
      </w:r>
      <w:r>
        <w:t>ab aise afraad ko "differently-abled" kaha jata hai.</w:t>
      </w:r>
    </w:p>
    <w:p>
      <w:pPr>
        <w:jc w:val="right"/>
      </w:pPr>
      <w:r>
        <w:t>اب ایسے افراد کو "ڈفرنٹلی ایبلڈ" کہا جاتا ہے۔</w:t>
      </w:r>
    </w:p>
    <w:p>
      <w:r>
        <w:rPr>
          <w:b/>
        </w:rPr>
        <w:t xml:space="preserve">[2:51:16] </w:t>
      </w:r>
      <w:r>
        <w:t>yani aik aitbaar se ma'zoor aur doosr</w:t>
      </w:r>
    </w:p>
    <w:p>
      <w:pPr>
        <w:jc w:val="right"/>
      </w:pPr>
      <w:r>
        <w:t>یعنی ایک اعتبار سے معذور اور دوسر</w:t>
      </w:r>
    </w:p>
    <w:p>
      <w:r>
        <w:rPr>
          <w:b/>
        </w:rPr>
        <w:t xml:space="preserve">[2:51:21] </w:t>
      </w:r>
      <w:r>
        <w:t>e aitbaar se taqatwar.</w:t>
      </w:r>
    </w:p>
    <w:p>
      <w:pPr>
        <w:jc w:val="right"/>
      </w:pPr>
      <w:r>
        <w:t>ے اعتبار سے طاقتور۔</w:t>
      </w:r>
    </w:p>
    <w:p>
      <w:r>
        <w:rPr>
          <w:b/>
        </w:rPr>
        <w:t xml:space="preserve">[2:51:27] </w:t>
      </w:r>
      <w:r>
        <w:t>istehqaq paida kijiye.</w:t>
      </w:r>
    </w:p>
    <w:p>
      <w:pPr>
        <w:jc w:val="right"/>
      </w:pPr>
      <w:r>
        <w:t>استحقاق پیدا کیجئے۔</w:t>
      </w:r>
    </w:p>
    <w:p>
      <w:r>
        <w:rPr>
          <w:b/>
        </w:rPr>
        <w:t xml:space="preserve">[2:51:34] </w:t>
      </w:r>
      <w:r>
        <w:t>kitab "tarbiyat-e-aulad" Maulana Wahiduddin Khan, safha number 70.</w:t>
      </w:r>
    </w:p>
    <w:p>
      <w:pPr>
        <w:jc w:val="right"/>
      </w:pPr>
      <w:r>
        <w:t>کتاب "تربیتِ اولاد" مولانا وحید الدین خان، صفحہ نمبر 70۔</w:t>
      </w:r>
    </w:p>
    <w:p>
      <w:r>
        <w:rPr>
          <w:b/>
        </w:rPr>
        <w:t xml:space="preserve">[2:51:40] </w:t>
      </w:r>
      <w:r>
        <w:t>M.A. Khan higher secondary ke imtehan mein achhe number se pass hue the magar kisi wajah se</w:t>
      </w:r>
    </w:p>
    <w:p>
      <w:pPr>
        <w:jc w:val="right"/>
      </w:pPr>
      <w:r>
        <w:t>ایم اے خان ہائر سیکنڈری کے امتحان میں اچھے نمبر سے پاس ہوئے تھے مگر کسی وجہ سے</w:t>
      </w:r>
    </w:p>
    <w:p>
      <w:r>
        <w:rPr>
          <w:b/>
        </w:rPr>
        <w:t xml:space="preserve">[2:51:46] </w:t>
      </w:r>
      <w:r>
        <w:t>woh barwaqt aage dakhla na le sake.</w:t>
      </w:r>
    </w:p>
    <w:p>
      <w:pPr>
        <w:jc w:val="right"/>
      </w:pPr>
      <w:r>
        <w:t>وہ بروقت آگے داخلہ نہ لے سکے۔</w:t>
      </w:r>
    </w:p>
    <w:p>
      <w:r>
        <w:rPr>
          <w:b/>
        </w:rPr>
        <w:t xml:space="preserve">[2:51:52] </w:t>
      </w:r>
      <w:r>
        <w:t>yahan tak ke October ka mahina aa gaya.</w:t>
      </w:r>
    </w:p>
    <w:p>
      <w:pPr>
        <w:jc w:val="right"/>
      </w:pPr>
      <w:r>
        <w:t>یہاں تک کہ اکتوبر کا مہینہ آگیا۔</w:t>
      </w:r>
    </w:p>
    <w:p>
      <w:r>
        <w:rPr>
          <w:b/>
        </w:rPr>
        <w:t xml:space="preserve">[2:51:56] </w:t>
      </w:r>
      <w:r>
        <w:t>ab bazahir kahin dakhla milne ki soorat na thi.</w:t>
      </w:r>
    </w:p>
    <w:p>
      <w:pPr>
        <w:jc w:val="right"/>
      </w:pPr>
      <w:r>
        <w:t>اب بظاہر کہیں داخلہ ملنے کی صورت نہ تھی۔</w:t>
      </w:r>
    </w:p>
    <w:p>
      <w:r>
        <w:rPr>
          <w:b/>
        </w:rPr>
        <w:t xml:space="preserve">[2:52:00] </w:t>
      </w:r>
      <w:r>
        <w:t>taham taleem ka shauq in ko Hindu Science College ke principal ke daftar mein le gaya.</w:t>
      </w:r>
    </w:p>
    <w:p>
      <w:pPr>
        <w:jc w:val="right"/>
      </w:pPr>
      <w:r>
        <w:t>تاہم تعلیم کا شوق ان کو ہندو سائنس کالج کے پرنسپل کے دفتر میں لے گیا۔</w:t>
      </w:r>
    </w:p>
    <w:p>
      <w:r>
        <w:rPr>
          <w:b/>
        </w:rPr>
        <w:t xml:space="preserve">[2:52:05] </w:t>
      </w:r>
      <w:r>
        <w:t>janab, mein B.Sc. mein dakhla lena chahta hoon.</w:t>
      </w:r>
    </w:p>
    <w:p>
      <w:pPr>
        <w:jc w:val="right"/>
      </w:pPr>
      <w:r>
        <w:t>جناب، میں بی ایس سی میں داخلہ لینا چاہتا ہوں۔</w:t>
      </w:r>
    </w:p>
    <w:p>
      <w:r>
        <w:rPr>
          <w:b/>
        </w:rPr>
        <w:t xml:space="preserve">[2:52:09] </w:t>
      </w:r>
      <w:r>
        <w:t>unhon ne Hindu principal se kaha: "yeh October ka mahina hai.</w:t>
      </w:r>
    </w:p>
    <w:p>
      <w:pPr>
        <w:jc w:val="right"/>
      </w:pPr>
      <w:r>
        <w:t>انہوں نے ہندو پرنسپل سے کہا: "یہ اکتوبر کا مہینہ ہے۔</w:t>
      </w:r>
    </w:p>
    <w:p>
      <w:r>
        <w:rPr>
          <w:b/>
        </w:rPr>
        <w:t xml:space="preserve">[2:52:13] </w:t>
      </w:r>
      <w:r>
        <w:t>dakhle band ho chuke hain.</w:t>
      </w:r>
    </w:p>
    <w:p>
      <w:pPr>
        <w:jc w:val="right"/>
      </w:pPr>
      <w:r>
        <w:t>داخلے بند ہو چکے ہیں۔</w:t>
      </w:r>
    </w:p>
    <w:p>
      <w:r>
        <w:rPr>
          <w:b/>
        </w:rPr>
        <w:t xml:space="preserve">[2:52:18] </w:t>
      </w:r>
      <w:r>
        <w:t>ab kaise tumhara da</w:t>
      </w:r>
    </w:p>
    <w:p>
      <w:pPr>
        <w:jc w:val="right"/>
      </w:pPr>
      <w:r>
        <w:t>اب کیسے تمہارا دا</w:t>
      </w:r>
    </w:p>
    <w:p>
      <w:r>
        <w:rPr>
          <w:b/>
        </w:rPr>
        <w:t xml:space="preserve">[2:52:22] </w:t>
      </w:r>
      <w:r>
        <w:t>khla hoga?" bari meharbani hogi agar aap dakhla le lein warna mera poora saal bekar ho jaye ga.</w:t>
      </w:r>
    </w:p>
    <w:p>
      <w:pPr>
        <w:jc w:val="right"/>
      </w:pPr>
      <w:r>
        <w:t>خلہ ہوگا؟" بڑی مہربانی ہوگی اگر آپ داخلہ لے لیں ورنہ میرا پورا سال بیکار ہو جائے گا۔</w:t>
      </w:r>
    </w:p>
    <w:p>
      <w:r>
        <w:rPr>
          <w:b/>
        </w:rPr>
        <w:t xml:space="preserve">[2:52:28] </w:t>
      </w:r>
      <w:r>
        <w:t>hamare yahan tamam seatain bhar chuki hain.</w:t>
      </w:r>
    </w:p>
    <w:p>
      <w:pPr>
        <w:jc w:val="right"/>
      </w:pPr>
      <w:r>
        <w:t>ہمارے یہاں تمام سیٹیں بھر چکی ہیں۔</w:t>
      </w:r>
    </w:p>
    <w:p>
      <w:r>
        <w:rPr>
          <w:b/>
        </w:rPr>
        <w:t xml:space="preserve">[2:52:34] </w:t>
      </w:r>
      <w:r>
        <w:t>ab mazeed dakhle ki koi gunjaish nahi.</w:t>
      </w:r>
    </w:p>
    <w:p>
      <w:pPr>
        <w:jc w:val="right"/>
      </w:pPr>
      <w:r>
        <w:t>اب مزید داخلے کی کوئی گنجائش نہیں۔</w:t>
      </w:r>
    </w:p>
    <w:p>
      <w:r>
        <w:rPr>
          <w:b/>
        </w:rPr>
        <w:t xml:space="preserve">[2:52:40] </w:t>
      </w:r>
      <w:r>
        <w:t>principal itni be rukhi bart raha tha ke bazahir aisa maloom hota tha ke woh hargiz dakhla nahi le ga.</w:t>
      </w:r>
    </w:p>
    <w:p>
      <w:pPr>
        <w:jc w:val="right"/>
      </w:pPr>
      <w:r>
        <w:t>پرنسپل اتنی بے رخی برت رہا تھا کہ بظاہر ایسا معلوم ہوتا تھا کہ وہ ہرگز داخلہ نہیں لے گا۔</w:t>
      </w:r>
    </w:p>
    <w:p>
      <w:r>
        <w:rPr>
          <w:b/>
        </w:rPr>
        <w:t xml:space="preserve">[2:52:46] </w:t>
      </w:r>
      <w:r>
        <w:t>aur agla jumla</w:t>
      </w:r>
    </w:p>
    <w:p>
      <w:pPr>
        <w:jc w:val="right"/>
      </w:pPr>
      <w:r>
        <w:t>اور اگلا جملہ</w:t>
      </w:r>
    </w:p>
    <w:p>
      <w:r>
        <w:rPr>
          <w:b/>
        </w:rPr>
        <w:t xml:space="preserve">[2:52:52] </w:t>
      </w:r>
      <w:r>
        <w:t>talib ilm ko shayad yeh sunna pare ga ke "kamre se nikal jao".</w:t>
      </w:r>
    </w:p>
    <w:p>
      <w:pPr>
        <w:jc w:val="right"/>
      </w:pPr>
      <w:r>
        <w:t>طالب علم کو شاید یہ سننا پڑے گا کہ "کمرے سے نکل جاؤ"۔</w:t>
      </w:r>
    </w:p>
    <w:p>
      <w:r>
        <w:rPr>
          <w:b/>
        </w:rPr>
        <w:t xml:space="preserve">[2:53:00] </w:t>
      </w:r>
      <w:r>
        <w:t>magar talib ilm ke israr par us ne bad dili se poocha: "tumhare marks kitne hain?" principal ka khayal</w:t>
      </w:r>
    </w:p>
    <w:p>
      <w:pPr>
        <w:jc w:val="right"/>
      </w:pPr>
      <w:r>
        <w:t>مگر طالب علم کے اصرار پر اس نے بددلی سے پوچھا: "تمہارے مارکس کتنے ہیں؟" پرنسپل کا خیال</w:t>
      </w:r>
    </w:p>
    <w:p>
      <w:r>
        <w:rPr>
          <w:b/>
        </w:rPr>
        <w:t xml:space="preserve">[2:53:07] </w:t>
      </w:r>
      <w:r>
        <w:t>tha ke is ke number yaqeenan bohat kam hon ge is liye is ko kahin dakhla nahi mila.</w:t>
      </w:r>
    </w:p>
    <w:p>
      <w:pPr>
        <w:jc w:val="right"/>
      </w:pPr>
      <w:r>
        <w:t>تھا کہ اس کے نمبر یقینا بہت کم ہوں گے اس لیے اس کو کہیں داخلہ نہیں ملا۔</w:t>
      </w:r>
    </w:p>
    <w:p>
      <w:r>
        <w:rPr>
          <w:b/>
        </w:rPr>
        <w:t xml:space="preserve">[2:53:15] </w:t>
      </w:r>
      <w:r>
        <w:t>chunanche talib ilm jab apne kharab nateejay ko bataye ga to is ki darkhwast ko</w:t>
      </w:r>
    </w:p>
    <w:p>
      <w:pPr>
        <w:jc w:val="right"/>
      </w:pPr>
      <w:r>
        <w:t>چنانچہ طالب علم جب اپنے خراب نتیجے کو بتائے گا تو اس کی درخواست کو</w:t>
      </w:r>
    </w:p>
    <w:p>
      <w:r>
        <w:rPr>
          <w:b/>
        </w:rPr>
        <w:t xml:space="preserve">[2:53:22] </w:t>
      </w:r>
      <w:r>
        <w:t>radd karne ke liye maeqool wajoohaat aa jayen gi.</w:t>
      </w:r>
    </w:p>
    <w:p>
      <w:pPr>
        <w:jc w:val="right"/>
      </w:pPr>
      <w:r>
        <w:t>رد کرنے کے لیے معقول وجوہات آ جائیں گی۔</w:t>
      </w:r>
    </w:p>
    <w:p>
      <w:r>
        <w:rPr>
          <w:b/>
        </w:rPr>
        <w:t xml:space="preserve">[2:53:27] </w:t>
      </w:r>
      <w:r>
        <w:t>magar talib ilm ka jawab is ki umeed ke khilaf tha.</w:t>
      </w:r>
    </w:p>
    <w:p>
      <w:pPr>
        <w:jc w:val="right"/>
      </w:pPr>
      <w:r>
        <w:t>مگر طالب علم کا جواب اس کی امید کے خلاف تھا۔</w:t>
      </w:r>
    </w:p>
    <w:p>
      <w:r>
        <w:rPr>
          <w:b/>
        </w:rPr>
        <w:t xml:space="preserve">[2:53:32] </w:t>
      </w:r>
      <w:r>
        <w:t>us ne kaha: "janab, 85 feesad." sir, 85 percent.</w:t>
      </w:r>
    </w:p>
    <w:p>
      <w:pPr>
        <w:jc w:val="right"/>
      </w:pPr>
      <w:r>
        <w:t>اس نے کہا: "جناب، 85 فیصد۔" سر، 85 پرسنٹ۔</w:t>
      </w:r>
    </w:p>
    <w:p>
      <w:r>
        <w:rPr>
          <w:b/>
        </w:rPr>
        <w:t xml:space="preserve">[2:53:37] </w:t>
      </w:r>
      <w:r>
        <w:t>is jumle ne principal par jadoo ka kaam kiya.</w:t>
      </w:r>
    </w:p>
    <w:p>
      <w:pPr>
        <w:jc w:val="right"/>
      </w:pPr>
      <w:r>
        <w:t>اس جملے نے پرنسپل پر جادو کا کام کیا۔</w:t>
      </w:r>
    </w:p>
    <w:p>
      <w:r>
        <w:rPr>
          <w:b/>
        </w:rPr>
        <w:t xml:space="preserve">[2:53:42] </w:t>
      </w:r>
      <w:r>
        <w:t>fauran is ka mood badal gaya.</w:t>
      </w:r>
    </w:p>
    <w:p>
      <w:pPr>
        <w:jc w:val="right"/>
      </w:pPr>
      <w:r>
        <w:t>فوراً اس کا موڈ بدل گیا۔</w:t>
      </w:r>
    </w:p>
    <w:p>
      <w:r>
        <w:rPr>
          <w:b/>
        </w:rPr>
        <w:t xml:space="preserve">[2:53:47] </w:t>
      </w:r>
      <w:r>
        <w:t>us ne kaha: "baitho, baitho." is ke baad us ne talib ilm</w:t>
      </w:r>
    </w:p>
    <w:p>
      <w:pPr>
        <w:jc w:val="right"/>
      </w:pPr>
      <w:r>
        <w:t>اس نے کہا: "بیٹھو، بیٹھو۔" اس کے بعد اس نے طالب علم</w:t>
      </w:r>
    </w:p>
    <w:p>
      <w:r>
        <w:rPr>
          <w:b/>
        </w:rPr>
        <w:t xml:space="preserve">[2:53:52] </w:t>
      </w:r>
      <w:r>
        <w:t>ke kagzaat dekhe.</w:t>
      </w:r>
    </w:p>
    <w:p>
      <w:pPr>
        <w:jc w:val="right"/>
      </w:pPr>
      <w:r>
        <w:t>کے کاغذات دیکھے۔</w:t>
      </w:r>
    </w:p>
    <w:p>
      <w:r>
        <w:rPr>
          <w:b/>
        </w:rPr>
        <w:t xml:space="preserve">[2:53:57] </w:t>
      </w:r>
      <w:r>
        <w:t>aur jab kagzaat ne tasdeeq kar di ke waqai woh 85 feesad numberon se pass hua hai to</w:t>
      </w:r>
    </w:p>
    <w:p>
      <w:pPr>
        <w:jc w:val="right"/>
      </w:pPr>
      <w:r>
        <w:t>اور جب کاغذات نے تصدیق کر دی کہ واقعی وہ 85 فیصد نمبروں سے پاس ہوا ہے تو</w:t>
      </w:r>
    </w:p>
    <w:p>
      <w:r>
        <w:rPr>
          <w:b/>
        </w:rPr>
        <w:t xml:space="preserve">[2:54:03] </w:t>
      </w:r>
      <w:r>
        <w:t>isi waqt us ne pichli tareekh mein darkhwast likhwai.</w:t>
      </w:r>
    </w:p>
    <w:p>
      <w:pPr>
        <w:jc w:val="right"/>
      </w:pPr>
      <w:r>
        <w:t>اسی وقت اس نے پچھلی تاریخ میں درخواست لکھوائی۔</w:t>
      </w:r>
    </w:p>
    <w:p>
      <w:r>
        <w:rPr>
          <w:b/>
        </w:rPr>
        <w:t xml:space="preserve">[2:54:08] </w:t>
      </w:r>
      <w:r>
        <w:t>us ne M A Khan ko na sirf taakhir ke bawajood apne college mein dakhil kar liya balkeh</w:t>
      </w:r>
    </w:p>
    <w:p>
      <w:pPr>
        <w:jc w:val="right"/>
      </w:pPr>
      <w:r>
        <w:t>اس نے ایم اے خان کو نہ صرف تاخیر کے باوجود اپنے کالج میں داخل کر لیا بلکہ</w:t>
      </w:r>
    </w:p>
    <w:p>
      <w:r>
        <w:rPr>
          <w:b/>
        </w:rPr>
        <w:t xml:space="preserve">[2:54:13] </w:t>
      </w:r>
      <w:r>
        <w:t>koshish kar ke un ko aik wazifa bhi dilwaya.</w:t>
      </w:r>
    </w:p>
    <w:p>
      <w:pPr>
        <w:jc w:val="right"/>
      </w:pPr>
      <w:r>
        <w:t>کوشش کر کے ان کو ایک وظیفہ بھی دلوایا۔</w:t>
      </w:r>
    </w:p>
    <w:p>
      <w:r>
        <w:rPr>
          <w:b/>
        </w:rPr>
        <w:t xml:space="preserve">[2:54:18] </w:t>
      </w:r>
      <w:r>
        <w:t>yahi talib ilm agar is halat mein principal ke pas jata</w:t>
      </w:r>
    </w:p>
    <w:p>
      <w:pPr>
        <w:jc w:val="right"/>
      </w:pPr>
      <w:r>
        <w:t>یہی طالب علم اگر اس حالت میں پرنسپل کے پاس جاتا</w:t>
      </w:r>
    </w:p>
    <w:p>
      <w:r>
        <w:rPr>
          <w:b/>
        </w:rPr>
        <w:t xml:space="preserve">[2:54:23] </w:t>
      </w:r>
      <w:r>
        <w:t>ke woh third class mein pass hota aur principal is ka dakhla na leta to talib ilm ka</w:t>
      </w:r>
    </w:p>
    <w:p>
      <w:pPr>
        <w:jc w:val="right"/>
      </w:pPr>
      <w:r>
        <w:t>کہ وہ تھرڈ کلاس میں پاس ہوتا اور پرنسپل اس کا داخلہ نہ لیتا تو طالب علم کا</w:t>
      </w:r>
    </w:p>
    <w:p>
      <w:r>
        <w:rPr>
          <w:b/>
        </w:rPr>
        <w:t xml:space="preserve">[2:54:31] </w:t>
      </w:r>
      <w:r>
        <w:t>tassur kya hota? woh is tarah lautta ke is ke dil mein nafrat aur shikayat bhari hoti.</w:t>
      </w:r>
    </w:p>
    <w:p>
      <w:pPr>
        <w:jc w:val="right"/>
      </w:pPr>
      <w:r>
        <w:t>تاثر کیا ہوتا؟ وہ اس طرح لوٹتا کہ اس کے دل میں نفرت اور شکایت بھری ہوتی۔</w:t>
      </w:r>
    </w:p>
    <w:p>
      <w:r>
        <w:rPr>
          <w:b/>
        </w:rPr>
        <w:t xml:space="preserve">[2:54:38] </w:t>
      </w:r>
      <w:r>
        <w:t>woh logon se kehta ke yeh sab ta'assub ki wajah se hua hai warna mera dakhla zaroor hona chahiye tha.</w:t>
      </w:r>
    </w:p>
    <w:p>
      <w:pPr>
        <w:jc w:val="right"/>
      </w:pPr>
      <w:r>
        <w:t>وہ لوگوں سے کہتا کہ یہ سب تعصب کی وجہ سے ہوا ہے ورنہ میرا داخلہ ضرور ہونا چاہیے تھا۔</w:t>
      </w:r>
    </w:p>
    <w:p>
      <w:r>
        <w:rPr>
          <w:b/>
        </w:rPr>
        <w:t xml:space="preserve">[2:54:46] </w:t>
      </w:r>
      <w:r>
        <w:t>dakhla na milne ki wajah is ka kharab nateejay hota magar is ka zimmedar woh hindu col</w:t>
      </w:r>
    </w:p>
    <w:p>
      <w:pPr>
        <w:jc w:val="right"/>
      </w:pPr>
      <w:r>
        <w:t>داخلہ نہ ملنے کی وجہ اس کا خراب نتیجہ ہوتا مگر اس کا ذمہ دار وہ ہندو کال</w:t>
      </w:r>
    </w:p>
    <w:p>
      <w:r>
        <w:rPr>
          <w:b/>
        </w:rPr>
        <w:t xml:space="preserve">[2:54:53] </w:t>
      </w:r>
      <w:r>
        <w:t>lege ko qarar deta.</w:t>
      </w:r>
    </w:p>
    <w:p>
      <w:pPr>
        <w:jc w:val="right"/>
      </w:pPr>
      <w:r>
        <w:t>ج کو قرار دیتا۔</w:t>
      </w:r>
    </w:p>
    <w:p>
      <w:r>
        <w:rPr>
          <w:b/>
        </w:rPr>
        <w:t xml:space="preserve">[2:54:59] </w:t>
      </w:r>
      <w:r>
        <w:t>mahol ka radd-e-amal aksar khud hamari halat ka nateeja hota hai magar hum is ko mahol ki taraf</w:t>
      </w:r>
    </w:p>
    <w:p>
      <w:pPr>
        <w:jc w:val="right"/>
      </w:pPr>
      <w:r>
        <w:t>ماحول کا ردعمل اکثر خود ہماری حالت کا نتیجہ ہوتا ہے مگر ہم اس کو ماحول کی طرف</w:t>
      </w:r>
    </w:p>
    <w:p>
      <w:r>
        <w:rPr>
          <w:b/>
        </w:rPr>
        <w:t xml:space="preserve">[2:55:05] </w:t>
      </w:r>
      <w:r>
        <w:t>mansoob kar dete hain taake apne aap ko bari-uz-zima sabit kar saken.</w:t>
      </w:r>
    </w:p>
    <w:p>
      <w:pPr>
        <w:jc w:val="right"/>
      </w:pPr>
      <w:r>
        <w:t>منسوب کر دیتے ہیں تاکہ اپنے آپ کو بری الذمہ ثابت کر سکیں۔</w:t>
      </w:r>
    </w:p>
    <w:p>
      <w:r>
        <w:rPr>
          <w:b/>
        </w:rPr>
        <w:t xml:space="preserve">[2:55:11] </w:t>
      </w:r>
      <w:r>
        <w:t>agar aadmi ne khud apni taraf se kotahi na ki ho, agar zindagi mein woh in tayariyon ke</w:t>
      </w:r>
    </w:p>
    <w:p>
      <w:pPr>
        <w:jc w:val="right"/>
      </w:pPr>
      <w:r>
        <w:t>اگر آدمی نے خود اپنی طرف سے کوتاہی نہ کی ہو، اگر زندگی میں وہ ان تیاریوں کے</w:t>
      </w:r>
    </w:p>
    <w:p>
      <w:r>
        <w:rPr>
          <w:b/>
        </w:rPr>
        <w:t xml:space="preserve">[2:55:17] </w:t>
      </w:r>
      <w:r>
        <w:t>saath dakhil hua ho jo zamane ne muqarrar ki hain to dunya</w:t>
      </w:r>
    </w:p>
    <w:p>
      <w:pPr>
        <w:jc w:val="right"/>
      </w:pPr>
      <w:r>
        <w:t>ساتھ داخل ہوا ہو جو زمانے نے مقرر کی ہیں تو دنیا</w:t>
      </w:r>
    </w:p>
    <w:p>
      <w:r>
        <w:rPr>
          <w:b/>
        </w:rPr>
        <w:t xml:space="preserve">[2:55:23] </w:t>
      </w:r>
      <w:r>
        <w:t>us ko jagah dene par majboor hogi. woh har mahaul mein apna maqam paida kar lega. woh har bazaar se apni poori qeemat wasool karega. mazeed yeh ke aisi halat mein us ke andar aala akhlaqiyat ki parwarish hogi. woh apne tajrubaat se jurrat, aitmad, aali hoslagi, sharafat, doosron ka eteraaf, haqeeqat pasandi, har ek se sahi</w:t>
      </w:r>
    </w:p>
    <w:p>
      <w:pPr>
        <w:jc w:val="right"/>
      </w:pPr>
      <w:r>
        <w:t>اس کو جگہ دینے پر مجبور ہوگی۔ وہ ہر ماحول میں اپنا مقام پیدا کر لے گا۔ وہ ہر بازار سے اپنی پوری قیمت وصول کرے گا۔ مزید یہ کہ ایسی حالت میں اس کے اندر اعلیٰ اخلاقیات کی پرورش ہوگی۔ وہ اپنے تجربات سے جرات، اعتماد، عالی حوصلگی، شرافت، دوسروں کا اعتراف، حقیقت پسندی، ہر ایک سے صح</w:t>
      </w:r>
    </w:p>
    <w:p>
      <w:r>
        <w:rPr>
          <w:b/>
        </w:rPr>
        <w:t xml:space="preserve">[2:55:53] </w:t>
      </w:r>
      <w:r>
        <w:t>yah insani taalluq ka sabak seekhe ga.</w:t>
      </w:r>
    </w:p>
    <w:p>
      <w:pPr>
        <w:jc w:val="right"/>
      </w:pPr>
      <w:r>
        <w:t>یح انسانی تعلق کا سبق سیکھے گا۔</w:t>
      </w:r>
    </w:p>
    <w:p>
      <w:r>
        <w:rPr>
          <w:b/>
        </w:rPr>
        <w:t xml:space="preserve">[2:55:58] </w:t>
      </w:r>
      <w:r>
        <w:t>wo shikayat ki nafsiyat se buland ho kar soche ga.</w:t>
      </w:r>
    </w:p>
    <w:p>
      <w:pPr>
        <w:jc w:val="right"/>
      </w:pPr>
      <w:r>
        <w:t>وہ شکایت کی نفسیات سے بلند ہو کر سوچے گا۔</w:t>
      </w:r>
    </w:p>
    <w:p>
      <w:r>
        <w:rPr>
          <w:b/>
        </w:rPr>
        <w:t xml:space="preserve">[2:56:03] </w:t>
      </w:r>
      <w:r>
        <w:t>mahol is ko tasleem kare ga.</w:t>
      </w:r>
    </w:p>
    <w:p>
      <w:pPr>
        <w:jc w:val="right"/>
      </w:pPr>
      <w:r>
        <w:t>ماحول اس کو تسلیم کرے گا۔</w:t>
      </w:r>
    </w:p>
    <w:p>
      <w:r>
        <w:rPr>
          <w:b/>
        </w:rPr>
        <w:t xml:space="preserve">[2:56:09] </w:t>
      </w:r>
      <w:r>
        <w:t>is liye woh khud bhi mahol ka etiraf karne par majboor hoga.</w:t>
      </w:r>
    </w:p>
    <w:p>
      <w:pPr>
        <w:jc w:val="right"/>
      </w:pPr>
      <w:r>
        <w:t>اس لیے وہ خود بھی ماحول کا اعتراف کرنے پر مجبور ہوگا۔</w:t>
      </w:r>
    </w:p>
    <w:p>
      <w:r>
        <w:rPr>
          <w:b/>
        </w:rPr>
        <w:t xml:space="preserve">[2:56:14] </w:t>
      </w:r>
      <w:r>
        <w:t>is ke baraks agar is ne apne ko ahel sabit karne mein kotahi ki ho, agar woh waqt</w:t>
      </w:r>
    </w:p>
    <w:p>
      <w:pPr>
        <w:jc w:val="right"/>
      </w:pPr>
      <w:r>
        <w:t>اس کے برعکس اگر اس نے اپنے کو اہل ثابت کرنے میں کوتاہی کی ہو، اگر وہ وقت</w:t>
      </w:r>
    </w:p>
    <w:p>
      <w:r>
        <w:rPr>
          <w:b/>
        </w:rPr>
        <w:t xml:space="preserve">[2:56:19] </w:t>
      </w:r>
      <w:r>
        <w:t>ke mayar par poora na utarta ho, agar woh kamtar لیاقت ke sath zindagi</w:t>
      </w:r>
    </w:p>
    <w:p>
      <w:pPr>
        <w:jc w:val="right"/>
      </w:pPr>
      <w:r>
        <w:t>کے معیار پر پورا نہ اترتا ہو، اگر وہ کمتر لیاقت کے ساتھ زندگی</w:t>
      </w:r>
    </w:p>
    <w:p>
      <w:r>
        <w:rPr>
          <w:b/>
        </w:rPr>
        <w:t xml:space="preserve">[2:56:24] </w:t>
      </w:r>
      <w:r>
        <w:t>ke maidan mein dakhil hua ho to lazman woh dunya ke andar apni jagah banane mein nakaam rahe ga.</w:t>
      </w:r>
    </w:p>
    <w:p>
      <w:pPr>
        <w:jc w:val="right"/>
      </w:pPr>
      <w:r>
        <w:t>کے میدان میں داخل ہوا ہو تو لازماً وہ دنیا کے اندر اپنی جگہ بنانے میں ناکام رہے گا۔</w:t>
      </w:r>
    </w:p>
    <w:p>
      <w:r>
        <w:rPr>
          <w:b/>
        </w:rPr>
        <w:t xml:space="preserve">[2:56:31] </w:t>
      </w:r>
      <w:r>
        <w:t>aur is ke nateejay mein is ke andar jo akhlaqiyat paida hongi woh bilashuba past akhlaqiyat hongi.</w:t>
      </w:r>
    </w:p>
    <w:p>
      <w:pPr>
        <w:jc w:val="right"/>
      </w:pPr>
      <w:r>
        <w:t>اور اس کے نتیجے میں اس کے اندر جو اخلاقیات پیدا ہوں گی وہ بلاشبہ پست اخلاقیات ہوں گی۔</w:t>
      </w:r>
    </w:p>
    <w:p>
      <w:r>
        <w:rPr>
          <w:b/>
        </w:rPr>
        <w:t xml:space="preserve">[2:56:39] </w:t>
      </w:r>
      <w:r>
        <w:t>wo shikayat, jhanjhlahat, ghussa, hatta ke mujrimana zehniyat ka shikar ho kar reh jayega.</w:t>
      </w:r>
    </w:p>
    <w:p>
      <w:pPr>
        <w:jc w:val="right"/>
      </w:pPr>
      <w:r>
        <w:t>وہ شکایت، جھنجھلاہٹ، غصہ، حتیٰ کہ مجرمانہ ذہنیت کا شکار ہو کر رہ جائے گا۔</w:t>
      </w:r>
    </w:p>
    <w:p>
      <w:r>
        <w:rPr>
          <w:b/>
        </w:rPr>
        <w:t xml:space="preserve">[2:56:46] </w:t>
      </w:r>
      <w:r>
        <w:t>jab aadmi nakaam hota hai to is ke andar ghalat</w:t>
      </w:r>
    </w:p>
    <w:p>
      <w:pPr>
        <w:jc w:val="right"/>
      </w:pPr>
      <w:r>
        <w:t>جب آدمی ناکام ہوتا ہے تو اس کے اندر غلط</w:t>
      </w:r>
    </w:p>
    <w:p>
      <w:r>
        <w:rPr>
          <w:b/>
        </w:rPr>
        <w:t xml:space="preserve">[2:56:54] </w:t>
      </w:r>
      <w:r>
        <w:t>qism ki nafsiyat ubharti hain.</w:t>
      </w:r>
    </w:p>
    <w:p>
      <w:pPr>
        <w:jc w:val="right"/>
      </w:pPr>
      <w:r>
        <w:t>قسم کی نفسیات ابھرتی ہیں۔</w:t>
      </w:r>
    </w:p>
    <w:p>
      <w:r>
        <w:rPr>
          <w:b/>
        </w:rPr>
        <w:t xml:space="preserve">[2:56:59] </w:t>
      </w:r>
      <w:r>
        <w:t>agarche aadmi ki nakaami ki wajah hamesha apni kamzori hoti hai magar aisa bohat kam hota hai ke</w:t>
      </w:r>
    </w:p>
    <w:p>
      <w:pPr>
        <w:jc w:val="right"/>
      </w:pPr>
      <w:r>
        <w:t>اگرچہ آدمی کی ناکامی کی وجہ ہمیشہ اپنی کمزوری ہوتی ہے مگر ایسا بہت کم ہوتا ہے کہ</w:t>
      </w:r>
    </w:p>
    <w:p>
      <w:r>
        <w:rPr>
          <w:b/>
        </w:rPr>
        <w:t xml:space="preserve">[2:57:04] </w:t>
      </w:r>
      <w:r>
        <w:t>woh apne aap ko qasoorwar thehraye.</w:t>
      </w:r>
    </w:p>
    <w:p>
      <w:pPr>
        <w:jc w:val="right"/>
      </w:pPr>
      <w:r>
        <w:t>وہ اپنے آپ کو قصوروار ٹھہرائے۔</w:t>
      </w:r>
    </w:p>
    <w:p>
      <w:r>
        <w:rPr>
          <w:b/>
        </w:rPr>
        <w:t xml:space="preserve">[2:57:09] </w:t>
      </w:r>
      <w:r>
        <w:t>woh hamesha apni nakaamiyon ke liye doosron ko mujrim thehrata hai.</w:t>
      </w:r>
    </w:p>
    <w:p>
      <w:pPr>
        <w:jc w:val="right"/>
      </w:pPr>
      <w:r>
        <w:t>وہ ہمیشہ اپنی ناکامیوں کے لیے دوسروں کو مجرم ٹھہراتا ہے۔</w:t>
      </w:r>
    </w:p>
    <w:p>
      <w:r>
        <w:rPr>
          <w:b/>
        </w:rPr>
        <w:t xml:space="preserve">[2:57:14] </w:t>
      </w:r>
      <w:r>
        <w:t>woh soorat-e-haal ka haqeeqat pasandana tajziya karne se qasir rehta hai.</w:t>
      </w:r>
    </w:p>
    <w:p>
      <w:pPr>
        <w:jc w:val="right"/>
      </w:pPr>
      <w:r>
        <w:t>وہ صورتحال کا حقیقت پسندانہ تجزیہ کرنے سے قاصر رہتا ہے۔</w:t>
      </w:r>
    </w:p>
    <w:p>
      <w:r>
        <w:rPr>
          <w:b/>
        </w:rPr>
        <w:t xml:space="preserve">[2:57:19] </w:t>
      </w:r>
      <w:r>
        <w:t>kamtar tayari aadmi ko back waqt do qism ke</w:t>
      </w:r>
    </w:p>
    <w:p>
      <w:pPr>
        <w:jc w:val="right"/>
      </w:pPr>
      <w:r>
        <w:t>کمتر تیاری آدمی کو بیک وقت دو قسم کے</w:t>
      </w:r>
    </w:p>
    <w:p>
      <w:r>
        <w:rPr>
          <w:b/>
        </w:rPr>
        <w:t xml:space="preserve">[2:57:24] </w:t>
      </w:r>
      <w:r>
        <w:t>nuqsanaat ka tohfa deti hai. apnay liye beja tor par nakami aur doosron ke baray mein beja tor par shikayat. pathar har aik ke liye sakht hai. albatta woh is aadmi ke liye naram ho jata hai jo us ko torney ka auzaar rakhta ho. yahi soorat har mamlay mein paish aati hai. agar aap liyaqat aur ahliyat ke sath zindagi ke maidan mein dakhil hue</w:t>
      </w:r>
    </w:p>
    <w:p>
      <w:pPr>
        <w:jc w:val="right"/>
      </w:pPr>
      <w:r>
        <w:t>نقصانات کا تحفہ دیتی ہے۔ اپنے لیے بے جا طور پر ناکامی اور دوسروں کے بارے میں بے جا طور پر شکایت۔ پتھر ہر ایک کے لیے سخت ہے۔ البتہ وہ اس آدمی کے لیے نرم ہو جاتا ہے جو اس کو توڑنے کا اوزار رکھتا ہو۔ یہی صورت ہر معاملے میں پیش آتی ہے۔ اگر آپ لیاقت اور اہلیت کے ساتھ زندگی کے میدان میں داخل ہوئے</w:t>
      </w:r>
    </w:p>
    <w:p>
      <w:r>
        <w:rPr>
          <w:b/>
        </w:rPr>
        <w:t xml:space="preserve">[2:57:54] </w:t>
      </w:r>
      <w:r>
        <w:t>hoon to aap apni waqai hesiyat se bhi zyada haq apne liye wasool kar sakte hain.</w:t>
      </w:r>
    </w:p>
    <w:p>
      <w:pPr>
        <w:jc w:val="right"/>
      </w:pPr>
      <w:r>
        <w:t>ہوں تو آپ اپنی واقعی حیثیت سے بھی زیادہ حق اپنے لیے وصول کر سکتے ہیں۔</w:t>
      </w:r>
    </w:p>
    <w:p>
      <w:r>
        <w:rPr>
          <w:b/>
        </w:rPr>
        <w:t xml:space="preserve">[2:58:00] </w:t>
      </w:r>
      <w:r>
        <w:t>waqt guzarne ke baad bhi ek ajnabi college mein aap ka dakhla ho sakta hai.</w:t>
      </w:r>
    </w:p>
    <w:p>
      <w:pPr>
        <w:jc w:val="right"/>
      </w:pPr>
      <w:r>
        <w:t>وقت گزرنے کے بعد بھی ایک اجنبی کالج میں آپ کا داخلہ ہو سکتا ہے۔</w:t>
      </w:r>
    </w:p>
    <w:p>
      <w:r>
        <w:rPr>
          <w:b/>
        </w:rPr>
        <w:t xml:space="preserve">[2:58:06] </w:t>
      </w:r>
      <w:r>
        <w:t>lekin agar لیاقت aur ahliyat ke baghair aap ne zindagi ke maidan mein qadam rakha hai to aap</w:t>
      </w:r>
    </w:p>
    <w:p>
      <w:pPr>
        <w:jc w:val="right"/>
      </w:pPr>
      <w:r>
        <w:t>لیکن اگر لیاقت اور اہلیت کے بغیر آپ نے زندگی کے میدان میں قدم رکھا ہے تو آپ</w:t>
      </w:r>
    </w:p>
    <w:p>
      <w:r>
        <w:rPr>
          <w:b/>
        </w:rPr>
        <w:t xml:space="preserve">[2:58:12] </w:t>
      </w:r>
      <w:r>
        <w:t>ko apna waqai haq bhi nahi mil sakta.</w:t>
      </w:r>
    </w:p>
    <w:p>
      <w:pPr>
        <w:jc w:val="right"/>
      </w:pPr>
      <w:r>
        <w:t>کو اپنا واقعی حق بھی نہیں مل سکتا۔</w:t>
      </w:r>
    </w:p>
    <w:p>
      <w:r>
        <w:rPr>
          <w:b/>
        </w:rPr>
        <w:t xml:space="preserve">[2:58:18] </w:t>
      </w:r>
      <w:r>
        <w:t>gas neeche nahi samati to oopar utha</w:t>
      </w:r>
    </w:p>
    <w:p>
      <w:pPr>
        <w:jc w:val="right"/>
      </w:pPr>
      <w:r>
        <w:t>گیس نیچے نہیں سماتی تو اوپر اٹھ</w:t>
      </w:r>
    </w:p>
    <w:p>
      <w:r>
        <w:rPr>
          <w:b/>
        </w:rPr>
        <w:t xml:space="preserve">[2:58:24] </w:t>
      </w:r>
      <w:r>
        <w:t>kar apne liye jagah hasil karti hai.</w:t>
      </w:r>
    </w:p>
    <w:p>
      <w:pPr>
        <w:jc w:val="right"/>
      </w:pPr>
      <w:r>
        <w:t>کر اپنے لیے جگہ حاصل کرتی ہے۔</w:t>
      </w:r>
    </w:p>
    <w:p>
      <w:r>
        <w:rPr>
          <w:b/>
        </w:rPr>
        <w:t xml:space="preserve">[2:58:30] </w:t>
      </w:r>
      <w:r>
        <w:t>pani ko oonchai aage barhne nahi deti to woh naseeb ki taraf se apna rasta bana leta hai.</w:t>
      </w:r>
    </w:p>
    <w:p>
      <w:pPr>
        <w:jc w:val="right"/>
      </w:pPr>
      <w:r>
        <w:t>پانی کو اونچائی آگے بڑھنے نہیں دیتی تو وہ نشیب کی طرف سے اپنا راستہ بنا لیتا ہے۔</w:t>
      </w:r>
    </w:p>
    <w:p>
      <w:r>
        <w:rPr>
          <w:b/>
        </w:rPr>
        <w:t xml:space="preserve">[2:58:36] </w:t>
      </w:r>
      <w:r>
        <w:t>darakht satah ke oopar qaim nahi ho sakta to woh zameen phaar kar is se apne liye zindagi</w:t>
      </w:r>
    </w:p>
    <w:p>
      <w:pPr>
        <w:jc w:val="right"/>
      </w:pPr>
      <w:r>
        <w:t>درخت سطح کے اوپر قائم نہیں ہو سکتا تو وہ زمین پھاڑ کر اس سے اپنے لیے زندگی</w:t>
      </w:r>
    </w:p>
    <w:p>
      <w:r>
        <w:rPr>
          <w:b/>
        </w:rPr>
        <w:t xml:space="preserve">[2:58:42] </w:t>
      </w:r>
      <w:r>
        <w:t>ka haq wasool kar leta hai.</w:t>
      </w:r>
    </w:p>
    <w:p>
      <w:pPr>
        <w:jc w:val="right"/>
      </w:pPr>
      <w:r>
        <w:t>کا حق وصول کر لیتا ہے۔</w:t>
      </w:r>
    </w:p>
    <w:p>
      <w:r>
        <w:rPr>
          <w:b/>
        </w:rPr>
        <w:t xml:space="preserve">[2:58:48] </w:t>
      </w:r>
      <w:r>
        <w:t>yeh tareeqa jo ghair insani duniya mein Khuda ne apne barah-e-raast intezam ke tehat qaim kar rakha hai wahi</w:t>
      </w:r>
    </w:p>
    <w:p>
      <w:pPr>
        <w:jc w:val="right"/>
      </w:pPr>
      <w:r>
        <w:t>یہ طریقہ جو غیر انسانی دنیا میں خدا نے اپنے براہ راست انتظام کے تحت قائم کر رکھا ہے وہی</w:t>
      </w:r>
    </w:p>
    <w:p>
      <w:r>
        <w:rPr>
          <w:b/>
        </w:rPr>
        <w:t xml:space="preserve">[2:58:54] </w:t>
      </w:r>
      <w:r>
        <w:t>insan ko bhi apne halaat ke aitbar se ikhtiyar karna hai.</w:t>
      </w:r>
    </w:p>
    <w:p>
      <w:pPr>
        <w:jc w:val="right"/>
      </w:pPr>
      <w:r>
        <w:t>انسان کو بھی اپنے حالات کے اعتبار سے اختیار کرنا ہے۔</w:t>
      </w:r>
    </w:p>
    <w:p>
      <w:r>
        <w:rPr>
          <w:b/>
        </w:rPr>
        <w:t xml:space="preserve">[2:58:59] </w:t>
      </w:r>
      <w:r>
        <w:t>har aadmi jo duniya mein apne aap ko kamyab dekhna chahta ho us ko sab se pehle apne</w:t>
      </w:r>
    </w:p>
    <w:p>
      <w:pPr>
        <w:jc w:val="right"/>
      </w:pPr>
      <w:r>
        <w:t>ہر آدمی جو دنیا میں اپنے آپ کو کامیاب دیکھنا چاہتا ہو اس کو سب سے پہلے اپنے</w:t>
      </w:r>
    </w:p>
    <w:p>
      <w:r>
        <w:rPr>
          <w:b/>
        </w:rPr>
        <w:t xml:space="preserve">[2:59:04] </w:t>
      </w:r>
      <w:r>
        <w:t>andar kamyabi ka istihqaaq paida karna chahiye.</w:t>
      </w:r>
    </w:p>
    <w:p>
      <w:pPr>
        <w:jc w:val="right"/>
      </w:pPr>
      <w:r>
        <w:t>اندر کامیابی کا استحقاق پیدا کرنا چاہیے۔</w:t>
      </w:r>
    </w:p>
    <w:p>
      <w:r>
        <w:rPr>
          <w:b/>
        </w:rPr>
        <w:t xml:space="preserve">[2:59:09] </w:t>
      </w:r>
      <w:r>
        <w:t>us ko chahiye ke woh apne aap ko jaane aur phir apne halaat ko samjhe.</w:t>
      </w:r>
    </w:p>
    <w:p>
      <w:pPr>
        <w:jc w:val="right"/>
      </w:pPr>
      <w:r>
        <w:t>اس کو چاہیے کہ وہ اپنے آپ کو جانے اور پھر اپنے حالات کو سمجھے۔</w:t>
      </w:r>
    </w:p>
    <w:p>
      <w:r>
        <w:rPr>
          <w:b/>
        </w:rPr>
        <w:t xml:space="preserve">[2:59:14] </w:t>
      </w:r>
      <w:r>
        <w:t>apni quwaton ko sahih dhang se munazzam kare.</w:t>
      </w:r>
    </w:p>
    <w:p>
      <w:pPr>
        <w:jc w:val="right"/>
      </w:pPr>
      <w:r>
        <w:t>اپنی قوتوں کو صحیح ڈھنگ سے منظم کرے۔</w:t>
      </w:r>
    </w:p>
    <w:p>
      <w:r>
        <w:rPr>
          <w:b/>
        </w:rPr>
        <w:t xml:space="preserve">[2:59:19] </w:t>
      </w:r>
      <w:r>
        <w:t>jab woh mahaul ke</w:t>
      </w:r>
    </w:p>
    <w:p>
      <w:pPr>
        <w:jc w:val="right"/>
      </w:pPr>
      <w:r>
        <w:t>جب وہ ماحول کے</w:t>
      </w:r>
    </w:p>
    <w:p>
      <w:r>
        <w:rPr>
          <w:b/>
        </w:rPr>
        <w:t xml:space="preserve">[2:59:24] </w:t>
      </w:r>
      <w:r>
        <w:t>andar dakhil ho to is tarah dakhil ho ke us ke muqable mein apni ahliyat sabit karne ke</w:t>
      </w:r>
    </w:p>
    <w:p>
      <w:pPr>
        <w:jc w:val="right"/>
      </w:pPr>
      <w:r>
        <w:t>اندر داخل ہو تو اس طرح داخل ہو کہ اس کے مقابلے میں اپنی اہلیت ثابت کرنے کے</w:t>
      </w:r>
    </w:p>
    <w:p>
      <w:r>
        <w:rPr>
          <w:b/>
        </w:rPr>
        <w:t xml:space="preserve">[2:59:31] </w:t>
      </w:r>
      <w:r>
        <w:t>liye woh apne aap ko poori tarah musallah kar chuka ho.</w:t>
      </w:r>
    </w:p>
    <w:p>
      <w:pPr>
        <w:jc w:val="right"/>
      </w:pPr>
      <w:r>
        <w:t>لیے وہ اپنے آپ کو پوری طرح مسلح کر چکا ہو۔</w:t>
      </w:r>
    </w:p>
    <w:p>
      <w:r>
        <w:rPr>
          <w:b/>
        </w:rPr>
        <w:t xml:space="preserve">[2:59:38] </w:t>
      </w:r>
      <w:r>
        <w:t>us ne halaat se apni ahmiyat manwane ke liye zaroori saman kar liya ho.</w:t>
      </w:r>
    </w:p>
    <w:p>
      <w:pPr>
        <w:jc w:val="right"/>
      </w:pPr>
      <w:r>
        <w:t>اس نے حالات سے اپنی اہمیت منوانے کے لیے ضروری سامان کر لیا ہو۔</w:t>
      </w:r>
    </w:p>
    <w:p>
      <w:r>
        <w:rPr>
          <w:b/>
        </w:rPr>
        <w:t xml:space="preserve">[2:59:45] </w:t>
      </w:r>
      <w:r>
        <w:t>agar yeh sab ho jaye to us ke baad aap ke amal ka jo doosra lazmi nateeja saamne</w:t>
      </w:r>
    </w:p>
    <w:p>
      <w:pPr>
        <w:jc w:val="right"/>
      </w:pPr>
      <w:r>
        <w:t>اگر یہ سب ہو جائے تو اس کے بعد آپ کے عمل کا جو دوسرا لازمی نتیجہ سامنے</w:t>
      </w:r>
    </w:p>
    <w:p>
      <w:r>
        <w:rPr>
          <w:b/>
        </w:rPr>
        <w:t xml:space="preserve">[2:59:51] </w:t>
      </w:r>
      <w:r>
        <w:t>aaye ga woh wahi hoga jiska naam hamari zaban mein kamyabi hai.</w:t>
      </w:r>
    </w:p>
    <w:p>
      <w:pPr>
        <w:jc w:val="right"/>
      </w:pPr>
      <w:r>
        <w:t>آئے گا وہ وہی ہوگا جس کا نام ہماری زبان میں کامیابی ہے۔</w:t>
      </w:r>
    </w:p>
    <w:p>
      <w:r>
        <w:rPr>
          <w:b/>
        </w:rPr>
        <w:t xml:space="preserve">[2:59:58] </w:t>
      </w:r>
      <w:r>
        <w:t>kaam ki talash. kitab "tarbiyat-e-aulad" Maulana Wahiduddin Khan, safha number 72. 14 december 2004 ka waqia hai. aik Muslim nojawan mujh se milnay ke liye aaye. unhon ne apna naam Muhammad Isa bataya. unhon ne kaha ke mein 1998 se b</w:t>
      </w:r>
    </w:p>
    <w:p>
      <w:pPr>
        <w:jc w:val="right"/>
      </w:pPr>
      <w:r>
        <w:t>کام کی تلاش۔ کتاب "تربیتِ اولاد" مولانا وحید الدین خان، صفحہ نمبر 72۔ 14 دسمبر 2004 کا واقعہ ہے۔ ایک مسلم نوجوان مجھ سے ملنے کے لیے آئے۔ انہوں نے اپنا نام محمد عیسیٰ بتایا۔ انہوں نے کہا کہ میں 1998 سے ب</w:t>
      </w:r>
    </w:p>
    <w:p>
      <w:r>
        <w:rPr>
          <w:b/>
        </w:rPr>
        <w:t xml:space="preserve">[3:00:28] </w:t>
      </w:r>
      <w:r>
        <w:t>bekar hoon aur kaam ki talash mein Dilli aaya hoon.</w:t>
      </w:r>
    </w:p>
    <w:p>
      <w:pPr>
        <w:jc w:val="right"/>
      </w:pPr>
      <w:r>
        <w:t>یکار ہوں اور کام کی تلاش میں دلی آیا ہوں۔</w:t>
      </w:r>
    </w:p>
    <w:p>
      <w:r>
        <w:rPr>
          <w:b/>
        </w:rPr>
        <w:t xml:space="preserve">[3:00:34] </w:t>
      </w:r>
      <w:r>
        <w:t>unhon ne apne kuch halaat bataye jis se andaza hua ke unhein sahih mashwara dene wala koi shakhs nahi mila.</w:t>
      </w:r>
    </w:p>
    <w:p>
      <w:pPr>
        <w:jc w:val="right"/>
      </w:pPr>
      <w:r>
        <w:t>انہوں نے اپنے کچھ حالات بتائے جس سے اندازہ ہوا کہ انہیں صحیح مشورہ دینے والا کوئی شخص نہیں ملا۔</w:t>
      </w:r>
    </w:p>
    <w:p>
      <w:r>
        <w:rPr>
          <w:b/>
        </w:rPr>
        <w:t xml:space="preserve">[3:00:40] </w:t>
      </w:r>
      <w:r>
        <w:t>un ke maa baap ne bhi ghaliban laad pyar ke siwa koi aisi baat nahi batayi jo un</w:t>
      </w:r>
    </w:p>
    <w:p>
      <w:pPr>
        <w:jc w:val="right"/>
      </w:pPr>
      <w:r>
        <w:t>ان کے ماں باپ نے بھی غالباً لاڈ پیار کے سوا کوئی ایسی بات نہیں بتائی جو ان</w:t>
      </w:r>
    </w:p>
    <w:p>
      <w:r>
        <w:rPr>
          <w:b/>
        </w:rPr>
        <w:t xml:space="preserve">[3:00:47] </w:t>
      </w:r>
      <w:r>
        <w:t>ki zindagi ki taameer ke liye mufeed ho.</w:t>
      </w:r>
    </w:p>
    <w:p>
      <w:pPr>
        <w:jc w:val="right"/>
      </w:pPr>
      <w:r>
        <w:t>کی زندگی کی تعمیر کے لیے مفید ہو۔</w:t>
      </w:r>
    </w:p>
    <w:p>
      <w:r>
        <w:rPr>
          <w:b/>
        </w:rPr>
        <w:t xml:space="preserve">[3:00:53] </w:t>
      </w:r>
      <w:r>
        <w:t>main ne kaha ke main aap ko koi kaam nahi de sakta.</w:t>
      </w:r>
    </w:p>
    <w:p>
      <w:pPr>
        <w:jc w:val="right"/>
      </w:pPr>
      <w:r>
        <w:t>میں نے کہا کہ میں آپ کو کوئی کام نہیں دے سکتا۔</w:t>
      </w:r>
    </w:p>
    <w:p>
      <w:r>
        <w:rPr>
          <w:b/>
        </w:rPr>
        <w:t xml:space="preserve">[3:00:59] </w:t>
      </w:r>
      <w:r>
        <w:t>albatta mein aap ko zindagi ki aik haqeeqat bata sakta hoon jo duniya mein kaam panay ke liye zaroori hai. woh haqeeqat yeh hai ke duniya ko is se koi dilchaspi nahi ke aap bekaar hain. duniya ko waahid dilchaspi yeh hai ke aap ke andar koi aisi salahiyat hai jo duniya ke liye kar-aamad ho. aap ko agar kaam pana hai to</w:t>
      </w:r>
    </w:p>
    <w:p>
      <w:pPr>
        <w:jc w:val="right"/>
      </w:pPr>
      <w:r>
        <w:t>البتہ میں آپ کو زندگی کی ایک حقیقت بتا سکتا ہوں جو دنیا میں کام پانے کے لیے ضروری ہے۔ وہ حقیقت یہ ہے کہ دنیا کو اس سے کوئی دلچسپی نہیں کہ آپ بیکار ہیں۔ دنیا کو واحد دلچسپی یہ ہے کہ آپ کے اندر کوئی ایسی صلاحیت ہے جو دنیا کے لیے کارآمد ہو۔ آپ کو اگر کام پانا ہے تو</w:t>
      </w:r>
    </w:p>
    <w:p>
      <w:r>
        <w:rPr>
          <w:b/>
        </w:rPr>
        <w:t xml:space="preserve">[3:01:29] </w:t>
      </w:r>
      <w:r>
        <w:t>apne aap ko kar-aamad banaiye.</w:t>
      </w:r>
    </w:p>
    <w:p>
      <w:pPr>
        <w:jc w:val="right"/>
      </w:pPr>
      <w:r>
        <w:t>اپنے آپ کو کارآمد بنائیے۔</w:t>
      </w:r>
    </w:p>
    <w:p>
      <w:r>
        <w:rPr>
          <w:b/>
        </w:rPr>
        <w:t xml:space="preserve">[3:01:35] </w:t>
      </w:r>
      <w:r>
        <w:t>us ke baad kaam khud aap ko dhoonde ga na ke aap kaam ko dhoondein.</w:t>
      </w:r>
    </w:p>
    <w:p>
      <w:pPr>
        <w:jc w:val="right"/>
      </w:pPr>
      <w:r>
        <w:t>اس کے بعد کام خود آپ کو ڈھونڈے گا نہ کہ آپ کام کو ڈھونڈیں۔</w:t>
      </w:r>
    </w:p>
    <w:p>
      <w:r>
        <w:rPr>
          <w:b/>
        </w:rPr>
        <w:t xml:space="preserve">[3:01:41] </w:t>
      </w:r>
      <w:r>
        <w:t>haqeeqat yeh hai ke maujooda duniya ke banane wale ne is ko interest ki buniyad par banaya hai.</w:t>
      </w:r>
    </w:p>
    <w:p>
      <w:pPr>
        <w:jc w:val="right"/>
      </w:pPr>
      <w:r>
        <w:t>حقیقت یہ ہے کہ موجودہ دنیا کے بنانے والے نے اس کو انٹرسٹ کی بنیاد پر بنایا ہے۔</w:t>
      </w:r>
    </w:p>
    <w:p>
      <w:r>
        <w:rPr>
          <w:b/>
        </w:rPr>
        <w:t xml:space="preserve">[3:01:47] </w:t>
      </w:r>
      <w:r>
        <w:t>har aadmi ka apna ek interest hai aur apne is interest ke liye woh daud raha hai.</w:t>
      </w:r>
    </w:p>
    <w:p>
      <w:pPr>
        <w:jc w:val="right"/>
      </w:pPr>
      <w:r>
        <w:t>ہر آدمی کا اپنا ایک انٹرسٹ ہے اور اپنے اس انٹرسٹ کے لیے وہ دوڑ رہا ہے۔</w:t>
      </w:r>
    </w:p>
    <w:p>
      <w:r>
        <w:rPr>
          <w:b/>
        </w:rPr>
        <w:t xml:space="preserve">[3:01:53] </w:t>
      </w:r>
      <w:r>
        <w:t>aisi duniya mein kamyabi ki soorat sirf ek</w:t>
      </w:r>
    </w:p>
    <w:p>
      <w:pPr>
        <w:jc w:val="right"/>
      </w:pPr>
      <w:r>
        <w:t>ایسی دنیا میں کامیابی کی صورت صرف ایک</w:t>
      </w:r>
    </w:p>
    <w:p>
      <w:r>
        <w:rPr>
          <w:b/>
        </w:rPr>
        <w:t xml:space="preserve">[3:01:59] </w:t>
      </w:r>
      <w:r>
        <w:t>hai. woh yeh ke aap yeh sabit kar sakein ke aap duniya ke interest ko poora kar saktay hain. duniya ke kaam aaiye aur duniya aap ko kaam denay par majboor ho jaye gi. kaam ki talash ka zehn aadmi ke andar mayoosi paida karta hai aur apnay aap ko kar-aamad bananay ka zehn aadmi ke andar yaqeen aur hosla paida karta hai. aadmi ko chahiye ke woh doosron</w:t>
      </w:r>
    </w:p>
    <w:p>
      <w:pPr>
        <w:jc w:val="right"/>
      </w:pPr>
      <w:r>
        <w:t>ہے۔ وہ یہ کہ آپ یہ ثابت کر سکیں کہ آپ دنیا کے انٹرسٹ کو پورا کر سکتے ہیں۔ دنیا کے کام آئیے اور دنیا آپ کو کام دینے پر مجبور ہو جائے گی۔ کام کی تلاش کا ذہن آدمی کے اندر مایوسی پیدا کرتا ہے اور اپنے آپ کو کارآمد بنانے کا ذہن آدمی کے اندر یقین اور حوصلہ پیدا کرتا ہے۔ آدمی کو چاہیے کہ وہ دوسروں</w:t>
      </w:r>
    </w:p>
    <w:p>
      <w:r>
        <w:rPr>
          <w:b/>
        </w:rPr>
        <w:t xml:space="preserve">[3:02:29] </w:t>
      </w:r>
      <w:r>
        <w:t>se umeed na rakhe.</w:t>
      </w:r>
    </w:p>
    <w:p>
      <w:pPr>
        <w:jc w:val="right"/>
      </w:pPr>
      <w:r>
        <w:t>سے امید نہ رکھے۔</w:t>
      </w:r>
    </w:p>
    <w:p>
      <w:r>
        <w:rPr>
          <w:b/>
        </w:rPr>
        <w:t xml:space="preserve">[3:02:34] </w:t>
      </w:r>
      <w:r>
        <w:t>woh apne kaam ko khud apne andar talash kare.</w:t>
      </w:r>
    </w:p>
    <w:p>
      <w:pPr>
        <w:jc w:val="right"/>
      </w:pPr>
      <w:r>
        <w:t>وہ اپنے کام کو خود اپنے اندر تلاش کرے۔</w:t>
      </w:r>
    </w:p>
    <w:p>
      <w:r>
        <w:rPr>
          <w:b/>
        </w:rPr>
        <w:t xml:space="preserve">[3:02:38] </w:t>
      </w:r>
      <w:r>
        <w:t>woh apni salahiyat ko daryaft kare aur apni is salahiyat ko taraqqi de kar apne aap ko samaaj</w:t>
      </w:r>
    </w:p>
    <w:p>
      <w:pPr>
        <w:jc w:val="right"/>
      </w:pPr>
      <w:r>
        <w:t>وہ اپنی صلاحیت کو دریافت کرے اور اپنی اس صلاحیت کو ترقی دے کر اپنے آپ کو سماج</w:t>
      </w:r>
    </w:p>
    <w:p>
      <w:r>
        <w:rPr>
          <w:b/>
        </w:rPr>
        <w:t xml:space="preserve">[3:02:42] </w:t>
      </w:r>
      <w:r>
        <w:t>ke liye karamad banaye.</w:t>
      </w:r>
    </w:p>
    <w:p>
      <w:pPr>
        <w:jc w:val="right"/>
      </w:pPr>
      <w:r>
        <w:t>کے لیے کارآمد بنائے۔</w:t>
      </w:r>
    </w:p>
    <w:p>
      <w:r>
        <w:rPr>
          <w:b/>
        </w:rPr>
        <w:t xml:space="preserve">[3:02:47] </w:t>
      </w:r>
      <w:r>
        <w:t>woh itni tayyari kare ke woh doosron ki zaroorat ban jaye.</w:t>
      </w:r>
    </w:p>
    <w:p>
      <w:pPr>
        <w:jc w:val="right"/>
      </w:pPr>
      <w:r>
        <w:t>وہ اتنی تیاری کرے کہ وہ دوسروں کی ضرورت بن جائے۔</w:t>
      </w:r>
    </w:p>
    <w:p>
      <w:r>
        <w:rPr>
          <w:b/>
        </w:rPr>
        <w:t xml:space="preserve">[3:02:51] </w:t>
      </w:r>
      <w:r>
        <w:t>dunya mein kamyabi ka raaz yahi hai.</w:t>
      </w:r>
    </w:p>
    <w:p>
      <w:pPr>
        <w:jc w:val="right"/>
      </w:pPr>
      <w:r>
        <w:t>دنیا میں کامیابی کا راز یہی ہے۔</w:t>
      </w:r>
    </w:p>
    <w:p>
      <w:r>
        <w:rPr>
          <w:b/>
        </w:rPr>
        <w:t xml:space="preserve">[3:02:55] </w:t>
      </w:r>
      <w:r>
        <w:t>taleem o tarbiyat. kitaab</w:t>
      </w:r>
    </w:p>
    <w:p>
      <w:pPr>
        <w:jc w:val="right"/>
      </w:pPr>
      <w:r>
        <w:t>تعلیم و تربیت۔ کتاب</w:t>
      </w:r>
    </w:p>
    <w:p>
      <w:r>
        <w:rPr>
          <w:b/>
        </w:rPr>
        <w:t xml:space="preserve">[3:03:00] </w:t>
      </w:r>
      <w:r>
        <w:t>"tarbiyat-e-aulad" Maulana Wahiduddin Khan, safha number 74.</w:t>
      </w:r>
    </w:p>
    <w:p>
      <w:pPr>
        <w:jc w:val="right"/>
      </w:pPr>
      <w:r>
        <w:t>"تربیتِ اولاد" مولانا وحید الدین خان، صفحہ نمبر 74۔</w:t>
      </w:r>
    </w:p>
    <w:p>
      <w:r>
        <w:rPr>
          <w:b/>
        </w:rPr>
        <w:t xml:space="preserve">[3:03:07] </w:t>
      </w:r>
      <w:r>
        <w:t>agast 1945 mein Japan mukammal taur par tabah ho gaya.</w:t>
      </w:r>
    </w:p>
    <w:p>
      <w:pPr>
        <w:jc w:val="right"/>
      </w:pPr>
      <w:r>
        <w:t>اگست 1945 میں جاپان مکمل طور پر تباہ ہو گیا۔</w:t>
      </w:r>
    </w:p>
    <w:p>
      <w:r>
        <w:rPr>
          <w:b/>
        </w:rPr>
        <w:t xml:space="preserve">[3:03:15] </w:t>
      </w:r>
      <w:r>
        <w:t>is ne siyasi aazadi bhi kho di aur maashi istiqlaal bhi.</w:t>
      </w:r>
    </w:p>
    <w:p>
      <w:pPr>
        <w:jc w:val="right"/>
      </w:pPr>
      <w:r>
        <w:t>اس نے سیاسی آزادی بھی کھو دی اور معاشی استقلال بھی۔</w:t>
      </w:r>
    </w:p>
    <w:p>
      <w:r>
        <w:rPr>
          <w:b/>
        </w:rPr>
        <w:t xml:space="preserve">[3:03:22] </w:t>
      </w:r>
      <w:r>
        <w:t>is ke baad Japan ne yeh kiya ke siyasi aazadi ke masle ko chede baghair maashi istiqlaal</w:t>
      </w:r>
    </w:p>
    <w:p>
      <w:pPr>
        <w:jc w:val="right"/>
      </w:pPr>
      <w:r>
        <w:t>اس کے بعد جاپان نے یہ کیا کہ سیاسی آزادی کے مسئلے کو چھیڑے بغیر معاشی استقلال</w:t>
      </w:r>
    </w:p>
    <w:p>
      <w:r>
        <w:rPr>
          <w:b/>
        </w:rPr>
        <w:t xml:space="preserve">[3:03:30] </w:t>
      </w:r>
      <w:r>
        <w:t>ke liye jahad shuru kar di.</w:t>
      </w:r>
    </w:p>
    <w:p>
      <w:pPr>
        <w:jc w:val="right"/>
      </w:pPr>
      <w:r>
        <w:t>کے لیے جدوجہد شروع کر دی۔</w:t>
      </w:r>
    </w:p>
    <w:p>
      <w:r>
        <w:rPr>
          <w:b/>
        </w:rPr>
        <w:t xml:space="preserve">[3:03:36] </w:t>
      </w:r>
      <w:r>
        <w:t>is tareeqa-e-kaar ke zariye Japan ne itni kamyabi haasil ki ke aaj woh super maashi taaqat shumaar</w:t>
      </w:r>
    </w:p>
    <w:p>
      <w:pPr>
        <w:jc w:val="right"/>
      </w:pPr>
      <w:r>
        <w:t>اس طریقہ کار کے ذریعے جاپان نے اتنی کامیابی حاصل کی کہ آج وہ سپر اقتصادی طاقت شمار</w:t>
      </w:r>
    </w:p>
    <w:p>
      <w:r>
        <w:rPr>
          <w:b/>
        </w:rPr>
        <w:t xml:space="preserve">[3:03:43] </w:t>
      </w:r>
      <w:r>
        <w:t>kiya jata hai.</w:t>
      </w:r>
    </w:p>
    <w:p>
      <w:pPr>
        <w:jc w:val="right"/>
      </w:pPr>
      <w:r>
        <w:t>کیا جاتا ہے۔</w:t>
      </w:r>
    </w:p>
    <w:p>
      <w:r>
        <w:rPr>
          <w:b/>
        </w:rPr>
        <w:t xml:space="preserve">[3:03:49] </w:t>
      </w:r>
      <w:r>
        <w:t>1990 tak Japan dunya ko paanch kharab dollar qarz ke taur par de chuka tha.</w:t>
      </w:r>
    </w:p>
    <w:p>
      <w:pPr>
        <w:jc w:val="right"/>
      </w:pPr>
      <w:r>
        <w:t>1990 تک جاپان دنیا کو پانچ کھرب ڈالر قرض کے طور پر دے چکا تھا۔</w:t>
      </w:r>
    </w:p>
    <w:p>
      <w:r>
        <w:rPr>
          <w:b/>
        </w:rPr>
        <w:t xml:space="preserve">[3:03:55] </w:t>
      </w:r>
      <w:r>
        <w:t>andaza hai ke 1995 tak Japan ke aalami qarz ki miqdaar das kharab dollar ho chuki hogi.</w:t>
      </w:r>
    </w:p>
    <w:p>
      <w:pPr>
        <w:jc w:val="right"/>
      </w:pPr>
      <w:r>
        <w:t>اندازہ ہے کہ 1995 تک جاپان کے عالمی قرضے کی مقدار دس کھرب ڈالر ہو چکی ہوگی۔</w:t>
      </w:r>
    </w:p>
    <w:p>
      <w:r>
        <w:rPr>
          <w:b/>
        </w:rPr>
        <w:t xml:space="preserve">[3:04:02] </w:t>
      </w:r>
      <w:r>
        <w:t>Japan 1945 mein America ka siyasi mahkoom tha.</w:t>
      </w:r>
    </w:p>
    <w:p>
      <w:pPr>
        <w:jc w:val="right"/>
      </w:pPr>
      <w:r>
        <w:t>جاپان 1945 میں امریکہ کا سیاسی محکوم تھا۔</w:t>
      </w:r>
    </w:p>
    <w:p>
      <w:r>
        <w:rPr>
          <w:b/>
        </w:rPr>
        <w:t xml:space="preserve">[3:04:08] </w:t>
      </w:r>
      <w:r>
        <w:t>aaj Japan ne khud America ko apna maashi maqrooz bana liya hai.</w:t>
      </w:r>
    </w:p>
    <w:p>
      <w:pPr>
        <w:jc w:val="right"/>
      </w:pPr>
      <w:r>
        <w:t>آج جاپان نے خود امریکہ کو اپنا اقتصادی مقروض بنا لیا ہے۔</w:t>
      </w:r>
    </w:p>
    <w:p>
      <w:r>
        <w:rPr>
          <w:b/>
        </w:rPr>
        <w:t xml:space="preserve">[3:04:14] </w:t>
      </w:r>
      <w:r>
        <w:t>Pakistan ke ek column نویس Mr Abu Zar Ghaffari May 1992 mein Kabul gaye.</w:t>
      </w:r>
    </w:p>
    <w:p>
      <w:pPr>
        <w:jc w:val="right"/>
      </w:pPr>
      <w:r>
        <w:t>پاکستان کے ایک کالم نویس مسٹر ابوذر غفاری مئی 1992 میں کابل گئے۔</w:t>
      </w:r>
    </w:p>
    <w:p>
      <w:r>
        <w:rPr>
          <w:b/>
        </w:rPr>
        <w:t xml:space="preserve">[3:04:20] </w:t>
      </w:r>
      <w:r>
        <w:t>wahan un ki mulaqaat ek Japani sahafiy se hui.</w:t>
      </w:r>
    </w:p>
    <w:p>
      <w:pPr>
        <w:jc w:val="right"/>
      </w:pPr>
      <w:r>
        <w:t>وہاں ان کی ملاقات ایک جاپانی صحافی سے ہوئی۔</w:t>
      </w:r>
    </w:p>
    <w:p>
      <w:r>
        <w:rPr>
          <w:b/>
        </w:rPr>
        <w:t xml:space="preserve">[3:04:26] </w:t>
      </w:r>
      <w:r>
        <w:t>unhon ne Japani sahafiy se poocha: "Japan ki is hairaan kun taraqqi ka raaz kya hai? kis tarah</w:t>
      </w:r>
    </w:p>
    <w:p>
      <w:pPr>
        <w:jc w:val="right"/>
      </w:pPr>
      <w:r>
        <w:t>انہوں نے جاپانی صحافی سے پوچھا: "جاپان کی اس حیران کن ترقی کا راز کیا ہے؟ کس طرح</w:t>
      </w:r>
    </w:p>
    <w:p>
      <w:r>
        <w:rPr>
          <w:b/>
        </w:rPr>
        <w:t xml:space="preserve">[3:04:32] </w:t>
      </w:r>
      <w:r>
        <w:t>aisa hua ke Japan ne ek namumkin ko mumkin bana diya?" Japani sahafiy ne jawab diya ke "Japan</w:t>
      </w:r>
    </w:p>
    <w:p>
      <w:pPr>
        <w:jc w:val="right"/>
      </w:pPr>
      <w:r>
        <w:t>ایسا ہوا کہ جاپان نے ایک ناممکن کو ممکن بنا دیا؟" جاپانی صحافی نے جواب دیا کہ "جاپان</w:t>
      </w:r>
    </w:p>
    <w:p>
      <w:r>
        <w:rPr>
          <w:b/>
        </w:rPr>
        <w:t xml:space="preserve">[3:04:40] </w:t>
      </w:r>
      <w:r>
        <w:t>ki aala taraqqi ka raaz Japani qaum ke aala kirdaar mein chupa hua hai." us ne kaha ke</w:t>
      </w:r>
    </w:p>
    <w:p>
      <w:pPr>
        <w:jc w:val="right"/>
      </w:pPr>
      <w:r>
        <w:t>کی اعلیٰ ترقی کا راز جاپانی قوم کے اعلیٰ کردار میں چھپا ہوا ہے۔" اس نے کہا کہ</w:t>
      </w:r>
    </w:p>
    <w:p>
      <w:r>
        <w:rPr>
          <w:b/>
        </w:rPr>
        <w:t xml:space="preserve">[3:04:47] </w:t>
      </w:r>
      <w:r>
        <w:t>"hamare paas qudrati wasail nahi, is liye hum apne bachon hi ko apna sab se bara سرمایہ samajhte</w:t>
      </w:r>
    </w:p>
    <w:p>
      <w:pPr>
        <w:jc w:val="right"/>
      </w:pPr>
      <w:r>
        <w:t>"ہمارے پاس قدرتی وسائل نہیں، اس لیے ہم اپنے بچوں ہی کو اپنا سب سے بڑا سرمایہ سمجھتے</w:t>
      </w:r>
    </w:p>
    <w:p>
      <w:r>
        <w:rPr>
          <w:b/>
        </w:rPr>
        <w:t xml:space="preserve">[3:04:55] </w:t>
      </w:r>
      <w:r>
        <w:t>hain." Japan ka ek ek ghar goya Japani bachay ki</w:t>
      </w:r>
    </w:p>
    <w:p>
      <w:pPr>
        <w:jc w:val="right"/>
      </w:pPr>
      <w:r>
        <w:t>ہیں۔" جاپان کا ایک ایک گھر گویا جاپانی بچے کی</w:t>
      </w:r>
    </w:p>
    <w:p>
      <w:r>
        <w:rPr>
          <w:b/>
        </w:rPr>
        <w:t xml:space="preserve">[3:05:02] </w:t>
      </w:r>
      <w:r>
        <w:t>tarbiyat gaah hai. Japan ke log apnay behtareen wasail apnay bachay ki taleem par sarf karte hain. chunancha Japanese qaum is waqt mukammal tor par aik taleem yafta qaum hai. hamaray yahan jahalat ka koi wujood nahi. Japan mein itnay ziyada science taleem yafta log hain ke aap Japan ko aik science qaum keh saktay hain. is taleem-o-tarbiyat ne Japan ke log</w:t>
      </w:r>
    </w:p>
    <w:p>
      <w:pPr>
        <w:jc w:val="right"/>
      </w:pPr>
      <w:r>
        <w:t>تربیت گاہ ہے۔ جاپان کے لوگ اپنے بہترین وسائل اپنے بچے کی تعلیم پر صرف کرتے ہیں۔ چنانچہ جاپانی قوم اس وقت مکمل طور پر ایک تعلیم یافتہ قوم ہے۔ ہمارے یہاں جہالت کا کوئی وجود نہیں۔ جاپان میں اتنے زیادہ سائنسی تعلیم یافتہ لوگ ہیں کہ آپ جاپان کو ایک سائنسی قوم کہہ سکتے ہیں۔ اس تعلیم و تربیت نے جاپان کے لوگ</w:t>
      </w:r>
    </w:p>
    <w:p>
      <w:r>
        <w:rPr>
          <w:b/>
        </w:rPr>
        <w:t xml:space="preserve">[3:05:32] </w:t>
      </w:r>
      <w:r>
        <w:t>on mein aala tareen qaumi character paida kar diya hai.</w:t>
      </w:r>
    </w:p>
    <w:p>
      <w:pPr>
        <w:jc w:val="right"/>
      </w:pPr>
      <w:r>
        <w:t>وں میں اعلیٰ ترین قومی کریکٹر پیدا کر دیا ہے۔</w:t>
      </w:r>
    </w:p>
    <w:p>
      <w:r>
        <w:rPr>
          <w:b/>
        </w:rPr>
        <w:t xml:space="preserve">[3:05:39] </w:t>
      </w:r>
      <w:r>
        <w:t>misalan japani qaum intehai muhabbat watan qaum hai.</w:t>
      </w:r>
    </w:p>
    <w:p>
      <w:pPr>
        <w:jc w:val="right"/>
      </w:pPr>
      <w:r>
        <w:t>مثلاً جاپانی قوم انتہائی محبت وطن قوم ہے۔</w:t>
      </w:r>
    </w:p>
    <w:p>
      <w:r>
        <w:rPr>
          <w:b/>
        </w:rPr>
        <w:t xml:space="preserve">[3:05:45] </w:t>
      </w:r>
      <w:r>
        <w:t>agar qaum ka ek rupeye ka nuqsan ho raha ho to ek japani apni qaum ko ek rupeye</w:t>
      </w:r>
    </w:p>
    <w:p>
      <w:pPr>
        <w:jc w:val="right"/>
      </w:pPr>
      <w:r>
        <w:t>اگر قوم کا ایک روپیے کا نقصان ہو رہا ہو تو ایک جاپانی اپنی قوم کو ایک روپیے</w:t>
      </w:r>
    </w:p>
    <w:p>
      <w:r>
        <w:rPr>
          <w:b/>
        </w:rPr>
        <w:t xml:space="preserve">[3:05:51] </w:t>
      </w:r>
      <w:r>
        <w:t>ke nuqsan se bachane ke liye apna so rupeye ka nuqsan karwa lene ko apne liye ezaz samjhega.</w:t>
      </w:r>
    </w:p>
    <w:p>
      <w:pPr>
        <w:jc w:val="right"/>
      </w:pPr>
      <w:r>
        <w:t>کے نقصان سے بچانے کے لیے اپنا سو روپیے کا نقصان کروا لینے کو اپنے لیے اعزاز سمجھے گا۔</w:t>
      </w:r>
    </w:p>
    <w:p>
      <w:r>
        <w:rPr>
          <w:b/>
        </w:rPr>
        <w:t xml:space="preserve">[3:05:57] </w:t>
      </w:r>
      <w:r>
        <w:t>nawa-e-waqt, lahore, 12 jullai 1992.</w:t>
      </w:r>
    </w:p>
    <w:p>
      <w:pPr>
        <w:jc w:val="right"/>
      </w:pPr>
      <w:r>
        <w:t>نوائے وقت، لاہور، 12 جولائی 1992۔</w:t>
      </w:r>
    </w:p>
    <w:p>
      <w:r>
        <w:rPr>
          <w:b/>
        </w:rPr>
        <w:t xml:space="preserve">[3:06:04] </w:t>
      </w:r>
      <w:r>
        <w:t>japan ne harif se takrao ko chhod diya.</w:t>
      </w:r>
    </w:p>
    <w:p>
      <w:pPr>
        <w:jc w:val="right"/>
      </w:pPr>
      <w:r>
        <w:t>جاپان نے حریف سے ٹکراؤ کو چھوڑا۔</w:t>
      </w:r>
    </w:p>
    <w:p>
      <w:r>
        <w:rPr>
          <w:b/>
        </w:rPr>
        <w:t xml:space="preserve">[3:06:11] </w:t>
      </w:r>
      <w:r>
        <w:t>is ke baad hi yeh mumkin hua ke woh apne yahan aala saensī mashra wajood mein la sake.</w:t>
      </w:r>
    </w:p>
    <w:p>
      <w:pPr>
        <w:jc w:val="right"/>
      </w:pPr>
      <w:r>
        <w:t>اس کے بعد ہی یہ ممکن ہوا کہ وہ اپنے یہاں اعلیٰ سائنسی معاشرہ وجود میں لا سکے۔</w:t>
      </w:r>
    </w:p>
    <w:p>
      <w:r>
        <w:rPr>
          <w:b/>
        </w:rPr>
        <w:t xml:space="preserve">[3:06:19] </w:t>
      </w:r>
      <w:r>
        <w:t>yahi duniya mein taraqqi aur kamyabi ka wahid rasta hai. pehla school.</w:t>
      </w:r>
    </w:p>
    <w:p>
      <w:pPr>
        <w:jc w:val="right"/>
      </w:pPr>
      <w:r>
        <w:t>یہی دنیا میں ترقی اور کامیابی کا واحد راستہ ہے۔ پہلا اسکول۔</w:t>
      </w:r>
    </w:p>
    <w:p>
      <w:r>
        <w:rPr>
          <w:b/>
        </w:rPr>
        <w:t xml:space="preserve">[3:06:26] </w:t>
      </w:r>
      <w:r>
        <w:t>kitab "tarbiyat-e-aulad" maulana wahiduddin khan, safha number 75.</w:t>
      </w:r>
    </w:p>
    <w:p>
      <w:pPr>
        <w:jc w:val="right"/>
      </w:pPr>
      <w:r>
        <w:t>کتاب "تربیتِ اولاد" مولانا وحید الدین خان، صفحہ نمبر 75۔</w:t>
      </w:r>
    </w:p>
    <w:p>
      <w:r>
        <w:rPr>
          <w:b/>
        </w:rPr>
        <w:t xml:space="preserve">[3:06:34] </w:t>
      </w:r>
      <w:r>
        <w:t>ilm ki ahmiyat islam mein itni zyada hai ke har doosri maslehat par is ko fawqiyat hasil hai.</w:t>
      </w:r>
    </w:p>
    <w:p>
      <w:pPr>
        <w:jc w:val="right"/>
      </w:pPr>
      <w:r>
        <w:t>علم کی اہمیت اسلام میں اتنی زیادہ ہے کہ ہر دوسری مصلحت پر اس کو فوقیت حاصل ہے۔</w:t>
      </w:r>
    </w:p>
    <w:p>
      <w:r>
        <w:rPr>
          <w:b/>
        </w:rPr>
        <w:t xml:space="preserve">[3:06:40] </w:t>
      </w:r>
      <w:r>
        <w:t>maujooda zamane mein musalman taleem ke maidan mein doosri qaumon se peechhe ho gaye.</w:t>
      </w:r>
    </w:p>
    <w:p>
      <w:pPr>
        <w:jc w:val="right"/>
      </w:pPr>
      <w:r>
        <w:t>موجودہ زمانے میں مسلمان تعلیم کے میدان میں دوسری قوموں سے پیچھے ہو گئے۔</w:t>
      </w:r>
    </w:p>
    <w:p>
      <w:r>
        <w:rPr>
          <w:b/>
        </w:rPr>
        <w:t xml:space="preserve">[3:06:46] </w:t>
      </w:r>
      <w:r>
        <w:t>aur is ki sab se badi wajah yeh thi ke maujooda zamane mein jo taaleemi idare qaim hue</w:t>
      </w:r>
    </w:p>
    <w:p>
      <w:pPr>
        <w:jc w:val="right"/>
      </w:pPr>
      <w:r>
        <w:t>اور اس کی سب سے بڑی وجہ یہ تھی کہ موجودہ زمانے میں جو تعلیمی ادارے قائم ہوئے</w:t>
      </w:r>
    </w:p>
    <w:p>
      <w:r>
        <w:rPr>
          <w:b/>
        </w:rPr>
        <w:t xml:space="preserve">[3:06:52] </w:t>
      </w:r>
      <w:r>
        <w:t>un ke asatizah zyada tar ghair muslim the.</w:t>
      </w:r>
    </w:p>
    <w:p>
      <w:pPr>
        <w:jc w:val="right"/>
      </w:pPr>
      <w:r>
        <w:t>ان کے اساتذہ زیادہ تر غیر مسلم تھے۔</w:t>
      </w:r>
    </w:p>
    <w:p>
      <w:r>
        <w:rPr>
          <w:b/>
        </w:rPr>
        <w:t xml:space="preserve">[3:06:58] </w:t>
      </w:r>
      <w:r>
        <w:t>musalmanon ke rehnumaon ne kaha ke "yeh</w:t>
      </w:r>
    </w:p>
    <w:p>
      <w:pPr>
        <w:jc w:val="right"/>
      </w:pPr>
      <w:r>
        <w:t>مسلمانوں کے رہنماؤں نے کہا کہ "یہ</w:t>
      </w:r>
    </w:p>
    <w:p>
      <w:r>
        <w:rPr>
          <w:b/>
        </w:rPr>
        <w:t xml:space="preserve">[3:07:04] </w:t>
      </w:r>
      <w:r>
        <w:t>ghair Muslim ustaad hamaray bachon ko kharab kar dain gay. is liye un idaron mein Musalmanon ko dakhil karna durust nahi." is ke nateejay mein Musalman taleem mein bohat peechay ho gaye. yeh maslehat durust nahi thi. is ka saboot yeh hai ke Islam ki tareekh mein jo sab se pehla school khola gaya us ke tamam ustaad ghair Muslim thay. yeh school Madina</w:t>
      </w:r>
    </w:p>
    <w:p>
      <w:pPr>
        <w:jc w:val="right"/>
      </w:pPr>
      <w:r>
        <w:t>غیر مسلم استاد ہمارے بچوں کو خراب کر دیں گے۔ اس لیے ان اداروں میں مسلمانوں کو داخل کرنا درست نہیں۔" اس کے نتیجے میں مسلمان تعلیم میں بہت پیچھے ہو گئے۔ یہ مصلحت درست نہ تھی۔ اس کا ثبوت یہ ہے کہ اسلام کی تاریخ میں جو سب سے پہلا اسکول کھولا گیا اس کے تمام استاد غیر مسلم تھے۔ یہ اسکول مد</w:t>
      </w:r>
    </w:p>
    <w:p>
      <w:r>
        <w:rPr>
          <w:b/>
        </w:rPr>
        <w:t xml:space="preserve">[3:07:34] </w:t>
      </w:r>
      <w:r>
        <w:t>yane mein mushrik qaidiyon ke zariye khola gaya.</w:t>
      </w:r>
    </w:p>
    <w:p>
      <w:pPr>
        <w:jc w:val="right"/>
      </w:pPr>
      <w:r>
        <w:t>ینے میں مشرک قیدیوں کے ذریعے کھولا گیا۔</w:t>
      </w:r>
    </w:p>
    <w:p>
      <w:r>
        <w:rPr>
          <w:b/>
        </w:rPr>
        <w:t xml:space="preserve">[3:07:40] </w:t>
      </w:r>
      <w:r>
        <w:t>baaz log suffah ko pehla islami madrasah kehte hain magar suffah tarbiyatgah tha na ke taleemgah.</w:t>
      </w:r>
    </w:p>
    <w:p>
      <w:pPr>
        <w:jc w:val="right"/>
      </w:pPr>
      <w:r>
        <w:t>بعض لوگ صفہ کو پہلا اسلامی مدرسہ کہتے ہیں مگر صفہ تربیت گاہ تھا نہ کہ تعلیم گاہ۔</w:t>
      </w:r>
    </w:p>
    <w:p>
      <w:r>
        <w:rPr>
          <w:b/>
        </w:rPr>
        <w:t xml:space="preserve">[3:07:46] </w:t>
      </w:r>
      <w:r>
        <w:t>islam ki pehli taleemgah yaqeenan woh hai jo ghazwa-e-badar ke qaidiyon ke zariye madine mein qaim</w:t>
      </w:r>
    </w:p>
    <w:p>
      <w:pPr>
        <w:jc w:val="right"/>
      </w:pPr>
      <w:r>
        <w:t>اسلام کی پہلی تعلیم گاہ یقیناً وہ ہے جو غزوہ بدر کے قیدیوں کے ذریعے مدینے میں قائم</w:t>
      </w:r>
    </w:p>
    <w:p>
      <w:r>
        <w:rPr>
          <w:b/>
        </w:rPr>
        <w:t xml:space="preserve">[3:07:52] </w:t>
      </w:r>
      <w:r>
        <w:t>ki gayi aur is ke teacher sab ke sab mushrik aur ghair muslim the.</w:t>
      </w:r>
    </w:p>
    <w:p>
      <w:pPr>
        <w:jc w:val="right"/>
      </w:pPr>
      <w:r>
        <w:t>کی گئی اور اس کے ٹیچر سب کے سب مشرک اور غیر مسلم تھے۔</w:t>
      </w:r>
    </w:p>
    <w:p>
      <w:r>
        <w:rPr>
          <w:b/>
        </w:rPr>
        <w:t xml:space="preserve">[3:07:58] </w:t>
      </w:r>
      <w:r>
        <w:t>hata ke is taaleemi naz</w:t>
      </w:r>
    </w:p>
    <w:p>
      <w:pPr>
        <w:jc w:val="right"/>
      </w:pPr>
      <w:r>
        <w:t>حتیٰ کہ اس تعلیمی نظ</w:t>
      </w:r>
    </w:p>
    <w:p>
      <w:r>
        <w:rPr>
          <w:b/>
        </w:rPr>
        <w:t xml:space="preserve">[3:08:04] </w:t>
      </w:r>
      <w:r>
        <w:t>ki bina par Madina mein masail bhi paida hue. misaal ke tor par Musnad Ahmad bin Hanbal ki aik riwayat mein bataya gaya hai ke Rasool Allah (SAW) ne Badr ke qaidiyon ka fidiya yeh muqarrar kiya ke woh ansar ke larkon ko likhna parhna sikhayein. is ke baad aik roz aik larka rota hua apni maan ke paas aaya. maan ne poocha: "tumhara haal kya hai?" us ne</w:t>
      </w:r>
    </w:p>
    <w:p>
      <w:pPr>
        <w:jc w:val="right"/>
      </w:pPr>
      <w:r>
        <w:t>ام کی بنا پر مدینے میں مسائل بھی پیدا ہوئے۔ مثلاً مسند احمد بن حنبل کی ایک روایت میں بتایا گیا ہے کہ رسول اللہ صلی اللہ علیہ وسلم نے بدر کے قیدیوں کا فدیہ یہ مقرر کیا کہ وہ انصار کے لڑکوں کو لکھنا پڑھنا سکھا دیں۔ اس کے بعد ایک روز ایک لڑکا روتا ہوا اپنی ماں کے پاس آیا۔ ماں نے پوچھا: "تمہارا حال کیا ہے؟" اس نے</w:t>
      </w:r>
    </w:p>
    <w:p>
      <w:r>
        <w:rPr>
          <w:b/>
        </w:rPr>
        <w:t xml:space="preserve">[3:08:34] </w:t>
      </w:r>
      <w:r>
        <w:t>kaha ke "mere muallim ne mujh ko mara hai." ja'al rasool allah sallallahu alaihi wasallam in aulad al-ansar al-kitaba.</w:t>
      </w:r>
    </w:p>
    <w:p>
      <w:pPr>
        <w:jc w:val="right"/>
      </w:pPr>
      <w:r>
        <w:t>کہا کہ "میرے معلم نے مجھ کو مارا ہے۔" جعل رسول اللہ صلی اللہ علیہ وسلم ان اولاد الانصار الکتابۃ۔</w:t>
      </w:r>
    </w:p>
    <w:p>
      <w:r>
        <w:rPr>
          <w:b/>
        </w:rPr>
        <w:t xml:space="preserve">[3:08:44] </w:t>
      </w:r>
      <w:r>
        <w:t>qaal: "fa ja ghulam yawm yabki ila abeehi faqaal: ma shaanuk?" qaal: "darabani muallimi." musnad ahmad hadith number 2216.</w:t>
      </w:r>
    </w:p>
    <w:p>
      <w:pPr>
        <w:jc w:val="right"/>
      </w:pPr>
      <w:r>
        <w:t>قال: "فجا غلام یوم یبکی الی ابیہ فقال: ما شانک؟" قال: "ضربنی معلمی۔" مسند احمد حدیث نمبر 2216۔</w:t>
      </w:r>
    </w:p>
    <w:p>
      <w:r>
        <w:rPr>
          <w:b/>
        </w:rPr>
        <w:t xml:space="preserve">[3:08:54] </w:t>
      </w:r>
      <w:r>
        <w:t>yeh qaidee sab ke sab islam ke dushman the.</w:t>
      </w:r>
    </w:p>
    <w:p>
      <w:pPr>
        <w:jc w:val="right"/>
      </w:pPr>
      <w:r>
        <w:t>یہ قیدی سب کے سب اسلام کے دشمن تھے۔</w:t>
      </w:r>
    </w:p>
    <w:p>
      <w:r>
        <w:rPr>
          <w:b/>
        </w:rPr>
        <w:t xml:space="preserve">[3:09:05] </w:t>
      </w:r>
      <w:r>
        <w:t>un ko chhodnay mein yeh andesha tha ke woh dobara Islam ke khilaaf masla banain gay. is ke bawajood un ko taleem ki qeemat par chhod diya gaya. is se maloom hua ke taleem ki ahmiyat Islam mein itni ziyada hai ke har andeshay ko nazar andaaz kar ke usay hasil karna chahiye. us ko school se kharij kar diya gaya tha. kitab "t".</w:t>
      </w:r>
    </w:p>
    <w:p>
      <w:pPr>
        <w:jc w:val="right"/>
      </w:pPr>
      <w:r>
        <w:t>ان کو چھوڑنے میں یہ اندیشہ تھا کہ وہ دوبارہ اسلام کے خلاف مسئلہ بنیں گے۔ اس کے باوجود انہیں تعلیم کی قیمت پر چھوڑ دیا گیا۔ اس سے معلوم ہوا کہ تعلیم کی اہمیت اسلام میں اتنی زیادہ ہے کہ ہر اندیشے کو نظر انداز کر کے اسے حاصل کرنا چاہیے۔ اس کو اسکول سے خارج کر دیا گیا تھا۔ کتاب "ت</w:t>
      </w:r>
    </w:p>
    <w:p>
      <w:r>
        <w:rPr>
          <w:b/>
        </w:rPr>
        <w:t xml:space="preserve">[3:09:35] </w:t>
      </w:r>
      <w:r>
        <w:t>tarbiyat-e-aulad" maulana wahiduddin khan, safha number 76.</w:t>
      </w:r>
    </w:p>
    <w:p>
      <w:pPr>
        <w:jc w:val="right"/>
      </w:pPr>
      <w:r>
        <w:t>ربیتِ اولاد" مولانا وحید الدین خان، صفحہ نمبر 76۔</w:t>
      </w:r>
    </w:p>
    <w:p>
      <w:r>
        <w:rPr>
          <w:b/>
        </w:rPr>
        <w:t xml:space="preserve">[3:09:42] </w:t>
      </w:r>
      <w:r>
        <w:t>professor albert einstein 1879 ta 1955 ne baisveen sadi ki science mein azeem inqilab barpa kiya magar is</w:t>
      </w:r>
    </w:p>
    <w:p>
      <w:pPr>
        <w:jc w:val="right"/>
      </w:pPr>
      <w:r>
        <w:t>پروفیسر البرٹ آئنسٹائن 1879 تا 1955 نے بیسویں صدی کی سائنس میں عظیم انقلاب برپا کیا مگر اس</w:t>
      </w:r>
    </w:p>
    <w:p>
      <w:r>
        <w:rPr>
          <w:b/>
        </w:rPr>
        <w:t xml:space="preserve">[3:09:50] </w:t>
      </w:r>
      <w:r>
        <w:t>ki zindagi ka aaghaz nihayat mamooli tha.</w:t>
      </w:r>
    </w:p>
    <w:p>
      <w:pPr>
        <w:jc w:val="right"/>
      </w:pPr>
      <w:r>
        <w:t>کی زندگی کا آغاز نہایت معمولی تھا۔</w:t>
      </w:r>
    </w:p>
    <w:p>
      <w:r>
        <w:rPr>
          <w:b/>
        </w:rPr>
        <w:t xml:space="preserve">[3:09:58] </w:t>
      </w:r>
      <w:r>
        <w:t>teen saal ki umar tak woh bolna shuru na kar saka.</w:t>
      </w:r>
    </w:p>
    <w:p>
      <w:pPr>
        <w:jc w:val="right"/>
      </w:pPr>
      <w:r>
        <w:t>تین سال کی عمر تک وہ بولنا شروع نہ کر سکا۔</w:t>
      </w:r>
    </w:p>
    <w:p>
      <w:r>
        <w:rPr>
          <w:b/>
        </w:rPr>
        <w:t xml:space="preserve">[3:10:05] </w:t>
      </w:r>
      <w:r>
        <w:t>bazahir woh aik mamooli baap ka mamooli bachcha tha.</w:t>
      </w:r>
    </w:p>
    <w:p>
      <w:pPr>
        <w:jc w:val="right"/>
      </w:pPr>
      <w:r>
        <w:t>بظاہر وہ ایک معمولی باپ کا معمولی بچہ تھا۔</w:t>
      </w:r>
    </w:p>
    <w:p>
      <w:r>
        <w:rPr>
          <w:b/>
        </w:rPr>
        <w:t xml:space="preserve">[3:10:11] </w:t>
      </w:r>
      <w:r>
        <w:t>nau saal ki umar tak woh bilkul aam bachcha dikhai deta tha.</w:t>
      </w:r>
    </w:p>
    <w:p>
      <w:pPr>
        <w:jc w:val="right"/>
      </w:pPr>
      <w:r>
        <w:t>نو سال کی عمر تک وہ بالکل عام بچہ دکھائی دیتا تھا۔</w:t>
      </w:r>
    </w:p>
    <w:p>
      <w:r>
        <w:rPr>
          <w:b/>
        </w:rPr>
        <w:t xml:space="preserve">[3:10:17] </w:t>
      </w:r>
      <w:r>
        <w:t>school ki taleem ke zamane mein aik baar woh school se kharij kar diya gaya kyunke us ke</w:t>
      </w:r>
    </w:p>
    <w:p>
      <w:pPr>
        <w:jc w:val="right"/>
      </w:pPr>
      <w:r>
        <w:t>اسکول کی تعلیم کے زمانے میں ایک بار وہ اسکول سے خارج کر دیا گیا کیونکہ اس کے</w:t>
      </w:r>
    </w:p>
    <w:p>
      <w:r>
        <w:rPr>
          <w:b/>
        </w:rPr>
        <w:t xml:space="preserve">[3:10:23] </w:t>
      </w:r>
      <w:r>
        <w:t>ustaadon ka khayal tha ke apni taleemi na-ahili ki wajah se woh doosre talib ilmon par bura asar dalta hai.</w:t>
      </w:r>
    </w:p>
    <w:p>
      <w:pPr>
        <w:jc w:val="right"/>
      </w:pPr>
      <w:r>
        <w:t>استادوں کا خیال تھا کہ اپنی تعلیمی نااہلی کی وجہ سے وہ دوسرے طالب علموں پر برا اثر ڈالتا ہے۔</w:t>
      </w:r>
    </w:p>
    <w:p>
      <w:r>
        <w:rPr>
          <w:b/>
        </w:rPr>
        <w:t xml:space="preserve">[3:10:29] </w:t>
      </w:r>
      <w:r>
        <w:t>zurich ke p</w:t>
      </w:r>
    </w:p>
    <w:p>
      <w:pPr>
        <w:jc w:val="right"/>
      </w:pPr>
      <w:r>
        <w:t>زیورک کے پ</w:t>
      </w:r>
    </w:p>
    <w:p>
      <w:r>
        <w:rPr>
          <w:b/>
        </w:rPr>
        <w:t xml:space="preserve">[3:10:35] </w:t>
      </w:r>
      <w:r>
        <w:t>wali technick mein us ko pehli baar dakhla na mil saka kyunke aazmaish-i-imtehan mein us ke number</w:t>
      </w:r>
    </w:p>
    <w:p>
      <w:pPr>
        <w:jc w:val="right"/>
      </w:pPr>
      <w:r>
        <w:t>ولی ٹیکنک میں اس کو پہلی بار داخلہ نہ مل سکا کیونکہ آزمائشی امتحان میں اس کے نمبر</w:t>
      </w:r>
    </w:p>
    <w:p>
      <w:r>
        <w:rPr>
          <w:b/>
        </w:rPr>
        <w:t xml:space="preserve">[3:10:41] </w:t>
      </w:r>
      <w:r>
        <w:t>bohat kam thay.</w:t>
      </w:r>
    </w:p>
    <w:p>
      <w:pPr>
        <w:jc w:val="right"/>
      </w:pPr>
      <w:r>
        <w:t>بہت کم تھے۔</w:t>
      </w:r>
    </w:p>
    <w:p>
      <w:r>
        <w:rPr>
          <w:b/>
        </w:rPr>
        <w:t xml:space="preserve">[3:10:48] </w:t>
      </w:r>
      <w:r>
        <w:t>chunancha us ne mazeed tayari kar ke agle saal dakhla liya.</w:t>
      </w:r>
    </w:p>
    <w:p>
      <w:pPr>
        <w:jc w:val="right"/>
      </w:pPr>
      <w:r>
        <w:t>چنانچہ اس نے مزید تیاری کر کے اگلے سال داخلہ لیا۔</w:t>
      </w:r>
    </w:p>
    <w:p>
      <w:r>
        <w:rPr>
          <w:b/>
        </w:rPr>
        <w:t xml:space="preserve">[3:10:54] </w:t>
      </w:r>
      <w:r>
        <w:t>اس کے ایک استاد نے اس کے بارے میں کہا: "Albert was a lazy dog." البرٹ ایک سست ڈاگ تھا۔</w:t>
      </w:r>
    </w:p>
    <w:p>
      <w:pPr>
        <w:jc w:val="right"/>
      </w:pPr>
      <w:r>
        <w:t>اس کے ایک استاد نے اس کے بارے میں کہا: "البرٹ واز اے لیزی ڈاگ۔" البرٹ ایک سست ڈاگ تھا۔</w:t>
      </w:r>
    </w:p>
    <w:p>
      <w:r>
        <w:rPr>
          <w:b/>
        </w:rPr>
        <w:t xml:space="preserve">[3:11:00] </w:t>
      </w:r>
      <w:r>
        <w:t>bees saal ki umar tak albert einstein mein koi ghair mamooli</w:t>
      </w:r>
    </w:p>
    <w:p>
      <w:pPr>
        <w:jc w:val="right"/>
      </w:pPr>
      <w:r>
        <w:t>بیس سال کی عمر تک البرٹ آئنسٹائن میں کوئی غیر معمولی</w:t>
      </w:r>
    </w:p>
    <w:p>
      <w:r>
        <w:rPr>
          <w:b/>
        </w:rPr>
        <w:t xml:space="preserve">[3:11:06] </w:t>
      </w:r>
      <w:r>
        <w:t>aasaar nazar na aate thay magar is ke baad us ne mehnat shuru ki to woh is bulandi</w:t>
      </w:r>
    </w:p>
    <w:p>
      <w:pPr>
        <w:jc w:val="right"/>
      </w:pPr>
      <w:r>
        <w:t>آثار نظر نہ آتے تھے مگر اس کے بعد اس نے محنت شروع کی تو وہ اس بلندی</w:t>
      </w:r>
    </w:p>
    <w:p>
      <w:r>
        <w:rPr>
          <w:b/>
        </w:rPr>
        <w:t xml:space="preserve">[3:11:13] </w:t>
      </w:r>
      <w:r>
        <w:t>tak pohancha jo maujooda zamane mein b'mushkil kisi doosre science daan ko hasil hoa.</w:t>
      </w:r>
    </w:p>
    <w:p>
      <w:pPr>
        <w:jc w:val="right"/>
      </w:pPr>
      <w:r>
        <w:t>تک پہنچا جو موجودہ زمانے میں بمشکل کسی دوسرے سائنس دان کو حاصل ہوئی۔</w:t>
      </w:r>
    </w:p>
    <w:p>
      <w:r>
        <w:rPr>
          <w:b/>
        </w:rPr>
        <w:t xml:space="preserve">[3:11:21] </w:t>
      </w:r>
      <w:r>
        <w:t>اسی بنا پر اس کے ایک سوانح نگار نے لکھا ہے: "We could take heart that it is</w:t>
      </w:r>
    </w:p>
    <w:p>
      <w:pPr>
        <w:jc w:val="right"/>
      </w:pPr>
      <w:r>
        <w:t>اسی بنا پر اس کے ایک سوانح نگار نے لکھا ہے: "وی کڈ ٹیک ہارٹ دیٹ اٹ از</w:t>
      </w:r>
    </w:p>
    <w:p>
      <w:r>
        <w:rPr>
          <w:b/>
        </w:rPr>
        <w:t xml:space="preserve">[3:11:28] </w:t>
      </w:r>
      <w:r>
        <w:t>"not necessary to be a good student to become Einstein." Hum ko</w:t>
      </w:r>
    </w:p>
    <w:p>
      <w:pPr>
        <w:jc w:val="right"/>
      </w:pPr>
      <w:r>
        <w:t>ناٹ نیسیسری ٹو بی اے گڈ سٹوڈنٹ ٹو بیکم آئنسٹائن۔" ہم کو</w:t>
      </w:r>
    </w:p>
    <w:p>
      <w:r>
        <w:rPr>
          <w:b/>
        </w:rPr>
        <w:t xml:space="preserve">[3:11:36] </w:t>
      </w:r>
      <w:r>
        <w:t>janna chahiye ke einstein banne ke liye yeh zaroori nahin hai ke aadmi talib ilmi ke zamane mein</w:t>
      </w:r>
    </w:p>
    <w:p>
      <w:pPr>
        <w:jc w:val="right"/>
      </w:pPr>
      <w:r>
        <w:t>جاننا چاہیے کہ آئنسٹائن بننے کے لیے یہ ضروری نہیں ہے کہ آدمی طالب علمی کے زمانے میں</w:t>
      </w:r>
    </w:p>
    <w:p>
      <w:r>
        <w:rPr>
          <w:b/>
        </w:rPr>
        <w:t xml:space="preserve">[3:11:41] </w:t>
      </w:r>
      <w:r>
        <w:t>mumtaz raha ho.</w:t>
      </w:r>
    </w:p>
    <w:p>
      <w:pPr>
        <w:jc w:val="right"/>
      </w:pPr>
      <w:r>
        <w:t>ممتاز رہا ہو۔</w:t>
      </w:r>
    </w:p>
    <w:p>
      <w:r>
        <w:rPr>
          <w:b/>
        </w:rPr>
        <w:t xml:space="preserve">[3:11:46] </w:t>
      </w:r>
      <w:r>
        <w:t>einstein ne apni pehli scientific kitaab is waqt shaya ki jab ke us ki umar 26 saal thi.</w:t>
      </w:r>
    </w:p>
    <w:p>
      <w:pPr>
        <w:jc w:val="right"/>
      </w:pPr>
      <w:r>
        <w:t>آئنسٹائن نے اپنی پہلی سائنسی کتاب اس وقت شائع کی جب کہ اس کی عمر 26 سال تھی۔</w:t>
      </w:r>
    </w:p>
    <w:p>
      <w:r>
        <w:rPr>
          <w:b/>
        </w:rPr>
        <w:t xml:space="preserve">[3:11:51] </w:t>
      </w:r>
      <w:r>
        <w:t>is ke baad se us ki shohrat barhti hi chali gayi.</w:t>
      </w:r>
    </w:p>
    <w:p>
      <w:pPr>
        <w:jc w:val="right"/>
      </w:pPr>
      <w:r>
        <w:t>اس کے بعد سے اس کی شہرت بڑھتی ہی چلی گئی۔</w:t>
      </w:r>
    </w:p>
    <w:p>
      <w:r>
        <w:rPr>
          <w:b/>
        </w:rPr>
        <w:t xml:space="preserve">[3:11:56] </w:t>
      </w:r>
      <w:r>
        <w:t>einstein ki zindagi bilkul saada thi.</w:t>
      </w:r>
    </w:p>
    <w:p>
      <w:pPr>
        <w:jc w:val="right"/>
      </w:pPr>
      <w:r>
        <w:t>آئنسٹائن کی زندگی بالکل سادہ تھی۔</w:t>
      </w:r>
    </w:p>
    <w:p>
      <w:r>
        <w:rPr>
          <w:b/>
        </w:rPr>
        <w:t xml:space="preserve">[3:12:01] </w:t>
      </w:r>
      <w:r>
        <w:t>woh nihayat saada ghiza khata tha. woh aksar</w:t>
      </w:r>
    </w:p>
    <w:p>
      <w:pPr>
        <w:jc w:val="right"/>
      </w:pPr>
      <w:r>
        <w:t>وہ نہایت سادہ غذا کھاتا تھا۔ وہ اکثر</w:t>
      </w:r>
    </w:p>
    <w:p>
      <w:r>
        <w:rPr>
          <w:b/>
        </w:rPr>
        <w:t xml:space="preserve">[3:12:06] </w:t>
      </w:r>
      <w:r>
        <w:t>aadhi raat tak apne kaam mein masroof rehta tha.</w:t>
      </w:r>
    </w:p>
    <w:p>
      <w:pPr>
        <w:jc w:val="right"/>
      </w:pPr>
      <w:r>
        <w:t>ادھی رات تک اپنے کام میں مشغول رہتا تھا۔</w:t>
      </w:r>
    </w:p>
    <w:p>
      <w:r>
        <w:rPr>
          <w:b/>
        </w:rPr>
        <w:t xml:space="preserve">[3:12:11] </w:t>
      </w:r>
      <w:r>
        <w:t>us ko israel ki sadarat pesh ki gayi thi magar us ne inkar kar diya.</w:t>
      </w:r>
    </w:p>
    <w:p>
      <w:pPr>
        <w:jc w:val="right"/>
      </w:pPr>
      <w:r>
        <w:t>اس کو اسرائیل کی صدارت پیش کی گئی تھی مگر اس نے انکار کر دیا۔</w:t>
      </w:r>
    </w:p>
    <w:p>
      <w:r>
        <w:rPr>
          <w:b/>
        </w:rPr>
        <w:t xml:space="preserve">[3:12:16] </w:t>
      </w:r>
      <w:r>
        <w:t>us ka kehna tha ke siyasat insaniyat ka cancer hai.</w:t>
      </w:r>
    </w:p>
    <w:p>
      <w:pPr>
        <w:jc w:val="right"/>
      </w:pPr>
      <w:r>
        <w:t>اس کا کہنا تھا کہ سیاست انسانیت کا کینسر ہے۔</w:t>
      </w:r>
    </w:p>
    <w:p>
      <w:r>
        <w:rPr>
          <w:b/>
        </w:rPr>
        <w:t xml:space="preserve">[3:12:21] </w:t>
      </w:r>
      <w:r>
        <w:t>1933 mein us ne hitler ke germany ko chhod diya tha.</w:t>
      </w:r>
    </w:p>
    <w:p>
      <w:pPr>
        <w:jc w:val="right"/>
      </w:pPr>
      <w:r>
        <w:t>1933 میں اس نے ہٹلر کے جرمنی کو چھوڑ دیا تھا۔</w:t>
      </w:r>
    </w:p>
    <w:p>
      <w:r>
        <w:rPr>
          <w:b/>
        </w:rPr>
        <w:t xml:space="preserve">[3:12:26] </w:t>
      </w:r>
      <w:r>
        <w:t>hitler ki hukumat ne ailan kiya ke jo shakhs einstein ka sir kaat kar laye ga us ko</w:t>
      </w:r>
    </w:p>
    <w:p>
      <w:pPr>
        <w:jc w:val="right"/>
      </w:pPr>
      <w:r>
        <w:t>ہٹلر کی حکومت نے اعلان کیا کہ جو شخص آئنسٹائن کا سر کاٹ کر لائے گا اس کو</w:t>
      </w:r>
    </w:p>
    <w:p>
      <w:r>
        <w:rPr>
          <w:b/>
        </w:rPr>
        <w:t xml:space="preserve">[3:12:31] </w:t>
      </w:r>
      <w:r>
        <w:t>bees hazar mark inaam</w:t>
      </w:r>
    </w:p>
    <w:p>
      <w:pPr>
        <w:jc w:val="right"/>
      </w:pPr>
      <w:r>
        <w:t>بیس ہزار مارک انعام</w:t>
      </w:r>
    </w:p>
    <w:p>
      <w:r>
        <w:rPr>
          <w:b/>
        </w:rPr>
        <w:t xml:space="preserve">[3:12:36] </w:t>
      </w:r>
      <w:r>
        <w:t>diya jaye ga.</w:t>
      </w:r>
    </w:p>
    <w:p>
      <w:pPr>
        <w:jc w:val="right"/>
      </w:pPr>
      <w:r>
        <w:t>دیا جائے گا۔</w:t>
      </w:r>
    </w:p>
    <w:p>
      <w:r>
        <w:rPr>
          <w:b/>
        </w:rPr>
        <w:t xml:space="preserve">[3:12:41] </w:t>
      </w:r>
      <w:r>
        <w:t>is zamane mein yeh raqam bohat ziyada thi magar einstein ki azmat logon ke dilon par itni qaim</w:t>
      </w:r>
    </w:p>
    <w:p>
      <w:pPr>
        <w:jc w:val="right"/>
      </w:pPr>
      <w:r>
        <w:t>اس زمانے میں یہ رقم بہت زیادہ تھی مگر آئنسٹائن کی عظمت لوگوں کے دلوں پر اتنی قائم</w:t>
      </w:r>
    </w:p>
    <w:p>
      <w:r>
        <w:rPr>
          <w:b/>
        </w:rPr>
        <w:t xml:space="preserve">[3:12:46] </w:t>
      </w:r>
      <w:r>
        <w:t>ho chuki thi ke koi is inaam ko hasil karne ki jurat na kar saka.</w:t>
      </w:r>
    </w:p>
    <w:p>
      <w:pPr>
        <w:jc w:val="right"/>
      </w:pPr>
      <w:r>
        <w:t>ہو چکی تھی کہ کوئی اس انعام کو حاصل کرنے کی جرات نہ کر سکا۔</w:t>
      </w:r>
    </w:p>
    <w:p>
      <w:r>
        <w:rPr>
          <w:b/>
        </w:rPr>
        <w:t xml:space="preserve">[3:12:51] </w:t>
      </w:r>
      <w:r>
        <w:t>17 october 1979.</w:t>
      </w:r>
    </w:p>
    <w:p>
      <w:pPr>
        <w:jc w:val="right"/>
      </w:pPr>
      <w:r>
        <w:t>17 اکتوبر 1979۔</w:t>
      </w:r>
    </w:p>
    <w:p>
      <w:r>
        <w:rPr>
          <w:b/>
        </w:rPr>
        <w:t xml:space="preserve">[3:12:56] </w:t>
      </w:r>
      <w:r>
        <w:t>tareekh mein is tarah ki bohat misalein hain jo batati hain ke bara insaan banne ke liye bara</w:t>
      </w:r>
    </w:p>
    <w:p>
      <w:pPr>
        <w:jc w:val="right"/>
      </w:pPr>
      <w:r>
        <w:t>تاریخ میں اس طرح کی بہت مثالیں ہیں جو بتاتی ہیں کہ بڑا انسان بننے کے لیے بڑا</w:t>
      </w:r>
    </w:p>
    <w:p>
      <w:r>
        <w:rPr>
          <w:b/>
        </w:rPr>
        <w:t xml:space="preserve">[3:13:01] </w:t>
      </w:r>
      <w:r>
        <w:t>bacha paida hona zaroori nahi.</w:t>
      </w:r>
    </w:p>
    <w:p>
      <w:pPr>
        <w:jc w:val="right"/>
      </w:pPr>
      <w:r>
        <w:t>بچہ پیدا ہونا ضروری نہیں۔</w:t>
      </w:r>
    </w:p>
    <w:p>
      <w:r>
        <w:rPr>
          <w:b/>
        </w:rPr>
        <w:t xml:space="preserve">[3:13:06] </w:t>
      </w:r>
      <w:r>
        <w:t>maamooli hesiyat se aaghaz kar ke aadmi bari bari kamyabiyan hasil kar sakta hai bashart ke woh jad-o-jehad</w:t>
      </w:r>
    </w:p>
    <w:p>
      <w:pPr>
        <w:jc w:val="right"/>
      </w:pPr>
      <w:r>
        <w:t>معمولی حیثیت سے آغاز کر کے آدمی بڑی بڑی کامیابیاں حاصل کر سکتا ہے بشرط کہ وہ جدوجہد</w:t>
      </w:r>
    </w:p>
    <w:p>
      <w:r>
        <w:rPr>
          <w:b/>
        </w:rPr>
        <w:t xml:space="preserve">[3:13:12] </w:t>
      </w:r>
      <w:r>
        <w:t>ki sharton ko poora kare.</w:t>
      </w:r>
    </w:p>
    <w:p>
      <w:pPr>
        <w:jc w:val="right"/>
      </w:pPr>
      <w:r>
        <w:t>کی شرطوں کو پورا کرے۔</w:t>
      </w:r>
    </w:p>
    <w:p>
      <w:r>
        <w:rPr>
          <w:b/>
        </w:rPr>
        <w:t xml:space="preserve">[3:13:18] </w:t>
      </w:r>
      <w:r>
        <w:t>balkeh woh log zyada khush qismat hain jin ko mushkil mawaqe mein zindagi ka saboot dena parre kyunke</w:t>
      </w:r>
    </w:p>
    <w:p>
      <w:pPr>
        <w:jc w:val="right"/>
      </w:pPr>
      <w:r>
        <w:t>بلکہ وہ لوگ زیادہ خوش قسمت ہیں جن کو مشکل مواقع میں زندگی کا ثبوت دینا پڑے کیونکہ</w:t>
      </w:r>
    </w:p>
    <w:p>
      <w:r>
        <w:rPr>
          <w:b/>
        </w:rPr>
        <w:t xml:space="preserve">[3:13:24] </w:t>
      </w:r>
      <w:r>
        <w:t>mushkil halaat amal ka muharrik hote hain.</w:t>
      </w:r>
    </w:p>
    <w:p>
      <w:pPr>
        <w:jc w:val="right"/>
      </w:pPr>
      <w:r>
        <w:t>مشکل حالات عمل کا محرک ہوتے ہیں۔</w:t>
      </w:r>
    </w:p>
    <w:p>
      <w:r>
        <w:rPr>
          <w:b/>
        </w:rPr>
        <w:t xml:space="preserve">[3:13:30] </w:t>
      </w:r>
      <w:r>
        <w:t>woh aadmi ke andar chupi hui salahiyaton ko bedar karte hain. Naz-o-zindagi</w:t>
      </w:r>
    </w:p>
    <w:p>
      <w:pPr>
        <w:jc w:val="right"/>
      </w:pPr>
      <w:r>
        <w:t>وہ آدمی کے اندر چھپی ہوئی صلاحیتوں کو بیدار کرتے ہیں۔ نیز زندگی</w:t>
      </w:r>
    </w:p>
    <w:p>
      <w:r>
        <w:rPr>
          <w:b/>
        </w:rPr>
        <w:t xml:space="preserve">[3:13:37] </w:t>
      </w:r>
      <w:r>
        <w:t>ke behtareen sabaq hamesha mushkil halaat mein milte hain.</w:t>
      </w:r>
    </w:p>
    <w:p>
      <w:pPr>
        <w:jc w:val="right"/>
      </w:pPr>
      <w:r>
        <w:t>کے بہترین سبق ہمیشہ مشکل حالات میں ملتے ہیں۔</w:t>
      </w:r>
    </w:p>
    <w:p>
      <w:r>
        <w:rPr>
          <w:b/>
        </w:rPr>
        <w:t xml:space="preserve">[3:13:43] </w:t>
      </w:r>
      <w:r>
        <w:t>aala insaan rahton mein nahi balkeh mushkilon mein tayyar hota hai.</w:t>
      </w:r>
    </w:p>
    <w:p>
      <w:pPr>
        <w:jc w:val="right"/>
      </w:pPr>
      <w:r>
        <w:t>اعلیٰ انسان راحتوں میں نہیں بلکہ مشکلوں میں تیار ہوتا ہے۔</w:t>
      </w:r>
    </w:p>
    <w:p>
      <w:r>
        <w:rPr>
          <w:b/>
        </w:rPr>
        <w:t xml:space="preserve">[3:13:49] </w:t>
      </w:r>
      <w:r>
        <w:t>haqeeqat yeh hai ke Khuda ki is dunya mein imkanat ki koi had nahi.</w:t>
      </w:r>
    </w:p>
    <w:p>
      <w:pPr>
        <w:jc w:val="right"/>
      </w:pPr>
      <w:r>
        <w:t>حقیقت یہ ہے کہ خدا کی اس دنیا میں امکانات کی کوئی حد نہیں۔</w:t>
      </w:r>
    </w:p>
    <w:p>
      <w:r>
        <w:rPr>
          <w:b/>
        </w:rPr>
        <w:t xml:space="preserve">[3:13:55] </w:t>
      </w:r>
      <w:r>
        <w:t>yahan kisi ko apne amal ke liye maamooli aaghaz mile to us ko mayoos nahi hona chahiye.</w:t>
      </w:r>
    </w:p>
    <w:p>
      <w:pPr>
        <w:jc w:val="right"/>
      </w:pPr>
      <w:r>
        <w:t>یہاں کسی کو اپنے عمل کے لیے معمولی آغاز ملے تو اس کو مایوس نہیں ہونا چاہیے۔</w:t>
      </w:r>
    </w:p>
    <w:p>
      <w:r>
        <w:rPr>
          <w:b/>
        </w:rPr>
        <w:t xml:space="preserve">[3:14:01] </w:t>
      </w:r>
      <w:r>
        <w:t>maamooli halaat zindagi ka sab se mazboot zeena hain.</w:t>
      </w:r>
    </w:p>
    <w:p>
      <w:pPr>
        <w:jc w:val="right"/>
      </w:pPr>
      <w:r>
        <w:t>معمولی حالات زندگی کا سب سے مضبوط زینہ ہیں۔</w:t>
      </w:r>
    </w:p>
    <w:p>
      <w:r>
        <w:rPr>
          <w:b/>
        </w:rPr>
        <w:t xml:space="preserve">[3:14:08] </w:t>
      </w:r>
      <w:r>
        <w:t>tareekh ki aksar aala tareen kamyabiyan maamooli halaat ke andar hi se baramad hui hain.</w:t>
      </w:r>
    </w:p>
    <w:p>
      <w:pPr>
        <w:jc w:val="right"/>
      </w:pPr>
      <w:r>
        <w:t>تاریخ کی اکثر اعلیٰ ترین کامیابیاں معمولی حالات کے اندر ہی سے برآمد ہوئی ہیں۔</w:t>
      </w:r>
    </w:p>
    <w:p>
      <w:r>
        <w:rPr>
          <w:b/>
        </w:rPr>
        <w:t xml:space="preserve">[3:14:14] </w:t>
      </w:r>
      <w:r>
        <w:t>taleem ki taraf.</w:t>
      </w:r>
    </w:p>
    <w:p>
      <w:pPr>
        <w:jc w:val="right"/>
      </w:pPr>
      <w:r>
        <w:t>تعلیم کی طرف۔</w:t>
      </w:r>
    </w:p>
    <w:p>
      <w:r>
        <w:rPr>
          <w:b/>
        </w:rPr>
        <w:t xml:space="preserve">[3:14:20] </w:t>
      </w:r>
      <w:r>
        <w:t>kitab "tarbiyat-e-aulad" Maulana Wahiduddin Khan, safha number 78.</w:t>
      </w:r>
    </w:p>
    <w:p>
      <w:pPr>
        <w:jc w:val="right"/>
      </w:pPr>
      <w:r>
        <w:t>کتاب "تربیتِ اولاد" مولانا وحید الدین خان، صفحہ نمبر 78۔</w:t>
      </w:r>
    </w:p>
    <w:p>
      <w:r>
        <w:rPr>
          <w:b/>
        </w:rPr>
        <w:t xml:space="preserve">[3:14:26] </w:t>
      </w:r>
      <w:r>
        <w:t>BBC London ke Urdu shobay ki aik team ne India ki riyasat Gujarat ka daura kiya.</w:t>
      </w:r>
    </w:p>
    <w:p>
      <w:pPr>
        <w:jc w:val="right"/>
      </w:pPr>
      <w:r>
        <w:t>بی بی سی لندن کے اردو شعبے کی ایک ٹیم نے انڈیا کی ریاست گجرات کا دورہ کیا۔</w:t>
      </w:r>
    </w:p>
    <w:p>
      <w:r>
        <w:rPr>
          <w:b/>
        </w:rPr>
        <w:t xml:space="preserve">[3:14:32] </w:t>
      </w:r>
      <w:r>
        <w:t>wahan us ne</w:t>
      </w:r>
    </w:p>
    <w:p>
      <w:pPr>
        <w:jc w:val="right"/>
      </w:pPr>
      <w:r>
        <w:t>وہاں اس نے</w:t>
      </w:r>
    </w:p>
    <w:p>
      <w:r>
        <w:rPr>
          <w:b/>
        </w:rPr>
        <w:t xml:space="preserve">[3:14:38] </w:t>
      </w:r>
      <w:r>
        <w:t>khaas taur par Gujarat ke musalmanon se mulaqat ki aur is mozu par aik report tayyar ki.</w:t>
      </w:r>
    </w:p>
    <w:p>
      <w:pPr>
        <w:jc w:val="right"/>
      </w:pPr>
      <w:r>
        <w:t>خاص طور پر گجرات کے مسلمانوں سے ملاقات کی اور اس موضوع پر ایک رپورٹ تیار کی۔</w:t>
      </w:r>
    </w:p>
    <w:p>
      <w:r>
        <w:rPr>
          <w:b/>
        </w:rPr>
        <w:t xml:space="preserve">[3:14:45] </w:t>
      </w:r>
      <w:r>
        <w:t>is report ka aik hissa maine 22 July 2004 ko BBC London ke nashriye mein suna.</w:t>
      </w:r>
    </w:p>
    <w:p>
      <w:pPr>
        <w:jc w:val="right"/>
      </w:pPr>
      <w:r>
        <w:t>اس رپورٹ کا ایک حصہ میں نے 22 جولائی 2004 کو بی بی سی لندن کے نشریے میں سنا۔</w:t>
      </w:r>
    </w:p>
    <w:p>
      <w:r>
        <w:rPr>
          <w:b/>
        </w:rPr>
        <w:t xml:space="preserve">[3:14:53] </w:t>
      </w:r>
      <w:r>
        <w:t>is nashriye mein bataya gaya tha ke riyasat mein pichle firqawarana fasaad February ta March 2002 ke</w:t>
      </w:r>
    </w:p>
    <w:p>
      <w:pPr>
        <w:jc w:val="right"/>
      </w:pPr>
      <w:r>
        <w:t>اس نشریے میں بتایا گیا تھا کہ ریاست میں پچھلے فرقہ وارانہ فساد فروری تا مارچ 2002 کے</w:t>
      </w:r>
    </w:p>
    <w:p>
      <w:r>
        <w:rPr>
          <w:b/>
        </w:rPr>
        <w:t xml:space="preserve">[3:15:00] </w:t>
      </w:r>
      <w:r>
        <w:t>baad Gujarat ke musalmanon mein bare paimane par aik naya rujhan paida</w:t>
      </w:r>
    </w:p>
    <w:p>
      <w:pPr>
        <w:jc w:val="right"/>
      </w:pPr>
      <w:r>
        <w:t>بعد گجرات کے مسلمانوں میں بڑے پیمانے پر ایک نیا رجحان پیدا</w:t>
      </w:r>
    </w:p>
    <w:p>
      <w:r>
        <w:rPr>
          <w:b/>
        </w:rPr>
        <w:t xml:space="preserve">[3:15:08] </w:t>
      </w:r>
      <w:r>
        <w:t>hua hai.</w:t>
      </w:r>
    </w:p>
    <w:p>
      <w:pPr>
        <w:jc w:val="right"/>
      </w:pPr>
      <w:r>
        <w:t>ہوا ہے۔</w:t>
      </w:r>
    </w:p>
    <w:p>
      <w:r>
        <w:rPr>
          <w:b/>
        </w:rPr>
        <w:t xml:space="preserve">[3:15:12] </w:t>
      </w:r>
      <w:r>
        <w:t>ab yahan ka har musalman taleem ke baray mein sochta hai.</w:t>
      </w:r>
    </w:p>
    <w:p>
      <w:pPr>
        <w:jc w:val="right"/>
      </w:pPr>
      <w:r>
        <w:t>اب یہاں کا ہر مسلمان تعلیم کے بارے میں سوچتا ہے۔</w:t>
      </w:r>
    </w:p>
    <w:p>
      <w:r>
        <w:rPr>
          <w:b/>
        </w:rPr>
        <w:t xml:space="preserve">[3:15:17] </w:t>
      </w:r>
      <w:r>
        <w:t>har ek yeh keh raha hai ke apne bachchon ko parhao.</w:t>
      </w:r>
    </w:p>
    <w:p>
      <w:pPr>
        <w:jc w:val="right"/>
      </w:pPr>
      <w:r>
        <w:t>ہر ایک یہ کہہ رہا ہے کہ اپنے بچوں کو پڑھاؤ۔</w:t>
      </w:r>
    </w:p>
    <w:p>
      <w:r>
        <w:rPr>
          <w:b/>
        </w:rPr>
        <w:t xml:space="preserve">[3:15:21] </w:t>
      </w:r>
      <w:r>
        <w:t>yeh ek naya rujhan hai.</w:t>
      </w:r>
    </w:p>
    <w:p>
      <w:pPr>
        <w:jc w:val="right"/>
      </w:pPr>
      <w:r>
        <w:t>یہ ایک نیا رجحان ہے۔</w:t>
      </w:r>
    </w:p>
    <w:p>
      <w:r>
        <w:rPr>
          <w:b/>
        </w:rPr>
        <w:t xml:space="preserve">[3:15:25] </w:t>
      </w:r>
      <w:r>
        <w:t>1947 ke baad hindustani musalmanon mein musalsal taur par ek hi zehn paya ja raha tha.</w:t>
      </w:r>
    </w:p>
    <w:p>
      <w:pPr>
        <w:jc w:val="right"/>
      </w:pPr>
      <w:r>
        <w:t>1947 کے بعد ہندوستانی مسلمانوں میں مسلسل طور پر ایک ہی ذہن پایا جا رہا تھا۔</w:t>
      </w:r>
    </w:p>
    <w:p>
      <w:r>
        <w:rPr>
          <w:b/>
        </w:rPr>
        <w:t xml:space="preserve">[3:15:30] </w:t>
      </w:r>
      <w:r>
        <w:t>wo tha shikayat aur احتجاج ki nafsiyaat ka shikar hona.</w:t>
      </w:r>
    </w:p>
    <w:p>
      <w:pPr>
        <w:jc w:val="right"/>
      </w:pPr>
      <w:r>
        <w:t>وہ تھا شکایت اور احتجاج کی نفسیات کا شکار ہونا۔</w:t>
      </w:r>
    </w:p>
    <w:p>
      <w:r>
        <w:rPr>
          <w:b/>
        </w:rPr>
        <w:t xml:space="preserve">[3:15:34] </w:t>
      </w:r>
      <w:r>
        <w:t>neez tashaddud ka jawab tashaddud se dena. half</w:t>
      </w:r>
    </w:p>
    <w:p>
      <w:pPr>
        <w:jc w:val="right"/>
      </w:pPr>
      <w:r>
        <w:t>نیز تشدد کا جواب تشدد سے دینا۔ نصف</w:t>
      </w:r>
    </w:p>
    <w:p>
      <w:r>
        <w:rPr>
          <w:b/>
        </w:rPr>
        <w:t xml:space="preserve">[3:15:38] </w:t>
      </w:r>
      <w:r>
        <w:t>sadi se ziyada muddat ke tajrubay ke baad yeh nazariya nakaam sabit hua. Ab pehli baar musalmanon mein yeh tarz fikr paida hua hai ke jawabi zehn ke tehat sochna aur mazi ke talkh tajrubon mein jeena aik be-faida kaam hai. Ab woh pehli baar peechay ko bhula kar aagay ki taraf soch rahe hain. Woh intiqam ke bajaye taameer ka nazariya apna rahe hain. Is jadeed rujhan</w:t>
      </w:r>
    </w:p>
    <w:p>
      <w:pPr>
        <w:jc w:val="right"/>
      </w:pPr>
      <w:r>
        <w:t>صدی سے زیادہ مدت کے تجربے کے بعد یہ نظریہ ناکام ثابت ہوا۔ اب پہلی بار مسلمانوں میں یہ طرز فکر پیدا ہوا ہے کہ جوابی ذہن کے تحت سوچنا اور ماضی کے تلخ تجربوں میں جینا ایک بے فائدہ کام ہے۔ اب وہ پہلی بار پیچھے کو بھلا کر آگے کی طرف سوچ رہے ہیں۔ وہ انتقام کے بجائے تعمیر کا نظریہ اپنا رہے ہیں۔ اس جدید رجحان</w:t>
      </w:r>
    </w:p>
    <w:p>
      <w:r>
        <w:rPr>
          <w:b/>
        </w:rPr>
        <w:t xml:space="preserve">[3:16:08] </w:t>
      </w:r>
      <w:r>
        <w:t>ko ek jumle mein is tarah bayan kiya ja sakta hai: "maazi ko bhulao, bachchon ko parhao." 1947</w:t>
      </w:r>
    </w:p>
    <w:p>
      <w:pPr>
        <w:jc w:val="right"/>
      </w:pPr>
      <w:r>
        <w:t>کو ایک جملے میں اس طرح بیان کیا جا سکتا ہے: "ماضی کو بھلاؤ، بچوں کو پڑھاؤ۔" 1947</w:t>
      </w:r>
    </w:p>
    <w:p>
      <w:r>
        <w:rPr>
          <w:b/>
        </w:rPr>
        <w:t xml:space="preserve">[3:16:14] </w:t>
      </w:r>
      <w:r>
        <w:t>ke baad pesh aane wale nakhushgawar waqeat ke nateejay mein tamam hindustani musalman radde amal ki nafsiyaat ke shikar</w:t>
      </w:r>
    </w:p>
    <w:p>
      <w:pPr>
        <w:jc w:val="right"/>
      </w:pPr>
      <w:r>
        <w:t>کے بعد پیش آنے والے ناخوشگوار واقعات کے نتیجے میں تمام ہندوستانی مسلمان ردعمل کی نفسیات کے شکار</w:t>
      </w:r>
    </w:p>
    <w:p>
      <w:r>
        <w:rPr>
          <w:b/>
        </w:rPr>
        <w:t xml:space="preserve">[3:16:20] </w:t>
      </w:r>
      <w:r>
        <w:t>ho gaye thay.</w:t>
      </w:r>
    </w:p>
    <w:p>
      <w:pPr>
        <w:jc w:val="right"/>
      </w:pPr>
      <w:r>
        <w:t>ہو گئے تھے۔</w:t>
      </w:r>
    </w:p>
    <w:p>
      <w:r>
        <w:rPr>
          <w:b/>
        </w:rPr>
        <w:t xml:space="preserve">[3:16:26] </w:t>
      </w:r>
      <w:r>
        <w:t>raqim ul huroof ne pehli baar musalmanon ko yeh batana shuru kiya ke zindagi ka raaz misbat soch mein</w:t>
      </w:r>
    </w:p>
    <w:p>
      <w:pPr>
        <w:jc w:val="right"/>
      </w:pPr>
      <w:r>
        <w:t>راقم الحروف نے پہلی بار مسلمانوں کو یہ بتانا شروع کیا کہ زندگی کا راز مثبت سوچ میں</w:t>
      </w:r>
    </w:p>
    <w:p>
      <w:r>
        <w:rPr>
          <w:b/>
        </w:rPr>
        <w:t xml:space="preserve">[3:16:32] </w:t>
      </w:r>
      <w:r>
        <w:t>hai na ke manfi soch mein.</w:t>
      </w:r>
    </w:p>
    <w:p>
      <w:pPr>
        <w:jc w:val="right"/>
      </w:pPr>
      <w:r>
        <w:t>ہے نہ کہ منفی سوچ میں۔</w:t>
      </w:r>
    </w:p>
    <w:p>
      <w:r>
        <w:rPr>
          <w:b/>
        </w:rPr>
        <w:t xml:space="preserve">[3:16:38] </w:t>
      </w:r>
      <w:r>
        <w:t>1965 mein yeh koshish mein ne Lucknow ke haft roza Nadaye Millat ke zariye shuru ki. Us ke baad 1967 se yeh kaam Delhi ke haft roza Al-Jamiat ke zariye jaari raha. Us ke baad 1976 mein mein ne Delhi se mahnama Al-Risala jaari kiya. Phir ziyada munazzam andaaz mein is kaam ko karne laga. Is ke ilawa mulk ke</w:t>
      </w:r>
    </w:p>
    <w:p>
      <w:pPr>
        <w:jc w:val="right"/>
      </w:pPr>
      <w:r>
        <w:t>1965 میں یہ کوشش میں نے لکھنو کے ہفت روزہ ندائے ملت کے ذریعے شروع کی۔ اس کے بعد 1967 سے یہ کام دہلی کے ہفت روزہ الجمعیہ کے ذریعے جاری رہا۔ اس کے بعد 1976 میں میں نے دہلی سے ماہنامہ الرسالہ جاری کیا۔ پھر زیادہ منظم انداز میں اس کام کو کرنے لگا۔ اس کے علاوہ ملک کے</w:t>
      </w:r>
    </w:p>
    <w:p>
      <w:r>
        <w:rPr>
          <w:b/>
        </w:rPr>
        <w:t xml:space="preserve">[3:17:08] </w:t>
      </w:r>
      <w:r>
        <w:t>mukhtalif akhbarat aur jarayed mein musalsal is ki taeed mein mazameen shaya kiye.</w:t>
      </w:r>
    </w:p>
    <w:p>
      <w:pPr>
        <w:jc w:val="right"/>
      </w:pPr>
      <w:r>
        <w:t>مختلف اخبارات اور جرائد میں مسلسل اس کی تائید میں مضامین شائع کیے۔</w:t>
      </w:r>
    </w:p>
    <w:p>
      <w:r>
        <w:rPr>
          <w:b/>
        </w:rPr>
        <w:t xml:space="preserve">[3:17:14] </w:t>
      </w:r>
      <w:r>
        <w:t>poore mulk mein safar kar ke jalson aur ijtamaat ki soorat mein is misbat paigham ko musalmanan-e-hind tak pohanchaya.</w:t>
      </w:r>
    </w:p>
    <w:p>
      <w:pPr>
        <w:jc w:val="right"/>
      </w:pPr>
      <w:r>
        <w:t>پورے ملک میں سفر کر کے جلسوں اور اجتماعات کی صورت میں اس مثبت پیغام کو مسلمانان ہند تک پہنچایا۔</w:t>
      </w:r>
    </w:p>
    <w:p>
      <w:r>
        <w:rPr>
          <w:b/>
        </w:rPr>
        <w:t xml:space="preserve">[3:17:20] </w:t>
      </w:r>
      <w:r>
        <w:t>yeh nuqta nazar musalmanon ke liye ajnabi tha.</w:t>
      </w:r>
    </w:p>
    <w:p>
      <w:pPr>
        <w:jc w:val="right"/>
      </w:pPr>
      <w:r>
        <w:t>یہ نقطہ نظر مسلمانوں کے لیے اجنبی تھا۔</w:t>
      </w:r>
    </w:p>
    <w:p>
      <w:r>
        <w:rPr>
          <w:b/>
        </w:rPr>
        <w:t xml:space="preserve">[3:17:27] </w:t>
      </w:r>
      <w:r>
        <w:t>ek arabi misl hai: "al-nas a'daa ma jahlu" yaani log us cheez ke dushman ban jate hain jis</w:t>
      </w:r>
    </w:p>
    <w:p>
      <w:pPr>
        <w:jc w:val="right"/>
      </w:pPr>
      <w:r>
        <w:t>ایک عربی مثل ہے: "الناس اعداء ما جہلو" یعنی لوگ اس چیز کے دشمن بن جاتے ہیں جس</w:t>
      </w:r>
    </w:p>
    <w:p>
      <w:r>
        <w:rPr>
          <w:b/>
        </w:rPr>
        <w:t xml:space="preserve">[3:17:33] </w:t>
      </w:r>
      <w:r>
        <w:t>se woh bekhabar hain.</w:t>
      </w:r>
    </w:p>
    <w:p>
      <w:pPr>
        <w:jc w:val="right"/>
      </w:pPr>
      <w:r>
        <w:t>سے وہ بے خبر ہیں۔</w:t>
      </w:r>
    </w:p>
    <w:p>
      <w:r>
        <w:rPr>
          <w:b/>
        </w:rPr>
        <w:t xml:space="preserve">[3:17:39] </w:t>
      </w:r>
      <w:r>
        <w:t>chunanche ibtidai taur par musalmanon mein is ki mukhalifat shuru ho gayi.</w:t>
      </w:r>
    </w:p>
    <w:p>
      <w:pPr>
        <w:jc w:val="right"/>
      </w:pPr>
      <w:r>
        <w:t>چنانچہ ابتدائی طور پر مسلمانوں میں اس کی مخالفت شروع ہوگئی۔</w:t>
      </w:r>
    </w:p>
    <w:p>
      <w:r>
        <w:rPr>
          <w:b/>
        </w:rPr>
        <w:t xml:space="preserve">[3:17:44] </w:t>
      </w:r>
      <w:r>
        <w:t>wo sabr aur a'iraz ke nazariye ko dushman ki chaal samajhne lagay.</w:t>
      </w:r>
    </w:p>
    <w:p>
      <w:pPr>
        <w:jc w:val="right"/>
      </w:pPr>
      <w:r>
        <w:t>وہ صبر اور اعراض کے نظریے کو دشمن کی چال سمجھنے لگے۔</w:t>
      </w:r>
    </w:p>
    <w:p>
      <w:r>
        <w:rPr>
          <w:b/>
        </w:rPr>
        <w:t xml:space="preserve">[3:17:49] </w:t>
      </w:r>
      <w:r>
        <w:t>magar musalsal tajrube ke baad ab un ki aankh khul gayi hai.</w:t>
      </w:r>
    </w:p>
    <w:p>
      <w:pPr>
        <w:jc w:val="right"/>
      </w:pPr>
      <w:r>
        <w:t>مگر مسلسل تجربے کے بعد اب ان کی آنکھ کھل گئی ہے۔</w:t>
      </w:r>
    </w:p>
    <w:p>
      <w:r>
        <w:rPr>
          <w:b/>
        </w:rPr>
        <w:t xml:space="preserve">[3:17:54] </w:t>
      </w:r>
      <w:r>
        <w:t>ab na sirf gujrat balke saare mulk mein musalmanon ka zehn badal chuka hai.</w:t>
      </w:r>
    </w:p>
    <w:p>
      <w:pPr>
        <w:jc w:val="right"/>
      </w:pPr>
      <w:r>
        <w:t>اب نہ صرف گجرات بلکہ سارے ملک میں مسلمانوں کا ذہن بدل چکا ہے۔</w:t>
      </w:r>
    </w:p>
    <w:p>
      <w:r>
        <w:rPr>
          <w:b/>
        </w:rPr>
        <w:t xml:space="preserve">[3:17:59] </w:t>
      </w:r>
      <w:r>
        <w:t>wo jaan chuke hain ke doosron ko ilzam dena sarasar befaida kaam hai.</w:t>
      </w:r>
    </w:p>
    <w:p>
      <w:pPr>
        <w:jc w:val="right"/>
      </w:pPr>
      <w:r>
        <w:t>وہ جان چکے ہیں کہ دوسروں کو الزام دینا سراسر بے فائدہ کام ہے۔</w:t>
      </w:r>
    </w:p>
    <w:p>
      <w:r>
        <w:rPr>
          <w:b/>
        </w:rPr>
        <w:t xml:space="preserve">[3:18:04] </w:t>
      </w:r>
      <w:r>
        <w:t>saheeh yeh hai ke sari taqat khud apni ta</w:t>
      </w:r>
    </w:p>
    <w:p>
      <w:pPr>
        <w:jc w:val="right"/>
      </w:pPr>
      <w:r>
        <w:t>صحیح یہ ہے کہ ساری طاقت خود اپنی تع</w:t>
      </w:r>
    </w:p>
    <w:p>
      <w:r>
        <w:rPr>
          <w:b/>
        </w:rPr>
        <w:t xml:space="preserve">[3:18:09] </w:t>
      </w:r>
      <w:r>
        <w:t>meer o istehkam par lagai jaye.</w:t>
      </w:r>
    </w:p>
    <w:p>
      <w:pPr>
        <w:jc w:val="right"/>
      </w:pPr>
      <w:r>
        <w:t>میر و استحکام پر لگائی جائے۔</w:t>
      </w:r>
    </w:p>
    <w:p>
      <w:r>
        <w:rPr>
          <w:b/>
        </w:rPr>
        <w:t xml:space="preserve">[3:18:14] </w:t>
      </w:r>
      <w:r>
        <w:t>yeh bilashuba ek sehatmand rujhan hai.</w:t>
      </w:r>
    </w:p>
    <w:p>
      <w:pPr>
        <w:jc w:val="right"/>
      </w:pPr>
      <w:r>
        <w:t>یہ بلاشبہ ایک صحت مند رجحان ہے۔</w:t>
      </w:r>
    </w:p>
    <w:p>
      <w:r>
        <w:rPr>
          <w:b/>
        </w:rPr>
        <w:t xml:space="preserve">[3:18:19] </w:t>
      </w:r>
      <w:r>
        <w:t>scientific انقلاب ke baad duniya mein mukammal taur par ek naya daur aa gaya hai.</w:t>
      </w:r>
    </w:p>
    <w:p>
      <w:pPr>
        <w:jc w:val="right"/>
      </w:pPr>
      <w:r>
        <w:t>سائنسی انقلاب کے بعد دنیا میں مکمل طور پر ایک نیا دور آگیا ہے۔</w:t>
      </w:r>
    </w:p>
    <w:p>
      <w:r>
        <w:rPr>
          <w:b/>
        </w:rPr>
        <w:t xml:space="preserve">[3:18:24] </w:t>
      </w:r>
      <w:r>
        <w:t>pehlay kaha jata tha ke talwar mein taqat hai: "har ke shamshir zand sikka banamsh khanan" magar ab</w:t>
      </w:r>
    </w:p>
    <w:p>
      <w:pPr>
        <w:jc w:val="right"/>
      </w:pPr>
      <w:r>
        <w:t>پہلے کہا جاتا تھا کہ تلوار میں طاقت ہے: "ہر کے شمشیر زند سکہ بنامش خانن" مگر اب</w:t>
      </w:r>
    </w:p>
    <w:p>
      <w:r>
        <w:rPr>
          <w:b/>
        </w:rPr>
        <w:t xml:space="preserve">[3:18:29] </w:t>
      </w:r>
      <w:r>
        <w:t>har bashaoor aadmi jaanta hai ke taaqat ka raaz ilm hai.</w:t>
      </w:r>
    </w:p>
    <w:p>
      <w:pPr>
        <w:jc w:val="right"/>
      </w:pPr>
      <w:r>
        <w:t>ہر باشعور آدمی جانتا ہے کہ طاقت کا راز علم ہے۔</w:t>
      </w:r>
    </w:p>
    <w:p>
      <w:r>
        <w:rPr>
          <w:b/>
        </w:rPr>
        <w:t xml:space="preserve">[3:18:34] </w:t>
      </w:r>
      <w:r>
        <w:t>pehlay agar dunya mein sahib shamsheer logon ka gh</w:t>
      </w:r>
    </w:p>
    <w:p>
      <w:pPr>
        <w:jc w:val="right"/>
      </w:pPr>
      <w:r>
        <w:t>پہلے اگر دنیا میں صاحب شمشیر لوگوں کا غ</w:t>
      </w:r>
    </w:p>
    <w:p>
      <w:r>
        <w:rPr>
          <w:b/>
        </w:rPr>
        <w:t xml:space="preserve">[3:18:39] </w:t>
      </w:r>
      <w:r>
        <w:t>alaba hota tha to ab dunya mein ghalba un logon ke liye muqaddar ho chuka hai jo sahib ilm hain.</w:t>
      </w:r>
    </w:p>
    <w:p>
      <w:pPr>
        <w:jc w:val="right"/>
      </w:pPr>
      <w:r>
        <w:t>لبہ ہوتا تھا تو اب دنیا میں غلبہ ان لوگوں کے لیے مقدر ہو چکا ہے جو صاحب علم ہوں۔</w:t>
      </w:r>
    </w:p>
    <w:p>
      <w:r>
        <w:rPr>
          <w:b/>
        </w:rPr>
        <w:t xml:space="preserve">[3:18:44] </w:t>
      </w:r>
      <w:r>
        <w:t>yeh dunya musabiqati dunya hai.</w:t>
      </w:r>
    </w:p>
    <w:p>
      <w:pPr>
        <w:jc w:val="right"/>
      </w:pPr>
      <w:r>
        <w:t>یہ دنیا مسابقتی دنیا ہے۔</w:t>
      </w:r>
    </w:p>
    <w:p>
      <w:r>
        <w:rPr>
          <w:b/>
        </w:rPr>
        <w:t xml:space="preserve">[3:18:49] </w:t>
      </w:r>
      <w:r>
        <w:t>yahan hamesha aisa hoga ke doosron ki taraf se aap ko talkh tajrubaat pesh ayen gi.</w:t>
      </w:r>
    </w:p>
    <w:p>
      <w:pPr>
        <w:jc w:val="right"/>
      </w:pPr>
      <w:r>
        <w:t>یہاں ہمیشہ ایسا ہوگا کہ دوسروں کی طرف سے آپ کو تلخ تجربات پیش آئیں گے۔</w:t>
      </w:r>
    </w:p>
    <w:p>
      <w:r>
        <w:rPr>
          <w:b/>
        </w:rPr>
        <w:t xml:space="preserve">[3:18:54] </w:t>
      </w:r>
      <w:r>
        <w:t>apnon ki taraf se bhi aur ghairon ki taraf se bhi.</w:t>
      </w:r>
    </w:p>
    <w:p>
      <w:pPr>
        <w:jc w:val="right"/>
      </w:pPr>
      <w:r>
        <w:t>اپنوں کی طرف سے بھی اور غیروں کی طرف سے بھی۔</w:t>
      </w:r>
    </w:p>
    <w:p>
      <w:r>
        <w:rPr>
          <w:b/>
        </w:rPr>
        <w:t xml:space="preserve">[3:18:59] </w:t>
      </w:r>
      <w:r>
        <w:t>woh shakhs nadaan hai jo talkhiyon ki yaad mein jiye.</w:t>
      </w:r>
    </w:p>
    <w:p>
      <w:pPr>
        <w:jc w:val="right"/>
      </w:pPr>
      <w:r>
        <w:t>وہ شخص نادان ہے جو تلخیوں کی یاد میں جیے۔</w:t>
      </w:r>
    </w:p>
    <w:p>
      <w:r>
        <w:rPr>
          <w:b/>
        </w:rPr>
        <w:t xml:space="preserve">[3:19:04] </w:t>
      </w:r>
      <w:r>
        <w:t>danishmand woh hai jo talkh yaadon ko bhulaye aur sa</w:t>
      </w:r>
    </w:p>
    <w:p>
      <w:pPr>
        <w:jc w:val="right"/>
      </w:pPr>
      <w:r>
        <w:t>دانشمند وہ ہے جو تلخ یادوں کو بھلائے اور ص</w:t>
      </w:r>
    </w:p>
    <w:p>
      <w:r>
        <w:rPr>
          <w:b/>
        </w:rPr>
        <w:t xml:space="preserve">[3:19:09] </w:t>
      </w:r>
      <w:r>
        <w:t>bar o tahammul ka tareeqa ikhtiyar karte hue mustaqbil ki taameer mein waqt laga de.</w:t>
      </w:r>
    </w:p>
    <w:p>
      <w:pPr>
        <w:jc w:val="right"/>
      </w:pPr>
      <w:r>
        <w:t>بر و تحمل کا طریقہ اختیار کرتے ہوئے مستقبل کی تعمیر میں وقت لگا دے۔</w:t>
      </w:r>
    </w:p>
    <w:p>
      <w:r>
        <w:rPr>
          <w:b/>
        </w:rPr>
        <w:t xml:space="preserve">[3:19:13] </w:t>
      </w:r>
      <w:r>
        <w:t>taleem ka maqsad sirf service haasil karna nahi hai.</w:t>
      </w:r>
    </w:p>
    <w:p>
      <w:pPr>
        <w:jc w:val="right"/>
      </w:pPr>
      <w:r>
        <w:t>تعلیم کا مقصد صرف سروس حاصل کرنا نہیں ہے۔</w:t>
      </w:r>
    </w:p>
    <w:p>
      <w:r>
        <w:rPr>
          <w:b/>
        </w:rPr>
        <w:t xml:space="preserve">[3:19:18] </w:t>
      </w:r>
      <w:r>
        <w:t>taleem ka asal maqsad yeh hai ke logon ko bashaoor banaya jaye.</w:t>
      </w:r>
    </w:p>
    <w:p>
      <w:pPr>
        <w:jc w:val="right"/>
      </w:pPr>
      <w:r>
        <w:t>تعلیم کا اصل مقصد یہ ہے کہ لوگوں کو باشعور بنایا جائے۔</w:t>
      </w:r>
    </w:p>
    <w:p>
      <w:r>
        <w:rPr>
          <w:b/>
        </w:rPr>
        <w:t xml:space="preserve">[3:19:22] </w:t>
      </w:r>
      <w:r>
        <w:t>is dunya mein saare masail ki jar be-shaoori hai aur saare masail ka hal yeh hai ke</w:t>
      </w:r>
    </w:p>
    <w:p>
      <w:pPr>
        <w:jc w:val="right"/>
      </w:pPr>
      <w:r>
        <w:t>اس دنیا میں سارے مسائل کی جڑ بے شعوری ہے اور سارے مسائل کا حل یہ ہے کہ</w:t>
      </w:r>
    </w:p>
    <w:p>
      <w:r>
        <w:rPr>
          <w:b/>
        </w:rPr>
        <w:t xml:space="preserve">[3:19:26] </w:t>
      </w:r>
      <w:r>
        <w:t>log bashaoor hon.</w:t>
      </w:r>
    </w:p>
    <w:p>
      <w:pPr>
        <w:jc w:val="right"/>
      </w:pPr>
      <w:r>
        <w:t>لوگ باشعور ہوں۔</w:t>
      </w:r>
    </w:p>
    <w:p>
      <w:r>
        <w:rPr>
          <w:b/>
        </w:rPr>
        <w:t xml:space="preserve">[3:19:30] </w:t>
      </w:r>
      <w:r>
        <w:t>woh masail ki haqeeqi noiyat ko samjhen.</w:t>
      </w:r>
    </w:p>
    <w:p>
      <w:pPr>
        <w:jc w:val="right"/>
      </w:pPr>
      <w:r>
        <w:t>وہ مسائل کی حقیقی نوعیت کو سمجھیں۔</w:t>
      </w:r>
    </w:p>
    <w:p>
      <w:r>
        <w:rPr>
          <w:b/>
        </w:rPr>
        <w:t xml:space="preserve">[3:19:35] </w:t>
      </w:r>
      <w:r>
        <w:t>woh halaat ka be-laag tajzi</w:t>
      </w:r>
    </w:p>
    <w:p>
      <w:pPr>
        <w:jc w:val="right"/>
      </w:pPr>
      <w:r>
        <w:t>وہ حالات کا بے لاگ تجزی</w:t>
      </w:r>
    </w:p>
    <w:p>
      <w:r>
        <w:rPr>
          <w:b/>
        </w:rPr>
        <w:t xml:space="preserve">[3:19:39] </w:t>
      </w:r>
      <w:r>
        <w:t>kar sakain. Woh is baat ko janain ke dunya mein kya cheez qabil-e-hasil hai aur woh kya cheez hai jo sarr-e-aam qabil-e-hasil hi nahi. Taleem aadmi ko be-shoori se nikalti hai aur us ke andar shoor ki sifat paida karti hai. Is dunya ki tamam kamyabiyan bilashuba taleem yafta insan ke liye muqaddar hain. Taleem ke baghair koi taraqqi mumkin nahi. Mein jo keh</w:t>
      </w:r>
    </w:p>
    <w:p>
      <w:pPr>
        <w:jc w:val="right"/>
      </w:pPr>
      <w:r>
        <w:t>ہ کر سکیں۔ وہ اس بات کو جانیں کہ دنیا میں کیا چیز قابل حصول ہے اور وہ کیا چیز ہے جو سرے سے قابل حصول ہی نہیں۔ تعلیم آدمی کو بے شعوری سے نکالتی ہے اور اس کے اندر شعور کی صفت پیدا کرتی ہے۔ اس دنیا کی تمام کامیابیاں بلاشبہ تعلیم یافتہ انسان کے لیے مقدر ہیں۔ تعلیم کے بغیر کوئی ترقی ممکن نہیں۔ میں جو کہ</w:t>
      </w:r>
    </w:p>
    <w:p>
      <w:r>
        <w:rPr>
          <w:b/>
        </w:rPr>
        <w:t xml:space="preserve">[3:20:09] </w:t>
      </w:r>
      <w:r>
        <w:t>na chahta hoon us ko misaal se samjhiye. Aap ka aik ladka hai. Aap us ko kamyab doctor dekhna chahte hain. Aap kya karein gay? Aap us ko school mein dakhil karein gay. Biology ke sath high school karayein gay. Phir B.Sc. karayein gay. Phir us ko MBBS ke course mein dakhil karein gay. Phir aap ki koshish yeh hogi ke us ko FRCS karne ke baad London bhejein. In tamam</w:t>
      </w:r>
    </w:p>
    <w:p>
      <w:pPr>
        <w:jc w:val="right"/>
      </w:pPr>
      <w:r>
        <w:t>نا چاہتا ہوں اس کو مثال سے سمجھیے۔ آپ کا ایک لڑکا ہے۔ آپ اس کو کامیاب ڈاکٹر دیکھنا چاہتے ہیں۔ آپ کیا کریں گے؟ آپ اس کو اسکول میں داخل کریں گے۔ بائیولوجی کے ساتھ ہائی سکول کرائیں گے۔ پھر بی ایس سی کرائیں گے۔ پھر اس کو ایم بی بی ایس کے کورس میں داخل کریں گے۔ پھر آپ کی کوشش یہ ہوگی کہ اس کو ایف آر سی ایس کرنے کے بعد لندن بھیجیں۔ ان تمام</w:t>
      </w:r>
    </w:p>
    <w:p>
      <w:r>
        <w:rPr>
          <w:b/>
        </w:rPr>
        <w:t xml:space="preserve">[3:20:39] </w:t>
      </w:r>
      <w:r>
        <w:t>marahil se guzarne ke baad hi aap yeh umeed kar sakte hain ke woh aik doctor ki hesiyat se dunya mein apni jagah banaye. Aap mein se koi shakhs aisa nahi karega ke woh apne ladke ko yun hi chhod de ke woh khelta koodta rahay. Us ke baad jab woh pachees baras ka ho jaye to us ka baap us ko doctor banane ke haq mein pur josh taqreerein shuru kar de. Woh hukumat ko taar bheje ke mere ladke ko hospital</w:t>
      </w:r>
    </w:p>
    <w:p>
      <w:pPr>
        <w:jc w:val="right"/>
      </w:pPr>
      <w:r>
        <w:t>مراحل سے گزرنے کے بعد ہی آپ یہ امید کر سکتے ہیں کہ وہ ایک ڈاکٹر کی حیثیت سے دنیا میں اپنی جگہ بنائے۔ آپ میں سے کوئی شخص ایسا نہیں کرے گا کہ وہ اپنے لڑکے کو یوں ہی چھوڑ دے کہ وہ کھیلتا کودتا رہے۔ اس کے بعد جب وہ پچیس برس کا ہو جائے تو اس کا باپ اس کو ڈاکٹر بنانے کے حق میں پرجوش تقریریں شروع کر دے۔ وہ حکومت کو تار بھیجے کہ میرے لڑکے کو ہسپتال</w:t>
      </w:r>
    </w:p>
    <w:p>
      <w:r>
        <w:rPr>
          <w:b/>
        </w:rPr>
        <w:t xml:space="preserve">[3:21:09] </w:t>
      </w:r>
      <w:r>
        <w:t>mein surgeon muqarrar karo. Ya yeh ke us ko pasmanda qarar de kar degree ke baghair doctor tasleem kar lo. Aap mein se har shakhs khoob janta hai ke doctor banne ke liye zaroori hai ke us ka ladka taleemi aur tarbiyati course ko poora kare. Mehaz mutalba karne se koi shakhs kabhi doctor nahi ban sakta. Yeh dunya istihaq ki dunya hai. Mutalbat ki dunya nahi.</w:t>
      </w:r>
    </w:p>
    <w:p>
      <w:pPr>
        <w:jc w:val="right"/>
      </w:pPr>
      <w:r>
        <w:t>میں سرجن مقرر کرو۔ یا یہ کہ اس کو پسماندہ قرار دے کر ڈگری کے بغیر ڈاکٹر تسلیم کر لو۔ آپ میں سے ہر شخص خوب جانتا ہے کہ ڈاکٹر بننے کے لیے ضروری ہے کہ اس کا لڑکا تعلیمی اور تربیتی کورس کو پورا کرے۔ محض مطالبہ کرنے سے کوئی شخص کبھی ڈاکٹر نہیں بن سکتا۔ یہ دنیا استحقاق کی دنیا ہے۔ مطالبات کی دنیا نہیں۔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