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Qualities Of God-Fearing Women CPS Women Discussion July 23, 2023</w:t>
      </w:r>
    </w:p>
    <w:p>
      <w:r>
        <w:t>https://www.youtube.com/watch?v=YfKcwP5Flp8</w:t>
      </w:r>
    </w:p>
    <w:p>
      <w:r>
        <w:rPr>
          <w:b/>
        </w:rPr>
        <w:t xml:space="preserve">[00:00] </w:t>
      </w:r>
      <w:r>
        <w:t>I I welcome you all to this Zoom meeting session.</w:t>
      </w:r>
    </w:p>
    <w:p>
      <w:pPr>
        <w:jc w:val="right"/>
      </w:pPr>
      <w:r>
        <w:t>I I welcome you all to this Zoom meeting session.</w:t>
      </w:r>
    </w:p>
    <w:p>
      <w:r>
        <w:rPr>
          <w:b/>
        </w:rPr>
        <w:t xml:space="preserve">[00:07] </w:t>
      </w:r>
      <w:r>
        <w:t>Today is Sunday, 07/23/2023.</w:t>
      </w:r>
    </w:p>
    <w:p>
      <w:pPr>
        <w:jc w:val="right"/>
      </w:pPr>
      <w:r>
        <w:t>Today is Sunday, 07/23/2023.</w:t>
      </w:r>
    </w:p>
    <w:p>
      <w:r>
        <w:rPr>
          <w:b/>
        </w:rPr>
        <w:t xml:space="preserve">[00:15] </w:t>
      </w:r>
      <w:r>
        <w:t>And as we have been sharing an article on the WhatsApp group, and we were asking the ladies</w:t>
      </w:r>
    </w:p>
    <w:p>
      <w:pPr>
        <w:jc w:val="right"/>
      </w:pPr>
      <w:r>
        <w:t>And as we have been sharing an article on the WhatsApp group, and we were asking the ladies</w:t>
      </w:r>
    </w:p>
    <w:p>
      <w:r>
        <w:rPr>
          <w:b/>
        </w:rPr>
        <w:t xml:space="preserve">[00:23] </w:t>
      </w:r>
      <w:r>
        <w:t>to make their learning and their points according to the article.</w:t>
      </w:r>
    </w:p>
    <w:p>
      <w:pPr>
        <w:jc w:val="right"/>
      </w:pPr>
      <w:r>
        <w:t>to make their learning and their points according to the article.</w:t>
      </w:r>
    </w:p>
    <w:p>
      <w:r>
        <w:rPr>
          <w:b/>
        </w:rPr>
        <w:t xml:space="preserve">[00:31] </w:t>
      </w:r>
      <w:r>
        <w:t>But this time, format is little bit changed.</w:t>
      </w:r>
    </w:p>
    <w:p>
      <w:pPr>
        <w:jc w:val="right"/>
      </w:pPr>
      <w:r>
        <w:t>But this time, format is little bit changed.</w:t>
      </w:r>
    </w:p>
    <w:p>
      <w:r>
        <w:rPr>
          <w:b/>
        </w:rPr>
        <w:t xml:space="preserve">[00:39] </w:t>
      </w:r>
      <w:r>
        <w:t>We have given a topic, and in that topic, one has to write the points in a concise</w:t>
      </w:r>
    </w:p>
    <w:p>
      <w:pPr>
        <w:jc w:val="right"/>
      </w:pPr>
      <w:r>
        <w:t>We have given a topic, and in that topic, one has to write the points in a concise</w:t>
      </w:r>
    </w:p>
    <w:p>
      <w:r>
        <w:rPr>
          <w:b/>
        </w:rPr>
        <w:t xml:space="preserve">[00:46] </w:t>
      </w:r>
      <w:r>
        <w:t>manner and a meaningful manner, and the person can share their learning over here in this platform.</w:t>
      </w:r>
    </w:p>
    <w:p>
      <w:pPr>
        <w:jc w:val="right"/>
      </w:pPr>
      <w:r>
        <w:t>manner and a meaningful manner, and the person can share their learning over here in this platform.</w:t>
      </w:r>
    </w:p>
    <w:p>
      <w:r>
        <w:rPr>
          <w:b/>
        </w:rPr>
        <w:t xml:space="preserve">[00:54] </w:t>
      </w:r>
      <w:r>
        <w:t>So I request Femidapa, and the topic for today is the qualities of God fearing women.</w:t>
      </w:r>
    </w:p>
    <w:p>
      <w:pPr>
        <w:jc w:val="right"/>
      </w:pPr>
      <w:r>
        <w:t>So I request Femidapa, and the topic for today is the qualities of God fearing women.</w:t>
      </w:r>
    </w:p>
    <w:p>
      <w:r>
        <w:rPr>
          <w:b/>
        </w:rPr>
        <w:t xml:space="preserve">[01:02] </w:t>
      </w:r>
      <w:r>
        <w:t>So I ask famida aba to share her learning regarding this topic.</w:t>
      </w:r>
    </w:p>
    <w:p>
      <w:pPr>
        <w:jc w:val="right"/>
      </w:pPr>
      <w:r>
        <w:t>So I ask फ़मीदा आबा to share her learning regarding this topic.</w:t>
      </w:r>
    </w:p>
    <w:p>
      <w:r>
        <w:rPr>
          <w:b/>
        </w:rPr>
        <w:t xml:space="preserve">[01:10] </w:t>
      </w:r>
      <w:r>
        <w:t>Haan is alawa likho. Wali kum salam. God fearing auraton ke ka jo maine sabse pehle Quran mein jo uss warsh ko padhna cha rahi thi ki surya nasha ki yeh 34 varsh mein hai ki nekbakht auratein kaantath hoti hain. Yaani Allah ki nazar mein woh auratein jo apne shauharon ki farmabardar ho.</w:t>
      </w:r>
    </w:p>
    <w:p>
      <w:pPr>
        <w:jc w:val="right"/>
      </w:pPr>
      <w:r>
        <w:t>हां इस अलावा लेखो. वाली कुम स्क्लाम. God fearing औरतों के का जो मैंने सबसे पहले कुरान में जो उस वर्ष को पढ़ना चाह रही थी कि सुर्य नशा की यह 34 वर्ष में है कि नेकबक्त औरतें कांताथ होती हैं. यानी अल्लाह की नज़र में वह औरतें जो अपने शहरों की फरमाबरदार हो.</w:t>
      </w:r>
    </w:p>
    <w:p>
      <w:r>
        <w:rPr>
          <w:b/>
        </w:rPr>
        <w:t xml:space="preserve">[01:36] </w:t>
      </w:r>
      <w:r>
        <w:t>Toh farmabardari ka matlab yeh nahi hai ki aajkal toh bahut saare galat kaam bhi hote hain. Mard bhi galat kaam karwate hain. Toh iska matlab yeh nahi hai ki jo galat kaam mard bhi karwa rahe hain ya koi bhi keh raha hai toh uske usko bhi karein. Farmabardari ka matlab yeh nahi hota hai. Toh Khuda ka dar Khuda ke liye farmabardar hona hai. Toh Khuda ka dar rakhne wali kisi aurat galat aur wali aurat galat aur sahi ke fark ko samjhegi.</w:t>
      </w:r>
    </w:p>
    <w:p>
      <w:pPr>
        <w:jc w:val="right"/>
      </w:pPr>
      <w:r>
        <w:t>तो फरमाबरदारी का मतलब यह नहीं है कि आजकल तो बहुत सारे गलत काम भी होते हैं. मर्द भी गलत काम करवाते हैं. तो इसका मतलब यह नहीं है कि जो गलत काम मर्द भी करवा रहे हैं या कोई भी कह रहा है तो उसके उसको भी करें. फर्माबरदारी का मतलब यह नहीं होता है. तो खुदा का डर खुदा के लिए फर्माबरदार होना है. तो खुदा का डर रखने वाली किसी औरत गलत और वाली औरत गलत और सही के फ़र्क को समझेगी.</w:t>
      </w:r>
    </w:p>
    <w:p>
      <w:r>
        <w:rPr>
          <w:b/>
        </w:rPr>
        <w:t xml:space="preserve">[02:05] </w:t>
      </w:r>
      <w:r>
        <w:t>Kya galat hai aur matlab duniya ki soch hoti hai aur ek Quran aur hadith ki soch hoti hai woh dono sochon ke beach ke fark ko samjhegi. Toh Khuda parast auraton ka matlab hai yahi hai ki woh pehle Khuda ki hukoom ko jaanengi ki kis maamle mein Khuda ka kya hukoom hai, phir maamla karti hai.</w:t>
      </w:r>
    </w:p>
    <w:p>
      <w:pPr>
        <w:jc w:val="right"/>
      </w:pPr>
      <w:r>
        <w:t>क्या गलत है और मतलब दुनिया की सोच होती है और एक पुरान और हदीश की सोच होती है वह दोनों सोचों के beach के फ़र्क को समझेगी. तो खुदा प्रस्त औरतों का मतलब है यही है कि वह पहले खुदा की हुकूम को जानेंगी कि किस मामले में खुदा का क्या हुकूम है, फिर मामला करती है.</w:t>
      </w:r>
    </w:p>
    <w:p>
      <w:r>
        <w:rPr>
          <w:b/>
        </w:rPr>
        <w:t xml:space="preserve">[02:26] </w:t>
      </w:r>
      <w:r>
        <w:t>Ek hadith hai ki aurat mard ke liye saaman e sukoon hai aur isi ke saath woh ghar ke andar mard ke nayab yaani assistant ki haisiyat bhi rakhti hai. Toh Maulana Sahab kehte hain ki behtareen aurat woh hai jo dono qism ki zimmedariyon mein poori utre.</w:t>
      </w:r>
    </w:p>
    <w:p>
      <w:pPr>
        <w:jc w:val="right"/>
      </w:pPr>
      <w:r>
        <w:t>एक हदीश है कि औरत मरत के लिए सामान्य सुकून है और इसी के साथ वह घर के अंदर मर्द के नायब यानी assistant की हैसियत भी रखती है. तो मोलाना साहब कहते हैं कि बेहतरीन औरत वह है जो दोनों किस्म के ज़िम्मेदारियों में पूरी उतरे.</w:t>
      </w:r>
    </w:p>
    <w:p>
      <w:r>
        <w:rPr>
          <w:b/>
        </w:rPr>
        <w:t xml:space="preserve">[02:44] </w:t>
      </w:r>
      <w:r>
        <w:t>Toh meri samajh mein yeh aaya ki ek assistant jo hota hai woh agar imandar hai toh jo boss hote hain jo office mein boss ke saath ek assistant hota hai toh apne boss ko sahi aur insaaf wali rai dega aur jo boss ke liye har tarah se har maamlaat mein ek sukoon aur itmeenaan ka zariya banta hai. Toh yahi maamla ek Khuda ka dar rakhne wali nek aurat kar rahi hai.</w:t>
      </w:r>
    </w:p>
    <w:p>
      <w:pPr>
        <w:jc w:val="right"/>
      </w:pPr>
      <w:r>
        <w:t>तो मेरी समझ में यह आया कि एक assistant जो होता है वह अगर ईमानदार है तो जो boss होते हैं जो office में boss के साथ एक assistant होता है तो अपने boss को सही और इंसाफ वाली राय देगा और जो boss के लिए हर तरह से हर मामलात में एक सुकून और इत्मेनान का ज़रिया बनता है. तो यही मामला एक खुदा का डर रखने वाली ने एक औरत कर रही है.</w:t>
      </w:r>
    </w:p>
    <w:p>
      <w:r>
        <w:rPr>
          <w:b/>
        </w:rPr>
        <w:t xml:space="preserve">[03:09] </w:t>
      </w:r>
      <w:r>
        <w:t>Waise woh apne ghar ke sabhi maamlaat mein mein unke ka intezaam bahut hi zyada consciously karegi. Woh apne ghar ko Khudaai hukoom ke standard ke level par le jaane ke liye apni poori salahiyat laga degi aur ghar aur apne husband ki woh har ghar ke logon ko, ghar ke mahaul ko aur apne husband ke ki jo bhi unki mushkilein hain unki takleefon ko musallat mein badlegi.</w:t>
      </w:r>
    </w:p>
    <w:p>
      <w:pPr>
        <w:jc w:val="right"/>
      </w:pPr>
      <w:r>
        <w:t>वैसे वह अपने घर के सभी मामलात में में उनके का इंतज़ाम बहुत ही ज़्यादा consciously करेगी. वह अपने घर को खुदाई हुकुम के standard के level पर ले जाने के लिए अपनी पूरी सलाहियत लगा देगी और घर और अपने husband की वह हर घर के लोगों को, घर के माहौल को और अपने husband के की जो भी उनकी मुश्किलें हैं उनकी तकलीफों को मुसलरत में बदलेगी.</w:t>
      </w:r>
    </w:p>
    <w:p>
      <w:r>
        <w:rPr>
          <w:b/>
        </w:rPr>
        <w:t xml:space="preserve">[03:39] </w:t>
      </w:r>
      <w:r>
        <w:t>Toh har ek insaan ko, har ek insaan ko Khuda ke saamne matlab yeh jaanna har aurat ko ki humko Khuda ke saamne khada hona hai ek din apna apni project file lekar. Toh yeh dar jo hota hai woh insaan ko har maamle mein conscious kar deta hai.</w:t>
      </w:r>
    </w:p>
    <w:p>
      <w:pPr>
        <w:jc w:val="right"/>
      </w:pPr>
      <w:r>
        <w:t>तो हर एक इंसान को, हर एक इंसान को खुदा के सामने मतलब यह जानना हर औरत को कि हमको खुदा के सामने खड़ा होना है एक दिन अपना अपनी project file लेकर. तो यह डर जो होता है वह इंसान को हर मामले में conscious कर देता है.</w:t>
      </w:r>
    </w:p>
    <w:p>
      <w:r>
        <w:rPr>
          <w:b/>
        </w:rPr>
        <w:t xml:space="preserve">[03:58] </w:t>
      </w:r>
      <w:r>
        <w:t>Toh is tarah se agar ek aurat woh woh jo Quran aur hadith ke hisaab se apni parvarish kar chuki hogi, toh usko ghar ke harfat ke liye aur har maamle ke liye consciously woh active rahegi ki woh bhi woh koi baat ho jaati hai ghar mein aksar toh ladai jhagde bhi ho jaate hain.</w:t>
      </w:r>
    </w:p>
    <w:p>
      <w:pPr>
        <w:jc w:val="right"/>
      </w:pPr>
      <w:r>
        <w:t>तो इस तरह से अगर एक औरत वह वह जो पुरान और हदीज के हिसाब से अपनी परिवरिश कर चुकी होगी, तो उसको घर के हरफत के लिए और हर मामले के लिए consciously वह active रहेगी कि वह भी वह कोई बात हो जाती है घर में अक्सर तो लड़ाई झगड़े भी हो जाते हैं.</w:t>
      </w:r>
    </w:p>
    <w:p>
      <w:r>
        <w:rPr>
          <w:b/>
        </w:rPr>
        <w:t xml:space="preserve">[04:19] </w:t>
      </w:r>
      <w:r>
        <w:t>Bahut saari cheezein ho jaati hain toh woh usse bhi galti ho sakti hai lekin woh agar fisal jayegi toh phir woh us cheez ko samjhegi ki hum matlab yeh samajh sakti hai. Toh bahut saare log jaise apni galti bhi nahi maante hain toh woh aisa dar rakhne wala insaan apni galti ko samjhega.</w:t>
      </w:r>
    </w:p>
    <w:p>
      <w:pPr>
        <w:jc w:val="right"/>
      </w:pPr>
      <w:r>
        <w:t>बहुत सारी चीज़ें हो जाती हैं तो वह उससे भी गलती हो सकती है लेकिन वह अगर फिसल जाएगी तो फिर वह उस चीज़ को समझेगी कि हम मतलब यह समझ सकती है. तो बहुत सारे लोग जैसे अपनी गलती भी नहीं मानते हैं तो वह ऐसा डर रखने वाला इंसान अपनी गलती को समझेगा.</w:t>
      </w:r>
    </w:p>
    <w:p>
      <w:r>
        <w:rPr>
          <w:b/>
        </w:rPr>
        <w:t xml:space="preserve">[04:40] </w:t>
      </w:r>
      <w:r>
        <w:t>Jaise ki hum jaante hain ki har aajkal jo bhi humne matlab zyada tar logon ko hum dekhte hain auraton ko ghar mein zyada tar aisa mizaaj hota hai jo doosron apni apne baare mein zyada sochti hain. Jo auratein saari apna faayda dekhti hain. Wa salla Allahu alaihi wa sallam Allah ne auraton ko khitaab karte hue farmaya ki ae giroh khawateen.</w:t>
      </w:r>
    </w:p>
    <w:p>
      <w:pPr>
        <w:jc w:val="right"/>
      </w:pPr>
      <w:r>
        <w:t>जैसे कि हम जानते हैं कि हर आजकल जो भी हमने मतलब ज़्यादातर लोगों को हम देखते हैं औरतों को घर में ज़्यादातर ऐसा मिजाज़ होता है जो दूसरों अपनी अपने बारे में ज़्यादा सोचती हैं. जो औरतें सारी अपना फ़ायदा देखती हैं. वसूल्लाह सल्लाह अल्लाह ने औरतों को ख़ताब करते हुए फरमाया कि ऐ गरोह ख्वाति.</w:t>
      </w:r>
    </w:p>
    <w:p>
      <w:r>
        <w:rPr>
          <w:b/>
        </w:rPr>
        <w:t xml:space="preserve">[05:05] </w:t>
      </w:r>
      <w:r>
        <w:t>Maine kisi ko nahi dekha jo aqal aur deen mein kam hone ke bawajood woh kisi danishmand aadmi ki aqal ko is tarah kha jaaye. Jis tarah tum auraton mein se koi aurat kisi mard ki aqal kha jaati hai. Toh yeh Maulana Sahab dekhte hi hai yeh koi aisi alag se ek aurat nahi hai jo saari saari auratein aisi nahi hoti hain. Jo Khuda ka dar lagti hain woh is tarah ka kaam nahi karti hain.</w:t>
      </w:r>
    </w:p>
    <w:p>
      <w:pPr>
        <w:jc w:val="right"/>
      </w:pPr>
      <w:r>
        <w:t>मैंने किसी को नहीं देखा जो अक्ल और दीन में कम होने के बावजूद वह किसी दानिश्मन आदमी की अकाल को इस तरह खा जाए. जिस तरह तुम औरतों में से कोई औरत किसी मर्द की अकाल खा जाती है. तो यह मनोज साहब देखते ही है यह कोई ऐसी अलग से एक औरत नहीं है जो सारी सारी औरतें ऐसी नहीं होती हैं. जो खुदाकर डर लगती हैं वह इस तरह का काम नहीं करती हैं.</w:t>
      </w:r>
    </w:p>
    <w:p>
      <w:r>
        <w:rPr>
          <w:b/>
        </w:rPr>
        <w:t xml:space="preserve">[05:31] </w:t>
      </w:r>
      <w:r>
        <w:t>Toh jo aurat gairat nahi rakhti yeh aurat woh hai jiski khudgarzi uske insaaf ke jazbe par ghalib aa jaaye. Woh mard koi aurat yeh kaam apni haqeer faayde ke liye karti hai.</w:t>
      </w:r>
    </w:p>
    <w:p>
      <w:pPr>
        <w:jc w:val="right"/>
      </w:pPr>
      <w:r>
        <w:t>तो जो औरत गिल्म नहीं रखती यह औरत वह है जिसकी खुदगर्जी उसके इंसाफ के जज़्बे पर गाले बाजाए. वह मर्द कोई औरत यह काम अपनी हकीर फ़ायदे के लिए करती है.</w:t>
      </w:r>
    </w:p>
    <w:p>
      <w:r>
        <w:rPr>
          <w:b/>
        </w:rPr>
        <w:t xml:space="preserve">[05:59] </w:t>
      </w:r>
      <w:r>
        <w:t>Woh mard ke zehan ko khamoshi ke saath mutasir karti rehti hai. Yahan tak ki mard bhi shoori ya ghaishori taur par uske haqeer faayde mein uske saath shareek ho jaata hai. Woh Khuda ki taraf se behtareen aqal lekar paida hota hai. Woh ilm amal ki duniya mein bade bade kaarname anjaam de sakta hai magar aurat ke fareb mein aakar uske andar zehni tarraqi ka amal ruk jaata hai.</w:t>
      </w:r>
    </w:p>
    <w:p>
      <w:pPr>
        <w:jc w:val="right"/>
      </w:pPr>
      <w:r>
        <w:t>वह मर्द के ज़हन को खामोर्शी के साथ मुतासिर करती रहती है. यहां तक कि मर्द भी शोरी या गैशोरी तौर पर उसके हकीर फ़ायदे में उसके साथ शरीर शरीर हो जाता है. वह खुदा की तरफ़ से बेहतरीन अक्ल लेकर पैदा होता है. वह इल्म अमल की दुनिया में बड़े बड़े कारना में अंजाम दे सकता है मगर औरत के फरेब में आकर उसके अंदर ज़ैनिक तरक्के का अमल रुक जाता है.</w:t>
      </w:r>
    </w:p>
    <w:p>
      <w:r>
        <w:rPr>
          <w:b/>
        </w:rPr>
        <w:t xml:space="preserve">[06:23] </w:t>
      </w:r>
      <w:r>
        <w:t>Iske liye amalan yeh namumkin ho jaata hai aur kisi badi baat ke liye sochiye, kisi bade maqsad ke liye apna nishaan ab maqsad ko apna nishaan apnaaye. Toh yeh baat zindagi itni hi hai usko aala maqsad se kamtar kisi system kisi kamtar cheez ke liye na istemaal kiya jaaye. Yeh Maulana Sahab ne likha hai.</w:t>
      </w:r>
    </w:p>
    <w:p>
      <w:pPr>
        <w:jc w:val="right"/>
      </w:pPr>
      <w:r>
        <w:t>इसके लिए अमलन यह नामकिन हो जाता है और किसी बड़ी बात के लिए सोचिए, किसी बड़े मकसद के लिए अपना निशान अब मकसद को अपना निशान अपनाए. तो यह बात ज़िंदगी इतनी ही है उसको आला मकसद से कमतर किसी system किसी कमतर चीज़ के लिए ना इस्तेमाल किया जाए. यह मौलाना साहब ने लिखा है.</w:t>
      </w:r>
    </w:p>
    <w:p>
      <w:r>
        <w:rPr>
          <w:b/>
        </w:rPr>
        <w:t xml:space="preserve">[06:41] </w:t>
      </w:r>
      <w:r>
        <w:t>Toh is hadith ko se saabit hota hai ki woh jo yeh jo saari cheezein jo quality aurat ki hain ki ek aurat sirf apne poore ghar nahi balki poori insaniyat ke liye rehmat ban jayegi.</w:t>
      </w:r>
    </w:p>
    <w:p>
      <w:pPr>
        <w:jc w:val="right"/>
      </w:pPr>
      <w:r>
        <w:t>तो इस हदेश को से साबित होता है कि वह जो यह जो सारी चीज़ें जो quality औरत की हैं कि एक औरत सिर्फ अपने पूरे घर नहीं बल्कि पूरी इंसानियत के लिए रहमत वन जाएगी.</w:t>
      </w:r>
    </w:p>
    <w:p>
      <w:r>
        <w:rPr>
          <w:b/>
        </w:rPr>
        <w:t xml:space="preserve">[07:09] </w:t>
      </w:r>
      <w:r>
        <w:t>Toh taleem ka matlab abhi humko samajhna chahiye ki aam taur se log yahi jaante hain ki education jo hoti hai woh formal education hi hai aur sabhi apni bachchon ko apni ladkiyon ko formal education ki badi badi jagah dilate rehte hain. Magar degree sirf usi yeh degree jo hai sirf isi duniya tak hai.</w:t>
      </w:r>
    </w:p>
    <w:p>
      <w:pPr>
        <w:jc w:val="right"/>
      </w:pPr>
      <w:r>
        <w:t>तो तालीन का मतलब अभी हमको समझना चाहिए कि आमतौर से लोग यही जानते हैं कि education जो होती है वह formal education ही है और सभी अपनी बच्चों को अपनी लड़कियों को formal education की बड़ी बड़ी जगह दिलाते रहते हैं. मगर degree सिर्फ उसी यह degree जो है सिर्फ इसी दुनिया तक है.</w:t>
      </w:r>
    </w:p>
    <w:p>
      <w:r>
        <w:rPr>
          <w:b/>
        </w:rPr>
        <w:t xml:space="preserve">[07:31] </w:t>
      </w:r>
      <w:r>
        <w:t>Maulana Sahab ne isko bahut behtareen tareeke se clear kar diya hai ki informal education ke bagair insaan jo hai ki soch ki tarbiyat nahi ho sakti hai. Woh haiwaniyat ke hi darje par rahega. Ashraaf ke darje par nahi pahunch sakta. Lekin yeh Gandhi Sahab ka ek video mila tha toh woh bahut achha laga mujhe. Yeh bata rahe the ki Hindustan ke ek shakhs se mujhse, shakhs mujhse milne aaye aur unse baat hoti rahi. Woh bahut hi qabil aadmi the.</w:t>
      </w:r>
    </w:p>
    <w:p>
      <w:pPr>
        <w:jc w:val="right"/>
      </w:pPr>
      <w:r>
        <w:t>मनाना साहब ने इसको बहुत बेहतरीन तरीके से clear कर दिया है कि informal education के बगैर इंसान जो है कि सोच की तबीयत नहीं हो सकती है. वह हैवानियत के ही दर्जे पर रहेगा. अश्लफ के दर्जे पर नहीं पहुंच सकता. लेकिन यह गांधी साहब का एक video मिला था तो वह बहुत अच्छा लगा मुझे. यह बता रहे थे कि हिंदुस्तान के एक शख्स से मुझसे, शख्स मुझसे मिलने आए और उनसे बात होती रही. वह बहुत ही काबिल आदमी थे.</w:t>
      </w:r>
    </w:p>
    <w:p>
      <w:r>
        <w:rPr>
          <w:b/>
        </w:rPr>
        <w:t xml:space="preserve">[08:01] </w:t>
      </w:r>
      <w:r>
        <w:t>Mujhe scholar lag rahe the ki laga mujhe ki scholar rahenge. Toh unse poocha ki kahan se aapne ilm haasil kiya? Unhone bataya ki main toh do harf bhi nahi likhna jaanta hoon, na padh sakta hoon. Main toh ilm rakhne walon ke saath rehta tha. Toh khali ilm rakhne walon ke saath rehne ki wajah se unki sohbat ki wajah se unke woh unko scholar samajh rahe the.</w:t>
      </w:r>
    </w:p>
    <w:p>
      <w:pPr>
        <w:jc w:val="right"/>
      </w:pPr>
      <w:r>
        <w:t>मुझे scholar लग रहे थे कि लगा मुझे कि scholar रहेंगे. तो उनसे पुछा कि कहां से आपने इल्म हासिक किया? उन्होंने बताया कि मैं तो दो हरप भी नहीं लिखना जानता हूं, ना पढ़ सकता हूं. मैं तो इल्म रखने वालों के साथ रहता था. तो खाली इल्म रखने वालों के साथ रहने की वजह से उनकी सोहबद की वजह से उनके वह उनको scholar समझ रहे थे.</w:t>
      </w:r>
    </w:p>
    <w:p>
      <w:r>
        <w:rPr>
          <w:b/>
        </w:rPr>
        <w:t xml:space="preserve">[08:28] </w:t>
      </w:r>
      <w:r>
        <w:t>Toh yeh badi hi qeemti cheez hoti hai jo insaan ko ashraf bana deti hai. Khuda ke ilm ke zariye Khuda ka dar haasil ho jaata hai. Toh yahi insaan ki sabse badi matlab yeh insaan ko ki importance ko badha deta hai. Toh mujhe yahi samajh aa raha tha aap log.</w:t>
      </w:r>
    </w:p>
    <w:p>
      <w:pPr>
        <w:jc w:val="right"/>
      </w:pPr>
      <w:r>
        <w:t>तो यह बड़ी ही क्रीमती चीज़ होती है जो इंसान को अशरफ बना देती है. खुदा के इल्म के जरिए खुदा का डर हासिल हो जाता है. तो यही इंसान की सबसे बड़ी मतलब यह इंसान को की importance को बढ़ा देता है. तो मुझे यही समझ आ रहा था आप लोग.</w:t>
      </w:r>
    </w:p>
    <w:p>
      <w:r>
        <w:rPr>
          <w:b/>
        </w:rPr>
        <w:t xml:space="preserve">[08:51] </w:t>
      </w:r>
      <w:r>
        <w:t>Jazak Allah Khair aapne bahut saari aisi aisi points batai jiski ekdum bilkul hamare zehan ko kholne wali baatein aapne batai jaise ki women ke upar kyun uski quality kyun uski bhi important aur ahmiyat di jaati hai? Kyunki woh builder of humanity hai aur builder of chuki woh builder of humanity hai toh ghar ka ek family kya hota hai? Ek unit hai of a society.</w:t>
      </w:r>
    </w:p>
    <w:p>
      <w:pPr>
        <w:jc w:val="right"/>
      </w:pPr>
      <w:r>
        <w:t>जिज़ा कलापा आपने बहुत सारी ऐसी ऐसी points पता थी जिसकी एकदम बिल्कुल हमारे ज़हन को खोलने वाली बातें आपने बताई जैसे कि women के ऊपर क्यों उसकी quality क्यों उसकी भी important और अहमियत दी जाती है? क्योंकि वह builder of humanity है और builder of चूंकि वह builder of humanity है तो घर का एक family क्या होता है? एक unit है of a society.</w:t>
      </w:r>
    </w:p>
    <w:p>
      <w:r>
        <w:rPr>
          <w:b/>
        </w:rPr>
        <w:t xml:space="preserve">[09:17] </w:t>
      </w:r>
      <w:r>
        <w:t>Toh jab ek woman responsible hoti hai, god fearing hoti hai aur conscious hoti hai apni duties ki, toh waise hi ek jo us ghar mein jo family members jo hote hain, woh bhi isi tarah ki personality aur inki intellectual development ki chahe uske bachche hon, chahe uske husband hon.</w:t>
      </w:r>
    </w:p>
    <w:p>
      <w:pPr>
        <w:jc w:val="right"/>
      </w:pPr>
      <w:r>
        <w:t>तो जब एक woman responsible होती है, god fearing होती है और conscious होती है अपनी duties की, तो वैसे ही एक जो उस घर में जो family members जो होते हैं, वह भी इसी तरह की personality और इनकी intellectual development की चाहे उसके बच्चे हों, चाहे उसके husband हों.</w:t>
      </w:r>
    </w:p>
    <w:p>
      <w:r>
        <w:rPr>
          <w:b/>
        </w:rPr>
        <w:t xml:space="preserve">[09:38] </w:t>
      </w:r>
      <w:r>
        <w:t>Aapne ek hadith se bhi yeh saabit kiya ki agar koi aurat aisi na ho jo sirf apne hi par focus ho toh woh kis tarah se apne husband ko mutasir kar sakti hai aur woh museebat ek ban sakti hai aisi family, aisi family jo is society mein rehne wali hai. Toh bahut achhi learning hui aapki baaton se. Main Doctor Swapnila ko invite karti hoon apni learning ko share karne.</w:t>
      </w:r>
    </w:p>
    <w:p>
      <w:pPr>
        <w:jc w:val="right"/>
      </w:pPr>
      <w:r>
        <w:t>आपने एक हदी से भी यह साबित किया कि अगर कोई औरत ऐसी ना हो जो सिर्फ अपने ही पर focus हो तो वह किस तरह से अपने husband को मुतासिल कर सकती है और वह मुसीबत एक वन सकती है ऐसी family, ऐसी family जो इस society में रहने वाली है. तो बहुत अच्छी learning हुई आपकी बातों से. मैं Doctor स्वप्निला को invite करती हूं अपनी learning को share करने.</w:t>
      </w:r>
    </w:p>
    <w:p>
      <w:r>
        <w:rPr>
          <w:b/>
        </w:rPr>
        <w:t xml:space="preserve">[10:07] </w:t>
      </w:r>
      <w:r>
        <w:t>Assalamu Alaikum. Wa alaikum assalam. Main samajhti hoon Khuda parast aurat woh hai jo Allah ke takleefi nakshe ko samajh chuki ho. Jo use pata ho ki duniya mein duniya daaron limtehaan hai aur do baaton ka intehaan ho raha hai. Pehla yeh ki Khuda ka sachcha aitraaf humne kiya ya nahi? Aur doosra yeh ki doosre logon ke maamle mein humne apni zimmedariyan ada ki ya nahi?</w:t>
      </w:r>
    </w:p>
    <w:p>
      <w:pPr>
        <w:jc w:val="right"/>
      </w:pPr>
      <w:r>
        <w:t>अस्सलाम वालेकुन. गाड़ीकुन स्लाम. मैं समझती हूं खुदापरस तौरहत वह है जो अल्लाह के तकलीफी नक्शे को समझ चुकी हो. जो उसे पता हो कि दुनिया में दुनियादारों लिम्तेहान है और दो बातों का इंतेहान हो रहा है. पहला यह कि खुदा का सच्चा ऐतराफ हमने किया या नहीं? और दूसरा यह कि दूसरे लोगों के मामले में हमने अपनी ज़िम्मेदारियां अदा की या नहीं?</w:t>
      </w:r>
    </w:p>
    <w:p>
      <w:r>
        <w:rPr>
          <w:b/>
        </w:rPr>
        <w:t xml:space="preserve">[10:36] </w:t>
      </w:r>
      <w:r>
        <w:t>Inhi do cheezon ka intehaan yahan chal raha hai. Toh jo aurat yeh sochegi ki mujhe Khuda ka sachcha aitraaf karna hai, jo Khuda ko sahi maanon mein pehchan chuki hogi, gardaab kar chuki hogi, toh woh har tarah ke shirk se apne aap ko paak rakhe, Khuda ki badhai mein jiye gi.</w:t>
      </w:r>
    </w:p>
    <w:p>
      <w:pPr>
        <w:jc w:val="right"/>
      </w:pPr>
      <w:r>
        <w:t>इन्हीं दो चीज़ों का इंतेहान यहां चल रहा है. तो जो औरत यह सोचेगी कि मुझे हुदा का सच्चा ऐतराफ करना है, जो हुदा को सही मानों में पहचान चुकी होगी, गर्याब्त कर चुकी होगी, तो वह हर तरह के शिर्क से अपने आप को पात रखे, खुदा की बढ़ाई में जिएगी.</w:t>
      </w:r>
    </w:p>
    <w:p>
      <w:r>
        <w:rPr>
          <w:b/>
        </w:rPr>
        <w:t xml:space="preserve">[10:57] </w:t>
      </w:r>
      <w:r>
        <w:t>kyun ke aksar dekha gaya hai ke ladies hi hoti hain jo ghar mein taabeez, jhaad phoonk aur shirk mein mubtala karna aur bhi chhote mote aur jo kaam hain naatfaniyan aur yeh sab cheezon mein active rehti hain. to agar ladies ke andar maarfat ka level itna ho ke woh jaane ke Khuda kya hai aur uski power ko kisi ke saath hum share nahi kar sakte hain.</w:t>
      </w:r>
    </w:p>
    <w:p>
      <w:pPr>
        <w:jc w:val="right"/>
      </w:pPr>
      <w:r>
        <w:t>क्योंकि अक्सर देखा गया है कि ladies ही होती हैं जो घर में टाबीज़, झाड़ थो और शिर्क में मुक्तला करना और भी छोटे मोटे और जो काम है नाथफानियां और यह सब चीज़ों में active रहती हैं. तो अगर ladies के अंदर मार्फ़त का level इतना हो कि वह जाने के खुदा क्या है और उसकी power को किसी के साथ हम share नहीं कर सकते हैं.</w:t>
      </w:r>
    </w:p>
    <w:p>
      <w:r>
        <w:rPr>
          <w:b/>
        </w:rPr>
        <w:t xml:space="preserve">[11:21] </w:t>
      </w:r>
      <w:r>
        <w:t>uski padhai mein hi woh jeene wali ho jaye to woh in chhoti chhoti cheezon mein padhkar apne aap ko shift jaise andhere mein nahi daalegi aur Khuda ke faisle par raazi hone wali hogi. to usse use yeh bhi maloom ho jayega ke woh beautification jo humne last time bhi discuss kiya tha ke apne apne aap ko woh accept karegi woh jaisi hai. Beautification insaan tab karata hai na ke woh sochta hai ke kaash mere na kaise hota hai ya main aisi hoti.</w:t>
      </w:r>
    </w:p>
    <w:p>
      <w:pPr>
        <w:jc w:val="right"/>
      </w:pPr>
      <w:r>
        <w:t>उसकी पढ़ाई में ही वह जीने वाली हो जाए तो वह इन छोटी छोटी चीज़ों में पढ़कर अपने आपको shift जैसे अंधेरे में नहीं डालेगी और खुदा के फ़ैसले पर राज़ी होने वाली होगी. तो उससे उसे यह भी मालूम हो जाएगा कि वह beautification जो हमने last time भी discuss किया था कि अपने अपने आप को वह accept करेगी वह जैसी है. Beautification इंसान तब कराता है ना कि वह सोचता है कि काश मेरे ना कैसे होता है या मैं ऐसी होती.</w:t>
      </w:r>
    </w:p>
    <w:p>
      <w:r>
        <w:rPr>
          <w:b/>
        </w:rPr>
        <w:t xml:space="preserve">[11:51] </w:t>
      </w:r>
      <w:r>
        <w:t>agar woh apne aap ko accept kar le to woh har is tarah ki burai se bahut zyada bach jayegi aur ek aur aajkal society mein cheez chali hai body shaming jo ki mujhe lagta hai ke woh body shaming ka matlab bhi yahi hai ke insaan apne aap ek aise standard tay kar leta hai ke yeh body ideal body hai aur phir uske baad woh usi ke peeche daudne lagta hai.</w:t>
      </w:r>
    </w:p>
    <w:p>
      <w:pPr>
        <w:jc w:val="right"/>
      </w:pPr>
      <w:r>
        <w:t>अगर वह अपने आप को accept कर ले तो वह हर इस तरह की बुराई से बहुत ज़्यादा बच जाएगी और एक और आजकल society में चीज़ चली है body shaming जो कि मुझे लगता है कि वह body shaming का मतलब भी यही है कि इंसान अपने आप एक ऐसे standard तय कर लेता है कि यह body ideal body है और फिर उसके बाद वह उसी के पीछे दौड़ने लगता है.</w:t>
      </w:r>
    </w:p>
    <w:p>
      <w:r>
        <w:rPr>
          <w:b/>
        </w:rPr>
        <w:t xml:space="preserve">[12:16] </w:t>
      </w:r>
      <w:r>
        <w:t>to body se behtar woh apne mind ko develop karein, apne intellect ko develop karein. Healthy rehna zaroori hai but yeh cheezein apne aap ko beautify karne mein garv kar dena, yeh andhapan hai aur doosri baat jab woh doosre logon ke maamle mein sanjeeda hogi ke woh apni zimmedariyan ada karti hai ke nahi, woh apne aap ko accountable samjhegi to woh duty conscious ban jayegi.</w:t>
      </w:r>
    </w:p>
    <w:p>
      <w:pPr>
        <w:jc w:val="right"/>
      </w:pPr>
      <w:r>
        <w:t>तो body से बेहतर वह अपने mind को develop करें, अपने intellect को develop करें. Healthy रहना ज़रूरी है but यह चीज़ें अपने आप को beautify करने में गर्व कर देना, यह अंधापन है और दूसरी बात जब वह दूसरे लोगों के मामले में संजीदा होगी कि वह अपनी ज़िम्मेदारियां अदा करती है कि नहीं, वह अपने आप को accountable समझेगी तो वह duty conscious वन जाएगी.</w:t>
      </w:r>
    </w:p>
    <w:p>
      <w:r>
        <w:rPr>
          <w:b/>
        </w:rPr>
        <w:t xml:space="preserve">[12:42] </w:t>
      </w:r>
      <w:r>
        <w:t>apne har shikayat ko woh apne dil se nikal degi kyun ke usko yeh hoga ke use apne huqooq to Khuda se lene hain, use apne farz ada karne ki chinta hogi aur woh giver ban jayegi poori tarah se. yeh jo yeh jo character hota hai na giver ka isse insaan bahut jaldi mutasir hota hai.</w:t>
      </w:r>
    </w:p>
    <w:p>
      <w:pPr>
        <w:jc w:val="right"/>
      </w:pPr>
      <w:r>
        <w:t>अपने हर शिकायत को वह अपने दिल से निकाल देगी क्योंकि उसको यह होगा कि उसे अपने हुकूक तो फुदा से लेने हैं, उसे अपने फर्ज़दा करने की चिंता होगी और वह giver वन जाएगी पूरी तरह से. यह जो यह जो character होता है ना giver का इससे इंसान बहुत जल्दी मुतासिर होता है.</w:t>
      </w:r>
    </w:p>
    <w:p>
      <w:r>
        <w:rPr>
          <w:b/>
        </w:rPr>
        <w:t xml:space="preserve">[13:05] </w:t>
      </w:r>
      <w:r>
        <w:t>koi bhi agar sirf aapko unilaterally de ja raha hai, apna achha akhlaq show kar raha hai to mushkil hai ke mutasir na hon log. log usse zaroor mutasir hote hain aur aapko dekhte hain ke yeh positive person hai to usse sab log influence bhi hote hain.</w:t>
      </w:r>
    </w:p>
    <w:p>
      <w:pPr>
        <w:jc w:val="right"/>
      </w:pPr>
      <w:r>
        <w:t>कोई भी अगर सिर्फ आपको unilaterally दे जा रहा है, अपना अच्छा अखिलाक show कर रहा है तो मुश्किल है कि मुतासिर ना हों लो. लोग उससे ज़रूर मुतासिर होते हैं और आपको देखते हैं कि यह positive person है तो उससे सब लोग influence भी होते हैं.</w:t>
      </w:r>
    </w:p>
    <w:p>
      <w:r>
        <w:rPr>
          <w:b/>
        </w:rPr>
        <w:t xml:space="preserve">[13:22] </w:t>
      </w:r>
      <w:r>
        <w:t>to apne emotions ko, ego ko secondary bana diya kisi ne to logon ke upar uska asar padta hai aur bahut zyada haqeeqat pasand hi a jati hai jab hum emotions ko ek taraf rakh dete hain to hum cheezon ko haqeeqat ke taur par dekh paate hain. to yeh do cheezein Khuda parast aurat mein ya god fearing aurat mein bahut zyada dekhne ko milegi aur aisi auraton ka ghar definitely sukoon ki jagah ban jayegi. kyun ke usne apni zindagi ko ba maqsad bana rakha hai.</w:t>
      </w:r>
    </w:p>
    <w:p>
      <w:pPr>
        <w:jc w:val="right"/>
      </w:pPr>
      <w:r>
        <w:t>तो अपने emotions को, ego को secondary बना दिया किसी ने तो लोगों के ऊपर उसका असक पड़ता है और बहुत ज़्यादा हकीकत पसंद ही आ जाती है जब हम emotions को एक तरफ रख देते हैं तो हम चीज़ों को हकीकत के तौर पर देख पाते हैं. तो यह दो चीज़ें हुदापरस्त औरत में या god fearing औरत में बहुत ज़्यादा देखने को मिलेगी और ऐसी औरतों का घर definitely सुकून की जगह वन जाएगी. क्योंकि उसने अपनी ज़िंदगी को बामकसद बना रखा है.</w:t>
      </w:r>
    </w:p>
    <w:p>
      <w:r>
        <w:rPr>
          <w:b/>
        </w:rPr>
        <w:t xml:space="preserve">[13:51] </w:t>
      </w:r>
      <w:r>
        <w:t>woh poora uska focus is cheez par hai ke kaise ghar ka mahaul theek ho? kaise woh bachchon ko islami mahaul de sake? aur uska jo moral conduct hai woh Khuda aur Rasool ke bataye hue ahkamon ke par based hoga. woh doosron ke liye bhi wahi chahegi jo khud apne liye chahti hai. jaise ke kabhi bhi woh galat bayani nahi karegi, kisi se jhoot nahi bolegi, ziyadti nahi karegi.</w:t>
      </w:r>
    </w:p>
    <w:p>
      <w:pPr>
        <w:jc w:val="right"/>
      </w:pPr>
      <w:r>
        <w:t>वह पूरा उसका focus इस चीज़ पर है कि कैसे घर का माहौल ठीक हो? कैसे वह बच्चों को इस्लामी माहौल दे सके? और उसका जो moral conduct है वह खुदा और रसूल के बताए हुए अहकामों के पर based होगा. वह दूसरों के लिए भी वही चाहेगी जो खुद अपने लिए चाहती है. जैसे कि कभी भी वह गलत बयानी नहीं करेगी, किसी से झूठ नहीं बोलेगी, ज़्यादती नहीं करेगी.</w:t>
      </w:r>
    </w:p>
    <w:p>
      <w:r>
        <w:rPr>
          <w:b/>
        </w:rPr>
        <w:t xml:space="preserve">[14:18] </w:t>
      </w:r>
      <w:r>
        <w:t>to itni sari pehchan jata hai ke usne galat kiya aur wahi shayad insaan ki sabse badi beauty hai ke woh agar pehchane aur usko pachtawa ho aur woh tauba kare to yeh Allah taala ko sabse zyada pasand hai.</w:t>
      </w:r>
    </w:p>
    <w:p>
      <w:pPr>
        <w:jc w:val="right"/>
      </w:pPr>
      <w:r>
        <w:t>तो इतनी सारी पहचान जाता है कि उसने गलत किया और वही शायद इंसान की सबसे बड़ी beauty है कि वह अगर पहचाने और उसको पछतावा हो और वह तौबा करें तो यह अल्लाह तालाह को सबसे ज़्यादा पसंद है.</w:t>
      </w:r>
    </w:p>
    <w:p>
      <w:r>
        <w:rPr>
          <w:b/>
        </w:rPr>
        <w:t xml:space="preserve">[14:46] </w:t>
      </w:r>
      <w:r>
        <w:t>تو ایسی عورتوں کے لیے تو مجھے لگتا ہے جیسے ہم نے discuss کیا تھا کہ وہ بہترین رفیق</w:t>
      </w:r>
    </w:p>
    <w:p>
      <w:pPr>
        <w:jc w:val="right"/>
      </w:pPr>
      <w:r>
        <w:t>तो ऐसी औरतों के लिए तो मुझे लगता है जैसे हमने discuss किया था कि वह बेहतरीन रफ़ी</w:t>
      </w:r>
    </w:p>
    <w:p>
      <w:r>
        <w:rPr>
          <w:b/>
        </w:rPr>
        <w:t xml:space="preserve">[14:51] </w:t>
      </w:r>
      <w:r>
        <w:t>کے ह्याद हैं، اولادوں کے لیے بہترین ماں ہیں اور ان کی شخصیت جو ہے وہ پوری طرح سے</w:t>
      </w:r>
    </w:p>
    <w:p>
      <w:pPr>
        <w:jc w:val="right"/>
      </w:pPr>
      <w:r>
        <w:t>के ह्याद हैं, औलादों के लिए बेहतरीन मां हैं और उनकी शख़्सियत जो है वह पूरी तरह से</w:t>
      </w:r>
    </w:p>
    <w:p>
      <w:r>
        <w:rPr>
          <w:b/>
        </w:rPr>
        <w:t xml:space="preserve">[14:56] </w:t>
      </w:r>
      <w:r>
        <w:t>khuda parast shakhsiyat hai aur iska behtareen example hamare liye azwajam hota hai raat.</w:t>
      </w:r>
    </w:p>
    <w:p>
      <w:pPr>
        <w:jc w:val="right"/>
      </w:pPr>
      <w:r>
        <w:t>ख़ुदापरस शख़्सियत है और इसका बेहतरीन example हमारे लिए अज़वाज़म होता है रात.</w:t>
      </w:r>
    </w:p>
    <w:p>
      <w:r>
        <w:rPr>
          <w:b/>
        </w:rPr>
        <w:t xml:space="preserve">[15:01] </w:t>
      </w:r>
      <w:r>
        <w:t>jaise hazrat hajra, hazrat ayesha inmein dekhne ko milta hai.</w:t>
      </w:r>
    </w:p>
    <w:p>
      <w:pPr>
        <w:jc w:val="right"/>
      </w:pPr>
      <w:r>
        <w:t>जैसे हजरत हाजरा, हजरत आयशा इनमें देखने को मिलता है.</w:t>
      </w:r>
    </w:p>
    <w:p>
      <w:r>
        <w:rPr>
          <w:b/>
        </w:rPr>
        <w:t xml:space="preserve">[15:06] </w:t>
      </w:r>
      <w:r>
        <w:t>hazrat hajra mein kitna bardasht tha.</w:t>
      </w:r>
    </w:p>
    <w:p>
      <w:pPr>
        <w:jc w:val="right"/>
      </w:pPr>
      <w:r>
        <w:t>हजरत हाजरा में कितना बर्दाश्त था.</w:t>
      </w:r>
    </w:p>
    <w:p>
      <w:r>
        <w:rPr>
          <w:b/>
        </w:rPr>
        <w:t xml:space="preserve">[15:11] </w:t>
      </w:r>
      <w:r>
        <w:t>unhone kitna saath diya hai, nadi salah salam ka aur har haal mein woh saath dene wali rahi.</w:t>
      </w:r>
    </w:p>
    <w:p>
      <w:pPr>
        <w:jc w:val="right"/>
      </w:pPr>
      <w:r>
        <w:t>उन्होंने कितना साथ दिया है, नदी सलाह सलम का और हर हाल में वह साथ देने वाली रही.</w:t>
      </w:r>
    </w:p>
    <w:p>
      <w:r>
        <w:rPr>
          <w:b/>
        </w:rPr>
        <w:t xml:space="preserve">[15:17] </w:t>
      </w:r>
      <w:r>
        <w:t>doosra Hazrat Aisha ko bhi hum sab jaante hain woh behtareen intellectual partner thi. unhone itni sari hadeeson ka humein interpretation diya. to yeh mujhe lagta hai ke aurat ko agar hum is level par lekar jayein ke unke unko apna apna ilm badhana ho, apna deen ki samajh badhayein woh auratein aur apne andar aisi shakhsiyat banayein to woh zaroor society ke liye beneficial hongi.</w:t>
      </w:r>
    </w:p>
    <w:p>
      <w:pPr>
        <w:jc w:val="right"/>
      </w:pPr>
      <w:r>
        <w:t>दूसरा हज़रत आयशा को भी हम सब जानते हैं वह बेहतरीन intellectual partner थी. उन्होंने इतनी सारी हदीसों का हमें interpretation दिया. तो यह मुझे लगता है कि औरत को अगर हम इस level पर लेकर जाएं कि उनके उनको अपना अपना ill बढ़ाना हो, अपना दीन की समझ बढ़ाएं वह औरतें और अपने अंदर ऐसी शख्सियत बनाएं तो वह ज़रूर society के लिए beneficial होंगी.</w:t>
      </w:r>
    </w:p>
    <w:p>
      <w:r>
        <w:rPr>
          <w:b/>
        </w:rPr>
        <w:t xml:space="preserve">[15:43] </w:t>
      </w:r>
      <w:r>
        <w:t>jaise phir Amitabh ne kaha, wahi auratein hongi jo ki no problem barsan bhi banenge aur unke gharon se nikle hue afraad mashre ko behtar banayenge. main yahi samajh payi hoon Shubina. Jazaakilla. Thank you, Doctor. Sabrina, for the points that you have highlighted on.</w:t>
      </w:r>
    </w:p>
    <w:p>
      <w:pPr>
        <w:jc w:val="right"/>
      </w:pPr>
      <w:r>
        <w:t>जैसे फिर अमिताभ ने कहा, वही औरतें होंगी जो कि no problem बरसन भी बनेंगे और उनके घरों से निकले हुए अफराद माश्र को बेहतर बनाएंगे. मैं यही समझ पाई हूं शुभीना. जज़ाक़िला. Thank you, Doctor. Sabrina, for the points that you have highlighted on.</w:t>
      </w:r>
    </w:p>
    <w:p>
      <w:r>
        <w:rPr>
          <w:b/>
        </w:rPr>
        <w:t xml:space="preserve">[16:06] </w:t>
      </w:r>
      <w:r>
        <w:t>And the main virtues that you highlighted about women is dignity, patience and generosity, courage, wisdom jo aapne</w:t>
      </w:r>
    </w:p>
    <w:p>
      <w:pPr>
        <w:jc w:val="right"/>
      </w:pPr>
      <w:r>
        <w:t>And the main virtues that you highlighted about women is dignity, patience and generosity, courage, wisdom जो आपने</w:t>
      </w:r>
    </w:p>
    <w:p>
      <w:r>
        <w:rPr>
          <w:b/>
        </w:rPr>
        <w:t xml:space="preserve">[16:15] </w:t>
      </w:r>
      <w:r>
        <w:t>बताया यह सारी चीजें अपने ईज़वाजी मुत्तरात जो नबियों की जो wives थी यह सारी examples उनके अंदर</w:t>
      </w:r>
    </w:p>
    <w:p>
      <w:pPr>
        <w:jc w:val="right"/>
      </w:pPr>
      <w:r>
        <w:t>बताया यह सारी चीज़ें अपने ईज़वाजी मुत्तरात जो नबियों की जो wives थी यह सारी examples उनके अंदर</w:t>
      </w:r>
    </w:p>
    <w:p>
      <w:r>
        <w:rPr>
          <w:b/>
        </w:rPr>
        <w:t xml:space="preserve">[16:24] </w:t>
      </w:r>
      <w:r>
        <w:t>यह virtues हमें दिखाई देती है और हमें भी as a pious woman हमें भी inculcate karna chahiye</w:t>
      </w:r>
    </w:p>
    <w:p>
      <w:pPr>
        <w:jc w:val="right"/>
      </w:pPr>
      <w:r>
        <w:t>यह virtues हमें दिखाई देती है और हमें भी as a CPS woman हमें भी inculcate करना चाहिए</w:t>
      </w:r>
    </w:p>
    <w:p>
      <w:r>
        <w:rPr>
          <w:b/>
        </w:rPr>
        <w:t xml:space="preserve">[16:33] </w:t>
      </w:r>
      <w:r>
        <w:t>تاکہ ہم society کے ایک giver member of giver member بن سکیں تاکہ ہماری society میں changes آ سکیں۔</w:t>
      </w:r>
    </w:p>
    <w:p>
      <w:pPr>
        <w:jc w:val="right"/>
      </w:pPr>
      <w:r>
        <w:t>ताकि हम society के एक giver member of giver member वन सकें ताकि हमारी society में changes आ सकें.</w:t>
      </w:r>
    </w:p>
    <w:p>
      <w:r>
        <w:rPr>
          <w:b/>
        </w:rPr>
        <w:t xml:space="preserve">[16:42] </w:t>
      </w:r>
      <w:r>
        <w:t>main ek chhoti si example bata rahi hoon ke main jis society mein rehti hoon wahan par 133 families hain aur aaye din bahut saare jab itne saare log rahenge to negativity to inbuilt hai woh kabhi na kabhi reh reh karke zahir hogi. to main Maulana ke quotes time to time usko share karti hoon WhatsApp group mein. jaise ke aaj ka ek quote aaya tha ke even having a good opinion of people is a worship.</w:t>
      </w:r>
    </w:p>
    <w:p>
      <w:pPr>
        <w:jc w:val="right"/>
      </w:pPr>
      <w:r>
        <w:t>मैं एक छोटी सी example बता रही हूं कि मैं जिस society में रहती हूं वहां पर 133 families हैं और आए दिन बहुत सारे जब इतने सारे लोग रहेंगे तो negativity तो inbuilt है वह कभी ना कभी रह रह करके ज़ाहिर होगी. तो मैं मौलानक की quotes time to time उसको share करती हूं WhatsApp group में. जैसे कि आज का एक quote आया था कि even having a good opinion of people is a worship.</w:t>
      </w:r>
    </w:p>
    <w:p>
      <w:r>
        <w:rPr>
          <w:b/>
        </w:rPr>
        <w:t xml:space="preserve">[17:12] </w:t>
      </w:r>
      <w:r>
        <w:t>yeh itna zabardast quote tha, one liner hai lekin agar aap kisi ko yeh baat kehte hain woh fauran woh insaan muddasir ho jayega. to maine aaj yeh WhatsApp group mein maine share kiya and it felt so good ke ek lady jo khud right duty conscious hai, apni family ke liye sirf duty nahi hai lekin balki woh society ke liye bhi duty conscious ho jati hai.</w:t>
      </w:r>
    </w:p>
    <w:p>
      <w:pPr>
        <w:jc w:val="right"/>
      </w:pPr>
      <w:r>
        <w:t>यह इतना ज़बरदस्त quote था, one liner है लेकिन अगर आप किसी को यह बात कहते हैं वह फ़ौरन वह इंसान मुद्दासिर हो जाएगा. तो मैंने आज यह WhatsApp group में मैंने share किया and it felt so good कि एक lady जो खुद right duty conscious है, अपनी family के लिए सिर्फ duty नहीं है लेकिन बल्कि वह society के लिए भी duty conscious हो जाती है.</w:t>
      </w:r>
    </w:p>
    <w:p>
      <w:r>
        <w:rPr>
          <w:b/>
        </w:rPr>
        <w:t xml:space="preserve">[17:34] </w:t>
      </w:r>
      <w:r>
        <w:t>toh through this one liner message of molana mujhe laga ki maine apni duty towards the society isko</w:t>
      </w:r>
    </w:p>
    <w:p>
      <w:pPr>
        <w:jc w:val="right"/>
      </w:pPr>
      <w:r>
        <w:t>तो through this one liner message of मोलाना मुझे लगा कि मैंने अपनी duty towards the society इसको</w:t>
      </w:r>
    </w:p>
    <w:p>
      <w:r>
        <w:rPr>
          <w:b/>
        </w:rPr>
        <w:t xml:space="preserve">[17:40] </w:t>
      </w:r>
      <w:r>
        <w:t>maine usko forward kiya hai.</w:t>
      </w:r>
    </w:p>
    <w:p>
      <w:pPr>
        <w:jc w:val="right"/>
      </w:pPr>
      <w:r>
        <w:t>मैंने उसको forward किया है.</w:t>
      </w:r>
    </w:p>
    <w:p>
      <w:r>
        <w:rPr>
          <w:b/>
        </w:rPr>
        <w:t xml:space="preserve">[17:46] </w:t>
      </w:r>
      <w:r>
        <w:t>main najma appa ko invite karti hoon apni learning ko share karne ke liye.</w:t>
      </w:r>
    </w:p>
    <w:p>
      <w:pPr>
        <w:jc w:val="right"/>
      </w:pPr>
      <w:r>
        <w:t>मैं नजमा आप्पा को invite करती हूं अपनी learning को share करने के लिए.</w:t>
      </w:r>
    </w:p>
    <w:p>
      <w:r>
        <w:rPr>
          <w:b/>
        </w:rPr>
        <w:t xml:space="preserve">[17:52] </w:t>
      </w:r>
      <w:r>
        <w:t>ab awaaz nahi aa rahi hai? nahi hai?</w:t>
      </w:r>
    </w:p>
    <w:p>
      <w:pPr>
        <w:jc w:val="right"/>
      </w:pPr>
      <w:r>
        <w:t>अब आवाज़ नहीं आ रही है? नहीं है?</w:t>
      </w:r>
    </w:p>
    <w:p>
      <w:r>
        <w:rPr>
          <w:b/>
        </w:rPr>
        <w:t xml:space="preserve">[17:58] </w:t>
      </w:r>
      <w:r>
        <w:t>nahi aa rahi hai awaaz?</w:t>
      </w:r>
    </w:p>
    <w:p>
      <w:pPr>
        <w:jc w:val="right"/>
      </w:pPr>
      <w:r>
        <w:t>नहीं आ रही है आवाज़?</w:t>
      </w:r>
    </w:p>
    <w:p>
      <w:r>
        <w:rPr>
          <w:b/>
        </w:rPr>
        <w:t xml:space="preserve">[18:05] </w:t>
      </w:r>
      <w:r>
        <w:t>awaaz nahi aa rahi hai? aa rahi hai. aa rahi hai. aa rahi hai to theek hai. ji. haan, bismillahir rahmanir rahim hamara aaj ka topic jaise aap sab jaante hain Khuda parast torte hain.</w:t>
      </w:r>
    </w:p>
    <w:p>
      <w:pPr>
        <w:jc w:val="right"/>
      </w:pPr>
      <w:r>
        <w:t>आवाज़ नहीं आ रही है? आ रही है आपका आ रही है. आ रही है तो ठीक है. जी. हां, बिस्मिल्लाहिर रहमान ए रहीम हमारा आज का topic जैसे आप सब जानते हैं खुदा परस तौड़ते हैं.</w:t>
      </w:r>
    </w:p>
    <w:p>
      <w:r>
        <w:rPr>
          <w:b/>
        </w:rPr>
        <w:t xml:space="preserve">[18:20] </w:t>
      </w:r>
      <w:r>
        <w:t>to Maulana ne apni kitab aur memari insaniyat mein do sau chhah, do sau chhah page par woh likhte hain ke Islam ke mutabiq maujooda duniya ek imtehan gaah hai. mard ka mard hona bhi ek zimmedari hai aur aurat ka aurat hona bhi ek zimmedari hai.</w:t>
      </w:r>
    </w:p>
    <w:p>
      <w:pPr>
        <w:jc w:val="right"/>
      </w:pPr>
      <w:r>
        <w:t>तो मौलाना ने अपनी किताब और मेमारी इंसानियत में दो सौ छह, दो सौ छह page पर वह लिखते हैं कि इस्लाम के मुताबिक मौजूदा दुनिया एक इंतान गा है. मर्द का मर्द होना भी एक ज़िम्मेदारी है और औरत का औरत होना भी एक ज़िम्मेदारी है.</w:t>
      </w:r>
    </w:p>
    <w:p>
      <w:r>
        <w:rPr>
          <w:b/>
        </w:rPr>
        <w:t xml:space="preserve">[18:44] </w:t>
      </w:r>
      <w:r>
        <w:t>donon ke liye kamyabi ya nakamyabi ka ek hi meyar hai aur woh yeh ke donon apni apni zimmedariyon ki adaiygi mein poori utrein. to Allah Quran mein humein guidance deta hai ke hamari zimmedariyan kya hain? hum kya karein?</w:t>
      </w:r>
    </w:p>
    <w:p>
      <w:pPr>
        <w:jc w:val="right"/>
      </w:pPr>
      <w:r>
        <w:t>दोनों के लिए कामयाबी या नाकामयाबी का एक ही मेहत है और वह यह कि दोनों अपनी अपनी ज़िम्मेदारियों की अदायगी में पूरी उतरें. तो अल्लाह कुरान में हमें guidance देता है कि हमारी ज़िम्मेदारियां क्या हैं? हम क्या करें?</w:t>
      </w:r>
    </w:p>
    <w:p>
      <w:r>
        <w:rPr>
          <w:b/>
        </w:rPr>
        <w:t xml:space="preserve">[19:02] </w:t>
      </w:r>
      <w:r>
        <w:t>to jo humse chahta hai agar hum us guidance par chalenge to hum Khuda parast honge aur agar usse hum hatenge ya hum use janenge hi nahi to hum Khuda parast kaise ho sakte hain? kyun ke yeh jo test hi duniya hai iska criteria jab tak humein nahi maloom hoga to hum test kaise pass karenge?</w:t>
      </w:r>
    </w:p>
    <w:p>
      <w:pPr>
        <w:jc w:val="right"/>
      </w:pPr>
      <w:r>
        <w:t>तो जो हमसे चाहता है अगर हम उस guidance पर चलेंगे तो हम खुदा पर्स होंगे और अगर उससे हम हटेंगे या हम उसे जानेंगे ही नहीं तो हम खुदा पर्स कैसे हो सकते हैं? क्योंकि यह जो test ही दुनिया है इसका criteria जब तक हमें नहीं मालूम होगा तो हम test कैसे pass करेंगे?</w:t>
      </w:r>
    </w:p>
    <w:p>
      <w:r>
        <w:rPr>
          <w:b/>
        </w:rPr>
        <w:t xml:space="preserve">[19:26] </w:t>
      </w:r>
      <w:r>
        <w:t>kisi bhi ibtahan ki tayyari uska uske syllabus ya curriculum ko dekhkar hi hum karte hain to Quran ki is guidance ko samajhne ke liye humein Quran ko apni language mein hi samajhna hai, language mein hi padhna hai jis par Maulana bahut stress karte the. to yeh sirf Quran padhna kaafi nahi hai lekin samajhkar padhna bahut important. abhi Fahmida Sahab ne Surah Nisa ki mein se example dekar ke kya zimmedari hai.</w:t>
      </w:r>
    </w:p>
    <w:p>
      <w:pPr>
        <w:jc w:val="right"/>
      </w:pPr>
      <w:r>
        <w:t>किसी भी इब्तहान की तैयारी उसका उसके syllabus या curriculum को देखकर ही हम करते हैं तो कुरान की इस guidance को समझने के लिए हमें कुरान को अपनी language में ही समझना है, language में ही पढ़ना है जिस पर मौलाना बहुत stress करते थे. तो यह सिर्फ़ कुरान पढ़ना काफ़ी नहीं है लेकिन समझकर पढ़ना बहुत important. अभी फ़ैमीदा साहब ने सूर्य निशाह की में से example देकर कि क्या ज़िम्मेदारी है.</w:t>
      </w:r>
    </w:p>
    <w:p>
      <w:r>
        <w:rPr>
          <w:b/>
        </w:rPr>
        <w:t xml:space="preserve">[19:56] </w:t>
      </w:r>
      <w:r>
        <w:t>main Quran ki taiteesveen surat Ahzab ki paiteesveen ayat ko ismein Allah yeh batata hai ke woh ek mard aur ek aurat dono ko kaisa dekhna chahta hai aur donon ke liye ek hi baat kahi hai. to hum auratein samjhein ke humein kya karna hai aur mard samjhein ke unhein kya karna hai. criteria donon ka ek hi hai. lekin zimmedariyan alag alag hain.</w:t>
      </w:r>
    </w:p>
    <w:p>
      <w:pPr>
        <w:jc w:val="right"/>
      </w:pPr>
      <w:r>
        <w:t>मैं कुरान की तैंतीसवीं सूरत अल्हाब की पैंतीसवीं आयत को इसमें अल्लाह यह बताता है कि वह एक मर्द और एक औरत दोनों को कैसा देखना चाहता है और दोनों के लिए एक ही बात कही है. तो हम औरतें समझें कि हमें क्या करना है और मन समझें कि उन्हें क्या करना है. Criteria दोनों का एक ही है. लेकिन ज़िम्मेदारियां अलग अलग हैं.</w:t>
      </w:r>
    </w:p>
    <w:p>
      <w:r>
        <w:rPr>
          <w:b/>
        </w:rPr>
        <w:t xml:space="preserve">[20:23] </w:t>
      </w:r>
      <w:r>
        <w:t>to yahan par ismein ismein ayaat mein das qualities yani das virtues Allah ne batai hain. main un virtues par focus kar rahi hoon. yeh pehla hai Islam yani submission to god. Allah ki vaedaniyat. to hum kisi ko aur beach mein nahi la sakte.</w:t>
      </w:r>
    </w:p>
    <w:p>
      <w:pPr>
        <w:jc w:val="right"/>
      </w:pPr>
      <w:r>
        <w:t>तो यहां पर इसमें इसमें आयात में दस qualities यानी दस virtues अल्लाह ने बताई हैं. मैं उन virtues पर focus कर रही हूं. यह पहला है इस्लाम यानी submission to god. अल्लाह की वैदानियत. तो हम किसी को और beach में नहीं ला सकते.</w:t>
      </w:r>
    </w:p>
    <w:p>
      <w:r>
        <w:rPr>
          <w:b/>
        </w:rPr>
        <w:t xml:space="preserve">[20:48] </w:t>
      </w:r>
      <w:r>
        <w:t>koi shirk hum agar kisi ko bhi beach mein layenge to hamare kitne log jaise kisi buzurg ko beach mein le aaye aur kitni auratein yeh karti hain. to yeh shirk hai bilkul. to isse humein bachna hai. doosra, Iman yani full faith in God.</w:t>
      </w:r>
    </w:p>
    <w:p>
      <w:pPr>
        <w:jc w:val="right"/>
      </w:pPr>
      <w:r>
        <w:t>कोई शिर्क़ हम अगर किसी को भी beach में लाएंगे तो हमारे कितने लोग जैसे किसी बुज़ुर्ग को beach में ले आए और कितनी औरतें यह करती हैं. तो यह शिर्क है बिल्कुल. तो इससे हमें बचना है. दूसरा, ईमान यानी full faith in God.</w:t>
      </w:r>
    </w:p>
    <w:p>
      <w:r>
        <w:rPr>
          <w:b/>
        </w:rPr>
        <w:t xml:space="preserve">[21:05] </w:t>
      </w:r>
      <w:r>
        <w:t>toh hum poori tarah se allah par hi trust karein, poora allah par tabakkul karein yeh aur poori</w:t>
      </w:r>
    </w:p>
    <w:p>
      <w:pPr>
        <w:jc w:val="right"/>
      </w:pPr>
      <w:r>
        <w:t>तो हम पूरी तरह से अल्लाह पर ही trust करें, पूरा अल्लाह पर तबक्कुल करें यह और पूरी</w:t>
      </w:r>
    </w:p>
    <w:p>
      <w:r>
        <w:rPr>
          <w:b/>
        </w:rPr>
        <w:t xml:space="preserve">[21:10] </w:t>
      </w:r>
      <w:r>
        <w:t>mehnat se jo bhi hamein kaam karna hai usko hum karein aur phir hum allah par chhod dein</w:t>
      </w:r>
    </w:p>
    <w:p>
      <w:pPr>
        <w:jc w:val="right"/>
      </w:pPr>
      <w:r>
        <w:t>मेहनत से जो भी हमें काम करना है उसको हम करें और फिर हम अल्लाह पर छोड़ दें</w:t>
      </w:r>
    </w:p>
    <w:p>
      <w:r>
        <w:rPr>
          <w:b/>
        </w:rPr>
        <w:t xml:space="preserve">[21:15] </w:t>
      </w:r>
      <w:r>
        <w:t>wahi karne wala hai.</w:t>
      </w:r>
    </w:p>
    <w:p>
      <w:pPr>
        <w:jc w:val="right"/>
      </w:pPr>
      <w:r>
        <w:t>वही करने वाला है.</w:t>
      </w:r>
    </w:p>
    <w:p>
      <w:r>
        <w:rPr>
          <w:b/>
        </w:rPr>
        <w:t xml:space="preserve">[21:20] </w:t>
      </w:r>
      <w:r>
        <w:t>hamari zindagi mein hamein kitni baar humne agar sochte hain ki bahut se rakam zindagi mein aise hue</w:t>
      </w:r>
    </w:p>
    <w:p>
      <w:pPr>
        <w:jc w:val="right"/>
      </w:pPr>
      <w:r>
        <w:t>हमारी ज़िंदगी में हमें कितनी बार हमने अगर सोचते हैं कि बहुत से रकम ज़िंदगी में ऐसे हुए</w:t>
      </w:r>
    </w:p>
    <w:p>
      <w:r>
        <w:rPr>
          <w:b/>
        </w:rPr>
        <w:t xml:space="preserve">[21:25] </w:t>
      </w:r>
      <w:r>
        <w:t>ki hamein lagta hai koi zaroor allah ki madad hogi.</w:t>
      </w:r>
    </w:p>
    <w:p>
      <w:pPr>
        <w:jc w:val="right"/>
      </w:pPr>
      <w:r>
        <w:t>कि हमें लगता है कोई ज़रूर अल्लाह की मदद होगी.</w:t>
      </w:r>
    </w:p>
    <w:p>
      <w:r>
        <w:rPr>
          <w:b/>
        </w:rPr>
        <w:t xml:space="preserve">[21:30] </w:t>
      </w:r>
      <w:r>
        <w:t>teesra hai qurut yani obedience.</w:t>
      </w:r>
    </w:p>
    <w:p>
      <w:pPr>
        <w:jc w:val="right"/>
      </w:pPr>
      <w:r>
        <w:t>तीसरा है कुर्रूत यानी obedience.</w:t>
      </w:r>
    </w:p>
    <w:p>
      <w:r>
        <w:rPr>
          <w:b/>
        </w:rPr>
        <w:t xml:space="preserve">[21:36] </w:t>
      </w:r>
      <w:r>
        <w:t>to jo vah hamse hi chahta hai hamein vahi karna hai isliye yah bahut important hai ki hum samjhein ki vah hamse kya chahta hai? Basically vah hamse jo ibadat chahta hai spirit wali aur doosron se husne sulu. Yah kisi sequence mein to nahin hai lekin aur aage hain sthit yani truthfulness.</w:t>
      </w:r>
    </w:p>
    <w:p>
      <w:pPr>
        <w:jc w:val="right"/>
      </w:pPr>
      <w:r>
        <w:t>तो जो वह हमसे ही चाहता है हमें वही करना है इसलिए यह बहुत important है कि हम समझें कि वह हमसे क्या चाहता है? Basically वह हमसे जो इबादत चाहता है spirit वाली और दूसरों से हुसने सुलू. यह किसी sequence में तो नहीं है लेकिन और आगे हैं स्थित यानी truthfulness.</w:t>
      </w:r>
    </w:p>
    <w:p>
      <w:r>
        <w:rPr>
          <w:b/>
        </w:rPr>
        <w:t xml:space="preserve">[22:00] </w:t>
      </w:r>
      <w:r>
        <w:t>to hum hamein sabko bahut imandari se, sachchai se, hum mazak mein bhi bahut sari galat cheezen kar lete hain to vah hamein nahin karna hai. To aur next is sabr yani patience.</w:t>
      </w:r>
    </w:p>
    <w:p>
      <w:pPr>
        <w:jc w:val="right"/>
      </w:pPr>
      <w:r>
        <w:t>तो हम हमें सबको बहुत ईमानदारी से, सच्चाई से, हम मजाक में भी बहुत सारी गलत चीज़ें कर लेते हैं तो वह हमें नहीं करना है. तो और next is सब्र यानी patience.</w:t>
      </w:r>
    </w:p>
    <w:p>
      <w:r>
        <w:rPr>
          <w:b/>
        </w:rPr>
        <w:t xml:space="preserve">[22:18] </w:t>
      </w:r>
      <w:r>
        <w:t>to sabr ki importance par to Maulana ne hamein bahut tarah se samjhaya hai aur apne lectures ke through, apni writings ke ke through sabr karna aur kitni hi example di hain ki badi badi problems kyunki hum sab nahin karte. Ekdam se react kar jaate hain to chhoti si cheez badi ho jati hai. To yah hamein bahut important hai iske liye. Agla hai khushu yani sincerity.</w:t>
      </w:r>
    </w:p>
    <w:p>
      <w:pPr>
        <w:jc w:val="right"/>
      </w:pPr>
      <w:r>
        <w:t>तो सब्र की importance पर तो मौलाना ने हमें बहुत तरह से समझाया है और अपने lectures के through, अपनी writings के के through सब्र करना और कितनी ही example दी हैं कि बड़ी बड़ी problems क्योंकि हम सब नहीं करते. एकदम से react कर जाते हैं तो छोटी सी चीज़ बड़ी हो जाती है. तो यह हमें बहुत important है इसके लिए. अगला है खुशू यानी sincerity.</w:t>
      </w:r>
    </w:p>
    <w:p>
      <w:r>
        <w:rPr>
          <w:b/>
        </w:rPr>
        <w:t xml:space="preserve">[22:44] </w:t>
      </w:r>
      <w:r>
        <w:t>hamein apni namazon mein, duaon mein, hare ibadat mein aur apne behavior mein yah khushu lana hai, sincerity lana hai. Iske alawa satka yani charity. To Quran mein jitni jagah namaz ka zikr hai, zikr hai. To ke bare mein aur surya tauba mein ek ek criteria hamein bata diya gaya hai zikr ka.</w:t>
      </w:r>
    </w:p>
    <w:p>
      <w:pPr>
        <w:jc w:val="right"/>
      </w:pPr>
      <w:r>
        <w:t>हमें अपनी नमाज़ों में, दुआओं में, हरे बादत में और अपने behavior में यह खुशू लाना है, sincerity लाना है. इसके अलावा सत्का यानी charity. तो कुरान में जितनी जगह नमाज़ का ज़िक्र है, ज़िक्र है. तो के बारे में और सूर्य तौबा में एक एक criteria हमें बता दिया गया है ज़िक्र का.</w:t>
      </w:r>
    </w:p>
    <w:p>
      <w:r>
        <w:rPr>
          <w:b/>
        </w:rPr>
        <w:t xml:space="preserve">[23:10] </w:t>
      </w:r>
      <w:r>
        <w:t>to hum bahut sincerely dekhen ki hum puri tarah se apni zakat de rahe hain aur satte ke liye log bujoor sallah lal e basalam se poochhte the ki hum kya aur den? To vah kahte the ki jo aapki zaroorat se zyada hai.</w:t>
      </w:r>
    </w:p>
    <w:p>
      <w:pPr>
        <w:jc w:val="right"/>
      </w:pPr>
      <w:r>
        <w:t>तो हम बहुत sincerely देखें कि हम पूरी तरह से अपनी जकात दे रहे हैं और सत्ते के लिए लोग बुजूर सल्लाह लाल ए बसलम से पूछते थे कि हम क्या और दें? तो वह कहते थे कि जो आपकी ज़रूरत से ज़्यादा है.</w:t>
      </w:r>
    </w:p>
    <w:p>
      <w:r>
        <w:rPr>
          <w:b/>
        </w:rPr>
        <w:t xml:space="preserve">[23:24] </w:t>
      </w:r>
      <w:r>
        <w:t>toh mera khayal hai hum woh toh nahi karte lekin hamein dekhna hai toh aur next hai fasting.</w:t>
      </w:r>
    </w:p>
    <w:p>
      <w:pPr>
        <w:jc w:val="right"/>
      </w:pPr>
      <w:r>
        <w:t>तो मेरा ख्याल है हम वह तो नहीं करते लेकिन हमें देखना है तो और next है fasting.</w:t>
      </w:r>
    </w:p>
    <w:p>
      <w:r>
        <w:rPr>
          <w:b/>
        </w:rPr>
        <w:t xml:space="preserve">[23:34] </w:t>
      </w:r>
      <w:r>
        <w:t>toh fasting ka bhi jo ismein virtues di hui hain fasting ka humne ramzan mein kaafi discussion kiya</w:t>
      </w:r>
    </w:p>
    <w:p>
      <w:pPr>
        <w:jc w:val="right"/>
      </w:pPr>
      <w:r>
        <w:t>तो fasting का भी जो इसमें virtues दी हुई हैं fasting का हमने रमज़ान में काफी discussion किया</w:t>
      </w:r>
    </w:p>
    <w:p>
      <w:r>
        <w:rPr>
          <w:b/>
        </w:rPr>
        <w:t xml:space="preserve">[23:45] </w:t>
      </w:r>
      <w:r>
        <w:t>hai ki hamara kaisa roza ho, khushu ka khushu wala roza ho, spirit wala roza ho aur aur</w:t>
      </w:r>
    </w:p>
    <w:p>
      <w:pPr>
        <w:jc w:val="right"/>
      </w:pPr>
      <w:r>
        <w:t>है कि हमारा कैसा रोज़ा हो, खुशू का खुशू वाला रोज़ा हो, spirit वाला रोज़ा हो और और</w:t>
      </w:r>
    </w:p>
    <w:p>
      <w:r>
        <w:rPr>
          <w:b/>
        </w:rPr>
        <w:t xml:space="preserve">[23:56] </w:t>
      </w:r>
      <w:r>
        <w:t>phir phir jo hai woh hai remembrance of God zikr alla.</w:t>
      </w:r>
    </w:p>
    <w:p>
      <w:pPr>
        <w:jc w:val="right"/>
      </w:pPr>
      <w:r>
        <w:t>फिर फिर जो है वह है remembrance of God ज़िक्र अल्ला.</w:t>
      </w:r>
    </w:p>
    <w:p>
      <w:r>
        <w:rPr>
          <w:b/>
        </w:rPr>
        <w:t xml:space="preserve">[24:07] </w:t>
      </w:r>
      <w:r>
        <w:t>to is par Maulana ne kitne videos hamein hamein dekhne ko mile hain unke sirf janavas par baithkar yaad karna hi zikr nahin hai balki har cheez ko dekhkar nature mein Allah ki banai bhi cheezon ko dekhkar gaur karna, usko point of reference banakar Allah ka zikr karna, Allah se sugar karna.</w:t>
      </w:r>
    </w:p>
    <w:p>
      <w:pPr>
        <w:jc w:val="right"/>
      </w:pPr>
      <w:r>
        <w:t>तो इस पर मौलाना ने कितने videos हमें हमें देखने को मिले हैं उनके सिर्फ जानावास पर बैठकर याद करना ही ज़िक्र नहीं है बल्कि हर चीज़ को देखकर nature में अल्लाह की बनाई भी चीज़ों को देखकर गौर करना, उसको point of reference बनाकर अल्लाह का ज़िक्र करना, अल्लाह से sugar करना.</w:t>
      </w:r>
    </w:p>
    <w:p>
      <w:r>
        <w:rPr>
          <w:b/>
        </w:rPr>
        <w:t xml:space="preserve">[24:30] </w:t>
      </w:r>
      <w:r>
        <w:t>even agar hum apni body ko dekhte hain ki kaise involuntary functions hote rehte hain, oxygen milti rehti hai, digestion hota rehta hai, to hum in baaton ko kabhi bhi nahin gaur karte. To in sab par gaur karke agar hum gaur karen to ekdam se hamein shukr nikalta hai. To yahi yah das virtues hain. To is in sari virtues mein pura Islamic faith aa gaya hai.</w:t>
      </w:r>
    </w:p>
    <w:p>
      <w:pPr>
        <w:jc w:val="right"/>
      </w:pPr>
      <w:r>
        <w:t>Even अगर हम अपनी body को देखते हैं कि कैसे involuntary functions होते रहते हैं, oxygen मिलती रहती है, digestion होता रहता है, तो हम इन बातों को कभी भी नहीं गौर करते. तो इन सब पर गौर करके अगर हम गौर करें तो एकदम से हमें शुक्र निकलता है. तो यही यह दस virtues हैं. तो इस इन सारी virtues में पूरा Islamic faith आ गया है.</w:t>
      </w:r>
    </w:p>
    <w:p>
      <w:r>
        <w:rPr>
          <w:b/>
        </w:rPr>
        <w:t xml:space="preserve">[24:59] </w:t>
      </w:r>
      <w:r>
        <w:t>Islamic character Allah ne ismein hamein samet diya hai is surat mein aur yahi criteria hamein aakhirat based life aur word oriented life banata hai. Is criteria ke basis par hamein apna introspection bhi karte rehna chahiye ki hum kitna Allah ke hukoom ke aage jhukte hain.</w:t>
      </w:r>
    </w:p>
    <w:p>
      <w:pPr>
        <w:jc w:val="right"/>
      </w:pPr>
      <w:r>
        <w:t>Islamic character Allah ने इसमें हमें समेट दिया है इस सूरत में और यही criteria हमें आख़िरत based life और word oriented life बनाता है. इस criteria के basis पर हमें अपना introspection भी करते रहना चाहिए कि हम कितना अल्लाह के हुकूम के आगे झुकते हैं.</w:t>
      </w:r>
    </w:p>
    <w:p>
      <w:r>
        <w:rPr>
          <w:b/>
        </w:rPr>
        <w:t xml:space="preserve">[25:24] </w:t>
      </w:r>
      <w:r>
        <w:t>yah dekhna hai ki hum kya kar rahe hain apne behavior mein bhi hum jo baat hum kah rahe hain vah sirf kahne ke liye hai ya hum usko apne behavior mein la rahe hain kyunki agar yah hum nahin karenge to vah to munapat ho jayegi. Isse bahut dar lagta hai to ise hamein is tarah se hum introspection karen ki hum jo jo soch rahe hain, jo kar rahe hain vah kah rahe hain vah karen bhi.</w:t>
      </w:r>
    </w:p>
    <w:p>
      <w:pPr>
        <w:jc w:val="right"/>
      </w:pPr>
      <w:r>
        <w:t>यह देखना है कि हम क्या कर रहे हैं अपने behavior में भी हम जो बात हम कह रहे हैं वह सिर्फ कहने के लिए है या हम उसको अपने behavior में ला रहे हैं क्योंकि अगर यह हम नहीं करेंगे तो वह तो मुनापत हो जाएगी. इससे बहुत डर लगता है तो इसे हमें इस तरह से हम introspection करें कि हम जो जो सोच रहे हैं, जो कर रहे हैं वह कह रहे हैं वह करें भी.</w:t>
      </w:r>
    </w:p>
    <w:p>
      <w:r>
        <w:rPr>
          <w:b/>
        </w:rPr>
        <w:t xml:space="preserve">[25:48] </w:t>
      </w:r>
      <w:r>
        <w:t>to asli cheez hai hamare amal kyunki amal hi hamein Allah hamare amalon ko dekh dekhega, hamare amal ko dekhega. To hum khudaparast aurat ke amal kar bhi rah nahin kar rahe hain. Iska hamein janchana hai, iska introspection karna hai.</w:t>
      </w:r>
    </w:p>
    <w:p>
      <w:pPr>
        <w:jc w:val="right"/>
      </w:pPr>
      <w:r>
        <w:t>तो असली चीज़ है हमारे अमल क्योंकि अमल ही हमें अल्लाह हमारे अमलों को देख देखेगा, हमारे अमल को देखेगा. तो हम खुदापरस औरत के अमल कर भी रह नहीं कर रहे हैं. इसका हमें जांचना है, इसका introspection करना है.</w:t>
      </w:r>
    </w:p>
    <w:p>
      <w:r>
        <w:rPr>
          <w:b/>
        </w:rPr>
        <w:t xml:space="preserve">[26:03] </w:t>
      </w:r>
      <w:r>
        <w:t>jiska criteria Quran ne hamein Allah matlab Quran ne hamein Allah ne de diya hai aur phir ek baat aur jo abhi aur logon ne bhi vah kari ki agar khuda parast aurat hai to uska ghar ka atmosphere bahut different hoga. Uske bachchon par uska asar padega.</w:t>
      </w:r>
    </w:p>
    <w:p>
      <w:pPr>
        <w:jc w:val="right"/>
      </w:pPr>
      <w:r>
        <w:t>जिसका criteria कुरान ने हमें अल्लाह मतलब कुरान ने हमें अल्लाह ने दे दिया है और फिर एक बात और जो अभी और लोगों ने भी वह करी कि अगर खुदा परस्त औरत है तो उसका घर का atmosphere बहुत different होगा. उसके बच्चों पर उसका असर पड़ेगा.</w:t>
      </w:r>
    </w:p>
    <w:p>
      <w:r>
        <w:rPr>
          <w:b/>
        </w:rPr>
        <w:t xml:space="preserve">[26:22] </w:t>
      </w:r>
      <w:r>
        <w:t>ghar ka mahaul bachchon par bahut asar dalta hai aur hum log jo hain CPS wali ladies vah kitne din se yah sab kuch soch rahi hain aur kitne log uske upar point of reference karke apni examples dete hain, usse hum learn kar rahe hain. To mera khyal hai CPS ki ladies jo hain, unmein yah character develop ho raha hai aur unko aur seriously usko develop karna chahiye aur yah to virtues hain.</w:t>
      </w:r>
    </w:p>
    <w:p>
      <w:pPr>
        <w:jc w:val="right"/>
      </w:pPr>
      <w:r>
        <w:t>घर का माहौल बच्चों पर बहुत असर डालता है और हम लोग जो हैं CPS वाली ladies वह कितने दिन से यह सब कुछ सोच रही हैं और कितने लोग उसके ऊपर point of reference कर करके अपनी examples देते हैं, उससे हम learn कर रहे हैं. तो मेरा ख्याल है CPS की ladies जो हैं, उनमें यह character develop हो रहा है और उनको और seriously उसको develop करना चाहिए और यह तो virtues हैं.</w:t>
      </w:r>
    </w:p>
    <w:p>
      <w:r>
        <w:rPr>
          <w:b/>
        </w:rPr>
        <w:t xml:space="preserve">[26:52] </w:t>
      </w:r>
      <w:r>
        <w:t>iski yah agar hum karte hain to hamein positivity hamein aayegi. Hamara intellectual intellectually hum develop honge. Creation plan ko hum samjhenge. Yah cheezen karke hamein yah jo aur sari positive aspects hain vah bhi hum kar payenge.</w:t>
      </w:r>
    </w:p>
    <w:p>
      <w:pPr>
        <w:jc w:val="right"/>
      </w:pPr>
      <w:r>
        <w:t>इसकी यह अगर हम करते हैं तो हमें positivity हमें आएगी. हमारा intellectual intellectually हम develop होंगे. Creation plan को हम समझेंगे. यह चीज़ें करके हमें यह जो और सारी positive aspects हैं वह भी हम कर पाएंगे.</w:t>
      </w:r>
    </w:p>
    <w:p>
      <w:r>
        <w:rPr>
          <w:b/>
        </w:rPr>
        <w:t xml:space="preserve">[27:10] </w:t>
      </w:r>
      <w:r>
        <w:t>to meri dua hai ki Allah hamein is kabil banaye ki hum tere khud tujhse daren aur god sharing banen aur khuda parast banen jaisa kar da. Yahi meri learning hai. Thank you akpa. Thank you Najma apa for sharing your learning. I would like to sum up what Najma appa was saying according to the surah al ehzab.</w:t>
      </w:r>
    </w:p>
    <w:p>
      <w:pPr>
        <w:jc w:val="right"/>
      </w:pPr>
      <w:r>
        <w:t>तो मेरी दुआ है कि अल्लाह हमें इस काबिल बनाएं कि हम तेरे खुद तुझसे डरें और god sharing बनें और खुदा परस बनें जैसा कर दा. यही मेरी learning है. Thank you अक्पा. Thank you नजमा अपा for sharing your learning. I would like to sum up what नजमा अप्पा was saying according to the सूर्ह अल एहज़ाब.</w:t>
      </w:r>
    </w:p>
    <w:p>
      <w:r>
        <w:rPr>
          <w:b/>
        </w:rPr>
        <w:t xml:space="preserve">[27:37] </w:t>
      </w:r>
      <w:r>
        <w:t>verse number 35, what are the qualities of a virtuous woman in Islam? Women are able to achieve to best degree of sincerity, faith, and piety. The same as men.</w:t>
      </w:r>
    </w:p>
    <w:p>
      <w:pPr>
        <w:jc w:val="right"/>
      </w:pPr>
      <w:r>
        <w:t>Verse number 35, what are the qualities of a virtuous woman in Islam? Women are able to achieve to best degree of sincerity, faith, and piety. The same as men.</w:t>
      </w:r>
    </w:p>
    <w:p>
      <w:r>
        <w:rPr>
          <w:b/>
        </w:rPr>
        <w:t xml:space="preserve">[27:52] </w:t>
      </w:r>
      <w:r>
        <w:t>they are equal in being Muslim, faithful, obedience, ability, truthfulness, tolerance, fear of God and give alms, fasting, self preservation, remembering God and finally finally in extract of all virtues which is fighting. This is a summary. And papa would you like to say something? Paimita papa.</w:t>
      </w:r>
    </w:p>
    <w:p>
      <w:pPr>
        <w:jc w:val="right"/>
      </w:pPr>
      <w:r>
        <w:t>They are equal in being Muslim, faithful, obedience, ability, truthfulness, tolerance, fear of God and give alms, fasting, self preservation, remembering God and finally finally in extract of all virtues which is fighting. This is a summary. And papa would you like to say something? पैमिता papa.</w:t>
      </w:r>
    </w:p>
    <w:p>
      <w:r>
        <w:rPr>
          <w:b/>
        </w:rPr>
        <w:t xml:space="preserve">[28:20] </w:t>
      </w:r>
      <w:r>
        <w:t>haan shavina.</w:t>
      </w:r>
    </w:p>
    <w:p>
      <w:pPr>
        <w:jc w:val="right"/>
      </w:pPr>
      <w:r>
        <w:t>हां शविना.</w:t>
      </w:r>
    </w:p>
    <w:p>
      <w:r>
        <w:rPr>
          <w:b/>
        </w:rPr>
        <w:t xml:space="preserve">[28:25] </w:t>
      </w:r>
      <w:r>
        <w:t>jaise tumne abhi bataya tha ki poster dala aur phir tumko itna achha laga sukoon mila.</w:t>
      </w:r>
    </w:p>
    <w:p>
      <w:pPr>
        <w:jc w:val="right"/>
      </w:pPr>
      <w:r>
        <w:t>जैसे तुमने अभी बताया था कि poster डाला और फिर तुमको इतना अच्छा लगा सुकून मिला.</w:t>
      </w:r>
    </w:p>
    <w:p>
      <w:r>
        <w:rPr>
          <w:b/>
        </w:rPr>
        <w:t xml:space="preserve">[28:30] </w:t>
      </w:r>
      <w:r>
        <w:t>toh usi par mujhe kuch kehna tha ki ek aurat ki zimmedari hoti hai.</w:t>
      </w:r>
    </w:p>
    <w:p>
      <w:pPr>
        <w:jc w:val="right"/>
      </w:pPr>
      <w:r>
        <w:t>तो उसी पर मुझे कुछ कहना था कि एक औरत की ज़िम्मेदारी होती है.</w:t>
      </w:r>
    </w:p>
    <w:p>
      <w:r>
        <w:rPr>
          <w:b/>
        </w:rPr>
        <w:t xml:space="preserve">[28:36] </w:t>
      </w:r>
      <w:r>
        <w:t>islam mein aurat ke andar ek aafaqi zehan hona chahiye jo sabke liye sochta hai.</w:t>
      </w:r>
    </w:p>
    <w:p>
      <w:pPr>
        <w:jc w:val="right"/>
      </w:pPr>
      <w:r>
        <w:t>इस्लाम में औरत के अंदर एक आफ़ाक़ी जैन होना चाहिए जो सबके लिए सोचता है.</w:t>
      </w:r>
    </w:p>
    <w:p>
      <w:r>
        <w:rPr>
          <w:b/>
        </w:rPr>
        <w:t xml:space="preserve">[28:41] </w:t>
      </w:r>
      <w:r>
        <w:t>vaise hamare jo history mein jitni bhi auratein aayi hain, jitni bhi sari badi badi woh memari insaniyat</w:t>
      </w:r>
    </w:p>
    <w:p>
      <w:pPr>
        <w:jc w:val="right"/>
      </w:pPr>
      <w:r>
        <w:t>वैसे हमारे जो history में जितनी भी औरतें आई हैं, जितनी भी सारी बड़ी बड़ी वह मेमारी इंसानियत</w:t>
      </w:r>
    </w:p>
    <w:p>
      <w:r>
        <w:rPr>
          <w:b/>
        </w:rPr>
        <w:t xml:space="preserve">[28:46] </w:t>
      </w:r>
      <w:r>
        <w:t>jinko kaha jayega.</w:t>
      </w:r>
    </w:p>
    <w:p>
      <w:pPr>
        <w:jc w:val="right"/>
      </w:pPr>
      <w:r>
        <w:t>जिनको कहा जाएगा.</w:t>
      </w:r>
    </w:p>
    <w:p>
      <w:r>
        <w:rPr>
          <w:b/>
        </w:rPr>
        <w:t xml:space="preserve">[28:52] </w:t>
      </w:r>
      <w:r>
        <w:t>to Islam ka yah matlab tha ki aurat sirf apne ghar memare farzeen jahan se Maulana sahib kahte hain har aadmi har aurat sirf apne bachchon ke liye jeeti hai. To memare farzeen na hai balki vah memare insaniyat van jayen. Jaise tatari zamane ki auraten thin. Islam ki tablik ke zariya bani rahi. Unki vajah se har ghar mein Islam ka pura man charcha bana raha. To yahi auraten jo insaniyat ke liye faqi zehan wali auraten jo insaniyat ke liye rehmat van jayen.</w:t>
      </w:r>
    </w:p>
    <w:p>
      <w:pPr>
        <w:jc w:val="right"/>
      </w:pPr>
      <w:r>
        <w:t>तो इस्लाम का यह मतलब था कि औरत सिर्फ अपने घर मेमारे फरज़ीन जहां से मोलाना साहब कहते हैं हर आदमी हर औरत सिर्फ अपने बच्चों के लिए जीती है. तो मेमारे फरज़ीन ना है बल्कि वह मेमारे इंसानियत वन जाएं. जैसे तातारी जमाने की औरतें थीं. इस्लाम की तबलीक के जरिया बनी रही. उनकी वजह से हर घर में इस्लाम का पूरा मन चर्चा बना रहा. तो यही औरतें जो इंसानियत के लिए फाकी ज़ेहन वाली औरतें जो इंसानियत के लिए रहमत वन जाएं.</w:t>
      </w:r>
    </w:p>
    <w:p>
      <w:r>
        <w:rPr>
          <w:b/>
        </w:rPr>
        <w:t xml:space="preserve">[29:22] </w:t>
      </w:r>
      <w:r>
        <w:t>yahi auraten hain jo ki matlab isi mein sukoon milta hai na jaise tumne poster dala to tumko sukoon mila hai kitni door tak tumne ek achhi cheez failaya.</w:t>
      </w:r>
    </w:p>
    <w:p>
      <w:pPr>
        <w:jc w:val="right"/>
      </w:pPr>
      <w:r>
        <w:t>यही औरतें हैं जो कि मतलब इसी में सुकून मिलता है ना जैसे तुमने poster डाला तो तुमको सुकून मिला है कितनी दूर तक तुमने एक अच्छी चीज़ फैलाया.</w:t>
      </w:r>
    </w:p>
    <w:p>
      <w:r>
        <w:rPr>
          <w:b/>
        </w:rPr>
        <w:t xml:space="preserve">[29:30] </w:t>
      </w:r>
      <w:r>
        <w:t>to agar aajkal kya hota hai ki auratein sirf Maulana sahib hamesha right thinking ke bare mein zor</w:t>
      </w:r>
    </w:p>
    <w:p>
      <w:pPr>
        <w:jc w:val="right"/>
      </w:pPr>
      <w:r>
        <w:t>तो अगर आजकल क्या होता है कि औरतें सिर्फ मालाना साहब हमेशा right thinking के बारे में ज़ोर</w:t>
      </w:r>
    </w:p>
    <w:p>
      <w:r>
        <w:rPr>
          <w:b/>
        </w:rPr>
        <w:t xml:space="preserve">[29:57] </w:t>
      </w:r>
      <w:r>
        <w:t>dete the ki insaan ki soch sahi hoti hai to uski zindagi badal jati hai.</w:t>
      </w:r>
    </w:p>
    <w:p>
      <w:pPr>
        <w:jc w:val="right"/>
      </w:pPr>
      <w:r>
        <w:t>देते थे कि इंसान की सोच सही होती है तो उसकी ज़िंदगी बदल जाती है.</w:t>
      </w:r>
    </w:p>
    <w:p>
      <w:r>
        <w:rPr>
          <w:b/>
        </w:rPr>
        <w:t xml:space="preserve">[30:25] </w:t>
      </w:r>
      <w:r>
        <w:t>tammam logon ke liye rehmat van jati hai. Sahi soche vah sahi unse hi aata hai. Abhi mere paas ek physiotherapist aata tha to bahut jo hai late rehta tha vah hamesha time se nahin aata tha. To ek din maine mera to har cheez time se hota hai to mujhe mera time disturb ho jata tha. Teen char din ho gaya to ek din maine jo hai usse bas itna kaha ki aap apna time mein aapka profession aisa hai aap time ko manage kariye.</w:t>
      </w:r>
    </w:p>
    <w:p>
      <w:pPr>
        <w:jc w:val="right"/>
      </w:pPr>
      <w:r>
        <w:t>तमाम लोगों के लिए रहमत वन जाती है. सही सोचे वह सही उनसे ही आता है. अभी मेरे पास एक physiotherapist आता था तो बहुत जो है late रहता था वह हमेशा time से नहीं आता था. तो एक दिन मैंने मेरा तो हर चीज़ time से होता है तो मुझे मेरा time disturb हो जाता था. तीन चार दिन हो गया तो एक दिन मैंने जो है उससे बस इतना कहा कि आप अपना time में आपका profession ऐसा है आप time को manage करिए.</w:t>
      </w:r>
    </w:p>
    <w:p>
      <w:r>
        <w:rPr>
          <w:b/>
        </w:rPr>
        <w:t xml:space="preserve">[30:52] </w:t>
      </w:r>
      <w:r>
        <w:t>اگر آپ time سے کسی customer کے پاس نہیں جائیں گے تو مطلب آپ اپنے لیے करिए.</w:t>
      </w:r>
    </w:p>
    <w:p>
      <w:pPr>
        <w:jc w:val="right"/>
      </w:pPr>
      <w:r>
        <w:t>अगर आप time से किसी customer के पास नहीं जाएंगे तो मतलब आप अपने लिए करिए.</w:t>
      </w:r>
    </w:p>
    <w:p>
      <w:r>
        <w:rPr>
          <w:b/>
        </w:rPr>
        <w:t xml:space="preserve">[31:11] </w:t>
      </w:r>
      <w:r>
        <w:t>mere liye na karien lekin aapko time ki pabandi karna hoga.</w:t>
      </w:r>
    </w:p>
    <w:p>
      <w:pPr>
        <w:jc w:val="right"/>
      </w:pPr>
      <w:r>
        <w:t>मेरे लिए ना करिए लेकिन आपको time की पाबंदिक करना होगा.</w:t>
      </w:r>
    </w:p>
    <w:p>
      <w:r>
        <w:rPr>
          <w:b/>
        </w:rPr>
        <w:t xml:space="preserve">[31:31] </w:t>
      </w:r>
      <w:r>
        <w:t>failane ki. To is tarah se phir usko maine bahut sari kitaben diya aur sara usko bataya hota hai. To yahi ek cheez jo usko mili to ek matlab ek ek kaam karne aata tha phir usko ek cheez mili. Vah aage badha hum khali apne bahut sare log hamare sath connect rehte hain.</w:t>
      </w:r>
    </w:p>
    <w:p>
      <w:pPr>
        <w:jc w:val="right"/>
      </w:pPr>
      <w:r>
        <w:t>फैलाने की. तो इस तरह से फिर उसको मैंने बहुत सारी किताबें दिया और सारा उसको बताया होता है. तो यही एक चीज़ जो उसको मिली तो एक मतलब एक एक काम करने आता था फिर उसको एक चीज़ मिली. वह आगे बढ़ा हम खाली अपने बहुत सारे लोग हमारे साथ connect रहते हैं.</w:t>
      </w:r>
    </w:p>
    <w:p>
      <w:r>
        <w:rPr>
          <w:b/>
        </w:rPr>
        <w:t xml:space="preserve">[31:49] </w:t>
      </w:r>
      <w:r>
        <w:t>jaise main aksar dekhti hoon ki auraten jati hain kisi ke ghar bhi jab jayengi to sirf apne ghar ki panchayat lekar jisko kahte hain na lekar baith jati hain. Yah aisa vaisa ya to phir kapda, khana, fashion yah is tarah ki baat. Koi bhi aisi baat nahin jo ki isse kisi ko kuch mile aur agar hum main to aise main phir mein Allah ka shukr hai baithne hi pasand hi karti nahin jati hoon.</w:t>
      </w:r>
    </w:p>
    <w:p>
      <w:pPr>
        <w:jc w:val="right"/>
      </w:pPr>
      <w:r>
        <w:t>जैसे मैं अक्सर देखती हूं कि औरतें जाती हैं किसी के घर भी जब जाएंगी तो सिर्फ अपने घर की पंचायत लेकर जिसको कहते हैं ना लेकर बैठ जाती हैं. यह ऐसा वैसा या तो फिर कपड़ा, खाना, fashion यह इस तरह की बात. कोई भी ऐसी बात नहीं जो कि इससे किसी को कुछ मिले और अगर हम मैं तो ऐसे मैं फिर में अल्लाह का शुक्र है बैठने ही पसंद ही करती नहीं जाती हूं.</w:t>
      </w:r>
    </w:p>
    <w:p>
      <w:r>
        <w:rPr>
          <w:b/>
        </w:rPr>
        <w:t xml:space="preserve">[32:15] </w:t>
      </w:r>
      <w:r>
        <w:t>agar kabhi koi mere ghar mein aa gaya aur kabhi maine usko turn kiya ki main is se yahan</w:t>
      </w:r>
    </w:p>
    <w:p>
      <w:pPr>
        <w:jc w:val="right"/>
      </w:pPr>
      <w:r>
        <w:t>अगर कभी कोई मेरे घर में आ गया और कभी मैंने उसको turn किया कि मैं इससे यहां</w:t>
      </w:r>
    </w:p>
    <w:p>
      <w:r>
        <w:rPr>
          <w:b/>
        </w:rPr>
        <w:t xml:space="preserve">[32:21] </w:t>
      </w:r>
      <w:r>
        <w:t>idhar se main idhar ghumaun to woh baat kaat kar doosri baat karne lagti hai.</w:t>
      </w:r>
    </w:p>
    <w:p>
      <w:pPr>
        <w:jc w:val="right"/>
      </w:pPr>
      <w:r>
        <w:t>इधर से मैं इधर घुमाऊं तो वह बात काटकर दूसरी बात करने लगती है.</w:t>
      </w:r>
    </w:p>
    <w:p>
      <w:r>
        <w:rPr>
          <w:b/>
        </w:rPr>
        <w:t xml:space="preserve">[32:27] </w:t>
      </w:r>
      <w:r>
        <w:t>matlab woh sunna hi nahi chahti hain to pasand kyun karengi?</w:t>
      </w:r>
    </w:p>
    <w:p>
      <w:pPr>
        <w:jc w:val="right"/>
      </w:pPr>
      <w:r>
        <w:t>मतलब वह सुनना ही नहीं चाहती हैं तो पसंद क्यों करेंगी?</w:t>
      </w:r>
    </w:p>
    <w:p>
      <w:r>
        <w:rPr>
          <w:b/>
        </w:rPr>
        <w:t xml:space="preserve">[32:33] </w:t>
      </w:r>
      <w:r>
        <w:t>to woh baat kaat kar doosri baat karne lagti hai.</w:t>
      </w:r>
    </w:p>
    <w:p>
      <w:pPr>
        <w:jc w:val="right"/>
      </w:pPr>
      <w:r>
        <w:t>तो वह बात काटकर दूसरी बात करने लगती है.</w:t>
      </w:r>
    </w:p>
    <w:p>
      <w:r>
        <w:rPr>
          <w:b/>
        </w:rPr>
        <w:t xml:space="preserve">[32:39] </w:t>
      </w:r>
      <w:r>
        <w:t>to jo batane wala hai woh chup ho jata hai lekin woh ek non Muslim tha usne is</w:t>
      </w:r>
    </w:p>
    <w:p>
      <w:pPr>
        <w:jc w:val="right"/>
      </w:pPr>
      <w:r>
        <w:t>तो जो बताने वाला है वह चुप हो जाता है लेकिन वह एक non Muslim था उसने इस</w:t>
      </w:r>
    </w:p>
    <w:p>
      <w:r>
        <w:rPr>
          <w:b/>
        </w:rPr>
        <w:t xml:space="preserve">[32:45] </w:t>
      </w:r>
      <w:r>
        <w:t>tarah se usko liya.</w:t>
      </w:r>
    </w:p>
    <w:p>
      <w:pPr>
        <w:jc w:val="right"/>
      </w:pPr>
      <w:r>
        <w:t>तरह से उसको लिया.</w:t>
      </w:r>
    </w:p>
    <w:p>
      <w:r>
        <w:rPr>
          <w:b/>
        </w:rPr>
        <w:t xml:space="preserve">[32:51] </w:t>
      </w:r>
      <w:r>
        <w:t>ji doctor safeena please share your. main main fahmid aapse yeh poochna cha rahi hoon apa ke jis tarah se itne behtareen examples hain islam mein aurat ke bare mein aur hum logon ne surah zzaab ki ayat suni aur surah nisa ki ayat suni. to allah taala ne bhi hamesha se aurat ko chaha ke woh virtuous bane, god fearing bane.</w:t>
      </w:r>
    </w:p>
    <w:p>
      <w:pPr>
        <w:jc w:val="right"/>
      </w:pPr>
      <w:r>
        <w:t>जी doctor सफ़ीना please share your. मैं मैं फहमिद आपसे यह पूछना चाह रही हूं आपा कि जिस तरह से इतने बेहतरीन examples हैं इस्लाम में औरत के बारे में और हम लोगों ने सूरज़ज़ाब की आयत सुनी और सूरज़ निसा की आयत सुनी. तो अल्लाह ताला ने भी हमेशा से औरत को चाहा कि वह virtuous बने, god fearing बने.</w:t>
      </w:r>
    </w:p>
    <w:p>
      <w:r>
        <w:rPr>
          <w:b/>
        </w:rPr>
        <w:t xml:space="preserve">[33:16] </w:t>
      </w:r>
      <w:r>
        <w:t>to kya wajah ho sakti hai ke kyun nahi samajh mein aata aur kyun aurtein aaj is tarah se materialistic life jee rahi hain, bachchon ke liye jee rahi hain? iska koi wajah ho aap bata sakti hoon? ji doctor sfeena hum logon ko yahi pata hai ke ilm nahi mila.</w:t>
      </w:r>
    </w:p>
    <w:p>
      <w:pPr>
        <w:jc w:val="right"/>
      </w:pPr>
      <w:r>
        <w:t>तो क्या वजह हो सकती है कि क्यों नहीं समझ में आता और क्यों औरतें आज इस तरह से materialistic life जी रही हैं, बच्चों के लिए जी रही हैं? इसका कोई वजह हो आप बता सकती हूं? जी Doctor सफीना हम लोगों को यही पता है कि इल्म नहीं मिला.</w:t>
      </w:r>
    </w:p>
    <w:p>
      <w:r>
        <w:rPr>
          <w:b/>
        </w:rPr>
        <w:t xml:space="preserve">[33:35] </w:t>
      </w:r>
      <w:r>
        <w:t>jaise ke molana sahab ne kaha ke mardon ne auraton ke zehan mein jo hai yeh jo ek zehan bana diya unko tafree ki taraf le gaye. unhon ne apne liye usko tafree ka zariya samajh liya. yahin se shuruaat hi mere khayal hui hogi jab mardon ne hi nahi apni ilm ilm ko samjha to unhon ne kya diya?</w:t>
      </w:r>
    </w:p>
    <w:p>
      <w:pPr>
        <w:jc w:val="right"/>
      </w:pPr>
      <w:r>
        <w:t>जैसे कि मोलाना साहब ने कहा कि मर्दों ने औरतों के जेहन में जो है यह जो एक ज़ेहन बना दिया उनको तफरी की तरफ ले गए. उन्होंने अपने लिए उसको तफरी का ज़रिया समझ लिया. यहीं से शुरुआत ही मेरे ख्याल हुई होगी जब मर्दों ने ही नहीं अपनी इल्म इल्म को समझा तो उन्होंने क्या दिया?</w:t>
      </w:r>
    </w:p>
    <w:p>
      <w:r>
        <w:rPr>
          <w:b/>
        </w:rPr>
        <w:t xml:space="preserve">[33:57] </w:t>
      </w:r>
      <w:r>
        <w:t>mardon ki bohat bari zimmedari thi ke woh ilm seekhte aur ab jaise ke manana sahab ne apni kitabon mein sab bataya ke mard ko intellectual partner kya hota hai? to agar dono mein se ek bhi sahi hota to dono ek doosre ko sahi kar kar sakte the. lekin aaj dono ekdam gadbad hai na. to ilm hi nahi hai. sari baat yahi hai. humein ilm bohat zyada seekhna hai aur doosron ko batana hai.</w:t>
      </w:r>
    </w:p>
    <w:p>
      <w:pPr>
        <w:jc w:val="right"/>
      </w:pPr>
      <w:r>
        <w:t>मर्दों की बहुत बड़ी ज़िम्मेदारी थी कि वह इल्म सीखते और अब जैसे कि मनाना साहब ने अपनी किताबों में सब बताया कि मर्द को intellectual partner क्या होता है? तो अगर दोनों में से एक भी सही होता तो दोनों एक दूसरे को सही कर कर सकते थे. लेकिन आज दोनों एकदम गड़बड़ है ना. तो इल्म ही नहीं है. सारी बात यही है. हमें इल्म बहुत ज़्यादा सीखना है और दूसरों को बताना है.</w:t>
      </w:r>
    </w:p>
    <w:p>
      <w:r>
        <w:rPr>
          <w:b/>
        </w:rPr>
        <w:t xml:space="preserve">[34:22] </w:t>
      </w:r>
      <w:r>
        <w:t>mujhe yahi samajh mein aata hai ki jab aadmi Khuda ka darr jab hi hota hai jab ilm seekhta hai.</w:t>
      </w:r>
    </w:p>
    <w:p>
      <w:pPr>
        <w:jc w:val="right"/>
      </w:pPr>
      <w:r>
        <w:t>मुझे यही समझ में आता है कि जब आदमी खुदा कर डर जब ही होता है जब इल्म सीखता है.</w:t>
      </w:r>
    </w:p>
    <w:p>
      <w:r>
        <w:rPr>
          <w:b/>
        </w:rPr>
        <w:t xml:space="preserve">[34:34] </w:t>
      </w:r>
      <w:r>
        <w:t>itna hi hota hai is se aage kuch nahi hota hai.</w:t>
      </w:r>
    </w:p>
    <w:p>
      <w:pPr>
        <w:jc w:val="right"/>
      </w:pPr>
      <w:r>
        <w:t>इतना ही होता है इससे आगे कुछ नहीं होता है.</w:t>
      </w:r>
    </w:p>
    <w:p>
      <w:r>
        <w:rPr>
          <w:b/>
        </w:rPr>
        <w:t xml:space="preserve">[34:46] </w:t>
      </w:r>
      <w:r>
        <w:t>ek word jaise Maulana sahib keh rahe the ki agar uski ek verse bhi agar ek insaan ke</w:t>
      </w:r>
    </w:p>
    <w:p>
      <w:pPr>
        <w:jc w:val="right"/>
      </w:pPr>
      <w:r>
        <w:t>एक word जैसे मोलाना साहब कह रहे थे कि अगर उसकी एक वर्ष भी अगर एक इंसान के</w:t>
      </w:r>
    </w:p>
    <w:p>
      <w:r>
        <w:rPr>
          <w:b/>
        </w:rPr>
        <w:t xml:space="preserve">[34:58] </w:t>
      </w:r>
      <w:r>
        <w:t>andar chali jaye, waqai uski khurak ban jaye to insaan ki zindagi badal jayegi.</w:t>
      </w:r>
    </w:p>
    <w:p>
      <w:pPr>
        <w:jc w:val="right"/>
      </w:pPr>
      <w:r>
        <w:t>अंदर चली जाए, वाकई उसकी खुराक वन जाए तो इंसान की ज़िंदगी बदल जाएगी.</w:t>
      </w:r>
    </w:p>
    <w:p>
      <w:r>
        <w:rPr>
          <w:b/>
        </w:rPr>
        <w:t xml:space="preserve">[35:10] </w:t>
      </w:r>
      <w:r>
        <w:t>bas yahi meri samajh mein aata hai aap aur behtar se bata sakti hain.</w:t>
      </w:r>
    </w:p>
    <w:p>
      <w:pPr>
        <w:jc w:val="right"/>
      </w:pPr>
      <w:r>
        <w:t>बस यही मेरी समझ में आता है आप और बेहतर से बता सकती हैं.</w:t>
      </w:r>
    </w:p>
    <w:p>
      <w:r>
        <w:rPr>
          <w:b/>
        </w:rPr>
        <w:t xml:space="preserve">[35:22] </w:t>
      </w:r>
      <w:r>
        <w:t>isme mujhe sirf aap bataati kuch kehna chah rahi hoon.</w:t>
      </w:r>
    </w:p>
    <w:p>
      <w:pPr>
        <w:jc w:val="right"/>
      </w:pPr>
      <w:r>
        <w:t>इसमें मुझे सिर्फ आप बताती कुछ कहना चाह रही हूं.</w:t>
      </w:r>
    </w:p>
    <w:p>
      <w:r>
        <w:rPr>
          <w:b/>
        </w:rPr>
        <w:t xml:space="preserve">[35:34] </w:t>
      </w:r>
      <w:r>
        <w:t>haan, main yeh kehna cha rahi thi ke zyada tar log puran kaafi sirf padhte hain puran ko arabi mein. to jab woh samajhte hi nahi hain ek waqt aisa tha ke hum bhi jab college wagera mein the to hum ne agar namaz li, duaen padh li to hum sochte the ab hum ne apna yeh kaam to kar liya ab chalo kaam.</w:t>
      </w:r>
    </w:p>
    <w:p>
      <w:pPr>
        <w:jc w:val="right"/>
      </w:pPr>
      <w:r>
        <w:t>हां, मैं यह कहना चाह रही थी कि ज़्यादातर लोग पुरान काफी सिर्फ पढ़ते हैं पुरान को अरबी में. तो जब वह समझते ही नहीं हैं एक वक्त ऐसा था कि हम भी जब college वगैरह में थे तो हमने अगर नमाज़ ली, दुआएं पढ़ ली तो हम सोचते थे अब हमने अपना यह काम तो कर लिया अब चलो काम.</w:t>
      </w:r>
    </w:p>
    <w:p>
      <w:r>
        <w:rPr>
          <w:b/>
        </w:rPr>
        <w:t xml:space="preserve">[35:55] </w:t>
      </w:r>
      <w:r>
        <w:t>mohalana ne aakar yeh bataya ke religion jo matlab quran ko samajhkar understand karke humein har cheez mein woh karna hai. to zyada tar logon ko uske matlab hi nahi pata hai, samajh hi nahi bani hui hai to phir woh kya karenge?</w:t>
      </w:r>
    </w:p>
    <w:p>
      <w:pPr>
        <w:jc w:val="right"/>
      </w:pPr>
      <w:r>
        <w:t>मोहलाना ने आकर यह बताया कि religion जो मतलब कुरान को समझकर understand करके हमें हर चीज़ में वह करना है. तो ज़्यादातर लोगों को उसके मतलब ही नहीं पता है, समझ ही नहीं बनी हुई है तो फिर वह क्या करेंगे?</w:t>
      </w:r>
    </w:p>
    <w:p>
      <w:r>
        <w:rPr>
          <w:b/>
        </w:rPr>
        <w:t xml:space="preserve">[36:13] </w:t>
      </w:r>
      <w:r>
        <w:t>to phir woh jab sunna sunane sun kar jo religion karte hain Islam bas samjha jo hamein maa baap</w:t>
      </w:r>
    </w:p>
    <w:p>
      <w:pPr>
        <w:jc w:val="right"/>
      </w:pPr>
      <w:r>
        <w:t>तो फिर वह जब सुनना सुनाने सुनकर जो religion करते हैं इस्लाम बस समाधा जो हमें मां बाप</w:t>
      </w:r>
    </w:p>
    <w:p>
      <w:r>
        <w:rPr>
          <w:b/>
        </w:rPr>
        <w:t xml:space="preserve">[36:18] </w:t>
      </w:r>
      <w:r>
        <w:t>ne bata diya jo jisne bata diya to woh cheezein hain wid'atein kitni popular hain, kitni zyada hain.</w:t>
      </w:r>
    </w:p>
    <w:p>
      <w:pPr>
        <w:jc w:val="right"/>
      </w:pPr>
      <w:r>
        <w:t>ने बता दिया जो जिसने बता दिया तो वह चीज़ें हैं विदतें कितनी popular हैं, कितनी ज़्यादा हैं.</w:t>
      </w:r>
    </w:p>
    <w:p>
      <w:r>
        <w:rPr>
          <w:b/>
        </w:rPr>
        <w:t xml:space="preserve">[36:23] </w:t>
      </w:r>
      <w:r>
        <w:t>to woh wid'atein dekh dekh kar samajhte hain ki hum Islamic kaam kar rahe hain.</w:t>
      </w:r>
    </w:p>
    <w:p>
      <w:pPr>
        <w:jc w:val="right"/>
      </w:pPr>
      <w:r>
        <w:t>तो वह विदतें देख देखकर समझते हैं कि हम इस्लामic काम कर रहे हैं.</w:t>
      </w:r>
    </w:p>
    <w:p>
      <w:r>
        <w:rPr>
          <w:b/>
        </w:rPr>
        <w:t xml:space="preserve">[36:28] </w:t>
      </w:r>
      <w:r>
        <w:t>to logon ko pata nahi hai.</w:t>
      </w:r>
    </w:p>
    <w:p>
      <w:pPr>
        <w:jc w:val="right"/>
      </w:pPr>
      <w:r>
        <w:t>तो लोगों को पता नहीं है.</w:t>
      </w:r>
    </w:p>
    <w:p>
      <w:r>
        <w:rPr>
          <w:b/>
        </w:rPr>
        <w:t xml:space="preserve">[36:33] </w:t>
      </w:r>
      <w:r>
        <w:t>isiliye bahut important hai ki samajh ke padhein koi Ram.</w:t>
      </w:r>
    </w:p>
    <w:p>
      <w:pPr>
        <w:jc w:val="right"/>
      </w:pPr>
      <w:r>
        <w:t>इसीलिए बहुत important है कि समझ के पढ़ें कोई राम.</w:t>
      </w:r>
    </w:p>
    <w:p>
      <w:r>
        <w:rPr>
          <w:b/>
        </w:rPr>
        <w:t xml:space="preserve">[36:38] </w:t>
      </w:r>
      <w:r>
        <w:t>yeh main mera sochta hai jo Doctor Safi Na ko sunkar diye hain uske liye.</w:t>
      </w:r>
    </w:p>
    <w:p>
      <w:pPr>
        <w:jc w:val="right"/>
      </w:pPr>
      <w:r>
        <w:t>यह मैं मेरा सोचता है जो Doctor सफी ना को सुनकर दिए हैं उसके लिए.</w:t>
      </w:r>
    </w:p>
    <w:p>
      <w:r>
        <w:rPr>
          <w:b/>
        </w:rPr>
        <w:t xml:space="preserve">[36:44] </w:t>
      </w:r>
      <w:r>
        <w:t>ji ab sahi samajh mein aaya ke unawareness, aim ki kami yeh sabse bada reason hai auraton ko derail karne ke liye. auraton kya jaise aap ne kaha mardon ka bhi haal hai. sabka lekin hum kyunke auraton se mutalik baat kar rahe hain to auraton ke liye puch rahi thi main. aap ek aur cheez main poochna cha rahi hoon.</w:t>
      </w:r>
    </w:p>
    <w:p>
      <w:pPr>
        <w:jc w:val="right"/>
      </w:pPr>
      <w:r>
        <w:t>जी अब सही समझ में आया कि unawareness, aim की कमी यह सबसे बड़ा reason है औरतों को derail करने के लिए. औरतों क्या जैसे आपने कहा मर्दों का भी हाल है. सबका लेकिन हम क्योंकि औरतों से मुतालिक बात कर रहे हैं तो औरतों के लिए पुछ रही थी मैं. आप एक और चीज़ मैं पूछना चाह रही हूं.</w:t>
      </w:r>
    </w:p>
    <w:p>
      <w:r>
        <w:rPr>
          <w:b/>
        </w:rPr>
        <w:t xml:space="preserve">[37:07] </w:t>
      </w:r>
      <w:r>
        <w:t>matlab main cha rahi hoon ke woh discuss hokar thoda sa jo jis tarah se hazrat aisha ka hai role, us tarah ka role intellectual partner ka role woh kaise ek aurat kar sakti hai aur unke matlab main unki thodi si bare mein janna chahti hoon ghazrat aisha ke bare mein agar aap thoda discuss karo.</w:t>
      </w:r>
    </w:p>
    <w:p>
      <w:pPr>
        <w:jc w:val="right"/>
      </w:pPr>
      <w:r>
        <w:t>मतलब मैं चाह रही हूं कि वह discuss होकर थोड़ा सा जो जिस तरह से हज़रत आयशाह का है role, उस तरह का role intellectual partner का role वह कैसे एक औरत कर सकती है और उनके मतलब मैं उनकी थोड़ी सी बारे में जानना चाहती हूं ग़ज़रताइशा के बारे में अगर आप थोड़ा discuss करो.</w:t>
      </w:r>
    </w:p>
    <w:p>
      <w:r>
        <w:rPr>
          <w:b/>
        </w:rPr>
        <w:t xml:space="preserve">[37:36] </w:t>
      </w:r>
      <w:r>
        <w:t>aap aaj jahan tak doctor safeena aapke sawal ka jawab hai, main apni experience se jo meri experience hai usse main apni jawab aapke jawab ko dena chahti hoon ke this society is more or less a very patriarchal society. like for a woman the deciding factor when she is not married is the father and after the marriage it's the husband.</w:t>
      </w:r>
    </w:p>
    <w:p>
      <w:pPr>
        <w:jc w:val="right"/>
      </w:pPr>
      <w:r>
        <w:t>आप आज जहां तक Doctor सफ़ीना आपके सवाल का जवाब है, मैं अपनी experience से जो मेरी experience है उससे मैं अपनी जवाब आपके जवाब को देना चाहती हूं कि this society is more or less a very patriarchal society. Like for a woman the deciding factor when she is not married is the father and after the marriage it's the husband.</w:t>
      </w:r>
    </w:p>
    <w:p>
      <w:r>
        <w:rPr>
          <w:b/>
        </w:rPr>
        <w:t xml:space="preserve">[38:03] </w:t>
      </w:r>
      <w:r>
        <w:t>so more or less unke jo roles hain woh bohat defined hai aur father pehle hi bata dete hain tumhein kya karna hai aur kya nahi karna hai? and when she gets married husband bata dete hain, define kar dete hain ke tumhein kya karna hai, kya nahi karna hai?</w:t>
      </w:r>
    </w:p>
    <w:p>
      <w:pPr>
        <w:jc w:val="right"/>
      </w:pPr>
      <w:r>
        <w:t>So more or less उनके जो roles हैं वह बहुत defined है और father पहले ही बता देते हैं तुम्हें क्या करना है और क्या नहीं करना है? And when she gets married husband बता देते हैं, define कर देते हैं कि तुम्हें क्या करना है, क्या नहीं करना है?</w:t>
      </w:r>
    </w:p>
    <w:p>
      <w:r>
        <w:rPr>
          <w:b/>
        </w:rPr>
        <w:t xml:space="preserve">[38:18] </w:t>
      </w:r>
      <w:r>
        <w:t>to unki potential agar hoti bhi hai though she is educated but still because of the limitations sets by the society woh unki jo salahiyat hai, jo unki potential hai woh ubhar ke nahi aati hai and this could be one of the reason that a woman always knows ke mujhe kya karna hai?</w:t>
      </w:r>
    </w:p>
    <w:p>
      <w:pPr>
        <w:jc w:val="right"/>
      </w:pPr>
      <w:r>
        <w:t>तो उनकी potential अगर होती भी है though she is educated but still because of the limitations sets by the society वह उनकी जो सलाहियत है, जो उनकी potential है वह उभर के नहीं आती है and this could be one of the reason that a woman always knows कि मुझे क्या करना है?</w:t>
      </w:r>
    </w:p>
    <w:p>
      <w:r>
        <w:rPr>
          <w:b/>
        </w:rPr>
        <w:t xml:space="preserve">[38:37] </w:t>
      </w:r>
      <w:r>
        <w:t>woh seekha ho bhi sakti hain lekin chunke jo ek guideline set ki hoti hai unke samaj ki taraf se, apne father ki taraf se aur apne husband ki taraf se na, woh apne aap ko limit kar leti hain. even if she wants because of the limitations of the society, she is not able to fly. basically she is not able to fly. to this could be one of the reasons ke unke woh derailment ho jata hai unke.</w:t>
      </w:r>
    </w:p>
    <w:p>
      <w:pPr>
        <w:jc w:val="right"/>
      </w:pPr>
      <w:r>
        <w:t>वह सीखा हो भी सकती हैं लेकिन चूंकि जो एक guideline set की होती है उनके समाज की तरफ से, अपने father की तरफ से और अपने husband की तरफ से ना, वह अपने आप को limit कर लेती हैं. Even if she wants because of the limitations of the society, she is not able to fly. Basically she is not able to fly. तो this could be one of the reasons कि उनके वह derailment हो जाता है उनके.</w:t>
      </w:r>
    </w:p>
    <w:p>
      <w:r>
        <w:rPr>
          <w:b/>
        </w:rPr>
        <w:t xml:space="preserve">[39:02] </w:t>
      </w:r>
      <w:r>
        <w:t>kyunke woh chahkar bhi bohat kuch nahi kar paati hain to unke jo, jo woh karna chahti hain society ke liye apne samaj ke liye to woh derailment ho jata hai unka. i think this is what i can understand.</w:t>
      </w:r>
    </w:p>
    <w:p>
      <w:pPr>
        <w:jc w:val="right"/>
      </w:pPr>
      <w:r>
        <w:t>क्योंकि वह चाहकर भी बहुत कुछ नहीं कर पाती हैं तो उनके जो, जो वह करना चाहती हैं society के लिए अपने समाज के लिए तो वह derailment हो जाता है उनका. I think this is what I can understand.</w:t>
      </w:r>
    </w:p>
    <w:p>
      <w:r>
        <w:rPr>
          <w:b/>
        </w:rPr>
        <w:t xml:space="preserve">[39:15] </w:t>
      </w:r>
      <w:r>
        <w:t>shabeena, yahan par main ek baat kehna chahti hoon ke jahan tak molana sahab ne humein jo tarved di hai to molana sahab ne hamesha yeh kaha hai ke bakdr istaat jo hamare bus mein hai ya jo hum capable hain karne ki uski puchh hogi aur hamare bus se bahar jo baat hai woh uski to allah talah ki haan hum accountable honge hi nahi.</w:t>
      </w:r>
    </w:p>
    <w:p>
      <w:pPr>
        <w:jc w:val="right"/>
      </w:pPr>
      <w:r>
        <w:t>शबीना, यहां पर मैं एक बात कहना चाहती हूं कि जहां तक मोलाना साहब ने हमें जो तर्वेद दी है तो मोलाना साहब ने हमेशा यह कहा है कि बकद्र इस्तात जो हमारे bus में है या जो हम capable हैं करने के उसकी पुछ होगी और हमारे bus से बाहर जो बात है वह उसकी तो अल्लाह तालाह कि हां हम accountable होंगे ही नहीं.</w:t>
      </w:r>
    </w:p>
    <w:p>
      <w:r>
        <w:rPr>
          <w:b/>
        </w:rPr>
        <w:t xml:space="preserve">[39:42] </w:t>
      </w:r>
      <w:r>
        <w:t>to agar wourat jaisa aap bata rahi hain ke apne apne husband ya apne father se suppressed hai, uske potentials nahi ho pa rahe hain. lekin main sirf itna sochti hoon ke agar usko ilm hoga, woh janegi to jo uski capability hai woh apne aap ko to positive personality bana sakti hai. woh apni zindagi mein to sanjeedgi aur saadgi ko apna sakti hai.</w:t>
      </w:r>
    </w:p>
    <w:p>
      <w:pPr>
        <w:jc w:val="right"/>
      </w:pPr>
      <w:r>
        <w:t>तो अगर वौरत जैसा आप बता रही हैं कि अपने अपने husband या अपने father से suppressed है, उसके potentials नहीं हो पा रहे हैं. लेकिन मैं सिर्फ इतना सोचती हूं कि अगर उसको ilm होगा, वह जानेगी तो जो उसकी capability है वह अपने आप को तो positive personality बना सकती है. वह अपनी ज़िंदगी में तो संजीदगी और सादगी को अपना सकती है.</w:t>
      </w:r>
    </w:p>
    <w:p>
      <w:r>
        <w:rPr>
          <w:b/>
        </w:rPr>
        <w:t xml:space="preserve">[40:09] </w:t>
      </w:r>
      <w:r>
        <w:t>yahan par hum log jo sochte hain hum doosron tak pahunchane ka tabhi soch paate hain jab hum khud apne andar change layein. to woh aurat chahe woh kisi bhi tarah se dabi hui ho, usmein itna to apne individual ko badalne ka to mujhe lagta hai ke har ek ke andar mauka hota hai aur usi ko ala taala dekhna chahta hai. main shayad sahi keh rahi hoon yaar? nahi, bilkul theek keh rahi hoon.</w:t>
      </w:r>
    </w:p>
    <w:p>
      <w:pPr>
        <w:jc w:val="right"/>
      </w:pPr>
      <w:r>
        <w:t>यहां पर हम लोग जो सोचते हैं हम दूसरों तक पहुंचाने का तभी सोच पाते हैं जब हम खुद अपने अंदर change लाएं. तो वह औरत चाहे वह किसी भी तरह से दबी हुई हो, उसमें इतना तो अपने individual को बदलने का तो मुझे लगता है कि हर एक के अंदर मौका होता है और उसी को आला ताला देखना चाहता है. मैं शायद सही कह रही हूं यार? नहीं, बिल्कुल ठीक कह रही हूं.</w:t>
      </w:r>
    </w:p>
    <w:p>
      <w:r>
        <w:rPr>
          <w:b/>
        </w:rPr>
        <w:t xml:space="preserve">[40:39] </w:t>
      </w:r>
      <w:r>
        <w:t>mujhe to theek lag rahi hai.</w:t>
      </w:r>
    </w:p>
    <w:p>
      <w:pPr>
        <w:jc w:val="right"/>
      </w:pPr>
      <w:r>
        <w:t>मुझे तो ठीक लग रही है.</w:t>
      </w:r>
    </w:p>
    <w:p>
      <w:r>
        <w:rPr>
          <w:b/>
        </w:rPr>
        <w:t xml:space="preserve">[40:44] </w:t>
      </w:r>
      <w:r>
        <w:t>aur bhi ladies yahan par judi hui.</w:t>
      </w:r>
    </w:p>
    <w:p>
      <w:pPr>
        <w:jc w:val="right"/>
      </w:pPr>
      <w:r>
        <w:t>और भी ladies यहां पर जुड़ी हुई.</w:t>
      </w:r>
    </w:p>
    <w:p>
      <w:r>
        <w:rPr>
          <w:b/>
        </w:rPr>
        <w:t xml:space="preserve">[40:50] </w:t>
      </w:r>
      <w:r>
        <w:t>aap those who want to share the learning and they want to give their opinion, kindly do so</w:t>
      </w:r>
    </w:p>
    <w:p>
      <w:pPr>
        <w:jc w:val="right"/>
      </w:pPr>
      <w:r>
        <w:t>आप those who want to share the learning and they want to give their opinion, kindly do so</w:t>
      </w:r>
    </w:p>
    <w:p>
      <w:r>
        <w:rPr>
          <w:b/>
        </w:rPr>
        <w:t xml:space="preserve">[40:56] </w:t>
      </w:r>
      <w:r>
        <w:t>by raising their hand.</w:t>
      </w:r>
    </w:p>
    <w:p>
      <w:pPr>
        <w:jc w:val="right"/>
      </w:pPr>
      <w:r>
        <w:t>by raising their hand.</w:t>
      </w:r>
    </w:p>
    <w:p>
      <w:r>
        <w:rPr>
          <w:b/>
        </w:rPr>
        <w:t xml:space="preserve">[41:01] </w:t>
      </w:r>
      <w:r>
        <w:t>I will call out the name if they want to say something.</w:t>
      </w:r>
    </w:p>
    <w:p>
      <w:pPr>
        <w:jc w:val="right"/>
      </w:pPr>
      <w:r>
        <w:t>I will call out the name if they want to say something.</w:t>
      </w:r>
    </w:p>
    <w:p>
      <w:r>
        <w:rPr>
          <w:b/>
        </w:rPr>
        <w:t xml:space="preserve">[41:07] </w:t>
      </w:r>
      <w:r>
        <w:t>You are mute, aisha.</w:t>
      </w:r>
    </w:p>
    <w:p>
      <w:pPr>
        <w:jc w:val="right"/>
      </w:pPr>
      <w:r>
        <w:t>You are mute, आयशा.</w:t>
      </w:r>
    </w:p>
    <w:p>
      <w:r>
        <w:rPr>
          <w:b/>
        </w:rPr>
        <w:t xml:space="preserve">[41:13] </w:t>
      </w:r>
      <w:r>
        <w:t>meri jo learnings hai agar if i'm not clear aap bata dijiye please. ruffman rahim to the qualities of god fearing women. what is fear? fear is a psychological feeling. it's a human emotion.</w:t>
      </w:r>
    </w:p>
    <w:p>
      <w:pPr>
        <w:jc w:val="right"/>
      </w:pPr>
      <w:r>
        <w:t>मेरी जो learnings है अगर if I'm not clear आप बता दीजिए please. रफ़मान राहिम तो the qualities of god fearing women. What is fear? Fear is a psychological feeling. It's a human emotion.</w:t>
      </w:r>
    </w:p>
    <w:p>
      <w:r>
        <w:rPr>
          <w:b/>
        </w:rPr>
        <w:t xml:space="preserve">[41:39] </w:t>
      </w:r>
      <w:r>
        <w:t>when we think if we lose something valuable in life, and our life will be miserable and meaningless once it's lost. that is called fear. believing in god is a self discovery. it transforms one's soul spiritually. he or she cannot imagine imagine their life without god.</w:t>
      </w:r>
    </w:p>
    <w:p>
      <w:pPr>
        <w:jc w:val="right"/>
      </w:pPr>
      <w:r>
        <w:t>When we think if we lose something valuable in life, and our life will be miserable and meaningless once it's lost. That is called fear. Believing in God is a self discovery. It transforms one's soul spiritually. He or she cannot imagine imagine their life without God.</w:t>
      </w:r>
    </w:p>
    <w:p>
      <w:r>
        <w:rPr>
          <w:b/>
        </w:rPr>
        <w:t xml:space="preserve">[42:06] </w:t>
      </w:r>
      <w:r>
        <w:t>they're always ready to sacrifice anything for god's mercy, but they never want to leave god for anything. without god, they do not take breath. they connect with god deeply. it is called god fearing. in this process, there are two major facts. one is intellectual development. number two is character building.</w:t>
      </w:r>
    </w:p>
    <w:p>
      <w:pPr>
        <w:jc w:val="right"/>
      </w:pPr>
      <w:r>
        <w:t>They're always ready to sacrifice anything for God's mercy, but they never want to leave God for anything. Without God, they do not take breath. They connect with God deeply. It is called god fearing. In this process, there are two major facts. One is intellectual development. Number two is character building.</w:t>
      </w:r>
    </w:p>
    <w:p>
      <w:r>
        <w:rPr>
          <w:b/>
        </w:rPr>
        <w:t xml:space="preserve">[42:32] </w:t>
      </w:r>
      <w:r>
        <w:t>first one needs a prepared mind and deep study and keen observation. it increases her faith in god every minute. one should save himself from distractions to attain intellectual development, and he and she needs to adopt the formula of simple living and high thinking. the second one depends on one's own struggle.</w:t>
      </w:r>
    </w:p>
    <w:p>
      <w:pPr>
        <w:jc w:val="right"/>
      </w:pPr>
      <w:r>
        <w:t>First one needs a prepared mind and deep study and keen observation. It increases her faith in god every minute. One should save himself from distractions to attain intellectual development, and he and she needs to adopt the formula of simple living and high thinking. The second one depends on one's own struggle.</w:t>
      </w:r>
    </w:p>
    <w:p>
      <w:r>
        <w:rPr>
          <w:b/>
        </w:rPr>
        <w:t xml:space="preserve">[42:58] </w:t>
      </w:r>
      <w:r>
        <w:t>man is born in nature, but he has been deconditioned throughout the years by the surroundings while he which he lives. so she needs self introspection. god loves gentle people, and he likes honesty, sincerity, duty conscious, kindness, and many more good ethics.</w:t>
      </w:r>
    </w:p>
    <w:p>
      <w:pPr>
        <w:jc w:val="right"/>
      </w:pPr>
      <w:r>
        <w:t>Man is born in nature, but he has been deconditioned throughout the years by the surroundings while he which he lives. So she needs self introspection. God loves gentle people, and he likes honesty, sincerity, duty conscious, kindness, and many more good ethics.</w:t>
      </w:r>
    </w:p>
    <w:p>
      <w:r>
        <w:rPr>
          <w:b/>
        </w:rPr>
        <w:t xml:space="preserve">[43:24] </w:t>
      </w:r>
      <w:r>
        <w:t>So if we want to connect with God and seek God's mercy, then we need to adapt all of these into our character. So we should eliminate the wrong one and follow the right one. It requires a lot of patience and self hammering. But no need to worry. Allah helps those who help themselves. He changes those who wants to change themselves positively.</w:t>
      </w:r>
    </w:p>
    <w:p>
      <w:pPr>
        <w:jc w:val="right"/>
      </w:pPr>
      <w:r>
        <w:t>So if we want to connect with God and seek God's mercy, then we need to adapt all of these into our character. So we should eliminate the wrong one and follow the right one. It requires a lot of patience and self hammering. But no need to worry. Allah helps those who help themselves. He changes those who wants to change themselves positively.</w:t>
      </w:r>
    </w:p>
    <w:p>
      <w:r>
        <w:rPr>
          <w:b/>
        </w:rPr>
        <w:t xml:space="preserve">[43:53] </w:t>
      </w:r>
      <w:r>
        <w:t>We can find a list of women in the history.</w:t>
      </w:r>
    </w:p>
    <w:p>
      <w:pPr>
        <w:jc w:val="right"/>
      </w:pPr>
      <w:r>
        <w:t>We can find a list of women in the history.</w:t>
      </w:r>
    </w:p>
    <w:p>
      <w:r>
        <w:rPr>
          <w:b/>
        </w:rPr>
        <w:t xml:space="preserve">[43:57] </w:t>
      </w:r>
      <w:r>
        <w:t>Hazrat Khadija, Aisha, Ummeh Salama, Mariam, Asia.</w:t>
      </w:r>
    </w:p>
    <w:p>
      <w:pPr>
        <w:jc w:val="right"/>
      </w:pPr>
      <w:r>
        <w:t>Hazrat Khadija, Aisha, Ummeh Salama, Mariam, Asia.</w:t>
      </w:r>
    </w:p>
    <w:p>
      <w:r>
        <w:rPr>
          <w:b/>
        </w:rPr>
        <w:t xml:space="preserve">[44:02] </w:t>
      </w:r>
      <w:r>
        <w:t>These people were managed their emotions in good manner.</w:t>
      </w:r>
    </w:p>
    <w:p>
      <w:pPr>
        <w:jc w:val="right"/>
      </w:pPr>
      <w:r>
        <w:t>These people were managed their emotions in good manner.</w:t>
      </w:r>
    </w:p>
    <w:p>
      <w:r>
        <w:rPr>
          <w:b/>
        </w:rPr>
        <w:t xml:space="preserve">[44:07] </w:t>
      </w:r>
      <w:r>
        <w:t>They utilized their reason instead of emotions.</w:t>
      </w:r>
    </w:p>
    <w:p>
      <w:pPr>
        <w:jc w:val="right"/>
      </w:pPr>
      <w:r>
        <w:t>They utilized their reason instead of emotions.</w:t>
      </w:r>
    </w:p>
    <w:p>
      <w:r>
        <w:rPr>
          <w:b/>
        </w:rPr>
        <w:t xml:space="preserve">[44:12] </w:t>
      </w:r>
      <w:r>
        <w:t>to yahi meri learning hai agar kuch aap boliye iske bare mein ki yahan tak maine samajh payi</w:t>
      </w:r>
    </w:p>
    <w:p>
      <w:pPr>
        <w:jc w:val="right"/>
      </w:pPr>
      <w:r>
        <w:t>तो यही मेरी learning है अगर कुछ आप बोलिए इसके बारे में कि यहां तक मैंने समझ पाई</w:t>
      </w:r>
    </w:p>
    <w:p>
      <w:r>
        <w:rPr>
          <w:b/>
        </w:rPr>
        <w:t xml:space="preserve">[44:17] </w:t>
      </w:r>
      <w:r>
        <w:t>please add more points.</w:t>
      </w:r>
    </w:p>
    <w:p>
      <w:pPr>
        <w:jc w:val="right"/>
      </w:pPr>
      <w:r>
        <w:t>please add more points.</w:t>
      </w:r>
    </w:p>
    <w:p>
      <w:r>
        <w:rPr>
          <w:b/>
        </w:rPr>
        <w:t xml:space="preserve">[44:22] </w:t>
      </w:r>
      <w:r>
        <w:t>These are too.</w:t>
      </w:r>
    </w:p>
    <w:p>
      <w:pPr>
        <w:jc w:val="right"/>
      </w:pPr>
      <w:r>
        <w:t>These are too.</w:t>
      </w:r>
    </w:p>
    <w:p>
      <w:r>
        <w:rPr>
          <w:b/>
        </w:rPr>
        <w:t xml:space="preserve">[44:27] </w:t>
      </w:r>
      <w:r>
        <w:t>Anyone who wants to add more to these points? Identification. Ab aapki do do jagah se awaaz awaaz aa rahi hai do do jagah se hi saaf aa nahi aa rahi hai.</w:t>
      </w:r>
    </w:p>
    <w:p>
      <w:pPr>
        <w:jc w:val="right"/>
      </w:pPr>
      <w:r>
        <w:t>Anyone who wants to add more to these points? Identification. अब आपकी दो दो जगह से आवाज़ आवाज़ आ रही है दो दो जगह से ही साफ़ आ नहीं आ रही है.</w:t>
      </w:r>
    </w:p>
    <w:p>
      <w:r>
        <w:rPr>
          <w:b/>
        </w:rPr>
        <w:t xml:space="preserve">[44:57] </w:t>
      </w:r>
      <w:r>
        <w:t>pata nahi kya?</w:t>
      </w:r>
    </w:p>
    <w:p>
      <w:pPr>
        <w:jc w:val="right"/>
      </w:pPr>
      <w:r>
        <w:t>पता नहीं क्या?</w:t>
      </w:r>
    </w:p>
    <w:p>
      <w:r>
        <w:rPr>
          <w:b/>
        </w:rPr>
        <w:t xml:space="preserve">[45:05] </w:t>
      </w:r>
      <w:r>
        <w:t>is liye network bahut der se kharab hai. achha achha.</w:t>
      </w:r>
    </w:p>
    <w:p>
      <w:pPr>
        <w:jc w:val="right"/>
      </w:pPr>
      <w:r>
        <w:t>इसलिए network बहुत देर से खराब है. अच्छा अच्छा.</w:t>
      </w:r>
    </w:p>
    <w:p>
      <w:r>
        <w:rPr>
          <w:b/>
        </w:rPr>
        <w:t xml:space="preserve">[45:13] </w:t>
      </w:r>
      <w:r>
        <w:t>nahi, woh toh humne uski main main hazrat aisha ke bare mein puchna chah rahi thi ki woh</w:t>
      </w:r>
    </w:p>
    <w:p>
      <w:pPr>
        <w:jc w:val="right"/>
      </w:pPr>
      <w:r>
        <w:t>नहीं, वह तो हमने उसकी मैं मैं हज़रत आयशा के बारे में पूछना चाह रही थी कि वह</w:t>
      </w:r>
    </w:p>
    <w:p>
      <w:r>
        <w:rPr>
          <w:b/>
        </w:rPr>
        <w:t xml:space="preserve">[45:21] </w:t>
      </w:r>
      <w:r>
        <w:t>bahut important unka ek role tha islam mein aur unki khoobiyan kya thi?</w:t>
      </w:r>
    </w:p>
    <w:p>
      <w:pPr>
        <w:jc w:val="right"/>
      </w:pPr>
      <w:r>
        <w:t>बहुत important उनका एक role था इस्लाम में और उनकी खूबियां क्या थी?</w:t>
      </w:r>
    </w:p>
    <w:p>
      <w:r>
        <w:rPr>
          <w:b/>
        </w:rPr>
        <w:t xml:space="preserve">[45:30] </w:t>
      </w:r>
      <w:r>
        <w:t>unke ek hadith maine sabse pehle woh aap hi ke zariye suni thi.</w:t>
      </w:r>
    </w:p>
    <w:p>
      <w:pPr>
        <w:jc w:val="right"/>
      </w:pPr>
      <w:r>
        <w:t>उनके एक हदीश मैंने सबसे पहले वह आप ही के ज़रिए सुनी थी.</w:t>
      </w:r>
    </w:p>
    <w:p>
      <w:r>
        <w:rPr>
          <w:b/>
        </w:rPr>
        <w:t xml:space="preserve">[45:38] </w:t>
      </w:r>
      <w:r>
        <w:t>unki hadith ne ek waaqiya hai ki unhone ek kurta pehna aur woh bar bar sheeshe mein apne</w:t>
      </w:r>
    </w:p>
    <w:p>
      <w:pPr>
        <w:jc w:val="right"/>
      </w:pPr>
      <w:r>
        <w:t>उनकी हदीश ने एक वाकईया है कि उन्होंने एक कुर्ता पहना और वह बार बार शीशे में अपने</w:t>
      </w:r>
    </w:p>
    <w:p>
      <w:r>
        <w:rPr>
          <w:b/>
        </w:rPr>
        <w:t xml:space="preserve">[45:46] </w:t>
      </w:r>
      <w:r>
        <w:t>aap ko dekh rahi thi. to</w:t>
      </w:r>
    </w:p>
    <w:p>
      <w:pPr>
        <w:jc w:val="right"/>
      </w:pPr>
      <w:r>
        <w:t>आप को देख रही थी. तो</w:t>
      </w:r>
    </w:p>
    <w:p>
      <w:r>
        <w:rPr>
          <w:b/>
        </w:rPr>
        <w:t xml:space="preserve">[45:55] </w:t>
      </w:r>
      <w:r>
        <w:t>Matlab Allah taala ne ek cheez bana rakha hai jo apne aap ko tazain karna usmein word hai urdon ka ki apne ko sajana sajana sanvarne ka ek mizaj mein hai auraton ke. To usi mizaj ki wajah se auratein apna usko jab maun ne barahawa diya toh woh udhar hi chali gayi.</w:t>
      </w:r>
    </w:p>
    <w:p>
      <w:pPr>
        <w:jc w:val="right"/>
      </w:pPr>
      <w:r>
        <w:t>मतलब अल्लाह ताला ने एक चीज़ बना रखा है जो अपने आप को तज़ाईन करना उसमें word है उर्दों का कि अपने को सजाना सजाना संवारने का एक मिज़ाज़ में है औरतों के. तो उसी मिज़ाज़ की वजह से औरतें अपना उसको जब मौन ने बराहावा दिया तो वह उधर ही चली गई.</w:t>
      </w:r>
    </w:p>
    <w:p>
      <w:r>
        <w:rPr>
          <w:b/>
        </w:rPr>
        <w:t xml:space="preserve">[46:14] </w:t>
      </w:r>
      <w:r>
        <w:t>Lekin woh mizaj ko ummat ka kaam tha ki us mizaj ko numayishi cheezon se hatakar dimagi matlab uska soch uski jo hai uski badhana usko intellectually usko develop karna. To wahi cheez mujhe samajh mein aati hai ki jab unhone kurta pehna toh unhone apne koshishe mein dekha aur thoda us tarah se woh apne ko show kiya toh Abu Bakr Zinda ne kaha hai tum yeh zukar rahi ho tum.</w:t>
      </w:r>
    </w:p>
    <w:p>
      <w:pPr>
        <w:jc w:val="right"/>
      </w:pPr>
      <w:r>
        <w:t>लेकिन वह मिज़ाज़ को अमर्थ का काम था कि उस मिज़ाज़ को नुमाइशी चीज़ों से हटाकर दिमागी मतलब उसका सोच उसकी जो है उसकी बढ़ाना उसको intellectually उसको develop करना. तो वही चीज़ मुझे समझ में आती है कि जब उन्होंने कुर्ता पहना तो उन्होंने अपने कोशिशे में देखा और थोड़ा उस तरह से वह अपने को show किया तो अब्बु बकर ज़िंदा ने कहा है तुम यह जुकर रही हो तुम.</w:t>
      </w:r>
    </w:p>
    <w:p>
      <w:r>
        <w:rPr>
          <w:b/>
        </w:rPr>
        <w:t xml:space="preserve">[46:42] </w:t>
      </w:r>
      <w:r>
        <w:t>Yeh Allah taala ko itna nagawar guzrega. Ab ekdum se zakht aayi nahi yaad aa rahi hai aur unhone jab kurta badla bahut dar gayi woh jab kurta unhone de diya sadqa kar diya toh unhone kaha bhagkhraazi lena ki shayad yeh tumhara gunah ka kafara ban jaaye. Yaani ki yeh yeh baat mujhe sabse zyada toh</w:t>
      </w:r>
    </w:p>
    <w:p>
      <w:pPr>
        <w:jc w:val="right"/>
      </w:pPr>
      <w:r>
        <w:t>यह अल्लाह तालाह को इतना नागवार गुज़रेगा. अब एकदम से ज़ख़्त आई नहीं याद आ रही है और उन्होंने जब कुर्ता बदला बहुत डर गई वह जब कुर्ता उन्होंने दे दिया सत्का कर दिया तो उन्होंने कहा भगखराज़ी लेना कि शायद यह तुम्हारा गुनाह का कफारा वन जाए. यानी कि यह यह बात मुझे सबसे ज़्यादा तो यही वाली लगी कि गुना का कफारा यानी कि हम लोग तो कितना गुना करके बैठे हुए हैं.</w:t>
      </w:r>
    </w:p>
    <w:p>
      <w:r>
        <w:rPr>
          <w:b/>
        </w:rPr>
        <w:t xml:space="preserve">[47:09] </w:t>
      </w:r>
      <w:r>
        <w:t>Ek kurte mein guna ka kafara ada ho raha tha. Par toh ek kurti ki khoobsurati se woh mutasya ruki aur hum hum kitni cheezon mein matlab engross ho jaate hain. Haan haan. Wahan wahan wahi toh papa isse mujhe ek ek unke Hazrat Abu Bakr Raiza walid unka role bhi samajh mein aa raha hai ki kaise unhone apni beti ko bataya aur kaise woh guide kiya?</w:t>
      </w:r>
    </w:p>
    <w:p>
      <w:pPr>
        <w:jc w:val="right"/>
      </w:pPr>
      <w:r>
        <w:t>एक कुर्ते में गुना का कफारा दा हो रहा था. पर तो एक कुर्ती की खूबसूरती से वह मुतास्य रुकी और हम हम कितनी चीज़ों में मतलब विस हो जाते हैं. हां हां. वहां वहां वही तो papa इससे मुझे एक एक उनके हज़रत अबू बकर रैज़ा वालेद उनका role भी समझ में आ रहा है कि कैसे उन्होंने अपनी बेटी को बताया और कैसे वह guide किया?</w:t>
      </w:r>
    </w:p>
    <w:p>
      <w:r>
        <w:rPr>
          <w:b/>
        </w:rPr>
        <w:t xml:space="preserve">[47:37] </w:t>
      </w:r>
      <w:r>
        <w:t>Bahut badi baat hai ki khudbeeni se nikal ke use unhone woh batai baat ke bakar bahut dekh rahe bada yahi toh hai ki misaal hai woh baap the. To iske baad Rasulullah Salla Allahu Alayhi Wa Sallam ki waliyan hui toh phir unhone unke saath unki tarbiyat kis tarah se hui ki woh Rasulullah ke khatm hone ke pachas saal tak woh dokon ko batati rahi. To yahi ek aisa role tha jo ki aaj tak hum hamare liye misaal ban gaya.</w:t>
      </w:r>
    </w:p>
    <w:p>
      <w:pPr>
        <w:jc w:val="right"/>
      </w:pPr>
      <w:r>
        <w:t>बहुत बड़ी बात है कि खुदबीनी से निकाल के उसे उन्होंने वह बताई बात के बकार बहुत देख रहे बड़ा यही तो है कि मिसाल है वह बाप थे. तो इसके बाद रसुल्लाह सलम की वैलियां हुई तो फिर उन्होंने उनके साथ उनकी तरबीयत किस तरह से हुई कि वह असुल्लाह के खत्म होने के पचास साल तक वह दोकों को बताती रही. तो यही एक ऐसा role था जो कि आज तक हम हमारे लिए मिसाल वन गया.</w:t>
      </w:r>
    </w:p>
    <w:p>
      <w:r>
        <w:rPr>
          <w:b/>
        </w:rPr>
        <w:t xml:space="preserve">[48:04] </w:t>
      </w:r>
      <w:r>
        <w:t>Aaj hum kam se kam itna toh kar hi sakte hain ki jo chhoti cheezen jiski wajah se hum jismein woh chhoti cheezen jo aise kapda hi ho gaya usmein itna zyada fashion ke peeche bhagte hain. Falane kaun heroine nahi hai kapda pehna toh waise hi aa jata hai market mein bhi aur phir log usko bhi khareedna shuru kar dete hain. Matlab wahi ek soch yeh cheez unhone kiya toh phir wahi lekar chalne lagti hai. Jahan karna kya hai aur maqsad kya hai?</w:t>
      </w:r>
    </w:p>
    <w:p>
      <w:pPr>
        <w:jc w:val="right"/>
      </w:pPr>
      <w:r>
        <w:t>आज हम कम से कम इतना तो कर ही सकते हैं कि जो छोटी चीज़ें जिसकी वजह से हम जिसमें वह छोटी चीज़ें जो ऐसे कपड़ा ही हो गया उसमें इतना ज़्यादा fashion के पीछे भागते हैं. फलाने कौन heroine नहीं है कपड़ा पहना तो वैसे ही आ जाता है market में भी और फिर लोग उसको भी खरीदना शुरू कर देते हैं. मतलब वही एक सोच यह चीज़ उन्होंने किया तो फिर वही लेकर चलने लगती है. जहां करना क्या है और मकसद क्या है?</w:t>
      </w:r>
    </w:p>
    <w:p>
      <w:r>
        <w:rPr>
          <w:b/>
        </w:rPr>
        <w:t xml:space="preserve">[48:32] </w:t>
      </w:r>
      <w:r>
        <w:t>Woh zindagi ka woh us par bilkul bhi nazar nahi hai aur sara toh woh sara interest jo hai udhar chala gaya us interest ko kis tarah se wahan se apne aap khud ek insaan khud hi kar sakta hai ki woh khud usko apne aap aapko jo hai wahan se kheenchkar laaye aur apne ko Khuda kise Khuda parast aurat agar zara sa bhi uske andar fitrat mein uske zinda hogi toh woh yeh kaam kar sakti hai.</w:t>
      </w:r>
    </w:p>
    <w:p>
      <w:pPr>
        <w:jc w:val="right"/>
      </w:pPr>
      <w:r>
        <w:t>वह ज़िंदगी का वह उस पर बिल्कुल भी नज़र नहीं है और सारा तो वह सारा interest जो है उधर चला गया उस interest को किस तरह से वहां से अपने आप खुद एक इंसान खुद ही कर सकता है कि वह खुद उसको अपने आप आपको जो है वहां से खींचकर लाएं और अपने को खुदा किसे खुदा परस्त औरत अगर जरा सा भी उसके अंदर फितरत में उसके ज़िंदा होगी तो वह यह काम कर सकती है.</w:t>
      </w:r>
    </w:p>
    <w:p>
      <w:r>
        <w:rPr>
          <w:b/>
        </w:rPr>
        <w:t xml:space="preserve">[48:58] </w:t>
      </w:r>
      <w:r>
        <w:t>Ek jagah maine Maulana Sahab ki usmein padha tha kitab mein Abba Hadun Islam hai shayad ki yeh jo fashion hai ya jo yeh competitions hain, beauty pageant hain, yeh sab bhi mardon ki taraf se ek exploitation hai aurat ka. Woh aurat ko istemal kar rahe hain aur aurat samajh rahi hai ki woh meri aazadi ka hissa hai. Agar woh sahi tarz e fikr se soche toh samajh aayega ki woh exploit ho rahi hai.</w:t>
      </w:r>
    </w:p>
    <w:p>
      <w:pPr>
        <w:jc w:val="right"/>
      </w:pPr>
      <w:r>
        <w:t>एक जगह मैंने मुलाना साहब की उसमें पढ़ा था किताब में अब्बा हदून इस्लाम है शायद कि यह जो ****** है या जो यह competitions हैं, beauty pageant हैं, यह सब भी मर्दों की तरफ से एक exploitation है औरत का. वह औरत को इस्तेमाल कर रहे हैं और औरत समझ रही है कि वह मेरी आज़ादी का हिस्सा है. अगर वह सही तर्ज़े फिकर से सोचे तो समझ आएगा कि वह exploit हो रही है.</w:t>
      </w:r>
    </w:p>
    <w:p>
      <w:r>
        <w:rPr>
          <w:b/>
        </w:rPr>
        <w:t xml:space="preserve">[49:26] </w:t>
      </w:r>
      <w:r>
        <w:t>Uski body ko use kiya ja raha hai aur auratein us cheez ko apna freedom manti hain ki woh ulta seedhe mumayish bankar woh main. Iski ek misaal bhi toh hai Doctor Safina unse Firon ki yeh bhi Asiya naam tha na unka. Ji. Toh unhone shahi mahal ka jo jo matlab ek yeh alag serious life thi unki, usko chhodkar jannat ko bol jannat ko importance di.</w:t>
      </w:r>
    </w:p>
    <w:p>
      <w:pPr>
        <w:jc w:val="right"/>
      </w:pPr>
      <w:r>
        <w:t>उसकी body को use किया जा रहा है और औरतें उस चीज़ को अपना freedom मानती हैं कि वह उल्टा सीधे मुमाइश बनकर वह मैं. इसकी एक विसाल भी तो है Doctor सफ़ीना उनसे फिरौन की यह भी आसिया नाम था ना उनका. जी. तो उन्होंने शाही महल का जो जो मतलब एक यह अलग serious life थी उनकी, उसको छोड़कर जन्नत को बोल जन्नत को importance दी.</w:t>
      </w:r>
    </w:p>
    <w:p>
      <w:r>
        <w:rPr>
          <w:b/>
        </w:rPr>
        <w:t xml:space="preserve">[49:55] </w:t>
      </w:r>
      <w:r>
        <w:t>Yeh kitni badi baat hai ki hum jab wahi maine kaha ki shauhar ki farma bardar ka matlab yeh nahi hai ki jo shauhar keh raha hai bas yahan auratein is cheez mein mullabis hui hain.</w:t>
      </w:r>
    </w:p>
    <w:p>
      <w:pPr>
        <w:jc w:val="right"/>
      </w:pPr>
      <w:r>
        <w:t>यह कितनी बड़ी बात है कि हम जब वही मैंने कहा कि शौहर की फ़रमा बर्दार का मतलब यह नहीं है कि जो शौहर कह रहा है बस यहां औरतें इस चीज़ में मुल्लाबिस हुई हैं.</w:t>
      </w:r>
    </w:p>
    <w:p>
      <w:r>
        <w:rPr>
          <w:b/>
        </w:rPr>
        <w:t xml:space="preserve">[50:22] </w:t>
      </w:r>
      <w:r>
        <w:t>Toh woh ek misaal hai Asia ke hum unko nahi chahiye tha. Phir unki daulat, phir unki badshahi aur phir unki shohrat, woh luxurious life unko jannat chahiye. Toh woh unhone uske comparison mein jannat ko importance di, Khuda ko importance di, toh bhi unhone dua kiya phir waqt mein ki mujhe apne pados mein jagah de dena.</w:t>
      </w:r>
    </w:p>
    <w:p>
      <w:pPr>
        <w:jc w:val="right"/>
      </w:pPr>
      <w:r>
        <w:t>तो वह एक मिसाल है Asia के हम उनको नहीं चाहिए था. फिर उनकी दौलत, फिर उनकी बादशाही और फिर उनकी शौर्त, वह luxurious life उनको जन्नत चाहिए. तो वह उन्होंने उसके comparison में जन्नत को importance दी, खुदा को importance दी, तो भी उन्होंने दुआ किया फिर वक्त में कि मुझे अपने पड़ोस में जगा दे देना.</w:t>
      </w:r>
    </w:p>
    <w:p>
      <w:r>
        <w:rPr>
          <w:b/>
        </w:rPr>
        <w:t xml:space="preserve">[50:43] </w:t>
      </w:r>
      <w:r>
        <w:t>to yeh bahut har misaal allataala ne humein de di hai agar hamari sochne hi sahi hai hamari</w:t>
      </w:r>
    </w:p>
    <w:p>
      <w:pPr>
        <w:jc w:val="right"/>
      </w:pPr>
      <w:r>
        <w:t>तो यह बहुत हर मिसाल अल्लाताला ने हमें दे दी है अगर हमारी सोचने ही सही है हमारी</w:t>
      </w:r>
    </w:p>
    <w:p>
      <w:r>
        <w:rPr>
          <w:b/>
        </w:rPr>
        <w:t xml:space="preserve">[50:50] </w:t>
      </w:r>
      <w:r>
        <w:t>nazar matlab wahi jo likha hai quran mein sochne samajhne ki salahiyat nahi hai to phir har aurat</w:t>
      </w:r>
    </w:p>
    <w:p>
      <w:pPr>
        <w:jc w:val="right"/>
      </w:pPr>
      <w:r>
        <w:t>नज़र मतलब वही जो लिखा है कुरान में सोचने समझने की सलाहियत नहीं है तो फिर हर औरत</w:t>
      </w:r>
    </w:p>
    <w:p>
      <w:r>
        <w:rPr>
          <w:b/>
        </w:rPr>
        <w:t xml:space="preserve">[50:58] </w:t>
      </w:r>
      <w:r>
        <w:t>yeh jaanti hai humne namaz padh liya, humne quran padh liya.</w:t>
      </w:r>
    </w:p>
    <w:p>
      <w:pPr>
        <w:jc w:val="right"/>
      </w:pPr>
      <w:r>
        <w:t>यह जानती है हमने नमाज़ पढ़ लिया, हमने कुरान पढ़ लिया.</w:t>
      </w:r>
    </w:p>
    <w:p>
      <w:r>
        <w:rPr>
          <w:b/>
        </w:rPr>
        <w:t xml:space="preserve">[51:05] </w:t>
      </w:r>
      <w:r>
        <w:t>jaise abhi najma pan ne kaha ki bas quran padh liya, kaam ho gaya.</w:t>
      </w:r>
    </w:p>
    <w:p>
      <w:pPr>
        <w:jc w:val="right"/>
      </w:pPr>
      <w:r>
        <w:t>जैसे अभी नजमापन ने कहा कि बस कुरान पढ़ लिया, काम हो गया.</w:t>
      </w:r>
    </w:p>
    <w:p>
      <w:r>
        <w:rPr>
          <w:b/>
        </w:rPr>
        <w:t xml:space="preserve">[51:13] </w:t>
      </w:r>
      <w:r>
        <w:t>to yahi har aurat jaanti hai quran ki class le liya, yeh ho gaya, bas kaam ho gaya.</w:t>
      </w:r>
    </w:p>
    <w:p>
      <w:pPr>
        <w:jc w:val="right"/>
      </w:pPr>
      <w:r>
        <w:t>तो यही हर औरत जानती है कुरान की class ले लिया, यह हो गया, बस काम हो गया.</w:t>
      </w:r>
    </w:p>
    <w:p>
      <w:r>
        <w:rPr>
          <w:b/>
        </w:rPr>
        <w:t xml:space="preserve">[51:20] </w:t>
      </w:r>
      <w:r>
        <w:t>kuch padh lena, kuch kar lena, kuch yeh</w:t>
      </w:r>
    </w:p>
    <w:p>
      <w:pPr>
        <w:jc w:val="right"/>
      </w:pPr>
      <w:r>
        <w:t>कुछ पढ़ लेना, कुछ कर लेना, कुछ यह</w:t>
      </w:r>
    </w:p>
    <w:p>
      <w:r>
        <w:rPr>
          <w:b/>
        </w:rPr>
        <w:t xml:space="preserve">[51:28] </w:t>
      </w:r>
      <w:r>
        <w:t>Toh uski jad bhi mujhe lagta hai ki shayad aulad parasti hai ki woh jab dekhti hain ki meri aulad kuch gadbad kar rahi hai ya shauhar kuch galat kar raha hai toh woh sochne lagte hain ki yeh toh kuch tona totka hokar aaye. Ab isko mujhe aisa lagta hai ki woh shayad is wajah se aisa karti hain. Abe Khuda Khuda ko na paani ki wajah hi toh ho sakti hai na Dr. Safina jaise ki abhi hum log baat kar rahe the ki use Shabina ne bhi kaha ki matlab ek ek poster dene se unke dil ko sukoon mila.</w:t>
      </w:r>
    </w:p>
    <w:p>
      <w:pPr>
        <w:jc w:val="right"/>
      </w:pPr>
      <w:r>
        <w:t>तो उसकी जड़ भी मुझे लगता है कि शायद औलाद परसती है कि वह जब देखती हैं कि मेरी औलाद कुछ गड़बड़ कर रही है या शौहर कुछ गलत कर रहा है तो वह सोचने लगते हैं कि यह तो कुछ टोना टोटका होकर आए. अब इसको मुझे ऐसा लगता है कि वह शायद इस वजह से ऐसा करती हैं. अबे खुदा खुदा को ना पानी की वजह ही तो हो सकती है ना Doctor सफीना जैसे कि अभी हम लोग बात कर रहे थे कि उसे शबीना ने भी कहा कि मतलब एक एक poster देने से उनके दिल को सुकून मिला.</w:t>
      </w:r>
    </w:p>
    <w:p>
      <w:r>
        <w:rPr>
          <w:b/>
        </w:rPr>
        <w:t xml:space="preserve">[51:58] </w:t>
      </w:r>
      <w:r>
        <w:t>Mujhe thoda sa kisi se baat karke hum sabke saath jaise roz hota hai. Toh yeh kuch is tarah ki Khuda wali cheezon ko karne se sukoon milta hai. Ibadat ki cheez bana leti hai. Ji.</w:t>
      </w:r>
    </w:p>
    <w:p>
      <w:pPr>
        <w:jc w:val="right"/>
      </w:pPr>
      <w:r>
        <w:t>मुझे थोड़ा सा किसी से बात करके हम सबके साथ जैसे रोज़ होता है. तो यह कुछ इस तरह की खुदा वाली चीज़ों को करने से सुकून मिलता है. इबादत की चीज़ बना लेती है. जी.</w:t>
      </w:r>
    </w:p>
    <w:p>
      <w:r>
        <w:rPr>
          <w:b/>
        </w:rPr>
        <w:t xml:space="preserve">[52:23] </w:t>
      </w:r>
      <w:r>
        <w:t>Toh woh jab jis cheez ko ibadat ki cheez banayi hai woh hi galat hai toh waise hi galat cheezon ki taraf jayengi. Jab hum Khuda ko ibadat ki cheez banayenge toh hum Khuda wale us par jayenge. Uski hukum ke mutabik karenge. Toh wahan sukoon hai.</w:t>
      </w:r>
    </w:p>
    <w:p>
      <w:pPr>
        <w:jc w:val="right"/>
      </w:pPr>
      <w:r>
        <w:t>तो वह जब जिस चीज़ को इबादत की चीज़ बनाई है वह ही गलत है तो वैसे ही गलत चीज़ों की तरफ जाएंगी. जब हम खुदा को इबादत की चीज़ बनाएंगे तो हम खुदा वाले उस पर जाएंगे. उसकी हुकुम के मुताबिक करेंगे. तो वहां सुकोन है.</w:t>
      </w:r>
    </w:p>
    <w:p>
      <w:r>
        <w:rPr>
          <w:b/>
        </w:rPr>
        <w:t xml:space="preserve">[52:40] </w:t>
      </w:r>
      <w:r>
        <w:t>ek hamare example main ek batana chah rahi thi sorry shubina ki woh unka bachcha ki unke susral</w:t>
      </w:r>
    </w:p>
    <w:p>
      <w:pPr>
        <w:jc w:val="right"/>
      </w:pPr>
      <w:r>
        <w:t>एक हमारे example मैं एक बताना चाह रही थी sorry शुभीना कि वह उनका बच्चा कि उनके सुसराल</w:t>
      </w:r>
    </w:p>
    <w:p>
      <w:r>
        <w:rPr>
          <w:b/>
        </w:rPr>
        <w:t xml:space="preserve">[52:58] </w:t>
      </w:r>
      <w:r>
        <w:t>mein har koi aaj daviz bandhkar ghoom raha hai.</w:t>
      </w:r>
    </w:p>
    <w:p>
      <w:pPr>
        <w:jc w:val="right"/>
      </w:pPr>
      <w:r>
        <w:t>में हर कोई आज दावीज़ बांधकर घूम रहा है.</w:t>
      </w:r>
    </w:p>
    <w:p>
      <w:r>
        <w:rPr>
          <w:b/>
        </w:rPr>
        <w:t xml:space="preserve">[53:17] </w:t>
      </w:r>
      <w:r>
        <w:t>Itna zyada unhone us cheez ko. Yeh, itni badi baat hai. Abhi mujhe aapki baat se yeh baat samajh mein aayi ki ek ladka tha. Uska bhi yahi halta maine matlab main jaanti hoon usko bahut gussa karta tha aur usko aise hi Maulana ke paas le jaya jata tha. Bahut kuch kara jata tha uske saath lekin usne phir Maulana Sahab ki kitab unko pa liya aur koi yeh raaz e hai yaad aur is tarah se usne jo hai uski thodi zindagi badal gayi woh toh ambition mein hai wahan.</w:t>
      </w:r>
    </w:p>
    <w:p>
      <w:pPr>
        <w:jc w:val="right"/>
      </w:pPr>
      <w:r>
        <w:t>इतना ज़्यादा उन्होंने उस चीज़ को. यह, इतनी बड़ी बात है. अभी मुझे आपकी बात से यह बात समझ में आई कि एक लड़का था. उसका भी यही हालता मैंने मतलब मैं जानती हूं उसको बहुत गुस्सा करता था और उसको ऐसे ही मौलाना के पास ले जाया जाता था. बहुत कुछ करा जाता था उसके साथ लेकिन उसने फिर मौलाना साहब की किताब उनको पा लिया और कोई यह राज़े है याद और इस तरह से उसने जो है उसकी थोड़ी ज़िंदगी बदल गई वह तो ambition में है वहां.</w:t>
      </w:r>
    </w:p>
    <w:p>
      <w:r>
        <w:rPr>
          <w:b/>
        </w:rPr>
        <w:t xml:space="preserve">[53:47] </w:t>
      </w:r>
      <w:r>
        <w:t>Achha Allah. Apa Farhida Bhabhi is session ko conclude kar dein it's almost time In fact, we have crossed the time. Haan Shabina.</w:t>
      </w:r>
    </w:p>
    <w:p>
      <w:pPr>
        <w:jc w:val="right"/>
      </w:pPr>
      <w:r>
        <w:t>अच्छा अल्ला. आपा फरहीदा बाब इस session को conclude कर दें it's almost time In fact, we have crossed the time. हां शभीना.</w:t>
      </w:r>
    </w:p>
    <w:p>
      <w:r>
        <w:rPr>
          <w:b/>
        </w:rPr>
        <w:t xml:space="preserve">[54:07] </w:t>
      </w:r>
      <w:r>
        <w:t>Haan Shabina, aaj discussion se hum yahi samajh mein aaya ki agar aurat ke fitrat zinda ho toh Islam ki talimat usko apne liye aaj nahi samjhegi. Islam ki talimat ko follow karegi aur apne dil ki awaaz samajhkar usko qubool karegi. Toh Shurma Maulana Sahab kehte hain ki ek chhoti riyasat ghar chalana ek chhoti riyasat ke barabar hai. Toh ek itni badi zimmedari Allah taala ne aurat ko diya hai.</w:t>
      </w:r>
    </w:p>
    <w:p>
      <w:pPr>
        <w:jc w:val="right"/>
      </w:pPr>
      <w:r>
        <w:t>हां शभीना, आज discussion से हम यही समझ में आया कि अगर औरत के फितरत ज़िंदा हो तो इस्लाम की तालिमात उसको अपने लिए आज नहीं समझेगी. इस्लाम की तालिमात को follow करेगी और अपने दिल की आवाज़ समझकर उसको कुबूल करेगी. तो शिर्मा लाना साहब कहते हैं कि एक छोटी रियासत घर चलाना एक छोटी रियासत के बराबर है. तो एक इतनी बड़ी ज़िम्मेदारी है लताला ने औरत को दिया है.</w:t>
      </w:r>
    </w:p>
    <w:p>
      <w:r>
        <w:rPr>
          <w:b/>
        </w:rPr>
        <w:t xml:space="preserve">[54:34] </w:t>
      </w:r>
      <w:r>
        <w:t>usko ilm ke baghair chala rahi hain agar to woh bahut khuda ke haan uski pakad hogi.</w:t>
      </w:r>
    </w:p>
    <w:p>
      <w:pPr>
        <w:jc w:val="right"/>
      </w:pPr>
      <w:r>
        <w:t>उसको इल्म के बगैय चला रही हैं अगर तो वह बहुत खुदा के हां उसकी पकड़ होगी.</w:t>
      </w:r>
    </w:p>
    <w:p>
      <w:r>
        <w:rPr>
          <w:b/>
        </w:rPr>
        <w:t xml:space="preserve">[54:40] </w:t>
      </w:r>
      <w:r>
        <w:t>to apne sochne samajhne ki salahiyat hamein ekdum aware rehna hai taake hum khuda se dar saken aur</w:t>
      </w:r>
    </w:p>
    <w:p>
      <w:pPr>
        <w:jc w:val="right"/>
      </w:pPr>
      <w:r>
        <w:t>तो अपने सोचने समझने की सलाहियत हमें एकदम aware रहना है ताकि हम खुदा से डर सकें और</w:t>
      </w:r>
    </w:p>
    <w:p>
      <w:r>
        <w:rPr>
          <w:b/>
        </w:rPr>
        <w:t xml:space="preserve">[54:47] </w:t>
      </w:r>
      <w:r>
        <w:t>us tarah se apni zindagi ko bana saken jo humse khuda chahta hai aur yeh jo manana sahib</w:t>
      </w:r>
    </w:p>
    <w:p>
      <w:pPr>
        <w:jc w:val="right"/>
      </w:pPr>
      <w:r>
        <w:t>उस तरह से अपनी ज़िंदगी को बना सकें जो हमसे खुदा चाहता है और यह जो मनाना साहब</w:t>
      </w:r>
    </w:p>
    <w:p>
      <w:r>
        <w:rPr>
          <w:b/>
        </w:rPr>
        <w:t xml:space="preserve">[54:54] </w:t>
      </w:r>
      <w:r>
        <w:t>ki line hai ke ek ghar chalana ek chhoti si riyasat hai to is riyasat ke bare mein</w:t>
      </w:r>
    </w:p>
    <w:p>
      <w:pPr>
        <w:jc w:val="right"/>
      </w:pPr>
      <w:r>
        <w:t>की line है कि एक घर चलाना एक छोटी सी रियासत है तो इस रियासत के बारे में</w:t>
      </w:r>
    </w:p>
    <w:p>
      <w:r>
        <w:rPr>
          <w:b/>
        </w:rPr>
        <w:t xml:space="preserve">[55:01] </w:t>
      </w:r>
      <w:r>
        <w:t>allatalah se humse poochega aur agar ek aurat apne aap ko sahi muqam par rakhegi, ek ghar mein</w:t>
      </w:r>
    </w:p>
    <w:p>
      <w:pPr>
        <w:jc w:val="right"/>
      </w:pPr>
      <w:r>
        <w:t>अल्लाताला से हमसे पूछेगा और अगर एक औरत अपने आप को सही मुकाम पर रखेगी, एक घर में</w:t>
      </w:r>
    </w:p>
    <w:p>
      <w:r>
        <w:rPr>
          <w:b/>
        </w:rPr>
        <w:t xml:space="preserve">[55:08] </w:t>
      </w:r>
      <w:r>
        <w:t>agar ek aurat apne muqam ko sahi rakhegi to uska partner bhi usko dekhkar badal sakta hai.</w:t>
      </w:r>
    </w:p>
    <w:p>
      <w:pPr>
        <w:jc w:val="right"/>
      </w:pPr>
      <w:r>
        <w:t>अगर एक औरत अपने मुकाम को सही रखेगी तो उसका partner भी उसको देखकर बदल सकता है.</w:t>
      </w:r>
    </w:p>
    <w:p>
      <w:r>
        <w:rPr>
          <w:b/>
        </w:rPr>
        <w:t xml:space="preserve">[55:15] </w:t>
      </w:r>
      <w:r>
        <w:t>Usko bhi apni zimmedari ka ehsaas hoga aur aurat agar shuruaat karti hai apne ko badalti hai toh apne aap mahaul mein zaroor badlav tab dil jayegi.</w:t>
      </w:r>
    </w:p>
    <w:p>
      <w:pPr>
        <w:jc w:val="right"/>
      </w:pPr>
      <w:r>
        <w:t>उसको भी अपनी ज़िम्मेदारी का एहसास होगा और औरत अगर शुरुआत करती है अपने को बदलती है तो अपने आप माहौल में ज़रूर बदलाव तब दिल जाएगी.</w:t>
      </w:r>
    </w:p>
    <w:p>
      <w:r>
        <w:rPr>
          <w:b/>
        </w:rPr>
        <w:t xml:space="preserve">[55:25] </w:t>
      </w:r>
      <w:r>
        <w:t>to ek sahi soch apni zindagi ke sath sath doosre ki zindagi ko badalne ki taqat rakhta hai aur agar samne wala nahi samajh raha hai usko koi dikkat aa rahi hai, pareshani aa rahi hai tab bhi yeh aurat ki mehnat jo usne apne ghar ke bachche ko bachane ke liye kara uski qadar alataala akhirat mein zaroor karega.</w:t>
      </w:r>
    </w:p>
    <w:p>
      <w:pPr>
        <w:jc w:val="right"/>
      </w:pPr>
      <w:r>
        <w:t>तो एक सही सोच अपनी ज़िंदगी के साथ साथ दूसरे की ज़िंदगी को बदलने की ताकत रखता है और अगर सामने वाला नहीं समझ रहा है उसको कोई दिक्कत आ रही है, परेशानी आ रही है तब भी यह औरत की मेहनत जो उसने अपने घर के बच्चे को बचाने के लिए करा उसकी कदर अलाताला आखिरत में ज़रूर करेगा.</w:t>
      </w:r>
    </w:p>
    <w:p>
      <w:r>
        <w:rPr>
          <w:b/>
        </w:rPr>
        <w:t xml:space="preserve">[55:47] </w:t>
      </w:r>
      <w:r>
        <w:t>alataala hum sare tamam auraton ke dil mein sirf jo hai woh sirf khuda ka khauf se bhar dein. Iske alawa hum kisi cheez se mutasir na hon. Ameen. Ameen. So we come to the end of this session. Today the topic, the qualities of god, fearing women was very well covered by all the points.</w:t>
      </w:r>
    </w:p>
    <w:p>
      <w:pPr>
        <w:jc w:val="right"/>
      </w:pPr>
      <w:r>
        <w:t>अलाताला हम सारे तमाम औरतों के दिल में सिर्फ जो है वह सिर्फ खुदा का खौफ से भर दें. इसके अलावा हम किसी चीज़ से मुतासिर ना हों. अमीन. अमीन. So we come to the end of this session. Today the topic, the qualities of god, fearing women was very well covered by all the points.</w:t>
      </w:r>
    </w:p>
    <w:p>
      <w:r>
        <w:rPr>
          <w:b/>
        </w:rPr>
        <w:t xml:space="preserve">[56:11] </w:t>
      </w:r>
      <w:r>
        <w:t>I hope every one of us have, we will read re go through this session again, listen to it and go through the points which has been discussed over there and we will intellectually develop ourselves. So we come to the end of the session. Inshallah we'll meet again next week with a new topic and I think the next week will be the question answer session with paridapa.</w:t>
      </w:r>
    </w:p>
    <w:p>
      <w:pPr>
        <w:jc w:val="right"/>
      </w:pPr>
      <w:r>
        <w:t>I hope every one of us have, we will read re go through this session again, listen to it and go through the points which has been discussed over there and we will intellectually develop ourselves. So we come to the end of the session. Inshallah we'll meet again next week with a new topic and I think the next week will be the question answer session with परिदापा.</w:t>
      </w:r>
    </w:p>
    <w:p>
      <w:r>
        <w:rPr>
          <w:b/>
        </w:rPr>
        <w:t xml:space="preserve">[56:41] </w:t>
      </w:r>
      <w:r>
        <w:t>So kindly prefer your questions before asking now and we we meet again in shaa Allah next Sunday. Assalamualikum.</w:t>
      </w:r>
    </w:p>
    <w:p>
      <w:pPr>
        <w:jc w:val="right"/>
      </w:pPr>
      <w:r>
        <w:t>So kindly prefer your questions before asking now and we we meet again in shaa Allah next Sunday. अस्सलामिलिक.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