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God's Plan For Mankind September 24, 2023</w:t>
      </w:r>
    </w:p>
    <w:p>
      <w:r>
        <w:t>https://youtu.be/Z47sL5AFUAE</w:t>
      </w:r>
    </w:p>
    <w:p>
      <w:r>
        <w:rPr>
          <w:b/>
        </w:rPr>
        <w:t xml:space="preserve">[00:11] </w:t>
      </w:r>
      <w:r>
        <w:t>assalamualikum. today we will have conversation with professor farida khanum on the subject "gods plan for mankind". as we know that we are living on this planet earth, which is travelling at a great speed of 1000 miles an hour on its orbit</w:t>
      </w:r>
    </w:p>
    <w:p>
      <w:pPr>
        <w:jc w:val="right"/>
      </w:pPr>
      <w:r>
        <w:t>अस्सलामवालेकुम। टुडेवीविलहैव कन्वर्स ेशनविद प्रोफेसरफरीदाखानम ऑनद सब्जेक्ट "गॉड्सप्लानफॉर मैनकाइंड"। एजवीनो दैटवीआरलिविंगऑनदिसप्लेनेट अर्थ ,व्हिचइजट्रेवलिंगएटअग्रेट स्पीड ऑफ 1 000माइल्सएनआवर ऑनइट्सऑर्बिट</w:t>
      </w:r>
    </w:p>
    <w:p>
      <w:r>
        <w:rPr>
          <w:b/>
        </w:rPr>
        <w:t xml:space="preserve">[00:29] </w:t>
      </w:r>
      <w:r>
        <w:t>. so maulana wahiduddin khan sahib very creatively explain this in his book "the purpose of creation" by saying that it seems that we have all boarded a plane, which is heading towards an airport, and this airport is the airport of hereafter. there will be a time when all the human beings will land at this airport of hereafter.</w:t>
      </w:r>
    </w:p>
    <w:p>
      <w:pPr>
        <w:jc w:val="right"/>
      </w:pPr>
      <w:r>
        <w:t>। सो मौलानावैदुद्दीनखानसाहब वेरीक्रिएटिवली एक्सप्लेन दिस इनहिजबुक "दपर्पसऑफ क्रिए शन" बायसेइंगदैटइटसीम्सदैट वीहैवऑल बोर्डेडअप्लेन, व्हिचइजहेडिंगटुवर्ड्स एनएयरपोर्ट, एंडदिसएयरपोर्टइजद एयरपोर्टऑफ हेयरआफ्टर। देयरविलबीअटाइमव्हेनऑलद ह्यूमन बीइंग्सविल लैंड एट दिस एयरपोर्टऑफ हेयरआफ्टर।</w:t>
      </w:r>
    </w:p>
    <w:p>
      <w:r>
        <w:rPr>
          <w:b/>
        </w:rPr>
        <w:t xml:space="preserve">[00:56] </w:t>
      </w:r>
      <w:r>
        <w:t>so just like as you all would have experienced that when we travel from one country to another country, some people are stopped at the immigration point and not allowed to enter into the country, while others are allowed to pass. so likewise, at the airport of hereafter, there will be some people who will be stopped for questioning, while some people will be welcomed by the angels and led to paradise</w:t>
      </w:r>
    </w:p>
    <w:p>
      <w:pPr>
        <w:jc w:val="right"/>
      </w:pPr>
      <w:r>
        <w:t>सो जस्टलाइकएजयूऑलवुडहैवएक्सपीरियंसदैटव्हेनवीट्रेवल फ्रॉम वन कंट्रीटूअनदरकंट्री , समपीपल आर स्टॉप्डएटद इमीग्रेशनपॉइंटएंडनॉट अलाउडटू एंटर इनटूदकंट्री, वाइलअदर्सआरअलाउडटूपास । सो लाइकवाइज, एटद एयरपोर्टऑफ हेयरआफ्टर,देयरविलबी समपीपल हु विलबी स्टॉप्ड फॉरक्वेश्चनिंग, वाइलसम पीपलविलबी वेलकमबायद एंजल्स एंड लेडटूपैराडा</w:t>
      </w:r>
    </w:p>
    <w:p>
      <w:r>
        <w:rPr>
          <w:b/>
        </w:rPr>
        <w:t xml:space="preserve">[01:23] </w:t>
      </w:r>
      <w:r>
        <w:t>. its a very serious event that every man and woman should reflect, should think, because the landing at the hereafter will be un announced, and there will be no looking back or going back to the world that we have left behind. quran in chapter 39 says that there will be some blessed fortunate souls who will be welcomed by the angels, saying, "peace be upon you. you have done well.</w:t>
      </w:r>
    </w:p>
    <w:p>
      <w:pPr>
        <w:jc w:val="right"/>
      </w:pPr>
      <w:r>
        <w:t>इस। इट्सअ वेरी सीरियस इवेंटदैटएवरी मैनएंडवुमन शुड रिफ्लेक्ट,शुडथिंक , बिकॉजद लैंडिंग एटद हेयरआफ्टर विलबी अन अनाउंस्ड,एंडदेयरविलबीनोलुकिंगबैकऔर गोइंगबैकटूदवर्ल्डदैटवीहैव लेफ्टबिहाइंड। कुरान इनचैप्टर 3 9 सेज दैटदेयरविलबी सम ब्लेस्ड फॉर्चूनेट सोल्स हुविलबी वेलकमबायद एंजल्स,सेइंग, "पीसबीअपॉनयू।यू'वडनव ेल।</w:t>
      </w:r>
    </w:p>
    <w:p>
      <w:r>
        <w:rPr>
          <w:b/>
        </w:rPr>
        <w:t xml:space="preserve">[01:52] </w:t>
      </w:r>
      <w:r>
        <w:t>now enter paradise and dwell in it forever." so all of this is part of gods plan for mankind, aur isi par hum charcha karenge aaj farida apa ke sath. to chaliye unhi se baat cheet karte hain. assalamualikum apa, kaise hain aap? assalam. aap khairiyat se hain? ji, alhamdulillah</w:t>
      </w:r>
    </w:p>
    <w:p>
      <w:pPr>
        <w:jc w:val="right"/>
      </w:pPr>
      <w:r>
        <w:t>नाउ एंटर पैराडाइसएंड ड्वेइनइटफॉरएवर।" सो ऑलऑफदिसइजपार्टऑफ गॉड्स प्लानफॉरमैनकाइंड, औरइसीपरहमचर्चाकरेंगे आज फरीदाआपाकेसाथ।तोचलिए उन्हींसेबातचीतकरते हैं। अस्सलामवालेकुमआपा,कैसेहैंआप?अस्सलाम। आप खैरियतसेहैं?जी,अल्हम्दुलिल्लाह</w:t>
      </w:r>
    </w:p>
    <w:p>
      <w:r>
        <w:rPr>
          <w:b/>
        </w:rPr>
        <w:t xml:space="preserve">[02:10] </w:t>
      </w:r>
      <w:r>
        <w:t>apa. apa, sab se pehle, kyunke aaj ka subject bahut important hai, hum sab ki zindagi se juda hua hai, aur yeh aham ek subject hai jisko lekar hum sab ko sochna chahiye. to main chahunga ke aap hum sab ko yeh batayein ke what is the purpose of mans creation. wahan se shuru kijiye. dekhiye, allah taala ne koi bhi cheez ab nahi banai,</w:t>
      </w:r>
    </w:p>
    <w:p>
      <w:pPr>
        <w:jc w:val="right"/>
      </w:pPr>
      <w:r>
        <w:t>आपा। आपा,सबसे पहले,क्योंकिआजका सब्जेक्टबहुत इंपॉर्टेंटहै, हम सब की जिंदगीसेजुड़ाहुआहै, और यह अहम एक सब्जेक्टहैजिसकोलेकरहमसबकोसोचनाचाहिए।तोमैंचाहूंगा कि आप हम सबकोयहबताएंकिव्हाटइजद पर्पस ऑफ मैनसक्रिएशन ।वहांसेशुरू कीजिए। देखिए,अल्लाहतालानेकोई भी चीज अबसनहींबना ई ,</w:t>
      </w:r>
    </w:p>
    <w:p>
      <w:r>
        <w:rPr>
          <w:b/>
        </w:rPr>
        <w:t xml:space="preserve">[02:35] </w:t>
      </w:r>
      <w:r>
        <w:t>bilawaja nahi banai. har cheez ka ek maqsad hai.</w:t>
      </w:r>
    </w:p>
    <w:p>
      <w:pPr>
        <w:jc w:val="right"/>
      </w:pPr>
      <w:r>
        <w:t>बिलावजहनहींबना ई।हरचीज का एक मकसदहै।</w:t>
      </w:r>
    </w:p>
    <w:p>
      <w:r>
        <w:rPr>
          <w:b/>
        </w:rPr>
        <w:t xml:space="preserve">[02:39] </w:t>
      </w:r>
      <w:r>
        <w:t>to insaan jaisi creation, most important, jisko ashraful makhlooq kaha gaya hai, to woh kaise without purpose ho sakti hai? ji, to hamein sab se pehle hum isko dekhenge quran mein ke purpose kya hai insaan ki creation</w:t>
      </w:r>
    </w:p>
    <w:p>
      <w:pPr>
        <w:jc w:val="right"/>
      </w:pPr>
      <w:r>
        <w:t>तो इंसान जै सीक्रिएशन, मोस्ट इंपॉर्टेंट,जिसको अशरफुलमखलूक कहागयाहै, तो वह कैसे विदाउट पर्पसहोसकतीहै ?जी,तो हमें सबसे पहले हमइसको देखें गे कुरानमें के पर्पसक्याहै इंसानकी क्रिएशन</w:t>
      </w:r>
    </w:p>
    <w:p>
      <w:r>
        <w:rPr>
          <w:b/>
        </w:rPr>
        <w:t xml:space="preserve">[02:57] </w:t>
      </w:r>
      <w:r>
        <w:t>ka .to quranmein sur jariya,jo</w:t>
      </w:r>
    </w:p>
    <w:p>
      <w:pPr>
        <w:jc w:val="right"/>
      </w:pPr>
      <w:r>
        <w:t>का ।तो कुरानमें सूर जारिया,जो</w:t>
      </w:r>
    </w:p>
    <w:p>
      <w:r>
        <w:rPr>
          <w:b/>
        </w:rPr>
        <w:t xml:space="preserve">[03:00] </w:t>
      </w:r>
      <w:r>
        <w:t>5 1 numberhai,uska to usmeinaya hai, "wa makhluq jinn wa ins ila ibadati", yaani hum ne jinn wa ins ko paida kiya apni ibadat ke liye</w:t>
      </w:r>
    </w:p>
    <w:p>
      <w:pPr>
        <w:jc w:val="right"/>
      </w:pPr>
      <w:r>
        <w:t>5 1 नंबरहै,उसका तो उसमेंआयाहै,"व माखलत जिन्नवइं स इलालब दून ", यानीहम ने जिन्नवइंसको पैदा किया अपनी इबादतकेलिए</w:t>
      </w:r>
    </w:p>
    <w:p>
      <w:r>
        <w:rPr>
          <w:b/>
        </w:rPr>
        <w:t xml:space="preserve">[03:12] </w:t>
      </w:r>
      <w:r>
        <w:t>. to ibadat ka explanation</w:t>
      </w:r>
    </w:p>
    <w:p>
      <w:pPr>
        <w:jc w:val="right"/>
      </w:pPr>
      <w:r>
        <w:t>। तो इबाद त का एक्सप्लेनेशन</w:t>
      </w:r>
    </w:p>
    <w:p>
      <w:r>
        <w:rPr>
          <w:b/>
        </w:rPr>
        <w:t xml:space="preserve">[03:16] </w:t>
      </w:r>
      <w:r>
        <w:t>abdullah ibn abbas ne yeh kiya hai, jo ki bahut bade mufassir the, ki iska matlab hai ki khuda ki marfat hasil karna, khuda ki discovery karna.</w:t>
      </w:r>
    </w:p>
    <w:p>
      <w:pPr>
        <w:jc w:val="right"/>
      </w:pPr>
      <w:r>
        <w:t>अब्दुल्लाहइब्नअब्बास नेयहकियाहै, जो किबहुत बड़े मुफस्सिरथे, कि इसका मतलबहै कि खुदाकी मारफ हासिलकरना , खुदाकीडिस्कवरीकरना ।</w:t>
      </w:r>
    </w:p>
    <w:p>
      <w:r>
        <w:rPr>
          <w:b/>
        </w:rPr>
        <w:t xml:space="preserve">[03:27] </w:t>
      </w:r>
      <w:r>
        <w:t>to khuda ne bahut bari kainat isi liye banai hai ke insaan creation ke through khuda ki discovery kare. to yahi insaan ka maqsad hai, aur jo khuda ko discover kar lega aur khuda ki marzi ke mutabiq is duniya mein zindagi guzare, us ke liye eternal jannat allah taala ne banai. dekhiye, har cheez ka pair hai is duniya mein. koi cheez bhi baghair pair ke nahi hai. to</w:t>
      </w:r>
    </w:p>
    <w:p>
      <w:pPr>
        <w:jc w:val="right"/>
      </w:pPr>
      <w:r>
        <w:t>तोखुदानेबहुत बड़ी कायनात इसीलिएबना ईहै कि इंसान क्रिएशन केथ्रू खुदाकी डिस्कवरी करे। तो यही इंसानका मकसदहै, और जो खुदाको डिस्कवरकरलेगा और खुदाकीमर्जीकेमुताबिक इसदुनियामें जिंदगी गुजारे, उसके लिए इटरनल जन्नतअल्लाहतालानेबनाई।देखिए, हरचीज का पेयरहैइसदुनियामें । कोई चीजभी बगैरपेयरकेनहींहै। तो</w:t>
      </w:r>
    </w:p>
    <w:p>
      <w:r>
        <w:rPr>
          <w:b/>
        </w:rPr>
        <w:t xml:space="preserve">[03:57] </w:t>
      </w:r>
      <w:r>
        <w:t>is duniya ka jo pair hai, woh jannat hai. to allah taala ne jannat banai hai un logon ke liye jo is duniya mein khuda ki marzi ke mutabiq zindagi guzarenge. to yeh hum ko surah mulk se pata chalta hai, ayat number two, "khalaqal mauta wal hayat li yubluakum ayyukum ahsan</w:t>
      </w:r>
    </w:p>
    <w:p>
      <w:pPr>
        <w:jc w:val="right"/>
      </w:pPr>
      <w:r>
        <w:t>इसदुनिया का जो पेयरहै,वह जन्नतहै। तो अल्लाहतालाने जन्नत बना ईहै उनलोगों केलिए जो इसदुनिया में खुदाकीमर्जीकेमुताबिक जिंदगी गुजारेंगे। तोयहहमको सूरमुल्कसेपताचलताहै, आयतनंबर टू, "खलक लमौत वलहयात ले बल कुमअ युक मासनला</w:t>
      </w:r>
    </w:p>
    <w:p>
      <w:r>
        <w:rPr>
          <w:b/>
        </w:rPr>
        <w:t xml:space="preserve">[04:21] </w:t>
      </w:r>
      <w:r>
        <w:t>usne maut aur zindagi ko paida kiya taa ke logon ko jaanche ke tum mein se kaun achha hai aur kaun is ke qabil hai jo jannat mein jaane ke qabil hai. matlab yeh duniya jo hai, ek selection ground hai. is duniya mein humein is baat ka saboot dena hai ke kya hum jannat mein jaane ke liye ek deserving candidate hain. jannat dekhiye, ek ideal world hai, perfect world hai.</w:t>
      </w:r>
    </w:p>
    <w:p>
      <w:pPr>
        <w:jc w:val="right"/>
      </w:pPr>
      <w:r>
        <w:t>",उसने मौतऔर जिंदगीको पैदाकिया ताकिलोगोंको जांचे कितुममेंसेकौनअच्छाहै और कौन इसकाबिलहैजो जन्नतमें जाने के काबिलहै।मतलबयहदुनिया जोहै, एक सिलेक्शन ग्राउंडहै। इसदुनियामें हमें इसबातका सबूतदेनाहै किक्या हम जन्नतमें जाने केलिए एक डिजर्विंग कैंडिडेटहैं। जन्नतदेखिए,एक आइडियलवर्ल्डहै, परफेक्टवर्ल्डहै।</w:t>
      </w:r>
    </w:p>
    <w:p>
      <w:r>
        <w:rPr>
          <w:b/>
        </w:rPr>
        <w:t xml:space="preserve">[04:51] </w:t>
      </w:r>
      <w:r>
        <w:t>to humein bhi usi ke mutabiq apni personality ko develop karna hai. to us mein agar humare andar koi kami paayi jaayegi, to khud jannat hi humein accept nahi karegi. to is liye humein bahut zyada is maamle mein hoshiyar hona hai, bahut zyada fikr karni hai is baat ki ke humein apne aap ko jannat mein jaane ke qabil banana hai.</w:t>
      </w:r>
    </w:p>
    <w:p>
      <w:pPr>
        <w:jc w:val="right"/>
      </w:pPr>
      <w:r>
        <w:t>तो हमेंभी उसी केमुताबिक अपनी पर्सनालिटीको डेवलपकरना है। तो उसमें अगरहम ारेअंदरकोई कमी पाईजाएगी, तो खुद जन्नतहीहमें एक्सेप्ट नहीं करेगी। तो इसलिए हमेंबहुत ज्यादा इस मामलेमें हसा सहोनाहै,बहुत ज्यादा फिक्रकरनीहैइसबातकी किहमें अपनेआप को जन्नतमें जाने के काबिलबनानाहै।</w:t>
      </w:r>
    </w:p>
    <w:p>
      <w:r>
        <w:rPr>
          <w:b/>
        </w:rPr>
        <w:t xml:space="preserve">[05:15] </w:t>
      </w:r>
      <w:r>
        <w:t>ji, to yeh agar hum is is tasawwur ko na le, to yeh zindagi bilkul meaningless nazar aati hai ke is duniya mein insaan kyun aaya hai. us ko tarah tarah ki bimariyan aati hain, tarah tarah accident hota hai, phir death hoti hai. woh us ki jo desires hain, woh fulfill nahi hoti. to insaan sochta hai ke aakhir zindagi ka maqsad</w:t>
      </w:r>
    </w:p>
    <w:p>
      <w:pPr>
        <w:jc w:val="right"/>
      </w:pPr>
      <w:r>
        <w:t>जी, तो यह अगरहम इस इस तसव्वुरकोना ले, तो यह जिंदगीबिल्कुल मीनिंगलेसनजरआतीहै किइसदुनियामेंइंसानक्योंआयाहै। उसको तरह-तरहकीबीमारियांआतीहैं, तरह -तरहएक्सीडेंटहोताहै, फिर डेथहोतीहै। वो उसकीजो डिजायर्स हैं,वोफुलफिलनहींहोती । तो इंसान सो चताहै कि आखिर जिंदगीकामकसदक</w:t>
      </w:r>
    </w:p>
    <w:p>
      <w:r>
        <w:rPr>
          <w:b/>
        </w:rPr>
        <w:t xml:space="preserve">[05:43] </w:t>
      </w:r>
      <w:r>
        <w:t>kya hai. lekin jab hum is tasawwur ko saamne rakhte hain, tab humein zindagi bahut meaningful nazar aati hai. dekhiye, is duniya mein bhi humein koi cheez baghair mehnat ke nahi milti. hum mehnat karte hain, koi exam dete hain, us mein pass hote hain, tab humein koi achha job milta hai. to wohi samajh lijiye ke is duniya mein hum aaye hain apna test dene ke liye. aur baar baar yeh baat Quran mein aayi hai,</w:t>
      </w:r>
    </w:p>
    <w:p>
      <w:pPr>
        <w:jc w:val="right"/>
      </w:pPr>
      <w:r>
        <w:t>्याहै। लेकिन जबहम इस तसव्वुरको साम नेरखतेहैं,तबहमें जिंदगी बहुत मीनिंगफुलनजरआतीहै। देखिए,इसदुनियामेंभीहमेंकोईचीज बगैरमेहनतकेनहींमिलती । हम मेहनतकरते हैं,कोई एग्जामदेतेहैं,उसमें पास होतेहैं, तबहमेंकोई अच्छाजॉबमिलताहै। तो वहीसमझलीजिएकिइसदुनियामें हम आएहैं अपना टेस्टदेनेकेलिए। औरबार-बारयहबात कुरानमेंआईहै,</w:t>
      </w:r>
    </w:p>
    <w:p>
      <w:r>
        <w:rPr>
          <w:b/>
        </w:rPr>
        <w:t xml:space="preserve">[06:08] </w:t>
      </w:r>
      <w:r>
        <w:t>test dene ke liye. jo is test mein kaamyaab hoga, us ko aakhirat mein ek eternal life jo hai, jannat mein, wahan us ko jagah milegi. to jin logon ko yeh tasawwur clear nahi hai, woh jaise Sir James James ne ne bhi kaha, jo bahut bade scientist hain, ke "Man has strayed into a world which has not been made for him"</w:t>
      </w:r>
    </w:p>
    <w:p>
      <w:pPr>
        <w:jc w:val="right"/>
      </w:pPr>
      <w:r>
        <w:t>टेस्टदेनेकेलिए।जो इसटेस्टमें काम याबहोगा, उसको आखिरतमें एक इटरनललाइफजोहै, जन्नतमें, वहां उसकोजगहमिलेगी। तो जिनलोगों को यहतसव्वुर क्लियरनहीं है,वह जैसे सर जेम्सजीम्स ने नेभी कहा,जोबहुतबड़े साइंटिस्टहैं, कि"म ैन हैज स्ट्रेड इनटूअवर्ल्ड व्हिचहैजनॉटबीन मेड फॉरहिम</w:t>
      </w:r>
    </w:p>
    <w:p>
      <w:r>
        <w:rPr>
          <w:b/>
        </w:rPr>
        <w:t xml:space="preserve">[06:34] </w:t>
      </w:r>
      <w:r>
        <w:t>. matlab sab ko yeh lagta hai ke insaan ke andar itni zyada khwahish hai, itna zyada woh jeena chahta hai, woh ek achhi zindagi chahta hai, ek perfect life chahta hai. lekin yahan us ko kuch nahi milta, chahe woh ameer ho, ghareeb ho, jaisa bhi ho. woh us ko apni apni marzi ke mutabiq is duniya mein woh nahi reh paata. to</w:t>
      </w:r>
    </w:p>
    <w:p>
      <w:pPr>
        <w:jc w:val="right"/>
      </w:pPr>
      <w:r>
        <w:t>।"मतलब सबको यहलगताहै कि इंसान केअंदर इतनीज्यादा ख्वाहिशहै, इतनाज्यादा वह जीनाचाहताहै, वह एकअच्छीजिंदगी चाहताहै, एक परफेक्टलाइफचाहताहै।लेकिन यहां उसकोकुछनहींमिलता , चाहेवह अमीरहो,गरीबहो , जैसाभी हो। वहउसको अपनी अपनी मर्जी केमुताबिक इसदुनियामें वहनहींरहपाता । तो</w:t>
      </w:r>
    </w:p>
    <w:p>
      <w:r>
        <w:rPr>
          <w:b/>
        </w:rPr>
        <w:t xml:space="preserve">[06:57] </w:t>
      </w:r>
      <w:r>
        <w:t>lekin jab hum is creation plan ko apne samne rakhte hain, tab humein samajh mein aata hai ki yeh duniya mein hamara jo rehna hai, bahut zyada meaningful hai. ji, is bas humein itna karna hai ki humein apne aap ko khuda ke aage submit karna hai, surrender karna hai. aur dekhiye, poori kainat ne sab ka religion jo hai, submission hai.</w:t>
      </w:r>
    </w:p>
    <w:p>
      <w:pPr>
        <w:jc w:val="right"/>
      </w:pPr>
      <w:r>
        <w:t>लेकिन जब हम इस क्रिएशन प्लानको अपनेसामने रखतेहैं, तबहमेंसमझ मेंआताहैकि यहदुनिया मेंहम ारा जो रहनाहै, बहुत ज्यादा मीनिंगफुलहै। जी, इस बसहमेंइतनाकरना हैकिहमें अपनेआप कोखुदाकेआगे सबमिटकरना है, सरेंडरकरनाहै। और देखिए,पूरी कायनातने सब कारिलीजनजोहै,सबमिशनहै।</w:t>
      </w:r>
    </w:p>
    <w:p>
      <w:r>
        <w:rPr>
          <w:b/>
        </w:rPr>
        <w:t xml:space="preserve">[07:21] </w:t>
      </w:r>
      <w:r>
        <w:t>jo allah ne muqarrar kar diya, uske liye woh us se zara bhi tajawuz nahin karti, zara bhi deviation nahin karti. toh lekin fark yeh hai ki uske woh compulsory aisa kar rahi hai, aur insaan ko voluntary karna hai, insaan ko by choice karna hai. toh submission by choice jo hai, yahi qeemat hai jannat ki. ji, toh yahi willing surrender hai. ya sharai taur</w:t>
      </w:r>
    </w:p>
    <w:p>
      <w:pPr>
        <w:jc w:val="right"/>
      </w:pPr>
      <w:r>
        <w:t>जो अल्लाहनेमुकर्ररकरदिया ,उसकेलिए वह उससे जराभी तजाऊजनहींकरती ,जराभी डेविएटनहींकरती । तो लेकिन फर्कयहहैकि उसके वह कंप लसरी ऐसाकररहीहै, और इंसानको वॉलंट री करनाहै, इंसानको बायचॉइसकरनाहै। तो सब मिशन बायचॉइसजोहै, यही कीमतहै जन्नतकी। जी, तो यही विलिंगसरेंडरहै। या शरीतौर</w:t>
      </w:r>
    </w:p>
    <w:p>
      <w:r>
        <w:rPr>
          <w:b/>
        </w:rPr>
        <w:t xml:space="preserve">[07:50] </w:t>
      </w:r>
      <w:r>
        <w:t>par kainat ko shaoor nahin hai, humein insaan ko shaoor diya gaya. agar hum sharai taur par surrender kar dein, toh usi wa wohi log jo hain, is qabil hain ki akhirat mein unko allah taala apni ideal world, perfect world mein jagah dega. apa, bahut achhe se aap ne us ko samjhaya ki is duniya mein humein voluntary submit karna hai. and this whole thing is all about test.</w:t>
      </w:r>
    </w:p>
    <w:p>
      <w:pPr>
        <w:jc w:val="right"/>
      </w:pPr>
      <w:r>
        <w:t>पर कायनातको शूरनहींहै, हमें इंसानको शूरदियागया। अगरहम शरीतौरपर सरेंडरकरदें, तो उसी व वहीलोगजोहैं, इस काबिलहैंकि आखिरतमें उनकोअल्लाहताला अपनी आइडियलवर्ल्ड,परफेक्टवर्ल्डमें जगह देगा । आपा,बहुतअच्छेसेआपने उसकोसमझाया कि इसदुनिया मेंहमें वॉलंटरी सबमिटकरनाहै।एंडदिसहोलथिंगइजऑलअबाउटटेस्ट।</w:t>
      </w:r>
    </w:p>
    <w:p>
      <w:r>
        <w:rPr>
          <w:b/>
        </w:rPr>
        <w:t xml:space="preserve">[08:20] </w:t>
      </w:r>
      <w:r>
        <w:t>par apa, yeh shuruat hoti hai wahan se, on the creation of adam by god almighty. and the response that iblis and angels gave is a significant narrative, which is part of the islamic tradition. and apa, it also gives a lot of lessons to humanity on obedience, humility and consequences of arrogance. toh apa, main chahunga ki aap us ke bare mein zaroor batayein hum sab ko. v</w:t>
      </w:r>
    </w:p>
    <w:p>
      <w:pPr>
        <w:jc w:val="right"/>
      </w:pPr>
      <w:r>
        <w:t>परआपा,यह शुरुआत होती है वहांसे, ऑनदक्रिएशन ऑफ एडमबायगॉडऑलमाइटी। एंड द रिस्पांसदैटदइब्लीस एंड एंजल्सगेवइजअसिग्निफिकेंटनैरेटिव,व्हिचइजपार्टऑफदइस्लामिक ट्रेडिशन। एंड आ पा, इटआल्सो गिव्स अलॉटऑफले संसटूह्यूमैनिटीऑन ओबेडिएंस,ह्यूमिडिटीएंड कंसीक्वेंसेस ऑफ एरोगेंस। तोआपा,मैंचाहूंगाकिआप उसके बारेमेंजरूरबताएंहमसबको । व्</w:t>
      </w:r>
    </w:p>
    <w:p>
      <w:r>
        <w:rPr>
          <w:b/>
        </w:rPr>
        <w:t xml:space="preserve">[08:50] </w:t>
      </w:r>
      <w:r>
        <w:t>hen god declared that he is going to create adam, what was the response of iblis and angels? us qisse ke bare mein bhi hum sab ko batayein. asal mein, is duniya mein pehle allah taala ne jinn ko paida kiya tha. ji, toh jinn ne bahut zyada, woh bahut bahut powerful the, bahut taqat thi un ke andar. toh unhone khoob fasad kiya, khoob khoon bahaya.</w:t>
      </w:r>
    </w:p>
    <w:p>
      <w:pPr>
        <w:jc w:val="right"/>
      </w:pPr>
      <w:r>
        <w:t>हेनगॉड डिक्लेयर्डदैटहीइजगोइंगटूक्रिएटएडम, व्हाटवाजदरिस्पांसऑफ इब्लीसएंडएंजल्स? उसकिस्सेकेबारेमेंभीहमसबकोबताएं। असलमें, इसदुनिया में पहले अल्लाहतालाने जिन्नकोपैदाकियाथा। जी, तो जिन्नोनेबहुत ज्यादा,वह बहुत बहुत पावरफुलथे,बहुत ताकतथीउनकेअंदर । तो उन्होंने खूब फसादकिया,खूबखूनबहाया।</w:t>
      </w:r>
    </w:p>
    <w:p>
      <w:r>
        <w:rPr>
          <w:b/>
        </w:rPr>
        <w:t xml:space="preserve">[09:16] </w:t>
      </w:r>
      <w:r>
        <w:t>toh jo sarkashi jinn ne ki thi, us ki base par farishton ko shubah hua ki ab allah ne ek nayi creature, ek nayi naya creature banaya hai, naya creation banaya hai. ab woh bhi jinn ki tarah se fasad karega. toh jab allah taala ne bataya ki main zameen mein ek khalifa banane wala hoon, inni ja'il fil arz khalifa, is mein bhi logon ko confusion hai. a</w:t>
      </w:r>
    </w:p>
    <w:p>
      <w:pPr>
        <w:jc w:val="right"/>
      </w:pPr>
      <w:r>
        <w:t>तो जो सरकशीजि न्नोनेकीथी, उसकी बेसपर फ रिश्तोंकोशुभाहुआ किअबअल्लाहनेएकनई क्रिएचर ,एकनई नया क्रिएचर बना याहै,नया क्रिएशन बनायाहै। अबवहभी जिन्नोकीतरहसे फसादकरेगा । तो जब अल्लाहतालानेबताया किमैंजमीनमें एक खलीफा बनानेवालाहूं, इ नीजाइल फिलअर्ज खलीफा , इसमेंभीलोगोंको कंफ्यूजनहै। अ</w:t>
      </w:r>
    </w:p>
    <w:p>
      <w:r>
        <w:rPr>
          <w:b/>
        </w:rPr>
        <w:t xml:space="preserve">[09:46] </w:t>
      </w:r>
      <w:r>
        <w:t>llah ne kaha tha ek khalifa, logon ne us ko khilafat kar diya, main apna khalifa. kyunki khalifa ke ma'ne successor. toh successor jo hai, woh kiska successor?</w:t>
      </w:r>
    </w:p>
    <w:p>
      <w:pPr>
        <w:jc w:val="right"/>
      </w:pPr>
      <w:r>
        <w:t>ल्लाहनेकहा था एकखलीफा , लोगों ने उसको खलीफतकरदिया ,मैंअपना खलीफा । क्योंकिखलीफा के माने सक्सेसर । तो सक्सेसरजोहै, वह किसकासक्सेसर ?</w:t>
      </w:r>
    </w:p>
    <w:p>
      <w:r>
        <w:rPr>
          <w:b/>
        </w:rPr>
        <w:t xml:space="preserve">[09:57] </w:t>
      </w:r>
      <w:r>
        <w:t>jinn ka successor. kyunki pehle is duniya ka charge jinn ko diya gaya tha. phir woh charge allah taala jinn ki nafarmani se naraz hue, aur phir woh charge jo hai, insaan ko de diya. toh is tarike se insaan jo hai, woh khalifat ul jinn hai,</w:t>
      </w:r>
    </w:p>
    <w:p>
      <w:pPr>
        <w:jc w:val="right"/>
      </w:pPr>
      <w:r>
        <w:t>जिन्नोकासक्सेसर । क्योंकि पहले इसदुनिया का चार्ज जिन्नोकोदियागयाथा। फिर वह चार्ज अल्लाहताला जिन्नोकीनाफरमानीसेनाराजहुए , और फिर वह चार्जजोहै, इंसानकोदे दिया । तोइसतरीकेसे इंसानजोहै,वह खलीफतुलजिन्नहै,</w:t>
      </w:r>
    </w:p>
    <w:p>
      <w:r>
        <w:rPr>
          <w:b/>
        </w:rPr>
        <w:t xml:space="preserve">[10:16] </w:t>
      </w:r>
      <w:r>
        <w:t>na ki khuda ka khalifa. toh is tarike se jab allah ne yeh baat angels se kahi ki main ek ek banane wala hoon, ek khalifa, toh jinn ne kaha ki woh fasad karenge aur khoon bahayenge. toh allah ne jawab mein kaha, "main woh jaanta hoon jo tum nahin jaante."</w:t>
      </w:r>
    </w:p>
    <w:p>
      <w:pPr>
        <w:jc w:val="right"/>
      </w:pPr>
      <w:r>
        <w:t>ना कि खुदाकाखलीफा । तो इसतरीकेसेजब अल्लाहने यहबात एंजलसेकही किमैं एक एक बनानेवालाहूं, एकखलीफा, तो जिन्होंनेकहा किवह फसादकरेंगेऔरखून बहाएंगे। तो अल्लाहनेजवाबमेंकहा ,"मैंवहजानताहूंजोतुमनहींजानते ।"</w:t>
      </w:r>
    </w:p>
    <w:p>
      <w:r>
        <w:rPr>
          <w:b/>
        </w:rPr>
        <w:t xml:space="preserve">[10:39] </w:t>
      </w:r>
      <w:r>
        <w:t>toh phir allah taala ne adam ko, jo ki pehle insaan the, un ko kuch quran mein aaya hai, surah baqarah mein, ki kuch naam bataye. naam ka matlab kuch ilm diya ki yeh tamam jo insaan qiyamat tak paida honge, aur us mein se kitne achhe log nikalenge, aur kitne na farman honge. sara ilm adam ko diya. toh adam ne farishton se bataya. toh farishte mutma'in ho gaye.</w:t>
      </w:r>
    </w:p>
    <w:p>
      <w:pPr>
        <w:jc w:val="right"/>
      </w:pPr>
      <w:r>
        <w:t>तोफिर अल्लाहतालाने आदमको ,जो किपहले इंसानथे, उनको कुछ कुरानमेंआयाहै,सूर बकरामें, किकुछ नाम बताए।नाम कामतलबकुछ इल्मदिया कियहतमामजो इंसान कयामततक पैदाहोंगे, और उसमेंसेकितनेअच्छेलोग निकलेंगे, औरकितने ना फरमानहोंगे।साराइल्म आदमकोदिया । तो आदमने फरिश्तोंसेबताया । तो फरिश्तेमुतमइनहोगए।</w:t>
      </w:r>
    </w:p>
    <w:p>
      <w:r>
        <w:rPr>
          <w:b/>
        </w:rPr>
        <w:t xml:space="preserve">[11:08] </w:t>
      </w:r>
      <w:r>
        <w:t>lekin farishte toh mutma'in ho gaye. aur jab allah taala ne farishton se kaha ki tum adam ke aage jhuk jao, toh us ma'ne mein sajda nahin tha, jis ma'ne mein hum khuda ke aage sajda karte hain. matlab jhukna. yaani insaan is duniya mein jab aayega, wahan azaadana taur par us ko kaam karne ka mauqa diya jayega. toh bahut bahut mauqe par farishton ki madad chahiye hoti hai,</w:t>
      </w:r>
    </w:p>
    <w:p>
      <w:pPr>
        <w:jc w:val="right"/>
      </w:pPr>
      <w:r>
        <w:t>लेकिन फरिश्तेतोमुतमइनहोगए।और जब अल्लाहतालाने फरिश्तोंसेकहा कितुमआदमकेआगेझुकजाओ , तो उस मानेमेंसजदानहींथा, जिसमानेमेंहमखुदाकेआगेसजदाकरतेहैं। मतलबझुकना। यानी इंसान इसदुनियामेंजब आएगा,वहां आजादानातौरपर उसको कामकरने का मौकादियाजाएगा। तो बहुत बहुत मौकेपर फरिश्तोंकीमददचाहिएहोती है,</w:t>
      </w:r>
    </w:p>
    <w:p>
      <w:r>
        <w:rPr>
          <w:b/>
        </w:rPr>
        <w:t xml:space="preserve">[11:34] </w:t>
      </w:r>
      <w:r>
        <w:t>jo ki invisible hain, humein dikhai nahin dete. lekin bahut baar aisa lagta hai ki kaam hamara atka hua tha, kaam achanak ho gaya. toh farishte invisible creature hain, lekin woh insaan ki barabar madad karte hain. toh yeh jhukne ka matlab yeh tha ki tum ko insaan ka poora support dena hoga insaan ko, taake woh apna test de sake azaadi ke is mahol mein. toh farishte toh jhuk gaye, lekin iblis nahin jhuka.</w:t>
      </w:r>
    </w:p>
    <w:p>
      <w:pPr>
        <w:jc w:val="right"/>
      </w:pPr>
      <w:r>
        <w:t>जो कि इनविजिबलहैं,हमेंदिखाईनहींदेते।लेकिन बहुत बार ऐसालगताहैकिकामहम ाराअटकाहुआथा,कामअचानकहोगया। तो फरिश्ते इनविजिबलक्रिएचरहैं,लेकिन वह इंसानकी बराबर मददकरते हैं। तो यह झुकनेकामतलबयहथा कितुमको इंसानका पूरा सपोर्टदेनाहोगाइंसानको ,ताकिवहअपना टेस्टदेसके आजादीकेइसमाहौलमें । तो फरिश्तेतोझुकगए , लेकिन इब्लीसनहींझुका ।</w:t>
      </w:r>
    </w:p>
    <w:p>
      <w:r>
        <w:rPr>
          <w:b/>
        </w:rPr>
        <w:t xml:space="preserve">[12:03] </w:t>
      </w:r>
      <w:r>
        <w:t>iblis nahin jhuka, is liye ki iblis hi jinn ka sardar tha. toh us ko toh bahut gussa aaya ki humein bedakhal karke ab insaan ko hamari jagah de di hai. toh iblis jo hai, jinnat jo hai, woh banaye gaye the aag se, aur adam banaye gaye the mitti se. toh us ne kaha, "ana khairum min, main adam se behtar hoon, main aag se banaya gaya hoon, aur adam mitti se banaye gaye hain."</w:t>
      </w:r>
    </w:p>
    <w:p>
      <w:pPr>
        <w:jc w:val="right"/>
      </w:pPr>
      <w:r>
        <w:t>इब्लीसनहीं झुका,इसलिए कि इब्लीसहीजिन्नोकासरदारथा। तो उसकोतो बहुत गुस्साआया किहमें बेदखलकरके अबइंसानको हमारीजगहदेदीहै। तो इब्लीसजोहै, जिन्नातजोहै,वह बना एगएथे आगसे , और आदम बनाएगएथे मिट्टीसे । तो उसनेकहा ,"अनाखैरुम िन , मैं आदमसे बेहतरहूं,मैंआगसेबना यागयाहूं,और आदममिट्टीसेबना एगएहैं।"</w:t>
      </w:r>
    </w:p>
    <w:p>
      <w:r>
        <w:rPr>
          <w:b/>
        </w:rPr>
        <w:t xml:space="preserve">[12:30] </w:t>
      </w:r>
      <w:r>
        <w:t>toh is wajah se us ne jo hai, nahin jhuka. allah ki nafarmani ki. dekhiye, woh jo hai, allah ka jo bhi hukm hai, us ke aage humein apna sar tasleem kham karna hai. humein submission, submit apne aap ko kar dena hai, surrender kar dena hai. woh apni aql nahin lagani hai ki hum is ke aage nahin jhukenge. hum toh sirf khuda ke hi aage jhukte hain. toh yeh nahin, jo allah ka hukm hai, bas us ko karna hai. toh</w:t>
      </w:r>
    </w:p>
    <w:p>
      <w:pPr>
        <w:jc w:val="right"/>
      </w:pPr>
      <w:r>
        <w:t>तो इसवजहसेउसने जोहै, नहीं झुका। अल्लाहकीनाफरमानीकी। देखिए, वह जोहै, अल्लाह का जो भी हुक्महै, उसके आगे हमें अपना सर तस्लीमखमकरना है। हमें सबमिशन, सबमिटअपनेआपकोकरदेनाहै, सरेंडरकरदेनाहै। वह अपनी अकलनहींलग ानीहैकिहमइसकेआगेनहींझुकेंगे। हमतो सिर्फखुदाकेहीआगेझुकतेहैं। तो यहनहीं,जो अल्लाहकाहुक्महै,बसउसकोकरना है। तो</w:t>
      </w:r>
    </w:p>
    <w:p>
      <w:r>
        <w:rPr>
          <w:b/>
        </w:rPr>
        <w:t xml:space="preserve">[12:58] </w:t>
      </w:r>
      <w:r>
        <w:t>is tarike se woh allah ki rehmat se woh door ho gaya.</w:t>
      </w:r>
    </w:p>
    <w:p>
      <w:pPr>
        <w:jc w:val="right"/>
      </w:pPr>
      <w:r>
        <w:t>इसतरीकेसे वह अल्लाहकीरहमतसेवहदूरहोगया।</w:t>
      </w:r>
    </w:p>
    <w:p>
      <w:r>
        <w:rPr>
          <w:b/>
        </w:rPr>
        <w:t xml:space="preserve">[13:02] </w:t>
      </w:r>
      <w:r>
        <w:t>to phir allah taala ne bataya, jo allah taala ne kaha</w:t>
      </w:r>
    </w:p>
    <w:p>
      <w:pPr>
        <w:jc w:val="right"/>
      </w:pPr>
      <w:r>
        <w:t>तो फिर अल्लाहतालानेबताया,जोअल्लाहतालानेकहा</w:t>
      </w:r>
    </w:p>
    <w:p>
      <w:r>
        <w:rPr>
          <w:b/>
        </w:rPr>
        <w:t xml:space="preserve">[13:05] </w:t>
      </w:r>
      <w:r>
        <w:t>tha ki jo main janta hoon, woh tum nahin jante.</w:t>
      </w:r>
    </w:p>
    <w:p>
      <w:pPr>
        <w:jc w:val="right"/>
      </w:pPr>
      <w:r>
        <w:t>था किजोमैंजानताहूं,वहतुमनहींजानते ।</w:t>
      </w:r>
    </w:p>
    <w:p>
      <w:r>
        <w:rPr>
          <w:b/>
        </w:rPr>
        <w:t xml:space="preserve">[13:08] </w:t>
      </w:r>
      <w:r>
        <w:t>woh yahi tha ki insan jo hai, to insan ko allah taala ne</w:t>
      </w:r>
    </w:p>
    <w:p>
      <w:pPr>
        <w:jc w:val="right"/>
      </w:pPr>
      <w:r>
        <w:t>वह यहीथा कि इंसानजोहै, तो इंसान कोअल्लाहतालाने</w:t>
      </w:r>
    </w:p>
    <w:p>
      <w:r>
        <w:rPr>
          <w:b/>
        </w:rPr>
        <w:t xml:space="preserve">[13:14] </w:t>
      </w:r>
      <w:r>
        <w:t>ek bahut hi zyada aqal di thi.</w:t>
      </w:r>
    </w:p>
    <w:p>
      <w:pPr>
        <w:jc w:val="right"/>
      </w:pPr>
      <w:r>
        <w:t>एकबहुतही ज्यादा अकलदीथी।</w:t>
      </w:r>
    </w:p>
    <w:p>
      <w:r>
        <w:rPr>
          <w:b/>
        </w:rPr>
        <w:t xml:space="preserve">[13:16] </w:t>
      </w:r>
      <w:r>
        <w:t>to logically, rationally baton ko samajh sakta tha.</w:t>
      </w:r>
    </w:p>
    <w:p>
      <w:pPr>
        <w:jc w:val="right"/>
      </w:pPr>
      <w:r>
        <w:t>तो लॉजिकली,रैशनलीबातोंकोसमझसकता था।</w:t>
      </w:r>
    </w:p>
    <w:p>
      <w:r>
        <w:rPr>
          <w:b/>
        </w:rPr>
        <w:t xml:space="preserve">[13:20] </w:t>
      </w:r>
      <w:r>
        <w:t>to usmein se allah janta tha ki kuch log to sarkash nikalenge, lekin bahut sare log usmein khuda ki farmabardar karenge, aur khuda ki marzi ke mutabiq</w:t>
      </w:r>
    </w:p>
    <w:p>
      <w:pPr>
        <w:jc w:val="right"/>
      </w:pPr>
      <w:r>
        <w:t>तो उसमेंसे अल्लाह जानताथाकिकुछ लोग तो सरकश निकलेंगे,लेकिन बहुत सारेलोग उसमें खुदाकी फरमाबरदार करेंगे,और खुदाकीमर्जीकेमुताबिक</w:t>
      </w:r>
    </w:p>
    <w:p>
      <w:r>
        <w:rPr>
          <w:b/>
        </w:rPr>
        <w:t xml:space="preserve">[13:30] </w:t>
      </w:r>
      <w:r>
        <w:t>is duniya mein zindagi guzaren</w:t>
      </w:r>
    </w:p>
    <w:p>
      <w:pPr>
        <w:jc w:val="right"/>
      </w:pPr>
      <w:r>
        <w:t>इसदुनियामेंजिंदगीगुजारें</w:t>
      </w:r>
    </w:p>
    <w:p>
      <w:r>
        <w:rPr>
          <w:b/>
        </w:rPr>
        <w:t xml:space="preserve">[13:32] </w:t>
      </w:r>
      <w:r>
        <w:t>ge. aur doosre ki dekhiye, ghaltiyan toh insaan se hoti hain. khud hazrat adam se galti hui. toh insaan ke andar ek guilt feeling hai ki us ko mehsoos ho jata hai ki maine galti ki hai. phir woh tauba karta hai, allah se maafi mangta hai, bilkul jaise hazrat adam ne kiya. toh is tarike se woh feeling of guilt hai, na, woh us ko insaan ko bachati hai. aur woh wapas tauba karke wapas allah ke farmabardar mein lag</w:t>
      </w:r>
    </w:p>
    <w:p>
      <w:pPr>
        <w:jc w:val="right"/>
      </w:pPr>
      <w:r>
        <w:t>गे। और दूस रे की देखिए,गलतियांतोइंसानसेहोती हैं। खुदहजरतआदमसेगलतीहुई । तो इंसान केअंदरएक गिल्ट फीलिंगहै किउसकोमहसूसहोजाताहैकिमैंनेगलती कीहै। फिर वह तौबाकरताहै,अल्लाहसेमाफी मांगताहै, बिल्कुलजैसे हजरतआदमनेकिया। तो इसतरीकेसेवहजोफीलिंगऑफगिल्टहै,ना,वहउसको इंसानको बचा तीहै।और वह वापस तौबाकरकेवापस अल्लाहके फरमाबरदारमेंलग</w:t>
      </w:r>
    </w:p>
    <w:p>
      <w:r>
        <w:rPr>
          <w:b/>
        </w:rPr>
        <w:t xml:space="preserve">[14:00] </w:t>
      </w:r>
      <w:r>
        <w:t>jata hai. toh yahi tauba jo hai, na, woh insaan ko barabar karte rehna chahiye, taake us ki ghaltiyon ki maafi hoti rahe. toh is jo ek ek doosre madamein aisa hai ki original sin ka concept hai, ji, ki woh ek ek baar sin ho gaya, toh phir woh sin hamesha jari rahega. every child will be born a sinner. toh aisa nahin hai,</w:t>
      </w:r>
    </w:p>
    <w:p>
      <w:pPr>
        <w:jc w:val="right"/>
      </w:pPr>
      <w:r>
        <w:t>जाता है।तो यही तौबाजोहै, ना, वह इंसानको बराबर करते रहनाचाहिए,ताकिउसकी गलतियोंकीमाफीहोती रहे । तो इस जो एक एक दूसरे मदामें ऐसाहै कि ओरिजिनलसिनका कांसेप्टहै, जी, किवह एक एकबार सिनहोगया,तोफिर वहसिन हमेशा जारी रहेगा। ए वरीचाइल्ड विलबी बोर्नअसिनर।तो ऐसानहीं है,</w:t>
      </w:r>
    </w:p>
    <w:p>
      <w:r>
        <w:rPr>
          <w:b/>
        </w:rPr>
        <w:t xml:space="preserve">[14:26] </w:t>
      </w:r>
      <w:r>
        <w:t>har child masoom paida hota hai, aur insaan ghaltiyan karta hai, aur phir us ki maafi hoti hai. allah taala bahut zyada maaf karne wala hai. ji ji, apa, in aap ne jaise bataya ki iblis jo hai, woh allah ki rehmat se door ho gaya, kyunki us ne inkar kar diya jab us ko sajda karne ke liye kaha. in fact, ek badi interesting hadith</w:t>
      </w:r>
    </w:p>
    <w:p>
      <w:pPr>
        <w:jc w:val="right"/>
      </w:pPr>
      <w:r>
        <w:t>हर चाइल्ड मासूमपैदाहोताहै, और इंसानगलतियांकरताहै, और फिर उसकी माफी होती है।अल्लाहतालाबहुतज्यादा माफकरने वालाहै। जीजी ,आपा,इन आपने जैसे बताया कि इब्लीस जोहै,वह अल्लाहकीरहमतसेदूरहोगया,क्योंकि उसनेइंकारकरदियाजबउसको सजदाकरनेकेलिए कहा । इनफैक्ट,एकबड़ीइंटरेस्टिंगहदीस</w:t>
      </w:r>
    </w:p>
    <w:p>
      <w:r>
        <w:rPr>
          <w:b/>
        </w:rPr>
        <w:t xml:space="preserve">[14:50] </w:t>
      </w:r>
      <w:r>
        <w:t>hai, apa, prophet ne ek martaba kaha ki "when the son of an adam recites the verses of sajda and observes prostrate, then satan weeps and says woe to me, the son of adam was commanded to observe prostrate, and he prostrated. so there is paradise for him. i was commanded to fall in prostrate, but i refused, and hell is for me."</w:t>
      </w:r>
    </w:p>
    <w:p>
      <w:pPr>
        <w:jc w:val="right"/>
      </w:pPr>
      <w:r>
        <w:t>है,आपा,प्रोफेटनेएकमर्तबा कहा कि "व्हेनद सनऑफ एनएडम रिसाइट दवर्सेसऑफ सजदा एंड ऑब्जर्व प्रोस्ट्र ेट, देन सेटन वीप्स एंडसेज वो टूमी, दसनऑफएडमवाज कमांडेडटूऑब्जर्व प्रोस्ट्र ेट, एंडही प्रोस्ट्रेट। सोदेयरइजपैराडाइसफॉरहिम। आई वाजकमांडेडटूफॉलइनप्रोस्ट्र ेट,बटआईरिफ्यूज्ड, एंडहेलइज फॉरमी।"</w:t>
      </w:r>
    </w:p>
    <w:p>
      <w:r>
        <w:rPr>
          <w:b/>
        </w:rPr>
        <w:t xml:space="preserve">[15:17] </w:t>
      </w:r>
      <w:r>
        <w:t>to aa pa,yah bahutbada sab kahaihum sabke lie . is se bahut zabardast sab kamilta hai. apa, that also brings us to another question, that since humanity began, prophets were sent in different ages to warn mankind, to guide them. so they were about 1 2 4 000 prophets, that was sent to mankind. what was the need of sending</w:t>
      </w:r>
    </w:p>
    <w:p>
      <w:pPr>
        <w:jc w:val="right"/>
      </w:pPr>
      <w:r>
        <w:t>तो आ पा,यह बहुतबड़ा सब कहैहम सबकेलिए । इस सेबहुत जबरदस्तसबकमिलताहै। आपा,दैटआल्सोब्रिंग्सअसटूअनदरक्वेश्चन,दैट सिंसह्यूमैनिटीबिगन, प्रोफेट्सवरसेंट इनडिफरेंटएजेस टूवॉर्नमैनकाइंड,टूगाइडदेम।सोदेवरअबाउट 1 2 4 000प्रोफेट्स, दैटवाजसेंटटूमैनकाइंड। व्हाटवाजद नीडऑफ सेंडिंग</w:t>
      </w:r>
    </w:p>
    <w:p>
      <w:r>
        <w:rPr>
          <w:b/>
        </w:rPr>
        <w:t xml:space="preserve">[15:43] </w:t>
      </w:r>
      <w:r>
        <w:t>the prophet? main chahunga ki iske bare mein bhi aap hum sab ko bataen, especially apa, because lot of people from different faiths watch this program. so unke lie bhi yah ek nai knowledge aur nai information hogi. hum Allah taala ne 1 24 000 prophet bheje . kehte hain ki har region mein, har qaum mein Allah taala ne paigambar bheje .</w:t>
      </w:r>
    </w:p>
    <w:p>
      <w:pPr>
        <w:jc w:val="right"/>
      </w:pPr>
      <w:r>
        <w:t>दप्रोफेट?मैंचाहूंगाकि इसके बारेमेंभीआप हम सबकोबताएं, स्पेशलीआपा,बिकॉजलॉटऑफ पीपलफ्रॉमडिफरेंटफे थ्स वच दिसप्रोग्राम।सोउनकेलिएभी यहएक नई नॉलेजऔरनईइंफॉर्मेशनहोगी। हम अल्लाहतालाने1 24 000प्रोफेटभेजे । कहतेहैंकि हर रीजनमें, हर कौममेंअल्लाहतालानेपैगंबरभेजे ।</w:t>
      </w:r>
    </w:p>
    <w:p>
      <w:r>
        <w:rPr>
          <w:b/>
        </w:rPr>
        <w:t xml:space="preserve">[16:08] </w:t>
      </w:r>
      <w:r>
        <w:t>kyunki Allah taala ka sab se bada concern yah tha ki insan apne test mein pass ho aur akhirat mein jannat ka mustaqq thahare. to jo Hazrat Adam al salam jo hain, wahi pehle paigambar the. to is mein do baat hai. ek to yah ki Allah ne hamare conscious mein hi ilm rakh diya hai, achhai ka, burai ka , good and evil ka. hum ko pata rehta hai ki yah kaam sahi hai, yah kaam</w:t>
      </w:r>
    </w:p>
    <w:p>
      <w:pPr>
        <w:jc w:val="right"/>
      </w:pPr>
      <w:r>
        <w:t>क्योंकिअल्लाहतालाकासबसे बड़ा कंसर्नयहथा कि इंसान अपने टेस्टमें पास होऔर आखिरतमें जन्नतका मुस्तक ठहरे। तो जो हजरतआदमअल सलामजोहैं,वहीपहले पैगंबर थे। तो इसमें दोबातहै।एकतोयहकिअल्लाहनेहमारे कॉन्शियसमेंही इल्मरखदिया है, अच्छाईका,बुराईका , गुडएंडइविलका।हम को पतारहताहैकियहकाम सहीहै,यहकामग</w:t>
      </w:r>
    </w:p>
    <w:p>
      <w:r>
        <w:rPr>
          <w:b/>
        </w:rPr>
        <w:t xml:space="preserve">[16:36] </w:t>
      </w:r>
      <w:r>
        <w:t>galat hai. hum jante hain. aur doosra, agar galti karta hai, to hum fauran jaan lete hain ki yah kaam galat ho raha hai. to hum apne bare mein, chuki bahut zyada insan self centered hota hai, to apne bare mein zyada soch nahin pata hai. to conscious jo hai, unspoken word ke shakal mein, wah hamare andar hai. lekin kabhi kabhi hum us se guidance nahin lete hain.</w:t>
      </w:r>
    </w:p>
    <w:p>
      <w:pPr>
        <w:jc w:val="right"/>
      </w:pPr>
      <w:r>
        <w:t>लतहै। हमजानतेहैं। औरदूस रा,अगरगलती करता है,तोहम फौरनजानलेतेहैंकियहकामगलतहोरहाहै। तो हम अपने बारेमें, चूंकि बहुतज्यादा इंसान सेल्फसेंटर्डहोताहै,तो अपने बारेमेंज्यादा सोचनहीं पाताहै। तो कॉन्शियस जोहै, अन स्पोकनवर्डके शक्लमें,वहहमारेअंदरहै। लेकिन कभी-कभीहम उससे गाइडेंसनहींलेतेहैं।</w:t>
      </w:r>
    </w:p>
    <w:p>
      <w:r>
        <w:rPr>
          <w:b/>
        </w:rPr>
        <w:t xml:space="preserve">[16:59] </w:t>
      </w:r>
      <w:r>
        <w:t>to Allah taala ne mazeed tak b dene ke lie is baat ko ki insan ko sahi rasta , hidayat ka rasta maloom ho , to us ke lie musalsal paigambar bheje . to paigambar jo hain, wah spoken word mein Khuda ki hidayat bata te the insan ko . lekin insan jo hai, na, bahut zyada apni desire par chalna chahta hai.</w:t>
      </w:r>
    </w:p>
    <w:p>
      <w:pPr>
        <w:jc w:val="right"/>
      </w:pPr>
      <w:r>
        <w:t>तो अल्लाहतालाने मजीद तक ब देनेकेलिए इसबातको किइंसानको सही रास्ता ,हिदायतकारास्ता मालूमहो ,तो उसके लिए मुसलसल पैगंबरभेजे । तो पैगंबरजोहैं, वह स्पोकनवर्डमेंखुदाकी हिदायतबता तेथे इंसानको ।लेकिन इंसानजोहै,ना,बहुत ज्यादा अपनी डिजायरपरचलनाचाहताहै।</w:t>
      </w:r>
    </w:p>
    <w:p>
      <w:r>
        <w:rPr>
          <w:b/>
        </w:rPr>
        <w:t xml:space="preserve">[17:22] </w:t>
      </w:r>
      <w:r>
        <w:t>to ab jab kaha jata tha ki tum Khuda ki marzi ke mutabiq apni zindagi guzaro, to us ki samajh mein nahin aata tha. to itna zyada worldly minded hote the, itna zyada apne sirf self centered hote the ki un ko samajh nahin aata tha. to wah paigambaron ko koi ahmiyat nahin dete the. jaise un ki baaten hain, us ko mehfooz rakhna, generation after generation,</w:t>
      </w:r>
    </w:p>
    <w:p>
      <w:pPr>
        <w:jc w:val="right"/>
      </w:pPr>
      <w:r>
        <w:t>तो अबजब कहा जाता थाकितुमखुदाकीमर्जी केमुताबिक अपनीजिंदगीगुजारो,तो उसकीसमझमेंनहींआताथा। तो इतनाज्यादा वर्ल्डली माइंडेडहोतेथे,इतनाज्यादा अपने सिर्फ सेल्फ सेंटर्डहोतेथे किउनकोसमझनहींआताथा।तोवह पैगंबरोंकोकोई अहमियतहीनहींदेतेथे। जैसे उनकी बातेंहैं,उसकोमहफूजरखना,जनरेशनआफ्टरजनरेशन,</w:t>
      </w:r>
    </w:p>
    <w:p>
      <w:r>
        <w:rPr>
          <w:b/>
        </w:rPr>
        <w:t xml:space="preserve">[17:47] </w:t>
      </w:r>
      <w:r>
        <w:t>to wah sab karte nahin the. paigambar ki koi ahmiyat</w:t>
      </w:r>
    </w:p>
    <w:p>
      <w:pPr>
        <w:jc w:val="right"/>
      </w:pPr>
      <w:r>
        <w:t>तो वहसब करते नहींथे। पैगंबरकीकोईअहमियत</w:t>
      </w:r>
    </w:p>
    <w:p>
      <w:r>
        <w:rPr>
          <w:b/>
        </w:rPr>
        <w:t xml:space="preserve">[17:51] </w:t>
      </w:r>
      <w:r>
        <w:t>nahin thi. wah to un ko bahut zyada oppose karte the, un ko marte the, un ko apne nikal dete the apne tribe se . pehle zamane mein tribal society hoti thi. to is tarike se un ki talimat ko bhula dete the. to is wajah se Allah taala bar bar paigambar bhejta tha. jab jab ek paigambar ki talimat nahin hoti hai insanon ke paas , to Allah taala doosra paigambar bhejta hai. agar</w:t>
      </w:r>
    </w:p>
    <w:p>
      <w:pPr>
        <w:jc w:val="right"/>
      </w:pPr>
      <w:r>
        <w:t>हीनहींथी। वहतोउनकोबहुत ज्यादा अपोजकरते थे,उनको मारतेथे,उनको अपने निकालदेतेथेअपने ट्राइबसे । पहले जमानेमेंट्राइबलसोसाइटीहोती थी। तो इसतरीकेसे उनकी तालीमा कोभुलादेतेथे। तो इसवजहसे अल्लाहताला बार-बार पैगंबर भेजताथा।जब जब एक पैगंबरकी तालीमा नहीं होती है इंसानोंकेपास , तो अल्लाहतालादूसरा पैगंबरभेजताहै। अगर</w:t>
      </w:r>
    </w:p>
    <w:p>
      <w:r>
        <w:rPr>
          <w:b/>
        </w:rPr>
        <w:t xml:space="preserve">[18:17] </w:t>
      </w:r>
      <w:r>
        <w:t>talimat mein kuch bigad aa gaya, to phir ek reformer bhejta hai taki un ko remind kare ki wah ab usi raste par chale. lekin agar bilkul bhool jaate hain, tab naya paigambar nai kitab ke sath , naye revelation ke sath aata hai. to pehle logon ki umren bhi bahut lambi lambi hoti</w:t>
      </w:r>
    </w:p>
    <w:p>
      <w:pPr>
        <w:jc w:val="right"/>
      </w:pPr>
      <w:r>
        <w:t>तालीमामेंकुछ बिगाड़आगया, तो फिर एक रिफॉर्मर भेजताहै ताकिउनको रिमाइंडकरेकिवह अब उसीरास्तेपर चले। लेकिन अगरबिल्कुल भूलजाते हैं,तब नया पैगंबर नईकिताबकेसाथ ,नएरेवलेशनकेसाथ आताहै। तो पहले लोगों की उम्रेंभीबहुत लंबी-लंबीहोती</w:t>
      </w:r>
    </w:p>
    <w:p>
      <w:r>
        <w:rPr>
          <w:b/>
        </w:rPr>
        <w:t xml:space="preserve">[18:40] </w:t>
      </w:r>
      <w:r>
        <w:t>thi. hazrat nuh al salam ne 900 saal tak kaam kiya, aur 900 saal mein unke paas chand followers unko mile.</w:t>
      </w:r>
    </w:p>
    <w:p>
      <w:pPr>
        <w:jc w:val="right"/>
      </w:pPr>
      <w:r>
        <w:t>थीं। हजरतनूहअल सलामने 9 00सालतककाम किया , और 900सालमेंउनके पास चंद फॉलोअर्सउनकोमिले ।</w:t>
      </w:r>
    </w:p>
    <w:p>
      <w:r>
        <w:rPr>
          <w:b/>
        </w:rPr>
        <w:t xml:space="preserve">[18:48] </w:t>
      </w:r>
      <w:r>
        <w:t>unke apne ghar wale bhi poore nahin mile unko.</w:t>
      </w:r>
    </w:p>
    <w:p>
      <w:pPr>
        <w:jc w:val="right"/>
      </w:pPr>
      <w:r>
        <w:t>उनके अपने घर वाले भीपूरेनहींमिलेउनको ।</w:t>
      </w:r>
    </w:p>
    <w:p>
      <w:r>
        <w:rPr>
          <w:b/>
        </w:rPr>
        <w:t xml:space="preserve">[18:51] </w:t>
      </w:r>
      <w:r>
        <w:t>to log jo hain, unko bilkul dhyan nahin dete the.</w:t>
      </w:r>
    </w:p>
    <w:p>
      <w:pPr>
        <w:jc w:val="right"/>
      </w:pPr>
      <w:r>
        <w:t>तो लोग जोहैं,उनको बिल्कुलध्याननहींदेतेथे।</w:t>
      </w:r>
    </w:p>
    <w:p>
      <w:r>
        <w:rPr>
          <w:b/>
        </w:rPr>
        <w:t xml:space="preserve">[18:55] </w:t>
      </w:r>
      <w:r>
        <w:t>aur unko bilkul unke andar kuch worldly glory, majesty, jo</w:t>
      </w:r>
    </w:p>
    <w:p>
      <w:pPr>
        <w:jc w:val="right"/>
      </w:pPr>
      <w:r>
        <w:t>और उनकोबिल्कुल उनकेअंदरकुछ वर्ल्डलीग्लोरी,मैजेस्टी,जो</w:t>
      </w:r>
    </w:p>
    <w:p>
      <w:r>
        <w:rPr>
          <w:b/>
        </w:rPr>
        <w:t xml:space="preserve">[19:01] </w:t>
      </w:r>
      <w:r>
        <w:t>baad mein tareekh ki badhaiyan prophets ke saath amle ho jati hain, woh sab toh thi nahin.</w:t>
      </w:r>
    </w:p>
    <w:p>
      <w:pPr>
        <w:jc w:val="right"/>
      </w:pPr>
      <w:r>
        <w:t>बादमें तारीखकीबढ़ाइयां प्रोफेट्सकेसाथ अम लेहोजाती हैं,वहसबतो थीनहीं ।</w:t>
      </w:r>
    </w:p>
    <w:p>
      <w:r>
        <w:rPr>
          <w:b/>
        </w:rPr>
        <w:t xml:space="preserve">[19:07] </w:t>
      </w:r>
      <w:r>
        <w:t>bilkul simple life unki hoti thi.</w:t>
      </w:r>
    </w:p>
    <w:p>
      <w:pPr>
        <w:jc w:val="right"/>
      </w:pPr>
      <w:r>
        <w:t>बिल्कुल सिंपललाइफउनकी होती थी।</w:t>
      </w:r>
    </w:p>
    <w:p>
      <w:r>
        <w:rPr>
          <w:b/>
        </w:rPr>
        <w:t xml:space="preserve">[19:09] </w:t>
      </w:r>
      <w:r>
        <w:t>ab woh kehte the, "yeh khuda ko yahi mila tha paigambar banane ke liye."</w:t>
      </w:r>
    </w:p>
    <w:p>
      <w:pPr>
        <w:jc w:val="right"/>
      </w:pPr>
      <w:r>
        <w:t>अबवहकहतेथे,"यहखुदाकोयहीमिलाथा पैगंबरबनानेकेलिए ।"</w:t>
      </w:r>
    </w:p>
    <w:p>
      <w:r>
        <w:rPr>
          <w:b/>
        </w:rPr>
        <w:t xml:space="preserve">[19:13] </w:t>
      </w:r>
      <w:r>
        <w:t>jaise rasool allah sallallahu alaihi wasallam ke liye kehte the ki khuda ko koi doosra nahin mila, aadmi tum ko paigambar banaya hai.</w:t>
      </w:r>
    </w:p>
    <w:p>
      <w:pPr>
        <w:jc w:val="right"/>
      </w:pPr>
      <w:r>
        <w:t>जैसे रसूलल्लाहसल्लल्लाहुअलैहिवसल्लमकेलिएकहतेथे किखुदाकोकोईदूसरा नहीं मिला,आदमी तुम्हेंकोपैगंबरबनायाहै।</w:t>
      </w:r>
    </w:p>
    <w:p>
      <w:r>
        <w:rPr>
          <w:b/>
        </w:rPr>
        <w:t xml:space="preserve">[19:20] </w:t>
      </w:r>
      <w:r>
        <w:t>to woh chahte the ki koi badshah type aadmi ho, woh paigambar ho.</w:t>
      </w:r>
    </w:p>
    <w:p>
      <w:pPr>
        <w:jc w:val="right"/>
      </w:pPr>
      <w:r>
        <w:t>तो वह चाहतेथेकिकोई बाद शाहटाइप आदमीहो,वहपैगंबरहो ।</w:t>
      </w:r>
    </w:p>
    <w:p>
      <w:r>
        <w:rPr>
          <w:b/>
        </w:rPr>
        <w:t xml:space="preserve">[19:24] </w:t>
      </w:r>
      <w:r>
        <w:t>to</w:t>
      </w:r>
    </w:p>
    <w:p>
      <w:pPr>
        <w:jc w:val="right"/>
      </w:pPr>
      <w:r>
        <w:t>तो</w:t>
      </w:r>
    </w:p>
    <w:p>
      <w:r>
        <w:rPr>
          <w:b/>
        </w:rPr>
        <w:t xml:space="preserve">[19:25] </w:t>
      </w:r>
      <w:r>
        <w:t>wah to Allah taala dekhta hai insan ko . jo best insan Allah ko nazar aata hai, usi ko Allah taala apna representative bata banata hai, paigambar banata hai. to bahut bade bade paigambar aaye, Hazrat Ibrahim aaye, Hazrat Yusuf, Hazrat Musa, Hazrat Isa, Hazrat Daud, Hazrat Sulaiman. lekin logon ne un ki talimat ko bhula diya . kyunki Allah ne us ki wajah yah hai ki Allah ne total azadi di hai.</w:t>
      </w:r>
    </w:p>
    <w:p>
      <w:pPr>
        <w:jc w:val="right"/>
      </w:pPr>
      <w:r>
        <w:t>वह तोअल्लाहताला देख ताहै इंसानको ।जो बेस्ट इंसानअल्लाहकोनजरआताहै, उसीकोअल्लाहतालाअपना रिप्रेजेंटेटिवबता बनाताहै, पैगंबरबना ताहै। तो बहुत बड़े-बड़ेपैगंबर आए,हजरतइब्राहिमआए,हजरतयूसुफ, हजरतमूसा,हजरतईसा, हजरतदाऊद,हजरतसुलेमान।लेकिन लोगों ने उनकी तालीमाकोभुलादिया । क्योंकिअल्लाहने उसकीवजह यहहैकिअल्लाहने टोटल आजादीदीहै।</w:t>
      </w:r>
    </w:p>
    <w:p>
      <w:r>
        <w:rPr>
          <w:b/>
        </w:rPr>
        <w:t xml:space="preserve">[19:53] </w:t>
      </w:r>
      <w:r>
        <w:t>to azadi ka insan use bhi karega aur misuse bhi karega. to zyada tar logon ne misuse karne ka tareeka jo hai, wahi apnaya . to unhone apni marzi ke mutabiq is duniya mein rahe , aur Allah ki talimat ko jo paigambar ke zariye se un ko mili thi, wah sab bhula diya . aur kuch kitaben hain bhi,</w:t>
      </w:r>
    </w:p>
    <w:p>
      <w:pPr>
        <w:jc w:val="right"/>
      </w:pPr>
      <w:r>
        <w:t>तो आजादीकाइंसान यूजभीकरेगाऔर मिसयूजभीकरेगा। तो ज्यादा तरलोगों ने मिसयूज करने कातरीकाजोहै,वहीअपना या। तो उन्होंने अपनी मर्जीकेमुताबिक इसदुनियामेंरहे , और अल्लाहकी तालीमाकोजो पैगंबर केजरिएसेउनकोमिलीथी, वह सब भ ुलादिया । औरकुछ किताबेंहैंभी,</w:t>
      </w:r>
    </w:p>
    <w:p>
      <w:r>
        <w:rPr>
          <w:b/>
        </w:rPr>
        <w:t xml:space="preserve">[20:15] </w:t>
      </w:r>
      <w:r>
        <w:t>to</w:t>
      </w:r>
    </w:p>
    <w:p>
      <w:pPr>
        <w:jc w:val="right"/>
      </w:pPr>
      <w:r>
        <w:t>तो</w:t>
      </w:r>
    </w:p>
    <w:p>
      <w:r>
        <w:rPr>
          <w:b/>
        </w:rPr>
        <w:t xml:space="preserve">[20:16] </w:t>
      </w:r>
      <w:r>
        <w:t>wah us mein unhone jahan ji chahe addition kiya, jahan ji chahe deletion kiya , ghatate badhate rahe . asal mein press ka daur to tha nahin , hath se likhi jati thi kitaben. to hath se likhte hue kya hota tha, kahin wah koi cheez bhi samajh mein nahin aai, to us mein apna izafa kar dete the. koi cheez un ko laga ki yah to sahi nahin hai, hamari jo hum jo taur tareeke hamare hain, us ke mutabiq nahin hai, to us ko delete kar dete</w:t>
      </w:r>
    </w:p>
    <w:p>
      <w:pPr>
        <w:jc w:val="right"/>
      </w:pPr>
      <w:r>
        <w:t>वह उसमें उन्होंने जहांजीचाहे एडिशनकिया,जहांजीचाहेडिलीशनकिया , घटातेबढ़ातेरहे । असलमें प्रेसकादौर तोथानहीं , हाथसेलिखीजाती थीकिताबें। तो हाथसेलिखतेहुएक्याहोता था, कहीं वह कोई चीजभी समझमेंनहीं आई,तोउसमेंअपना इजाफाकरदेतेथे। कोईचीजउनकोलगा कियहतोसहीनहींहै, हम ारी जोहम जो तौरतरीकेहमारेहैं,उसकेमुताबिकनहींहै,तो उसको डिलीटकरदेते</w:t>
      </w:r>
    </w:p>
    <w:p>
      <w:r>
        <w:rPr>
          <w:b/>
        </w:rPr>
        <w:t xml:space="preserve">[20:42] </w:t>
      </w:r>
      <w:r>
        <w:t>the. to is tarike se jo kitaben thin, wah original shakal mein dastiyab nahin thin. to yah wajah thi jo Allah taala ne bar bar paigambar bheje . to ab dekhiye ki Hazrat Musa al salam sab se bade paigambar , matlab bahut bade paigambar the. ek hadith hai ki akhirat mein jab pehla sur phoonka jaega, to sare log jo hain, behosh ho jaenge. phir doosra sur phoonka jaega, tab logon ko hosh aa</w:t>
      </w:r>
    </w:p>
    <w:p>
      <w:pPr>
        <w:jc w:val="right"/>
      </w:pPr>
      <w:r>
        <w:t>थे। तो इसतरीकेसेजो किताबेंथीं,वह ओरिजिनलशक्लमें दस्तयाबनहींथीं। तो यह वजहथीजो अल्लाहतालाने बार-बार पैगंबरभेजे । तो अबदेखिएकिहजरतमूसाअलसलामसबसे बड़ेपैगंबर ,मतलबबहुत बड़े पैगंबरथे। एकहदीसहै कि आखिरतमें जब पहला सूर फूंकाजाएगा,तो सारेलोग जोहैं, बेहोशहोजाएंगे। फिरदूसरा सूर फूंकाजाएगा,तबलोगों कोहोशआ</w:t>
      </w:r>
    </w:p>
    <w:p>
      <w:r>
        <w:rPr>
          <w:b/>
        </w:rPr>
        <w:t xml:space="preserve">[21:11] </w:t>
      </w:r>
      <w:r>
        <w:t>ega. phir jo sare paigambar hain, wah daudenge Khuda ke arsh ki taraf . to Rasool Allah sallallahu alaihi wasallam ne farmaya ki jab main wahan pahunchta hoon arsh par, to Hazrat Musa pehle hi wahan maujood the. ji, to itne strong paigambar the wah, un ke bare mein bhi koi tareekh mein koi un ka zikr nahin hai. to is tarike se un ko to paigambaron ko koi ahmiyat nahin di gai . abhi main net par kuch kitaben dekh rahi thi</w:t>
      </w:r>
    </w:p>
    <w:p>
      <w:pPr>
        <w:jc w:val="right"/>
      </w:pPr>
      <w:r>
        <w:t>एगा। फिरजोसारे पैगंबर हैं,वह दौड़ेंगे खुदाकेअर्शकीतरफ । तो रसूलल्लाहसल्लल्लाहुअलैहिवसल्लमनेफरमाया किजबमैं वहांपहुंचताहूंअर्शपर,तो हजरतमूसा पहलेहीवहांमौजूदथे। जी, तो इतने स्ट्रांग पैगंबरथेवह, उनके बारेमें भीकोई तारीखमेंकोई उनकाजिक्रनहींहै। तो इसतरीकेसे उनको तोपैगंबरोंकोकोईअहमियतहीनहींदीगई । अभीमैं नेटपरकुछ किताबेंदेखरहीथी</w:t>
      </w:r>
    </w:p>
    <w:p>
      <w:r>
        <w:rPr>
          <w:b/>
        </w:rPr>
        <w:t xml:space="preserve">[21:39] </w:t>
      </w:r>
      <w:r>
        <w:t>, to us mein ek kitab ka title mila, "the unknown life of Jesus Christ." ji, to jab un na un ke life ka record hai, na teachings ka proper record hai, as it is record, wah nahin hai. to phir is wajah se Allah taala ne bar bar paigambaron ko bheja. bas Hazrat Muhammad sallallahu alaihi wasallam ke zamane mein jab Allah ne dekha ki insan jo hai,</w:t>
      </w:r>
    </w:p>
    <w:p>
      <w:pPr>
        <w:jc w:val="right"/>
      </w:pPr>
      <w:r>
        <w:t>, तो उसमेंएककिताब काटाइटलमिला, "द अननोनलाइफ ऑफ जीससक्राइस्ट।" जी,तोजब उन नाउनके लाइफ कारिकॉर्ड है, ना टीचिंग्सकाप्रॉपररिकॉर्डहै, एजइटइजरिकॉर्ड, वहनहींहै। तो फिर इसवजहसेअल्लाहतालानेबार-बार पैगंबरोंकोभेजा। बसहजरतमोहम्मदसल्लल्लाहुअलैहिवसल्लमकेजमानेमें जब अल्लाहनेदेखा कि इंसानजोहै,</w:t>
      </w:r>
    </w:p>
    <w:p>
      <w:r>
        <w:rPr>
          <w:b/>
        </w:rPr>
        <w:t xml:space="preserve">[22:05] </w:t>
      </w:r>
      <w:r>
        <w:t>jo hai mehfooz nahin kar pa raha hai kitab ko, to Allah ne khud apni zimmedari le li. aur wah aisa us ki language hai ki har aadmi us ko yaad kar leta hai.</w:t>
      </w:r>
    </w:p>
    <w:p>
      <w:pPr>
        <w:jc w:val="right"/>
      </w:pPr>
      <w:r>
        <w:t>जोहै महफूजनहींकरपारहाहैकिताबको,तोअल्लाहनेखुद अपनी जिम्मेदारीले ली। और वहऐसा उसकी लैंग्वेजहैकिहरआदमीउसकोयादकरलेताहै।</w:t>
      </w:r>
    </w:p>
    <w:p>
      <w:r>
        <w:rPr>
          <w:b/>
        </w:rPr>
        <w:t xml:space="preserve">[22:14] </w:t>
      </w:r>
      <w:r>
        <w:t>hazaron hazaron huffaz jo us ko poori yaad kar liya karte the. phir us ke baad lambi us ki story hai. phir us ke baad daur e press aa gaya, ab Quran chhap chhap ke har jagah, har ghar mein maujood hai. to is wajah se ab naye paigambar ki zaroorat nahin hai. ji, aur apa, ek bahut interesting hadith bhi hai jo us ko achhe se sum up bhi karti hai ki prophet ko jaise bheja gaya, to kya un ka maqsad tha.</w:t>
      </w:r>
    </w:p>
    <w:p>
      <w:pPr>
        <w:jc w:val="right"/>
      </w:pPr>
      <w:r>
        <w:t>हजारोंहजारों हुफाज जो उसकोपूरीयादकरलिया करते थे। फिरउसकेबाद लंबी उसकी स्टोरीहै। फिर उसकेबाद दौरेप्रेसआगया, अबकुरान छपछपके हरजगह,हरघरमेंमौजूदहै। तोइसवजहसेअब नएपैगंबरकीजरूरतनहीं है। जी, और आपा,एक बहुत इंटरेस्टिंगहदीसभीहै जो इसकोअच्छेसेसमअपभीकरतीहैकि प्रोफेटकोजैसे भेजागया,तो क्या उनका मकसदथा।</w:t>
      </w:r>
    </w:p>
    <w:p>
      <w:r>
        <w:rPr>
          <w:b/>
        </w:rPr>
        <w:t xml:space="preserve">[22:44] </w:t>
      </w:r>
      <w:r>
        <w:t>to this hadith is attributed to Hazrat Jabir, and yah Mishkat mein darj hai. to unhone bataya ki once a group of angels came to the prophet, and wah aapas mein baat karne lage. they said that for this friend of yours, there is a parable, a story. so some angel said that I think he is sleeping, he is fast asleep. so the other angel said that no, his eyes are shut, but his heart is awake.</w:t>
      </w:r>
    </w:p>
    <w:p>
      <w:pPr>
        <w:jc w:val="right"/>
      </w:pPr>
      <w:r>
        <w:t>तो दिसहदीसइजएट्रिब्यूटटूहजरतजबीर , एंडयहमिश्कामें दर्जहै। तो उन्होंने बताया कि वंसअग्रुपऑफएंजल्स केमटूदप्रोफेट, एंड वहआपसमेंबातकरने लगे।देसेडदैट फॉरदिसफ्रेंडऑफयोर्स,देयरइजअपैरबल,अस्टोरी। सोसम एंजलसेड दैट आईथिंकहीइज स्लीपिंग,हीइजफास्टअस्लीप। सो दअदर एंजलसेडदैटनो,हिजआईजआरशट,बटहिज हार्टइजअवेक।</w:t>
      </w:r>
    </w:p>
    <w:p>
      <w:r>
        <w:rPr>
          <w:b/>
        </w:rPr>
        <w:t xml:space="preserve">[23:12] </w:t>
      </w:r>
      <w:r>
        <w:t>to aap bataie, you relate your story to him. so then the angels said that his parable or his story is of a story of a man who builds a house, and then he organizes a feast , and then he sends out a call for inviting everyone .</w:t>
      </w:r>
    </w:p>
    <w:p>
      <w:pPr>
        <w:jc w:val="right"/>
      </w:pPr>
      <w:r>
        <w:t>तोआपबताइए,यूरिलेटयोर स्टोरीटूहिम। सो देन द एंजल्स सेडदैटहिज पैरबलऔरहिजस्टोरीइज ऑफअस्टोरीऑफअमैन हु बिल्ड्सअहाउस, एंडदेनही ऑर्गेनाइज अ फीस्ट ,एंडदेनहीसेंड्सआउटअकॉलर फॉर इनवाइटिंगएवरीवन ।</w:t>
      </w:r>
    </w:p>
    <w:p>
      <w:r>
        <w:rPr>
          <w:b/>
        </w:rPr>
        <w:t xml:space="preserve">[23:31] </w:t>
      </w:r>
      <w:r>
        <w:t>so who ever accepts the invitation, he is able to enter the house, and he partakes of the feast. and any person who does not accept the invitation, he is not able to enter the house, and he does not partake of the feast. to angels ne kaha ki aap is ko expand karie, aapas mein baat kar rahe hain. apa, wo to</w:t>
      </w:r>
    </w:p>
    <w:p>
      <w:pPr>
        <w:jc w:val="right"/>
      </w:pPr>
      <w:r>
        <w:t>सोहु एवर एक्सेप्ट्सदइन्विटेशन, हीइजएबलटूएंटरदहाउस,एंडही पार् टेक्सऑफ द फीस्ट। एंडएनीपर्सनहु डजनॉटएक्सेप्टदइन्विटेशन, ही इजनॉटएबलटूएंटरदहाउस,एंडहीडजनॉटपार्टेकऑफ द फीस्ट। तो एंजल्सनेकहा कि आपइसकोएक्सपेंडकरिए,आपसमेंबातकररहेहैं।आपा,वो तो</w:t>
      </w:r>
    </w:p>
    <w:p>
      <w:r>
        <w:rPr>
          <w:b/>
        </w:rPr>
        <w:t xml:space="preserve">[23:53] </w:t>
      </w:r>
      <w:r>
        <w:t>then they said that the house here implies paradise, and the host is Muhammad. and he who ever obeys Muhammad has obeyed God, and who ever has not obeyed Muhammad has disobeyed God. and he is the criteria, the distinction between different people</w:t>
      </w:r>
    </w:p>
    <w:p>
      <w:pPr>
        <w:jc w:val="right"/>
      </w:pPr>
      <w:r>
        <w:t>देनदेसेडदैट द हाउसहेयर इंप्ला इजपैराडाइस, एंडदहोस्टइजमोहम्मद। एंड ही हु एवर ओबेजमोहम्मद हैजओबेडगॉड,एंडहुएवर हैजनॉटओबेडमोहम्मदहैज डिसओबेडगॉड। एंड ही इजद क्राइटेरिया, द डिस्टिंक्शन बिटवीन डिफरेंटपीपल</w:t>
      </w:r>
    </w:p>
    <w:p>
      <w:r>
        <w:rPr>
          <w:b/>
        </w:rPr>
        <w:t xml:space="preserve">[24:14] </w:t>
      </w:r>
      <w:r>
        <w:t>. so he is calling everyone to in a way, apa, it explains that he is calling everyone to the house of paradise, and who ever accepts his invitation is able to enter, and who does not listen to him, does not accept his invitation is not able to enter. to yah bade achhe se parable form mein us ko explain kiya gaya hai.</w:t>
      </w:r>
    </w:p>
    <w:p>
      <w:pPr>
        <w:jc w:val="right"/>
      </w:pPr>
      <w:r>
        <w:t>। सो हीइजकॉलिंगएवरीवनटू इनअवे,आपा,इटएक्सप्लेनदैटहीइजकॉलिंगएवरीवन टूदहाउसऑफ पैराडाइस,एंडहुएवरएक्सेप्ट्सहिजइन्विट ेशन इजएबलटूएंटर,एंडहु डजनॉटलिसनटूहिम,डजनॉटएक्सेप्टहिजइन्विट ेशन इजनॉटएबलटू एंटर। तो यह बड़ेअच्छेसे पैरबलफॉर्ममें इसकोएक्सप्लेनकियागयाहै।</w:t>
      </w:r>
    </w:p>
    <w:p>
      <w:r>
        <w:rPr>
          <w:b/>
        </w:rPr>
        <w:t xml:space="preserve">[24:35] </w:t>
      </w:r>
      <w:r>
        <w:t>achha, apa, is prophet Ismail was, as we know, the son of prophet Ibrahim and Hazrat Hajra. and there is a very interesting story about how Hazrat Hajra and prophet Ismail, when he was a little child, he were they were settled in desert by prophet Ibrahim. in fact, the roots of Islam can be traced back to their settlement in desert.</w:t>
      </w:r>
    </w:p>
    <w:p>
      <w:pPr>
        <w:jc w:val="right"/>
      </w:pPr>
      <w:r>
        <w:t>अच्छा,आ पा, इस प्रोफेट इस् माइल वाज,एजवीनो,द सनऑफ प्रोफेटइब्राहिम एंडहजरतहाजरा। एंड देयरइज अवेरीइंटरेस्टिंग स्टोरीअबाउट हाउहजरत हाजरा एंड प्रोफेट इस्माइल,व्हेनहीवाजअलिटिलचाइल्ड, ही वरदेवरसेटल्डइन डेजर्ट बायप्रोफेटइब्राहिम। इनफैक्ट,द रूट्सऑफ इस्लाम कैनबी ट्रेसबैकटू देयरसेटलमेंटइनडेजर्ट।</w:t>
      </w:r>
    </w:p>
    <w:p>
      <w:r>
        <w:rPr>
          <w:b/>
        </w:rPr>
        <w:t xml:space="preserve">[25:02] </w:t>
      </w:r>
      <w:r>
        <w:t>to yeh bahut important hai purpose of creation ko samajhne ke point of view se. main chahunga ki iske bare mein aap hum sab ko batayein. haan, asal mein baat kya hui ki Allah ko itne saare prophets, messengers bhejane pade. kyunki mahaul mein aam taur par evils hoti hain, buraiyan hoti hain. society mein log apne interest ke mutabiq kaam kar rahe hote hain.</w:t>
      </w:r>
    </w:p>
    <w:p>
      <w:pPr>
        <w:jc w:val="right"/>
      </w:pPr>
      <w:r>
        <w:t>तो यहबहुत इंपॉर्टेंट है पर्पसऑफक्रिएशनको समझनेकेपॉइंटऑफव्यूसे। मैंचाहूंगाकिइसकेबारेमेंआपहमसबकोबताएं । हां,असलमें बातक्याहुई कि अल्लाहकोइतनेसारे प्रोफेट्स ,मैसेंजर्स भेजनेपड़े । क्योंकि माहौलमें आम तौरपर इविल्स होतीहैं, बुराइयांहोतीहैं। सोसाइटीमें लोग अपने इंटरेस्टकेमुताबिककामकररहेहोतेहैं।</w:t>
      </w:r>
    </w:p>
    <w:p>
      <w:r>
        <w:rPr>
          <w:b/>
        </w:rPr>
        <w:t xml:space="preserve">[25:32] </w:t>
      </w:r>
      <w:r>
        <w:t>logon ko ek exploitation bhi hota hai, dishonesty bhi hoti hai, aur mushrikana culture. to yeh saari cheezein mahaul mein hoti hain. to jab bachcha bada hota hai, society mein move karta hai, to wohi sab learn karke aata hai. to jab usko Khuda ki baatein batai jaati hain, to usko samajh mein nahi aata. to musalsal yahi ho raha tha ki paigambaron ki baatein logon ko samajh mein hi nahi aa rahi thi. to</w:t>
      </w:r>
    </w:p>
    <w:p>
      <w:pPr>
        <w:jc w:val="right"/>
      </w:pPr>
      <w:r>
        <w:t>लोगों कोएकएक्सप्लो इटेशनभीहोताहै, डिसऑनेस्टीभीहोतीहै, और मुशरिक ानाकल्चर ।तो यहसारीचीजें माहौलमेंहोतीहैं। तो जब बच्चा बड़ाहोताहै, सोसाइटी मेंमूवकरताहै, तो वहीसब लर्नकरकेआताहै। तोजब उसको खुदाकीबातेंबताईजाती हैं, तो उसकोसमझमेंनहीं आता । तो मुसलसलयहीहोरहाथा कि पैगंबरोंकीबातेंलोगों कोसमझ मेंहीनहींआरहीथीं। तो</w:t>
      </w:r>
    </w:p>
    <w:p>
      <w:r>
        <w:rPr>
          <w:b/>
        </w:rPr>
        <w:t xml:space="preserve">[26:00] </w:t>
      </w:r>
      <w:r>
        <w:t>kyunki woh itna zyada us society mein jo evils thi, usmein bilkul hi emerged hote the. woh ji, to is wajah se Allah taala ne jab dekha ki itne paigambar aaye hain, phir bhi log jo hain, koi bade bade larger number mein prophet ke followers nahi ho rahe hain. chand log hote the, ab chand log bahut se bahut ek generation mein kaam karenge.</w:t>
      </w:r>
    </w:p>
    <w:p>
      <w:pPr>
        <w:jc w:val="right"/>
      </w:pPr>
      <w:r>
        <w:t>क्योंकिवह इतनाज्यादा उस सोसाइटीमेंजो इविल्स थीं,उसमेंबिल्कुल ही इमर्जडहोतेथे।वह जी,तो इसवजहसे अल्लाहतालानेजब देखा कि इतने पैगंबरआएहैं,फिरभी लोग जोहैं,कोईबड़े बड़े लार्जनंबरमें प्रोफेटकेफॉलोअर्सनहींहोरहेहैं। चंदलोगहोते थे,अबचंदलोग बहुत सेबहुत एक जनरेशनमेंकामकरेंगे ।</w:t>
      </w:r>
    </w:p>
    <w:p>
      <w:r>
        <w:rPr>
          <w:b/>
        </w:rPr>
        <w:t xml:space="preserve">[26:29] </w:t>
      </w:r>
      <w:r>
        <w:t>zyada kaam bhi nahi kar sakte. jab bahut saari ek badi team hoti hai, na tab jaakar woh ek movement banta hai. jaise Rasool Allah sallallahu alaihi wasallam ko ek badi team mili, to ek tauheed ka jo inqilab tha, ek movement bana, aur phir saari duniya mein woh pahuncha. to team hi nahi ban pa rahi thi. tab Allah taala ne ek plan banaya ki desert mein ek family ko basa diya jaaye. to Hazrat Ibrahim ko hukum diya, to unhone Hazrat Hajra aur Hazrat Ismail, jo god mein hi the, woh</w:t>
      </w:r>
    </w:p>
    <w:p>
      <w:pPr>
        <w:jc w:val="right"/>
      </w:pPr>
      <w:r>
        <w:t>ज्यादाकामभीनहींकरसकते।जबबहुत सारीएकबड़ी टीम होती है,नातबजाकरवह एक मूवमेंट बनताहै।जैसे रसूलल्लाहसल्लल्लाहुअलैहिवसल्लमकोएकबड़ीटीम मिली, तो एक तौहीदकाजो इंकलाबथा,एकमूवमेंट बना , औरफिरसारीदुनियामेंवहपहुंचा।तो टीम हीनहींबन पारहीथी। तबअल्लाहतालानेएक प्लानबनाया कि डेजर्टमेंएकफैमिलीकोबसादियाजाए। तोहजरतइब्राहिमकोहुक्मदिया, तो उन्होंने हजरतहाजराऔर हजरतइस्माइल, जो गोदमेंहीथे,वह</w:t>
      </w:r>
    </w:p>
    <w:p>
      <w:r>
        <w:rPr>
          <w:b/>
        </w:rPr>
        <w:t xml:space="preserve">[26:58] </w:t>
      </w:r>
      <w:r>
        <w:t>unhone wahan basa diya. to wahan par taqreeban yeh Hazrat Hajra ka wahan basna aur Hazrat Muhammad sallallahu alaihi wasallam ka paida hona, is mein darmian mein dhai hazar saal ka waqfa hai. to is dauran ek jo nasl bani, woh bilkul har tarah ki buraiyon se paak thi. kyunki nature ke alawa kuch tha hi nahi. wahan pahad the, wahan par sehra tha, wahan par</w:t>
      </w:r>
    </w:p>
    <w:p>
      <w:pPr>
        <w:jc w:val="right"/>
      </w:pPr>
      <w:r>
        <w:t>उन्होंने वहां बसादिया। तो वहांपर तकरीबन यह हजरतहाजराकावहांबसना और हजरतमोहम्मदसल्लल्लाहुअलैहिवसल्लमकापैदाहोना, इस में दरमियानमें ढाईहजारसालकावकफाहै। तो इस दौरान एक जो नस्लबनी, वह बिल्कुल हर तरह कीबुराइयोंसेपाकथी। क्योंकिवहांनेचरकेअलावाकुछ थाहीनहीं । वहांपहाड़थे,वहांपर सेहराथा,वहांपर</w:t>
      </w:r>
    </w:p>
    <w:p>
      <w:r>
        <w:rPr>
          <w:b/>
        </w:rPr>
        <w:t xml:space="preserve">[27:25] </w:t>
      </w:r>
      <w:r>
        <w:t>insaan to bahut baad mein aaye, lekin woh bhi wahan par jo aabadi ki jo buraiyan hoti hain, na woh wahan tha hi nahi. aap ko maloom hai, Arabon ko jhoot bolna hi nahi aata tha. to is wajah se paigambar sallallahu alaihi wasallam ki unhone bahut zyada opp kiya. unko lekin unhone kabhi yeh nahi kaha ki jhoot bolte hain. woh jhoot bolna aata hi nahi tha unhein. to itne zyada honest the woh log, itne zyada waade ke pakke the,</w:t>
      </w:r>
    </w:p>
    <w:p>
      <w:pPr>
        <w:jc w:val="right"/>
      </w:pPr>
      <w:r>
        <w:t>इंसान तोबहुत बादमें आए ,लेकिन वहभीवहांपर जो आबादीकीजोबुराइयांहोतीहैं,नावहवहांथाहीनहीं । आपकोमालूमहै, अरबोंकोझूठबोलनेहीनहींआताथा। तोइसवजहसे पैगंबर सल्लल्लाहुअलैहिवसल्लमकीउन्होंने बहुत ज्यादा अपोजकिया।उनकोलेकिन उन्होंने कभीयहनहीं कहा कि झूठबोलतेहैं। वोझूठबोलनाआताहीनहींथाउन्हें। तो इतने ज्यादा ऑनेस्टथेवोलोग,इतनेज्यादा वादेकेपक्केथे,</w:t>
      </w:r>
    </w:p>
    <w:p>
      <w:r>
        <w:rPr>
          <w:b/>
        </w:rPr>
        <w:t xml:space="preserve">[27:55] </w:t>
      </w:r>
      <w:r>
        <w:t>itne zabardast tareeqe se unhone prophet ka isi wajah se saath de paaye. na to woh Allah taala ko woh conditioning todni thi. woh nature mein unki tayyari ki gayi, aur woh jo saari unke andar jo khusoosiyat thi, to bahut zyada fayyaz the, bahadur the. aur sabse badi cheez jo thi, woh realist</w:t>
      </w:r>
    </w:p>
    <w:p>
      <w:pPr>
        <w:jc w:val="right"/>
      </w:pPr>
      <w:r>
        <w:t>इतने जबरदस्ततरीकेसे उन्होंने प्रोफेटकाइसीवजहसे साथदेपाए।ना तो वोअल्लाहतालाकोवोकंडीशनिंगतोड़नीथी। वोनेचरमें उनकी तैयारी कीगई,और वहजो सारी उनकेअंदरजो खुसूसियतथीं, तो बहुतज्यादा फैयाजथे,बहादुरथे। और सबसे बड़ीचीज जोथी,वहरियलिस्ट</w:t>
      </w:r>
    </w:p>
    <w:p>
      <w:r>
        <w:rPr>
          <w:b/>
        </w:rPr>
        <w:t xml:space="preserve">[28:17] </w:t>
      </w:r>
      <w:r>
        <w:t>the. realist hone ki wajah se jab paigambar unke paas Khuda ka paigham lekar aaye, to bahut unko der nahi lagi usko pehchanne mein. waqt taur par unhone usko opp kiya, lekin bahut jald unhone usko samajh liya, aur merit par usko pehchana, aur unki daleelon ko ahmiyat di. jab ki bahut bade bade paigambar pehle guzar chuke the, lekin unke log unko pehchan nahi paate the.</w:t>
      </w:r>
    </w:p>
    <w:p>
      <w:pPr>
        <w:jc w:val="right"/>
      </w:pPr>
      <w:r>
        <w:t>थे। रियलिस्टहोने कीवजहसेजब पैगंबर उनके पास खुदाकापैगामलेकरआए,तोबहुत उनको देरनहींलगीउसकोपहचाननेमें । वक्त तौरपरउन्होंने उसको अप ोजकिया ,लेकिन बहुत जल्द उन्होंने उसको समझ लिया, औरमेरिटपर उसको पहचाना,और उनकी दलीलोंको अहमियतदी । जब कि बहुत बड़े-बड़ेपैगंबरपहले गुजरचुकेथे, लेकिन उनके लोग उनकोपहचाननहींपातेथे।</w:t>
      </w:r>
    </w:p>
    <w:p>
      <w:r>
        <w:rPr>
          <w:b/>
        </w:rPr>
        <w:t xml:space="preserve">[28:46] </w:t>
      </w:r>
      <w:r>
        <w:t>to yeh yeh ek aisi qaum banayi thi Allah ne, jisko Allah ne khud Quran mein khair ummat kaha hai. chapter three, verse 110, to kaha hai ki tum behtareen giroh ho, bhalai ka hukum dete ho, aur burai se rokte ho. to unko jab ek baar samajh mein aa jaata tha ki yeh sachchai hai, jab unki samajh mein aa gaya, to phir woh us se hat te nahi the.</w:t>
      </w:r>
    </w:p>
    <w:p>
      <w:pPr>
        <w:jc w:val="right"/>
      </w:pPr>
      <w:r>
        <w:t>तो यह यह एक ऐसी कौम बना ईथीअल्लाहने, जिसकोअल्लाहनेखुद कुरानमें खैरउम्मतकहा है। च ैप्टरथ्री, वर्ष 1 10, तो कहा है कितुम बेहतरीन गरोहो , भलाईकाहुक्मदेतेहो,औरबुराईसेरोकतेहो । तो उनकोजब एकबार समझ मेंआजाता था कि यह सच्चाईहै, जब उनकी समझमेंआगया, तो फिर वह उससेहटतेनहींथे।</w:t>
      </w:r>
    </w:p>
    <w:p>
      <w:r>
        <w:rPr>
          <w:b/>
        </w:rPr>
        <w:t xml:space="preserve">[29:15] </w:t>
      </w:r>
      <w:r>
        <w:t>to ek baar ek ek sahabi aaye aur Rasool Allah sallallahu alaihi wasallam se kaha ki mujhe koi aisi naseehat dijiye jo mujhe poori zindagi kaam aaye. to aap ne kaha, "la tazb." ab aap ko pata hoga ki woh jhoot bolte hain. ikka dukka log bahar bhi jaate the, na lekin jo log jo majority aisa nahi thi, to woh kehne lage. aur phir baat aisa maante</w:t>
      </w:r>
    </w:p>
    <w:p>
      <w:pPr>
        <w:jc w:val="right"/>
      </w:pPr>
      <w:r>
        <w:t>तो एकबार एक एक सहाबी आए और रसूलल्लाहसल्लल्लाहुअलैहिवसल्लमसेकहाकि मुझेकोई ऐसीनसीहतदीजिएजोमुझेपूरीजिंदगी कामआए। तोआप नेकहा , "ला तज ब।" अबआपकोपताहोगा किवहझूठबोलतेहैं। इक्कादुक्कालोगबाहरभी जाते थे,ना लेकिन जोलोग जोमेजॉरिटीऐसानहीं थी, तो वह कहनेलगे। औरफिर बातऐसा मान ते</w:t>
      </w:r>
    </w:p>
    <w:p>
      <w:r>
        <w:rPr>
          <w:b/>
        </w:rPr>
        <w:t xml:space="preserve">[29:45] </w:t>
      </w:r>
      <w:r>
        <w:t>the woh.</w:t>
      </w:r>
    </w:p>
    <w:p>
      <w:pPr>
        <w:jc w:val="right"/>
      </w:pPr>
      <w:r>
        <w:t>थे वह ।</w:t>
      </w:r>
    </w:p>
    <w:p>
      <w:r>
        <w:rPr>
          <w:b/>
        </w:rPr>
        <w:t xml:space="preserve">[29:45] </w:t>
      </w:r>
      <w:r>
        <w:t>woh ghar mein gaye, to unhone kaha, "aapko galat kaam kar nahin sakte. har galat kaam</w:t>
      </w:r>
    </w:p>
    <w:p>
      <w:pPr>
        <w:jc w:val="right"/>
      </w:pPr>
      <w:r>
        <w:t>वहघरमें गए ,तोउन्होंने कहा,"आपकोईगलतकाम करनहींसकते।हरगलतकाम</w:t>
      </w:r>
    </w:p>
    <w:p>
      <w:r>
        <w:rPr>
          <w:b/>
        </w:rPr>
        <w:t xml:space="preserve">[29:49] </w:t>
      </w:r>
      <w:r>
        <w:t>karne ke liye jhoot bolna padta hai."</w:t>
      </w:r>
    </w:p>
    <w:p>
      <w:pPr>
        <w:jc w:val="right"/>
      </w:pPr>
      <w:r>
        <w:t>करने केलिए झूठबोलनापड़ताहै।"</w:t>
      </w:r>
    </w:p>
    <w:p>
      <w:r>
        <w:rPr>
          <w:b/>
        </w:rPr>
        <w:t xml:space="preserve">[29:52] </w:t>
      </w:r>
      <w:r>
        <w:t>to unhon ne bilkul jhoot bolna chhod diya, aur har burai se bach gaye woh.</w:t>
      </w:r>
    </w:p>
    <w:p>
      <w:pPr>
        <w:jc w:val="right"/>
      </w:pPr>
      <w:r>
        <w:t>तो उन्होंने बिल्कुल झूठबोलनाछोड़दिया , और उहर बुराईसे बचगएवह ।</w:t>
      </w:r>
    </w:p>
    <w:p>
      <w:r>
        <w:rPr>
          <w:b/>
        </w:rPr>
        <w:t xml:space="preserve">[29:58] </w:t>
      </w:r>
      <w:r>
        <w:t>to woh log jo rasool Allah sallallahu alaihi wasallam keh dete the,</w:t>
      </w:r>
    </w:p>
    <w:p>
      <w:pPr>
        <w:jc w:val="right"/>
      </w:pPr>
      <w:r>
        <w:t>तो वह लोग जो रसूलल्लाहसल्लल्लाहुअलैहिवसल्लमकहदेतेथे,</w:t>
      </w:r>
    </w:p>
    <w:p>
      <w:r>
        <w:rPr>
          <w:b/>
        </w:rPr>
        <w:t xml:space="preserve">[30:02] </w:t>
      </w:r>
      <w:r>
        <w:t>bas woh bilkul</w:t>
      </w:r>
    </w:p>
    <w:p>
      <w:pPr>
        <w:jc w:val="right"/>
      </w:pPr>
      <w:r>
        <w:t>बस वह बिल्कुल</w:t>
      </w:r>
    </w:p>
    <w:p>
      <w:r>
        <w:rPr>
          <w:b/>
        </w:rPr>
        <w:t xml:space="preserve">[30:04] </w:t>
      </w:r>
      <w:r>
        <w:t>us ko pakke tareeke se maan lete the. yeh nahin ki</w:t>
      </w:r>
    </w:p>
    <w:p>
      <w:pPr>
        <w:jc w:val="right"/>
      </w:pPr>
      <w:r>
        <w:t>उसको पक्केतरीकेसे मान लेतेथे।यहनहींकि</w:t>
      </w:r>
    </w:p>
    <w:p>
      <w:r>
        <w:rPr>
          <w:b/>
        </w:rPr>
        <w:t xml:space="preserve">[30:08] </w:t>
      </w:r>
      <w:r>
        <w:t>us waqt sun liya aur baad mein us ko</w:t>
      </w:r>
    </w:p>
    <w:p>
      <w:pPr>
        <w:jc w:val="right"/>
      </w:pPr>
      <w:r>
        <w:t>उस वक्तसुनलियाऔरबाद मेंउसको</w:t>
      </w:r>
    </w:p>
    <w:p>
      <w:r>
        <w:rPr>
          <w:b/>
        </w:rPr>
        <w:t xml:space="preserve">[30:11] </w:t>
      </w:r>
      <w:r>
        <w:t>us par amal nahin kiya. aisa nahin tha.</w:t>
      </w:r>
    </w:p>
    <w:p>
      <w:pPr>
        <w:jc w:val="right"/>
      </w:pPr>
      <w:r>
        <w:t>उसपरअमलनहींकिया। ऐसानहींथा।</w:t>
      </w:r>
    </w:p>
    <w:p>
      <w:r>
        <w:rPr>
          <w:b/>
        </w:rPr>
        <w:t xml:space="preserve">[30:15] </w:t>
      </w:r>
      <w:r>
        <w:t>to is tareeqe se ek aisi aisi team bani jisne aap ki sadakat ko pehchana. jab ki aap ke bare mein itna zyada jo Taif wale the, Taif mein kaafi khushhali thi. to unhone kis tareeqe se aap ke saath bartaav kiya aur kaha ki Khuda ko koi mil nahi tha. Khuda ko Kaaba ki beizzati karne ke liye tum ko tum ko Khuda ne select kiya hai.</w:t>
      </w:r>
    </w:p>
    <w:p>
      <w:pPr>
        <w:jc w:val="right"/>
      </w:pPr>
      <w:r>
        <w:t>तो इसतरीकेसे एक ऐसी ऐसी टीम बनी जिसने आप की सदाकतकोपहचाना।जबकिआप केबारेमें इतनाज्यादा जो तायफवालेथे,तायफमें काफीखुशहालीथी। तो उन्होंने किसतरीकेसे आप केसाथ बर्तावकियाऔरकहा किखुदाकोकोई मिलानहींथा। खुदाको काबेकी बेइज्जतीकरनेकेलिए तुमको तुमकोखुदानेसिलेक्टकिया है।</w:t>
      </w:r>
    </w:p>
    <w:p>
      <w:r>
        <w:rPr>
          <w:b/>
        </w:rPr>
        <w:t xml:space="preserve">[30:43] </w:t>
      </w:r>
      <w:r>
        <w:t>to woh log jo hain, chunki wahan khushhali thi, to unke wahan phir wahi sab aa gayi thi kharabi. to jo log wahan par the Makka mein, Madina mein,</w:t>
      </w:r>
    </w:p>
    <w:p>
      <w:pPr>
        <w:jc w:val="right"/>
      </w:pPr>
      <w:r>
        <w:t>तो वह लोग जो हैं, चूंकिवहांखुशहालीथी,तोउनके वहांफिरवहीसब आगईथीखराबी । तो जो लोग वहांपर थेम क्कामें, मदीनामें,</w:t>
      </w:r>
    </w:p>
    <w:p>
      <w:r>
        <w:rPr>
          <w:b/>
        </w:rPr>
        <w:t xml:space="preserve">[30:57] </w:t>
      </w:r>
      <w:r>
        <w:t>un logon ne aap ko pehchana, aap ki sachchai ko pehchana, aap ke paigham ki, aur jo qadar-zuk woh aap ke followers ban gaye.</w:t>
      </w:r>
    </w:p>
    <w:p>
      <w:pPr>
        <w:jc w:val="right"/>
      </w:pPr>
      <w:r>
        <w:t>उनलोगों ने आप को पहचाना ,आप कीसच्चाईको पहचाना,आपके पैगामकी, और जो कदरजूकवहआपकेफॉलोअर्सबनगए ।</w:t>
      </w:r>
    </w:p>
    <w:p>
      <w:r>
        <w:rPr>
          <w:b/>
        </w:rPr>
        <w:t xml:space="preserve">[31:07] </w:t>
      </w:r>
      <w:r>
        <w:t>to halanki woh zamana aisa tha ki Kaaba mein namaz padhne par bhi maar maarte the. Hazrat Abu Bakr ko bahut buri tarah maara tha. to lekin uske bawajood unhone ek baar jab sachchai ko maan liya, to phir kabhi us se wapas nahi mude. tamam sahaba aise hi hain,</w:t>
      </w:r>
    </w:p>
    <w:p>
      <w:pPr>
        <w:jc w:val="right"/>
      </w:pPr>
      <w:r>
        <w:t>तो हालांकिवह जमानाऐसाथा कि काबामें नमाजपढ़नेपरभी मार मारतेथे। हजरतअबूबकरकोबहुत बुरीतरह माराथा। तो लेकिन उसके बावजूद उन्होंने एक बार जब सच्चाईको मान लिया,तोफिर कभी उससेवापसनहीं मुड़े। तमाम सहाबाऐसेहीहैं,</w:t>
      </w:r>
    </w:p>
    <w:p>
      <w:r>
        <w:rPr>
          <w:b/>
        </w:rPr>
        <w:t xml:space="preserve">[31:28] </w:t>
      </w:r>
      <w:r>
        <w:t>unhone saari sacrifice di, lekin sachchai ko nahi chhoda.</w:t>
      </w:r>
    </w:p>
    <w:p>
      <w:pPr>
        <w:jc w:val="right"/>
      </w:pPr>
      <w:r>
        <w:t>उन्होंने सारी सैक्रिफाइस दी , लेकिन सच्चाईकोनहींछोड़ा ।</w:t>
      </w:r>
    </w:p>
    <w:p>
      <w:r>
        <w:rPr>
          <w:b/>
        </w:rPr>
        <w:t xml:space="preserve">[31:35] </w:t>
      </w:r>
      <w:r>
        <w:t>to is tareeqe se aur aur badla kya tha? woh poochte ki hum aap ko manenge, aap ke liye sab qurbani denge, iske badle mein humein kya milega?</w:t>
      </w:r>
    </w:p>
    <w:p>
      <w:pPr>
        <w:jc w:val="right"/>
      </w:pPr>
      <w:r>
        <w:t>तो इसतरीकेसे और और बदलाक्याथा? वहपूछते किहमआपको मानेंगे,आपकेलिए सब कुर्बानीदेंगे , इसके बदलेमेंहमेंक्यामिलेगा ?</w:t>
      </w:r>
    </w:p>
    <w:p>
      <w:r>
        <w:rPr>
          <w:b/>
        </w:rPr>
        <w:t xml:space="preserve">[31:44] </w:t>
      </w:r>
      <w:r>
        <w:t>to aap kehte, "Jannat." ab aap sochiye ki Jannat koi dikhai dene wali cheez nahi thi. ek invisible Jannat ke liye unhone apne aap ko qurban kar diya. aur bahut detail mein woh sab kitabein hain. woh jo sahaba wali kitab hai,</w:t>
      </w:r>
    </w:p>
    <w:p>
      <w:pPr>
        <w:jc w:val="right"/>
      </w:pPr>
      <w:r>
        <w:t>तोआप कहते,"जन्नत। "अबआपसोचिएकिजन्नतकोईदिखाईदेनेवालीचीजनहीं थी। एक इन विजिबलजन्नतकेलिए उन्होंने अपनेआपको कुर्बानकरदिया । और बहुत डिटेलमें व सब किताबेंहैं।वहजो सहाबा वाली किताबहै,</w:t>
      </w:r>
    </w:p>
    <w:p>
      <w:r>
        <w:rPr>
          <w:b/>
        </w:rPr>
        <w:t xml:space="preserve">[32:03] </w:t>
      </w:r>
      <w:r>
        <w:t>jo teen jild Hayat-e-Sahaba mein, kis tareeqe se woh log bhookhe rehte the, pyase rehte the.</w:t>
      </w:r>
    </w:p>
    <w:p>
      <w:pPr>
        <w:jc w:val="right"/>
      </w:pPr>
      <w:r>
        <w:t>जो तीन जिल्द हयातसहाबामें, किसतरीकेसे वहलोगभूखेरहतेथे,प्यासेरहतेथे।</w:t>
      </w:r>
    </w:p>
    <w:p>
      <w:r>
        <w:rPr>
          <w:b/>
        </w:rPr>
        <w:t xml:space="preserve">[32:09] </w:t>
      </w:r>
      <w:r>
        <w:t>lekin jab unko boycott hua tha, khane ko bhi nahi milta tha. lekin ek aadmi ne bhi deen ko nahi chhoda, prophet ko nahi chhoda. to yeh ek qaum thi jo Allah taala ne apni divine planning ke tehat usko banaya tha taaki aakhri paigambar jab aaye, to yeh log uska saath dein, usko support karein, aur tauheed ko ek inqilab bana dein, saari duniya mein usko phaila dein.</w:t>
      </w:r>
    </w:p>
    <w:p>
      <w:pPr>
        <w:jc w:val="right"/>
      </w:pPr>
      <w:r>
        <w:t>लेकिन जब उनको बायकॉटहुआथा, खानेकोभीनहींमिलताथा।लेकिन एक आदमीनेभी दीनकोनहींछोड़ा , प्रोफेटकोनहींछोड़ा । तो यह एक कौमथी जो अल्लाहतालाने अपनी डिवाइनप्लानिंगकेतहत उसको बनायाथा ताकि आखिरीपैगंबर जबआए, तो यहलोग उसका साथ दें, उसको सपोर्टकरें, और तौहीदको एक इंकलाबबना दें,सारीदुनियामेंउसको फैलादें</w:t>
      </w:r>
    </w:p>
    <w:p>
      <w:r>
        <w:rPr>
          <w:b/>
        </w:rPr>
        <w:t xml:space="preserve">[32:38] </w:t>
      </w:r>
      <w:r>
        <w:t>ji, apa, agla sawal lene se pehle kuch comments padhna chahunga. kaafi comments aa rahe hain, apa. log bahut pasand kar rahe hain aaj ke talk ko. Maulana Iqbal Umri ne likha hai, "Chennai se, the creation plan for mankind is a profound serious and recurring topic that continues to spark discussions. Our sole objective revolve around understanding and exploring this topic. Thank you for addressing it, apa.</w:t>
      </w:r>
    </w:p>
    <w:p>
      <w:pPr>
        <w:jc w:val="right"/>
      </w:pPr>
      <w:r>
        <w:t>। जी , आपा,अगलासवाललेनेसेपहले कुछ कमेंट्सपढ़नाचाहूंगा।काफीकमेंट्सआरहेहैं,आपा।लोगबहुत पसंदकररहेहैंआजकेटॉकको । मौलाना इकबालउमरीनेलिखाहै,"चेन्नईसे , दक्रिएशनप्लानफॉरमैनकाइंड इजअप्रोफाउंडसी रियसएंडरेकरिंगटॉपिक दैटकंटिन्यूजटूस्पार्कडिस्क शंस। आवर सोलऑब्जेक्टिव रिवॉल्वअराउंडअंडरस्टैंड िंग एंड एक्सप्लोरिंगदिसटॉपिक । थैंकयूफॉरएड्रेसिंगइट,आ</w:t>
      </w:r>
    </w:p>
    <w:p>
      <w:r>
        <w:rPr>
          <w:b/>
        </w:rPr>
        <w:t xml:space="preserve">[33:05] </w:t>
      </w:r>
      <w:r>
        <w:t>apa." Mis Fareeda Kamran ne Pakistan se likha hai, "Jazak Allah, well explained. As always, very informative and meaningful session. May Allah help and guide all of us on the straight way which He planned for us. Ameen." Professor Nazma Siddiqui ne Gurgaon se likha hai, "Very nice and such a meaningful discussion on purpose of creation of mankind. Great learning, touching the heart. Jazak Allah."</w:t>
      </w:r>
    </w:p>
    <w:p>
      <w:pPr>
        <w:jc w:val="right"/>
      </w:pPr>
      <w:r>
        <w:t>पा।" मिसफरीदाकामरानने पाकिस्तानसेलिखाहै,"जजा कल्लाह,वेलएक्सप्लेन।एजऑलवेज,वेरीइंफॉर्मेशन एंडमीनिंगफुल सेशन।मेअल्लाहहेल्पएंडगाइडऑलऑफअसऑनदस्ट्रेट वे व्हिचही प्लानफ ॉरअस ।आमीन।" प्रोफेसरनजमा सिद्दीकीने गुड़गांवसेलिखाहै, "वेरीनाइस एंडसचअमीनिंगफुलडिस्कशनऑनपर्पसऑफ क्रिएशनऑफमैनकाइंड। ग्रेटलर्निंग,टचिंगदहार्ट । जजाकल्लाह।"</w:t>
      </w:r>
    </w:p>
    <w:p>
      <w:r>
        <w:rPr>
          <w:b/>
        </w:rPr>
        <w:t xml:space="preserve">[33:32] </w:t>
      </w:r>
      <w:r>
        <w:t>Faiz Qadri sahab ne, Dr. Tanveer sahab ne, dono ne bahut pasand kiya hai aur kaha hai ki "well explained." Mohammad Asif Khan sahab ne Lucknow se likha hai, "Tum behtareen giroh ho, bhalai ka hukum dete ho aur burai se rokte ho. Such an effective message. Sahaba ki jamaat ek aala jamaat thi. Very clear and meaningful session. Alhamdulillah."</w:t>
      </w:r>
    </w:p>
    <w:p>
      <w:pPr>
        <w:jc w:val="right"/>
      </w:pPr>
      <w:r>
        <w:t>फैजकादरीसाहबने, डॉक्टरतनवीर साहबने, दोनों नेबहुत पसंद किया हैऔर कहा कि"वेलएक्सप्लेन।" मोहम्मदआसिफखानसाहबने लखनऊसेलिखाहै, "तुमबेहतरीन गिरोहहो ,भलाईकाहुक्मदेतेहो और बुराईसे रोकतेहो । सचअइफेक्टिवमैसेज । सहाबाकीजमात एक आलाजमातथी। वेरीक्लियर एंडमीनिंगफुल से शन ।अल्हम्दुलिल्लाह।"</w:t>
      </w:r>
    </w:p>
    <w:p>
      <w:r>
        <w:rPr>
          <w:b/>
        </w:rPr>
        <w:t xml:space="preserve">[33:58] </w:t>
      </w:r>
      <w:r>
        <w:t>Apa, aap ne bhi iska zikr kiya tha ki insaan ko Khalifa banaya. lekin aksar log us yeh baat ko kehte hain ki "man is considered as Khaleefatullah." to main chahunga is ko aap thoda aur wazeh kar dein, apa. iske bare mein thoda batayein hum sab ko. yeh Surah Baqarah mein aaya hai, ayat number 30. ji, jab Allah taala ne kaha ki "Inni ja'ilun fil ardh khaleefa."</w:t>
      </w:r>
    </w:p>
    <w:p>
      <w:pPr>
        <w:jc w:val="right"/>
      </w:pPr>
      <w:r>
        <w:t>आपा, आपनेभीइसकाजिक्रकियाथा कि इंसानको खलीफा बनाया । लेकिन अक्सर लोग उस यहइसबातकोकहतेहैंकि"मैनइजकंसीडर्डएज खलीफउल्लाह।" तोमैंचाहूंगाइसकोआपथोड़ाऔर वाज करदें,आपा।इसकेबारेमेंथोड़ाबताएंहमसबको । यहसूर बकरामेंआयाहै, आयत नंबर 3 0 ।जी, जब अल्लाहतालानेकहा कि"इन्नीजाइल फिलअर्ज खलीफा ।"</w:t>
      </w:r>
    </w:p>
    <w:p>
      <w:r>
        <w:rPr>
          <w:b/>
        </w:rPr>
        <w:t xml:space="preserve">[34:28] </w:t>
      </w:r>
      <w:r>
        <w:t>to Khalifa hai, main ek Khalifa banane wala hoon. to Khalifa baad mein badshah ke liye istemal hone laga. Khalifa ke maane hote hain successor, jaansheen.</w:t>
      </w:r>
    </w:p>
    <w:p>
      <w:pPr>
        <w:jc w:val="right"/>
      </w:pPr>
      <w:r>
        <w:t>तोखलीफा है, मैं एकखलीफाबनानेवालाहूं। तो खलीफा बादमें बादशाहकेलिए इस्तेमालहोनेलगा । खलीफाकेमानेहोतेहैं सक्सेसर,जानशीन ।</w:t>
      </w:r>
    </w:p>
    <w:p>
      <w:r>
        <w:rPr>
          <w:b/>
        </w:rPr>
        <w:t xml:space="preserve">[34:40] </w:t>
      </w:r>
      <w:r>
        <w:t>toh kyunki pehle jinnat ka creation hua tha, toh us ke baad insaan ka creation hua. toh is wajah se woh khalif ul jinn ma'ne mein tha. aur doosra ma'na yeh bhi ho sakta hai ki woh azaad ek makhlooq, jis ke charge mein yeh zameen de di jayegi. toh woh poore tarike se azaadana taur par is zameen par woh apna kaam kare</w:t>
      </w:r>
    </w:p>
    <w:p>
      <w:pPr>
        <w:jc w:val="right"/>
      </w:pPr>
      <w:r>
        <w:t>तोचूंकि पहले जिन्नातकाक्रिएशनहुआथा, तो उसके बाद इंसानका क्रिएशनहुआ।तो इसवजहसे वह खलीफउलजिनकेमानेमेंथा। और दूस रा मानायहभीहोसकता है किवह आजादएकमखलूक ,जिसके चार्जमें यहजमीनदेदीजाएगी । तो वह पूरेतरीकेसे आजादानातौरपर इसजमीनपर वहअपना काम करे</w:t>
      </w:r>
    </w:p>
    <w:p>
      <w:r>
        <w:rPr>
          <w:b/>
        </w:rPr>
        <w:t xml:space="preserve">[35:07] </w:t>
      </w:r>
      <w:r>
        <w:t>ga. toh yeh jo azaad makhlooq, kyunki tamam kainat mein jo laakhon cheezein hain, koi bhi azaad nahin hai. jo jisko allah ne jaisa course set kar diya, usi course ke mutabiq woh chal rahi hai. saare jo animals hain, woh instinct ke instinct un ko govern karti hai.</w:t>
      </w:r>
    </w:p>
    <w:p>
      <w:pPr>
        <w:jc w:val="right"/>
      </w:pPr>
      <w:r>
        <w:t>गा । तो यह जो आजाद मखलूक,क्योंकितमाम कायनातमेंजो लाखोंचीजेंहैं, कोई भी आजादनहींहै। जो जिसको अल्लाहने जैसा कोर्ससेटकरदिया,उसीकोर्सकेमुताबिकवहचलरहीहै। सारे जो एनिमल्सहैं,वह इंस्टिंक्टके इंस्टिंक्टउनकोगवर्नकरती है।</w:t>
      </w:r>
    </w:p>
    <w:p>
      <w:r>
        <w:rPr>
          <w:b/>
        </w:rPr>
        <w:t xml:space="preserve">[35:29] </w:t>
      </w:r>
      <w:r>
        <w:t>toh koi bhi azaad nahin hai. toh azaad makhlooq khalifa ka ma'na hai. aur is mein mazhabi, religious aur secular, har insaan, har insaan khalifa hai. har insaan azaad makhlooq hai. toh kisi bhi tarah se yeh khuda ka khalifa ma'na nahin hai. khalifa hota hai ek ke baad doosra aana. toh kya khuda ke baad koi insaan aaya hai?</w:t>
      </w:r>
    </w:p>
    <w:p>
      <w:pPr>
        <w:jc w:val="right"/>
      </w:pPr>
      <w:r>
        <w:t>तो कोई भी आजादनहींहै।तो आ जाद मखलूक खलीफाकामतलबहै। और इसमें मजहबी, रिलीजसऔरसेकुलर, हर इंसान,हर इंसान खलीफाहै।हरइंसान आजादमखलूकहै। तो किसी भी तरह से यह खुदाकाखलीफा कामतलबहीनहीं है। खलीफाहोताहैएक केबाद दूस रा आना । तोक्याखुदाकेबाद कोई इंसानआयाहै ?</w:t>
      </w:r>
    </w:p>
    <w:p>
      <w:r>
        <w:rPr>
          <w:b/>
        </w:rPr>
        <w:t xml:space="preserve">[35:54] </w:t>
      </w:r>
      <w:r>
        <w:t>toh yeh bilkul hi galat uska expla</w:t>
      </w:r>
    </w:p>
    <w:p>
      <w:pPr>
        <w:jc w:val="right"/>
      </w:pPr>
      <w:r>
        <w:t>तो यह बिल्कुल हीगलत उसका एक्सप्ले</w:t>
      </w:r>
    </w:p>
    <w:p>
      <w:r>
        <w:rPr>
          <w:b/>
        </w:rPr>
        <w:t xml:space="preserve">[35:58] </w:t>
      </w:r>
      <w:r>
        <w:t>nation hai. isi tarike se bahut saari cheezon ko logon ne galat tarike se explain kiya hua hai. toh literal ma'ne khilafat ke baad ko aana, kisi ki jagah par aana. jaise ek badshah ke baad doosra badshah aata hai. toh ab kyunki jo baad mein aata hai, toh us ko kuch na kuch ikhtiyar bhi us ke paas hota hai. ab badshah hai, toh ruler hai, toh zyada ikhtiyar hoga</w:t>
      </w:r>
    </w:p>
    <w:p>
      <w:pPr>
        <w:jc w:val="right"/>
      </w:pPr>
      <w:r>
        <w:t>नेशनहै। इसीतरीकेसेबहुत सारीचीजोंको लोगों नेगलततरीकेसे एक्सप्लेनकियाहुआहै। तो लिटरलमानेखिला फतकेबाद कोआना , किसी कीजगहपरआना । जैसे एक बादशाह के बाद दूसराबाद शाहआताहै। तो अबचूंकि जो बादमेंआताहै, तोउसको कुछ नाकुछ इक्त दारभीउसकेपास होता है। अब बादशाहहै,तो रूलरहै,तो ज्यादा इक्तदारहोगा</w:t>
      </w:r>
    </w:p>
    <w:p>
      <w:r>
        <w:rPr>
          <w:b/>
        </w:rPr>
        <w:t xml:space="preserve">[36:22] </w:t>
      </w:r>
      <w:r>
        <w:t>。 ab koi company ka farz kariye, director hai, toh us ko pichhle pichhle director ka ikhtiyar us ko mil jayega. toh is tarike se woh ikhtiyar ke ma'ne us mein aa gaye. us ke jo secondary meaning hai, woh ikhtiyar ke ma'ne hain. toh allah taala ne insaan ko bahut zyada aql di. kyunki insaan ko khuda ki ko discover karna tha is kainat mein.</w:t>
      </w:r>
    </w:p>
    <w:p>
      <w:pPr>
        <w:jc w:val="right"/>
      </w:pPr>
      <w:r>
        <w:t>। अबकोई कंप नीकाफर्जकरिए,डायरेक्टरहै, तो उसको पिछले पिछलेडायरेक्टरकाइक्तदारउसकोमिलजाएगा। तो इसतरीके से वह इक्तदारके माने उसमेंआगए । उसके जोसेकेंडरी मीनिंगहै,वोइक्तदारकेमानेहैं। तो अल्लाहतालाने इंसानको बहुत ज्यादा अक्लदी। क्योंकि इंसानको खुदा की को डिस्कवरकरना था इस कायनातमें</w:t>
      </w:r>
    </w:p>
    <w:p>
      <w:r>
        <w:rPr>
          <w:b/>
        </w:rPr>
        <w:t xml:space="preserve">[36:50] </w:t>
      </w:r>
      <w:r>
        <w:t>itni badi kaynat allah taala ne banai hai. kehte hain yeh custom made universe hai. to isi liye banai hai ke is mein insan gaur o fikr kare aur khuda ki marfat haasil kare. kyunki baqi cheezon ko to jo allah ne bata diya, usi ke mutabiq woh chal rahi hain. unko khud kuch nahi karna hai. farishte hain, suraj, chand, janwar, koi bhi freedom nahi rakhti.</w:t>
      </w:r>
    </w:p>
    <w:p>
      <w:pPr>
        <w:jc w:val="right"/>
      </w:pPr>
      <w:r>
        <w:t>। इतनीबड़ीकायनातअल्लाहतालानेबनाईहै। कहतेहैंयह कस्टम मेडयूनिवर्सहै। तो इसीलिएबना ईहै कि इसमें इंसान को गौरफिक्रकरेऔर खुदाकी मारफह ासिलकरे। क्योंकि बाकीचीजोंको तोजो अल्लाहनेबतादिया,उसीकेमुताबिकवहचलरहीहैं। उनकोखुदकुछनहीं करना है। फरिश्तेहैं, सूरज,चांद, जानवर ,कोई भी फ्रीडमनहींरख</w:t>
      </w:r>
    </w:p>
    <w:p>
      <w:r>
        <w:rPr>
          <w:b/>
        </w:rPr>
        <w:t xml:space="preserve">[37:18] </w:t>
      </w:r>
      <w:r>
        <w:t>ta. sab ne khuda ke aage surrender kar rakha hua hai. lekin woh compulsory surrender hai. insan ko voluntary surrender karna hai. insan ko khuda ko discover karna hai. khuda ki glory, khuda ki majesty, khuda ka power, yeh sab usko is par bahut zyada isko khud samajh</w:t>
      </w:r>
    </w:p>
    <w:p>
      <w:pPr>
        <w:jc w:val="right"/>
      </w:pPr>
      <w:r>
        <w:t>ता । सब सब ने खुदाकेआगे सरेंडरकररखाहुआहै। लेकिन वह कंप लसरी सरेंडरहै। इंसानको वॉलंटरीसरेंडरकरना है। इंसानको खुदाको डिस्कवरकरना है। खुदाकीग्लोरी,खुदाकीमेजेस्टी, खुदाका पावर,यहसब उसको इसपर बहुत ज्यादा इसकोखुदसमझ</w:t>
      </w:r>
    </w:p>
    <w:p>
      <w:r>
        <w:rPr>
          <w:b/>
        </w:rPr>
        <w:t xml:space="preserve">[37:42] </w:t>
      </w:r>
      <w:r>
        <w:t>na hai. ab aaj kal ke zamane mein to jo science ki jo badi-badi discoveries ho rahi hain, to usko to bilkul clear ho gaya hai. pehle to zyada gaur o fikr karna padta tha. ab to sab kuch clear hai. ab agar koi nahi samajhta hai, to ab uske paas koi bhi excuse nahi hai. ji, to usko yeh sab baaton par gaur o fikr karna hai. dekhiye, marfat ke maane gehri nazar paida karna apne andar, insight jisko kehte hain.</w:t>
      </w:r>
    </w:p>
    <w:p>
      <w:pPr>
        <w:jc w:val="right"/>
      </w:pPr>
      <w:r>
        <w:t>नाहै। अबआजकलकेजमानेमेंतोजोसाइंस की जो बड़ी-बड़ीडिस्कवरीजहोरहीहैं, तो उसकोतो बिल्कुल क्लियरहोगयाहै। पहले तो ज्यादा गौरफिक्रकरनापड़ताथा। अबतोसबकुछ क्लियरहै। अबअगरकोई नहींसमझताहै,तोअबउसकेपास कोई भी एक्सक्यूजनहींहै। जी,तोउसको यहसब बातोंपर गौरफिक्रकरना है। देखिए,मारफकेमाने गहरीनजर पैदाकरना अपनेअंदर,इनसाइटजिसकोकहतेहैं।</w:t>
      </w:r>
    </w:p>
    <w:p>
      <w:r>
        <w:rPr>
          <w:b/>
        </w:rPr>
        <w:t xml:space="preserve">[38:10] </w:t>
      </w:r>
      <w:r>
        <w:t>to ek hai jo hai namaz, roza, aadmi yaad kar leta hai, padhta rehta hai. ek hai uske upar gaur o fikr karna. gaur o fikr karne se gehre maane samajh mein aate hain. ji, to har cheez mein hamein gaur o fikr karna hai. rasool allah sallallahu alaihi wasallam ke saamne koi bhi baat aati thi, to us par woh sochte the. jaise ab huzrat abu darda ne shayad kaha, ya aur bhi kai sahaba</w:t>
      </w:r>
    </w:p>
    <w:p>
      <w:pPr>
        <w:jc w:val="right"/>
      </w:pPr>
      <w:r>
        <w:t>तो एक है जो है नमाज,रोजा,आदमी यादकरलेताहै, पढ़तारहताहै। एक हैउसकेऊपर गौरफिक्रकरना । गौर फिक्रकरनेसे गहरे मानेसमझमेंआतेहैं। जी,तो हरचीज मेंहमेंगौर फिक्रकरनाहै। रसूलल्लाहसल्लल्लाहुअलैहिवसल्लम केसामनेकोई भी बात आतीथी,तो उसपर वह सोचतेथे। जैसे अब ूहजरतअबूदर्दानेशायदकहा ,याऔरभी कई सहाबा</w:t>
      </w:r>
    </w:p>
    <w:p>
      <w:r>
        <w:rPr>
          <w:b/>
        </w:rPr>
        <w:t xml:space="preserve">[38:37] </w:t>
      </w:r>
      <w:r>
        <w:t>hain. to unhone kaha ki agar ek chidiya bhi par phadphadati, ud rahi hai, to usko bhi dekh kar rasool allah sallallahu alaihi wasallam koi ilm ki yaad dilaayi nahi karte the. to jo bhi hamara observation ho, to usko usko dekh kar hamein khuda ki koi bhi, khuda ke bahut saare attributes hain. khuda ka koi attribute hamein yaad aana chahiye, aur hum phir us par gaur o fikr karein, aur gehrai se usko samajh</w:t>
      </w:r>
    </w:p>
    <w:p>
      <w:pPr>
        <w:jc w:val="right"/>
      </w:pPr>
      <w:r>
        <w:t>हैं। तोउन्होंने कहा किअगरएक च िड़ियाभी परफड़फड़ाती ,उड़रहीहै, तो उसकोभी देख कर रसूलल्लाहसल्लल्लाहुअलैहिवसल्लमकोईइल्मकीयाददयानहींकरते थे। तो जोभी हमारा ऑब्जर्वेशनहो , तो उसको उसकोदेख कर हमें खुदाकी कोई भी ,खुदाकेबहुत सारे एट्रिब्यूट्सहैं। खुदाकाकोई एट्रिब्यूट हमें यादआनाचाहिए,और हम फिरउसपर गौरफिक्रकरें,और गहराईसे उसकोसमझ</w:t>
      </w:r>
    </w:p>
    <w:p>
      <w:r>
        <w:rPr>
          <w:b/>
        </w:rPr>
        <w:t xml:space="preserve">[39:05] </w:t>
      </w:r>
      <w:r>
        <w:t>ein. us se hamare andar jo intellectual development, spiritual development hoga, to usi ko kehte hain khuda ki marfat haasil karna. khuda ki jo marfat haasil karega, usi ke liye jannat hai. ji, ji, jazaak allah, apa. bahut achhe se aapne isko wazeh kiya. faheem umar sahab ne malaysia se likha hai, "masha allah, may allah reward you very well.". miskurutlen ne kashmir se likha hai, "jannat is what you accept without proof. demanding proof in this world is just digression and lack of seriousness regarding a very important and sensitive subject. brilliantly explained quoting examples.". achha, apa, agla sawal main poochna chahunga. aapne iska zikr bhi kiya aaj ke talk mein about freedom being given to man</w:t>
      </w:r>
    </w:p>
    <w:p>
      <w:pPr>
        <w:jc w:val="right"/>
      </w:pPr>
      <w:r>
        <w:t>ें । उससेहम ारेअंदरजो इंटेलेक्चुअलडेवलपमेंट ,स्पिरिचुअलडेवलपमेंटहोगा, तो उसीकोकहतेहैं ख ुदाकीमारफ हासिलकरना । खुदाकीजो मारफ हासिलकरेगा, उसीकेलिए जन्नतहै। जी, जी,जजाकल्लाह,आपा।बहुतअच्छेसेआपने इसकोवाजकिया। फहीमउमरसाहबनेमलेशियासेलिखाहै,"माशाल्लाह,मेअल्लाहरिवर्डयूवेरीव</w:t>
      </w:r>
    </w:p>
    <w:p>
      <w:r>
        <w:rPr>
          <w:b/>
        </w:rPr>
        <w:t xml:space="preserve">[39:30] </w:t>
      </w:r>
      <w:r>
        <w:t>। so, apa, duniya mein to insan ko isi liye basaya gaya hai ke uska trial hai, uska test hai. jaise aapne samjhaya, not as a matter of reward. lekin tab bhi aksar log yeh sawal zaroor karte hain ki "why was complete freedom given to man?"</w:t>
      </w:r>
    </w:p>
    <w:p>
      <w:pPr>
        <w:jc w:val="right"/>
      </w:pPr>
      <w:r>
        <w:t>ेल।" मिसकुरुतलेनने कश्मीरसेलिखाहै, "जन्नतइजव्हाटयूएक्सेप्टविदाउट प्रूफ । डिमांडिंगप्रूफइनदिस वर्ल्ड इजजस्ट डायग्र ेशन एंड लैकऑफ सीरियसनेसरिगार्डिंगअवेरीइंपॉर्टेंट एंड सेंसिटिवसब्जेक्ट । ब्रिलियंटलीएक्सप्लेन कोटिंग एग्जांपल्स।" अच्छा,आपा,अगला सवाल मैंपूछनाचाहूंगा।आपने इसका जिक्रभीकिया आजके टॉकमें अबाउट फ्रीडमबीइंगगिवनटूमैन</w:t>
      </w:r>
    </w:p>
    <w:p>
      <w:r>
        <w:rPr>
          <w:b/>
        </w:rPr>
        <w:t xml:space="preserve">[39:58] </w:t>
      </w:r>
      <w:r>
        <w:t>"to main chahunga isko aap wazeh karein."</w:t>
      </w:r>
    </w:p>
    <w:p>
      <w:pPr>
        <w:jc w:val="right"/>
      </w:pPr>
      <w:r>
        <w:t>। सो, आ पा, दुनियामेंतो इंसानको इसीलिएबसायागयाहैकि उसका ट्रायलहै,उसकाटेस्टहै।जैसेआपनेसमझाया , नॉटएजअमैटरऑफ रिवॉर्ड। लेकिन तबभीअक्सरलोग यहसवालजरूरकरतेहैंकि"व्हाईवाजकंप्लीटफ्रीडमगिवनटूमैन?</w:t>
      </w:r>
    </w:p>
    <w:p>
      <w:r>
        <w:rPr>
          <w:b/>
        </w:rPr>
        <w:t xml:space="preserve">[40:14] </w:t>
      </w:r>
      <w:r>
        <w:t>ab agar insan ko complete freedom na di gayi hoti, to woh test nahi de pata.</w:t>
      </w:r>
    </w:p>
    <w:p>
      <w:pPr>
        <w:jc w:val="right"/>
      </w:pPr>
      <w:r>
        <w:t>"तो मैंचाहूंगाइसकोआप वाजकरें ।</w:t>
      </w:r>
    </w:p>
    <w:p>
      <w:r>
        <w:rPr>
          <w:b/>
        </w:rPr>
        <w:t xml:space="preserve">[40:20] </w:t>
      </w:r>
      <w:r>
        <w:t>ji, kyunki allah ne mukammal freedom de diya, total freedom, taaki uska khoob khoob test ho.</w:t>
      </w:r>
    </w:p>
    <w:p>
      <w:pPr>
        <w:jc w:val="right"/>
      </w:pPr>
      <w:r>
        <w:t>अबअगर इंसानको कंप्लीटफ्रीडमना दीगईहोती , तो वह टेस्ट नहीं देपाता ।</w:t>
      </w:r>
    </w:p>
    <w:p>
      <w:r>
        <w:rPr>
          <w:b/>
        </w:rPr>
        <w:t xml:space="preserve">[40:27] </w:t>
      </w:r>
      <w:r>
        <w:t>agar bilkul aise hi hai jaise ghode ko baandh dete hain, to jitni lambi uski rassi hoti, bas utne hi door woh chal pata hai. to is tarike se insan ke andar kisi bhi qism ka rukawat nahi daali allah taala ne, taaki woh ab ab poora mukammal tarike se apna test ada kar sake. kyunki is duniya mein dekhiye, farishte bhi hain aur shaitan bhi hai. to farishte hamein inspire karte rehte hain.</w:t>
      </w:r>
    </w:p>
    <w:p>
      <w:pPr>
        <w:jc w:val="right"/>
      </w:pPr>
      <w:r>
        <w:t>जी,क्योंकिअल्लाहने मुकम्मलफ्रीडमदेदिया ,टोटलफ्रीडम, ताकिउसका खूबखूबटेस्टहो ।</w:t>
      </w:r>
    </w:p>
    <w:p>
      <w:r>
        <w:rPr>
          <w:b/>
        </w:rPr>
        <w:t xml:space="preserve">[40:34] </w:t>
      </w:r>
      <w:r>
        <w:t>yeh hamare upar hai ki hum farishton se kyun lete hain. farishton se inspire apne aap ko hone dete hain ya shaitan ki baatein sunte hain. to shaitan to hamein galat hi raasta dikhayega. kyunki shaitan ne jab dekha insan ko, tabhi usne keh diya tha, "main tamam logon ko behka doonga, siway tere mukhlis bando ke.". yaani jin logon ko tune select kar liya hai, bas wohi bachenge. baqi main tamam logon ko behka doonga. to</w:t>
      </w:r>
    </w:p>
    <w:p>
      <w:pPr>
        <w:jc w:val="right"/>
      </w:pPr>
      <w:r>
        <w:t>अगर बिल्कुलऐसेहीहैजैसे घोड़े ड़कोबांधदेतेहैं, तो जितनीलंबीउसकीरस्सीहोती,बसउतनेहीदूरवहचलपाताहै। तो इसतरीकेसे इंसानकेअंदरकिसी भी किस्मका रुकावटनहींडालीअल्लाहतालाने , ताकिवह अब अबपूरा मुकम्मलतरीकेसे अपना टेस्टअदाकरसके। क्योंकिइसदुनियामें देखिए, फरिश्तेभीहैंऔर शैतानभीहै। तो फरिश्तेहमेंइंस्पायरकरते रहतेहैं।</w:t>
      </w:r>
    </w:p>
    <w:p>
      <w:r>
        <w:rPr>
          <w:b/>
        </w:rPr>
        <w:t xml:space="preserve">[41:01] </w:t>
      </w:r>
      <w:r>
        <w:t>usne yeh is baat par kaha tha ki insan ke andar desires bahut zyada hain. usko kuch bhi milega, to usko lagega yeh kam hai. desire ke mutabiq to kuch bhi nahi. poori duniya bhi mil jaaye, to woh kam padegi. to is wajah se woh hamesha na-shukri karega. aur na-shukri khuda ko bahut zyada na pasand hai. to is wajah se hamein is sachchai ki, hamein is azaadi ki zaroorat thi. kyunki azaadi ke bagair hamara test nahi hota. lekin azaadi mein khatra bhi bahut tha. kyunki insan zyada tar, aap dekhte hain, log apni azaadi ko misuse hi karte hain. azaadi ko use karna, self-discipline, self-control aur</w:t>
      </w:r>
    </w:p>
    <w:p>
      <w:pPr>
        <w:jc w:val="right"/>
      </w:pPr>
      <w:r>
        <w:t>यहहम ारे ऊपरहैकिहम फरिश्तोंसे क्योंलेतेहैं।फरिश्तों से इंस्पायर अपनेआपको होने देतेहैं या शैतानकीबातेंसुनतेहैं। तो शैतानतोहमें गलतहीरास्तादिखाएगा। क्योंकि शैताननेजब देखा इंसानको,तभी उसने कहदियाथा,"मैंतमामलोगों को बह कादूंगा, सिवायतेरे मुखलिसबंदोंके । "यानीजिनलोगों को तूने सिलेक्टकरलियाहै, बस वहीबचेंगे।बाकीमैंतमाम लोगों को बहकादूंगा। तो</w:t>
      </w:r>
    </w:p>
    <w:p>
      <w:r>
        <w:rPr>
          <w:b/>
        </w:rPr>
        <w:t xml:space="preserve">[41:31] </w:t>
      </w:r>
      <w:r>
        <w:t>us ne yeh is baat par kaha tha ki insaan ke andar</w:t>
      </w:r>
    </w:p>
    <w:p>
      <w:pPr>
        <w:jc w:val="right"/>
      </w:pPr>
      <w:r>
        <w:t>उसने यहइसबात परकहा थाकिइंसानकेअंदर</w:t>
      </w:r>
    </w:p>
    <w:p>
      <w:r>
        <w:rPr>
          <w:b/>
        </w:rPr>
        <w:t xml:space="preserve">[41:34] </w:t>
      </w:r>
      <w:r>
        <w:t>desires bahut zyada hain. us ko kuch bhi milega, to us ko lagega yeh kam hai.</w:t>
      </w:r>
    </w:p>
    <w:p>
      <w:pPr>
        <w:jc w:val="right"/>
      </w:pPr>
      <w:r>
        <w:t>डिजायर्सबहुत ज्यादाहैं। उसकोकुछ भी मिलेगा,तोउसकोलगेगा यहकमहै।</w:t>
      </w:r>
    </w:p>
    <w:p>
      <w:r>
        <w:rPr>
          <w:b/>
        </w:rPr>
        <w:t xml:space="preserve">[41:39] </w:t>
      </w:r>
      <w:r>
        <w:t>desire ke mutabiq to kuch bhi nahin. poori duniya bhi mil jaye, to woh woh kam padegi.</w:t>
      </w:r>
    </w:p>
    <w:p>
      <w:pPr>
        <w:jc w:val="right"/>
      </w:pPr>
      <w:r>
        <w:t>डिजायरकेमुताबिकतोकुछभीनहीं।पूरी दुनिया भीमिलजाए,तोवह वहकमपड़ेगी।</w:t>
      </w:r>
    </w:p>
    <w:p>
      <w:r>
        <w:rPr>
          <w:b/>
        </w:rPr>
        <w:t xml:space="preserve">[41:44] </w:t>
      </w:r>
      <w:r>
        <w:t>to is wajah se woh hamesha nashukri karega.</w:t>
      </w:r>
    </w:p>
    <w:p>
      <w:pPr>
        <w:jc w:val="right"/>
      </w:pPr>
      <w:r>
        <w:t>तो इसवजहसे वहहमेशा नाशुक्रीकरेगा।</w:t>
      </w:r>
    </w:p>
    <w:p>
      <w:r>
        <w:rPr>
          <w:b/>
        </w:rPr>
        <w:t xml:space="preserve">[41:47] </w:t>
      </w:r>
      <w:r>
        <w:t>aur na shukri Khuda ko bahut zyada na pasand hai.</w:t>
      </w:r>
    </w:p>
    <w:p>
      <w:pPr>
        <w:jc w:val="right"/>
      </w:pPr>
      <w:r>
        <w:t>और ना शुक्रीखुदाकोबहुतज्यादा ना पसंदहै।</w:t>
      </w:r>
    </w:p>
    <w:p>
      <w:r>
        <w:rPr>
          <w:b/>
        </w:rPr>
        <w:t xml:space="preserve">[41:51] </w:t>
      </w:r>
      <w:r>
        <w:t>to is wajah se hamein</w:t>
      </w:r>
    </w:p>
    <w:p>
      <w:pPr>
        <w:jc w:val="right"/>
      </w:pPr>
      <w:r>
        <w:t>तो इसवजहसे हमें</w:t>
      </w:r>
    </w:p>
    <w:p>
      <w:r>
        <w:rPr>
          <w:b/>
        </w:rPr>
        <w:t xml:space="preserve">[41:54] </w:t>
      </w:r>
      <w:r>
        <w:t>is sachchai ki, hamein is azaadi ki zaroorat thi.</w:t>
      </w:r>
    </w:p>
    <w:p>
      <w:pPr>
        <w:jc w:val="right"/>
      </w:pPr>
      <w:r>
        <w:t>इस सच्चाईकी,हमें इस आजादीकी जरूरतथी।</w:t>
      </w:r>
    </w:p>
    <w:p>
      <w:r>
        <w:rPr>
          <w:b/>
        </w:rPr>
        <w:t xml:space="preserve">[41:58] </w:t>
      </w:r>
      <w:r>
        <w:t>kyunki azaadi ke baghair hamara test nahin hota.</w:t>
      </w:r>
    </w:p>
    <w:p>
      <w:pPr>
        <w:jc w:val="right"/>
      </w:pPr>
      <w:r>
        <w:t>क्योंकिआजादीकेबगैरहमारा टेस्टनहींहोता ।</w:t>
      </w:r>
    </w:p>
    <w:p>
      <w:r>
        <w:rPr>
          <w:b/>
        </w:rPr>
        <w:t xml:space="preserve">[42:01] </w:t>
      </w:r>
      <w:r>
        <w:t>lekin azaadi mein khatra bhi bahut tha.</w:t>
      </w:r>
    </w:p>
    <w:p>
      <w:pPr>
        <w:jc w:val="right"/>
      </w:pPr>
      <w:r>
        <w:t>लेकिन आजादीमेंखतराभीबहुत था।</w:t>
      </w:r>
    </w:p>
    <w:p>
      <w:r>
        <w:rPr>
          <w:b/>
        </w:rPr>
        <w:t xml:space="preserve">[42:04] </w:t>
      </w:r>
      <w:r>
        <w:t>kyunki insaan zyada tar, aap dekhte hain, log apni azaadi ko misuse hi karte hain.</w:t>
      </w:r>
    </w:p>
    <w:p>
      <w:pPr>
        <w:jc w:val="right"/>
      </w:pPr>
      <w:r>
        <w:t>क्योंकिइंसान ज्यादातर,आपदेखतेहैं,लोग अपनीआजादीको मिसयूजहीकरतेहैं।</w:t>
      </w:r>
    </w:p>
    <w:p>
      <w:r>
        <w:rPr>
          <w:b/>
        </w:rPr>
        <w:t xml:space="preserve">[42:09] </w:t>
      </w:r>
      <w:r>
        <w:t>azaadi ko use karna, self discipline, self control aur</w:t>
      </w:r>
    </w:p>
    <w:p>
      <w:pPr>
        <w:jc w:val="right"/>
      </w:pPr>
      <w:r>
        <w:t>आजादीको यूजकरना ,सेल्फडिसिप्लिन, सेल्फ कंट्रोल और</w:t>
      </w:r>
    </w:p>
    <w:p>
      <w:r>
        <w:rPr>
          <w:b/>
        </w:rPr>
        <w:t xml:space="preserve">[42:15] </w:t>
      </w:r>
      <w:r>
        <w:t>hai. insan ko bahut zyada sanjeeda aur bahut zyada sensitive hona padega ki koi bhi woh galat kaam kare, to usko foran ehsaas ho jaaye ki yeh hum se galti ho gayi hai. isi liye allah taala ne tauba ka darwaza hamesha khula rakha hai ki aakhir waqt tak allah taala tauba qabool karte hain. to lekin allah taala kitna bhi insan misuse kare,</w:t>
      </w:r>
    </w:p>
    <w:p>
      <w:pPr>
        <w:jc w:val="right"/>
      </w:pPr>
      <w:r>
        <w:t>हिदायतकेरास्तेपरचलना, तो यहबहुत मुश्किल</w:t>
      </w:r>
    </w:p>
    <w:p>
      <w:r>
        <w:rPr>
          <w:b/>
        </w:rPr>
        <w:t xml:space="preserve">[42:20] </w:t>
      </w:r>
      <w:r>
        <w:t>huzrat nuh alaihi salam ke zamane mein saari duniya jo hai, woh khilaaf ho gayi thi. huzrat nuh ke kisi chand logon ko chhod kar logon ne khuda ki paighambar ko reject kar diya. lekin uske bawajood allah taala ne insan ki azaadi ko cancel nahi kiya. to azaadi bilkul zaroori hai. yahan par ek main misaal doongi ki jamia mein ek engineering department hai.</w:t>
      </w:r>
    </w:p>
    <w:p>
      <w:pPr>
        <w:jc w:val="right"/>
      </w:pPr>
      <w:r>
        <w:t>है। इंसानकोबहुत ज्यादा संजीदाऔरबहुत ज्यादा सेंसिटिवहोनापड़ेगाकि कोईभी वहगलतकामकरे ,तो उसको फौरनएहसासहोजाएकियहहमसे गलतीहोगई है। इसीलिएअल्लाहतालाने तौबाकादरवाजाहमेशा खुलारखाहैकिआखिरवक्त तकअल्लाहताला तौबाकबूलकरतेहैं। तो लेकिन अल्लाहताला कितनाभी इंसान मिसयूजकरे,</w:t>
      </w:r>
    </w:p>
    <w:p>
      <w:r>
        <w:rPr>
          <w:b/>
        </w:rPr>
        <w:t xml:space="preserve">[42:45] </w:t>
      </w:r>
      <w:r>
        <w:t>to ek wahan par VC aaye, najeeb jung. to woh khud engineering ke hi student the. to woh ek din khamoshi se aakar, bahut bade-bade kamre hote the, khamoshi se aakar back seat par baith gaye. aur kisi ko pata nahi chala. teacher jo hai, theek se padha nahi raha tha. to pata hi nahi chala. to baad mein uski class li</w:t>
      </w:r>
    </w:p>
    <w:p>
      <w:pPr>
        <w:jc w:val="right"/>
      </w:pPr>
      <w:r>
        <w:t>हजरतनूह अल सलामकेजमानेमें सारीदुनिया जोहै,वह खिलाफहोगईथी। हजरतनूहके किसी चंदलोगों कोछोड़करलोगों ने खुदाकी पैगंबर को रिजेक्टकरदिया।लेकिन उसके बावजूद अल्लाहतालाने इंसानकीआजादीको कैंसिलनहींकिया। तो आजादीबिल्कुलजरूरीहै।यहांपरएक मैंमिसालदूंगी कि जामियामेंएक एकइंजीनियरिंग डिपार्टमेंटहै।</w:t>
      </w:r>
    </w:p>
    <w:p>
      <w:r>
        <w:rPr>
          <w:b/>
        </w:rPr>
        <w:t xml:space="preserve">[43:14] </w:t>
      </w:r>
      <w:r>
        <w:t>gayi. to agar isi liye allah taala ne apne aap ko bilkul ghaib mein rakha hai. agar aap farz kariye ki class mein VC baitha rahe, to kiski himmat hai ki achha se, sahi tarike se nahi padhayega woh. ji, to woh is tarike se allah taala ne ek total sense mein har cheez ko ghaib mein rakha hai. na hamein farishte nazar aate hain, na hamein akhirat ki koi cheez nazar aati hai, na jannat nazar aati hai. to</w:t>
      </w:r>
    </w:p>
    <w:p>
      <w:pPr>
        <w:jc w:val="right"/>
      </w:pPr>
      <w:r>
        <w:t>तो एकवहांपर वीसीआए, नजीबजंग । तोवहखुद इंजीनियरिंग के ही स्टूडेंटथे। तो वह एकदिन खामोशीसे आकर,बहुतबड़े-बड़ेकमरेहोते थे, खामोशीसेआकर बैक सीटपरबैठगए । और किसी कोपतानहीं चला। टीचरजोहै,ठीकसेपढ़ानहींरहाथा। तो पताहीनहींचला। तो बाद में उसकीक्लास ली</w:t>
      </w:r>
    </w:p>
    <w:p>
      <w:r>
        <w:rPr>
          <w:b/>
        </w:rPr>
        <w:t xml:space="preserve">[43:40] </w:t>
      </w:r>
      <w:r>
        <w:t>yeh jo element of doubt, jisko iltibas ka parda kaha gaya hai, to is iltibas ke parde ko phaadna hai. aur hamein apni insight se, jo allah taala ne hamein bahut zyada aqal di hai, us aqal se hamein baaton ko gehrai se samajhna hai. aur kyunki jannat bahut zyada keemti</w:t>
      </w:r>
    </w:p>
    <w:p>
      <w:pPr>
        <w:jc w:val="right"/>
      </w:pPr>
      <w:r>
        <w:t>गई । तो अगर इसीलिएअल्लाहतालाने अपने आप को बिल्कुल गैबमेंरखाहै। अगरआप फर्जकरिएकि क्लासमें वीसीबैठा रहे,तो किसकीहिम्मतहैकिअच्छासे ,सहीतरीकेसेनहींपढ़ाएगावह।जी, तो वह इसतरीकेसे अल्लाहतालाने एकटोटल सेंसमेंहरचीजको गैबमेंरखाहै। नाहमेंफरिश्तेनजरआतेहैं,नाहमेंआखिरत कीकोईचीज नजरआतीहै,नाजन्नत नजरआतीहै।तो</w:t>
      </w:r>
    </w:p>
    <w:p>
      <w:r>
        <w:rPr>
          <w:b/>
        </w:rPr>
        <w:t xml:space="preserve">[44:10] </w:t>
      </w:r>
      <w:r>
        <w:t>hai, ek eternal life, ek aisi life jo perfect world ki, ek eternal life, jahan koi bhi na bimari hai, na budhapa hai, na accident hai. to wahan par eternal, eternal ek hamara,</w:t>
      </w:r>
    </w:p>
    <w:p>
      <w:pPr>
        <w:jc w:val="right"/>
      </w:pPr>
      <w:r>
        <w:t>यहजो एलिमेंट ऑफ डाउट, जिसको इल्तबास का पर्दाकहागयाहै, तो इस इल्तबासके पर्देको फाड़नाहै। और हमें अपनी इनसाइटसे,जोअल्लाहतालानेहमें बहुत ज्यादा अक्लदीहै,उस अक्लसे हमें बातोंको गहराईसेसमझनाहै। और क्योंकि जन्नतबहुत ज्यादा कीमती</w:t>
      </w:r>
    </w:p>
    <w:p>
      <w:r>
        <w:rPr>
          <w:b/>
        </w:rPr>
        <w:t xml:space="preserve">[44:30] </w:t>
      </w:r>
      <w:r>
        <w:t>wahan par hamara ek ek ek safar hoga marfat ka. khuda ki mar</w:t>
      </w:r>
    </w:p>
    <w:p>
      <w:pPr>
        <w:jc w:val="right"/>
      </w:pPr>
      <w:r>
        <w:t>है, एक इटरनललाइफ, एक ऐसी लाइफजो जो परफेक्ट वर्ल्डकी,एकइटरनललाइफ, जहां कोई भी नाबीमारीहै,नाबुढ़ापाहै,ना एक्सीडेंटहै। तो वहां पर इटरनल,इटरनल एक हम ारा,</w:t>
      </w:r>
    </w:p>
    <w:p>
      <w:r>
        <w:rPr>
          <w:b/>
        </w:rPr>
        <w:t xml:space="preserve">[44:47] </w:t>
      </w:r>
      <w:r>
        <w:t>fat. maulana ne kaha tha ki marfat ka safar yahan se shuru hota hai. aur woh chalta rahega, chalta rahega. ki khuda ki jo jo creation hai, woh to la mutanahi hai. uska koi end nahi hai. to rozana aap dekhte honge, science ki discovery jo ho rahi</w:t>
      </w:r>
    </w:p>
    <w:p>
      <w:pPr>
        <w:jc w:val="right"/>
      </w:pPr>
      <w:r>
        <w:t>वहांपर हम ारा एक एक एकसफरहोगा मारफका । खुदाकीमार</w:t>
      </w:r>
    </w:p>
    <w:p>
      <w:r>
        <w:rPr>
          <w:b/>
        </w:rPr>
        <w:t xml:space="preserve">[44:53] </w:t>
      </w:r>
      <w:r>
        <w:t>hai, rozana aata hai ek naye-naye galaxy, naye-naye stars, naye-naye black hole, quasar. rozana kuch na kuch aata rehta hai. to musalsal khuda create kar raha hai. to hamara journey jo hai marfat ka, woh musalsal aage badhta rahega.</w:t>
      </w:r>
    </w:p>
    <w:p>
      <w:pPr>
        <w:jc w:val="right"/>
      </w:pPr>
      <w:r>
        <w:t>फ ।मौलानानेकहा थाकि मारफ कासफरयहांसे शुरू होता है। और वह चलता रहेगा,चलतारहेगा।किखुदा की जो जो क्रिएशनहै, वह तो ला मुतनाहीहै। उसकाकोई एंडनहीं है। तो रोजाना आप देख तेहोंगे ,साइंसकीडिस्कवरीजो होरही</w:t>
      </w:r>
    </w:p>
    <w:p>
      <w:r>
        <w:rPr>
          <w:b/>
        </w:rPr>
        <w:t xml:space="preserve">[45:15] </w:t>
      </w:r>
      <w:r>
        <w:t>to yeh jo unhi logon ko milega, jo iman bil ghaib rakhte hain. quran mein aaya hai, surah baqarah mein, jo yaqeen karte hain bin dekhe, wahi hidayat yafta hain. kyunki duniya mein koi bhi cheez nazar nahi aa rahi hai. ji, koi bhi ek surgeon ne ya arthur eddington ne kaha hai ki main jis mez par kaam kar raha hoon, iske do hisse hain.</w:t>
      </w:r>
    </w:p>
    <w:p>
      <w:pPr>
        <w:jc w:val="right"/>
      </w:pPr>
      <w:r>
        <w:t>है, रोजाना आताहै एकनए-नएगैलेक्सी,नए-नए स्टार्स,नए-नए ब्लैक होल, क्वास । रोज ानाकुछ नाकुछआतारहताहै।तो मुसलसल खुदाक्रिएटकररहाहै। तो हमारा जर्नीजो हैमारफका, वह मुसलसल आगेबढ़ तारहेगा।</w:t>
      </w:r>
    </w:p>
    <w:p>
      <w:r>
        <w:rPr>
          <w:b/>
        </w:rPr>
        <w:t xml:space="preserve">[45:33] </w:t>
      </w:r>
      <w:r>
        <w:t>to yeh jo unhi logon ko milega, jo imaan bil gaib rakhte hain. quran mein aaya hai, surah baqarah mein, jo yaqeen karte hain bin dekhe, wahi hidayat yafta hain. kyunke duniya mein koi bhi cheez nazar nahin aa rahi hai. ji, koi bhi ek Sir James Jeans ne ya Arthur Eddington ne kaha hai ki main jis mez par kaam kar raha hoon, iske do hisse hain.</w:t>
      </w:r>
    </w:p>
    <w:p>
      <w:pPr>
        <w:jc w:val="right"/>
      </w:pPr>
      <w:r>
        <w:t>तो यह जो उन्हींलोगों कोमिलेगा,जो ईमान बिलगैबरखतेहैं। कुरानमेंआयाहै,सूरबकरामें, जो यकीन करते हैं बिनदेखे, वहीहिदायतयाफ्ताहै।क्योंकिदुनियामें कोई भीचीज नजरनहीं आरहीहै। जी, कोई भी एक सर्जे जींसने या आर्थरएडिंगटननेकहाहैकि मैंजिस मेजपरकाम कररहाहूं, इसके दोहिस्सेहैं।</w:t>
      </w:r>
    </w:p>
    <w:p>
      <w:r>
        <w:rPr>
          <w:b/>
        </w:rPr>
        <w:t xml:space="preserve">[45:57] </w:t>
      </w:r>
      <w:r>
        <w:t>ek hissa dikhai de raha hai aur ek hissa jo asal hai, jo electron daud rahe hain, vah to hamein dikhai nahin de raha hai. to koi bhi cheez nahin dikhai de rahi hai. isi vajah se Allah taala ne insan ko bahut zyada aql di hai ki vah aql ke zariye se cheezon ko samjhe. aur usi ka badla hai jannat aur Khuda ki khushnudi. Masha Allah,</w:t>
      </w:r>
    </w:p>
    <w:p>
      <w:pPr>
        <w:jc w:val="right"/>
      </w:pPr>
      <w:r>
        <w:t>एक हिस्सादिखाईदेरहाहैऔरएकहिस्साजो असलहै, जो इलेक्ट्रॉन दौड़रहेहैं,वहतोहमेंदिखाईनहींदेरहाहै। तो कोई भीचीजनहींदिखाईदेरहीहै। इसीवजहसेअल्लाहतालानेइंसानको बहुत ज्यादा अक्लदीहैकिवह अक्लकेजरिएसे चीजोंको समझे। और उसीका बद लाहै जन्नत और खुदाकी खुशनूदी । माशाल्लाह,</w:t>
      </w:r>
    </w:p>
    <w:p>
      <w:r>
        <w:rPr>
          <w:b/>
        </w:rPr>
        <w:t xml:space="preserve">[46:24] </w:t>
      </w:r>
      <w:r>
        <w:t>Aa pa, Doctor Sane Saneen Khan sahab, jo Dubai se yeh program dekh rahe hain, unhone likha hai, "Today's session was truly enlightening and it touched upon one of Maulana Wahiduddin Khan sahab's most significant topics. Maulana's emphasis is the importance of understanding the creation plan of God, stating that it is crucial for a deeper comprehension of Islam. This session with Aa pa is truly insightful and meaningful."</w:t>
      </w:r>
    </w:p>
    <w:p>
      <w:pPr>
        <w:jc w:val="right"/>
      </w:pPr>
      <w:r>
        <w:t>आ पा, डॉक्टर सानेस्नैनखानसाहब,जो दुबईसेयहप्रोग्रामदेखरहेहैं,उन्होंने लिखाहै, "टुडेजसेशनवासट्रूली इन लाइटनिंग एंडइटटचअप ॉनवनऑफ मौलानावजूदीनखानसाहब मोस्टसिग्निफिकेंटटॉपिक । मौलानाएमफसा इजदइंपॉर्टेंसऑफअंडरस्टैंडिंगदक्रिएशनप्लानऑफगॉड, स्टेटिंगदैटइटइजक्रुशलफॉरअडीपर कंप्रीहेंशन ऑफ इस्लाम । दिससेशनविदआपाइजट्रूली इनसाइटफुल एंड मीनिंगफुल ।"</w:t>
      </w:r>
    </w:p>
    <w:p>
      <w:r>
        <w:rPr>
          <w:b/>
        </w:rPr>
        <w:t xml:space="preserve">[46:52] </w:t>
      </w:r>
      <w:r>
        <w:t>Mr. Rohit Kumar ne Amritsar se likha hai, "Masha Allah, Aa pa ji, aaj ke time CPS bahut badi madad hai Allah ki taraf se kisi CPS ke liye. Jazaak Allah, Aa pa. Islam brings actually everyone together into one community, that is Muslim Ummah. And all everybody is equal, irrespective of gender and state</w:t>
      </w:r>
    </w:p>
    <w:p>
      <w:pPr>
        <w:jc w:val="right"/>
      </w:pPr>
      <w:r>
        <w:t>मिस्टररोहित कुमार ने अमृतसरसेलिखाहै,"माशाल्लाह,आपाजी,आज के टाइम सीपीएसबहुत बड़ीमद दहै अल्लाहकीतरफसे किसी सी करकेलिए । जजाकल्लाह, आपा।इस्लाम ब्रिंग्स एक्चुअलीएवरीवन टुगेदर इनटूवन कम्युनिटी,दैटइज मुस्लिमउम्मा । एंड ऑलऑलएवरीबॉडीइज इक्वल,इरेस्पेक्टिवऑफ जेंडरएंडस्टेट</w:t>
      </w:r>
    </w:p>
    <w:p>
      <w:r>
        <w:rPr>
          <w:b/>
        </w:rPr>
        <w:t xml:space="preserve">[47:20] </w:t>
      </w:r>
      <w:r>
        <w:t>s. Islam commands everyone to follow the guidance of Quran and pay heed to the warnings that are mentioned in the Quran and from the life of Prophet. There is a Hadith, which is in Sahih al-Bukhari, that Prophet referring to Ummah said to his companions, "That I hope 1/4 of you will be the people of Paradise." So all the companions said, "Allahu Akbar, God is great." They</w:t>
      </w:r>
    </w:p>
    <w:p>
      <w:pPr>
        <w:jc w:val="right"/>
      </w:pPr>
      <w:r>
        <w:t>स। इस्लामकमांड्सएवरीवन टू फॉलोदगाइडेंसऑफ कुरान एंडपेहीटटूदवार्निंग्स दैटआर मेंशनइनदकुरानएंडफ्रॉमद लाइफऑफ प्रोफेट। देयरइजअ हदीस,व्हिचइज इनसहीअलबुखारी,दैट प्रोफेटरेफरिंगटू उम्मा सेडटू हिज कंपैन ियंस, "दैटआई होप 1 /4 ऑफ यू विलबी द पीपलऑफ पैराडाइस।" सो ऑलदकंपैनियंससेड,"अल्लाहुअकबर,गॉडइजग्रेट।" दे</w:t>
      </w:r>
    </w:p>
    <w:p>
      <w:r>
        <w:rPr>
          <w:b/>
        </w:rPr>
        <w:t xml:space="preserve">[47:50] </w:t>
      </w:r>
      <w:r>
        <w:t>n Prophet said, "That again he said, I hope that 1/3 of the people of Paradise will be you." So again they said, "Allahu Akbar, God is great." Again Prophet said, "That I hope that half of the people of Paradise will be you." So again companions said, "Allahu Akbar, God is gr</w:t>
      </w:r>
    </w:p>
    <w:p>
      <w:pPr>
        <w:jc w:val="right"/>
      </w:pPr>
      <w:r>
        <w:t>नप्रोफेट सेड,"दैट अगेनहीसेड,आईहोपदैट 1 /3 ऑफदपीपलऑफ पैराडाइसविलबीयू।" सोअगेनदेसेड,"अल्लाहुअकबर,गॉडइजग्रेट।" अगेनप्रोफेटसेड,"दैट आई होप दैट हाफऑफदपीपलऑफ पैराडाइस विलबीयू।" सो अगेन कंप ैनियनसेड,"अल्लाहुअकबर,गॉड इज ग्र</w:t>
      </w:r>
    </w:p>
    <w:p>
      <w:r>
        <w:rPr>
          <w:b/>
        </w:rPr>
        <w:t xml:space="preserve">[48:11] </w:t>
      </w:r>
      <w:r>
        <w:t>eat." So Aa pa, it's a great hope for the Muslim Ummah, that Prophet said, "That 1/4 to half of the people of Paradise will be the Muslim Ummah." But that does not mean that anyone who is part of the Ummah will straight away get into Paradise. He will have, he or she will have to play the role, will have to play the part of the mission of the Muslim Ummah.</w:t>
      </w:r>
    </w:p>
    <w:p>
      <w:pPr>
        <w:jc w:val="right"/>
      </w:pPr>
      <w:r>
        <w:t>ेट।" सोआपा,इट्सअग्रेट होप फॉरदी मुस्लिमउम्मा,दैट प्रोफेटसेड,"दैट1 /4 टू हाफऑफदपीपलऑफदपैराडाइस विलबी दमुस्लिमउम्मा।" बटदैटडजनॉटमीनदैट एनीवनहुइजपार्टऑफ दीउम्मा विलस्ट्रेटअवेगेटइनटूपैराडाइस। हीविलहैव,हीऔरशीविलहैवटूप्ले द रोल , विलहैवटूप्लेद पार्टऑफ दी मिशनऑफदमुस्लिमउम्मा।</w:t>
      </w:r>
    </w:p>
    <w:p>
      <w:r>
        <w:rPr>
          <w:b/>
        </w:rPr>
        <w:t xml:space="preserve">[48:36] </w:t>
      </w:r>
      <w:r>
        <w:t>to main chahunga, Aa pa, iske bare mein aap hum sab ko batayein. Kyunki yeh bahut zaroori hai ki kya mission hai Muslim Ummah ka, kya karna hai. Usi se hamein aage ka jo direction hai, vah milega, Insha Allah. Asal mein pehli baar aisa hua ki Allah taala ne aasmani kitab yaani Quran ko mehfooz kar diya. Ji,</w:t>
      </w:r>
    </w:p>
    <w:p>
      <w:pPr>
        <w:jc w:val="right"/>
      </w:pPr>
      <w:r>
        <w:t>तो मैंचाहूंगा,आपा,इसकेबारेमेंआपहमसबकोबताएं।क्योंकियहबहुतजरूरीहै किक्या मिशनहै मुस्लिमउम्माका ,क्या करना है। उसीसे हमेंआगेकाजोडायरेक्शनहै, वहमिलेगा , इंशाल्लाह। असलमें पहलीबार ऐसाहुआ किअल्लाहतालाने आसमानीकिताबयानीकुरानको महफूजकरदिया । जी,</w:t>
      </w:r>
    </w:p>
    <w:p>
      <w:r>
        <w:rPr>
          <w:b/>
        </w:rPr>
        <w:t xml:space="preserve">[48:57] </w:t>
      </w:r>
      <w:r>
        <w:t>to jo log bhi usko follow karenge, jo half of the population kaha Rasul Allah sallallahu alaihi wasallam ne, to hamare paas original shakal mein aasmani kitab hai. Lekin us usko samajhna, us par amal karna, to yeh jo hai, yeh yeh hamara kaam hai. Jab tak hum usko samjhenge nahin, us par amal nahin karenge, tab tak uska koi hamein fayda nahin milega. To</w:t>
      </w:r>
    </w:p>
    <w:p>
      <w:pPr>
        <w:jc w:val="right"/>
      </w:pPr>
      <w:r>
        <w:t>तोजोलोग भीउसको फॉलोकरेंगे,जो हाफऑफ द पॉपुलेशन कहा रसूलल्लाहसल्लल्लाहुअलैहिवसल्लमने,तो हमारेपास ओरिजिनलशक्लमें आसमानीकिताबहै। लेकिन उस उसको समझना,उसपरअमलकरना ,तो यह जो है, यह यहहम ारा कामहै। जबतकहमउसको समझेंगेनहीं,उसपरअमलनहींकरेंगे , तबतकउसकाकोई हमें फायदानहींमिलेगा । तो</w:t>
      </w:r>
    </w:p>
    <w:p>
      <w:r>
        <w:rPr>
          <w:b/>
        </w:rPr>
        <w:t xml:space="preserve">[49:23] </w:t>
      </w:r>
      <w:r>
        <w:t>ab masla yeh hai ki dekhiye, Paigambar ka aana band ho gaya. Rasul Allah sallallahu alaihi wasallam khatimun nabiyyin the, aakhiri nabi the. Ab Rasul Allah sallallahu alaihi wasallam ke baad logon tak Khuda ka paigham kaise pahunchaya jaye?</w:t>
      </w:r>
    </w:p>
    <w:p>
      <w:pPr>
        <w:jc w:val="right"/>
      </w:pPr>
      <w:r>
        <w:t>अबमसलायहहैकि देखिए,पैगंबर का आनाबंदहोगया। रसूलल्लाहसल्लल्लाहुअलैहिवसल्लम खातिमुन्न बीनथे,आखिरीनबीथे। अब रसूलल्लाहसल्लल्लाहुअलैहिवसल्लमकेबाद लोगों तक खुदाका पैगाम कैसे पहुंचायाजाए ?</w:t>
      </w:r>
    </w:p>
    <w:p>
      <w:r>
        <w:rPr>
          <w:b/>
        </w:rPr>
        <w:t xml:space="preserve">[49:39] </w:t>
      </w:r>
      <w:r>
        <w:t>to vah Rasul Allah sallallahu alaihi wasallam ne bataya apne aakhiri khutbe mein. To Quran mein aaya hai, "Ummat wasat."</w:t>
      </w:r>
    </w:p>
    <w:p>
      <w:pPr>
        <w:jc w:val="right"/>
      </w:pPr>
      <w:r>
        <w:t>तो वह रसूलल्लाहसल्लल्लाहुअलैहिवसल्लमने बताया अपने आखिरीखुतबेमें। तो कुरानमेंआयाहै,"उम्मत वसद।"</w:t>
      </w:r>
    </w:p>
    <w:p>
      <w:r>
        <w:rPr>
          <w:b/>
        </w:rPr>
        <w:t xml:space="preserve">[49:48] </w:t>
      </w:r>
      <w:r>
        <w:t>yaani hum jo hain Musalman, beech ki Ummah hain. Beech ki Ummah ka matlab hai ki hum Paigambar se Khuda ka paigham lekar ke usko doosre logon tak, jin tak nahin pahuncha hai, unko hum pahunchayenge. To yeh Rasul Allah sallallahu alaihi wasallam ne apne aakhiri khutbe mein kaha tha ki jo yahan maujood hai, vah jo hazir hai, vah gayab ko pahuncha de.</w:t>
      </w:r>
    </w:p>
    <w:p>
      <w:pPr>
        <w:jc w:val="right"/>
      </w:pPr>
      <w:r>
        <w:t>या नी हम जो हैं मुसलमान, बीच कीउम्मतहैं। बीचकीउम्मतकामानेहै किहम पैगंबरसे खुदाकापैगामलेकर के उसको दूस रे लोगों तक,जिनतक नहीं पहुंचाहै,उनकोहम पहुंचाएंगे। तो यह रसूलल्लाहसल्लल्लाहुअलैहिवसल्लमनेअपनेआखिरीखुतबेमेंकहाथा किजो यहां मौजूदहै, वह जो हाजिरहै, वह गायबकोपहुंचादे ।</w:t>
      </w:r>
    </w:p>
    <w:p>
      <w:r>
        <w:rPr>
          <w:b/>
        </w:rPr>
        <w:t xml:space="preserve">[50:14] </w:t>
      </w:r>
      <w:r>
        <w:t>matlab jin logon ko nahin pahuncha, vah un logon ko pahuncha de. Aur aapko maloom hai ki usi waqt Sahaba jo hain, sari duniya mein nikal gaye us paigham ko pahunchane ke liye. Sahaba to zabardast tareeke se amal karte the. Jo Paigambar ne keh diya, usi par vah amal karte the. Yeh apna phir apni aql nahin laga dete. To usi waqt yeh nahin, koi ghar bhi nahin gaya. Usi waqt apna ghode par, oont par baith kar vah nikal gaye pahunchane ke liye.</w:t>
      </w:r>
    </w:p>
    <w:p>
      <w:pPr>
        <w:jc w:val="right"/>
      </w:pPr>
      <w:r>
        <w:t>मतलबजिनलोगों कोनहीं पहुंचा,वहउनलोगोंकोपहुंचादे।और आपकोमालूमहैकिउसीवक्त सहाबाजोहैं, सारीदुनियामेंनिकलगए उसपैगामकोपहुंचानेकेलिए । सहाबातो जबरदस्ततरीकेसे अमलकरते थे। जो पैगंबरनेकहदिया , उसीपर वहअमलकरते थे। यह अपना फिरअपनी अकलनहींलगा देते। तो उसीवक्त यहनहीं,कोई घरभीनहींगया। उसीवक्त अपना घोड़ेपर, ऊंटपर बैठकरवहनिकलगए पहुंचानेकेलिए ।</w:t>
      </w:r>
    </w:p>
    <w:p>
      <w:r>
        <w:rPr>
          <w:b/>
        </w:rPr>
        <w:t xml:space="preserve">[50:44] </w:t>
      </w:r>
      <w:r>
        <w:t>to yeh insan ka matlab Musalmanon ka yahi mission hai. Isko Shahadat al-naas bhi kaha gaya hai ki tamam logon tak Khuda ki gawahi dena, Khuda ke paigham ko pahunchana, yeh hamari duty hai. Isi mein hamara jo hai,</w:t>
      </w:r>
    </w:p>
    <w:p>
      <w:pPr>
        <w:jc w:val="right"/>
      </w:pPr>
      <w:r>
        <w:t>तो यह इंसानका मतलबमुसलमानोंकायहीमिशनहै।इसको शहादतअल नासभीकहागयाहै कि तमाम लोगों तक खुदा कीगवाहीदेना,खुदाके पैगामकोपहुंचाना, यहहम ारी ड्यूटीहै। इसीमेंहम ाराजोहै,</w:t>
      </w:r>
    </w:p>
    <w:p>
      <w:r>
        <w:rPr>
          <w:b/>
        </w:rPr>
        <w:t xml:space="preserve">[51:02] </w:t>
      </w:r>
      <w:r>
        <w:t>hamari kamyabi bhi chupi hui hai, is duniya ki bhi aur akhirat ki bhi. To hamein du insan ko nejat ka rasta batana hai.</w:t>
      </w:r>
    </w:p>
    <w:p>
      <w:pPr>
        <w:jc w:val="right"/>
      </w:pPr>
      <w:r>
        <w:t>हम ारी कामयाबीभीछुपीहुईहै,इसदुनिया कीभी और आखिरतकीभी । तो हमें दु इंसानको नेजात कारास्ताबतानाहै।</w:t>
      </w:r>
    </w:p>
    <w:p>
      <w:r>
        <w:rPr>
          <w:b/>
        </w:rPr>
        <w:t xml:space="preserve">[51:12] </w:t>
      </w:r>
      <w:r>
        <w:t>kyunki is duniya mein insaan thode waqt ke liye aaya hai, phir us ko mar kar aakhirat mein jana hai, Khuda ke saamne hazir hona hai.</w:t>
      </w:r>
    </w:p>
    <w:p>
      <w:pPr>
        <w:jc w:val="right"/>
      </w:pPr>
      <w:r>
        <w:t>क्योंकि इसदुनियामें इंसान थोड़े सेवक्फकेलिएआयाहै, फिरउसको मरकर आखिरतमें जाना है,खुदाकेसामने हाजिरहोनाहै।</w:t>
      </w:r>
    </w:p>
    <w:p>
      <w:r>
        <w:rPr>
          <w:b/>
        </w:rPr>
        <w:t xml:space="preserve">[51:21] </w:t>
      </w:r>
      <w:r>
        <w:t>to woh yeh na kahe ki hamein to bataya hi nahin gaya tha</w:t>
      </w:r>
    </w:p>
    <w:p>
      <w:pPr>
        <w:jc w:val="right"/>
      </w:pPr>
      <w:r>
        <w:t>तो वह यह नाकहेकिहमेंतोबतायाहीनहींगयाथा</w:t>
      </w:r>
    </w:p>
    <w:p>
      <w:r>
        <w:rPr>
          <w:b/>
        </w:rPr>
        <w:t xml:space="preserve">[51:24] </w:t>
      </w:r>
      <w:r>
        <w:t>ki marne ke baad kya hone wala hai.</w:t>
      </w:r>
    </w:p>
    <w:p>
      <w:pPr>
        <w:jc w:val="right"/>
      </w:pPr>
      <w:r>
        <w:t>कि मरनेकेबाद क्याहोने वालाहै।</w:t>
      </w:r>
    </w:p>
    <w:p>
      <w:r>
        <w:rPr>
          <w:b/>
        </w:rPr>
        <w:t xml:space="preserve">[51:26] </w:t>
      </w:r>
      <w:r>
        <w:t>hamare hamare jo amal hain, woh accountable hain</w:t>
      </w:r>
    </w:p>
    <w:p>
      <w:pPr>
        <w:jc w:val="right"/>
      </w:pPr>
      <w:r>
        <w:t>हम ारे हम ारेजोअमलहैं,वहअकाउंटेबलहैं</w:t>
      </w:r>
    </w:p>
    <w:p>
      <w:r>
        <w:rPr>
          <w:b/>
        </w:rPr>
        <w:t xml:space="preserve">[51:30] </w:t>
      </w:r>
      <w:r>
        <w:t>aur wahan jannat hai, jahannum hai.</w:t>
      </w:r>
    </w:p>
    <w:p>
      <w:pPr>
        <w:jc w:val="right"/>
      </w:pPr>
      <w:r>
        <w:t>और वहां जन्नतहै,जहन्नमहै।</w:t>
      </w:r>
    </w:p>
    <w:p>
      <w:r>
        <w:rPr>
          <w:b/>
        </w:rPr>
        <w:t xml:space="preserve">[51:32] </w:t>
      </w:r>
      <w:r>
        <w:t>to is wajah se hamein is duniya mein</w:t>
      </w:r>
    </w:p>
    <w:p>
      <w:pPr>
        <w:jc w:val="right"/>
      </w:pPr>
      <w:r>
        <w:t>तो इस वजहसेहमेंइसदुनियामें</w:t>
      </w:r>
    </w:p>
    <w:p>
      <w:r>
        <w:rPr>
          <w:b/>
        </w:rPr>
        <w:t xml:space="preserve">[51:35] </w:t>
      </w:r>
      <w:r>
        <w:t>insaan ko bata dena hai poori khair khwahi ke saath aur khaastaur par peacefully,</w:t>
      </w:r>
    </w:p>
    <w:p>
      <w:pPr>
        <w:jc w:val="right"/>
      </w:pPr>
      <w:r>
        <w:t>इंसानको बतादेनाहै पूरीखैरख्वाईकेसाथ और खासतौरपर पीसफुली,</w:t>
      </w:r>
    </w:p>
    <w:p>
      <w:r>
        <w:rPr>
          <w:b/>
        </w:rPr>
        <w:t xml:space="preserve">[51:42] </w:t>
      </w:r>
      <w:r>
        <w:t>us bahut hi hamdardi ke sath, khairkhwahi ke sath, uski bahut zyada uske liye duaen karte hue hamein yeh baat usko pahuncha dena hai. To yeh jo hai, bahut zyada zaroori hai. Isi par hamari kamyabi jo hai, duniya aur akhirat mein, isi par depend karti hai. To ab dekhiye, zamana ab badal gaya hai. Pehle to religious persecution</w:t>
      </w:r>
    </w:p>
    <w:p>
      <w:pPr>
        <w:jc w:val="right"/>
      </w:pPr>
      <w:r>
        <w:t>उसबहुत ही हम दर्दीकेसाथ ,खैरख्वाईकेसाथ , उसकी बहुत ज्यादा उसकेलिए दुआएंकरते हुए हमें यहबात उसकोपहुंचादेनाहै। तोयह जोहै, बहुत ज्यादाजरूरीहै। इसीपर हम ारी काम याबीजोहै, दुनिया और आखिरतमें, इसीपर डिपेंडकरतीहै। तो अब देखिए,जमाना अबबदलगयाहै।पहले तो रिलीजसपरसक्यू</w:t>
      </w:r>
    </w:p>
    <w:p>
      <w:r>
        <w:rPr>
          <w:b/>
        </w:rPr>
        <w:t xml:space="preserve">[52:09] </w:t>
      </w:r>
      <w:r>
        <w:t>tha, ji, vah kaam karna hi mushkil tha. Log bahut zyada oppose karte the, marte the, peette the, sab kuch karte the. To ab zamana badal gaya hai, mazhabi aazadi aa gayi hai, technology hai hamare paas, communication hai hamare paas. Ab to bahut hi aasan ho gaya hai. Agar ab bhi humne Khuda ka paigham logon tak na pahunchaya, to hamare paas koi excuse nahin hoga ki hum Allah taala ki narazgi se bachne ka</w:t>
      </w:r>
    </w:p>
    <w:p>
      <w:pPr>
        <w:jc w:val="right"/>
      </w:pPr>
      <w:r>
        <w:t>शनथा, जी,वोकामकरना हीमुश्किलथा। लोग बहुत ज्यादा अपोजकरते थे,मारतेथे,पीटतेथे,सबकुछकरते थे। तो अब जमानाबदलगयाहै, मजहबीआजादीआगई है,टेक्नोलॉजीहैहमारेपास , कम्युनिकेशनहैहमारेपास । अबतोबहुत हीआसानहोगयाहै। अगर अबभीहमनेखुदाकापैगामलोगों तक नापहुंचाया,तोहमारेपास कोई एक्सक्यूजनहींहोगा किहम अल्लाहतालाकी नाराजगीसेबचनेका</w:t>
      </w:r>
    </w:p>
    <w:p>
      <w:r>
        <w:rPr>
          <w:b/>
        </w:rPr>
        <w:t xml:space="preserve">[52:35] </w:t>
      </w:r>
      <w:r>
        <w:t>to hamein is kaam mein apne aap ko bilkul hi whole heartedly, puri taqat ke sath, apne aap ko is kaam mein laga dena hai. Ji, Aa pa, yeh bahut important aapne kaha ki whole heartedly, we will have to adopt this work. And now, the age of persecution is over. So, Aa pa, it is very important, like it is said ki Momin ya'ani jo hai, vah apne waqt ko pehchanne wala hota hai. So, at today, is a world, today is the</w:t>
      </w:r>
    </w:p>
    <w:p>
      <w:pPr>
        <w:jc w:val="right"/>
      </w:pPr>
      <w:r>
        <w:t>।तो हमें इस काममें अपनेआपको बिल्कुलही होलहार्टेडली, पूरीताकतकेसाथ ,अपनेआपको इसकाममेंलगा देनाहै। जी , आ पा,ये बहुत इंपॉर्टेंटआपनेकहा कि होलहार्टेडली,वीविलहैवटू अडूदिसवर्क।एंड नाउ,द एजऑफपर्सीक्यूशनइजओवर। सो,आपा,इटइजवेरीइंपॉर्टेंट,लाइकइटइजसेडकि मोमिनयादाईजोहै, वह अपने वक्तकोपहचाननेवालाहोता है। सो,एटटुडे,इजअवर्ल्ड,टुडेइजद</w:t>
      </w:r>
    </w:p>
    <w:p>
      <w:r>
        <w:rPr>
          <w:b/>
        </w:rPr>
        <w:t xml:space="preserve">[53:03] </w:t>
      </w:r>
      <w:r>
        <w:t>age of reason. We have to understand, acquire knowledge, so that it is understandable to people. And there is a very good Hadith, Aa pa, which is attributed to Anas bin Malik, that once Prophet said to the companions, "That do you know who is the most generous?</w:t>
      </w:r>
    </w:p>
    <w:p>
      <w:pPr>
        <w:jc w:val="right"/>
      </w:pPr>
      <w:r>
        <w:t>एजऑफरीजन।वीहैवटू अंडरस्टैंड ,एक्वायरनॉलेज, सोदैटइटइज अंडरस्टैंडेबल टूपीपल। एंडदेयरइजअ वेरीगुडहदीस,आपा,व्हिचइजएट्रिब्यूटटूअन सबिनमलिक, दैटवंस प्रोफेट सेडटूदकंपैनियंस,"दैटडूयूनोहुइजदमोस्ट जन रस?</w:t>
      </w:r>
    </w:p>
    <w:p>
      <w:r>
        <w:rPr>
          <w:b/>
        </w:rPr>
        <w:t xml:space="preserve">[53:21] </w:t>
      </w:r>
      <w:r>
        <w:t>"So, they asked Prophet ki, "Tell us Prophet, who is the most generous?"</w:t>
      </w:r>
    </w:p>
    <w:p>
      <w:pPr>
        <w:jc w:val="right"/>
      </w:pPr>
      <w:r>
        <w:t>"सो,दे आस्क प्रोफेट कि, "टेलअसप्रोफेट,हुइजदमोस्ट जनरस?</w:t>
      </w:r>
    </w:p>
    <w:p>
      <w:r>
        <w:rPr>
          <w:b/>
        </w:rPr>
        <w:t xml:space="preserve">[53:26] </w:t>
      </w:r>
      <w:r>
        <w:t>"So, he said, "God is the most generous. And after God, I am generous. And after me, the person who acquires knowledge and disseminates it is the most generous. And on the Day of Resurrection, he will come singly as a ruler or as a single ummah</w:t>
      </w:r>
    </w:p>
    <w:p>
      <w:pPr>
        <w:jc w:val="right"/>
      </w:pPr>
      <w:r>
        <w:t>"सो,हीसेड,"गॉडइज दमोस्ट जनरस।ए ंडआफ्टरगॉड,आईएमजनरस। एंडआफ्टर मी,द पर्सनहु एक्वायर्स नॉलेज एंड डिसेमिनेटइट इजद मोस्ट जनरस। एंडऑनदडेऑफ रिसरेक्शन, ही विल कम सिंगलीएजअरूलर औरएजअसिंगलउम्</w:t>
      </w:r>
    </w:p>
    <w:p>
      <w:r>
        <w:rPr>
          <w:b/>
        </w:rPr>
        <w:t xml:space="preserve">[53:46] </w:t>
      </w:r>
      <w:r>
        <w:t>mah." So, Aa pa, itni zabardast baat hai, itni hope hai ki we have to, because now, a person listens to you, if you explain to him in a rational, in a reasonal language. And here is a Hadith, which which gives us so much of hope, that there is a greater reward, which is for for that person. Aa pa, so now, you know, it brings me to the last question.</w:t>
      </w:r>
    </w:p>
    <w:p>
      <w:pPr>
        <w:jc w:val="right"/>
      </w:pPr>
      <w:r>
        <w:t>मा।" तो,आ पा,इतनीजबरदस्त बातहै, इतनीहोपहै कि वी हैवटू ,बिकॉज नाउ, अपर्सन लिसन्सटूयू,इफयूएक्सप्लेन टूहिमइनअरैशनल ,इनअरीजनल ैंग्वेज। एंडहियरइजअहदीस,व्हिच व्हिचगिव्सअससोमचऑफ होप,दैटदेयरइज अग्रेटररिवॉर्ड, व्हिचइजफॉरफॉरदैट पर्सन। आ पा,सोनाउ,यूनो, इटब्रिंग्समीटूदलास्टक्वेश्चन।</w:t>
      </w:r>
    </w:p>
    <w:p>
      <w:r>
        <w:rPr>
          <w:b/>
        </w:rPr>
        <w:t xml:space="preserve">[54:13] </w:t>
      </w:r>
      <w:r>
        <w:t>Paradise, as we know, is the neighborhood of God. And in this world, we are living in the neighborhood of God at the level of mind and feeling. But post death, it will be a reality.</w:t>
      </w:r>
    </w:p>
    <w:p>
      <w:pPr>
        <w:jc w:val="right"/>
      </w:pPr>
      <w:r>
        <w:t>पैराडाइस,एजवीनो,इजदी नेबरहुडऑफ गॉड । एंड इन दिस वर्ल्ड, वीआरलिविंगइनदनेबरहुडऑफगॉडएटदलेवलऑफ माइंडएंडफीलिंग। बट पोस्टडेथ,इटविलबी अ रियलिटी।</w:t>
      </w:r>
    </w:p>
    <w:p>
      <w:r>
        <w:rPr>
          <w:b/>
        </w:rPr>
        <w:t xml:space="preserve">[54:27] </w:t>
      </w:r>
      <w:r>
        <w:t>Ek martaba, Abdullah bin Umar ne bataya ki Prophet stood for a lecture, and he said to all the companions, "That if you want, that for you, there is a distance between Jahannam and Paradise. Then believe in God, believe on the Last Day, and behave towards others as you would want them to behave towards you."</w:t>
      </w:r>
    </w:p>
    <w:p>
      <w:pPr>
        <w:jc w:val="right"/>
      </w:pPr>
      <w:r>
        <w:t>एकमर्तबा, अब्दुल्ला बिनउमरने बतायाकि प्रोफेटस्टुडफॉरअलेक्चर, एंडही सेडटू ऑलदी कंपैन ियंस,"दैट इफयू वांट ,दैटफॉरयू, देयरइजअडिस्टेंसबिटवीन जहन्नम एंड पैराडाइस। देन बिलीवइन गॉड, बिलीवऑनदलास्ट डे , एंड बिहेवटुवर्ड्सअदर्सएजयूवुडवांटदेमटूबिहेव टुवर्ड्सयू।"</w:t>
      </w:r>
    </w:p>
    <w:p>
      <w:r>
        <w:rPr>
          <w:b/>
        </w:rPr>
        <w:t xml:space="preserve">[54:53] </w:t>
      </w:r>
      <w:r>
        <w:t>to, Aa pa, final destination to Paradise hi hai hum sab ka. And main chahunga ki aap is par aaj ka session khatam karein, "That how should we get into Paradise?" Uske bare mein hum sab sab ko batayein.</w:t>
      </w:r>
    </w:p>
    <w:p>
      <w:pPr>
        <w:jc w:val="right"/>
      </w:pPr>
      <w:r>
        <w:t>तो,आ पा, फाइनलडेस्टिनेशनतोपैराडाइसहीहैहमसबका । एंड मैंचाहूंगा कि आप इसपरआजकासेशनखत्मकरें , "दैट हाउशुडवी गेट इनटूपैराडाइस?" उसकेबारेमेंहम सब सबकोबताएं ।</w:t>
      </w:r>
    </w:p>
    <w:p>
      <w:r>
        <w:rPr>
          <w:b/>
        </w:rPr>
        <w:t xml:space="preserve">[55:12] </w:t>
      </w:r>
      <w:r>
        <w:t>bahut hi badi baat hai ki paradise jo hai, god ka neighbourhood hai.</w:t>
      </w:r>
    </w:p>
    <w:p>
      <w:pPr>
        <w:jc w:val="right"/>
      </w:pPr>
      <w:r>
        <w:t>बहुतही बड़ीबातहै कि पैराडाइसजोहै, गॉडकानेबरहुडहै।</w:t>
      </w:r>
    </w:p>
    <w:p>
      <w:r>
        <w:rPr>
          <w:b/>
        </w:rPr>
        <w:t xml:space="preserve">[55:17] </w:t>
      </w:r>
      <w:r>
        <w:t>ji, to god ke neighbourhood mein wahi jagah pa sakta hai jo apne aap ko is is kaabil banae. to ek perfect world ke liye ek perfect human beings chahiye, warna kehte hain ki jannat khud hi usko accept nahin karegi. phir insaan kahan jaega? yeh duniya to khatm ho chuki hogi. phir hamare paas koi jagah nahin hogi rehne ki.</w:t>
      </w:r>
    </w:p>
    <w:p>
      <w:pPr>
        <w:jc w:val="right"/>
      </w:pPr>
      <w:r>
        <w:t>जी, तोगॉडकेनेबरहुडमें वहीजगह पासकता हैजो अपनेआपको इसइसकाबिलबना ए। तो एकपरफेक्ट वर्ल्डकेलिए एकपरफेक्ट ह्यूमन बीइंग्सचाहिए , वरना कहतेहैंकि जन्नतखुदहीउसकोएक्सेप्टनहींकरेगी। फिर इंसानकहांजाएगा?यहदुनिया तोखत्महोचुकीहोगी । फिरहमारेपास कोई जगहनहींहोगीरहनेकी।</w:t>
      </w:r>
    </w:p>
    <w:p>
      <w:r>
        <w:rPr>
          <w:b/>
        </w:rPr>
        <w:t xml:space="preserve">[55:40] </w:t>
      </w:r>
      <w:r>
        <w:t>to jannat jo hai, wah ab jannat jo hai, wah bahut hi wahan ka culture hai, peace culture. to agar hum is duniya mein violence chalaen, to jannat humein accept nahin karegi. wahan to culture hi peace hai. sab ek doosre ko salam salam kahenge. wahan farishte jo hain, usko uska sara intezam farishte kar rahe honge. to jannat ke liye humein apni purified personality banani hogi,</w:t>
      </w:r>
    </w:p>
    <w:p>
      <w:pPr>
        <w:jc w:val="right"/>
      </w:pPr>
      <w:r>
        <w:t>तो जन्नतजोहै, वह अबजन्नतजोहै,वहबहुत ही वहांका कल्चरहै, पीसकल्चर । तोअगरहम इसदुनियामें वायलेंसचलाएं, तो जन्नतहमेंएक्सेप्टनहींकरेगी।वहांतोकल्चरहीपीसहै। सब एकदूसरेको सलामसलामकहेंगे । वहां फरिश्तेजोहैं, उसको उसका साराइंतजामफरिश्तेकररहेहोंगे। तो जन्नतकेलिए हमें अपनी प्यूरिफाइडपर्सनालिटीबनानीहोगी ,</w:t>
      </w:r>
    </w:p>
    <w:p>
      <w:r>
        <w:rPr>
          <w:b/>
        </w:rPr>
        <w:t xml:space="preserve">[56:10] </w:t>
      </w:r>
      <w:r>
        <w:t>jis ko kehte hain mujakkam. to mujakkam ke liye humein apni negativity khatm karni hogi. positive insaan apne aap ko banana hoga. to humein har haal mein apne aap ko, matlab har waqt, humein alert rehna chahiye</w:t>
      </w:r>
    </w:p>
    <w:p>
      <w:pPr>
        <w:jc w:val="right"/>
      </w:pPr>
      <w:r>
        <w:t>जिसकोकहतेहैं मुजक्कम। तो मुजक्कम केलिए हमें अपनी नेगेटिविटीखत्मकरनीहोगी । पॉजिटिव इंसानअपनेआपकोबनानाहोगा । तो हमें हर हालमें अपनेआपको ,मतलबहर वक्त,हमेंअलर्टरहनाचाहिए</w:t>
      </w:r>
    </w:p>
    <w:p>
      <w:r>
        <w:rPr>
          <w:b/>
        </w:rPr>
        <w:t xml:space="preserve">[56:26] </w:t>
      </w:r>
      <w:r>
        <w:t>ki humne koi galat kaam kar diya. to humein alert rehna chahiye. humein humein khud hi ehsas ho jae ki humse yeh galti ho gayi hai. aur agar humne kisi ke saath koi galti kari hai, to us se humein maafi mangna chahiye aur khuda se tauba karna chahiye ki aainda aisa kaam nahin karenge. to allah taala ne poori kainat jo hai, ek misaal, ek role model bana diya hai. misaal ke taur par ek chidiya hai. aap chidiya ko ek patthar mariye, wah chahchahati hi rahegi.</w:t>
      </w:r>
    </w:p>
    <w:p>
      <w:pPr>
        <w:jc w:val="right"/>
      </w:pPr>
      <w:r>
        <w:t>किहमनेकोई गलतकाम करदिया । तो हमें अलर्टरहनाचाहिए।हमें हमेंखुदही एहसासहोजाएकिहमसेयहगलतीहोगईहै। औरअगरहमनेकिसी केसाथकोई गलतीकरीहै, तो उससेहमेंमाफी मांगनाचाहिए और खुदासेतौबाकरनाचाहिएकिआइंदाऐसाकामनहींकरेंगे । तो अल्लाहतालाने पूरी कायनातजोहै,एक मिसाल,एक रोलमॉडलबनादियाहै। मिसालकेतौरपरएकचिड़ियाहै। आप चिड़ियाकोएक पत्थरमारिए, वह चहचहातीहीरहे</w:t>
      </w:r>
    </w:p>
    <w:p>
      <w:r>
        <w:rPr>
          <w:b/>
        </w:rPr>
        <w:t xml:space="preserve">[56:55] </w:t>
      </w:r>
      <w:r>
        <w:t>gi. wah ja kar doosri shaakh par baith jaegi. to humein isi tarike se apne aap ko nafrat, inteqam, hasad, har tarah ki jo moral evils hain, us se apne aap ko paak karna hai. aur haq aur doosra, ek to apni pure, apni personality ko purify karna hai. doosre, haq ko, sachchai ko apna supreme concern banana hai.</w:t>
      </w:r>
    </w:p>
    <w:p>
      <w:pPr>
        <w:jc w:val="right"/>
      </w:pPr>
      <w:r>
        <w:t>गी।वह जाकरदूसरीशाखपरबैठजाएगी । तो हमें इसीतरीकेसे अपनेआपको न फरत,इंतकाम,हसद, हर तरह कीजो मोरलइविल्सहैं, उससे अपनेआपको पाककरनाहै। और हक औरदूसरा, एकतो अपनी प्योर, अपनी पर्सनालिटीको प्यूरिफाईकरनाहै। दूस रे, हकको,सच्चाईको अपना सुप्रीम कंसर्नबनानाहै।</w:t>
      </w:r>
    </w:p>
    <w:p>
      <w:r>
        <w:rPr>
          <w:b/>
        </w:rPr>
        <w:t xml:space="preserve">[57:19] </w:t>
      </w:r>
      <w:r>
        <w:t>to khuda ke liye hum humein apne aap ko wakf kar dena hai, apni desires ko control karna hai aur khuda ki yaad mein zindagi guzarna hai. duniya bakadar zaroorat aur baqi time deen ke liye,</w:t>
      </w:r>
    </w:p>
    <w:p>
      <w:pPr>
        <w:jc w:val="right"/>
      </w:pPr>
      <w:r>
        <w:t>तो खुदाकेलिए हम हमें अपनेआपको वक्फकरदेनाहै, अपनी डिजायर्सकोकंट्रोलकरना है और खुदाकीयादमें जिंदगीगुजारनाहै। दुनिया बकदरजरूरत और बाकीटाइम दीनकेलिए,</w:t>
      </w:r>
    </w:p>
    <w:p>
      <w:r>
        <w:rPr>
          <w:b/>
        </w:rPr>
        <w:t xml:space="preserve">[57:36] </w:t>
      </w:r>
      <w:r>
        <w:t>deen ke liye wakf kar dena hai apne aap ko. apne aap par khuda ki marzi ke mutabiq apne apne aap ko durust karna hai aur phir wahi paigham doosron tak pahunchana hai.</w:t>
      </w:r>
    </w:p>
    <w:p>
      <w:pPr>
        <w:jc w:val="right"/>
      </w:pPr>
      <w:r>
        <w:t>दीनकेलिए वक्फकरदेनाहैअपनेआपको । अपने आप पर खुदाकीमर्जीकेमुताबिक अपने अपनेआपको दुरुस्तकरना हैऔर फिर वही पैगामदूसरोंतक पहुंचानाहै।</w:t>
      </w:r>
    </w:p>
    <w:p>
      <w:r>
        <w:rPr>
          <w:b/>
        </w:rPr>
        <w:t xml:space="preserve">[57:49] </w:t>
      </w:r>
      <w:r>
        <w:t>to yeh hamari double zimmedari hai. agar hum chahen ki sirf hum har waqt khud ibadat karte rahen, to ek ek aisi aya hai islam se pehle ki ek aadmi tha, wah har waqt khud ibadat karta rehta tha aur uski basti mein bahut log bure kaam kar rahe the. wah uske liye kuch bhi nahin karta tha, usko koi concern nahin tha. to allah taala us se bahut zyada naraz hue.</w:t>
      </w:r>
    </w:p>
    <w:p>
      <w:pPr>
        <w:jc w:val="right"/>
      </w:pPr>
      <w:r>
        <w:t>तो यहहमारी डबल जिम्मेदारीहै। अगरहम चाहे कि सिर्फहम हरवक्त खुदइबादतकरते रहे , तोएक एक ऐसी आयाहै इस्लामसे पहले किएकआदमीथा, वहहर वक्तखुदइबादतकरता रहताथा और उसकीबस्तीमेंबहुतलोग बुरेकाम कररहेथे। वह उसकेलिएकुछभीनहीं करता था, उसके उसकोकोई कंसर्ननहींथा। तो अल्लाहतालाउससेबहुतज्यादानाराजहुए ।</w:t>
      </w:r>
    </w:p>
    <w:p>
      <w:r>
        <w:rPr>
          <w:b/>
        </w:rPr>
        <w:t xml:space="preserve">[58:14] </w:t>
      </w:r>
      <w:r>
        <w:t>to humein doosron ke liye bhi concern rakhna hai aur apne liye bhi hidayat ka rasta ikhtiyar karna hai aur doosron ko yeh sachchai jo hai, pahunchana hai. is ke liye apne aap ko wakf karna hai. ab aajkal to kitna aasan ho gaya hai, sari literature available hai. aap jo hain, logon tak pahunchate rahen.</w:t>
      </w:r>
    </w:p>
    <w:p>
      <w:pPr>
        <w:jc w:val="right"/>
      </w:pPr>
      <w:r>
        <w:t>तो हमें दूस रोंकेलिएभी कंसर्नरखनाहै और अपनेलिए भी हिदायतकारास्ताइख्तियारकरनाहैऔर दूसरोंको यहसच्चाईजोहै, पहुंचानाहै। इसकेलिए अपनेआपको वक्फकरना है। अब आजकलतोकितनाआसानहोगया है, सारीलिटरेचरअवेलेबलहै। आप जोहै, लोगों तकपहुंचातेरहे ।</w:t>
      </w:r>
    </w:p>
    <w:p>
      <w:r>
        <w:rPr>
          <w:b/>
        </w:rPr>
        <w:t xml:space="preserve">[58:38] </w:t>
      </w:r>
      <w:r>
        <w:t>to phir insaan jo hai, bahut zyada allah se aaji karen. humility, modesty, yeh sab bahut zyada zaroori hai. ek ek the abdullah ibne zubair, wah hazrat ayesha ke chacha the. to hazrat ayesha ne poocha ki wah bahut zyada generous tha, haajiyon ko bahut khila pilata tha, to uski bakhshish ho jaegi. to</w:t>
      </w:r>
    </w:p>
    <w:p>
      <w:pPr>
        <w:jc w:val="right"/>
      </w:pPr>
      <w:r>
        <w:t>तो फिर इंसान जोहै,बहुत ज्यादा अल्लाह से आ जजीकरें। ह्यूमिडिटी, मॉडेस्टी, यहसबबहुतज्यादाजरूरीहै। एक एक थे अब्दुल्लाइब्नेजु दान, वहहजरतआयशाकेकजिनथे। तो हजरतआयशानेपूछाकिवहबहुतज्यादा जनरसथा, हाजियोंकोबहुत खिला तापिलाताथा, तो उसकी बख्शहोजाएगी। तो</w:t>
      </w:r>
    </w:p>
    <w:p>
      <w:r>
        <w:rPr>
          <w:b/>
        </w:rPr>
        <w:t xml:space="preserve">[59:07] </w:t>
      </w:r>
      <w:r>
        <w:t>hazrat rasool allah sallallahu alaihi wasallam ne kaha ki nahin, usne kabhi allah se maafi nahin mangi, kabhi nahin kaha ki khuda ya, mujhe bakhsh de. to yeh bhi zaroori hai, maafi mangna, khuda se bakhshish ke liye dua karna, khuda se rehmat ke liye dua karna. to yeh sab zaroori hai aur yahi sab cheezein jo hain, jannat ki</w:t>
      </w:r>
    </w:p>
    <w:p>
      <w:pPr>
        <w:jc w:val="right"/>
      </w:pPr>
      <w:r>
        <w:t>हजरत रसूलल्लाहसल्लल्लाहुअलैहिवसल्लमनेकहाकिनहीं , उसनेकभी अल्लाहसे माफीनहींमांगी , कभी नहीं कहा किखुदाया,मुझेबख्शदे । तो यहभीजरूरीहै, माफी मांगना ,खुदासेबख्श केलिए दुआकरना ,खुदासेरहमतकेलिएदुआकरना । तो यह सबजरूरीहै और य हीसब चीजेंजोहैं, ज न्नत की</w:t>
      </w:r>
    </w:p>
    <w:p>
      <w:r>
        <w:rPr>
          <w:b/>
        </w:rPr>
        <w:t xml:space="preserve">[59:29] </w:t>
      </w:r>
      <w:r>
        <w:t>ki qeemat hain, jannati amal aur uske baad duaen. kyunki ek baar rasool allah sallallahu alaihi wasallam ne farmaya ki main, mera, mera bhi, mujhe bhi nahin maloom mera kya hoga aur mujhe bhi nahin, mujhe nahin maloom tumhara kya hoga, illah yeh ki allah taala apni rehmat se mujhe dhamp le. to khuda ki rehmat aur maghfirat zaroori hai jannat pane ke liye.</w:t>
      </w:r>
    </w:p>
    <w:p>
      <w:pPr>
        <w:jc w:val="right"/>
      </w:pPr>
      <w:r>
        <w:t>कीमतहै, जन्नती अमल और उसकेबाद दुआएं। क्योंकिएकबार रसूलल्लाहसल्लल्लाहुअलैहिवसल्लमनेफरमाया कि मैं,मेरा,मेराभी,मुझेभीनहीं मालूममेराक्याहोगा औरमुझेभीनहीं , मुझेनहीं मालूमकितुम्हाराक्याहोगा, इल्लायह किअल्लाहताला अपनी रह मतसे मुझे ढांपले । तो खुदा कीरह मतऔर मगफिरत जरूरीहै जन्नत पानेकेलिए ।</w:t>
      </w:r>
    </w:p>
    <w:p>
      <w:r>
        <w:rPr>
          <w:b/>
        </w:rPr>
        <w:t xml:space="preserve">[59:55] </w:t>
      </w:r>
      <w:r>
        <w:t>kyunki dekhiye, hamara jo amal hai, amal ki qeemat jannat nahin ho sakti. amal to humein achhe karna hi karna hai, tabhi humein taufeeq milegi, allah ki rehmat milegi. lekin amal jannat ki qeemat nahin hai. jannat bilkul priceless hai. ji, to jab abhi doctor sahab bata rahe the na, wo ki do jannat,</w:t>
      </w:r>
    </w:p>
    <w:p>
      <w:pPr>
        <w:jc w:val="right"/>
      </w:pPr>
      <w:r>
        <w:t>क्योंकिदेखिए,हमाराजो अमलहै, अमल कीकीमत जन्नतनहींहोसकती । अमलतोहमेंअच्छेकरना हीकरनाहै, तभीहमेंतौफीकमिलेगी,अल्लाहकीरहमतमिलेगी। लेकिन अमल जन्नतकीकीमतनहींहै। जन्नत बिल्कुल प्राइसलेसहै। जी, तोजब अभी डॉक्टरसाहबबतारहेथेना,वो कि दो जन्नत,</w:t>
      </w:r>
    </w:p>
    <w:p>
      <w:r>
        <w:rPr>
          <w:b/>
        </w:rPr>
        <w:t xml:space="preserve">[1:00:18] </w:t>
      </w:r>
      <w:r>
        <w:t>ek aadmi ko jannat nahin milti hai. ji, to usne kaha, mujhe jannat dikha dijiye.</w:t>
      </w:r>
    </w:p>
    <w:p>
      <w:pPr>
        <w:jc w:val="right"/>
      </w:pPr>
      <w:r>
        <w:t>एकआदमीकोजन्नतनहींमिलतीहै। जी,तो उसनेकहा,मुझेजन्नतदिखादीजिए</w:t>
      </w:r>
    </w:p>
    <w:p>
      <w:r>
        <w:rPr>
          <w:b/>
        </w:rPr>
        <w:t xml:space="preserve">[1:00:24] </w:t>
      </w:r>
      <w:r>
        <w:t>to allah taala ne jannat dikha di. to phir kehne laga, ab dikha diya hai, to ab jannat aap humein de bhi dijiye. to allah taala ne kaha, tum jannat mat maango mujh se, main tum ko aisi poori do duniya de doongi. ji, usne kaha, main sab se zyada bad bakht insaan. haan, to yeh jannat kitni qeemti hai, hamara amal kitna hota hai. ji, to to us amal ke badle jannat nahin</w:t>
      </w:r>
    </w:p>
    <w:p>
      <w:pPr>
        <w:jc w:val="right"/>
      </w:pPr>
      <w:r>
        <w:t>। तोअल्लाहतालानेजन्नतदिखादी।तो फिर कहनेलगा ,अबदिखा दिया है,तोअब जन्नतआपहमेंदेभीदीजिए। तो अल्लाहतालानेकहा,तुमजन्नतमतमांगोमुझसे,मैंतुमकोऐसी पूरी दोदुनिया देदूंगी। जी,उसनेकहा,मैं सबसे ज्यादा बद बख्तइंसान। हां,तो यह जन्नतकितनी कीमतीहै, हमारा अमलकितनाहोता है। जी, तो तो उसअमल के बद लेजन्नत नहीं</w:t>
      </w:r>
    </w:p>
    <w:p>
      <w:r>
        <w:rPr>
          <w:b/>
        </w:rPr>
        <w:t xml:space="preserve">[1:00:51] </w:t>
      </w:r>
      <w:r>
        <w:t>milegi. amal humein achhe karna hai, tabhi allah taala ki rehmat jo hai, wah hamare upar allah taala rehmat, raham farmaenge. to humein allah se bahut zyada duaen karni hain. dua zaroori hai hamare liye. duaen allah taala qabool karta hai. allah taala apne bondon ko maaf karta hai aur bahut zyada maaf karta hai.</w:t>
      </w:r>
    </w:p>
    <w:p>
      <w:pPr>
        <w:jc w:val="right"/>
      </w:pPr>
      <w:r>
        <w:t>मिलेगी।अमल हमेंअच्छेकरना है,तभीअल्लाहताला कीरहमतजोहै,वह हमारेऊपर अल्लाहतालारहमत,रहम फरमाएंगे। तो हमें अल्लाहसे बहुत ज्यादा दुआएंकरनीहैं। दुआ जरूरीहैहमारेलिए । दुआएं अल्लाहतालाकबूलकरताहै।अल्लाहताला अपनेबंदोंकोमाफकरता है और बहुत ज्यादा माफकरताहै।</w:t>
      </w:r>
    </w:p>
    <w:p>
      <w:r>
        <w:rPr>
          <w:b/>
        </w:rPr>
        <w:t xml:space="preserve">[1:01:15] </w:t>
      </w:r>
      <w:r>
        <w:t>ek ek baar ek sahabi, sahabi ne poocha ki mujh se bahut galti hoti rehti hai, bar bar galti hoti rehti hai. to rasool allah sallallahu alaihi wasallam ne kaha ki khuda maaf karta hai aur tumhari jitni ghaltiyan, us se bahut zyada khuda ki maghfirat hai. to humein allah se kabhi bhi mayoos nahin hona hai. to jannat mein dekhiye,</w:t>
      </w:r>
    </w:p>
    <w:p>
      <w:pPr>
        <w:jc w:val="right"/>
      </w:pPr>
      <w:r>
        <w:t>एक एकबारएक सहाबान ,सहाबीनेपूछा किमुझसेबहुतगलतीहोती रहतीहै,बार-बारगलतीहोती रहतीहै। तो रसूलल्लाहसल्लल्लाहुअलैहिवसल्लमनेकहाकिखुदामाफकरताहै औरतुम्हारीजितनीगलतियां,उससेबहुत ज्यादा खुदाकी मगफिरतहै। तोहमेंअल्लाहसेकभीभी मायूसनहींहोनाहै। तो जन्नतमें देखिए,</w:t>
      </w:r>
    </w:p>
    <w:p>
      <w:r>
        <w:rPr>
          <w:b/>
        </w:rPr>
        <w:t xml:space="preserve">[1:01:37] </w:t>
      </w:r>
      <w:r>
        <w:t>jo sab se badi cheez hai, wah yeh ki jannat mein humein khuda ki marifat, jo hum is duniya mein shuru karte hain, wah to beginning hai.</w:t>
      </w:r>
    </w:p>
    <w:p>
      <w:pPr>
        <w:jc w:val="right"/>
      </w:pPr>
      <w:r>
        <w:t>जो सबसे बड़ीचीजहै,वहयहकिजन्नतमेंहमें खुदाकी मारफ, जोहम इसदुनियामेंशुरू करते हैं,वहतोबिगिनिंगहै।</w:t>
      </w:r>
    </w:p>
    <w:p>
      <w:r>
        <w:rPr>
          <w:b/>
        </w:rPr>
        <w:t xml:space="preserve">[1:01:46] </w:t>
      </w:r>
      <w:r>
        <w:t>wo wo marifat ka safar hamesha wahan jaari rahega. to wo marifat ka safar jo hai, us ki wajah se kabhi insaan bore nahin hoga. agar khali wahan khana peena ho, sofe par baithe rehna ho, to aadmi bore ho jaega.</w:t>
      </w:r>
    </w:p>
    <w:p>
      <w:pPr>
        <w:jc w:val="right"/>
      </w:pPr>
      <w:r>
        <w:t>व ोवो मारफका सफरहमेशा वहां जारीरहेगा। तो वो मारफकासफरजोहै, उसकीवजहसेकभी इंसान बोरनहींहोगा । अगर खाली वहांखाना पीनाहो,सोफेपरबैठेरहनाहो ,तो आदमी बोरहोजाएगा ।</w:t>
      </w:r>
    </w:p>
    <w:p>
      <w:r>
        <w:rPr>
          <w:b/>
        </w:rPr>
        <w:t xml:space="preserve">[1:02:01] </w:t>
      </w:r>
      <w:r>
        <w:t>to wahan par wah safar jaari rahega. roz nai nai baaten khuda ki marifat ki wahan milengi aur insaan ko bahut zyada spiritual enlightenment, spiritual development musalsal hota rahega. ji, phir allah taala ka jalwa, us ki wajah se insaan jo hai,</w:t>
      </w:r>
    </w:p>
    <w:p>
      <w:pPr>
        <w:jc w:val="right"/>
      </w:pPr>
      <w:r>
        <w:t>तो वहांपर वहसफरजारीरहेगा।रोज नई-नईबातें खुदाकीमारफकीवहांमिलेंगी और इंसानको बहुत ज्यादा स्पिरिचुअल इनलाइटन मेंट ,स्पिरिचुअलडेवलपमेंट मुसलसलहोता रहेगा। जी, फिरअल्लाहतालाकाजल वा, उसकीवजहसे इंसानजोहै,</w:t>
      </w:r>
    </w:p>
    <w:p>
      <w:r>
        <w:rPr>
          <w:b/>
        </w:rPr>
        <w:t xml:space="preserve">[1:02:21] </w:t>
      </w:r>
      <w:r>
        <w:t>bahut zyada khush ho jaega. wahan kehte hain ki jannat ki khushiyon ko bhi bhool jaega, jab allah ka jalwa nazar aaega. to</w:t>
      </w:r>
    </w:p>
    <w:p>
      <w:pPr>
        <w:jc w:val="right"/>
      </w:pPr>
      <w:r>
        <w:t>बहुत ज्यादा खुशहोजाएगा।वहां कहतेहैंकिजन्नतकी खुशियोंकोभीभूलजाएगा,जबअल्लाहकाजलवानजरआएगा।तो</w:t>
      </w:r>
    </w:p>
    <w:p>
      <w:r>
        <w:rPr>
          <w:b/>
        </w:rPr>
        <w:t xml:space="preserve">[1:02:30] </w:t>
      </w:r>
      <w:r>
        <w:t>alhamdulillah, to yeh jannat hai. is ke liye hum jitni bhi mehnat karen, wah kam hai. ji, aap a, itni aasani se aap ko jaane nahin denge. maine socha tha, wah aakhiri sawal hai, lekin kuch ek do questions aur aae hain aur jo aham questions hain, main wah hum se aapse poochna chahunga. lekin us se pehle do comments padhna chahunga. yeh bheja hai comment doctor iqbal ne jammu kashmir se. unhone likha hai,</w:t>
      </w:r>
    </w:p>
    <w:p>
      <w:pPr>
        <w:jc w:val="right"/>
      </w:pPr>
      <w:r>
        <w:t>अल्हम्दुलिल्लाह,तोयहजन्नतहै।इसकेलिएहमजितनीभीमेहनतकरें,वहकमहै। जी, आ पा, इतनीआसानीसेआपकोजाने नहींदेंगे । मैंनेसोचाथा,वहआखिरीसवालहै,लेकिन कुछ एक दोक्वेश्चंसऔरआएहैं औरजो अहमक्वेश्चंसहैं,मैं वहहमसेआपसेपूछनाचाहूंगा। लेकिन उससेपहले दोकमेंट्सपढ़नाचाहूंगा।यहभेजाहै कमेंट डॉक्टर इकबालने जम्मूकश्मीरसे । उन्होंने लिखाहै,</w:t>
      </w:r>
    </w:p>
    <w:p>
      <w:r>
        <w:rPr>
          <w:b/>
        </w:rPr>
        <w:t xml:space="preserve">[1:02:54] </w:t>
      </w:r>
      <w:r>
        <w:t>"well, it strikes to everyone mind, what for man has been created.</w:t>
      </w:r>
    </w:p>
    <w:p>
      <w:pPr>
        <w:jc w:val="right"/>
      </w:pPr>
      <w:r>
        <w:t>"वेल,इटस्ट्राइक्सटूएवरीवनमा इंड,व्हाटफॉरमैन हैजबीनक्रिएटेड।</w:t>
      </w:r>
    </w:p>
    <w:p>
      <w:r>
        <w:rPr>
          <w:b/>
        </w:rPr>
        <w:t xml:space="preserve">[1:02:59] </w:t>
      </w:r>
      <w:r>
        <w:t>the light has been thrown on the theme is very remarkable." doosra comment bheja hai kashmir se hi shad hussain sahib ne. unhone likha hai, "very fruitful discussion, motivating for seeking the neighbourhood of almighty."</w:t>
      </w:r>
    </w:p>
    <w:p>
      <w:pPr>
        <w:jc w:val="right"/>
      </w:pPr>
      <w:r>
        <w:t>दवे लाइटहैजबीनथ्रोनऑनद थीम इज वेरी रिमार्केबल।" दूसराकमेंटभेजाहै कश्मीरसेही शादहुसैनसाहबने।उन्होंने लिखाहै, "वेरीफ्रूटफुलडिस्कशन, मोटिवेटिंगफॉर सीकिंगद नेबरहुड ऑफ ऑलमाइटी।"</w:t>
      </w:r>
    </w:p>
    <w:p>
      <w:r>
        <w:rPr>
          <w:b/>
        </w:rPr>
        <w:t xml:space="preserve">[1:03:15] </w:t>
      </w:r>
      <w:r>
        <w:t>a pa, yeh sawal bheja hai, jo main poochna chahoonga. Adnan Sohail sahib ne, inhone likha hai, "a pa ji, I am living in the UK and I am very worried about the legacy of the Prophet, because we live with non-Muslims." To woh iske bare mein janna chah rahe hain ki kya karein woh, kyunki he is living among non-Muslims and he is worried about that how the legacy will move a</w:t>
      </w:r>
    </w:p>
    <w:p>
      <w:pPr>
        <w:jc w:val="right"/>
      </w:pPr>
      <w:r>
        <w:t>आ पा,यहसवाल भेजाहै, जोमैंपूछनाचाहूंगा। अदनानसोहेलसाहबने,इन्होंनेलिखाहै, "आ पाजी,आईएमलिविंगइनद यूके एंडआईएमवेरी वरीडअबाउटद लेगसी ऑफ द प्रॉफिट,बिकॉजवी लिव विद नॉन मुस्लिम्स।" तो वह इसकेबारेमें जाननाचाहरहेहैंकिक्याकरेंवह, क्योंकिहीइजलिविंगअमंगनॉनमुस्लिम्स एंडहीइजवरीडअबाउटदैटहाउदलेगसीविल मूवअ</w:t>
      </w:r>
    </w:p>
    <w:p>
      <w:r>
        <w:rPr>
          <w:b/>
        </w:rPr>
        <w:t xml:space="preserve">[1:03:42] </w:t>
      </w:r>
      <w:r>
        <w:t>head. To a pa, iske bare mein kuch batayein unko. To yeh toh bahut achhi baat hai ki non-Muslims ke saath reh rahe hain. Non-Muslims hamare madhu hain. Ji, aap unko Khuda ka paigham pahunchaiye. Hamare paas har tarah ke literature hai, booklets bhi hain aur pamphlets bhi hain,</w:t>
      </w:r>
    </w:p>
    <w:p>
      <w:pPr>
        <w:jc w:val="right"/>
      </w:pPr>
      <w:r>
        <w:t>हेड। तो आ पा,इसकेबारेमेंकुछ बताएं उनको । तोयहतोबहुत अच्छीबातहै किनॉनमुस्लिम्सकेसाथ रहरहेहैं। नॉनमुस्लिम्सहमारेमधु हैं। जी, आप उनकोखुदाकापैगामपहुंचाइए।हमारेपास हरतरह केलिटरेचरहै, बुकलेट्सभीहैंऔर पैंफलेट्सभीहैं,</w:t>
      </w:r>
    </w:p>
    <w:p>
      <w:r>
        <w:rPr>
          <w:b/>
        </w:rPr>
        <w:t xml:space="preserve">[1:04:00] </w:t>
      </w:r>
      <w:r>
        <w:t>Quran bhi hai, doosri literature bhi hain. To phir jagah-jagah program hote hain, wahan jayein, unko Khuda ka paigham pahunchayein. Isse achhi kya baat hai? Ji, to hamari zindagi ka maksad hi yahi hai ki doosre logon ko Khuda ka paigham pahunchana aur isi par hamari jannat ka intezar hai. To doosre logon ko paigham pahunchana, kyun</w:t>
      </w:r>
    </w:p>
    <w:p>
      <w:pPr>
        <w:jc w:val="right"/>
      </w:pPr>
      <w:r>
        <w:t>कुरानभीहै, दूस री लिटरेचरभीहैं। तो फिर जगह-जगह प्रोग्रामहोतेहैं, वहां जाएं, उनकोखुदाकापैगामपहुंचाएं।इससेअच्छीक्याबातहै?जी, तो हम ारी जिंदगीकामकसदहीयहीहै किदूस रेलोगों कोखुदाकापैगामपहुंचानाऔर इसीपरहम ारी जन्नतका इंतजारहै। तोदूसरेलोगों कोपैगामपहुंचाना,क्यों</w:t>
      </w:r>
    </w:p>
    <w:p>
      <w:r>
        <w:rPr>
          <w:b/>
        </w:rPr>
        <w:t xml:space="preserve">[1:04:22] </w:t>
      </w:r>
      <w:r>
        <w:t>ki Rasool Allah sallallahu alaihi wasallam ko aap dekhiye ki jahan aap ko pata chalta tha, jab kitni mukhalifat thi, log marte the, aap ke paon se khoon behta tha, joote mein bhar jata tha. Uske bawajood, jahan aap ko pata chalta tha ki koi non-Muslim aaya hua hai, wahan par, kyunki Makkah jo hai, ek market bhi tha, non-Muslim aaya hua hai, naye-naye tribes ke log aate the. Aap daud kar unke paas jate the aur Khuda ka paigham pahuncha</w:t>
      </w:r>
    </w:p>
    <w:p>
      <w:pPr>
        <w:jc w:val="right"/>
      </w:pPr>
      <w:r>
        <w:t>कि रसूलल्लाहसल्लल्लाहुअलैहिवसल्लमकोआपदेखिए कि जहांआपकोपताचलताथा,जब कितनी मुखालिफतथी, लोग मारतेथे,आप के पांवसे खून बहताथा,जूतेमें भरजाता था। उसके बावजूद,जहांआपकोपता चलताथाकिकोई नॉनमुस्लिमआयाहुआहै,वहांपर ,क्योंकिमक्काजोहै, एक मार्केटभीथा, नॉनमुस्लिमआयाहुआहै, नए-नए ट्राइब्सकेलोगआतेथे। आप दौड़करउनके पास जाते थेऔर खुदाकापैगामपहुंचा</w:t>
      </w:r>
    </w:p>
    <w:p>
      <w:r>
        <w:rPr>
          <w:b/>
        </w:rPr>
        <w:t xml:space="preserve">[1:04:51] </w:t>
      </w:r>
      <w:r>
        <w:t>dete. To jahan par non-Muslim hai, wahan toh aap samajh lijiye ki aap ko kahin jana nahi hai. Ji, jaise Kashmir hai, wahan tourist itne zyada aate hain, unko kahin jana nahi hai. Wahin ka wahin, aap ko itna ek ek aisa kaam mil raha hai, jis se aap ko duniya mein bhi kamyabi milegi aur akhirat mein bhi kamyabi milegi. Bilkul</w:t>
      </w:r>
    </w:p>
    <w:p>
      <w:pPr>
        <w:jc w:val="right"/>
      </w:pPr>
      <w:r>
        <w:t>देते। तो जहांपर नॉनमुस्लिमहै, वहांतोआप समझ लीजिएकिआप कोकहींजाना नहींहै। जी, जैसे कश्मीरहै,वहां टूरिस्टइतनेज्यादाआतेहैं,उनकोकहींजाना नहींहै। वहीं कावहीं,आपको इतना एकएकऐसा काम मिल रहाहै, जिस जिससेआपको दुनियामेंभी काम याबीमिलेगीऔर आखिरतमेंभीकामयाबीमिलेगी। बिल्कुल</w:t>
      </w:r>
    </w:p>
    <w:p>
      <w:r>
        <w:rPr>
          <w:b/>
        </w:rPr>
        <w:t xml:space="preserve">[1:05:15] </w:t>
      </w:r>
      <w:r>
        <w:t>a pa. In fact, it's a it's a wonderful opportunity for him. And you can write to us on info @ cps global.</w:t>
      </w:r>
    </w:p>
    <w:p>
      <w:pPr>
        <w:jc w:val="right"/>
      </w:pPr>
      <w:r>
        <w:t>,आ पा। इनफैक्ट,इट्सअ इट्सअवंडरफुलअपॉर्चुनिटीफॉरहिम। एंड यूकैन राइटटूअस ऑन inf o @ cps global.</w:t>
      </w:r>
    </w:p>
    <w:p>
      <w:r>
        <w:rPr>
          <w:b/>
        </w:rPr>
        <w:t xml:space="preserve">[1:05:25] </w:t>
      </w:r>
      <w:r>
        <w:t>org. We will connect you with our team members there in UK. Balki, a pa, jaise Maulana kehte the ki in comparison, we understand. Agar hum Sahaba ke daur ka time dekhein, Prophet ke time par, jaise aap ne bataya, tab toh bahut hi zyada mushkilein hoti thi. Mat</w:t>
      </w:r>
    </w:p>
    <w:p>
      <w:pPr>
        <w:jc w:val="right"/>
      </w:pPr>
      <w:r>
        <w:t>org । वीविलकनेक्टयूविद आवरटीम मेंबर्सदेयरइनयूके। बल्कि,आ पा,जैसे मौलानाकहतेथेकिइन कंपैरिजन,वीअंडरस्टैंड ।अगरहम सहाबाके दौर काटाइमदेखें , प्रॉफिटकेटाइमपर,जैसेआपनेबताया , तबतोबहुत हीज्यादा मुश्किलेंहोती थीं। मत</w:t>
      </w:r>
    </w:p>
    <w:p>
      <w:r>
        <w:rPr>
          <w:b/>
        </w:rPr>
        <w:t xml:space="preserve">[1:05:43] </w:t>
      </w:r>
      <w:r>
        <w:t>lab, there were so many companions who were slandered, simply because they wanted to offer prayer. Jaise aaj aap ne uska bataya bhi, lekin kis tarah Sahaba un mulkon ki taraf chale gaye, jahan par unki zuban bhi nahi jante the. Aur phir kis tarike se unhone Islam ka jo paigham hai, logon tak pahunchaya. Aaj ke daur mein toh bahut aasani hi aas</w:t>
      </w:r>
    </w:p>
    <w:p>
      <w:pPr>
        <w:jc w:val="right"/>
      </w:pPr>
      <w:r>
        <w:t>लब, देयरवरसोमेनी कंप ैन ियंसहुवरस्लेंड, सिंपलीबिकॉजदेवांटेडटू ऑफर प्रेयर।जैसे आजआपने उसकाबतायाभी ,लेकिन किसतरह सहाबा उन मुल्कोंकीतरफ चलेगए , जहांपर उनकी जबानभीनहींजानतेथे। औरफिर किसतरीकेसे उन्होंने इस्लामकाजो पैगामहै,लोगों तकपहुंचाया । आजके दौर मेंतो बहुत आसानीहीआस</w:t>
      </w:r>
    </w:p>
    <w:p>
      <w:r>
        <w:rPr>
          <w:b/>
        </w:rPr>
        <w:t xml:space="preserve">[1:06:07] </w:t>
      </w:r>
      <w:r>
        <w:t>ani hai. Literature saara ready hai, jaise Maulana Wahiduddin Khan sahib ki saari kitabein, articles, videos, everything is ready. All that we need to do is just have a good conversation. And with all well-wishing, if we approach people around us, then they will definitely listen. To aur agar nahi bhi sunenge, to bhi hamara kaam yeh nahi hai ki insaan ko badalna hai. Hamara kaam hai sirf pahunch</w:t>
      </w:r>
    </w:p>
    <w:p>
      <w:pPr>
        <w:jc w:val="right"/>
      </w:pPr>
      <w:r>
        <w:t>ानीहै। लिटरेचरसारारेडीहै,जैसे मौलानावदीनखानसाहबकीसारीकिताबें,आर्टिकल्स,वीडियोस,एवरीथिंगइजरेडी। ऑलदैटवीनीडटूडूइज जस्ट हैवअगुडकन्वर्सेशन ।एंडविदऑलवेलविश िंग, इफवीअप्रोच पीपलअराउंडअस, देन देविल डेफिनेटलीलिसन। तो औरअगरनहीं भीसुनेंगे,तो भी हमारा काम यहनहींहैकिइंसानको बदलनाहै।हमाराकामहैसिर्फपहुंच</w:t>
      </w:r>
    </w:p>
    <w:p>
      <w:r>
        <w:rPr>
          <w:b/>
        </w:rPr>
        <w:t xml:space="preserve">[1:06:32] </w:t>
      </w:r>
      <w:r>
        <w:t>ana. To usi mein bahut zyada Allah ki madad aayegi, angels ki madad aayegi. So, so Sohail bhai, you must contact us. Please write to us on info @ cps global.</w:t>
      </w:r>
    </w:p>
    <w:p>
      <w:pPr>
        <w:jc w:val="right"/>
      </w:pPr>
      <w:r>
        <w:t>ाना । तो उसीमेंबहुतज्यादा अल्लाहकीमददआएगी,एंजल्सकीमददआएगी। सो, सोहेलभाई,यूमस्टकांटेक्टअस।प्लीजराइटटूअसऑनinfo @ cps global.</w:t>
      </w:r>
    </w:p>
    <w:p>
      <w:r>
        <w:rPr>
          <w:b/>
        </w:rPr>
        <w:t xml:space="preserve">[1:06:43] </w:t>
      </w:r>
      <w:r>
        <w:t>org. And we will surely take, you know, this conversation forward. And I am sure, it will also add meaning to your journey of life. A pa, yeh ek aakhri sawal, yeh Pakistan se bheja hai.</w:t>
      </w:r>
    </w:p>
    <w:p>
      <w:pPr>
        <w:jc w:val="right"/>
      </w:pPr>
      <w:r>
        <w:t>org । एंड वीविलश्योरली टेक, यूनो,दिस कन्वर्सेशनफॉरवर्ड। एंडआईएमश्योर, इटविलआल्सोऐडमीनिंग टूयोरजर्नीऑफ लाइफ। आ पा,यहएक आखिरीसवाल,यह पाकिस्तानसेभेजाहै।</w:t>
      </w:r>
    </w:p>
    <w:p>
      <w:r>
        <w:rPr>
          <w:b/>
        </w:rPr>
        <w:t xml:space="preserve">[1:06:59] </w:t>
      </w:r>
      <w:r>
        <w:t>Tariq Badar sahib apni team ke saath program ko dekh rahe hain. Unhone likha hai ki, "Topics that a pa we discuss in such programs are so heart touching and with high clarity, that after listening, we feel more connected with Allah." My question is, that more people around us today are more and more into rituals, into sawal jawab, into history discussions.</w:t>
      </w:r>
    </w:p>
    <w:p>
      <w:pPr>
        <w:jc w:val="right"/>
      </w:pPr>
      <w:r>
        <w:t>तारिकबदरसाहबअपनीटीमकेसाथ प्रोग्रामकोदेखरहेहैं। उन्होंने लिखाहैकि, "टॉपिक्सदैटआ पावीडिस्कस इनसचप्रोग्राम्सआर सोहार्टटचिंग एंडविदहाईक्लेरिटी, दैटआफ्टरलिसनिंग,वी फील मोर कनेक्टेड विदअल्लाह।" मायक्वेश्चनइज,दैट मोरपीपलअराउंडअस टुडे आर मोरएंडमोरइनटूरिचुअल्स, इनटूसवालजवाब,इनटूहिस्ट्री डिस्कशंस।</w:t>
      </w:r>
    </w:p>
    <w:p>
      <w:r>
        <w:rPr>
          <w:b/>
        </w:rPr>
        <w:t xml:space="preserve">[1:07:25] </w:t>
      </w:r>
      <w:r>
        <w:t>So, what do you suggest, that how should we convey this message to everyone? Please advise us.</w:t>
      </w:r>
    </w:p>
    <w:p>
      <w:pPr>
        <w:jc w:val="right"/>
      </w:pPr>
      <w:r>
        <w:t>सो,व्हाटडूयूसजेस्ट,दैटहाउशुडवी कन्वे दिसमैसेज टूएवरीवन? प्लीजएडवाइसअस ।</w:t>
      </w:r>
    </w:p>
    <w:p>
      <w:r>
        <w:rPr>
          <w:b/>
        </w:rPr>
        <w:t xml:space="preserve">[1:07:35] </w:t>
      </w:r>
      <w:r>
        <w:t>Dekhiye, hamari zimmedari jo hai, woh logon ko badalna nahi hai, logon tak Khuda ka paigham pahunchana hai. Hamari zimmedari apne aap ko badalna hai. Humein apna development karna hai,</w:t>
      </w:r>
    </w:p>
    <w:p>
      <w:pPr>
        <w:jc w:val="right"/>
      </w:pPr>
      <w:r>
        <w:t>देखिए,हमारी जिम्मेदारीजोहै, वह लोगों को बद लनानहीं है, लोगों तक खुदाका पैगामपहुंचानाहै। हम ारी जिम्मेदारीअपनेआपकोबदलना है।हमें अपना डेवलपमेंटकरना है,</w:t>
      </w:r>
    </w:p>
    <w:p>
      <w:r>
        <w:rPr>
          <w:b/>
        </w:rPr>
        <w:t xml:space="preserve">[1:07:48] </w:t>
      </w:r>
      <w:r>
        <w:t>apna intellectual development, spiritual development, apni marfat ko badhana</w:t>
      </w:r>
    </w:p>
    <w:p>
      <w:pPr>
        <w:jc w:val="right"/>
      </w:pPr>
      <w:r>
        <w:t>अपना इंटेलेक्चुअलडेवलपमेंट ,स्पिरिचुअलडेवलपमेंट ,अपनी मारफकोबढ़ ाना</w:t>
      </w:r>
    </w:p>
    <w:p>
      <w:r>
        <w:rPr>
          <w:b/>
        </w:rPr>
        <w:t xml:space="preserve">[1:07:54] </w:t>
      </w:r>
      <w:r>
        <w:t>hai. Yeh hamari zimmedari hai apne liye aur doosron ke liye. Jo hamari zimmedari hai, woh doosron tak pahunchana aur bahut hi peacefully kaam karna aur well-wishing ke saath kaam karna. Aur agar woh log nahi samajh rahe hain, to unke liye duaen karna. Bilkul yahi prophetic pattern hai.</w:t>
      </w:r>
    </w:p>
    <w:p>
      <w:pPr>
        <w:jc w:val="right"/>
      </w:pPr>
      <w:r>
        <w:t>है। यहहमारीजिम्मेदारीहै अपने लिए और दूसरोंकेलिए।जोहम ारीजिम्मेदारीहै,वहदूसरोंतक पहुंचाना और बहुत ही पीसफुलीकाम करना और वेलविश िंगकेसाथकाम करना । और अगर वहलोगनहीं समझरहेहैं, तो उनके लिए दुआएंकरना । बिल्कुलयही प्रोफ ेटिक पैटर्नहै।</w:t>
      </w:r>
    </w:p>
    <w:p>
      <w:r>
        <w:rPr>
          <w:b/>
        </w:rPr>
        <w:t xml:space="preserve">[1:08:14] </w:t>
      </w:r>
      <w:r>
        <w:t>Rasool Allah sallallahu alaihi wasallam ne jab Makkah fateh kiya tha, to saare Sahaba aur Rasool Allah sallallahu alaihi wasallam ka ba mein Quraish ke liye, jo ki itne bade jangi mujrim the, sab unke liye sab duaen kar rahe the. Baad mein, jab woh baad mein, jab sab aap ke fold mein aa gaye, kehne lage ki humne toh aise log dekhe hi nahi the ki jin ke saath hum ladh rahe the, jinko hum ne watan se nikala tha, itna mara peeta, sab kuch</w:t>
      </w:r>
    </w:p>
    <w:p>
      <w:pPr>
        <w:jc w:val="right"/>
      </w:pPr>
      <w:r>
        <w:t>रसूलल्लाहसल्लल्लाहुअलैहिवसल्लमनेजबमक्काफतहकियाथा, तो सारे सहाबा और रसूलल्लाहसल्लल्लाहुअलैहिवसल्लम का बामें कुरैशकेलिए,जो किइतनेबड़े जंगीमुजरिमथे,सब उनके लिए सब दुआएंकररहेथे। बादमें, जबवह बादमें,जब सब आपके फोल्डमेंआगए,कहनेलगेकिहमनेतो ऐसेलोगदेख ेहीनहींथेकिजिनकेसाथ हम लड़रहेथे, जिनकोहमनेवतनसेनिकालाथा, इतनामारा पीटा,सबकुछ</w:t>
      </w:r>
    </w:p>
    <w:p>
      <w:r>
        <w:rPr>
          <w:b/>
        </w:rPr>
        <w:t xml:space="preserve">[1:08:42] </w:t>
      </w:r>
      <w:r>
        <w:t>kiya. Woh hamare liye duaen kar rahe hain. To yeh dekhiye, Allah ke upar hai ki unke dilon ko Allah naram kare, Allah woh is qabil kar de ki woh aap ke paigham ko qabool karein. Yeh Allah ka kaam hai, hamara kaam hai pahunchana. Ji, to yeh is baat mein bilkul clear hona chahiye, warna frustration aayega ki hum kaam kar rahe hain, koi result nahi aa raha hai. Ji</w:t>
      </w:r>
    </w:p>
    <w:p>
      <w:pPr>
        <w:jc w:val="right"/>
      </w:pPr>
      <w:r>
        <w:t>किया। वह हमारेलिए दुआएंकररहेहैं। तो यह देखिए,अल्लाहकेऊपर है कि उनके दिलोंको अल्लाहनर्मकरे, अल्लाहवह इसकाबिल करदेकिवह आप के पैगामको कबूलकरें।यहअल्लाहकाकाम है, हमारा काम है पहुंचाना । जी, तो यह इस बातमें बिल्कुल क्लियरहोनाचाहिए,वरना फ्रस्ट्र ेशनआएगा किहमकामकररहेहैं, कोईरिजल्टनहींआरहाहै। जी</w:t>
      </w:r>
    </w:p>
    <w:p>
      <w:r>
        <w:rPr>
          <w:b/>
        </w:rPr>
        <w:t xml:space="preserve">[1:09:09] </w:t>
      </w:r>
      <w:r>
        <w:t>ji, balki a pa, ek hi approach sab se nahi, sab ke saath bhi nahi lagayi jati. Jab aap baar baar hi milte hain, to you are able to understand, read that person. Uske hisab se phir aap conversation jo hai, aage lekar ja sakte hain. To it is, in fact, a great source of intellectual development. You can come up with new ideas. To Maulana ki approach hum dekhte the ki woh sab ke saath ek tarike se nahi baat karte</w:t>
      </w:r>
    </w:p>
    <w:p>
      <w:pPr>
        <w:jc w:val="right"/>
      </w:pPr>
      <w:r>
        <w:t>, जी,बल्किआ पा, एकही अप्रोच सबसे भी नहीं,सबकेसाथ भीनहींलगाईजाती ।जबआप बार-बारहीमिलतेहैं, तो यूआरएबलटूअंडरस्टैंड,रीडदैटपर्सन । उसके हिसाबसे फिरआप कन्वर्सेशनजोहै, आगेलेकरजासकतेहैं।तो इटइज, इनफैक्ट,अग्रेटसोर्सऑफ इंटेलेक्चुअलडेवलपमेंट ।यूकैनकमअपविदन्यूआइडियाज।तो मौलाना कीअप्रोचहमदेखतेथे कि वह सबकेसाथ एक तरीकेसेनहींबातकरते</w:t>
      </w:r>
    </w:p>
    <w:p>
      <w:r>
        <w:rPr>
          <w:b/>
        </w:rPr>
        <w:t xml:space="preserve">[1:09:37] </w:t>
      </w:r>
      <w:r>
        <w:t>the. Pehle size up karte the ki woh kis level par hai, phir woh us level par aakar samjhate the. To aage lies in more and more interaction. A kuch log hain jo nahi sunenge, lekin humein zyada se zyada interaction karna hai. Usi mein humein ideas bhi milenge, usi mein humein method bhi milega. Maulana Ilyas ka ek qissa sunate hain. Ji, ji, bataiye. A pa, conclusion ke liye ki Maulana Ilyas Tablighi Jamaat ke founder the, na ji ?</w:t>
      </w:r>
    </w:p>
    <w:p>
      <w:pPr>
        <w:jc w:val="right"/>
      </w:pPr>
      <w:r>
        <w:t>थे। पहले साइजअपकरते थेकि वह किसलेवलपरहै, फिर वहउसलेवलपर आकर समझातेथे। तो अद की लाइजइन मोरएंडमोरइंटरेक्शन । अ कुछ लोग हैंजोनहींसुनेंगे,लेकिनहमें ज्यादासेज्यादा इंटरेक्शनकरना है। उसीमेंहमें आइडियाजभीमिलेंगे , उसीमेंहमें मेथडभीमिलेगा । मौलानाइलियासकाएककिस्सा सुनातेहैं।जी,जी,बताइए।आपा,कंक्लूजन केलिए किमौलानाइलियास तबलीगीजमातकेफाउंडरथे,नाजी ?</w:t>
      </w:r>
    </w:p>
    <w:p>
      <w:r>
        <w:rPr>
          <w:b/>
        </w:rPr>
        <w:t xml:space="preserve">[1:10:06] </w:t>
      </w:r>
      <w:r>
        <w:t>To bahut zyada mukhlis the. To Mawaat mein us waqt taaleem bilkul hi nahi thi. To un logon ke upar woh kaam kar rahe the. To ek naujawan ko unhone samjhana shuru kiya. Woh naujawan ko kuch samajh mein aaya nahi. To unhone, usne</w:t>
      </w:r>
    </w:p>
    <w:p>
      <w:pPr>
        <w:jc w:val="right"/>
      </w:pPr>
      <w:r>
        <w:t>तो बहुत ज्यादा मुखलिसथे। तो मे वात में उसवक्त तालीमबिल्कुलहीनहींथी। तो उनलोगों केऊपरवहकामकररहेथे। तो एक नौजवानको उन्होंने समझ ानाशुरू किया। वोनौजवान कोकुछसमझमेंआयानहीं । तो उन्होंने ,उसने</w:t>
      </w:r>
    </w:p>
    <w:p>
      <w:r>
        <w:rPr>
          <w:b/>
        </w:rPr>
        <w:t xml:space="preserve">[1:10:22] </w:t>
      </w:r>
      <w:r>
        <w:t>woh patle duble se the, Maulana Ilyas, ek thappad maar diya. Woh bechare gir pade. Ji, gir pade. Phir thodi der mein, unko jab woh theek hue, woh sun to unhone phir uth kar khade ho gaye, kehne lage, "Ab tum ne apna kaam kar diya, ab mujhe mujhe apna kaam karne do." Aur phir uske baad unhone phir samjhana shuru kar diya. Woh sach much hi conscious, uska wo prick ho gaya, na ki maine inke saath aisa kiya. Yeh mere ko itna zyada phir samjha rahe hain. To</w:t>
      </w:r>
    </w:p>
    <w:p>
      <w:pPr>
        <w:jc w:val="right"/>
      </w:pPr>
      <w:r>
        <w:t>वोपतलेदुबलेसेथे,मौलानाइलियास,एकथप्पड़मारदिया । वोबेचारेगिरपड़े । जी, गिरपड़े। फिर थोड़ीदेरमें,उनकोजब वो ठीकहुए,वो सुनतो उन्होंने फिर उठकरखड़ेहोगए, कहनेलगे, "अबतुमनेअपनाकाम करदिया ,अबमुझेमुझेअपनाकाम करने दो । "औरफिरउसकेबाद उन्होंने फिरसमझ ानाशुरूकरदिया ।वोसचमुचही कॉन्शियस,उसकावो प्रिकहोगया,ना किमैंनेइनकेसाथऐसा किया। यहमेरेको इतनाज्यादाफिर समझारहेहैं। तो</w:t>
      </w:r>
    </w:p>
    <w:p>
      <w:r>
        <w:rPr>
          <w:b/>
        </w:rPr>
        <w:t xml:space="preserve">[1:10:51] </w:t>
      </w:r>
      <w:r>
        <w:t>phir woh unka musalsal ek matlab permanent follower unka ho gaya. Ji, Masha Allah. To kaam karte rahe, karte rahe. Kuch maloom nahi kab kiske dil mein baat aa jayegi. Ji, a jazaak Allah. A pa, aaj ka session bahut insightful tha. A kai pehlu se nayi-nayi baatein humein janne ko mili. A we are looking forward to your next session. Thank you for doing this. And with this, we will end today's Sunday session. We will be back next Sunday at 10:30 AM. Thank</w:t>
      </w:r>
    </w:p>
    <w:p>
      <w:pPr>
        <w:jc w:val="right"/>
      </w:pPr>
      <w:r>
        <w:t>फिर वहउनका मुसलसल एकमतलब परमानेंट फॉलोअरउनकाहोगया। जी,माशाल्लाह।तोकामकरते रहे,करते रहे।कुछ मालूमनहीं कब किसकेदिलमेंबातआजाएगी।जी, अ जजाकल्लाह।आपा,आजकासेशनबहुत इनसाइटफुलथा। अ कई पहलूसे नई-नईबातेंहमेंजाननेकोमिली। अ वीआरलुकिंगफॉरवर्डटूयोरनेक्स्टसेशन । अथैंकयूफॉरडूइंगदिस।एंड विददिस,वीविलएंडटुडेज संडेसेशन । वीविलबीबैकनेक्स्ट संडे एट 10:30 एएम।थैंक</w:t>
      </w:r>
    </w:p>
    <w:p>
      <w:r>
        <w:rPr>
          <w:b/>
        </w:rPr>
        <w:t xml:space="preserve">[1:11:21] </w:t>
      </w:r>
      <w:r>
        <w:t>you.</w:t>
      </w:r>
    </w:p>
    <w:p>
      <w:pPr>
        <w:jc w:val="right"/>
      </w:pPr>
      <w:r>
        <w:t>यू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