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Zariye Sukoon, Na Ki Zariye Tafri CPS Women Article Discussion July 16, 2023</w:t>
      </w:r>
    </w:p>
    <w:p>
      <w:r>
        <w:t>https://www.youtube.com/watch?v=wtE8bacoZuA</w:t>
      </w:r>
    </w:p>
    <w:p>
      <w:r>
        <w:rPr>
          <w:b/>
        </w:rPr>
        <w:t xml:space="preserve">[00:00] </w:t>
      </w:r>
      <w:r>
        <w:t>I I welcome you all to the CPS Women article discussion date sixteen July twenty twenty three.</w:t>
      </w:r>
    </w:p>
    <w:p>
      <w:pPr>
        <w:jc w:val="right"/>
      </w:pPr>
      <w:r>
        <w:t>I I welcome you all to the CPS Women article discussion date sixteen July twenty twenty three.</w:t>
      </w:r>
    </w:p>
    <w:p>
      <w:r>
        <w:rPr>
          <w:b/>
        </w:rPr>
        <w:t xml:space="preserve">[00:21] </w:t>
      </w:r>
      <w:r>
        <w:t>The article page number eleven and twelve from the book aurat memari insaniyat. Ab main is article ko padhna chahungi aur aap sab iske baad sunne ke baad apni apni learning ko share kariye. Isme laharan mantra, zariyae sukoon, na ki zariyae tafree.</w:t>
      </w:r>
    </w:p>
    <w:p>
      <w:pPr>
        <w:jc w:val="right"/>
      </w:pPr>
      <w:r>
        <w:t>The article page number eleven and twelve from the book औरत मेमारी इंसानियत. अब मैं इस article को पढ़ना चाहूंगी और आप सब इसके बाद सुनने के बाद अपनी अपनी learning को share करिए. इसमें लहरण मंत्र, ज़रियाएं सुकून, ना कि ज़रियाएं तफरी.</w:t>
      </w:r>
    </w:p>
    <w:p>
      <w:r>
        <w:rPr>
          <w:b/>
        </w:rPr>
        <w:t xml:space="preserve">[00:47] </w:t>
      </w:r>
      <w:r>
        <w:t>qudda ki takhleeki, naqshe ke mutabiq aurat ko marz ke liye sukoon ka zariya banaya gaya hai, na ki tafree ka zariya. Yeh baat quran mein in alfaaz mein batai gayi. Yaani khuda ki nishaniyon mein se yeh hai ki usne tumhari jinn se tumhare liye jode paida kiye taaki tum unse sukoon hasil karo aur usne tumhare darmiyan mohabbat aur ahmed rakh di.</w:t>
      </w:r>
    </w:p>
    <w:p>
      <w:pPr>
        <w:jc w:val="right"/>
      </w:pPr>
      <w:r>
        <w:t>कुद्दा की तकलीकी, नक्शे के मुताबिक औरत को मर्ज़ के लिए सुकून का ज़रिया बनाया गया है, ना कि तफरी का ज़रिया. यह बात कुरान में इन अल्फाज़ में बताई गई. यानी खुदा की निशानियों में से यह है कि उसने तुम्हारी जिन्न से तुम्हारे लिए जोड़े पैदा किए ताकि तुम उनसे सुकून हासिल करो और उसने तुम्हारे दरमियान मोहब्बत और अहमद रख दी.</w:t>
      </w:r>
    </w:p>
    <w:p>
      <w:r>
        <w:rPr>
          <w:b/>
        </w:rPr>
        <w:t xml:space="preserve">[01:17] </w:t>
      </w:r>
      <w:r>
        <w:t>Beshak ismein nishaniyan hain un logon ke liye jo war karte hain. Sura room ayat ikkees. Khuda ki takhleeki naashik ke mutabiq aurat is kharab banai gayi hai ki wah zindagi mein mard ke liye sukoon ka zariya badhe. Yeh pehlu dono hi sinkon ke liye behad ahum hai.</w:t>
      </w:r>
    </w:p>
    <w:p>
      <w:pPr>
        <w:jc w:val="right"/>
      </w:pPr>
      <w:r>
        <w:t>बेशक इसमें निश्चानियां हैं उन लोगों के लिए जो war करते हैं. सुरा room आयत इक्कीस. खुदा की तकलीकी नक्शिक के मुताबिक औरत इस खराब बनाई गई है कि वह ज़िंदगी में मर्द के लिए सुकून का ज़रिया बढ़े. यह पहलू दोनों ही सिनकों के लिए बेहद अहम् है.</w:t>
      </w:r>
    </w:p>
    <w:p>
      <w:r>
        <w:rPr>
          <w:b/>
        </w:rPr>
        <w:t xml:space="preserve">[01:39] </w:t>
      </w:r>
      <w:r>
        <w:t>Agar dono sinke log is pehle kul samne rakhen to dono ko yeh fayda hoga ki wah zindagi ke masal se muddal taur par nipat sakenge. Wah zindagi ke safar ko kaamyaabi ke sath jari rakhenge. Maujooda zamana mein fitrat ke is sool ko badal diya gaya hai. Mardon ne aurat ko apne liye tafree entertainment ka zariya samajh liya.</w:t>
      </w:r>
    </w:p>
    <w:p>
      <w:pPr>
        <w:jc w:val="right"/>
      </w:pPr>
      <w:r>
        <w:t>अगर दोनों सिनके लोग इस पहले कुल सामने रखें तो दोनों को यह फ़ायदा होगा कि वह ज़िंदगी के मसाल से मुद्दल तौर पर निपट सकेंगे. वह ज़िंदगी के सफर को कामयाबी के साथ जारी रखेंगे. मौजूदा जमाना में फितरत के इस सूल को बदल दिया गया है. मर्दों ने औरत को अपने लिए तफरी entertainment का ज़रिया समझ लिया.</w:t>
      </w:r>
    </w:p>
    <w:p>
      <w:r>
        <w:rPr>
          <w:b/>
        </w:rPr>
        <w:t xml:space="preserve">[02:05] </w:t>
      </w:r>
      <w:r>
        <w:t>Iska natija yeh hua ki zindagi ka poora naqsha bigad kar reh gaya. Aurat ko fitri taur par jahan apna hissa ada karna tha, wahan wah apna hissa ada na kar saki aur doosri jagah hissa jahan hissa jahan ada karna takhregi naqshe mein shamil na tha. Wahan wah apne aap ko zyada se zyada pur kashish banane mein masroof ho gayi. Yeh ek gair fitri surat haal thi.</w:t>
      </w:r>
    </w:p>
    <w:p>
      <w:pPr>
        <w:jc w:val="right"/>
      </w:pPr>
      <w:r>
        <w:t>इसका नतीजा यह हुआ कि ज़िंदगी का पूरा नक्शा बिगड़ कर रह गया. औरत को फित्री तौर पर जहां अपना हिस्सा अदा करना था, वहां वह अपना हिस्सा अदा ना कर सकी और दूसरी जगह हिस्सा जहां हिस्सा जहां अदा करना तखरेगी नक्शे में शामिल ना था. वहां वह अपने आप को ज़्यादा से ज़्यादा पुर कशिश बनाने में मसरूफ हो गई. यह एक गैर फितरी सूरत हाल थी.</w:t>
      </w:r>
    </w:p>
    <w:p>
      <w:r>
        <w:rPr>
          <w:b/>
        </w:rPr>
        <w:t xml:space="preserve">[02:33] </w:t>
      </w:r>
      <w:r>
        <w:t>Isne zindagi ke sare mamlaat ko bigad kar rakh diya. Iska yeh natija hai ki aaj ki aurat ki sabse zyada tawajja apni fitri zimmedariyon ki adaiygi par nahi hai balki apne jism ke araish par hai. Beautification ne junoon ki haiysiyat akhtyar kari.</w:t>
      </w:r>
    </w:p>
    <w:p>
      <w:pPr>
        <w:jc w:val="right"/>
      </w:pPr>
      <w:r>
        <w:t>इसने ज़िंदगी के सारे मामलात को बिगाड़ कर रख दिया. इसका यह नतीजा है कि आज की औरत की सबसे ज़्यादा तवज्जा अपनी फित्री ज़िम्मेदारियों की अदायगी पर नहीं है बल्कि अपने जिस्म के अराइश पर है. Beautification ने जुनून की हैसियत अख्तयार करी.</w:t>
      </w:r>
    </w:p>
    <w:p>
      <w:r>
        <w:rPr>
          <w:b/>
        </w:rPr>
        <w:t xml:space="preserve">[02:53] </w:t>
      </w:r>
      <w:r>
        <w:t>Yourat ab yeh auraten apne auqat ka bada hissa gair zaroori taur par apne chism ki masooli tarbeen mein sarf karti hain. Us shauk ne unko yum barangni tak pahuncha diya hai. Iska ek natija wah cheez hai jisko *********** kaha jata hai.</w:t>
      </w:r>
    </w:p>
    <w:p>
      <w:pPr>
        <w:jc w:val="right"/>
      </w:pPr>
      <w:r>
        <w:t>यौरत अब यह औरतें अपने औकात का बड़ा हिस्सा गैर ज़रूरी तौर पर अपने चिस्म की मसूली तरबीन में सर्फ करती हैं. उस शौक ने उनको यम बरंगनी तक पहुंचा दिया है. इसका एक नतीजा वह चीज़ है जिसको *********** कहा जाता है.</w:t>
      </w:r>
    </w:p>
    <w:p>
      <w:r>
        <w:rPr>
          <w:b/>
        </w:rPr>
        <w:t xml:space="preserve">[03:17] </w:t>
      </w:r>
      <w:r>
        <w:t>Is junmoon mein jo makklo surte ehtiyar ki hain unmein se ek cosmetic surgery hai. Yaani surgery ke zariye apne chehre ki masooni taur par surut banana. Khoobsurat banane ki yeh technique apni haqeeqat ke athwar se ek manfi tadbeer hai jisne naye naye masal par karke laakhon auraton ki zindagi ko gair zaroori pechidgiyon mein mutalla kar diya hai.</w:t>
      </w:r>
    </w:p>
    <w:p>
      <w:pPr>
        <w:jc w:val="right"/>
      </w:pPr>
      <w:r>
        <w:t>इस जुन्मून में जो मक्लू सूरते एहतियार की हैं उनमें से एक cosmetic surgery है. यानी surgery के ज़रिए अपने चेहरे की मसऊंई तौर पर सुरुत बनाना. खूबसूरत बनाने की यह technique अपनी हकीकत के अथवार से एक मान्फी तद्वीर है जिसने नए नए मसाल पर करके लाखों औरतों की ज़िंदगियों को गैर ज़रूरी पेचीदगियों में मुत्तला कर दिया है.</w:t>
      </w:r>
    </w:p>
    <w:p>
      <w:r>
        <w:rPr>
          <w:b/>
        </w:rPr>
        <w:t xml:space="preserve">[03:46] </w:t>
      </w:r>
      <w:r>
        <w:t>Aurat aur mard agar fitrit ke naqshe ke mutabiq ek doosre ko sukoon ka zariya samjhen to unki zindagi jannat ki zindagi van jaye. Lekin tafree kzdariya samajhne ka yeh natija hua ki ab aurat aur mar dono besukoon ke shikar bane hue hain. Yaani wah cheez hai jisne maujooda zamane mein wah amoomik durai paida ki hai. Jisko depression kaha jata hai.</w:t>
      </w:r>
    </w:p>
    <w:p>
      <w:pPr>
        <w:jc w:val="right"/>
      </w:pPr>
      <w:r>
        <w:t>औरत और मर्द अगर फित्रित के नक्शे के मुताबिक एक दूसरे को सुकून का ज़रिया समझें तो उनकी ज़िंदगी जन्नत की ज़िंदगी वन जाए. लेकिन तफरी कज़रिया समझने का यह नतीजा हुआ कि अब औरत और मर दोनों बेसुकुनों के शिकार बने हुए हैं. यानी वह चीज़ है जिसने मौजूदा जमाने में वह अमूमिक दुराई पैदा की है. जिसको depression कहा जाता है.</w:t>
      </w:r>
    </w:p>
    <w:p>
      <w:r>
        <w:rPr>
          <w:b/>
        </w:rPr>
        <w:t xml:space="preserve">[04:15] </w:t>
      </w:r>
      <w:r>
        <w:t>fitrat se in kharab insan ke liye is musibaton ka sabak ban gaya hai.</w:t>
      </w:r>
    </w:p>
    <w:p>
      <w:pPr>
        <w:jc w:val="right"/>
      </w:pPr>
      <w:r>
        <w:t>फितरत से इन खराब इंसान के लिए इस मुसीबतों का सबक वन गया है.</w:t>
      </w:r>
    </w:p>
    <w:p>
      <w:r>
        <w:rPr>
          <w:b/>
        </w:rPr>
        <w:t xml:space="preserve">[04:25] </w:t>
      </w:r>
      <w:r>
        <w:t>ab fitrat ki taraf wapsi insan ko in musibaton se nijat dila sakti hai.</w:t>
      </w:r>
    </w:p>
    <w:p>
      <w:pPr>
        <w:jc w:val="right"/>
      </w:pPr>
      <w:r>
        <w:t>अब फितरत की तरफ वापसी इंसान को इन मुसीबतों से निजात दिला सकती है.</w:t>
      </w:r>
    </w:p>
    <w:p>
      <w:r>
        <w:rPr>
          <w:b/>
        </w:rPr>
        <w:t xml:space="preserve">[04:36] </w:t>
      </w:r>
      <w:r>
        <w:t>maujooda burhan se nikalne se iske siwa aur koi tareeqa nahi.</w:t>
      </w:r>
    </w:p>
    <w:p>
      <w:pPr>
        <w:jc w:val="right"/>
      </w:pPr>
      <w:r>
        <w:t>मौजूदा बरहान से निकलने से इसके सिवा और कोई तरीका नहीं.</w:t>
      </w:r>
    </w:p>
    <w:p>
      <w:r>
        <w:rPr>
          <w:b/>
        </w:rPr>
        <w:t xml:space="preserve">[04:46] </w:t>
      </w:r>
      <w:r>
        <w:t>yeh article tha aur main rami daapa ko invite karti hoon is article ki learning ko aap yahan share karen.</w:t>
      </w:r>
    </w:p>
    <w:p>
      <w:pPr>
        <w:jc w:val="right"/>
      </w:pPr>
      <w:r>
        <w:t>यह article था और मैं रमि दापा को invite करती हूं इस article की learning को आप यहां share करें.</w:t>
      </w:r>
    </w:p>
    <w:p>
      <w:r>
        <w:rPr>
          <w:b/>
        </w:rPr>
        <w:t xml:space="preserve">[04:57] </w:t>
      </w:r>
      <w:r>
        <w:t>Mujhe lagta hai family to aapka nahi hai. Ok, doctor safeena kabsum aap apni learning ko share karen. Ji, shukriya. Ab ismein laaya hai hanuman e rateen.</w:t>
      </w:r>
    </w:p>
    <w:p>
      <w:pPr>
        <w:jc w:val="right"/>
      </w:pPr>
      <w:r>
        <w:t>मुझे लगता है family तो आपका नहीं है. Ok, doctor सफ़ीना कबसुम आप अपनी learning को share करें. जी, शुक्रिया. अब इसमें लाया है हनुमान ए रतीन.</w:t>
      </w:r>
    </w:p>
    <w:p>
      <w:r>
        <w:rPr>
          <w:b/>
        </w:rPr>
        <w:t xml:space="preserve">[05:15] </w:t>
      </w:r>
      <w:r>
        <w:t>is article se ek baat to yahi jo hum sab logon ne samjhi woh main hi woh bhi</w:t>
      </w:r>
    </w:p>
    <w:p>
      <w:pPr>
        <w:jc w:val="right"/>
      </w:pPr>
      <w:r>
        <w:t>इस article से एक बात तो यही जो हम सब लोगों ने समझी वह मैं ही वह भी</w:t>
      </w:r>
    </w:p>
    <w:p>
      <w:r>
        <w:rPr>
          <w:b/>
        </w:rPr>
        <w:t xml:space="preserve">[05:30] </w:t>
      </w:r>
      <w:r>
        <w:t>main samajh paai ke allah taala ne kaise apni scheme mein woh yeh jaanta tha ke log apni</w:t>
      </w:r>
    </w:p>
    <w:p>
      <w:pPr>
        <w:jc w:val="right"/>
      </w:pPr>
      <w:r>
        <w:t>मैं समझ पाई कि अल्लाह ताला ने कैसे अपनी scheme में वह यह जानता था कि लोग अपनी</w:t>
      </w:r>
    </w:p>
    <w:p>
      <w:r>
        <w:rPr>
          <w:b/>
        </w:rPr>
        <w:t xml:space="preserve">[05:46] </w:t>
      </w:r>
      <w:r>
        <w:t>freedom ko misuse karenge uski wajah se buraiyan failengi aur logon ko takleefen hongi.</w:t>
      </w:r>
    </w:p>
    <w:p>
      <w:pPr>
        <w:jc w:val="right"/>
      </w:pPr>
      <w:r>
        <w:t>freedom को misuse करेंगे उसकी वजह से बुराइयां फैलेंगी और लोगों को तकलीफें होंगी.</w:t>
      </w:r>
    </w:p>
    <w:p>
      <w:r>
        <w:rPr>
          <w:b/>
        </w:rPr>
        <w:t xml:space="preserve">[06:02] </w:t>
      </w:r>
      <w:r>
        <w:t>Mujhe lagta hai ki uski wajah se hi taaki hum sab un dikkaton mein rehte rehte hue apne intzaan ko aaram se de paaye. Mujhe lagta hai ki insan peace se reh paaye isliye alha taala ne hamein ek grihi ke hayaad diya.</w:t>
      </w:r>
    </w:p>
    <w:p>
      <w:pPr>
        <w:jc w:val="right"/>
      </w:pPr>
      <w:r>
        <w:t>मुझे लगता है कि उसकी वजह से ही ताकि हम सब उन दिक्कतों में रहते रहते हुए अपने इंतज़ान को आराम से दे पाएं. मुझे लगता है कि इंसान peace से रह पाए इसलिए अल्हा ताला ने हमें एक गृही के हयाद दिया.</w:t>
      </w:r>
    </w:p>
    <w:p>
      <w:r>
        <w:rPr>
          <w:b/>
        </w:rPr>
        <w:t xml:space="preserve">[06:20] </w:t>
      </w:r>
      <w:r>
        <w:t>Main is article se yeh baat nahi samajh paai ki allah taala ko hamara sukoon na important tha ki hum is life ke test mein kahin aisa na ho ki desperate ho jaen aur pareshan hone lagen, akele pad jaen. To hamein ek moral support ke liye hamare apne andarooni jo contradictions hain unko discuss karne ke liye, apne tazaad ko apne sath apne partner se discuss karne ke liye.</w:t>
      </w:r>
    </w:p>
    <w:p>
      <w:pPr>
        <w:jc w:val="right"/>
      </w:pPr>
      <w:r>
        <w:t>मैं इस article से यह बात नहीं समझ पाई कि अल्लाह ताला को हमारा सुकून ना important था कि हम इस life के test में कहीं ऐसा ना हो कि desperate हो जाएं और परेशान होने लगे, अकेले पड़ जाएं. तो हमें एक moral support के लिए हमारे अपने अंदरूनी जो contradictions हैं उनको discuss करने के लिए, अपने तज़ाद को अपने साथ अपने partner से discuss करने के लिए.</w:t>
      </w:r>
    </w:p>
    <w:p>
      <w:r>
        <w:rPr>
          <w:b/>
        </w:rPr>
        <w:t xml:space="preserve">[06:48] </w:t>
      </w:r>
      <w:r>
        <w:t>alataala ne hum sabke liye provision kiya ki hamein ek partner mile aur yeh insan ke liye ek bahut badi, bahut badi blessing hai.</w:t>
      </w:r>
    </w:p>
    <w:p>
      <w:pPr>
        <w:jc w:val="right"/>
      </w:pPr>
      <w:r>
        <w:t>अल्लाताला ने हम सबके लिए provision किया कि हमें एक partner मिले और यह इंसान के लिए एक बहुत बड़ी, बहुत बड़ी blessing है.</w:t>
      </w:r>
    </w:p>
    <w:p>
      <w:r>
        <w:rPr>
          <w:b/>
        </w:rPr>
        <w:t xml:space="preserve">[06:57] </w:t>
      </w:r>
      <w:r>
        <w:t>kyunki jaisa ke humne pichhle kuch discussions mein bhi yeh baat kahi hai ke insan ek sochne wali</w:t>
      </w:r>
    </w:p>
    <w:p>
      <w:pPr>
        <w:jc w:val="right"/>
      </w:pPr>
      <w:r>
        <w:t>क्योंकि जैसा कि हमने पिछले कुछ discussions में भी यह बात कही है कि इंसान एक सोचने वाली</w:t>
      </w:r>
    </w:p>
    <w:p>
      <w:r>
        <w:rPr>
          <w:b/>
        </w:rPr>
        <w:t xml:space="preserve">[07:03] </w:t>
      </w:r>
      <w:r>
        <w:t>makli hai aur har waqt usse kuch na kuch prarambh pesh aata hai aur use chahiye koi insan</w:t>
      </w:r>
    </w:p>
    <w:p>
      <w:pPr>
        <w:jc w:val="right"/>
      </w:pPr>
      <w:r>
        <w:t>मक्ली है और हर वक्त उससे कुछ ना कुछ प्रजर्भा पेश आता है और उसे चाहिए कोई इंसान</w:t>
      </w:r>
    </w:p>
    <w:p>
      <w:r>
        <w:rPr>
          <w:b/>
        </w:rPr>
        <w:t xml:space="preserve">[07:09] </w:t>
      </w:r>
      <w:r>
        <w:t>uske saath jisse woh share kar sake aur woh apni baaton ko batakar usse learning le sake aur</w:t>
      </w:r>
    </w:p>
    <w:p>
      <w:pPr>
        <w:jc w:val="right"/>
      </w:pPr>
      <w:r>
        <w:t>उसके साथ जिससे वह share कर सके और वह अपनी बातों को बताकर उससे learning ले सके और</w:t>
      </w:r>
    </w:p>
    <w:p>
      <w:r>
        <w:rPr>
          <w:b/>
        </w:rPr>
        <w:t xml:space="preserve">[07:15] </w:t>
      </w:r>
      <w:r>
        <w:t>har waqt use available hai ek partner iske roop mein aur us partner ko allah taala ne yahan is</w:t>
      </w:r>
    </w:p>
    <w:p>
      <w:pPr>
        <w:jc w:val="right"/>
      </w:pPr>
      <w:r>
        <w:t>हर वक्त उसे available है एक partner इसके रूप में और उस partner कोहला ताला ने यहां इस</w:t>
      </w:r>
    </w:p>
    <w:p>
      <w:r>
        <w:rPr>
          <w:b/>
        </w:rPr>
        <w:t xml:space="preserve">[07:22] </w:t>
      </w:r>
      <w:r>
        <w:t>ayat mein jis tarah se sukoon ka zariya bataya to usse bilkul saaf ho gaya ke khuda ki</w:t>
      </w:r>
    </w:p>
    <w:p>
      <w:pPr>
        <w:jc w:val="right"/>
      </w:pPr>
      <w:r>
        <w:t>आयत में जिस तरह से सुकून का ज़रिया बताया तो उससे बिल्कुल साफ हो गया कि खुदा की</w:t>
      </w:r>
    </w:p>
    <w:p>
      <w:r>
        <w:rPr>
          <w:b/>
        </w:rPr>
        <w:t xml:space="preserve">[07:28] </w:t>
      </w:r>
      <w:r>
        <w:t>mansha kya hai husband wife ke partnership ko lekar aur mujhe lagta hai ke agar hum log is</w:t>
      </w:r>
    </w:p>
    <w:p>
      <w:pPr>
        <w:jc w:val="right"/>
      </w:pPr>
      <w:r>
        <w:t>मंशा क्या है husband wife के partnership को लेकर और मुझे लगता है कि अगर हम लोग इस</w:t>
      </w:r>
    </w:p>
    <w:p>
      <w:r>
        <w:rPr>
          <w:b/>
        </w:rPr>
        <w:t xml:space="preserve">[07:34] </w:t>
      </w:r>
      <w:r>
        <w:t>tarah se yeh cheez sochkar chalenge aur allah ke nakshe ke mutabiq apne rishton ko rakhenge to phir</w:t>
      </w:r>
    </w:p>
    <w:p>
      <w:pPr>
        <w:jc w:val="right"/>
      </w:pPr>
      <w:r>
        <w:t>तरह से यह चीज़ सोचकर चलेंगे और अल्लाह के नक्शे के मुताबिक अपने रिश्तों को रखेंगे तो फिर</w:t>
      </w:r>
    </w:p>
    <w:p>
      <w:r>
        <w:rPr>
          <w:b/>
        </w:rPr>
        <w:t xml:space="preserve">[07:40] </w:t>
      </w:r>
      <w:r>
        <w:t>hamara peace of mind bana rahega.</w:t>
      </w:r>
    </w:p>
    <w:p>
      <w:pPr>
        <w:jc w:val="right"/>
      </w:pPr>
      <w:r>
        <w:t>हमारा peace of mind बना रहेगा.</w:t>
      </w:r>
    </w:p>
    <w:p>
      <w:r>
        <w:rPr>
          <w:b/>
        </w:rPr>
        <w:t xml:space="preserve">[07:47] </w:t>
      </w:r>
      <w:r>
        <w:t>Uske wajah se peace of mind ki wajah se bahut development hota hai. Androoni development, intellectual development. Hamari personality ko hum janti personality bana paenge jo gol allah ne hamein dekar bheja hai ki hum is imtihan mein is is imtihan se guzren aur phir apne aap ko janat tabil bana sake. To wah wah poora karne ke liye ek partner ke liye hona bahut badi blessing hai poora ki. Ek baat to main yeh samajh paai.</w:t>
      </w:r>
    </w:p>
    <w:p>
      <w:pPr>
        <w:jc w:val="right"/>
      </w:pPr>
      <w:r>
        <w:t>उसके वजह से peace of mind की वजह से बहुत development होता है. अंदरूनी development, intellectual development. हमारी personality को हम जनती personality बना पाएंगे जो गोल अल्लाह ने हमें देकर भेजा है कि हम इस इम्तिहान में इस इस इम्तिहान से गुज़रें और फिर अपने आप को जनत ताबिल बना सके. तो वह वह पूरा करने के लिए एक partner के लिए होना बहुत बड़ी blessing है पूरा की. एक बात तो मैं यह समझ पाई.</w:t>
      </w:r>
    </w:p>
    <w:p>
      <w:r>
        <w:rPr>
          <w:b/>
        </w:rPr>
        <w:t xml:space="preserve">[08:15] </w:t>
      </w:r>
      <w:r>
        <w:t>Doosra yeh ki insan ne is scheme ko kyunki samjha nahi jaise mulana sahib ne bataya to isiliye yeh mumkin nahi ho paya ki insan apna apne aap ko grow kar pata intellectually aur apni personality ko wah positive bana pata. Insan material cheezon mein lage hain aur usne partner ko bhi ek material asset hi samjha.</w:t>
      </w:r>
    </w:p>
    <w:p>
      <w:pPr>
        <w:jc w:val="right"/>
      </w:pPr>
      <w:r>
        <w:t>दूसरा यह कि इंसान ने इस scheme को क्योंकि समझा नहीं जैसे मुलाना साहब ने बताया तो इसीलिए यह मुमकिन नहीं हो पाया कि इंसान अपना अपने आप को grow कर पाता intellectually और अपनी personality को वह positive बना पाता. इंसान material चीज़ों में लगे हैं और उसने partner को भी एक material asset ही समझा.</w:t>
      </w:r>
    </w:p>
    <w:p>
      <w:r>
        <w:rPr>
          <w:b/>
        </w:rPr>
        <w:t xml:space="preserve">[08:41] </w:t>
      </w:r>
      <w:r>
        <w:t>Auraton ne bhi mardon ko paisa kamane ki machine samjha jisko jisse wah paisa len aur usko udaen apni bhavishyon ko poora karen aur mardon ne bhi auraton ko wah darja nahi diya aur unko wah jaisa molana sahib ne kaha apne entertainment ka saman samjha, apne dil bahlane ka saman samjha. Unhone kabhi unse apne khayalat ko share karke unse kabhi mashwara lekar unse unko apna partner nahi banaya.</w:t>
      </w:r>
    </w:p>
    <w:p>
      <w:pPr>
        <w:jc w:val="right"/>
      </w:pPr>
      <w:r>
        <w:t>औरतों ने भी मर्दों को पैसा कमाने की machine समझा जिसको जिससे वह पैसा लें और उसको उड़ाएं अपनी भविष्यों को पूरा करें और मर्दों ने भी औरतों को वह दर्जा नहीं दिया और उनको वह जैसा मोलाना साहब ने कहा अपने entertainment का सामान समझा, अपने दिल बहलाने का सामान समझा. उन्होंने कभी उनसे अपने ख्यालात को share करके उनसे कभी मशवरा लेकर उनसे उनको अपना partner नहीं बनाया.</w:t>
      </w:r>
    </w:p>
    <w:p>
      <w:r>
        <w:rPr>
          <w:b/>
        </w:rPr>
        <w:t xml:space="preserve">[09:11] </w:t>
      </w:r>
      <w:r>
        <w:t>To sara jo plan tha lala tha wah wahin dharm dharm ho gaya aur aaj usi wajah se itni sari burai jo hamein marsharya mein dikh rahi hain ki kis tarah se jo ek partnership hai wah strong nahi hoti hai. Log sath rehte hue bhi kai kai saal sath ho jaate hain lekin unke andar jo jo growth honi chahiye thi wah growth nahi hoti hai.</w:t>
      </w:r>
    </w:p>
    <w:p>
      <w:pPr>
        <w:jc w:val="right"/>
      </w:pPr>
      <w:r>
        <w:t>तो सारा जो plan था लाला था वह वहीं धर्म धर्म हो गया और आज उसी वजह से इतनी सारी बुराई जो हमें मार्षर्य में दिख रही हैं कि किस तरह से जो एक partnership है वह strong नहीं होती है. लोग साथ रहते हुए भी कई कई साल साथ हो जाते हैं लेकिन उनके अंदर जो जो growth होनी चाहिए थी वह growth नहीं होती है.</w:t>
      </w:r>
    </w:p>
    <w:p>
      <w:r>
        <w:rPr>
          <w:b/>
        </w:rPr>
        <w:t xml:space="preserve">[09:35] </w:t>
      </w:r>
      <w:r>
        <w:t>unki families mein woh mahaul nahin ban pata hai ki jiski wajah se agli naslein aisi ban paayein ki jinko jinko ki kaha jaaye ki yeh Islam ke labbdaar banenge.</w:t>
      </w:r>
    </w:p>
    <w:p>
      <w:pPr>
        <w:jc w:val="right"/>
      </w:pPr>
      <w:r>
        <w:t>उनकी families में वह माहौल नहीं वन पाता है कि जिसकी वजह से अगली नस्लें ऐसी वन पाएं कि जिनको जिनको कि कहा जाए कि यह इस्लाम के लब्बदार बनेंगे.</w:t>
      </w:r>
    </w:p>
    <w:p>
      <w:r>
        <w:rPr>
          <w:b/>
        </w:rPr>
        <w:t xml:space="preserve">[09:46] </w:t>
      </w:r>
      <w:r>
        <w:t>toh mujhe lagta hai ki yeh jo hum log apni fitrat se hat gaye hain aur khudaar is scheme ko hum jo nahin follow kar paaye hain toh uski wajah se yeh saari baatein hui ki hum ek doosre ke behtareen partner nahin ban paaye aur sirf physical attraction tak humne shaadiyon ko rakha aur physical material cheezon ki mohabbat humne apne dilon mein rakhi.</w:t>
      </w:r>
    </w:p>
    <w:p>
      <w:pPr>
        <w:jc w:val="right"/>
      </w:pPr>
      <w:r>
        <w:t>तो मुझे लगता है कि यह जो हम लोग अपनी फितरत से हट गए हैं और ख़ुदार इस scheme को हम जो नहीं follow कर पाए हैं तो उसकी वजह से यह सारी बातें हुई कि हम एक दूसरे के बेहतरीन partner नहीं वन पाए और सिर्फ़ physical attraction तक हमने शादियों को रखा और physical material चीज़ों की मोहब्बत हमने अपने दिलों में रखी.</w:t>
      </w:r>
    </w:p>
    <w:p>
      <w:r>
        <w:rPr>
          <w:b/>
        </w:rPr>
        <w:t xml:space="preserve">[10:08] </w:t>
      </w:r>
      <w:r>
        <w:t>to is wajah se yeh rishte aaj us asliyat asli goal ko nahi pahunch pa rahe hain jiske</w:t>
      </w:r>
    </w:p>
    <w:p>
      <w:pPr>
        <w:jc w:val="right"/>
      </w:pPr>
      <w:r>
        <w:t>तो इस वजह से यह रिश्ते आज उस असलियत असली गोल को नहीं पहुंच पा रहे हैं जिसके</w:t>
      </w:r>
    </w:p>
    <w:p>
      <w:r>
        <w:rPr>
          <w:b/>
        </w:rPr>
        <w:t xml:space="preserve">[10:21] </w:t>
      </w:r>
      <w:r>
        <w:t>liye yeh muftare the aur ek aur cheez ho gayi hai is wajah se ek doosre se ikkahat</w:t>
      </w:r>
    </w:p>
    <w:p>
      <w:pPr>
        <w:jc w:val="right"/>
      </w:pPr>
      <w:r>
        <w:t>लिए यह मुफ्तर थे और एक और चीज़ हो गई है इस वजह से एक दूसरे से इक्काहट</w:t>
      </w:r>
    </w:p>
    <w:p>
      <w:r>
        <w:rPr>
          <w:b/>
        </w:rPr>
        <w:t xml:space="preserve">[10:34] </w:t>
      </w:r>
      <w:r>
        <w:t>hone lagi hai insan ko aur aisa lagta hai ke ek ek ek saath rahenge zyada to aur jhagde padenge.</w:t>
      </w:r>
    </w:p>
    <w:p>
      <w:pPr>
        <w:jc w:val="right"/>
      </w:pPr>
      <w:r>
        <w:t>होने लगी है इंसान को और ऐसा लगता है कि एक एक एक साथ रहेंगे ज़्यादा तो और झगड़े पड़ेंगे.</w:t>
      </w:r>
    </w:p>
    <w:p>
      <w:r>
        <w:rPr>
          <w:b/>
        </w:rPr>
        <w:t xml:space="preserve">[10:47] </w:t>
      </w:r>
      <w:r>
        <w:t>waqt ke saath jhagde padne lagte hain aajkal couples mein.</w:t>
      </w:r>
    </w:p>
    <w:p>
      <w:pPr>
        <w:jc w:val="right"/>
      </w:pPr>
      <w:r>
        <w:t>वक्त के साथ झगड़े पड़ने लगते हैं आजकल couples में.</w:t>
      </w:r>
    </w:p>
    <w:p>
      <w:r>
        <w:rPr>
          <w:b/>
        </w:rPr>
        <w:t xml:space="preserve">[11:01] </w:t>
      </w:r>
      <w:r>
        <w:t>maqsad mardon ko lubhana ho gaya, unko physically attract karna ho gaya. apne dimaag ko band kar karke woh bas apni beauty par focus kare rehti hain aur mard apne liye sirf yahi cheez samajhte hain ki aurat hamein dil phailaaye aur hum uske alawa hamein achhe achhe khaane pakaakar de hamara jo jitna bhi material hamari desires hain unko poora karein. toh mujhe lagta hai isiliye aurat koi tamili role bhi apply nahin kar pa rahi.</w:t>
      </w:r>
    </w:p>
    <w:p>
      <w:pPr>
        <w:jc w:val="right"/>
      </w:pPr>
      <w:r>
        <w:t>मकसद मर्दों को लुभाना हो गया, उनको physically attract करना हो गया. अपने दिमाग को बंद कर करके वह बस अपनी beauty पर focus करे रहती हैं और मर्द अपने लिए सिर्फ यही चीज़ समझते हैं कि औरत हमें दिल फैलाए और हम उसके अलावा हमें अच्छे अच्छे खाने पकाकर दे हमारा जो जितना भी material हमारी desires हैं उनको पूरा करें. तो मुझे लगता है इसीलिए औरत कोई तमिली role भी apply नहीं कर पा रही.</w:t>
      </w:r>
    </w:p>
    <w:p>
      <w:r>
        <w:rPr>
          <w:b/>
        </w:rPr>
        <w:t xml:space="preserve">[11:29] </w:t>
      </w:r>
      <w:r>
        <w:t>jaisa ki Maulana sahab ne hamein hamesha kaha ki aurat builder hai humanity ki. toh woh jo role hai woh aaj society mein kahin blur hoga nahin dikhai de raha. main mere ko lagta hai ki is article se yahi baatein samajh paayi hoon. jaza galla shaprina. jaisa karla doctor shabrina ka basum for sharing your learning.</w:t>
      </w:r>
    </w:p>
    <w:p>
      <w:pPr>
        <w:jc w:val="right"/>
      </w:pPr>
      <w:r>
        <w:t>जैसा कि मौलाना साहब ने हमें हमेशा कहा कि औरत builder है humanity की. तो वह जो role है वह आज society में कहीं blur होगा नहीं दिखाई दे रहा. मैं मेरे को लगता है कि इस article से यही बातें समझ पाई हूं. जज़ा गल्ला शप्रीना. जैसा करला doctor शबरीना का बसुम for sharing your learning.</w:t>
      </w:r>
    </w:p>
    <w:p>
      <w:r>
        <w:rPr>
          <w:b/>
        </w:rPr>
        <w:t xml:space="preserve">[11:53] </w:t>
      </w:r>
      <w:r>
        <w:t>According to this article what Maulana has written, definitely he highlighted some of the points which has led to lot of disruption in the society, in the breakage of the family. And Mhmm. Right now, at this age, the day the times which we are going through, we are seeing there's lot of distractions that is happening in our society.</w:t>
      </w:r>
    </w:p>
    <w:p>
      <w:pPr>
        <w:jc w:val="right"/>
      </w:pPr>
      <w:r>
        <w:t>According to this article what मोलैना has written, definitely he highlighted some of the points which has led to lot of disruption in the society, in the breakage of the family. And Mhmm. Right now, at this age, the day the times which we are going through, we are seeing there's lot of distractions that is happening in our society.</w:t>
      </w:r>
    </w:p>
    <w:p>
      <w:r>
        <w:rPr>
          <w:b/>
        </w:rPr>
        <w:t xml:space="preserve">[12:16] </w:t>
      </w:r>
      <w:r>
        <w:t>women are not concentrated on their, natural, characteristics, but they are more focused on beautifying themselves.</w:t>
      </w:r>
    </w:p>
    <w:p>
      <w:pPr>
        <w:jc w:val="right"/>
      </w:pPr>
      <w:r>
        <w:t>Women are not concentrated on their, natural, characteristics, but they are more focused on beautifying themselves.</w:t>
      </w:r>
    </w:p>
    <w:p>
      <w:r>
        <w:rPr>
          <w:b/>
        </w:rPr>
        <w:t xml:space="preserve">[12:25] </w:t>
      </w:r>
      <w:r>
        <w:t>Because of this, they have, there is lot of, negative things that has come up like ***********, like</w:t>
      </w:r>
    </w:p>
    <w:p>
      <w:pPr>
        <w:jc w:val="right"/>
      </w:pPr>
      <w:r>
        <w:t>Because of this, they have, there is lot of, negative things that has come up like ***********, like</w:t>
      </w:r>
    </w:p>
    <w:p>
      <w:r>
        <w:rPr>
          <w:b/>
        </w:rPr>
        <w:t xml:space="preserve">[12:34] </w:t>
      </w:r>
      <w:r>
        <w:t>beautification and lot of complications in the family life if you go through.</w:t>
      </w:r>
    </w:p>
    <w:p>
      <w:pPr>
        <w:jc w:val="right"/>
      </w:pPr>
      <w:r>
        <w:t>beautification and lot of complications in the family life if you go through.</w:t>
      </w:r>
    </w:p>
    <w:p>
      <w:r>
        <w:rPr>
          <w:b/>
        </w:rPr>
        <w:t xml:space="preserve">[12:43] </w:t>
      </w:r>
      <w:r>
        <w:t>to main ab invite karti hoon phir meeda papa ko apni learning ko share karne ke liye.</w:t>
      </w:r>
    </w:p>
    <w:p>
      <w:pPr>
        <w:jc w:val="right"/>
      </w:pPr>
      <w:r>
        <w:t>तो मैं अब invite करती हूं फिर मीदा papa को अपनी learning को share करने के लिए.</w:t>
      </w:r>
    </w:p>
    <w:p>
      <w:r>
        <w:rPr>
          <w:b/>
        </w:rPr>
        <w:t xml:space="preserve">[12:52] </w:t>
      </w:r>
      <w:r>
        <w:t>Assalamualikum. mera network kharaab tha. mujhe kuch aadha samajh nahin aaya doctor safeena ke awaaz saaf nahin aa rahi thi. pata nahin meri awaaz saaf aa rahi shafeena? saaf aa rahi hai. toh mujhe jo is articles mein samajh aaya ki jaise Maulana sahab ne likha hai ki mard ne aurat ko tafreeh aur gharedari ka zariya samajh liya.</w:t>
      </w:r>
    </w:p>
    <w:p>
      <w:pPr>
        <w:jc w:val="right"/>
      </w:pPr>
      <w:r>
        <w:t>अस्सलामालिकुल. मेरा network ख़राब था. मुझे कुछ आधा समझ नहीं आया doctor सफ़ीना के आवाज़ सफ़ नहीं आ रही थी. पता नहीं मेरी आवाज़ सफ़ आ रही शफ़ीना? सफ़ आ रही है. तो मुझे जो इस articles में समझ आया कि जैसे मलाना साहब ने लिखा है कि मर्द ने औरत को तफरी और घरदारी का ज़रिया समझ लिया.</w:t>
      </w:r>
    </w:p>
    <w:p>
      <w:r>
        <w:rPr>
          <w:b/>
        </w:rPr>
        <w:t xml:space="preserve">[13:17] </w:t>
      </w:r>
      <w:r>
        <w:t>toh mujhe yeh samajh aaya ki mard ke zariye yeh jo bahut bada galat kaam unke ilm ki kami ki wajah se hua aur uska galat natija yeh hua ki Islam jo hai simple aur saada mazhab tha woh mushkil ban gaya aur inse khaali hokar reh gaya.</w:t>
      </w:r>
    </w:p>
    <w:p>
      <w:pPr>
        <w:jc w:val="right"/>
      </w:pPr>
      <w:r>
        <w:t>तो मुझे यह समझ आया कि मर्द के ज़रिए यह जो बहुत बड़ा गलत काम उनके इल्म की कमी की वजह से हुआ और उसका गलत नतीजा यह हुआ कि इस्लाम जो है simple और साधा मज़हब था वह मुश्किल वन गया और इनसे खाली होकर रह गया.</w:t>
      </w:r>
    </w:p>
    <w:p>
      <w:r>
        <w:rPr>
          <w:b/>
        </w:rPr>
        <w:t xml:space="preserve">[13:37] </w:t>
      </w:r>
      <w:r>
        <w:t>toh inse khaali hokar chhoti cheezon mein atak gaya aur yeh main samajhti hoon ki ab inse khaali loo kisi ko kaise sukoon de sakti hai jabki woh khud hi sukoon mein nahin rehti. toh Maulana sahab ne bataya ki mard ka kaam tha ki woh aurat ki taaleem woh tarbiyat karke usko is qaabil banaye ki aurat sahi maanon mein apne husband ki intellectual partner ban sake.</w:t>
      </w:r>
    </w:p>
    <w:p>
      <w:pPr>
        <w:jc w:val="right"/>
      </w:pPr>
      <w:r>
        <w:t>तो इनसे खाली होकर छोटी चीज़ों में अटक गया और यह मैं समझती हूं कि अब इनसे खाली लू किसी को कैसे सुकून दे सकती है जबकि वह खुद ही सुकून में नहीं रहती. तो मलाना साहब ने बताया कि मर्द का काम था कि वह औरत की ताली वह तर्बियत करके उसको इस काबिल बनाए कि औरत सही मानों में अपने husband की intellectual partner वन सके.</w:t>
      </w:r>
    </w:p>
    <w:p>
      <w:r>
        <w:rPr>
          <w:b/>
        </w:rPr>
        <w:t xml:space="preserve">[14:03] </w:t>
      </w:r>
      <w:r>
        <w:t>is tarah aurat mard ke liye sirf gharelu saathi nahin balki woh ek uska sabse bada khazana ban sakti hai. lekin Khuda ke nizaam ke tod ko todne ka jo result nihayati buri shakal mein nikla, jisko hum sab jaante hain ki aaj maachle mein aurat ek tamaasha bankar reh gayi hai. Quran mein hai ki Khuda ki yaad mein sukoon hai.</w:t>
      </w:r>
    </w:p>
    <w:p>
      <w:pPr>
        <w:jc w:val="right"/>
      </w:pPr>
      <w:r>
        <w:t>इस तरह औरत मर्द के लिए सिर्फ घरेलू साथी नहीं बल्कि वह एक उसका सबसे बड़ा खज़ाना वन सकती है. लेकिन खुदा के निजान के तोड़ को तोड़ने का जो result निहायती बुरी शक्ल में निकला, जिसको हम सब जानते हैं कि आज माचले में औरत एक तमाशा बनकर रह गई है. पुरान में है कि खुदा की याद में सुकून है.</w:t>
      </w:r>
    </w:p>
    <w:p>
      <w:r>
        <w:rPr>
          <w:b/>
        </w:rPr>
        <w:t xml:space="preserve">[14:33] </w:t>
      </w:r>
      <w:r>
        <w:t>magar hum Khuda ko chhodkar jo insaan chalega toh usko sukoon kahan milega? toh tamam cheezein jo ho rahi hain woh sukoon ka zariya nahin bas sukooni ka zariya hai. har ghar mein ek ladai jhagda rehta hai. ek jaise ki doctor safeena ne abhi bataya ki har aurat apne usmein lagi rehti hai. apne mard usko usi taraf le ja raha hai.</w:t>
      </w:r>
    </w:p>
    <w:p>
      <w:pPr>
        <w:jc w:val="right"/>
      </w:pPr>
      <w:r>
        <w:t>मगर हम खुदा को छोड़कर जो इंसान चलेगा तो उसको सुकून कहां मिलेगा? तो तमाम चीज़ें जो हो रही हैं वह सुकून का ज़रिया नहीं बस सुकूनी का ज़रिया है. हर घर में एक लड़ाई झगड़ा रहता है. एक जैसे कि doctor सफीना ने अभी बताया कि हर औरत अपने उसमें लगी रहती है. अपने मर्द उसको उसी तरफ ले जा रहा है.</w:t>
      </w:r>
    </w:p>
    <w:p>
      <w:r>
        <w:rPr>
          <w:b/>
        </w:rPr>
        <w:t xml:space="preserve">[14:54] </w:t>
      </w:r>
      <w:r>
        <w:t>usi ke mein saare jo entertainment hote hain aur jo jitni zyada un logon ki desire hoti hain, usse jo hai Khuda kahan par milta hai? sab besukooni hone lagti hai. toh aurat aur mard ek doosre ke liye sukoon ka zariya jab ban sakte hain, jab woh Quran ke matlab insaan banenge, toh hum duniya ke har maamle ko Quran ke zariye dekhein toh hum yakeen yakeen sukoon pa sakte hain.</w:t>
      </w:r>
    </w:p>
    <w:p>
      <w:pPr>
        <w:jc w:val="right"/>
      </w:pPr>
      <w:r>
        <w:t>उसी के में सारे जो entertainment होते हैं और जो जितनी ज़्यादा उन लोगों की desire होती हैं, उससे जो है खुदा कहां पर मिलता है? सब बेसुकूनी होने लगती है. तो औरत और मर्द एक दूसरे के लिए सुकून का ज़रिया जब वन सकते हैं, जब वह कुरान के मतलब इंसान बने होंगे, तो हम दुनिया के हर मामले को कुरान के ज़रिए देखें तो हम यकीन यकीन सुकून पा सकते हैं.</w:t>
      </w:r>
    </w:p>
    <w:p>
      <w:r>
        <w:rPr>
          <w:b/>
        </w:rPr>
        <w:t xml:space="preserve">[15:24] </w:t>
      </w:r>
      <w:r>
        <w:t>jaisa ki Maulana sahab ki ek video abhi kal daali gayi thi group mein. jismein Quran ki ayat ayat se waqeel karke yeh bahut hi achha Maulana sahab ne usmein behtareen tareeke se bataya hai.</w:t>
      </w:r>
    </w:p>
    <w:p>
      <w:pPr>
        <w:jc w:val="right"/>
      </w:pPr>
      <w:r>
        <w:t>जैसे कि मालाना साहब की एक video अभी कल डाली गई थी group में. जिसमें कुरान की आयत आयत से वकील करके यह बहुत ही अच्छा मौलाना साहब ने उसमें बेहतरीन तरीके से बताया है.</w:t>
      </w:r>
    </w:p>
    <w:p>
      <w:r>
        <w:rPr>
          <w:b/>
        </w:rPr>
        <w:t xml:space="preserve">[15:43] </w:t>
      </w:r>
      <w:r>
        <w:t>bahut achhe se behtareen tareeke se explain kiya hai hadith se bhi aur is verse se bhi ki sab ek divine management hai, ek intezaar hai. sab hadith mein bataya ki ek woh intezaar hai aur shukr karoge Maulana sahab keh rahe the ki shukr karoge toh tumhara jo Allah ki taraf se management hai woh chalta rahega. toh ab aur sab intezaar hai aur afzal ebaadat hai aur intezaar ek afzal ebaadat hai.</w:t>
      </w:r>
    </w:p>
    <w:p>
      <w:pPr>
        <w:jc w:val="right"/>
      </w:pPr>
      <w:r>
        <w:t>बहुत अच्छे से बेहतरीन तरीके से explain किया है हादीश से भी और इस वर्ष से भी कि सब एक divine management है, एक इंतज़ार है. सब हदीस में बताया कि एक वह इंतज़ार है और शुक्र करोगे मलाला साहब कह रहे थे कि शुक्र करोगे तो तुम्हारा जो अल्लाह की तरफ से management है वह चलता रहेगा. तो अब और सब इंतज़ार है और अफ़ज़ल एबादत है और इंतज़ार एक अफ़ज़ल एबादत है.</w:t>
      </w:r>
    </w:p>
    <w:p>
      <w:r>
        <w:rPr>
          <w:b/>
        </w:rPr>
        <w:t xml:space="preserve">[16:13] </w:t>
      </w:r>
      <w:r>
        <w:t>toh is tarah se samajh lene ke baad kisi ko jab koi is tarah se samajhta hai toh kaise usko sukoon nahin milega? agar woh imaan wala hai. agar ek aurat is qaabil ho ki woh apne ghar mein yeh mahaul paida kar lein ki har situation mein woh apne ghar walon ko unki thinking ko Quran se jod dein. toh yahi aurat sabke liye sukoon ka zariya ban sakti hai aur yahi asli aurat ka character yahin par pata chalta hai.</w:t>
      </w:r>
    </w:p>
    <w:p>
      <w:pPr>
        <w:jc w:val="right"/>
      </w:pPr>
      <w:r>
        <w:t>तो इस तरह से समझ लेने के बाद किसी को जब कोई इस तरह से समझता है तो कैसे उसको सुकून नहीं मिलेगा? अगर वह ईमान वाला है. अगर एक औरत इस काबिल हो कि वह अपने घर में यह माहौल पैदा कर लें कि हर situation में वह अपने घर वालों को उनकी thinking को पुरान से जोड़ दें. तो यही औरत सबके लिए सुकून का ज़रिया वन सकती है और यही असली औरत का character यहीं पर पता चलता है.</w:t>
      </w:r>
    </w:p>
    <w:p>
      <w:r>
        <w:rPr>
          <w:b/>
        </w:rPr>
        <w:t xml:space="preserve">[16:41] </w:t>
      </w:r>
      <w:r>
        <w:t>doosri baat jo ki auraton ki zindagi ko barbaad kar rahi hai. unko zindagi ke maqsad se hatakar unka maqsad unki zindagi mein unka sajna savarna aur entertainment, shopping aur sab mein badal gaya hai. toh usko bahut hi hamein deeply samajhna chahiye. matlab makeup tamaasha ke saath aksar log parde ki bhi baat kar dete hain.</w:t>
      </w:r>
    </w:p>
    <w:p>
      <w:pPr>
        <w:jc w:val="right"/>
      </w:pPr>
      <w:r>
        <w:t>दूसरी बात जो कि औरतों की ज़िंदगी को बर्बाद कर रही है. उनको ज़िंदगी के मकसद से हटाकर उनका मकसद उनकी ज़िंदगी में उनका सजना सवर्णा और entertainment, shopping और सब में बदल गया है. तो उसको बहुत ही हमें deeply समझना चाहिए. मतलब makeup तमाशा के साथ अक्सर लोग पर्दे की भी बात कर देते हैं.</w:t>
      </w:r>
    </w:p>
    <w:p>
      <w:r>
        <w:rPr>
          <w:b/>
        </w:rPr>
        <w:t xml:space="preserve">[17:05] </w:t>
      </w:r>
      <w:r>
        <w:t>toh aajkal jo soch hai aurat ke likhab parde ko lekar usko haya bhi kaha jaata hai. toh yeh jaanna bahut zaroori hai ki chehra thaank lena, tarah tarah ke design jaari nikaab pehan lena, sirf yeh haya nahin hai. haya ki ek lambi list hai yaani ki humko jaanna padega ki real haya kya hai? jo fitrat mein har aurat ke andar Khuda ne daala hai usko har aurat nikaalkar phenk chuki hai.</w:t>
      </w:r>
    </w:p>
    <w:p>
      <w:pPr>
        <w:jc w:val="right"/>
      </w:pPr>
      <w:r>
        <w:t>तो आजकल जो सोच है औरत के लिखाब पर्दे को लेकर उसको हया भी कहा जाता है. तो यह जानना बहुत ज़रूरी है कि चेहरा ठांक लेना, तरह तरह के design जार निकाप पहन लेना, सिर्फ यह हया नहीं है. हया की एक लंबी list है यानी कि हमको जानना पड़ेगा कि real हया क्या है? जो फितरत में हर औरत के अंदर कोदा ने डाला है उसको हर औरत निकालकर फ़ेंक चुकी है.</w:t>
      </w:r>
    </w:p>
    <w:p>
      <w:r>
        <w:rPr>
          <w:b/>
        </w:rPr>
        <w:t xml:space="preserve">[17:35] </w:t>
      </w:r>
      <w:r>
        <w:t>Surah Azab ki jo verse tahteese mein jo bataya gaya hai ki kis tarah se jo hai hamein parde ke baare mein bataya gaya hai aur uska auraton ko kis tarah se tamaasha bankar naiyaai wala Luvs istemaal hua hai ki kya hai mujhe theek se yaad bhi nahin aa raha hai ki woh aise dikhlaati hai na firo.</w:t>
      </w:r>
    </w:p>
    <w:p>
      <w:pPr>
        <w:jc w:val="right"/>
      </w:pPr>
      <w:r>
        <w:t>सूर्य अज़ाब की जो वर्ष तैंतीस में जो बताया गया है कि किस तरह से जो है हमें पर्दे के बारे में बताया गया है और उसका औरतों को किस तरह से तमाशा बनकर ना भैयाई वाला Luvs इस्तेमाल हुआ है कि क्या है मुझे ठीक से याद भी नहीं आ रहा है कि वह ऐसे दिखलाती है ना फिरो.</w:t>
      </w:r>
    </w:p>
    <w:p>
      <w:r>
        <w:rPr>
          <w:b/>
        </w:rPr>
        <w:t xml:space="preserve">[18:01] </w:t>
      </w:r>
      <w:r>
        <w:t>toh aajkal jis tarah fashion makeup ajeeb ajeeb kapde pehan kar shor aur kaika lagaati hain shopping mein maine bahut dekha is tarah ke. toh burqa bhi pehne rehti hain, parda bhi dhake rehti hain aur us tarah ki awaaz zor zor se nikaal ke jo hai usi mein khaane peene ke liye jaati hain. naqaab pehne wali bhi aur main naqaab bhi. koi fark nahin.</w:t>
      </w:r>
    </w:p>
    <w:p>
      <w:pPr>
        <w:jc w:val="right"/>
      </w:pPr>
      <w:r>
        <w:t>तो आजकल जिस तरह fashion makeup अजीब अजीब कपड़े पहन कर शोर और कैका लगाती हैं shopping में मैंने बहुत देखा इस तरह के. तो गुर्खा भी पहने रहती हैं, पर्दा भी ढाके रहती हैं और उस तरह की आवाज़ ज़ोर ज़ोर से निकाल के जो है उसी में खाने पीने के लिए जाती है. नकाब पहने वाली भी और मैं नकाब भी. कोई फ़र्क नहीं.</w:t>
      </w:r>
    </w:p>
    <w:p>
      <w:r>
        <w:rPr>
          <w:b/>
        </w:rPr>
        <w:t xml:space="preserve">[18:24] </w:t>
      </w:r>
      <w:r>
        <w:t>toh naqaab bhi aisa jo tamaasha lagta hai hadith jo ek hadith hai minal minal galat karke safatis par.</w:t>
      </w:r>
    </w:p>
    <w:p>
      <w:pPr>
        <w:jc w:val="right"/>
      </w:pPr>
      <w:r>
        <w:t>तो नकाब भी ऐसा जो तमाशा लगता है हदीश जो एक हदीश है मिनल मिनल गलत करके सफातीस पर.</w:t>
      </w:r>
    </w:p>
    <w:p>
      <w:r>
        <w:rPr>
          <w:b/>
        </w:rPr>
        <w:t xml:space="preserve">[18:35] </w:t>
      </w:r>
      <w:r>
        <w:t>jisne bataya gaya hai ki yeh Hazrat Ayesha ne farmaya andheri ki wajah se pehchaan hi nahin jaati thi.</w:t>
      </w:r>
    </w:p>
    <w:p>
      <w:pPr>
        <w:jc w:val="right"/>
      </w:pPr>
      <w:r>
        <w:t>जिसने बताया गया है कि यह हज़रत अयशा ने फ़रमाया अंधेरी की वजह से पहचान ही नहीं जाती थी.</w:t>
      </w:r>
    </w:p>
    <w:p>
      <w:r>
        <w:rPr>
          <w:b/>
        </w:rPr>
        <w:t xml:space="preserve">[19:10] </w:t>
      </w:r>
      <w:r>
        <w:t>toh yeh jumla us waqt ba-maani hai jabki unka chehra jisse aadmi haqeeqatan pehchaana jaata hai, khula hua ho. toh parde ka asal matlab jo hai woh saath bhi hai na ki is tarah se jo sab aajkal dekha jaata hai, toh yeh sab jo hai haya mein nahin aata hai ki akele yeh bhi ek bahut saari cheezein hain haya mein aane ki ki mard ke saath akele nahin milna hai.</w:t>
      </w:r>
    </w:p>
    <w:p>
      <w:pPr>
        <w:jc w:val="right"/>
      </w:pPr>
      <w:r>
        <w:t>तो यह जुमला उस वक्त बामानी है जबकि उनका चेहरा जिससे आदमी हकीकतं पहचाना जाता है, खुला हुआ हो. तो पर्दे का असल मतलब जो है वह साथ भी है ना कि इस तरह से जो सब आजकल देखा जाता है, तो यह सब जो है हाया में नहीं आता है कि अकेल यह भी एक बहुत सारी चीज़ें हैं हाया में आने की कि मर्द के साथ अकेले नहीं मिलना है.</w:t>
      </w:r>
    </w:p>
    <w:p>
      <w:r>
        <w:rPr>
          <w:b/>
        </w:rPr>
        <w:t xml:space="preserve">[19:39] </w:t>
      </w:r>
      <w:r>
        <w:t>toh kal main ek video dekh rahi thi bahut jaani pehchaani youtuber hain. toh woh jo hai woh matlab meri nazar se guzri aur maine pehli baar dekha tha ki woh koi woh do Maulana hain jo woh bhi bahut hi mashhoor Maulana hain.</w:t>
      </w:r>
    </w:p>
    <w:p>
      <w:pPr>
        <w:jc w:val="right"/>
      </w:pPr>
      <w:r>
        <w:t>तो कल मैं एक video देख रही थी बहुत जानी पहचानी youtuber हैं. तो वह जो है वह मतलब मेरी नज़र से गुज़री और मैंने पहली बार देखा था कि वह कोई वह दो मौलाना है जो वह भी बहुत ही मशहूर मौलाना है.</w:t>
      </w:r>
    </w:p>
    <w:p>
      <w:r>
        <w:rPr>
          <w:b/>
        </w:rPr>
        <w:t xml:space="preserve">[19:59] </w:t>
      </w:r>
      <w:r>
        <w:t>main nahin lena chahoongi ki woh unke saath ek kamre mein baithi hui hain aur poora dhak ke gurka aur jo YouTube ka kaam karti hain jo unka earning jo zariya hoga paisa kamane ka usmein woh poora makeup ke saath rehti hain. toh woh Maulana ke saath baithi hui thi aur matlab dekhkar itna bura laga tha poora dhak ke aur baaki do Maulana baithe the.</w:t>
      </w:r>
    </w:p>
    <w:p>
      <w:pPr>
        <w:jc w:val="right"/>
      </w:pPr>
      <w:r>
        <w:t>मैं नहीं लेना चाहूंगी कि वह उनके साथ एक कमरे में बैठी हुई हैं और पूरा ढाक के गुड़का और जो YouTube का काम करती हैं जो उनका earning जो ज़रिया होगा पैसा कमाने का उसमें वह पूरा makeup के साथ रहती हैं. तो वह मौलाना के साथ बैठी हुई थी और मतलब देखकर इतना बुरा लगा था पूरा ढाक के और बाकी दो मौलाना बैठे थे.</w:t>
      </w:r>
    </w:p>
    <w:p>
      <w:r>
        <w:rPr>
          <w:b/>
        </w:rPr>
        <w:t xml:space="preserve">[20:23] </w:t>
      </w:r>
      <w:r>
        <w:t>woh mobile lekar is tarah se unka video bana rahe the aur dono baatein kar rahe the aur keh lagakar woh dono sab baat kar rahe the. teen log the kamre mein do mard aur ek aurat aur matlab itna yeh isko behai kehte hain. aap pehan ke aur is tarah se mard ke saath shor ki aawaz mein baat karna aur jo bhi unki baat thi woh toh bilkul matlab ek sathi baat thi.</w:t>
      </w:r>
    </w:p>
    <w:p>
      <w:pPr>
        <w:jc w:val="right"/>
      </w:pPr>
      <w:r>
        <w:t>वह mobile लेकर इस तरह से उनका video बना रहे थे और दोनों बातें कर रहे थे और कह लगाकर वह दोनों सब बात कर रहे थे. तीन लोग थे कमरे में दो मर्द और एक औरत और मतलब इतना यह इसको बेहाई कहते हैं. आप पहन के और इस तरह से मर्द के साथ शोर की आवाज़ में बात करना और जो भी उनकी बात थी वह तो बिल्कुल मतलब एक सतही बात थी.</w:t>
      </w:r>
    </w:p>
    <w:p>
      <w:r>
        <w:rPr>
          <w:b/>
        </w:rPr>
        <w:t xml:space="preserve">[20:52] </w:t>
      </w:r>
      <w:r>
        <w:t>isi tarah se jo hai job karti hain auratein toh ladkiyan toh boss ke saath baithti hain aur unke mouse ke ek saath pakadti hai. mouse hota hai toh baatein karti hain, kaam karti hain. toh kaafi time dekha gaya hai ki woh akele dono baithe rehte hain. toh yeh bhi ek bahut hi samajhne ki baat thi.</w:t>
      </w:r>
    </w:p>
    <w:p>
      <w:pPr>
        <w:jc w:val="right"/>
      </w:pPr>
      <w:r>
        <w:t>इसी तरह से जो है job करती हैं औरतें तो लड़कियां तो boss के साथ बैठती हैं और उनके mouse के एक साथ पकड़ती है. Mouse होता है तो बात करती हैं, काम करती हैं. तो काफी time देखा गया है कि वह अकेले दोनों बैठे रहते हैं. तो यह भी एक बहुत ही समझने की बात थी.</w:t>
      </w:r>
    </w:p>
    <w:p>
      <w:r>
        <w:rPr>
          <w:b/>
        </w:rPr>
        <w:t xml:space="preserve">[21:16] </w:t>
      </w:r>
      <w:r>
        <w:t>hamein is cheez ko bhi samajhna chahiye ki yeh bhi yeh bhi khayal mein aata hai. saath hi mein auratein ek tarah ka dhoka bhi logon ko de rahi hain. yeh jo ki dhoka kitni zyada bada galat kaam hai jisko hum modern dhoka bhi keh sakte hain.</w:t>
      </w:r>
    </w:p>
    <w:p>
      <w:pPr>
        <w:jc w:val="right"/>
      </w:pPr>
      <w:r>
        <w:t>हमें इस चीज़ को भी समझना चाहिए कि यह भी यह भी ख्याल में आता है. साथ ही में औरतें एक तरह का धोखा भी लोगों को दे रही हैं. यह जो कि धोखा कितनी ज़्यादा बड़ा गलत काम है जिसको हम modern धोखा भी कह सकते हैं.</w:t>
      </w:r>
    </w:p>
    <w:p>
      <w:r>
        <w:rPr>
          <w:b/>
        </w:rPr>
        <w:t xml:space="preserve">[21:35] </w:t>
      </w:r>
      <w:r>
        <w:t>jaise ki ab woh aankh mein jo blue color ka lens lagta hai, baal kai tarah se color kiye jaate hain aur is tarah se makeup is tarah se hota hai ki naak patli dikhe, hot patla dikhe, toh asal chehra jo hai woh chhup jata hai. jab kisi ka rishta aata hai toh is tarah se makeup karke log dikhate hain sabko toh khoobsurat ladki chahiye hoti hai.</w:t>
      </w:r>
    </w:p>
    <w:p>
      <w:pPr>
        <w:jc w:val="right"/>
      </w:pPr>
      <w:r>
        <w:t>जैसे कि अब वह आंख में जो blue color का lens लगता है, बाल कई तरह से color किए जाते हैं और इस तरह से makeup इस तरह से होता है कि नाक पतली दिखे, होट पतला दिखे, तो असल चेहरा जो है वह छुप जाता है. जब किसी का रिश्ता आता है तो इस तरह से makeup करके लोग दिखाते हैं सबको तो खूबसूरत लड़की चाहिए होती है.</w:t>
      </w:r>
    </w:p>
    <w:p>
      <w:r>
        <w:rPr>
          <w:b/>
        </w:rPr>
        <w:t xml:space="preserve">[21:56] </w:t>
      </w:r>
      <w:r>
        <w:t>toh us khoobsurti par sab itna zyada fida ho jaate hain toh phir shadi ho jati hai aur baad mein jo hai phir matlab upari dikhawa, upari cheezein rehti hain sab.</w:t>
      </w:r>
    </w:p>
    <w:p>
      <w:pPr>
        <w:jc w:val="right"/>
      </w:pPr>
      <w:r>
        <w:t>तो उस खूबसूरती पर सब इतना ज़्यादा फ़िदा हो जाते हैं तो फिर शादी हो जाती है और बाद में जो है फिर मतलब ऊपरी दिखावा, ऊपरी चीज़ें रहती हैं सब.</w:t>
      </w:r>
    </w:p>
    <w:p>
      <w:r>
        <w:rPr>
          <w:b/>
        </w:rPr>
        <w:t xml:space="preserve">[22:26] </w:t>
      </w:r>
      <w:r>
        <w:t>toh yeh sari cheezein dhoka hai, haya se bahar hai. bilkul jisko galat keh sakte hain. toh Maulana sahib ne humko jo teaching di hai humne jo unke zariye seekha saada rehna, saada pehanna ho, saada khana, saade tarike se zindagi guzarna insaan ko healthy bhi banata hai. healthy hum rahenge, acche se zindagi guzregi toh waise hi hamare chehre par ek healthy chehra hoga.</w:t>
      </w:r>
    </w:p>
    <w:p>
      <w:pPr>
        <w:jc w:val="right"/>
      </w:pPr>
      <w:r>
        <w:t>तो यह सारी चीज़ें धोखा है, हया से बाहर है. बिल्कुल जिसको गलत कह सकते हैं. तो मोलाना साहब ने हमको जो teaching दी है हमने जो उनके जरिए सीखा सादा रहना, सादा पहनना हो, सादा खाना, सादे तरीके से ज़िंदगी गुज़ारना इंसान को healthy भी बनाता है. Healthy हम रहेंगे, अच्छे से ज़िंदगी गुज़रेगी तो वैसे ही हमारे चेहरे पर एक healthy चेहरा होगा.</w:t>
      </w:r>
    </w:p>
    <w:p>
      <w:r>
        <w:rPr>
          <w:b/>
        </w:rPr>
        <w:t xml:space="preserve">[22:55] </w:t>
      </w:r>
      <w:r>
        <w:t>to saare log bahar khane jaate hain to unke saath kitni saari cheezein hoti hain.</w:t>
      </w:r>
    </w:p>
    <w:p>
      <w:pPr>
        <w:jc w:val="right"/>
      </w:pPr>
      <w:r>
        <w:t>तो सारे लोग बाहर खाने जाते हैं तो उनके साथ कितनी सारी चीज़ें होती हैं.</w:t>
      </w:r>
    </w:p>
    <w:p>
      <w:r>
        <w:rPr>
          <w:b/>
        </w:rPr>
        <w:t xml:space="preserve">[23:03] </w:t>
      </w:r>
      <w:r>
        <w:t>to to sirf ek aurat apne ko in tamam cheezon se jise samajh mein yahi aata hai ki</w:t>
      </w:r>
    </w:p>
    <w:p>
      <w:pPr>
        <w:jc w:val="right"/>
      </w:pPr>
      <w:r>
        <w:t>तो तो सिर्फ एक औरत अपने को इन तमाम चीज़ों से जिसे समझ में यही आता है कि</w:t>
      </w:r>
    </w:p>
    <w:p>
      <w:r>
        <w:rPr>
          <w:b/>
        </w:rPr>
        <w:t xml:space="preserve">[23:12] </w:t>
      </w:r>
      <w:r>
        <w:t>in tamam cheezon se alag karke dekhe usko khud pata chalega ki wah kitni khaali ho gayi aur</w:t>
      </w:r>
    </w:p>
    <w:p>
      <w:pPr>
        <w:jc w:val="right"/>
      </w:pPr>
      <w:r>
        <w:t>इन तमाम चीज़ों से अलग करके देखें उसको खुद पता चलेगा कि वह कितनी खाली हो गई और</w:t>
      </w:r>
    </w:p>
    <w:p>
      <w:r>
        <w:rPr>
          <w:b/>
        </w:rPr>
        <w:t xml:space="preserve">[23:21] </w:t>
      </w:r>
      <w:r>
        <w:t>phir wah ek aurat poori family ke liye rehmat ban sakti hai.</w:t>
      </w:r>
    </w:p>
    <w:p>
      <w:pPr>
        <w:jc w:val="right"/>
      </w:pPr>
      <w:r>
        <w:t>फिर वह एक औरत पूरी family के लिए रहमत वन सकती है.</w:t>
      </w:r>
    </w:p>
    <w:p>
      <w:r>
        <w:rPr>
          <w:b/>
        </w:rPr>
        <w:t xml:space="preserve">[23:30] </w:t>
      </w:r>
      <w:r>
        <w:t>sukoon ka zariya van sakti hai. kyunki aurat ko khud hi decide karna hai ki usko material cheezon mein jeena hai ya Khuda ke hukoom ke mutabik apni zindagi ko develop karna hai. toh yeh sari cheezein jo ho rahi hain woh Khuda ke bagail ho rahi hain.</w:t>
      </w:r>
    </w:p>
    <w:p>
      <w:pPr>
        <w:jc w:val="right"/>
      </w:pPr>
      <w:r>
        <w:t>सुकून का ज़रिया वन सकती है. क्योंकि औरत को खुद ही decide करना है कि उसको material चीज़ों में जीना है या खुदा के हुकूम के मुताबिक अपनी ज़िंदगी को develop करना है. तो यह सारी चीज़ें जो हो रही हैं वह खुदा के बैगैल हो रही हैं.</w:t>
      </w:r>
    </w:p>
    <w:p>
      <w:r>
        <w:rPr>
          <w:b/>
        </w:rPr>
        <w:t xml:space="preserve">[23:48] </w:t>
      </w:r>
      <w:r>
        <w:t>toh hamein is cheez ko samajhna hai kis tarah ke rangeen tamashe yani jo abhi humne samjha ki beautification wagera jismein aurat maloom lobbis hai toh usko yeh jaanna chahiye ki yeh uske husband ki uske liye mohabbat nahi balki dushmani hai.</w:t>
      </w:r>
    </w:p>
    <w:p>
      <w:pPr>
        <w:jc w:val="right"/>
      </w:pPr>
      <w:r>
        <w:t>तो हमें इस चीज़ को समझना है किस तरह के रंगीन तमाशे यानी जो अभी हमने समझा कि beautification वगैरह जिसमें औरत मालूम लोब्बिस है तो उसको यह जानना चाहिए कि यह उसके husband की उसके लिए मोहब्बत नहीं बल्कि दुश्मनी है.</w:t>
      </w:r>
    </w:p>
    <w:p>
      <w:r>
        <w:rPr>
          <w:b/>
        </w:rPr>
        <w:t xml:space="preserve">[24:04] </w:t>
      </w:r>
      <w:r>
        <w:t>iske liye khadees hai ki qareebi rishtedaar ka maamla behad nazuk maamla hota khadees hai yeh quran mein</w:t>
      </w:r>
    </w:p>
    <w:p>
      <w:pPr>
        <w:jc w:val="right"/>
      </w:pPr>
      <w:r>
        <w:t>इसके लिए खदीस है कि करीबी रिश्चेदार का मामला बेहद नाज़ुक मामला होता खदीस है यह कुरान में</w:t>
      </w:r>
    </w:p>
    <w:p>
      <w:r>
        <w:rPr>
          <w:b/>
        </w:rPr>
        <w:t xml:space="preserve">[24:19] </w:t>
      </w:r>
      <w:r>
        <w:t>ishaad hua to isko jo hai humko khud samajhna hoga ki yeh mohabbat hai ki hamare saath dushmani hai.</w:t>
      </w:r>
    </w:p>
    <w:p>
      <w:pPr>
        <w:jc w:val="right"/>
      </w:pPr>
      <w:r>
        <w:t>इशाद हुआ तो इसको जो है हमको खुद समझना होगा कि यह मोहब्बत है कि हमारे साथ दुश्मनी है.</w:t>
      </w:r>
    </w:p>
    <w:p>
      <w:r>
        <w:rPr>
          <w:b/>
        </w:rPr>
        <w:t xml:space="preserve">[24:35] </w:t>
      </w:r>
      <w:r>
        <w:t>toh auratmard ek doosre ko kudai ke kuda ke raaste par chalne ki talqeen karte hain. ek doosre ko burai se rokte hain. toh yeh unke liye zyada accha behtar ho. yeh mujhe kehna tha shvina. shpeena aawaz aa rahi hai kya?</w:t>
      </w:r>
    </w:p>
    <w:p>
      <w:pPr>
        <w:jc w:val="right"/>
      </w:pPr>
      <w:r>
        <w:t>तो औरतमर्द एक दूसरे को कुदाई के कुदा के रास्ते पर चलने की तलकीन करते हैं. एक दूसरे को बुराई से रोकते हैं. तो यह उनके लिए ज़्यादा अच्छा बेहतर हो. यह मुझे कहना था शविना. शपीना आवाज़ आ रही है क्या?</w:t>
      </w:r>
    </w:p>
    <w:p>
      <w:r>
        <w:rPr>
          <w:b/>
        </w:rPr>
        <w:t xml:space="preserve">[25:05] </w:t>
      </w:r>
      <w:r>
        <w:t>Doctor Swapna aapne hand raise kiya hai. aap kuch kehna chah rahi hain? ji, main shveena fahmidapa ki baat par yeh jaise ne kaha ki auratein apne aap ko jaante hain ki woh kya kar rahi hain aur apne lifestyle ko badle. toh mujhe ek cheez ka khayal aaya ki kyunki society mein hi auraton ke liye standards alag rakh diye gaye hain.</w:t>
      </w:r>
    </w:p>
    <w:p>
      <w:pPr>
        <w:jc w:val="right"/>
      </w:pPr>
      <w:r>
        <w:t>Doctor स्वप्ना आपने hand raise किया है. आप कुछ कहना चाह रही हैं? जी, मैं श्वीना फहमीदापा की बात पर यह जैसे ने कहा कि औरतें अपने आप को जानते हैं कि वह क्या कर रही हैं और अपने lifestyle को बदले. तो मुझे एक चीज़ का ख्याल आया कि क्योंकि society में ही औरतों के लिए standards अलग रख दिए गए हैं.</w:t>
      </w:r>
    </w:p>
    <w:p>
      <w:r>
        <w:rPr>
          <w:b/>
        </w:rPr>
        <w:t xml:space="preserve">[25:31] </w:t>
      </w:r>
      <w:r>
        <w:t>bahut alag matlab bigaad aa chuka hai toh jo criteria bana diya gaya hai beauty ka ya unke acchi wife banne ka ek alag hi criteria aaj samajh mein hai. jab ladki dekhne jaate hain toh us criteria ko dekha jata hai aur waise bhi jab gharon mein baat hoti hai vishtedaron mein toh un auraton ki tareefen hoti hain jo ki logon ko family culture mein rehne wali hain, logon ko khush karne wali hain.</w:t>
      </w:r>
    </w:p>
    <w:p>
      <w:pPr>
        <w:jc w:val="right"/>
      </w:pPr>
      <w:r>
        <w:t>बहुत अलग मतलब बिगाड़ आ चुका है तो जो criteria बना दिया गया है beauty का या उनके अच्छी wife बनने का एक अलग ही criteria आज समाज में है. जब लड़की देखने जाते हैं तो उस criteria को देखा जाता है और वैसे भी जब घरों में बात होती है विश्तेदारों में तो उन औरतों की तारीफें होती हैं जो कि लोगों को family culture में रहने वाली हैं, लोगों को खुश करने वाली हैं.</w:t>
      </w:r>
    </w:p>
    <w:p>
      <w:r>
        <w:rPr>
          <w:b/>
        </w:rPr>
        <w:t xml:space="preserve">[25:58] </w:t>
      </w:r>
      <w:r>
        <w:t>toh main yahi kehna chahti hoon ki kya ek aurat apni lifestyle ko apne aap akele badal sakti hai jab tak ki usko ek family support na ho ya toh kis had tak apne aap ko change kar sakti hai? agar aap isko bhi kuch bata sakein toh.</w:t>
      </w:r>
    </w:p>
    <w:p>
      <w:pPr>
        <w:jc w:val="right"/>
      </w:pPr>
      <w:r>
        <w:t>तो मैं यही कहना चाहती हूं कि क्या एक औरत अपनी lifestyle को अपने आप अकेले बदल सकती है जब तक कि उसको एक family support ना हो या तो किस हद तक अपने आप को change कर सकती है? अगर आप इसको भी कुछ बता सकें तो.</w:t>
      </w:r>
    </w:p>
    <w:p>
      <w:r>
        <w:rPr>
          <w:b/>
        </w:rPr>
        <w:t xml:space="preserve">[26:16] </w:t>
      </w:r>
      <w:r>
        <w:t>Doctor Safeena mujhe to yahi samajh mein aata hai ki sabse badi cheez hai ki alag alag, maine</w:t>
      </w:r>
    </w:p>
    <w:p>
      <w:pPr>
        <w:jc w:val="right"/>
      </w:pPr>
      <w:r>
        <w:t>Doctor सफ़ीना मुझे तो यही समझ में आता है कि सबसे बड़ी चीज़ है कि अलग अलग, मैंने</w:t>
      </w:r>
    </w:p>
    <w:p>
      <w:r>
        <w:rPr>
          <w:b/>
        </w:rPr>
        <w:t xml:space="preserve">[26:30] </w:t>
      </w:r>
      <w:r>
        <w:t>yahi inhe bataya hai seekhne ke liye aur bahut saari hadeesein hain jisko samjha ja sakta hai ki</w:t>
      </w:r>
    </w:p>
    <w:p>
      <w:pPr>
        <w:jc w:val="right"/>
      </w:pPr>
      <w:r>
        <w:t>यही इन्हें बताया है सीखने के लिए और बहुत सारी हदीसें हैं जिसको समझा जा सकता है कि</w:t>
      </w:r>
    </w:p>
    <w:p>
      <w:r>
        <w:rPr>
          <w:b/>
        </w:rPr>
        <w:t xml:space="preserve">[26:45] </w:t>
      </w:r>
      <w:r>
        <w:t>khada hona hai.</w:t>
      </w:r>
    </w:p>
    <w:p>
      <w:pPr>
        <w:jc w:val="right"/>
      </w:pPr>
      <w:r>
        <w:t>खड़ा होना है.</w:t>
      </w:r>
    </w:p>
    <w:p>
      <w:r>
        <w:rPr>
          <w:b/>
        </w:rPr>
        <w:t xml:space="preserve">[27:00] </w:t>
      </w:r>
      <w:r>
        <w:t>humko aapko kis tarah se bachana hai yeh humko khud hi samajhna hai. agar aur madad keh raha hai ki haan fashion karo ya jo bhi karo toh uska bhi ek tareeka hai ki agar nai nai shadi hui hai toh aurat ko chahiye ki woh apne kamre mein usko sach ke sanbhar ke jis tarah se bhi woh khush ho usko karein lekin bahar woh is tarah se sach sanbhar ke nahi nikle.</w:t>
      </w:r>
    </w:p>
    <w:p>
      <w:pPr>
        <w:jc w:val="right"/>
      </w:pPr>
      <w:r>
        <w:t>हमको आपको किस तरह से बचाना है यह हमको खुद ही समझना है. अगर और मदद कह रहा है कि हां fashion करो या जो भी करो तो उसका भी एक तरीका है कि अगर नई नई शादी हुई है तो औरत को चाहिए कि वह अपने कमरे में उसको सच के संभर के जिस तरह से भी वह खुश हो उसको करें लेकिन बाहर वह इस तरह से सच संभर के नहीं निकले.</w:t>
      </w:r>
    </w:p>
    <w:p>
      <w:r>
        <w:rPr>
          <w:b/>
        </w:rPr>
        <w:t xml:space="preserve">[27:23] </w:t>
      </w:r>
      <w:r>
        <w:t>mere yeh samajh mein aata hai ki woh mard ke liye hai, doosre ke liye nahi hai aur is tarah ke masle mein zyada tar matlab yahi toh hamari hamara intzaan hota hai har cheez mein ki hum yeh jaane ki humko yahan par kis tarah se rehna do. pehle hamara saamne Khuda hota hai phir hamara koi doosra hota hai. agar mar nahi samajh raha hai toh woh usko pakda jayega.</w:t>
      </w:r>
    </w:p>
    <w:p>
      <w:pPr>
        <w:jc w:val="right"/>
      </w:pPr>
      <w:r>
        <w:t>मेरे यह समझ में आता है कि वह मर्द के लिए है, दूसरे के लिए नहीं है और इस तरह के मसले में ज़्यादातर मतलब यही तो हमारी हमारा इंतज़ान होता है हर चीज़ में कि हम यह जाने कि हमको यहां पर किस तरह से रहना दो. पहले हमारा सामने खोदा होता है फिर हमारा कोई दूसरा होता है. अगर मर नहीं समझ रहा है तो वह उसको पकड़ा जाएगा.</w:t>
      </w:r>
    </w:p>
    <w:p>
      <w:r>
        <w:rPr>
          <w:b/>
        </w:rPr>
        <w:t xml:space="preserve">[27:46] </w:t>
      </w:r>
      <w:r>
        <w:t>wahan par humko bardasht karke rehna hai aur dono ko aafalat ke nuksan aur fayde se bachne ka zehan banna chahiye aur aurat ko chahiye ki dheere dheere. talin tirvit ki sari zimmedari aurat hi hoti hai aurat ko chahiye ki dheere dheere woh yeh zehan banaye apne mard ka woh bana sakti hai kyunki jab agar woh itne kareeb hai toh woh yeh bhi kar sakti hai. aurat khud hi nahi chahti hai. woh khud itne namayishi cheezon mein jeene lagi hai.</w:t>
      </w:r>
    </w:p>
    <w:p>
      <w:pPr>
        <w:jc w:val="right"/>
      </w:pPr>
      <w:r>
        <w:t>वहां पर हमको बर्दाश्त करके रहना है और दोनों को आफ़लत के नुकसान और फ़ायदे से बचने का ज़हन बनना चाहिए और औरत को चाहिए कि धीरे धीरे. तालीन तिर्वित की सारी ज़िम्मेदारी औरत ही होती है औरत को चाहिए कि धीरे धीरे वह यह ज़हन बनाए अपने मर्द का वह बना सकती है क्योंकि जब अगर वह इतने करीब है तो वह यह भी कर सकती है. औरत खुद ही नहीं चाहती है. वह खुद इतने नमाइशी चीज़ों में जीने लगी है.</w:t>
      </w:r>
    </w:p>
    <w:p>
      <w:r>
        <w:rPr>
          <w:b/>
        </w:rPr>
        <w:t xml:space="preserve">[28:13] </w:t>
      </w:r>
      <w:r>
        <w:t>toh mujhe lagta hai pehle aurat ko khud hi samajhna padega aur saadgi ka culture apnaaye bagair hum koi kaam aur kar nahi sakte zyada ke tere. jiza kalyapa aapne itna elaborate tamam cheezon ko khol kholkar bataya bahut sare pehlu se aapne baat dekhi. bahut accha discussion raha yeh. main najma aapko invite karti hoon apni learning ko share karne ke liye.</w:t>
      </w:r>
    </w:p>
    <w:p>
      <w:pPr>
        <w:jc w:val="right"/>
      </w:pPr>
      <w:r>
        <w:t>तो मुझे लगता है पहले औरत को खुद ही समझना पड़ेगा और सादगी का culture अपनाए बगैर हम कोई काम और कर नहीं सकते ज़्यादा के तेरे. जिज़ा कल्यापा आपने इतना elaborate तमाम चीज़ों को खोल खोलकर बताया बहुत सारे पहलू से आपने बात देखी. बहुत अच्छा discussion रहा यह. मैं नजमा आपको invite करती हूं अपनी learning को share करने के लिए.</w:t>
      </w:r>
    </w:p>
    <w:p>
      <w:r>
        <w:rPr>
          <w:b/>
        </w:rPr>
        <w:t xml:space="preserve">[28:40] </w:t>
      </w:r>
      <w:r>
        <w:t>ji ji chalao alaikum.</w:t>
      </w:r>
    </w:p>
    <w:p>
      <w:pPr>
        <w:jc w:val="right"/>
      </w:pPr>
      <w:r>
        <w:t>जी जी चलाओ आलिकुम.</w:t>
      </w:r>
    </w:p>
    <w:p>
      <w:r>
        <w:rPr>
          <w:b/>
        </w:rPr>
        <w:t xml:space="preserve">[28:46] </w:t>
      </w:r>
      <w:r>
        <w:t>jo unhone bahut detail mein kaafi kuch bata diya hai.</w:t>
      </w:r>
    </w:p>
    <w:p>
      <w:pPr>
        <w:jc w:val="right"/>
      </w:pPr>
      <w:r>
        <w:t>जो उन्होंने बहुत detail में काफी कुछ बता दिया है.</w:t>
      </w:r>
    </w:p>
    <w:p>
      <w:r>
        <w:rPr>
          <w:b/>
        </w:rPr>
        <w:t xml:space="preserve">[28:52] </w:t>
      </w:r>
      <w:r>
        <w:t>to meri bhi isi tarah ki learning hai aur yeh jo quran ki teesvi surat alroom mein jo</w:t>
      </w:r>
    </w:p>
    <w:p>
      <w:pPr>
        <w:jc w:val="right"/>
      </w:pPr>
      <w:r>
        <w:t>तो मेरी भी इसी तरह की learning है और यह जो कुरान की तीसवीं सूरत अलरोम में जो</w:t>
      </w:r>
    </w:p>
    <w:p>
      <w:r>
        <w:rPr>
          <w:b/>
        </w:rPr>
        <w:t xml:space="preserve">[28:58] </w:t>
      </w:r>
      <w:r>
        <w:t>ikkisvi ayat batati hai ki Allah ne insaan ke liye apni hi jins mein joda paida kiye hain</w:t>
      </w:r>
    </w:p>
    <w:p>
      <w:pPr>
        <w:jc w:val="right"/>
      </w:pPr>
      <w:r>
        <w:t>इक्कीसवीं आयत बताती है कि अल्लाह ने इंसान के लिए अपनी ही जिनस में जोड़ा पैदा किए हैं</w:t>
      </w:r>
    </w:p>
    <w:p>
      <w:r>
        <w:rPr>
          <w:b/>
        </w:rPr>
        <w:t xml:space="preserve">[29:04] </w:t>
      </w:r>
      <w:r>
        <w:t>taaki unse sukoon haasil karein aur isi par Maulana ne yeh article likha hai ki aurat zariye sukoon</w:t>
      </w:r>
    </w:p>
    <w:p>
      <w:pPr>
        <w:jc w:val="right"/>
      </w:pPr>
      <w:r>
        <w:t>ताकि उनसे सुकून हासिल करें और इसी पर मौलाना ने यह article लिखा है कि औरत ज़रिए सुकून</w:t>
      </w:r>
    </w:p>
    <w:p>
      <w:r>
        <w:rPr>
          <w:b/>
        </w:rPr>
        <w:t xml:space="preserve">[29:10] </w:t>
      </w:r>
      <w:r>
        <w:t>na ki zariye tafreeh.</w:t>
      </w:r>
    </w:p>
    <w:p>
      <w:pPr>
        <w:jc w:val="right"/>
      </w:pPr>
      <w:r>
        <w:t>ना कि ज़रिए तफरी.</w:t>
      </w:r>
    </w:p>
    <w:p>
      <w:r>
        <w:rPr>
          <w:b/>
        </w:rPr>
        <w:t xml:space="preserve">[29:16] </w:t>
      </w:r>
      <w:r>
        <w:t>puran mein Allah ne hamein har har cheez par bataya ki family kaise karo, kya karo, kiske saath?</w:t>
      </w:r>
    </w:p>
    <w:p>
      <w:pPr>
        <w:jc w:val="right"/>
      </w:pPr>
      <w:r>
        <w:t>पुरान में अल्लाह ने हमें हर हर चीज़ पर बताया कि family कैसे करो, क्या करो, किसके साथ?</w:t>
      </w:r>
    </w:p>
    <w:p>
      <w:r>
        <w:rPr>
          <w:b/>
        </w:rPr>
        <w:t xml:space="preserve">[29:26] </w:t>
      </w:r>
      <w:r>
        <w:t>matlab ek ek cheez par hamein guidance di hai aur agar hum Islam qubool kiya hai humne ya</w:t>
      </w:r>
    </w:p>
    <w:p>
      <w:pPr>
        <w:jc w:val="right"/>
      </w:pPr>
      <w:r>
        <w:t>मतलब एक एक चीज़ पर हमें guidance दी है और अगर हम इस्लाम कुबूल किया है हमने या</w:t>
      </w:r>
    </w:p>
    <w:p>
      <w:r>
        <w:rPr>
          <w:b/>
        </w:rPr>
        <w:t xml:space="preserve">[29:37] </w:t>
      </w:r>
      <w:r>
        <w:t>hum to phir iska matlab hai ki wah guidance hamein sunna hai aur lane family kaise karo yeh saari cheezein?</w:t>
      </w:r>
    </w:p>
    <w:p>
      <w:pPr>
        <w:jc w:val="right"/>
      </w:pPr>
      <w:r>
        <w:t>हम तो फिर इसका मतलब है कि वह guidance हमें सुनना है और लाने family कैसे करो यह सारी चीज़ें?</w:t>
      </w:r>
    </w:p>
    <w:p>
      <w:r>
        <w:rPr>
          <w:b/>
        </w:rPr>
        <w:t xml:space="preserve">[29:48] </w:t>
      </w:r>
      <w:r>
        <w:t>aap aap mchhoge. yeh zariye sukoon hona chahiye taaki unka safar bahut acchi tarah se guzre aur sukoon hona chahiye zindagi mein aur ek doosre ke compatible banein. ek doosre ke saath hi banein aur sukoon paaye ek doosre se milkar.</w:t>
      </w:r>
    </w:p>
    <w:p>
      <w:pPr>
        <w:jc w:val="right"/>
      </w:pPr>
      <w:r>
        <w:t>आप आप म्यू छोगे. यह ज़रियाएं सुकून होना चाहिए ताकि उनका सफ़र बहुत अच्छी तरह से गुज़रे और सुकून होना चाहिए ज़िंदगी में और एक दूसरे के compatible बनें. एक दूसरे के साथ ही बनें और सुकून पाएं एक दूसरे से मिलकर.</w:t>
      </w:r>
    </w:p>
    <w:p>
      <w:r>
        <w:rPr>
          <w:b/>
        </w:rPr>
        <w:t xml:space="preserve">[30:13] </w:t>
      </w:r>
      <w:r>
        <w:t>toh agar hum Allah ki guidance ko dekhenge toh hamari zindagiyein bahut acchi banengi. lekin jaise Maulana likhte hain ki aajkal ke zamane mein yeh kusool kuch logon ne specially kuch logon ne badal diya hai. zyada tar logon ne auraton ne aurat ko apne liye tafree yani entertainment ka zariya samajh liya hai.</w:t>
      </w:r>
    </w:p>
    <w:p>
      <w:pPr>
        <w:jc w:val="right"/>
      </w:pPr>
      <w:r>
        <w:t>तो अगर हम अल्लाह की guidance को देखेंगे तो हमारी ज़िंदगीएं बहुत अच्छी बनेंगी. लेकिन जैसे मौलाना लिखते हैं कि आजकल के जमाने में यह कुसूल कुछ लोगों ने specially कुछ लोगों ने बदल दिया है. ज़्यादातर लोगों ने औरतों ने औरत को अपने लिए तफरी यानी entertainment का ज़रिया समझ लिया है.</w:t>
      </w:r>
    </w:p>
    <w:p>
      <w:r>
        <w:rPr>
          <w:b/>
        </w:rPr>
        <w:t xml:space="preserve">[30:36] </w:t>
      </w:r>
      <w:r>
        <w:t>yeh kaafi bar detail mein ramida sahiba ne batai aur doctor ne batai yeh sab kuch. toh is badle hue focus ki wajah se poora naksha badal gaya aur Maulana kehte hain ki yeh naksha jo hai yeh bigad gaya.</w:t>
      </w:r>
    </w:p>
    <w:p>
      <w:pPr>
        <w:jc w:val="right"/>
      </w:pPr>
      <w:r>
        <w:t>यह काफी बार detail में रमीदा साहिबा ने बताई और doctor ने बताई यह सब कुछ. तो इस बदले हुए focus की वजह से पूरा नक्शा बदल गया और मौलाना कहते हैं कि यह नक्शा जो है यह बिगड़ गया.</w:t>
      </w:r>
    </w:p>
    <w:p>
      <w:r>
        <w:rPr>
          <w:b/>
        </w:rPr>
        <w:t xml:space="preserve">[30:56] </w:t>
      </w:r>
      <w:r>
        <w:t>toh is badle hue objective ke tehat apna auratein jo hain woh apna zyada woh apni zimmedariyon ko chhodkar apni beautification mein lagati hain.</w:t>
      </w:r>
    </w:p>
    <w:p>
      <w:pPr>
        <w:jc w:val="right"/>
      </w:pPr>
      <w:r>
        <w:t>तो इस बदले हुए objective के तहत अपना औरतें जो हैं वह अपना ज़्यादा वह अपनी ज़िम्मेदारियों को छोड़कर अपनी beautification में लगाती हैं.</w:t>
      </w:r>
    </w:p>
    <w:p>
      <w:r>
        <w:rPr>
          <w:b/>
        </w:rPr>
        <w:t xml:space="preserve">[31:08] </w:t>
      </w:r>
      <w:r>
        <w:t>isko bahut elaborate kiya gaya hai aur jinke paas paisa hai woh bachchon ki zimmedariyan helpers ko dekar apna time, apna paisa, apni khoobsurti ko badhane mein lagati hain different tareeqon se aur yahan tak ke cosmetic surgery ke through bhi aur jab unka focus itna badal jayega to kya woh family ki taraf unki zimmedari hai jo hai usko poora kar paayengi?</w:t>
      </w:r>
    </w:p>
    <w:p>
      <w:pPr>
        <w:jc w:val="right"/>
      </w:pPr>
      <w:r>
        <w:t>इसको बहुत elaborate किया गया है और जिनके पास पैसा है वह बच्चों की ज़िम्मेदारियां helpers को देकर अपना time, अपना पैसा, अपनी खूबसूरती को बढ़ाने में लगाती हैं different तरीकों से और यहां तक के cosmetic surgery के through भी और जब उनका focus इतना बदल जाएगा तो क्या वह family की तरफ उनकी ज़िम्मेदारी है जो है उसको पूरा कर पाएंगी?</w:t>
      </w:r>
    </w:p>
    <w:p>
      <w:r>
        <w:rPr>
          <w:b/>
        </w:rPr>
        <w:t xml:space="preserve">[31:37] </w:t>
      </w:r>
      <w:r>
        <w:t>woh kahan tak apni family ko zimmedar family ki zimmedariyan poori kar payenge aur phir aapas mein jhagde honge. jhagde shuru ho jate hain aur kitna hi aadmi tafreeh ka matlab aur unko tafreeh ka zariya samjhe.</w:t>
      </w:r>
    </w:p>
    <w:p>
      <w:pPr>
        <w:jc w:val="right"/>
      </w:pPr>
      <w:r>
        <w:t>वह कहां तक अपनी family को ज़िम्मेदार family की ज़िम्मेदारियां पूरी कर पाएंगे और फिर आपस में झगड़े होंगे. झगड़े शुरू हो जाते हैं और कितना ही आदमी तफरी का मतलब और उनको तफरी का ज़रिया समझे.</w:t>
      </w:r>
    </w:p>
    <w:p>
      <w:r>
        <w:rPr>
          <w:b/>
        </w:rPr>
        <w:t xml:space="preserve">[31:56] </w:t>
      </w:r>
      <w:r>
        <w:t>lekin agar ghar mein aur bachchon mein ki zimmedari aurat poori nahi kar rahi hai to to phir aapas mein waqi mein jhagde hote hain aur ghar ka sukoon khatm hone lagta hai, reactions hote hain.</w:t>
      </w:r>
    </w:p>
    <w:p>
      <w:pPr>
        <w:jc w:val="right"/>
      </w:pPr>
      <w:r>
        <w:t>लेकिन अगर घर में और बच्चों में कि ज़िम्मेदारी औरत पूरी नहीं कर रही है तो तो फिर आपस में वाकई में झगड़े होते हैं और घर का सुकून खत्म होने लगता है, reactions होते हैं.</w:t>
      </w:r>
    </w:p>
    <w:p>
      <w:r>
        <w:rPr>
          <w:b/>
        </w:rPr>
        <w:t xml:space="preserve">[32:11] </w:t>
      </w:r>
      <w:r>
        <w:t>shuru shuru mein to theek hai woh yeh kar lete hain lekin agar woh aurat bilkul apni zimmedari hai bhoolkar jab woh kahin zyada apna focus karein aur yahan tak ke depression ho jata hai ek doosre par trust khatm ho jata hai.</w:t>
      </w:r>
    </w:p>
    <w:p>
      <w:pPr>
        <w:jc w:val="right"/>
      </w:pPr>
      <w:r>
        <w:t>शुरू शुरू में तो ठीक है वह यह कर लेते हैं लेकिन अगर वह औरत बिल्कुल अपनी ज़िम्मेदारी है भूलकर जब वह कहीं ज़्यादा अपना focus करें और यहां तक कि depression हो जाता है एक दूसरे पर trust ख़त्म हो जाता है.</w:t>
      </w:r>
    </w:p>
    <w:p>
      <w:r>
        <w:rPr>
          <w:b/>
        </w:rPr>
        <w:t xml:space="preserve">[32:33] </w:t>
      </w:r>
      <w:r>
        <w:t>phir sukoon ka zariya to kya tafreeh ka zariya bhi nahi rehta ek doosre ke liye aur jo Maulana milte hain ki intellectual partner ho to jab ab sukoon hi nahi hai zindagi mein to intellectual partner kaise banenge? aur apna auratein intellectual development kaise karengi? kyunke focus hi badla hua hai. to yeh sab cheezein to phir hum bhool hi jayein.</w:t>
      </w:r>
    </w:p>
    <w:p>
      <w:pPr>
        <w:jc w:val="right"/>
      </w:pPr>
      <w:r>
        <w:t>फिर सुकून का ज़रिया तो क्या तफरी का ज़रिया भी नहीं रहता एक दूसरे के लिए और जो मौलाना मिलते हैं कि intellectual partner हो तो जब अब सुकून ही नहीं है ज़िंदगी में तो intellectual partner कैसे बनेंगे? और अपना औरतें intellectual development कैसे करेंगी? क्योंकि focus ही बदला हुआ है. तो यह सब चीज़ें तो फिर हम भूल ही जाएं.</w:t>
      </w:r>
    </w:p>
    <w:p>
      <w:r>
        <w:rPr>
          <w:b/>
        </w:rPr>
        <w:t xml:space="preserve">[32:59] </w:t>
      </w:r>
      <w:r>
        <w:t>lekin agar hum isko karein aur agar jaisa abhi sab discussion kar rahe hain ki agar hum Quran mein jo hamein guidance mili hai usko follow karein to phir hamari zindagi achhi ho sakti hai aur uska aur agar yeh jo ghar ka mahaul kharab hota hai uska asar bachchon par bhi padta hai, family par padta hai, negative stress ke sab mein padta hai.</w:t>
      </w:r>
    </w:p>
    <w:p>
      <w:pPr>
        <w:jc w:val="right"/>
      </w:pPr>
      <w:r>
        <w:t>लेकिन अगर हम इसको करें और अगर जैसा अभी सब discussion कर रहे हैं कि अगर हम पुरान में जो हमें guidance मिली है उसको follow करें तो फिर हमारी ज़िंदगी अच्छी हो सकती है और उसका और अगर यह जो घर का माहौल ख़राब होता है उसका आसान बच्चों पर भी पड़ता है, family पर पड़ता है, negative stress के सब में पड़ता है.</w:t>
      </w:r>
    </w:p>
    <w:p>
      <w:r>
        <w:rPr>
          <w:b/>
        </w:rPr>
        <w:t xml:space="preserve">[33:27] </w:t>
      </w:r>
      <w:r>
        <w:t>to hamein yeh bahut seriously sochna hai.</w:t>
      </w:r>
    </w:p>
    <w:p>
      <w:pPr>
        <w:jc w:val="right"/>
      </w:pPr>
      <w:r>
        <w:t>तो हमें यह बहुत seriously सोचना है.</w:t>
      </w:r>
    </w:p>
    <w:p>
      <w:r>
        <w:rPr>
          <w:b/>
        </w:rPr>
        <w:t xml:space="preserve">[33:34] </w:t>
      </w:r>
      <w:r>
        <w:t>bahut seriously sochna hai isiliye yeh bahut important hai kya hum ek doosre ko samjhein, ek doosre ke</w:t>
      </w:r>
    </w:p>
    <w:p>
      <w:pPr>
        <w:jc w:val="right"/>
      </w:pPr>
      <w:r>
        <w:t>बहुत seriously सोचना है इसीलिए यह बहुत important है क्या हम एक दूसरे को समझें, एक दूसरे के</w:t>
      </w:r>
    </w:p>
    <w:p>
      <w:r>
        <w:rPr>
          <w:b/>
        </w:rPr>
        <w:t xml:space="preserve">[33:42] </w:t>
      </w:r>
      <w:r>
        <w:t>liye sukoon ka zariya bane taaki duniya bhi sukoon duniya mein bhi sukoon paayein aur aakrat mein bhi</w:t>
      </w:r>
    </w:p>
    <w:p>
      <w:pPr>
        <w:jc w:val="right"/>
      </w:pPr>
      <w:r>
        <w:t>लिए सुकून का ज़रिया बने ताकि दुनिया भी सुकून दुनिया में भी सुकून पाएं और आकृत में भी</w:t>
      </w:r>
    </w:p>
    <w:p>
      <w:r>
        <w:rPr>
          <w:b/>
        </w:rPr>
        <w:t xml:space="preserve">[33:50] </w:t>
      </w:r>
      <w:r>
        <w:t>sukoon paayein aur agar yeh dono ek ek duty conscious zindagi nibhaayein to automatically zindagi mein sukoon aayega.</w:t>
      </w:r>
    </w:p>
    <w:p>
      <w:pPr>
        <w:jc w:val="right"/>
      </w:pPr>
      <w:r>
        <w:t>सुकून पाएं और अगर यह दोनों एक एक duty conscious ज़िंदगी निभाएं तो automatically ज़िंदगी में सुकून आएगा.</w:t>
      </w:r>
    </w:p>
    <w:p>
      <w:r>
        <w:rPr>
          <w:b/>
        </w:rPr>
        <w:t xml:space="preserve">[33:58] </w:t>
      </w:r>
      <w:r>
        <w:t>Duty conscious hone ke liye to yeh Islam mein to bahut zyada important isko di gayi hai aur main aur zyada elaborate nahi kar rahi kyunke yeh log kaafi kuch kar chuki hain. to Maulana main yeh kehti hoon ki aisi cheezon par article likhte the, aise likhte hain ki in sab baaton par hamein sochne ka mauka milta hai aur hum hum majboor hote hain ki phir us tarah se dekhein, samjhein?</w:t>
      </w:r>
    </w:p>
    <w:p>
      <w:pPr>
        <w:jc w:val="right"/>
      </w:pPr>
      <w:r>
        <w:t>Duty conscious होने के लिए तो यह इस्लाम में तो बहुत ज़्यादा important इसको दी गई है और मैं और ज़्यादा elaborate नहीं कर रही क्योंकि यह लोग काफी कुछ कर चुकी हैं. तो मौलाना मैं यह कहती हूं कि ऐसी चीज़ों पर article लिखते थे, ऐसे लिखते हैं कि इन सब बातों पर हमें सोचने का मौका मिलता है और हम हम मजबूर होते हैं कि फिर उस तरह से देखें, समझे?</w:t>
      </w:r>
    </w:p>
    <w:p>
      <w:r>
        <w:rPr>
          <w:b/>
        </w:rPr>
        <w:t xml:space="preserve">[34:27] </w:t>
      </w:r>
      <w:r>
        <w:t>kyunke aur is wajah se jab hum in baaton ko sochenge to hamari family life improve hogi. Family life achhi hogi to society bhi achhi hogi kyunke family jo hai woh society ka basic unit hai aur yahi Islam chahta hai ki individuals mein improvement ho.</w:t>
      </w:r>
    </w:p>
    <w:p>
      <w:pPr>
        <w:jc w:val="right"/>
      </w:pPr>
      <w:r>
        <w:t>क्योंकि और इस वजह से जब हम इन बातों को सोचेंगे तो हमारी family life improve होगी. Family life अच्छी होगी तो society भी अच्छी होगी क्योंकि family जो है वह society का basic unit है और यही इस्लाम चाहता है कि individuals में improvement हो.</w:t>
      </w:r>
    </w:p>
    <w:p>
      <w:r>
        <w:rPr>
          <w:b/>
        </w:rPr>
        <w:t xml:space="preserve">[34:50] </w:t>
      </w:r>
      <w:r>
        <w:t>chahe woh aadmi ho aurat ho aur especially aurat jo ghar mein hoti hai jo ghar ki chahe woh kaam bhi karne wali ho lekin phir bhi zimmedari aurat theek hai chaaron taraf ghar ki hoti hai. to agar hum Quran aur Hadith ke zariye yeh sab kuch sochein to phir hamari zindagi badlegi aur jo agar individuals badalna shuru honge to shayad society mein bhi yeh kuch had tak change aa rahi hai.</w:t>
      </w:r>
    </w:p>
    <w:p>
      <w:pPr>
        <w:jc w:val="right"/>
      </w:pPr>
      <w:r>
        <w:t>चाहे वह आदमी हो औरत हो और especially औरत जो घर में होती है जो घर की चाहे वह काम भी करने वाली हो लेकिन फिर भी ज़िम्मेदारी औरत ठीक है चारों तरफ घर की होती है. तो अगर हम पुरान और हदीश के ज़रिए यह सब कुछ सोचें तो फिर हमारी ज़िंदगी बदलेगी और जो अगर individuals बदलना शुरू होंगे तो शायद society में भी यह कुछ हद तक change आ रही है.</w:t>
      </w:r>
    </w:p>
    <w:p>
      <w:r>
        <w:rPr>
          <w:b/>
        </w:rPr>
        <w:t xml:space="preserve">[35:19] </w:t>
      </w:r>
      <w:r>
        <w:t>yahi meri learning hai haan jazaakallah and mazma papa. aapne bahut sari baaton ko bahut sare points saamne rakhe jo bahut hi baat samajh mein aayi ki actually what Maulana is saying in the article.</w:t>
      </w:r>
    </w:p>
    <w:p>
      <w:pPr>
        <w:jc w:val="right"/>
      </w:pPr>
      <w:r>
        <w:t>यही मेरी learning है हां जज़ाकिल and मज़मा papa. आपने बहुत सारी बातों को बहुत सारे points सामने रखे जो बहुत ही बात समझ में आई कि actually what मोलाना is saying in the article.</w:t>
      </w:r>
    </w:p>
    <w:p>
      <w:r>
        <w:rPr>
          <w:b/>
        </w:rPr>
        <w:t xml:space="preserve">[35:37] </w:t>
      </w:r>
      <w:r>
        <w:t>What in a very little one line what I can say the very important point that is to be noted from this article is that initially Maulana is telling what is the scheme of things and what is the law of nature. Like Allah ne aise banaya hai ki mard aurat ko is tarah banaya hai ki mardon ke liye woh sukoon ka zariya bane.</w:t>
      </w:r>
    </w:p>
    <w:p>
      <w:pPr>
        <w:jc w:val="right"/>
      </w:pPr>
      <w:r>
        <w:t>What in a very little one line what I can say the very important point that is to be noted from this article is that initially मोलाना is telling what is the scheme of things and what is the law of nature. Like अल्लाह ने ऐसे बनाया है कि मर्द औरत को इस तरह बनाया है कि मर्दों के लिए वह सुकून का ज़रिया बने.</w:t>
      </w:r>
    </w:p>
    <w:p>
      <w:r>
        <w:rPr>
          <w:b/>
        </w:rPr>
        <w:t xml:space="preserve">[36:01] </w:t>
      </w:r>
      <w:r>
        <w:t>Last mein Maulana ne bataya ki chunke yeh scheme of things aur law of nature se jab hum hat jate hain, chahe woh mard ho, chahe woh aurat ho, to ek aisa hota hai ki khuda ki is nizam se hum bilkul against kaam kar rahe hain. to yeh hamare favor mein kaam nahi hota. hum depression ki shikar ho jata hai which is a very important point to be noted out.</w:t>
      </w:r>
    </w:p>
    <w:p>
      <w:pPr>
        <w:jc w:val="right"/>
      </w:pPr>
      <w:r>
        <w:t>Last में मोनाने ने बताया कि चूंकि यह scheme of things और law of nature से जब हम हट जाते हैं, चाहे वह मर्द हो, चाहे वह औरत हो, तो एक ऐसा होता है कि हुदार की इस निज़ाम से हम बिल्कुल against काम कर रहे हैं. तो यह हमारे favor में काम नहीं होता. हम depression की शिकार हो जाता है which is a very important point to be noted out.</w:t>
      </w:r>
    </w:p>
    <w:p>
      <w:r>
        <w:rPr>
          <w:b/>
        </w:rPr>
        <w:t xml:space="preserve">[36:23] </w:t>
      </w:r>
      <w:r>
        <w:t>agar hum kaam kar rahe hain aur hamein khushi mil rahi hai to depression ka to sawal uthta hi nahi lekin chunke hum God of God ke scheme of things ke against ja rahe hain. Allah ne hamein aisa nahi banaya to hum depression mein chale ja rahe hain. This is a very important point. main Tarannum Patel ko invite karti hoon apne learning ko share karein. Assalamualaikum ma'am. Quality skill.</w:t>
      </w:r>
    </w:p>
    <w:p>
      <w:pPr>
        <w:jc w:val="right"/>
      </w:pPr>
      <w:r>
        <w:t>अगर हम काम कर रहे हैं और हमें खुशी मिल रही है तो depression का तो सवाल उठता ही नहीं लेकिन चूंकि हम God of God के scheme of things के against जा रहे हैं. Allah ने हमें ऐसा नहीं बनाया तो हम depression में चले जा रहे हैं. This is a very important point. मैं तरनम पटेल को invite करती हूं अपने learning को share करें. अस्सलामालिकुम ma'am. Quality skill.</w:t>
      </w:r>
    </w:p>
    <w:p>
      <w:r>
        <w:rPr>
          <w:b/>
        </w:rPr>
        <w:t xml:space="preserve">[36:47] </w:t>
      </w:r>
      <w:r>
        <w:t>Ma'am bahut sari cheezein discuss ho gayi hain aur woh bahut hi ek achhe elaborate way mein hui hai kaafi kuch seekha bhi. ek jagah maine padha ma'am ki agar aurat se insaan jo hai char बजे se shadi kar sakte hain, matlab select karte hain on the basis of her property aur unka status, unki beauty aur unka religion yani ki Allah se unke liye mohabbat.</w:t>
      </w:r>
    </w:p>
    <w:p>
      <w:pPr>
        <w:jc w:val="right"/>
      </w:pPr>
      <w:r>
        <w:t>Ma'am बहुत सारी चीज़ें discuss हो गई हैं और वह बहुत ही एक अच्छे elaborate way में हुई है काफी कुछ सीखा भी. एक जगह मैंने पढ़ा ma'am कि अगर औरत से इंसान जो है चार बजे से शादी कर सकते हैं, मतलब select करते हैं on the basis of her property और उनका status, उनकी beauty और उनका religion यानी कि अल्लाह से उनके लिए मोहब्बत.</w:t>
      </w:r>
    </w:p>
    <w:p>
      <w:r>
        <w:rPr>
          <w:b/>
        </w:rPr>
        <w:t xml:space="preserve">[37:12] </w:t>
      </w:r>
      <w:r>
        <w:t>to agar hamein kisi aurat ko nikah ke liye chunna hai, rishtedari ke liye chunna hai, to hamein prioritize karna chahiye religion ko. yani Allah se mohabbat ko. kyunke jo auratein aisi hain jo yeh yakeen karti hain ki Allah se mohabbat karna hamara prime objective hai aur usi ki wajah se hamari zindagi mein sukoon ayega to wahi auratein apne har ek rishte ko bakhubi nibha sakti hain aur apni har ek zimmedari ko bhi nibha sakti hain.</w:t>
      </w:r>
    </w:p>
    <w:p>
      <w:pPr>
        <w:jc w:val="right"/>
      </w:pPr>
      <w:r>
        <w:t>तो अगर हमें किसी औरत को निकाह के लिए चुनना है, रिश्तेदारी के लिए चुनना है, तो हमें prioritize करना चाहिए religion को. यानी Allah से मोहब्बत को. क्योंकि जो औरतें ऐसी हैं जो यह यकीन करती हैं कि अल्लाह से मोहब्बत करना हमारा prime objective है और उसी की वजह से हमारी ज़िंदगी में सुकून आएगा तो वही औरतें अपने हर एक रिश्ते को बखूबी निभा सकती हैं और अपनी हर एक ज़िम्मेदारी को भी निभा सकती हैं.</w:t>
      </w:r>
    </w:p>
    <w:p>
      <w:r>
        <w:rPr>
          <w:b/>
        </w:rPr>
        <w:t xml:space="preserve">[37:42] </w:t>
      </w:r>
      <w:r>
        <w:t>doosri cheez yeh hai ma'am ki jaise ki humne Maulana sahab ke article mein padha ki ladies jo hain they are meant for peace and not for entertainment. So isse related ek bahut hi chhota sa human nature hai. agar hum kisi cheez ko as an entertainment serve karte hain ya agar hum khud kisi cheez se entertain ho rahe hain, yeh baat bahut hi normal hai ki thode time tak entertain hone ke baad hum usse hamara dil ug jata hai aur phir hum uska alternative dhoondhne lagte hain.</w:t>
      </w:r>
    </w:p>
    <w:p>
      <w:pPr>
        <w:jc w:val="right"/>
      </w:pPr>
      <w:r>
        <w:t>दूसरी चीज़ यह है ma'am कि जैसे कि हमने मलाना साहब के article में पढ़ा कि ladies जो हैं they are meant for peace and not for entertainment. So इससे related एक बहुत ही छोटा सा human nature है. अगर हम किसी चीज़ को as an entertainment serve करते हैं या अगर हम खुद किसी चीज़ से entertain हो रहे हैं, यह बात बहुत ही normal है कि थोड़े time तक entertain होने के बाद हम उससे हमारा दिल उग जाता है और फिर हम उसका alternative ढूंढने लगते हैं.</w:t>
      </w:r>
    </w:p>
    <w:p>
      <w:r>
        <w:rPr>
          <w:b/>
        </w:rPr>
        <w:t xml:space="preserve">[38:12] </w:t>
      </w:r>
      <w:r>
        <w:t>lekin agar hamein kisi cheez se peace mil raha hai ya hamein kisi cheez se sukoon mil raha hai to hum us cheez se forever stick ho jate hain aur hum use replace karne ki ya use badal dene ki kabhi sochte bhi nahi hain. to yeh baat bilkul sach hai ki hamari society jo hai ek alag tareeke ke standard set kar rahi hain ladies ke liye ki hamein dar lagne lag jata hai ki agar humne un standards ko meet nahi kiya to we are very uncertain about our future.</w:t>
      </w:r>
    </w:p>
    <w:p>
      <w:pPr>
        <w:jc w:val="right"/>
      </w:pPr>
      <w:r>
        <w:t>लेकिन अगर हमें किसी चीज़ से peace मिल रहा है या हमें किसी चीज़ से सुकून मिल रहा है तो हम उस चीज़ से forever stick हो जाते हैं और हम उसे replace करने की या उसको बदल देने की कभी सोचते भी नहीं हैं. तो यह बात बिल्कुल सच है कि हमारी society जो है एक अलग तरीके के standard set कर रही हैं ladies के लिए कि हमें डर लगने लग जाता है कि अगर हमने उन standards को meet नहीं किया तो we are very uncertain about our future.</w:t>
      </w:r>
    </w:p>
    <w:p>
      <w:r>
        <w:rPr>
          <w:b/>
        </w:rPr>
        <w:t xml:space="preserve">[38:40] </w:t>
      </w:r>
      <w:r>
        <w:t>lekin agar hum ek as a women peace provide karne wali aurat agar banti hai to usse jo attachment hoga it will be lifelong. chahe kitni bhi problems aayein woh solve hoti chali jayengi har rishte mein.</w:t>
      </w:r>
    </w:p>
    <w:p>
      <w:pPr>
        <w:jc w:val="right"/>
      </w:pPr>
      <w:r>
        <w:t>लेकिन अगर हम एक as a women peace provide करने वाली औरत अगर बनती है तो उससे जो attachment होगा it will be lifelong. चाहे कितनी भी problems आएं वह solve होती चली जाएंगी हर रिश्ते में.</w:t>
      </w:r>
    </w:p>
    <w:p>
      <w:r>
        <w:rPr>
          <w:b/>
        </w:rPr>
        <w:t xml:space="preserve">[38:56] </w:t>
      </w:r>
      <w:r>
        <w:t>lekin agar as a woman main apne aap ko entertainment ya phir jaise beautification ki baat abhi humne ki, agar main usmein zyada dhyan dene lagoon beautification mein to obvious baat hai ki jitna bhi zyada entertainment ho, ek na ek din usse dil ubh jayega aur phir chahe woh jo bhi rishta ho usmein alternatives aane ke chances badh jate hain.</w:t>
      </w:r>
    </w:p>
    <w:p>
      <w:pPr>
        <w:jc w:val="right"/>
      </w:pPr>
      <w:r>
        <w:t>लेकिन अगर as a woman मैं अपने आप को entertainment या फिर जैसे beautification की बात अभी हमने की, अगर मैं उसमें ज़्यादा ध्यान देने लगूं beautification में तो obvious बात है कि जितना भी ज़्यादा entertainment हो, एक ना एक दिन उससे दिल उभी जाएगा और फिर चाहे वह जो भी रिश्ता हो उसमें alternatives आने के chances बढ़ जाते हैं.</w:t>
      </w:r>
    </w:p>
    <w:p>
      <w:r>
        <w:rPr>
          <w:b/>
        </w:rPr>
        <w:t xml:space="preserve">[39:18] </w:t>
      </w:r>
      <w:r>
        <w:t>So as a woman chahe kitna bhi society ne kaise bhi standard develop kiye hon, humein hamara maqsad</w:t>
      </w:r>
    </w:p>
    <w:p>
      <w:pPr>
        <w:jc w:val="right"/>
      </w:pPr>
      <w:r>
        <w:t>So as a woman चाहे कितना भी society ने कैसे भी standard develop किए हों, हमें हमारा मकसद</w:t>
      </w:r>
    </w:p>
    <w:p>
      <w:r>
        <w:rPr>
          <w:b/>
        </w:rPr>
        <w:t xml:space="preserve">[39:24] </w:t>
      </w:r>
      <w:r>
        <w:t>rakhna hai provision of peace aur uske liye pehle khud humein apne aap mein sukoon develop karna hoga</w:t>
      </w:r>
    </w:p>
    <w:p>
      <w:pPr>
        <w:jc w:val="right"/>
      </w:pPr>
      <w:r>
        <w:t>रखना है provision of peace और उसके लिए पहले खुद हमें अपने आप में सुकून develop करना होगा</w:t>
      </w:r>
    </w:p>
    <w:p>
      <w:r>
        <w:rPr>
          <w:b/>
        </w:rPr>
        <w:t xml:space="preserve">[39:31] </w:t>
      </w:r>
      <w:r>
        <w:t>with the remembrance of Allah taala aur koshish karni hogi ki hamari family ya hamare jitne bhi relationships</w:t>
      </w:r>
    </w:p>
    <w:p>
      <w:pPr>
        <w:jc w:val="right"/>
      </w:pPr>
      <w:r>
        <w:t>with the remembrance of अल्लाह ताला and कोशिश करनी होगी कि हमारी family या हमारे जितने भी relationships</w:t>
      </w:r>
    </w:p>
    <w:p>
      <w:r>
        <w:rPr>
          <w:b/>
        </w:rPr>
        <w:t xml:space="preserve">[39:38] </w:t>
      </w:r>
      <w:r>
        <w:t>hain work mein formal, informal with family wahan par hum koshish karein apne character ko achha karke aur</w:t>
      </w:r>
    </w:p>
    <w:p>
      <w:pPr>
        <w:jc w:val="right"/>
      </w:pPr>
      <w:r>
        <w:t>हैं work में formal, informal with family वहां पर हम कोशिश करें अपने character को अच्छा करके और</w:t>
      </w:r>
    </w:p>
    <w:p>
      <w:r>
        <w:rPr>
          <w:b/>
        </w:rPr>
        <w:t xml:space="preserve">[39:45] </w:t>
      </w:r>
      <w:r>
        <w:t>zimmedari ko nibhane ki, na ki temporary entertainment ya phir temporary beautification ya kisi aisi cheez ko apnane</w:t>
      </w:r>
    </w:p>
    <w:p>
      <w:pPr>
        <w:jc w:val="right"/>
      </w:pPr>
      <w:r>
        <w:t>ज़िम्मेदारी को निभाने की, ना कि temporary entertainment या फिर temporary beautification या किसी ऐसी चीज़ को अपनाने</w:t>
      </w:r>
    </w:p>
    <w:p>
      <w:r>
        <w:rPr>
          <w:b/>
        </w:rPr>
        <w:t xml:space="preserve">[39:52] </w:t>
      </w:r>
      <w:r>
        <w:t>ki jo bahut hi chhote waqt tak hamare saath tikne wali hai.</w:t>
      </w:r>
    </w:p>
    <w:p>
      <w:pPr>
        <w:jc w:val="right"/>
      </w:pPr>
      <w:r>
        <w:t>की जो बहुत ही छोटे वक्त तक हमारे साथ टिकने वाली है.</w:t>
      </w:r>
    </w:p>
    <w:p>
      <w:r>
        <w:rPr>
          <w:b/>
        </w:rPr>
        <w:t xml:space="preserve">[39:59] </w:t>
      </w:r>
      <w:r>
        <w:t>Jazakallah ma'am. Aaj jazakallah telandu. Very important points that you have noted out. Actually the trend is very much changing because the society has set up certain standards and chunke Maulana ne in is article mein yeh bhi kaha hai ki auratein beautification par zyada ab zor de rahi hain. They are trying to meet those standards of the society set by the society.</w:t>
      </w:r>
    </w:p>
    <w:p>
      <w:pPr>
        <w:jc w:val="right"/>
      </w:pPr>
      <w:r>
        <w:t>जिसाकल्ला ma'am. आज जिसाकल्ला तेलंडू. Very important points that you have noted out. Actually the trend is very much changing because the society has set up certain standards and चूंकि मोला ने इन इस article में यह भी कहा है कि औरतें beautification पर ज़्यादा अब ज़ोर दे रही हैं. They are trying to meet those standards of the society set by the society.</w:t>
      </w:r>
    </w:p>
    <w:p>
      <w:r>
        <w:rPr>
          <w:b/>
        </w:rPr>
        <w:t xml:space="preserve">[40:24] </w:t>
      </w:r>
      <w:r>
        <w:t>So this is the problem which entire there is a lot of change in the society to meet that standard. It's a very important point. Premida aap kuch apni influence dena chahti hain? Tarinu ki baat par yeh cheez aage badhana cha rahi thi ki jaise usne kaha ki thodi der entertainment karne ki shadi bol rahi aata hai.</w:t>
      </w:r>
    </w:p>
    <w:p>
      <w:pPr>
        <w:jc w:val="right"/>
      </w:pPr>
      <w:r>
        <w:t>So this is the problem which entire there is a lot of change in the society to meet that standard. It's a very important point. प्रेमीदा आप कुछ अपनी influence देना चाहती हैं? तरिणु की बात पर यह चीज़ आगे बढ़ाना चाह रही थी कि जैसे उसने कहा कि थोड़ी देर entertainment करने की शादी बोल रही आता है.</w:t>
      </w:r>
    </w:p>
    <w:p>
      <w:r>
        <w:rPr>
          <w:b/>
        </w:rPr>
        <w:t xml:space="preserve">[40:52] </w:t>
      </w:r>
      <w:r>
        <w:t>Jaise ki Doctor Sapna ne pehle wale se pehle wale session mein bhi bataya tha.</w:t>
      </w:r>
    </w:p>
    <w:p>
      <w:pPr>
        <w:jc w:val="right"/>
      </w:pPr>
      <w:r>
        <w:t>जैसे कि Doctor सपना ने पहले वाले से पहले वाले session में भी बताया था.</w:t>
      </w:r>
    </w:p>
    <w:p>
      <w:r>
        <w:rPr>
          <w:b/>
        </w:rPr>
        <w:t xml:space="preserve">[41:04] </w:t>
      </w:r>
      <w:r>
        <w:t>To hum mujhe aisa lagta hai ki woh cheezein to chhoti cheezein hain lekin mujhe matlab yeh lagta</w:t>
      </w:r>
    </w:p>
    <w:p>
      <w:pPr>
        <w:jc w:val="right"/>
      </w:pPr>
      <w:r>
        <w:t>तो हम मुझे ऐसा लगता है कि वह चीज़ें तो छोटी चीज़ें हैं लेकिन मुझे मतलब यह लगता</w:t>
      </w:r>
    </w:p>
    <w:p>
      <w:r>
        <w:rPr>
          <w:b/>
        </w:rPr>
        <w:t xml:space="preserve">[41:17] </w:t>
      </w:r>
      <w:r>
        <w:t>hai ki har insaan to musalman hai lekin woh baat kyun nahi samajh raha hai ki jo usne</w:t>
      </w:r>
    </w:p>
    <w:p>
      <w:pPr>
        <w:jc w:val="right"/>
      </w:pPr>
      <w:r>
        <w:t>है कि हर इंसान तो मुसलमान है लेकिन वह बात क्यों नहीं समझ रहा है कि जो उसने</w:t>
      </w:r>
    </w:p>
    <w:p>
      <w:r>
        <w:rPr>
          <w:b/>
        </w:rPr>
        <w:t xml:space="preserve">[41:29] </w:t>
      </w:r>
      <w:r>
        <w:t>Quran aur hadith se hasil kiya, jo usko mili Allah ki taraf se hukoom mila.</w:t>
      </w:r>
    </w:p>
    <w:p>
      <w:pPr>
        <w:jc w:val="right"/>
      </w:pPr>
      <w:r>
        <w:t>कुरान और हदीश से हासिल किया, जो उसको मिली अल्लाह की तरफ से हुकूम मिला.</w:t>
      </w:r>
    </w:p>
    <w:p>
      <w:r>
        <w:rPr>
          <w:b/>
        </w:rPr>
        <w:t xml:space="preserve">[41:42] </w:t>
      </w:r>
      <w:r>
        <w:t>karke shadi kari jati hai. agar hamara criteria ya har insaan apni aim se itna zyada samajhdar ho ki woh yeh jaane ki shadi hamein jab karna hai to humko ek ladki ko lekar aana hai to woh yeh khoobsurti, yeh paisa, yeh daulat, yeh humko sukoon de raha hai ki nahi de raha hai? asal cheez kya hota hai woh ilm hota hai.</w:t>
      </w:r>
    </w:p>
    <w:p>
      <w:pPr>
        <w:jc w:val="right"/>
      </w:pPr>
      <w:r>
        <w:t>करके शादी करी जाती है. अगर हमारा criteria या हर इंसान अपनी aim से इतना ज़्यादा समझदार हो कि वह यह जाने कि शादी हमें जब करना है तो हमको एक लड़की को लेकर आना है तो वह यह खूबसूरती, यह पैसा, यह दौलत, यह हमको सुकून दे रहा है कि नहीं दे रहा है? असल चीज़ क्या होता है वह इल्म होता है.</w:t>
      </w:r>
    </w:p>
    <w:p>
      <w:r>
        <w:rPr>
          <w:b/>
        </w:rPr>
        <w:t xml:space="preserve">[42:04] </w:t>
      </w:r>
      <w:r>
        <w:t>agar ek insaan ke andar itna gehra ilm hoga to woh jo hai matlab agar woh doosra insaan bhi usko samjhega tab woh usi ko pasand karega na ki usko. ek hadi mujhe yaad nahi aa raha abhi jaldi maine do chaar din pehle padha tha ki ek khaleefa the us zamane mein jab unke paas woh aata tha, log aate the jo kuch diya jata tha paisa logon ko dene ke liye.</w:t>
      </w:r>
    </w:p>
    <w:p>
      <w:pPr>
        <w:jc w:val="right"/>
      </w:pPr>
      <w:r>
        <w:t>अगर एक इंसान के अंदर इतना गहरा इल्म होगा तो वह जो है मतलब अगर वह दूसरा इंसान भी उसको समझेगा तब वह उसी को पसंद करेगा ना कि उसको. एक हादी मुझे याद नहीं आ रहा अभी जल्दी मैंने दो चार दिन पहले पढ़ा था कि एक खलीफा थे उस ज़माने में जब उनके पास वह आता था, लोग आते थे जो कुछ दिया जाता था पैसा लोगों को देने के लिए.</w:t>
      </w:r>
    </w:p>
    <w:p>
      <w:r>
        <w:rPr>
          <w:b/>
        </w:rPr>
        <w:t xml:space="preserve">[42:32] </w:t>
      </w:r>
      <w:r>
        <w:t>To kuch dinon tak woh nahi aaye lene ke liye paisa.</w:t>
      </w:r>
    </w:p>
    <w:p>
      <w:pPr>
        <w:jc w:val="right"/>
      </w:pPr>
      <w:r>
        <w:t>तो कुछ दिनों तक वह नहीं आए लेने के लिए पैसा.</w:t>
      </w:r>
    </w:p>
    <w:p>
      <w:r>
        <w:rPr>
          <w:b/>
        </w:rPr>
        <w:t xml:space="preserve">[42:46] </w:t>
      </w:r>
      <w:r>
        <w:t>Ki kendri log kaun hote hain aur yahan wale jo tayyar hokar matlab achhe usmein jaate the to</w:t>
      </w:r>
    </w:p>
    <w:p>
      <w:pPr>
        <w:jc w:val="right"/>
      </w:pPr>
      <w:r>
        <w:t>कि केंद्री लोग कौन होते हैं और यहां वाले जो तैयार होकर मतलब अच्छे उसमें जाते थे तो</w:t>
      </w:r>
    </w:p>
    <w:p>
      <w:r>
        <w:rPr>
          <w:b/>
        </w:rPr>
        <w:t xml:space="preserve">[43:00] </w:t>
      </w:r>
      <w:r>
        <w:t>woh logon ko woh kuch nahi samajh raha tha.</w:t>
      </w:r>
    </w:p>
    <w:p>
      <w:pPr>
        <w:jc w:val="right"/>
      </w:pPr>
      <w:r>
        <w:t>वह लोगों को वह कुछ नहीं समझ रहा था.</w:t>
      </w:r>
    </w:p>
    <w:p>
      <w:r>
        <w:rPr>
          <w:b/>
        </w:rPr>
        <w:t xml:space="preserve">[43:15] </w:t>
      </w:r>
      <w:r>
        <w:t>To yeh nazar honi chahiye insaan ke paas ki woh kaun sa insaan hai jo ki hamare liye</w:t>
      </w:r>
    </w:p>
    <w:p>
      <w:pPr>
        <w:jc w:val="right"/>
      </w:pPr>
      <w:r>
        <w:t>तो यह नज़र होनी चाहिए इंसान के पास कि वह कौन सा इंसान है जो कि हमारे लिए</w:t>
      </w:r>
    </w:p>
    <w:p>
      <w:r>
        <w:rPr>
          <w:b/>
        </w:rPr>
        <w:t xml:space="preserve">[43:29] </w:t>
      </w:r>
      <w:r>
        <w:t>aisa hoga jo hamari bhi faaydemand hoga, jo hamari zindagi banayega.</w:t>
      </w:r>
    </w:p>
    <w:p>
      <w:pPr>
        <w:jc w:val="right"/>
      </w:pPr>
      <w:r>
        <w:t>ऐसा होगा जो हमारी भी फायदेमंद होगा, जो हमारी ज़िंदगी बनाएगा.</w:t>
      </w:r>
    </w:p>
    <w:p>
      <w:r>
        <w:rPr>
          <w:b/>
        </w:rPr>
        <w:t xml:space="preserve">[43:43] </w:t>
      </w:r>
      <w:r>
        <w:t>Yeh nazar honi to woh nazar jab aayegi jab aadmi ilm seekhega.</w:t>
      </w:r>
    </w:p>
    <w:p>
      <w:pPr>
        <w:jc w:val="right"/>
      </w:pPr>
      <w:r>
        <w:t>यह नज़र होनी तो वह नज़र जब आएगी जब आदमी इल्म सीखेगा.</w:t>
      </w:r>
    </w:p>
    <w:p>
      <w:r>
        <w:rPr>
          <w:b/>
        </w:rPr>
        <w:t xml:space="preserve">[43:58] </w:t>
      </w:r>
      <w:r>
        <w:t>Jab ilmi nahi rahega to phir kya usmein uske andar hoga.</w:t>
      </w:r>
    </w:p>
    <w:p>
      <w:pPr>
        <w:jc w:val="right"/>
      </w:pPr>
      <w:r>
        <w:t>जब इल्मी नहीं रहेगा तो फिर क्या उसमें उसके अंदर होगा.</w:t>
      </w:r>
    </w:p>
    <w:p>
      <w:r>
        <w:rPr>
          <w:b/>
        </w:rPr>
        <w:t xml:space="preserve">[44:02] </w:t>
      </w:r>
      <w:r>
        <w:t>To Rasool Allah ne kaha jo shakhs Allah se dare woh aalim hai.</w:t>
      </w:r>
    </w:p>
    <w:p>
      <w:pPr>
        <w:jc w:val="right"/>
      </w:pPr>
      <w:r>
        <w:t>तो रसोल उल्लाह ने कहा जो शख्स अल्लाह से डरे वह आलिम है.</w:t>
      </w:r>
    </w:p>
    <w:p>
      <w:r>
        <w:rPr>
          <w:b/>
        </w:rPr>
        <w:t xml:space="preserve">[44:06] </w:t>
      </w:r>
      <w:r>
        <w:t>Allah ka dar bhi nahi hai kisi ke paas.</w:t>
      </w:r>
    </w:p>
    <w:p>
      <w:pPr>
        <w:jc w:val="right"/>
      </w:pPr>
      <w:r>
        <w:t>अल्लाह का डर भी नहीं है किसी के पास.</w:t>
      </w:r>
    </w:p>
    <w:p>
      <w:r>
        <w:rPr>
          <w:b/>
        </w:rPr>
        <w:t xml:space="preserve">[44:11] </w:t>
      </w:r>
      <w:r>
        <w:t>Hazrat Umar bin jab ilmi nahi jaante to dar bhi nahi hai.</w:t>
      </w:r>
    </w:p>
    <w:p>
      <w:pPr>
        <w:jc w:val="right"/>
      </w:pPr>
      <w:r>
        <w:t>हज़द उमर बिन जब इल्मी नहीं जानते तो डर भी नहीं है.</w:t>
      </w:r>
    </w:p>
    <w:p>
      <w:r>
        <w:rPr>
          <w:b/>
        </w:rPr>
        <w:t xml:space="preserve">[44:15] </w:t>
      </w:r>
      <w:r>
        <w:t>To Hazrat Umar bin Abdul Aziz ne kaha ki jo ilm ke amal karega woh is lakh se</w:t>
      </w:r>
    </w:p>
    <w:p>
      <w:pPr>
        <w:jc w:val="right"/>
      </w:pPr>
      <w:r>
        <w:t>तो हज़द उमर बिन अब्दुल अजीज ने कहा कि जो इल्म के अमल करेगा वह इस लाख से</w:t>
      </w:r>
    </w:p>
    <w:p>
      <w:r>
        <w:rPr>
          <w:b/>
        </w:rPr>
        <w:t xml:space="preserve">[44:20] </w:t>
      </w:r>
      <w:r>
        <w:t>zyada fasaad paida karega.</w:t>
      </w:r>
    </w:p>
    <w:p>
      <w:pPr>
        <w:jc w:val="right"/>
      </w:pPr>
      <w:r>
        <w:t>ज़्यादा फसाद पैदा करेगा.</w:t>
      </w:r>
    </w:p>
    <w:p>
      <w:r>
        <w:rPr>
          <w:b/>
        </w:rPr>
        <w:t xml:space="preserve">[44:24] </w:t>
      </w:r>
      <w:r>
        <w:t>To yahi aajkal ho raha hai ki bagair inke amal ho raha hai aur fasaad ho raha hai.</w:t>
      </w:r>
    </w:p>
    <w:p>
      <w:pPr>
        <w:jc w:val="right"/>
      </w:pPr>
      <w:r>
        <w:t>तो यही आजकल हो रहा है कि बगैर इनके अमल हो रहा है और फसाद हो रहा है.</w:t>
      </w:r>
    </w:p>
    <w:p>
      <w:r>
        <w:rPr>
          <w:b/>
        </w:rPr>
        <w:t xml:space="preserve">[44:29] </w:t>
      </w:r>
      <w:r>
        <w:t>ji Doctor Sabina, pishes. haan, sabina mujhe molana sahab ki ek video yaad aa rahi hai. molana sahab ne kaha ki agar koi ladki iman ki daulat usko mil jayegi, marfat ka elm hoga usko jaise aapan abhi kaha.</w:t>
      </w:r>
    </w:p>
    <w:p>
      <w:pPr>
        <w:jc w:val="right"/>
      </w:pPr>
      <w:r>
        <w:t>जी Doctor सबीना, पिशेष. हां, सबीना मुझे मोलाना साहब की एक video याद आ रही है. मोलाना साहब ने कहा कि अगर कोई लड़की ईमान की दौलत उसको मिल जाएगी, मार्फत का elm होगा उसको जैसे आपन अभी कहा.</w:t>
      </w:r>
    </w:p>
    <w:p>
      <w:r>
        <w:rPr>
          <w:b/>
        </w:rPr>
        <w:t xml:space="preserve">[44:46] </w:t>
      </w:r>
      <w:r>
        <w:t>to woh kudrati taur par yeh baat jaan jayegi ki uski jo beauty hai woh dheere dheere fitriy taur par woh dhalati ja rahi hai aur jo cheez naturally ho rahi hai fitrat ke kanoon ke tehat ho rahi hai woh usko wapas theek karne ke liye chal rahi hai to apne aap samajh jayegi ki main pitrat ke against chal rahi hoon. jo cheez naturally ho rahi hai woh yeh hai ki uski jo surti hai outer appearance hai woh with time deplete hota ja raha hai.</w:t>
      </w:r>
    </w:p>
    <w:p>
      <w:pPr>
        <w:jc w:val="right"/>
      </w:pPr>
      <w:r>
        <w:t>तो वह कुदरती तौर पर यह बात जान जाएगी कि उसकी जो beauty है वह धीरे धीरे फित्रीय तौर पर वह ढलती जा रही है और जो चीज़ naturally हो रही है फित्रत के कानून के तहत हो रही है वह उसको वापस ठीक करने के लिए चल रही है तो अपने आप समझ जाएगी कि मैं पितरत के against चल रही हूं. जो चीज़ naturally हो रही है वह यह कि उसकी जो सूर्ति है outer appearance है वह with time deplete होता जा रहा है.</w:t>
      </w:r>
    </w:p>
    <w:p>
      <w:r>
        <w:rPr>
          <w:b/>
        </w:rPr>
        <w:t xml:space="preserve">[45:15] </w:t>
      </w:r>
      <w:r>
        <w:t>lekin woh uske against effort laga rahi hai toh yeh realistic thinking wala jo insaan hoga woh jaan</w:t>
      </w:r>
    </w:p>
    <w:p>
      <w:pPr>
        <w:jc w:val="right"/>
      </w:pPr>
      <w:r>
        <w:t>लेकिन वह उसके against effort लगा रही है तो यह realistic thinking वाला जो इंसान होगा वह जान</w:t>
      </w:r>
    </w:p>
    <w:p>
      <w:r>
        <w:rPr>
          <w:b/>
        </w:rPr>
        <w:t xml:space="preserve">[45:22] </w:t>
      </w:r>
      <w:r>
        <w:t>jayega ki yeh kaam kitna zyada result result less hoga aur iska kya natija niklega?</w:t>
      </w:r>
    </w:p>
    <w:p>
      <w:pPr>
        <w:jc w:val="right"/>
      </w:pPr>
      <w:r>
        <w:t>जाएगा कि यह काम कितना ज़्यादा result result less होगा और इसका क्या नतीजा निकलेगा?</w:t>
      </w:r>
    </w:p>
    <w:p>
      <w:r>
        <w:rPr>
          <w:b/>
        </w:rPr>
        <w:t xml:space="preserve">[45:29] </w:t>
      </w:r>
      <w:r>
        <w:t>To mujhe yeh baat share karni hai design.</w:t>
      </w:r>
    </w:p>
    <w:p>
      <w:pPr>
        <w:jc w:val="right"/>
      </w:pPr>
      <w:r>
        <w:t>तो मुझे यह बात share करनी है design.</w:t>
      </w:r>
    </w:p>
    <w:p>
      <w:r>
        <w:rPr>
          <w:b/>
        </w:rPr>
        <w:t xml:space="preserve">[45:36] </w:t>
      </w:r>
      <w:r>
        <w:t>aur ladies hain yahan par juri hui hain.</w:t>
      </w:r>
    </w:p>
    <w:p>
      <w:pPr>
        <w:jc w:val="right"/>
      </w:pPr>
      <w:r>
        <w:t>और ladies हैं यहां पर जुड़ी हुई हैं.</w:t>
      </w:r>
    </w:p>
    <w:p>
      <w:r>
        <w:rPr>
          <w:b/>
        </w:rPr>
        <w:t xml:space="preserve">[45:43] </w:t>
      </w:r>
      <w:r>
        <w:t>apni apni learning agar kisi ko share karna ho to apne hand ko raise karein.</w:t>
      </w:r>
    </w:p>
    <w:p>
      <w:pPr>
        <w:jc w:val="right"/>
      </w:pPr>
      <w:r>
        <w:t>अपनी अपनी learning अगर किसी को share करना हो तो अपने hand को raise करें.</w:t>
      </w:r>
    </w:p>
    <w:p>
      <w:r>
        <w:rPr>
          <w:b/>
        </w:rPr>
        <w:t xml:space="preserve">[45:51] </w:t>
      </w:r>
      <w:r>
        <w:t>Aisha, you said ayesha wants to say something yaar. ayesha please continue. bas humne ek hua hai.</w:t>
      </w:r>
    </w:p>
    <w:p>
      <w:pPr>
        <w:jc w:val="right"/>
      </w:pPr>
      <w:r>
        <w:t>Aisha, you said आयशा wants to say something यार. आयशा please continue. बस हमने एक हुआ है.</w:t>
      </w:r>
    </w:p>
    <w:p>
      <w:r>
        <w:rPr>
          <w:b/>
        </w:rPr>
        <w:t xml:space="preserve">[46:10] </w:t>
      </w:r>
      <w:r>
        <w:t>to maine is article se yeh samajh paayi hoon ki taaki nakshe ko ek aurat samajhni chahiye. main auraton ke bare mein baat karti hoon ki aurat pehli yeh yeh sharad hai ki aurat ke liye ki khuda ki aur subah ko samajhni chahiye. usi mutabik apne aap ko prepare karni chahiye.</w:t>
      </w:r>
    </w:p>
    <w:p>
      <w:pPr>
        <w:jc w:val="right"/>
      </w:pPr>
      <w:r>
        <w:t>तो मैंने इस article से यह समझ पाई हूं कि ताकि नक्शे को एक औरत समझनी चाहिए. मैं औरतों के बारे में बात करती हूं कि औरत पहली यह यह शरद है कि औरत के लिए कि खुदा की और सुबह को समझनी चाहिए. उसी मुताबिक अपने आप को prepare करनी चाहिए.</w:t>
      </w:r>
    </w:p>
    <w:p>
      <w:r>
        <w:rPr>
          <w:b/>
        </w:rPr>
        <w:t xml:space="preserve">[46:37] </w:t>
      </w:r>
      <w:r>
        <w:t>kyunki apne aap ko nahi prepare karne se un ek intellectual pattern nahi van paati hai. kyunki individual level par hi ek kaam hoti hai.</w:t>
      </w:r>
    </w:p>
    <w:p>
      <w:pPr>
        <w:jc w:val="right"/>
      </w:pPr>
      <w:r>
        <w:t>क्योंकि अपने आप को नहीं prepare करने से उन एक intellectual pattern नहीं वन पाती है. क्योंकि individual level पर ही एक काम होती है.</w:t>
      </w:r>
    </w:p>
    <w:p>
      <w:r>
        <w:rPr>
          <w:b/>
        </w:rPr>
        <w:t xml:space="preserve">[46:48] </w:t>
      </w:r>
      <w:r>
        <w:t>to aurat ka yeh important task hai ki apne aap ko intellectually develop karein aur doosri baat hai</w:t>
      </w:r>
    </w:p>
    <w:p>
      <w:pPr>
        <w:jc w:val="right"/>
      </w:pPr>
      <w:r>
        <w:t>तो औरत का यह important task है कि अपने आप को intellectually develop करें और दूसरी बात है</w:t>
      </w:r>
    </w:p>
    <w:p>
      <w:r>
        <w:rPr>
          <w:b/>
        </w:rPr>
        <w:t xml:space="preserve">[46:58] </w:t>
      </w:r>
      <w:r>
        <w:t>ki beautification mein, outing mein aur shopping mein un apni kiimti waqt waste karne se woh distraction mein</w:t>
      </w:r>
    </w:p>
    <w:p>
      <w:pPr>
        <w:jc w:val="right"/>
      </w:pPr>
      <w:r>
        <w:t>कि beautification में, outing में और shopping में उन अपनी कीमती वक़्त waste करने से वह distraction में</w:t>
      </w:r>
    </w:p>
    <w:p>
      <w:r>
        <w:rPr>
          <w:b/>
        </w:rPr>
        <w:t xml:space="preserve">[47:08] </w:t>
      </w:r>
      <w:r>
        <w:t>padegi aur unki intellectual intellectual development mein rukhavat aayegi aur woh creation plan of god ko against jati hai.</w:t>
      </w:r>
    </w:p>
    <w:p>
      <w:pPr>
        <w:jc w:val="right"/>
      </w:pPr>
      <w:r>
        <w:t>पड़ेगी और उनकी intellectual intellectual development में रुखावट आएगी और वह creation plan of god को against जाती है.</w:t>
      </w:r>
    </w:p>
    <w:p>
      <w:r>
        <w:rPr>
          <w:b/>
        </w:rPr>
        <w:t xml:space="preserve">[47:19] </w:t>
      </w:r>
      <w:r>
        <w:t>isliye unko duniya mein bhi aur aakrat mein bhi kaamyaabi nahi hasil hoti hai aur doosri baat hai aurat har aurat ek marpi tasker hai. yeh malpi yeh allah ki gift hai aurat ke liye.</w:t>
      </w:r>
    </w:p>
    <w:p>
      <w:pPr>
        <w:jc w:val="right"/>
      </w:pPr>
      <w:r>
        <w:t>इसलिए उनको दुनिया में भी और आकृत में भी कामयाबी नहीं हासिल होती है और दूसरी बात है औरत हर औरत एक मार्पी tasker है. यह मालपी यह अल्लाह की gift है औरत के लिए.</w:t>
      </w:r>
    </w:p>
    <w:p>
      <w:r>
        <w:rPr>
          <w:b/>
        </w:rPr>
        <w:t xml:space="preserve">[47:38] </w:t>
      </w:r>
      <w:r>
        <w:t>to ek aurat apne aap ko achhi tarah samajhne se potential ko avail karne se bahut achhi tarah se kaam kar sakti hai aur intellectual achhi intellectual partner bhi van jati hai.</w:t>
      </w:r>
    </w:p>
    <w:p>
      <w:pPr>
        <w:jc w:val="right"/>
      </w:pPr>
      <w:r>
        <w:t>तो एक औरत अपने आपको अच्छी तरह समझने से potential को avail करने से बहुत अच्छी तरह से काम कर सकती है और intellectual अच्छी intellectual partner भी वन जाती है.</w:t>
      </w:r>
    </w:p>
    <w:p>
      <w:r>
        <w:rPr>
          <w:b/>
        </w:rPr>
        <w:t xml:space="preserve">[47:54] </w:t>
      </w:r>
      <w:r>
        <w:t>isliye day in day out har subah har shaam unko ek hi maqsad rehni chahiye apne aap ko intellectually develop karne ke liye aur khuda se aur zyada se zyada khareeb hone ke liye. iske liye woh jo chipchap hai, rumors hai, gossip hai usse apne aap ko bachani padegi. tabhi unke andar intellectual development jaari hogi aur khuda se connect bhi hoti jati hai.</w:t>
      </w:r>
    </w:p>
    <w:p>
      <w:pPr>
        <w:jc w:val="right"/>
      </w:pPr>
      <w:r>
        <w:t>इसलिए day in day out हर सुबह हर शाम उनको एक ही मकसद रहनी चाहिए अपने आपको intellectually develop करने के लिए और खुदा से और ज़्यादा से ज़्यादा ख़रीब होने के लिए. इसके लिए वह जो चिपचाप है, rumors है, gossip है उससे अपने आपको बचानी पड़ेगी. तभी उनके अंदर intellectual development जारी होगी और खुदा से connect भी होती जाती है.</w:t>
      </w:r>
    </w:p>
    <w:p>
      <w:r>
        <w:rPr>
          <w:b/>
        </w:rPr>
        <w:t xml:space="preserve">[48:23] </w:t>
      </w:r>
      <w:r>
        <w:t>yahi meri learning hoga. what ayesha was saying that a woman she since doctor sabina, she had told in her learning that woman is the builder of humanity. and i can relate the same thing with, what ayesha said that, women should be intellectually developing herself. this will entire bring the entire change in the society.</w:t>
      </w:r>
    </w:p>
    <w:p>
      <w:pPr>
        <w:jc w:val="right"/>
      </w:pPr>
      <w:r>
        <w:t>यही मेरी learning होगा. What आयशा was saying that a woman she since doctor Sabina, she had told in her learning that woman is the builder of humanity. And I can relate the same thing with, what Ayesha said that, women should be intellectually developing herself. This will entire bring the entire change in the society.</w:t>
      </w:r>
    </w:p>
    <w:p>
      <w:r>
        <w:rPr>
          <w:b/>
        </w:rPr>
        <w:t xml:space="preserve">[48:49] </w:t>
      </w:r>
      <w:r>
        <w:t>jis qadar society abhi change ho rahi hai aur in fact jo values hain, jo moral values hai society ki woh din ba din ghati ja rahi hai because of the distractions of cosmetic surgery, because of the distraction of the beautification, because of the distraction of making themselves the entertaining part of for the men. to jab aurat apne aap ko intellectually develop karengi to in tamam cheezon se apne aap ko bacha sakengi.</w:t>
      </w:r>
    </w:p>
    <w:p>
      <w:pPr>
        <w:jc w:val="right"/>
      </w:pPr>
      <w:r>
        <w:t>जिस कदर society अभी change हो रही है और in fact जो values हैं, जो moral values है society की वह दिन ब दिन घटती जा रही है because of the distractions of cosmetic surgery, because of the distraction of the beautification, because of the distraction of making themselves the entertaining part of for the men. तो जब औरत अपने आप को intellectually develop करेंगी तो इन तमाम चीज़ों से अपने आप को बचा सकेंगे.</w:t>
      </w:r>
    </w:p>
    <w:p>
      <w:r>
        <w:rPr>
          <w:b/>
        </w:rPr>
        <w:t xml:space="preserve">[49:19] </w:t>
      </w:r>
      <w:r>
        <w:t>jab aurat jo ki realm of humanity hai kyunki poori society change hogi jaise ki najwana ne kaha tha ki aurat hi la sakti hai sari cheezon ko change mein. poori society ko change karegi. main sana ko invite karti hoon apni learning ko share karne ke liye. achha wali kyun? wali ki se. main bas iske andar aise bahut hi learnings hamari aaj ho chuki hai isme aur sabne bahut achha achha bola hua hai.</w:t>
      </w:r>
    </w:p>
    <w:p>
      <w:pPr>
        <w:jc w:val="right"/>
      </w:pPr>
      <w:r>
        <w:t>जब औरत जो कि realm of humanity है क्योंकि पूरी society change होगी जैसे कि नजवाना ने कहा था कि औरत ही ला सकती है सारी चीज़ों को change में. पूरी society को change करेगी. मैं सना को invite करती हूं अपनी learning को share करने के लिए. अच्छा वाली क्यों? वाली की से. मैं बस इसके अंदर ऐसे बहुत ही learnings हमारी आज हो चुकी है इसमें और सबने बहुत अच्छा अच्छा बोला हुआ है.</w:t>
      </w:r>
    </w:p>
    <w:p>
      <w:r>
        <w:rPr>
          <w:b/>
        </w:rPr>
        <w:t xml:space="preserve">[49:48] </w:t>
      </w:r>
      <w:r>
        <w:t>even mere liye aaj ka session sirf learning ka hi raha.</w:t>
      </w:r>
    </w:p>
    <w:p>
      <w:pPr>
        <w:jc w:val="right"/>
      </w:pPr>
      <w:r>
        <w:t>Even मेरे लिए आज का session सिर्फ learning का ही रहा.</w:t>
      </w:r>
    </w:p>
    <w:p>
      <w:r>
        <w:rPr>
          <w:b/>
        </w:rPr>
        <w:t xml:space="preserve">[50:02] </w:t>
      </w:r>
      <w:r>
        <w:t>main bas iske andar ek point apne add kar paungi aur ek learning bhi share karungi saath mein.</w:t>
      </w:r>
    </w:p>
    <w:p>
      <w:pPr>
        <w:jc w:val="right"/>
      </w:pPr>
      <w:r>
        <w:t>मैं बस इसके अंदर एक point अपने add कर पाऊंगी और एक learning भी share करूंगी साथ में.</w:t>
      </w:r>
    </w:p>
    <w:p>
      <w:r>
        <w:rPr>
          <w:b/>
        </w:rPr>
        <w:t xml:space="preserve">[50:16] </w:t>
      </w:r>
      <w:r>
        <w:t>jaise yahan par likha hua hai ki aurat mard ke liye sukoon ka zariya banaya gaya hai.</w:t>
      </w:r>
    </w:p>
    <w:p>
      <w:pPr>
        <w:jc w:val="right"/>
      </w:pPr>
      <w:r>
        <w:t>जैसे यहां पर लिखा हुआ है कि औरत मर्द के लिए सुकून का ज़रिया बनाया गया है.</w:t>
      </w:r>
    </w:p>
    <w:p>
      <w:r>
        <w:rPr>
          <w:b/>
        </w:rPr>
        <w:t xml:space="preserve">[50:31] </w:t>
      </w:r>
      <w:r>
        <w:t>kyunki agar hum dekhte hain to insaan ki jo journey hai woh ek bahut hi long life journey hai.</w:t>
      </w:r>
    </w:p>
    <w:p>
      <w:pPr>
        <w:jc w:val="right"/>
      </w:pPr>
      <w:r>
        <w:t>क्योंकि अगर हम देखते हैं तो इंसान की जो journey है वह एक बहुत ही long life journey है.</w:t>
      </w:r>
    </w:p>
    <w:p>
      <w:r>
        <w:rPr>
          <w:b/>
        </w:rPr>
        <w:t xml:space="preserve">[50:49] </w:t>
      </w:r>
      <w:r>
        <w:t>bahut lambi chadhne wali journey hai aur ek akela insaan is journey ko bahut hi successful tarike se</w:t>
      </w:r>
    </w:p>
    <w:p>
      <w:pPr>
        <w:jc w:val="right"/>
      </w:pPr>
      <w:r>
        <w:t>बहुत लंबी चढ़ने वाली journey है और एक अकेला इंसान इस journey को बहुत ही successful तरीके से</w:t>
      </w:r>
    </w:p>
    <w:p>
      <w:r>
        <w:rPr>
          <w:b/>
        </w:rPr>
        <w:t xml:space="preserve">[51:07] </w:t>
      </w:r>
      <w:r>
        <w:t>aage nahi le ja sakta.</w:t>
      </w:r>
    </w:p>
    <w:p>
      <w:pPr>
        <w:jc w:val="right"/>
      </w:pPr>
      <w:r>
        <w:t>आगे नहीं ले जा सकता.</w:t>
      </w:r>
    </w:p>
    <w:p>
      <w:r>
        <w:rPr>
          <w:b/>
        </w:rPr>
        <w:t xml:space="preserve">[51:25] </w:t>
      </w:r>
      <w:r>
        <w:t>hain. lekin isme agar hum ek example le the best example is prophet mohammad aur khatija raziallahu ki examples malona quote karti hoon. woh kehte hain ki agar aap dekhenge inke nikaah ke darmiyan to jab khadijari tarah unhone prophet mohammad ko nikal kar paigham diya to unhone unki inner personality ko dekhkar ke woh paigham ko rakha aur nabi ne bhi jab us paigham ko accept kiya to unhone unki aala khalaiqon ko dekhkar ke us paigham ko accept kiya.</w:t>
      </w:r>
    </w:p>
    <w:p>
      <w:pPr>
        <w:jc w:val="right"/>
      </w:pPr>
      <w:r>
        <w:t>हैं. लेकिन इसमें अगर हम एक example ले the best example is prophet मोहम्मद और खटिजा रेज़बालानू की examples मालोना quote करती हूं. वह कहते हैं कि अगर आप देखेंगे इनके निकात के दरमियान तो जब खटिजारी तरह उन्होंने prophet मोहम्मद को निकालकर पैगान दिया तो उन्होंने उनकी inner personality को देखकर के वह पैगाम को रखा और नबि ने भी जब उस पैगाम को accept किया तो उन्होंने उनकी आला कलाइयों को देखकर के उस पैगाम को accept किया.</w:t>
      </w:r>
    </w:p>
    <w:p>
      <w:r>
        <w:rPr>
          <w:b/>
        </w:rPr>
        <w:t xml:space="preserve">[51:53] </w:t>
      </w:r>
      <w:r>
        <w:t>uske andar kahin se bhi jo hai upar is dahil ki duty ka koi concept nahi tha.</w:t>
      </w:r>
    </w:p>
    <w:p>
      <w:pPr>
        <w:jc w:val="right"/>
      </w:pPr>
      <w:r>
        <w:t>उसके अंदर कहीं से भी जो है ऊपर इस दाहिल की duty का कोई concept नहीं था.</w:t>
      </w:r>
    </w:p>
    <w:p>
      <w:r>
        <w:rPr>
          <w:b/>
        </w:rPr>
        <w:t xml:space="preserve">[52:07] </w:t>
      </w:r>
      <w:r>
        <w:t>to isse yeh ho gaya ki jo unki life mein jitni bhi muskilatein aaye, jitni bhi problems thi,</w:t>
      </w:r>
    </w:p>
    <w:p>
      <w:pPr>
        <w:jc w:val="right"/>
      </w:pPr>
      <w:r>
        <w:t>तो इससे यह हो गया कि जो उनकी life में जितनी भी मुस्किबतें आए, जितनी भी problems थी,</w:t>
      </w:r>
    </w:p>
    <w:p>
      <w:r>
        <w:rPr>
          <w:b/>
        </w:rPr>
        <w:t xml:space="preserve">[52:22] </w:t>
      </w:r>
      <w:r>
        <w:t>un dono ne baqubi us seat ko nibhaya.</w:t>
      </w:r>
    </w:p>
    <w:p>
      <w:pPr>
        <w:jc w:val="right"/>
      </w:pPr>
      <w:r>
        <w:t>उन दोनों ने बाकू भी उस seat को निभाया.</w:t>
      </w:r>
    </w:p>
    <w:p>
      <w:r>
        <w:rPr>
          <w:b/>
        </w:rPr>
        <w:t xml:space="preserve">[52:37] </w:t>
      </w:r>
      <w:r>
        <w:t>to yeh mere saath second time bhi yeh cheez ho paayi hai. ek chhoti si mera experience yahan par hai ki is jagah par jab main gayi puran ko distribute karne ke liye to wahan par mujhe invite kiya gaya tha ki main modern dawa par logon ko bataun. to maine prepare kiya ki chihnit theek hai. main wahan par molana ko quote karungi. lekin palakata ka ek rule hai ki yahan par log bahut hi is mamle mein different mind rakhte hain. woh jaldi kisi corner ko accept nahi karte hain.</w:t>
      </w:r>
    </w:p>
    <w:p>
      <w:pPr>
        <w:jc w:val="right"/>
      </w:pPr>
      <w:r>
        <w:t>तो यह मेरे साथ second time भी यह चीज़ हो पाई है. एक छोटी सी मेरा experience यहां पर है कि इस जगह पर जब मैं गई पुरान को distribute करने के लिए तो वहां पर मुझे invite किया गया था कि मैं modern दावा पर लोगों को बताऊं. तो मैंने prepare किया कि चिन्हित ठीक है. मैं वहां पर मौलाना को quote करूंगी. लेकिन पलकाता का एक rule है कि यहां पर लोग बहुत ही इस मामले में different mind रखते हैं. वह जल्दी किसी corner को accept नहीं करते हैं.</w:t>
      </w:r>
    </w:p>
    <w:p>
      <w:r>
        <w:rPr>
          <w:b/>
        </w:rPr>
        <w:t xml:space="preserve">[53:02] </w:t>
      </w:r>
      <w:r>
        <w:t>to jab main wahan par jaane lagi to mujhe do ek second pehle bataya gaya ki dekhiye aap</w:t>
      </w:r>
    </w:p>
    <w:p>
      <w:pPr>
        <w:jc w:val="right"/>
      </w:pPr>
      <w:r>
        <w:t>तो जब मैं वहां पर जाने लगी तो मुझे दो एक second पहले बताया गया कि देखिए आप</w:t>
      </w:r>
    </w:p>
    <w:p>
      <w:r>
        <w:rPr>
          <w:b/>
        </w:rPr>
        <w:t xml:space="preserve">[53:19] </w:t>
      </w:r>
      <w:r>
        <w:t>maulana ko mat quote kijiyega.</w:t>
      </w:r>
    </w:p>
    <w:p>
      <w:pPr>
        <w:jc w:val="right"/>
      </w:pPr>
      <w:r>
        <w:t>मौलाना को मत quote कीजिएगा.</w:t>
      </w:r>
    </w:p>
    <w:p>
      <w:r>
        <w:rPr>
          <w:b/>
        </w:rPr>
        <w:t xml:space="preserve">[53:37] </w:t>
      </w:r>
      <w:r>
        <w:t>kya aap is intention se ja rahi hain?</w:t>
      </w:r>
    </w:p>
    <w:p>
      <w:pPr>
        <w:jc w:val="right"/>
      </w:pPr>
      <w:r>
        <w:t>क्या आप इस intention से जा रही हैं?</w:t>
      </w:r>
    </w:p>
    <w:p>
      <w:r>
        <w:rPr>
          <w:b/>
        </w:rPr>
        <w:t xml:space="preserve">[53:55] </w:t>
      </w:r>
      <w:r>
        <w:t>meri sari jo speech hai woh wahin par khatm hogi.</w:t>
      </w:r>
    </w:p>
    <w:p>
      <w:pPr>
        <w:jc w:val="right"/>
      </w:pPr>
      <w:r>
        <w:t>मेरी सारी जो speech है वह वहीं पर खत्म होगी.</w:t>
      </w:r>
    </w:p>
    <w:p>
      <w:r>
        <w:rPr>
          <w:b/>
        </w:rPr>
        <w:t xml:space="preserve">[54:13] </w:t>
      </w:r>
      <w:r>
        <w:t>maine kaha ab main kya karu?</w:t>
      </w:r>
    </w:p>
    <w:p>
      <w:pPr>
        <w:jc w:val="right"/>
      </w:pPr>
      <w:r>
        <w:t>मैंने कहा अब मैं क्या करूं?</w:t>
      </w:r>
    </w:p>
    <w:p>
      <w:r>
        <w:rPr>
          <w:b/>
        </w:rPr>
        <w:t xml:space="preserve">[54:31] </w:t>
      </w:r>
      <w:r>
        <w:t>ziddah kar la. aap aap lagbhag hamara time ho raha hai. aap apni learning ko aur isko conclude kar dein.</w:t>
      </w:r>
    </w:p>
    <w:p>
      <w:pPr>
        <w:jc w:val="right"/>
      </w:pPr>
      <w:r>
        <w:t>ज़िद्दा कर ला. आप आप लगभग हमारा time हो रहा है. आप अपनी learning को और इसको conclude कर दें.</w:t>
      </w:r>
    </w:p>
    <w:p>
      <w:r>
        <w:rPr>
          <w:b/>
        </w:rPr>
        <w:t xml:space="preserve">[54:43] </w:t>
      </w:r>
      <w:r>
        <w:t>chapter four ke bas one twenty seven se one thirty tak hai bas lamba ho jayega isliye vers</w:t>
      </w:r>
    </w:p>
    <w:p>
      <w:pPr>
        <w:jc w:val="right"/>
      </w:pPr>
      <w:r>
        <w:t>Chapter four के बस one twenty seven से one thirty तक है बस लंबा हो जाएगा इसलिए वर्ष</w:t>
      </w:r>
    </w:p>
    <w:p>
      <w:r>
        <w:rPr>
          <w:b/>
        </w:rPr>
        <w:t xml:space="preserve">[54:57] </w:t>
      </w:r>
      <w:r>
        <w:t>nahi padh rahi hoon lekin molana samne jo isme explain kiya hai woh thoda sa padhungi ki miya</w:t>
      </w:r>
    </w:p>
    <w:p>
      <w:pPr>
        <w:jc w:val="right"/>
      </w:pPr>
      <w:r>
        <w:t>नहीं पढ़ रही हूं लेकिन मोलाना सामने जो इसमें explain किया है वह थोड़ा सा पढ़ूंगी कि मिया</w:t>
      </w:r>
    </w:p>
    <w:p>
      <w:r>
        <w:rPr>
          <w:b/>
        </w:rPr>
        <w:t xml:space="preserve">[55:11] </w:t>
      </w:r>
      <w:r>
        <w:t>biwi ya do aadmiyon mein ikhtilaf ki wajah hamesha firs hoti hai.</w:t>
      </w:r>
    </w:p>
    <w:p>
      <w:pPr>
        <w:jc w:val="right"/>
      </w:pPr>
      <w:r>
        <w:t>बीवी या दो आदमियों में इख्तिलाफ की वजह हमेशा फिर्स होती है.</w:t>
      </w:r>
    </w:p>
    <w:p>
      <w:r>
        <w:rPr>
          <w:b/>
        </w:rPr>
        <w:t xml:space="preserve">[55:25] </w:t>
      </w:r>
      <w:r>
        <w:t>ek fareeq doosre fareeq ka lihaz ki baghair sirf apne mutalibaad ko poora karna chahta hai.</w:t>
      </w:r>
    </w:p>
    <w:p>
      <w:pPr>
        <w:jc w:val="right"/>
      </w:pPr>
      <w:r>
        <w:t>एक फ़रीक दूसरे फ़रीक का लिहाज की बगैर सिर्फ अपने मुतालिबाद को पूरा करना चाहता है.</w:t>
      </w:r>
    </w:p>
    <w:p>
      <w:r>
        <w:rPr>
          <w:b/>
        </w:rPr>
        <w:t xml:space="preserve">[55:40] </w:t>
      </w:r>
      <w:r>
        <w:t>balki uski us sarkashi par hai jo woh jaanboojh kar karta hai. agar aadmi allah se dare aur dil mein islah ka jazba rakhe to unko niyat ki durustiiri ke saath jo kuch karega uske liye woh allah ke yahan qabil-e-maafi kara payega.</w:t>
      </w:r>
    </w:p>
    <w:p>
      <w:pPr>
        <w:jc w:val="right"/>
      </w:pPr>
      <w:r>
        <w:t>बल्कि उसकी उस सर्कशी पर है जो वह जानबोझ कर करता है. अगर आदमी अल्लाह से डरे और दिल में इस्लाह का जज़्बा रखे तो उनको नियत की दुरुस्तीरी के साथ जो कुछ करेगा उसके लिए वह अल्लाह के यहां काबिलें माफी करा पाएगा.</w:t>
      </w:r>
    </w:p>
    <w:p>
      <w:r>
        <w:rPr>
          <w:b/>
        </w:rPr>
        <w:t xml:space="preserve">[55:57] </w:t>
      </w:r>
      <w:r>
        <w:t>to bahut saare log jo hain unse waaryasta nahin hai sahi unko nahin pata chali hai to unke liye yeh varsh bahut hi kreemati hai ki vah yeh jaane ki vah Allah taalaah ka kya plan hai?</w:t>
      </w:r>
    </w:p>
    <w:p>
      <w:pPr>
        <w:jc w:val="right"/>
      </w:pPr>
      <w:r>
        <w:t>तो बहुत सारे लोग जो हैं उनसे वार्यस्ता नहीं है सही उनको नहीं पता चली है तो उनके लिए यह वर्ष बहुत ही क्रीमती है कि वह यह जाने की वह अल्लाह तालाह का क्या plan है?</w:t>
      </w:r>
    </w:p>
    <w:p>
      <w:r>
        <w:rPr>
          <w:b/>
        </w:rPr>
        <w:t xml:space="preserve">[56:16] </w:t>
      </w:r>
      <w:r>
        <w:t>aur in seekhne ke liye quran hadish ko gehrai se mutalah karein aur quran hadish ki hawale se</w:t>
      </w:r>
    </w:p>
    <w:p>
      <w:pPr>
        <w:jc w:val="right"/>
      </w:pPr>
      <w:r>
        <w:t>और इन सीखने के लिए कुरान हदीश को गहराई से मतालाह करें और कुरान हदीश की हवाले से</w:t>
      </w:r>
    </w:p>
    <w:p>
      <w:r>
        <w:rPr>
          <w:b/>
        </w:rPr>
        <w:t xml:space="preserve">[56:25] </w:t>
      </w:r>
      <w:r>
        <w:t>samne to allah taala se hum dua karein ki hum allah taala hamein islah ki tofeeq der, takhwah</w:t>
      </w:r>
    </w:p>
    <w:p>
      <w:pPr>
        <w:jc w:val="right"/>
      </w:pPr>
      <w:r>
        <w:t>सामने तो अल्लाह तालाह से हम दुआ करें कि हम अल्लाह तालाह हमें इस्लाह की तोफिर देर, तख्वाह</w:t>
      </w:r>
    </w:p>
    <w:p>
      <w:r>
        <w:rPr>
          <w:b/>
        </w:rPr>
        <w:t xml:space="preserve">[56:35] </w:t>
      </w:r>
      <w:r>
        <w:t>hamari zindagi mein ho, insaaf hamari zindagi mein ho aur har maamle ko hum ki nazar se dekhen</w:t>
      </w:r>
    </w:p>
    <w:p>
      <w:pPr>
        <w:jc w:val="right"/>
      </w:pPr>
      <w:r>
        <w:t>हमारी ज़िंदगी में हो, इंसाफ हमारी ज़िंदगी में हो और हर मामले को हम की नज़र से देखें</w:t>
      </w:r>
    </w:p>
    <w:p>
      <w:r>
        <w:rPr>
          <w:b/>
        </w:rPr>
        <w:t xml:space="preserve">[56:44] </w:t>
      </w:r>
      <w:r>
        <w:t>aur har burai ko hum apne andar se khud nikalen.</w:t>
      </w:r>
    </w:p>
    <w:p>
      <w:pPr>
        <w:jc w:val="right"/>
      </w:pPr>
      <w:r>
        <w:t>और हर बुराई को हम अपने अंदर से खुद निकालें.</w:t>
      </w:r>
    </w:p>
    <w:p>
      <w:r>
        <w:rPr>
          <w:b/>
        </w:rPr>
        <w:t xml:space="preserve">[56:54] </w:t>
      </w:r>
      <w:r>
        <w:t>jaise ki ek jagah Maulana sahab ne bahut achha likha hai ki ek badai jo hai, badai apne</w:t>
      </w:r>
    </w:p>
    <w:p>
      <w:pPr>
        <w:jc w:val="right"/>
      </w:pPr>
      <w:r>
        <w:t>जैसे कि एक जगह मालाना साहब ने बहुत अच्छा लिखा है कि एक बड़ाई जो है, बड़ाई अपने</w:t>
      </w:r>
    </w:p>
    <w:p>
      <w:r>
        <w:rPr>
          <w:b/>
        </w:rPr>
        <w:t xml:space="preserve">[57:00] </w:t>
      </w:r>
      <w:r>
        <w:t>furniture ko tarash ke jo hai furniture banata hai.</w:t>
      </w:r>
    </w:p>
    <w:p>
      <w:pPr>
        <w:jc w:val="right"/>
      </w:pPr>
      <w:r>
        <w:t>furniture को तराश के जो है furniture बनाता है.</w:t>
      </w:r>
    </w:p>
    <w:p>
      <w:r>
        <w:rPr>
          <w:b/>
        </w:rPr>
        <w:t xml:space="preserve">[57:06] </w:t>
      </w:r>
      <w:r>
        <w:t>usi tarah se ek aurat aur ek mard ko bhi apne aap ko tarachna chahiye.</w:t>
      </w:r>
    </w:p>
    <w:p>
      <w:pPr>
        <w:jc w:val="right"/>
      </w:pPr>
      <w:r>
        <w:t>उसी तरह से एक औरत और एक मर्द को भी अपने आप को तराचना चाहिए.</w:t>
      </w:r>
    </w:p>
    <w:p>
      <w:r>
        <w:rPr>
          <w:b/>
        </w:rPr>
        <w:t xml:space="preserve">[57:12] </w:t>
      </w:r>
      <w:r>
        <w:t>us tarash ke har waqt har woh zindagi mein taaki woh ek apni is duniya se jaaye to</w:t>
      </w:r>
    </w:p>
    <w:p>
      <w:pPr>
        <w:jc w:val="right"/>
      </w:pPr>
      <w:r>
        <w:t>उस तराश के हर वक्त हर वह ज़िंदगी में ताकि वह एक अपनी इस दुनिया से जाए तो</w:t>
      </w:r>
    </w:p>
    <w:p>
      <w:r>
        <w:rPr>
          <w:b/>
        </w:rPr>
        <w:t xml:space="preserve">[57:18] </w:t>
      </w:r>
      <w:r>
        <w:t>woh aakhirat mein ek tarasha hua insaan jisko Allah taala ko bolte hain.</w:t>
      </w:r>
    </w:p>
    <w:p>
      <w:pPr>
        <w:jc w:val="right"/>
      </w:pPr>
      <w:r>
        <w:t>वह आख़िर्त में एक तराशा हुआ इंसान जिसको अल्लाह तालाह को बोलते हैं.</w:t>
      </w:r>
    </w:p>
    <w:p>
      <w:r>
        <w:rPr>
          <w:b/>
        </w:rPr>
        <w:t xml:space="preserve">[57:25] </w:t>
      </w:r>
      <w:r>
        <w:t>haan jaza kallah aap? aajza kalla achha ayesha kuch kehna chah rahi hai? ji ayesha boliye. papa jaza kalla fassapan. main mujhe fanta ma'am ki baaton se ek baat yaad aayi hai ki jab patthar rehti na ek shilpi rehte hain sculpture, unhone vah patthar ko ek achhi si sculpture banate hain.</w:t>
      </w:r>
    </w:p>
    <w:p>
      <w:pPr>
        <w:jc w:val="right"/>
      </w:pPr>
      <w:r>
        <w:t>हां जज़ा कल्लाह आप? आजज़ा कल्ला अच्छा आयशा कुछ कहना चाह रही है? जी आयशा बोलिए. Papa जज़ा कल्ला फस्सेपन. मैं मुझे फंसता ma'am की बातों से एक बात याद आई है कि जब पत्थर रहती ना एक शिल्पी रहते हैं sculpture, उन्होंने वह पत्थर को एक अच्छी सी sculpture बनाते हैं.</w:t>
      </w:r>
    </w:p>
    <w:p>
      <w:r>
        <w:rPr>
          <w:b/>
        </w:rPr>
        <w:t xml:space="preserve">[57:54] </w:t>
      </w:r>
      <w:r>
        <w:t>vaisa hi hum jo andar hamari or hai alag alag diye hue hain usko hum din raat mehnat karke ek achhi si namoona bana banani chahiye. yahi intellectual development hoti hai aur khuda se connect bhi karti hai. yeh baat madam ki baaton se samajh mein aayi hai. intezaar karna.</w:t>
      </w:r>
    </w:p>
    <w:p>
      <w:pPr>
        <w:jc w:val="right"/>
      </w:pPr>
      <w:r>
        <w:t>वैसा ही हम जो अंदर हमारी ओर है अलग अलग दिए हुए हैं उसको हम दिन रात मेहनत करके एक अच्छी सी नमूना बना बनानी चाहिए. यही intellectual development होती है और खुदा से connect भी करती है. यह बात madam की बातों से समझ में आई है. इंतज़ार करना.</w:t>
      </w:r>
    </w:p>
    <w:p>
      <w:r>
        <w:rPr>
          <w:b/>
        </w:rPr>
        <w:t xml:space="preserve">[58:20] </w:t>
      </w:r>
      <w:r>
        <w:t>izza karna to all the ladies jo is hamari is meeting ko Sunday session ko itna learning ka platform banati hain aur articles jo hamara share hota hai usko padhti hain aur uske upar gaur karti hain. jaise ki Maulana ke is article mein first paragraph mein Maulana ne likha hai aur isne tumhare darmiyan mohabbat aur rehmat rakh di.</w:t>
      </w:r>
    </w:p>
    <w:p>
      <w:pPr>
        <w:jc w:val="right"/>
      </w:pPr>
      <w:r>
        <w:t>इज़्ज़ा करना to all the ladies जो इस हमारी इस meeting को Sunday session को इतना learning का platform बनाती हैं और articles जो हमारा share होता है उसको पढ़ती हैं और उसके ऊपर गौर करती हैं. जैसे कि मौलाना के इस article में first paragraph में मौलाना ने लिखा है और इसने तुम्हारे दरमियान मोहब्बत और रहमत रख दी.</w:t>
      </w:r>
    </w:p>
    <w:p>
      <w:r>
        <w:rPr>
          <w:b/>
        </w:rPr>
        <w:t xml:space="preserve">[58:47] </w:t>
      </w:r>
      <w:r>
        <w:t>beshak ismein nishaniyan hain un logon ke liye jo gaur karte hain. yeh bahut hi important line hai ki Allah ke har cheez, har cheez, har scheme mein ek nishani hai aur yeh hamare upar hai. hum apne aap ko itna intellectual development karen jo hum in nishaniyon ko samjhen aur gaur karen. gaur karna is a very important part.</w:t>
      </w:r>
    </w:p>
    <w:p>
      <w:pPr>
        <w:jc w:val="right"/>
      </w:pPr>
      <w:r>
        <w:t>बेशक इसमें निशानियां हैं उन लोगों के लिए जो गौर करते हैं. यह बहुत ही important line है कि अल्लाह के हर चीज़, हर चीज़, हर scheme में एक निशानी है और यह हमारे ऊपर है. हम अपने आप को इतना intellectual development करें जो हम इन निशानियों को समझे और गौर करें. गौर करना is a very important part.</w:t>
      </w:r>
    </w:p>
    <w:p>
      <w:r>
        <w:rPr>
          <w:b/>
        </w:rPr>
        <w:t xml:space="preserve">[59:10] </w:t>
      </w:r>
      <w:r>
        <w:t>That's what we are doing in this platform But each one of us discussing and sharing their points and learning. One point what on one article we are discussing elaborately and that is why we're intellectually intellectually growing. This is a very important platform for all of us who are growing so high urge. All those ladies of CPS marifa who has not yet to join this platform for their intellectual development.</w:t>
      </w:r>
    </w:p>
    <w:p>
      <w:pPr>
        <w:jc w:val="right"/>
      </w:pPr>
      <w:r>
        <w:t>That's what we are doing in this platform But each one of us discussing and sharing their points and learning. One point what on one article we are discussing elaborately and that is why we're intellectually intellectually growing. This is a very important platform for all of us who are growing so high urge. All those ladies of CPS मारिफा who has not yet to join this platform for their intellectual development.</w:t>
      </w:r>
    </w:p>
    <w:p>
      <w:r>
        <w:rPr>
          <w:b/>
        </w:rPr>
        <w:t xml:space="preserve">[59:40] </w:t>
      </w:r>
      <w:r>
        <w:t>Please and help yourself to learn more and more through Maulana's article. So I end this session now. Assalamualekum.</w:t>
      </w:r>
    </w:p>
    <w:p>
      <w:pPr>
        <w:jc w:val="right"/>
      </w:pPr>
      <w:r>
        <w:t>Please and help yourself to learn more and more through मोलाना's article. So I end this session now. अस्सलामुलेकुम.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