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Behtar Khatoon Kon CPS Women Article Discussion July 2, 2023</w:t>
      </w:r>
    </w:p>
    <w:p>
      <w:r>
        <w:t>https://www.youtube.com/watch?v=tGPJwzCnCMM</w:t>
      </w:r>
    </w:p>
    <w:p>
      <w:r>
        <w:rPr>
          <w:b/>
        </w:rPr>
        <w:t xml:space="preserve">[00:15] </w:t>
      </w:r>
      <w:r>
        <w:t>I welcome you all in this CPS women article discussion. Today is 07/02/2023, and the article is behtar khatoon kaun, page number 57 from the book, Aurit Memare Insanien. The screenshots of the Urdu article and its audio were shared on the WhatsApp group for you all to go through and share your learning.</w:t>
      </w:r>
    </w:p>
    <w:p>
      <w:pPr>
        <w:jc w:val="right"/>
      </w:pPr>
      <w:r>
        <w:t>I welcome you all in this CPS women article discussion. Today is 07/02/2023, and the article is बेहतर खातुन कौन, page number 57 from the book, Aurit Memare Insanien. The screenshots of the Urdu article and its audio were shared on the WhatsApp group for you all to go through and share your learning.</w:t>
      </w:r>
    </w:p>
    <w:p>
      <w:r>
        <w:rPr>
          <w:b/>
        </w:rPr>
        <w:t xml:space="preserve">[00:44] </w:t>
      </w:r>
      <w:r>
        <w:t>And we are here assembled in this platform, and in Scala, we'll take the session forward. I am going to read out the article, and then Femida Apa will continue with the session. I request you all to be very precise and very to the point with whatever you are sharing, and, it should be relevant.</w:t>
      </w:r>
    </w:p>
    <w:p>
      <w:pPr>
        <w:jc w:val="right"/>
      </w:pPr>
      <w:r>
        <w:t>And we are here assembled in this platform, and in Scala, we'll take the session forward. I am going to read out the article, and then Femida Apa will continue with the session. I request you all to be very precise and very to the point with whatever you are sharing, and, it should be relevant.</w:t>
      </w:r>
    </w:p>
    <w:p>
      <w:r>
        <w:rPr>
          <w:b/>
        </w:rPr>
        <w:t xml:space="preserve">[01:08] </w:t>
      </w:r>
      <w:r>
        <w:t>Whatever the questions, even if you ask, and it should be very short So that we all of the ladies who have been joined here will get the time to share their learning. So I am going to read the article. behtar khatoon kaun? Abu Huraira kehte hain ki Rasool se sawal kiya gaya tha.</w:t>
      </w:r>
    </w:p>
    <w:p>
      <w:pPr>
        <w:jc w:val="right"/>
      </w:pPr>
      <w:r>
        <w:t>Whatever the questions, even if you ask, and it should be very short So that we all of the ladies who have been joined here will get the time to share their learning. So I am going to read the article. बेहतर खातून कौन? अबू हुरैरा कहते हैं कि रसूल से सवाल किया गया था.</w:t>
      </w:r>
    </w:p>
    <w:p>
      <w:r>
        <w:rPr>
          <w:b/>
        </w:rPr>
        <w:t xml:space="preserve">[01:37] </w:t>
      </w:r>
      <w:r>
        <w:t>auraton mein sabse behtar aurat kaun hai? aapne farmaya ki vah aurat ke mard jab use dekhe to vah usko push kar de aur mard jab kisi kaam ke liye kahe to uski itaa'at karen aur apne nafs aur maal mein vah mard ki marzi ke khilaaf kuch na karen. Musnad Ahmad jild do, safa do sau ikyavan.</w:t>
      </w:r>
    </w:p>
    <w:p>
      <w:pPr>
        <w:jc w:val="right"/>
      </w:pPr>
      <w:r>
        <w:t>औरतों में सबसे बेहतर औरत कौन है? आपने फरमाया कि वह औरत के मर्द जब उसे देखे तो वह उसको push कर दे और मर्द जब किसी काम के लिए कहे तो उसकी इताद करें और अपने नफ्स और माल में वह मर्द की मर्ज़ी के खिलाफ कुछ ना करें. मुस्नत अहमद जिल दो, सफा दो सौ इक्यावन.</w:t>
      </w:r>
    </w:p>
    <w:p>
      <w:r>
        <w:rPr>
          <w:b/>
        </w:rPr>
        <w:t xml:space="preserve">[02:02] </w:t>
      </w:r>
      <w:r>
        <w:t>yeh hadith apne tauseh mahfoom ke aitbaar se aurat aur mard dono ke liye hai. aurat aur mard dono ek doosre ke liye zindagi ke saathi ki hesiyat rakhte hain. gwahar maamle mein ek doosre ke raazdaan hain. zindagi ka kaarobaar chalane ke liye vah ek doosre ke madadgaar hain. dono ek doosre ke liye ek gaadi ki dukh pahe ki hesiyat rakhenge.</w:t>
      </w:r>
    </w:p>
    <w:p>
      <w:pPr>
        <w:jc w:val="right"/>
      </w:pPr>
      <w:r>
        <w:t>यह हदीज़ अपने तौसी महफूम के ऐत्बार से औरत और मर्द दोनों के लिए है. औरत और मर्द दोनों एक दूसरे के लिए ज़िंदगी के साथी की हैसियत रखते हैं. ग्वाहार मामले में एक दूसरे के राजदान हैं. ज़िंदगी का कारोबार चलाने के लिए वह एक दूसरे के मददगार हैं. दोनों एक दूसरे के लिए एक गाड़ी की दुख पहे की हैसियत रखेंगे.</w:t>
      </w:r>
    </w:p>
    <w:p>
      <w:r>
        <w:rPr>
          <w:b/>
        </w:rPr>
        <w:t xml:space="preserve">[02:27] </w:t>
      </w:r>
      <w:r>
        <w:t>aisi haalaat mein insaniyat ka taqaza hai ki dono ek doosre ke liye sachche rafi ke saabit hain. vah ek doosre ke khush rakhne ka aitmaan karen. vah ek doosre ki riayat karne wale hon. vah ghair maujoodgi mein bhi ek doosre ke khairkhwah bane rahen. dono ek doosre ke liye vah karen jo rafi ke hyaad ek hesiyat se kasoori taur par unhen ek doosre ke liye karna chahiye.</w:t>
      </w:r>
    </w:p>
    <w:p>
      <w:pPr>
        <w:jc w:val="right"/>
      </w:pPr>
      <w:r>
        <w:t>ऐसी हालात में इंसानियत का तकाज़ा है कि दोनों एक दूसरे के लिए सच्चे रफ़ी के साबित हैं. वह एक दूसरे के खुश रखने का ऐतिमान करें. वह एक दूसरे की रियायत करने वाले हों. वह गैर मौजूदगी में भी एक दूसरे के खैरख्वाह बने रहें. दोनों एक दूसरे के लिए वह करें जो रफ़ी के ह्याद एक हैसियत से कसूरी तौर पर उन्हें एक दूसरे के लिए करना चाहिए.</w:t>
      </w:r>
    </w:p>
    <w:p>
      <w:r>
        <w:rPr>
          <w:b/>
        </w:rPr>
        <w:t xml:space="preserve">[02:56] </w:t>
      </w:r>
      <w:r>
        <w:t>So this was the article which I have read out. Now Femita Apa will continue with this session with her learning and we will continue with all the ladies also. Jaza kar la Shabina baadi clear padha tumne mashallah.</w:t>
      </w:r>
    </w:p>
    <w:p>
      <w:pPr>
        <w:jc w:val="right"/>
      </w:pPr>
      <w:r>
        <w:t>So this was the article which I have read out. Now फ़मीता आपा will continue with this session with her learning and we will continue with all the ladies also. जज़ा कर ला शबीना बाद ही clear पढ़ा तुमने मशहल्ला.</w:t>
      </w:r>
    </w:p>
    <w:p>
      <w:r>
        <w:rPr>
          <w:b/>
        </w:rPr>
        <w:t xml:space="preserve">[03:13] </w:t>
      </w:r>
      <w:r>
        <w:t>is hadith ko maine matlab hamesha yahi tarah se samjha tha jaise logon ne bataya tha ki aam taur se log uske zahiri pehlu se samajh samajhte the aur har aurat uske zahiri pehlu ko samajhkar usko usi tarah se amal karti hai.</w:t>
      </w:r>
    </w:p>
    <w:p>
      <w:pPr>
        <w:jc w:val="right"/>
      </w:pPr>
      <w:r>
        <w:t>इस हदेश को मैंने मतलब हमेशा यही तरह से समझा था जैसे लोगों ने बताया था कि आमतौर से लोग उसके जाहिरी पहलू से समझ समझते थे और हर औरत उसके जाहिरी पहलू को समझकर उसको उसी तरह से अमल करती है.</w:t>
      </w:r>
    </w:p>
    <w:p>
      <w:r>
        <w:rPr>
          <w:b/>
        </w:rPr>
        <w:t xml:space="preserve">[03:32] </w:t>
      </w:r>
      <w:r>
        <w:t>aise example ke taur par mard ko khush kar de ka matlab khud achhe se taiyar hokar matlab sajne sambadne ka rehna taki mat khush mat ko khush kar sake. lekin quran aur hadith mein kabhi chhoti satah baaton par focus nahin kiya gaya hai. quran aur hadith insaan ko intellectually develop hone par focus karata hai. insaan ko chhoti cheezon se upar uthakar khuda se jodta hai.</w:t>
      </w:r>
    </w:p>
    <w:p>
      <w:pPr>
        <w:jc w:val="right"/>
      </w:pPr>
      <w:r>
        <w:t>ऐसे example के तौर पर मर्द को खुश कर दे का मतलब खुद अच्छे से तैयार होकर मतलब सजने संबड़ने का रहना ताकि मत खुश मत को खुश कर सके. लेकिन कुरान और हदेश में कभी छोटी सतही बातों पर focus नहीं किया गया है. कुरान और हदेश इंसान को intellectually develop होने पर focus कराता है. इंसान को छोटी चीज़ों से ऊपर उठाकर खुदा से जोड़ता है.</w:t>
      </w:r>
    </w:p>
    <w:p>
      <w:r>
        <w:rPr>
          <w:b/>
        </w:rPr>
        <w:t xml:space="preserve">[04:00] </w:t>
      </w:r>
      <w:r>
        <w:t>to intellectually develop ka matlab yeh hai ki Allah taala ne insaan ko ek sochne wali mahloq banaya hai. insaan ki sabse badi zaroorat yeh hai ki koi ho jo sochne sochne ke amal mein uska uske saath share karen. to mard ke liye ek aurat hi uska sabse qareebi saathi hota hai kyunki vah subah shaam uske saath hoti hai.</w:t>
      </w:r>
    </w:p>
    <w:p>
      <w:pPr>
        <w:jc w:val="right"/>
      </w:pPr>
      <w:r>
        <w:t>तो intellectually develop का मतलब यह है कि अल्लाह ताला ने इंसान को एक सोचने वाली माहलुक बनाया है. इंसान की सबसे बड़ी ज़रूरत यह है कि कोई हो जो सोचने सोचने के अमल में उसका उसके साथ share करें. तो मर्द के लिए एक औरत ही उसका सबसे करीबी साथी होता है क्योंकि वह सुबह शाम उसके साथ होती है.</w:t>
      </w:r>
    </w:p>
    <w:p>
      <w:r>
        <w:rPr>
          <w:b/>
        </w:rPr>
        <w:t xml:space="preserve">[04:27] </w:t>
      </w:r>
      <w:r>
        <w:t>jo poori tarah uski intellectual partner van sakti hain. example se hum samajh sakte hain jaise ki hum jaante hain ki zindagi mein bahut saare masaal hote hain kabhi ghar ke andar, kabhi ghar ke bahar. to insaan ke upar bahut saari mushkil pareshani bhi aati hain. insaan disturb ho jata hai.</w:t>
      </w:r>
    </w:p>
    <w:p>
      <w:pPr>
        <w:jc w:val="right"/>
      </w:pPr>
      <w:r>
        <w:t>जो पूरी तरह उसकी intellectual partner वन सकती हैं. Example से हम समझ सकते हैं जैसे कि हम जानते हैं कि ज़िंदगी में बहुत सारे मसाल होते हैं कभी घर के अंदर, कभी घर के बाहर. तो इंसान के ऊपर बहुत सारी मुश्किल परेशानी भी आती हैं. इंसान disturb हो जाता है.</w:t>
      </w:r>
    </w:p>
    <w:p>
      <w:r>
        <w:rPr>
          <w:b/>
        </w:rPr>
        <w:t xml:space="preserve">[04:49] </w:t>
      </w:r>
      <w:r>
        <w:t>to aise mauke par jab koi ek partner negative ho ho jaaye kisi maamle se, to doosre partner ka kaam hota hai ki uski usko duniya ki soch se hatakar khuda se joden. chhoti cheezon se hatakar khuda se connect kar den.</w:t>
      </w:r>
    </w:p>
    <w:p>
      <w:pPr>
        <w:jc w:val="right"/>
      </w:pPr>
      <w:r>
        <w:t>तो ऐसे मौके पर जब कोई एक partner negative हो हो जाए किसी मामले से, तो दूसरे partner का काम होता है कि उसकी उसको दुनिया की सोच से हटाकर खुदा से जोड़ें. छोटी चीज़ों से हटाकर खुदा से connect कर दें.</w:t>
      </w:r>
    </w:p>
    <w:p>
      <w:r>
        <w:rPr>
          <w:b/>
        </w:rPr>
        <w:t xml:space="preserve">[05:06] </w:t>
      </w:r>
      <w:r>
        <w:t>isi tarah agar kabhi koi material cheezen ya desire ki aisi ki baaten hon to aurat ka kaam hai ki umr ko simple living ki soch ki taraf le jaaye aur is tarah ke har mauke par humko quran aur hadith ki hawala bhi milta hai.</w:t>
      </w:r>
    </w:p>
    <w:p>
      <w:pPr>
        <w:jc w:val="right"/>
      </w:pPr>
      <w:r>
        <w:t>इसी तरह अगर कभी कोई material चीज़ें या desire की ऐसी की बातें हों तो औरत का काम है कि उम्र को simple living की सोच की तरफ ले जाए और इस तरह के हर मौके पर हमको कुरान और हदीज़ की हवाला भी मिलता है.</w:t>
      </w:r>
    </w:p>
    <w:p>
      <w:r>
        <w:rPr>
          <w:b/>
        </w:rPr>
        <w:t xml:space="preserve">[05:27] </w:t>
      </w:r>
      <w:r>
        <w:t>to kisi bhi mauke par ek ek doosre ko khuda ke hukoom par qayam rakhne ki talqeen karna insaan ki soch ko develop karna hota hai. yaani is tarah ke exchange ek doosre se karne se insaan ki jo soch hoti hai vah develop hoti hai aur insaan dono intellectually develop hote hain aur ek aala insaan van sakte hain.</w:t>
      </w:r>
    </w:p>
    <w:p>
      <w:pPr>
        <w:jc w:val="right"/>
      </w:pPr>
      <w:r>
        <w:t>तो किसी भी मौके पर एक एक दूसरे को खुदा के हुकूम पर कायम रखने की तलकीन करना इंसान की सोच को develop करना होता है. यानी इस तरह के exchange एक दूसरे से करने से इंसान की जो सोच होती है वह develop होती है और इंसान दोनों intellectually develop होते हैं और एक आला इंसान वन सकते हैं.</w:t>
      </w:r>
    </w:p>
    <w:p>
      <w:r>
        <w:rPr>
          <w:b/>
        </w:rPr>
        <w:t xml:space="preserve">[05:52] </w:t>
      </w:r>
      <w:r>
        <w:t>to basically yeh hadith ek momin aurat ki quality bata rahi hai ki momin aurat se uske partner ko sukoon aur khushi kis tarah milti hai. yeh hadise ke imaan wali aurat aur marz dono ko represent kar rahi hai. jisko hum quran se bhi samajh sakte hain.</w:t>
      </w:r>
    </w:p>
    <w:p>
      <w:pPr>
        <w:jc w:val="right"/>
      </w:pPr>
      <w:r>
        <w:t>तो basically यह हदीश एक मौमीन औरत की quality बता रही है कि मौमीन औरत से उसके partner को सुकून और खुशी किस तरह मिलती है. यह हदीसे के ईमान वाली औरत और मर्ज़ दोनों को represent कर रही है. जिसको हम कुरान से भी समझ सकते हैं.</w:t>
      </w:r>
    </w:p>
    <w:p>
      <w:r>
        <w:rPr>
          <w:b/>
        </w:rPr>
        <w:t xml:space="preserve">[06:11] </w:t>
      </w:r>
      <w:r>
        <w:t>jaise quran ki soore zumar se maine likha hai ki bhala jo shaks apni raaton ko siddha aur qayam ki haalat mein guzaar raha ho, aaqrat se darta ho aur apne lucki rehmat ka umeedwaar ho vah aur kaafi log yaqsa hain. kaho kya ilm wale aur be-ilm wale barabar ho sakte hain? vahi log naseehat pakadte hain jo aql wale hain. to quran ka ilm mein rakhna zaroori hai.</w:t>
      </w:r>
    </w:p>
    <w:p>
      <w:pPr>
        <w:jc w:val="right"/>
      </w:pPr>
      <w:r>
        <w:t>जैसे कुरान की सूरे जुमर से मैंने लिखा है कि भला जो शख्स अपनी रातों को सिद्धा और क्याम की हालत में गुज़ार रहा हो, आंकड़त से डरता हो और अपने लक्की रहमत का उम्मीदवार हो वह और काफी लोग यक्सा हैं. कहो क्या इल्म वाले और बेईल वाले बराबर हो सकते हैं? वही लोग नसीयत पकड़ते हैं जो अक्ल वाले हैं. तो कुरान का इल्म में रखना ज़रूरी है.</w:t>
      </w:r>
    </w:p>
    <w:p>
      <w:r>
        <w:rPr>
          <w:b/>
        </w:rPr>
        <w:t xml:space="preserve">[06:40] </w:t>
      </w:r>
      <w:r>
        <w:t>yeh bahut jab is tarah ke ilm hoga kisi ek ke andar to woh ek doosre se share karenge aur apne apne partner ko bhi ek unki soch ko upar uthayenge. To Quran sirf padh lena zaroori nahi hai. Quran ka ilm rakhne zaroori hai and ilm rakhne wale naseeyat pakadte hain, aakhirat se darte hain, ghaflat ki zindagi se zindagi nahi gujate hain.</w:t>
      </w:r>
    </w:p>
    <w:p>
      <w:pPr>
        <w:jc w:val="right"/>
      </w:pPr>
      <w:r>
        <w:t>यह बहुत जब इस तरह के इल्म होगा किसी एक के अंदर तो वह एक दूसरे से share करेंगे और अपने अपने partner को भी एक उनकी सोच को ऊपर उठाएंगे. तो कुरान सिर्फ़ पढ़ लेना ज़रूरी नहीं है. कुरान का इल्म रखने ज़रूरी है and इल्म रखने वाले नसीयत पकड़ते हैं, आख़िरत से डरते हैं, ग़फरत की ज़िंदगी से ज़िंदगी नहीं गुजाते हैं.</w:t>
      </w:r>
    </w:p>
    <w:p>
      <w:r>
        <w:rPr>
          <w:b/>
        </w:rPr>
        <w:t xml:space="preserve">[07:10] </w:t>
      </w:r>
      <w:r>
        <w:t>Aur hadith mein bataya gaya hai ki duniya ka sabse acha samna ek aurat hai. Rasool Allah ne bataya ki aurat sabse bada khazana hai, sabse behtar maal hai. To mujhe yeh samajh aata hai amlan sahab ke interpretation ko padhkar aur is tarah se ki Allah taala ne ek aurat ke andar woh behtareen aala qualities rakhi hain, magar us qualities ko unfold karne ka kaam sabse pehle us ek aurat ka uske maa baap ka hai.</w:t>
      </w:r>
    </w:p>
    <w:p>
      <w:pPr>
        <w:jc w:val="right"/>
      </w:pPr>
      <w:r>
        <w:t>और हदीश में बताया गया है कि दुनिया का सबसे अच्छा सामान्य एक औरत है. रसोल उल्ला ने बताया कि औरत सबसे बड़ा खजाना है, सबसे बेहतर माल है. तो मुझे यह समझ आता है अमलान साहब के interpretation को पढ़कर और इस तरह से कि अल्ला ताला ने एक औरत के अंदर वह बेहतरीन आला qualities रखी हैं, मगर उस qualities को unfold करने का काम सबसे पहले उस एक औरत का उसके मां बाप का है.</w:t>
      </w:r>
    </w:p>
    <w:p>
      <w:r>
        <w:rPr>
          <w:b/>
        </w:rPr>
        <w:t xml:space="preserve">[07:37] </w:t>
      </w:r>
      <w:r>
        <w:t>Agar unhone yani unke maa baap ne apni beti ki tarbiyat khudai planning ke mutabik kardi to phir ek aurat poori insaniyat ke liye khazana ban jayegi. Behtareen daulat ban sakti hai. Nek aurat ban sakti hai. To jo apne matlab is tarah se woh ek apne partner ko apne shadi karke jayegi to apne partner ko bhi aur apne susral walon ko bhi ke liye bhi rehmat ban jayegi.</w:t>
      </w:r>
    </w:p>
    <w:p>
      <w:pPr>
        <w:jc w:val="right"/>
      </w:pPr>
      <w:r>
        <w:t>अगर उन्होंने यानी उनके मां बाप ने अपनी बेटी की तर्वियत खुदाई planning के मुताबिक कर दी तो फिर एक औरत पूरी इंसानियत के लिए खज़ाना वन जाएगी. बेहतरीन दौलत वन सकती है. नेक औरत वन सकती है. तो जो अपने मतलब इस तरह से वह एक अपने partner को अपने शादी करके जाएगी तो अपने partner को भी और अपने सुसराल वालों को भी के लिए भी रहमत वन जाएगी.</w:t>
      </w:r>
    </w:p>
    <w:p>
      <w:r>
        <w:rPr>
          <w:b/>
        </w:rPr>
        <w:t xml:space="preserve">[08:04] </w:t>
      </w:r>
      <w:r>
        <w:t>Aur jiski misaal hum history ki auraton honge jo hamari lady woh badi badi history ki jo ladies guzri hai unki tamam woh jo unki alag qualities hain unse samajh sakte hain. Jinko builder of humanity kaha ja sakta hai ya kaha jata hai. To yahan par yeh bhi kehna chahungi ki agar maa baap apni beti ko aisi tarbiyat nahi de paye to phir uski zindagi mein doosra marz jo hai uska husband aata hai.</w:t>
      </w:r>
    </w:p>
    <w:p>
      <w:pPr>
        <w:jc w:val="right"/>
      </w:pPr>
      <w:r>
        <w:t>और जिसकी मिसाल हम history की औरतों होंगे जो हमारी lady वह बड़ी बड़ी history की जो ladies गुजरी है उनकी तमाम वह जो उनकी अलग qualities हैं उनसे समझ सकते हैं. जिनको builder of humanity कहा जा सकता है या कहा जाता है. तो यहां पर यह भी कहना चाहूंगी कि अगर मां बाप अपनी बेटी को ऐसी तबीयत नहीं दे पाए तो फिर उसकी ज़िंदगी में दूसरा मर्ज़ जो है उसका husband आता है.</w:t>
      </w:r>
    </w:p>
    <w:p>
      <w:r>
        <w:rPr>
          <w:b/>
        </w:rPr>
        <w:t xml:space="preserve">[08:33] </w:t>
      </w:r>
      <w:r>
        <w:t>Usay Maulana sahab kehte hain pehla jo hai do marz aate hain uski zindagi mein pehla uska baap hota hai phir doosra uska husband aata hai jo ki apne partner ki taribe khudai planning ke mutabik kar sakta hai aur lekin aaj ke zamane mein mard bhi is tarah ka agar nahi mila hai to aurat ko khud apne potential ko samajhna uski apni khud zimmedari banti hai. Aurat khud us khudai mansoobi ko samjhe ki usko duniya mein kudane kyon bheja hai?</w:t>
      </w:r>
    </w:p>
    <w:p>
      <w:pPr>
        <w:jc w:val="right"/>
      </w:pPr>
      <w:r>
        <w:t>उसे मोलाना साहब कहते हैं पहला जो है दो मर्ज़ आते हैं उसकी ज़िंदगी में पहला उसका बाप होता है फिर दूसरा उसका husband आता है जो कि अपने partner की तरीबे कोदाई planning के मुताबिक कर सकता है और लेकिन आज के जमाने में मर्द भी इस तरह का अगर नहीं मिला है तो औरत को खुद अपने potential को समझना उसकी अपनी खुद ज़िम्मेदारी बनती है. औरत खुद उस कुदाई मंसूरी को समझे कि उसको दुनिया में कुदाने क्यों भेजा है?</w:t>
      </w:r>
    </w:p>
    <w:p>
      <w:r>
        <w:rPr>
          <w:b/>
        </w:rPr>
        <w:t xml:space="preserve">[09:02] </w:t>
      </w:r>
      <w:r>
        <w:t>To woh khud apne partner ko us muqam par la sakti hai jis muqam par matlab woh samajh rahi hai. Khudai muqam us par soch par la sakti hai. Apni jaddojahad se apni ana ki qurbani dekar apne wajood ko khatam karke usko mehnat karni padegi.</w:t>
      </w:r>
    </w:p>
    <w:p>
      <w:pPr>
        <w:jc w:val="right"/>
      </w:pPr>
      <w:r>
        <w:t>तो वह खुद अपने partner को उस मुकाम पर ला सकती है जिस मुकाम पर मतलब वह समझ रही है. कुदाई मुकाम उस पर सोच पर ला सकती है. अपनी जद्दोजहद से अपनी अना की कुर्बानी देकर अपने वजूद को खत्म करके उसको मेहनत करनी पड़ेगी.</w:t>
      </w:r>
    </w:p>
    <w:p>
      <w:r>
        <w:rPr>
          <w:b/>
        </w:rPr>
        <w:t xml:space="preserve">[09:17] </w:t>
      </w:r>
      <w:r>
        <w:t>To is duniya mein best partner acha lafeeq rahat wahi hai jo apne partner ko Khuda se jod dein aur usko Khuda se connect kar dein na ki duniyabi cheezon aur paishon mein mulabish karte. To yeh meri learning thi.</w:t>
      </w:r>
    </w:p>
    <w:p>
      <w:pPr>
        <w:jc w:val="right"/>
      </w:pPr>
      <w:r>
        <w:t>तो इस दुनिया में best partner अच्छा लफीक रहात वही है जो अपने partner को खुदा से जोड़ दें और उसको खुदा से connect कर दें ना कि दुनियाभी चीज़ों और पाईशों में मुलाबिश करते. तो यह मेरी learning थी.</w:t>
      </w:r>
    </w:p>
    <w:p>
      <w:r>
        <w:rPr>
          <w:b/>
        </w:rPr>
        <w:t xml:space="preserve">[09:42] </w:t>
      </w:r>
      <w:r>
        <w:t>jaisa kallapa aapne bahut saare important points bataen jismein ki do mujhe samajh mein aaya aurat ek rehmat</w:t>
      </w:r>
    </w:p>
    <w:p>
      <w:pPr>
        <w:jc w:val="right"/>
      </w:pPr>
      <w:r>
        <w:t>जैसा कल्लापा आपने बहुत सारे important points बताएं जिसमें कि दो मुझे समझ में आया औरत एक रहमत</w:t>
      </w:r>
    </w:p>
    <w:p>
      <w:r>
        <w:rPr>
          <w:b/>
        </w:rPr>
        <w:t xml:space="preserve">[09:48] </w:t>
      </w:r>
      <w:r>
        <w:t>ban sakti hai jo family aur poori society ke liye bahut beneficial ho sakti hai aur jab father</w:t>
      </w:r>
    </w:p>
    <w:p>
      <w:pPr>
        <w:jc w:val="right"/>
      </w:pPr>
      <w:r>
        <w:t>वन सकती है जो family और पूरी society के लिए बहुत beneficial हो सकती है और जब father</w:t>
      </w:r>
    </w:p>
    <w:p>
      <w:r>
        <w:rPr>
          <w:b/>
        </w:rPr>
        <w:t xml:space="preserve">[09:55] </w:t>
      </w:r>
      <w:r>
        <w:t>aur husband do important role play karte hain ek aurat ki zindagi mein aur jab aise log na</w:t>
      </w:r>
    </w:p>
    <w:p>
      <w:pPr>
        <w:jc w:val="right"/>
      </w:pPr>
      <w:r>
        <w:t>और husband दो important role play करते हैं एक औरत की ज़िंदगी में और जब ऐसे लोग ना</w:t>
      </w:r>
    </w:p>
    <w:p>
      <w:r>
        <w:rPr>
          <w:b/>
        </w:rPr>
        <w:t xml:space="preserve">[10:02] </w:t>
      </w:r>
      <w:r>
        <w:t>mile, father aur husband aise role play karne wale nahin hon to aurat ko khud apni responsibility leni</w:t>
      </w:r>
    </w:p>
    <w:p>
      <w:pPr>
        <w:jc w:val="right"/>
      </w:pPr>
      <w:r>
        <w:t>मिले, father और husband ऐसे role play करने वाले नहीं हों तो औरत को खुद अपनी responsibility लेनी</w:t>
      </w:r>
    </w:p>
    <w:p>
      <w:r>
        <w:rPr>
          <w:b/>
        </w:rPr>
        <w:t xml:space="preserve">[10:09] </w:t>
      </w:r>
      <w:r>
        <w:t>chahiye apne potential ko develop karne ke liye.</w:t>
      </w:r>
    </w:p>
    <w:p>
      <w:pPr>
        <w:jc w:val="right"/>
      </w:pPr>
      <w:r>
        <w:t>चाहिए अपने potential को develop करने के लिए.</w:t>
      </w:r>
    </w:p>
    <w:p>
      <w:r>
        <w:rPr>
          <w:b/>
        </w:rPr>
        <w:t xml:space="preserve">[10:16] </w:t>
      </w:r>
      <w:r>
        <w:t>Yeh do important mujhe bahut acche se samajhna hai yahan par aur main is doctor Safeena Tasneem ko invite karti hoon apni learning ko share karne ke liye. Assalam ulaikum. Dilwali ke aapne bahut hi detail mein samjhaya hai ki kaise is hadith ke maane hain aur kaise isko liya jata hai?</w:t>
      </w:r>
    </w:p>
    <w:p>
      <w:pPr>
        <w:jc w:val="right"/>
      </w:pPr>
      <w:r>
        <w:t>यह दो important मुझे बहुत अच्छे से समझना है यहां पर और मैं इस doctor सफीना तबसुम को invite करती हूं अपनी learning को share करने के लिए. अस्लाम मुलेकुल. दिलवाली के आपका ने बहुत ही detail में समझाया है कि कैसे इस हदीज़ के माने हैं और कैसे इसको लिया जाता है?</w:t>
      </w:r>
    </w:p>
    <w:p>
      <w:r>
        <w:rPr>
          <w:b/>
        </w:rPr>
        <w:t xml:space="preserve">[10:38] </w:t>
      </w:r>
      <w:r>
        <w:t>hum log isko physically physical kahen ya phir usko hum upar ke maanon mein hi dekhte hain aur</w:t>
      </w:r>
    </w:p>
    <w:p>
      <w:pPr>
        <w:jc w:val="right"/>
      </w:pPr>
      <w:r>
        <w:t>हम लोग इसको physically physical कहें या फिर उसको हम ऊपर के मानों में ही देखते हैं और</w:t>
      </w:r>
    </w:p>
    <w:p>
      <w:r>
        <w:rPr>
          <w:b/>
        </w:rPr>
        <w:t xml:space="preserve">[10:55] </w:t>
      </w:r>
      <w:r>
        <w:t>aksar usse main bhi pehle usse galat samjha karti thi to mujhe lagta hai human nature aisa hai</w:t>
      </w:r>
    </w:p>
    <w:p>
      <w:pPr>
        <w:jc w:val="right"/>
      </w:pPr>
      <w:r>
        <w:t>अक्सर उससे मैं भी पहले उससे गलत समझा करती थी तो मुझे लगता है human nature ऐसा है</w:t>
      </w:r>
    </w:p>
    <w:p>
      <w:r>
        <w:rPr>
          <w:b/>
        </w:rPr>
        <w:t xml:space="preserve">[11:12] </w:t>
      </w:r>
      <w:r>
        <w:t>ki kitna ek aurat kitna bhi band sanwar le, shayad khush hone wala bore ho jayega.</w:t>
      </w:r>
    </w:p>
    <w:p>
      <w:pPr>
        <w:jc w:val="right"/>
      </w:pPr>
      <w:r>
        <w:t>कि कितना एक औरत कितना भी बंद संवर ले, शायद खुश होने वाला bore हो जाएगा.</w:t>
      </w:r>
    </w:p>
    <w:p>
      <w:r>
        <w:rPr>
          <w:b/>
        </w:rPr>
        <w:t xml:space="preserve">[11:30] </w:t>
      </w:r>
      <w:r>
        <w:t>Agar sirf physical appearance par kisi ko khush kiya jaye. To hum kyunki intellectual being hain, hum sochne wale log hain, humein aisa saathi chahiye hota hai jo ki hamari soch ko sune bhi aur usko usmein izafa bhi karein. Tabhi hamari personality ko taskeen milta hai. To agar hum is tarah ki life partner ban payein apne partner ke liye, tabhi hum unke liye khushi ka bias bane rahenge hamesha ke liye.</w:t>
      </w:r>
    </w:p>
    <w:p>
      <w:pPr>
        <w:jc w:val="right"/>
      </w:pPr>
      <w:r>
        <w:t>अगर सिर्फ physical appearance पर किसी को खुश किया जाए. तो हम क्योंकि intellectual being हैं, हम सोचने वाले लोग हैं, हमें ऐसा साथी चाहिए होता है जो कि हमारी सोच को सुने भी और उसको उसमें इज़ाफा भी करें. तभी हमारी personality को तस्कीन मिलता है. तो अगर हम इस तरह की life partner वन पाएं अपने partner के लिए, तभी हम उनके लिए खुशी का bias बने रहेंगे हमेशा के लिए.</w:t>
      </w:r>
    </w:p>
    <w:p>
      <w:r>
        <w:rPr>
          <w:b/>
        </w:rPr>
        <w:t xml:space="preserve">[11:59] </w:t>
      </w:r>
      <w:r>
        <w:t>Varna kuch dinon ki kashish ke baad woh baat khatam ho jayegi agar woh sirf physical appearance ki baat hogi. To doosri baat mujhe lagta hai ki agar hum aapas mein jo lady hai woh apne apne life partner ke liye bahut zyada understanding aur adjusting hai, bardasht karne wali hai, to woh bhi ek bahut bada plus point ho jata hai. Mard ki ego jaise hum hamesha padhte hain ki mard ke andar ek ego dali gayi hai.</w:t>
      </w:r>
    </w:p>
    <w:p>
      <w:pPr>
        <w:jc w:val="right"/>
      </w:pPr>
      <w:r>
        <w:t>वरना कुछ दिनों की कशीश के बाद वह बात ख़त्म हो जाएगी अगर वह सिर्फ़ physical appearance की बात होगी. तो दूसरी बात मुझे लगता है कि अगर हम आपस में जो lady है वह अपने अपने life partner के लिए बहुत ज़्यादा understanding और adjusting है, बर्दाश्त करने वाली है, तो वह भी एक बहुत बड़ा plus point हो जाता है. मर्द की ego जैसे हम हमेशा पढ़ते हैं कि मर्द के अंदर एक ego डाली गई है.</w:t>
      </w:r>
    </w:p>
    <w:p>
      <w:r>
        <w:rPr>
          <w:b/>
        </w:rPr>
        <w:t xml:space="preserve">[12:27] </w:t>
      </w:r>
      <w:r>
        <w:t>To uski ego ke aage agar koi uski ego ko badhane wala harkat ki jaye ya kuch bataya jaye to kabhi bhi compatibility nahi ban sakti. Hamesha clashes honge aur clashes mein kabhi intellectual development bhi nahi ho sakta. To hamesha jo hamari life ka focus hona chahiye woh ek doosre ka iman badhana jaise ne kaha.</w:t>
      </w:r>
    </w:p>
    <w:p>
      <w:pPr>
        <w:jc w:val="right"/>
      </w:pPr>
      <w:r>
        <w:t>तो उसकी ego के आगे अगर कोई उसकी ego को बढ़ाने वाला हरकत की जाए या कुछ बताया जाए तो कभी भी compatibility नहीं वन सकती. हमेशा clashes होंगे और clashes में कभी intellectual development भी नहीं हो सकता. तो हमेशा जो हमारी life का focus होना चाहिए वह एक दूसरे का ईमान बढ़ाना जैसे ने कहा.</w:t>
      </w:r>
    </w:p>
    <w:p>
      <w:r>
        <w:rPr>
          <w:b/>
        </w:rPr>
        <w:t xml:space="preserve">[12:48] </w:t>
      </w:r>
      <w:r>
        <w:t>Agar yeh humne apni goal banaya hai to hum chhote chhote differences par ek doosre ki ego ko nahi badh payenge aur ek aur cheez jo mujhe yaad aa rahi hai ki ek hadith hai ki Rasool Allah sallallahu sallam ne farmaya tha ki duniya ka har har cheez samna hai ya aur duniya ka sabse acha samna nek aurat hai. To samna se matlab hai har cheez ko Islam mein resource bataya gaya hai.</w:t>
      </w:r>
    </w:p>
    <w:p>
      <w:pPr>
        <w:jc w:val="right"/>
      </w:pPr>
      <w:r>
        <w:t>अगर यह हमने अपनी goal बनाया है तो हम छोटे छोटे differences पर एक दूसरे की ego को नहीं बढ़ पाएंगे और एक और चीज़ जो मुझे याद आ रही है कि एक हदीस है कि रसोल्ला सल्लसन ने फरमाया था कि दुनिया का हर हर चीज़ सामान है या और दुनिया का सबसे अच्छा सामान नेक औरत है. तो सामान से मतलब है हर चीज़ को इस्लाम में resource बताया गया है.</w:t>
      </w:r>
    </w:p>
    <w:p>
      <w:r>
        <w:rPr>
          <w:b/>
        </w:rPr>
        <w:t xml:space="preserve">[13:11] </w:t>
      </w:r>
      <w:r>
        <w:t>matlab everything is a resource for us, sharmaya hai hamare liye jisko hum use karen best of best</w:t>
      </w:r>
    </w:p>
    <w:p>
      <w:pPr>
        <w:jc w:val="right"/>
      </w:pPr>
      <w:r>
        <w:t>मतलब everything is a resource for us, शर्माया है हमारे लिए जिसको हम use करें best of best</w:t>
      </w:r>
    </w:p>
    <w:p>
      <w:r>
        <w:rPr>
          <w:b/>
        </w:rPr>
        <w:t xml:space="preserve">[13:22] </w:t>
      </w:r>
      <w:r>
        <w:t>tareeqe se aur best jo resource hai woh ek nek aurat hai jo kisi aadmi ko milti hai</w:t>
      </w:r>
    </w:p>
    <w:p>
      <w:pPr>
        <w:jc w:val="right"/>
      </w:pPr>
      <w:r>
        <w:t>तरीके से और best जो resource है वह एक नेक औरत है जो किसी आदमी को मिलती है</w:t>
      </w:r>
    </w:p>
    <w:p>
      <w:r>
        <w:rPr>
          <w:b/>
        </w:rPr>
        <w:t xml:space="preserve">[13:34] </w:t>
      </w:r>
      <w:r>
        <w:t>aur vice versa main kahungi ulta bhi hai ki ek nek aadmi aajkal hote hain.</w:t>
      </w:r>
    </w:p>
    <w:p>
      <w:pPr>
        <w:jc w:val="right"/>
      </w:pPr>
      <w:r>
        <w:t>और vice versa मैं कहूंगी उल्टा भी है कि एक नेक आदमी आजकल होते हैं.</w:t>
      </w:r>
    </w:p>
    <w:p>
      <w:r>
        <w:rPr>
          <w:b/>
        </w:rPr>
        <w:t xml:space="preserve">[13:46] </w:t>
      </w:r>
      <w:r>
        <w:t>Doosri cheez yeh hai ki dono companions ek doosre ka support system bane. Jaise aapne abhi bataya ki agar koi negative ho raha hai to doosra usko complement karta hai to usko positivity ki taraf le jaye. Jaise ki hum logon ne ek class hui thi Hazrat Khadija ke bare mein padha tha ki unhone kis tarah Jabir sallallahu alaihi wasallam ke paas wahi aayi pehli baar aur woh ghabra gaye. To unhone kaise unko motivate kiya?</w:t>
      </w:r>
    </w:p>
    <w:p>
      <w:pPr>
        <w:jc w:val="right"/>
      </w:pPr>
      <w:r>
        <w:t>दूसरी चीज़ यह है कि दोनों companions एक दूसरे का support system बने. जैसे आपने अभी बताया कि अगर कोई negative हो रहा है तो दूसरा उसको complement करता है तो उसको positivity की तरफ ले जाए. जैसे कि हम लोगों ने एक class हुई थी हज़रत सदीजा के बारे में पढ़ा था कि उन्होंने किस तरह जबरद्ध स्लाल्लाह विश्लाम के पास वही आई पहली बार और वह घबरा गए. तो उन्होंने कैसे उनको motivate किया?</w:t>
      </w:r>
    </w:p>
    <w:p>
      <w:r>
        <w:rPr>
          <w:b/>
        </w:rPr>
        <w:t xml:space="preserve">[14:10] </w:t>
      </w:r>
      <w:r>
        <w:t>Unko boost up kiya aur unke liye itni research ki ki unko lekar gayi apne cousin ke paas aur poori verify kiya ki yeh kya cheez thi? To yeh ek bahut hi zyada awakened mind tha unka jo unhone itna woh us waqt itna kar payi, bahut zyada hoshate kaam le payi aur apne husband ke liye ek bahut bada support system ban payi.</w:t>
      </w:r>
    </w:p>
    <w:p>
      <w:pPr>
        <w:jc w:val="right"/>
      </w:pPr>
      <w:r>
        <w:t>उनको boost up किया और उनके लिए इतनी research की कि उनको लेकर गई अपने cousin के पास और पूरी verify किया कि यह क्या चीज़ थी? तो यह एक बहुत ही ज़्यादा awakened mind था उनका जो उन्होंने इतना वह उस वक्त इतना कर पाई, बहुत ज़्यादा होशते काम ले पाई और अपने husband के लिए एक बहुत बड़ा support system वन पाई.</w:t>
      </w:r>
    </w:p>
    <w:p>
      <w:r>
        <w:rPr>
          <w:b/>
        </w:rPr>
        <w:t xml:space="preserve">[14:32] </w:t>
      </w:r>
      <w:r>
        <w:t>to woh mujhe lagta hai hum logon ke liye ek ideal female ki situation hai agar hum us</w:t>
      </w:r>
    </w:p>
    <w:p>
      <w:pPr>
        <w:jc w:val="right"/>
      </w:pPr>
      <w:r>
        <w:t>तो वह मुझे लगता है हम लोगों के लिए एक ideal female की situation है अगर हम उस</w:t>
      </w:r>
    </w:p>
    <w:p>
      <w:r>
        <w:rPr>
          <w:b/>
        </w:rPr>
        <w:t xml:space="preserve">[14:37] </w:t>
      </w:r>
      <w:r>
        <w:t>tarah ke rafeeqe hai yaad van paayen aur ek aur cheez hai ki jo sachche saathi hote hain</w:t>
      </w:r>
    </w:p>
    <w:p>
      <w:pPr>
        <w:jc w:val="right"/>
      </w:pPr>
      <w:r>
        <w:t>तरह के रफ़ीके है याद वन पाएं और एक और चीज़ है कि जो सच्चे साथी होते हैं</w:t>
      </w:r>
    </w:p>
    <w:p>
      <w:r>
        <w:rPr>
          <w:b/>
        </w:rPr>
        <w:t xml:space="preserve">[14:42] </w:t>
      </w:r>
      <w:r>
        <w:t>na woh ek doosre ki jaise is is hatees mein bhi bataya gaya ki khushi ka to part</w:t>
      </w:r>
    </w:p>
    <w:p>
      <w:pPr>
        <w:jc w:val="right"/>
      </w:pPr>
      <w:r>
        <w:t>ना वह एक दूसरे की जैसे इस इस हतीस में भी बताया गया कि खुशी का तो part</w:t>
      </w:r>
    </w:p>
    <w:p>
      <w:r>
        <w:rPr>
          <w:b/>
        </w:rPr>
        <w:t xml:space="preserve">[14:47] </w:t>
      </w:r>
      <w:r>
        <w:t>hai hi, ek doosre ke liye khushiyon ka zariya to hai hi, lekin saath mein woh ek doosre</w:t>
      </w:r>
    </w:p>
    <w:p>
      <w:pPr>
        <w:jc w:val="right"/>
      </w:pPr>
      <w:r>
        <w:t>है ही, एक दूसरे के लिए खुशियों का ज़रिया तो है ही, लेकिन साथ में वह एक दूसरे</w:t>
      </w:r>
    </w:p>
    <w:p>
      <w:r>
        <w:rPr>
          <w:b/>
        </w:rPr>
        <w:t xml:space="preserve">[14:53] </w:t>
      </w:r>
      <w:r>
        <w:t>ke itne well wisher hote hain ki peeth peeche bhi woh kuch aisa nahin, woh kuch aisa nahin</w:t>
      </w:r>
    </w:p>
    <w:p>
      <w:pPr>
        <w:jc w:val="right"/>
      </w:pPr>
      <w:r>
        <w:t>के इतने well wisher होते हैं कि पीठ पीछे भी वह कुछ ऐसा नहीं, वह कुछ ऐसा नहीं</w:t>
      </w:r>
    </w:p>
    <w:p>
      <w:r>
        <w:rPr>
          <w:b/>
        </w:rPr>
        <w:t xml:space="preserve">[14:58] </w:t>
      </w:r>
      <w:r>
        <w:t>kar sakte jo doosre ki bhalai usmein khatm ho jaaye ya doosre ka koi nuksaan ho jaaye usmein</w:t>
      </w:r>
    </w:p>
    <w:p>
      <w:pPr>
        <w:jc w:val="right"/>
      </w:pPr>
      <w:r>
        <w:t>कर सकते जो दूसरे की भलाई उसमें खत्म हो जाए या दूसरे का कोई नुकसान हो जाए उसमें</w:t>
      </w:r>
    </w:p>
    <w:p>
      <w:r>
        <w:rPr>
          <w:b/>
        </w:rPr>
        <w:t xml:space="preserve">[15:03] </w:t>
      </w:r>
      <w:r>
        <w:t>aur ismein maal ka bhi hifazat ki baat aayi hai.</w:t>
      </w:r>
    </w:p>
    <w:p>
      <w:pPr>
        <w:jc w:val="right"/>
      </w:pPr>
      <w:r>
        <w:t>और इसमें माल का भी हिफाजत की बात आई है.</w:t>
      </w:r>
    </w:p>
    <w:p>
      <w:r>
        <w:rPr>
          <w:b/>
        </w:rPr>
        <w:t xml:space="preserve">[15:09] </w:t>
      </w:r>
      <w:r>
        <w:t>To aurat ke Maulana sahab ne to is baat par bahut likha hai ki aurat ke haath mein bahut badi yeh cheez hai ki woh mard ke maal ko manage karti hai. Ghar ka jo paisa hai usko kis tarah kahan kahan lagana hai yeh cheez woh dekhti hai aksar auraton ke haath mein hota hai yeh.</w:t>
      </w:r>
    </w:p>
    <w:p>
      <w:pPr>
        <w:jc w:val="right"/>
      </w:pPr>
      <w:r>
        <w:t>तो औरत के मोलाना साहब ने तो इस बात पर बहुत लिखा है कि औरत के हाथ में बहुत बड़ी यह चीज़ है कि वह मर्द के माल को manage करती है. घर का जो पैसा है उसको किस तरह कहां कहां लगाना है यह चीज़ वह देखती है अक्सर औरतों के हाथ में होता है यह.</w:t>
      </w:r>
    </w:p>
    <w:p>
      <w:r>
        <w:rPr>
          <w:b/>
        </w:rPr>
        <w:t xml:space="preserve">[15:27] </w:t>
      </w:r>
      <w:r>
        <w:t>To agar aurat is cheez mein apne aap ko simplify kar le aur apne aap ko zyada zindagi par le aaye, apne ghar ke mahaul mein woh fazool kharchi ko chhod de jo aajkal ki auraton ka ek pattern hai, family functions hain, furnitures hain, show off hai aur bhi kapde hain, bahut zyada excess shoppings hain.</w:t>
      </w:r>
    </w:p>
    <w:p>
      <w:pPr>
        <w:jc w:val="right"/>
      </w:pPr>
      <w:r>
        <w:t>तो अगर औरत इस चीज़ में अपने आप को simplify कर ले और अपने आप को ज़्यादा ज़िंदगी पर ले आए, अपने घर के माहौल में वह फ़जूल खर्ची को छोड़ दे जो आजकल की औरतों का एक pattern है, family functions हैं, furnitures हैं, show off है और भी कपड़े हैं, बहुत ज़्यादा excess shoppings हैं.</w:t>
      </w:r>
    </w:p>
    <w:p>
      <w:r>
        <w:rPr>
          <w:b/>
        </w:rPr>
        <w:t xml:space="preserve">[15:48] </w:t>
      </w:r>
      <w:r>
        <w:t>To in cheezon se apne aap ko hatakar agar woh paison ko simple cheezon mein to zaroorat ki cheezon mein kharch karein aur ghar ka culture simple living wala kar dein.</w:t>
      </w:r>
    </w:p>
    <w:p>
      <w:pPr>
        <w:jc w:val="right"/>
      </w:pPr>
      <w:r>
        <w:t>तो इन चीज़ों से अपने आप को हटाकर अगर वह पैसों को simple चीज़ों में तो ज़रूरत की चीज़ों में खर्च करें और घर का culture simple living वाला कर दें.</w:t>
      </w:r>
    </w:p>
    <w:p>
      <w:r>
        <w:rPr>
          <w:b/>
        </w:rPr>
        <w:t xml:space="preserve">[15:58] </w:t>
      </w:r>
      <w:r>
        <w:t>To ek line Maulana Shah aapne us baat par likhi thi aur mujhe bahut acchi lagi ki aurat agar sirf yeh kare ki maal ka sahi intezam kare zarie ghar ke andar saadgi culture ko raij kare, to yeh itna bada kaam hoga ki usi ek karname ki usi ek karname par usko mehamari insaniyat talqat de diya jayega.</w:t>
      </w:r>
    </w:p>
    <w:p>
      <w:pPr>
        <w:jc w:val="right"/>
      </w:pPr>
      <w:r>
        <w:t>तो एक line मोलाना शाह आपने उस बात पर लिखी थी और मुझे बहुत अच्छी लगी कि औरत अगर सिर्फ़ यह करें कि माल का सही इंतज़ाम के ज़रिए घर के अंदर सादगी culture को रायज करें, तो यह इतना बड़ा काम होगा कि उसी एक कारनामे की उसी एक कारणामे पर उसको मेहमारी इंसानियत तलकात दे दिया जाएगा.</w:t>
      </w:r>
    </w:p>
    <w:p>
      <w:r>
        <w:rPr>
          <w:b/>
        </w:rPr>
        <w:t xml:space="preserve">[16:20] </w:t>
      </w:r>
      <w:r>
        <w:t>To yeh jo builder of humanity hai, mehamari insaniyat hai yeh title Maulana sahab ne aurat ko diya hai kyunki woh train karti hain, tarbiyat deti hain humanity ko, insaniyat. To woh ek itni badi baat woh title mil jaye ek aurat ko sirf is baat par ki woh apne maal ko bahut hi zyada zaroorat par kharch karne wali ho jaye. Fazool kharchi se bache aur ghar walon ko bhi iska ekamam kare, ghar walon ko bhi bataye.</w:t>
      </w:r>
    </w:p>
    <w:p>
      <w:pPr>
        <w:jc w:val="right"/>
      </w:pPr>
      <w:r>
        <w:t>तो यह जो builder of humanity है, मेहमारी इंसानियत है यह title मौलाना साहब ने औरत को दिया है क्योंकि वह train करती हैं, तरबीयत देती हैं humanity को, इंसानियत. तो वह एक इतनी बड़ी बात वह title मिल जाए एक औरत को सिर्फ़ इस बात पर कि वह अपने माल को बहुत ही ज़्यादा ज़रूरत पर ख़र्च करने वाली हो जाए. फ़ूजूल खर्ची से बचे और घर वालों को भी इसका एकमाम करे, घर वालों को भी बताए.</w:t>
      </w:r>
    </w:p>
    <w:p>
      <w:r>
        <w:rPr>
          <w:b/>
        </w:rPr>
        <w:t xml:space="preserve">[16:48] </w:t>
      </w:r>
      <w:r>
        <w:t>To mujhe lagta hai ki ismein behtareen ek to main yeh cheez jaan payi ki kaise ek doosre ke best ruffy ke hayat hum log ban sakte hain aur yeh baat Maulana sahab hamesha kehte the ki koi bhi perfect mard ya perfect aurat nahi hoti. Kabhi bhi, kabhi bhi koi paidaishi taur par ya aapko aisa husband ya aisi wife nahi milti ki jo ki aap sochenge ki yeh mere husband agar aisa hota to main aise kar leti. Aisa humein kabhi nahi hota.</w:t>
      </w:r>
    </w:p>
    <w:p>
      <w:pPr>
        <w:jc w:val="right"/>
      </w:pPr>
      <w:r>
        <w:t>तो मुझे लगता है कि इसमें बेहतरीन एक तो मैं यह चीज़ जान पाई कि कैसे एक दूसरे के best ruffy के हयात हम लोग वन सकते हैं और यह बात मुलाना साहब हमेशा कहते थे कि कोई भी perfect मर्द या perfect औरत नहीं होती. कभी भी, कभी भी कोई पैदाइशी तौर पर या आपको ऐसा husband या ऐसी wife नहीं मिलती कि जो कि आप सोचेंगे कि यह मेरे husband अगर ऐसा होता तो मैं ऐसे कर लेती. ऐसा हमें कभी नहीं होता.</w:t>
      </w:r>
    </w:p>
    <w:p>
      <w:r>
        <w:rPr>
          <w:b/>
        </w:rPr>
        <w:t xml:space="preserve">[17:15] </w:t>
      </w:r>
      <w:r>
        <w:t>Humein khud ko us person ko aisa banana padta hai. Hum jab apni koshishein karenge to uske baad doosre insaan mein change aayega aur agar nahi bhi aata hai to laa taalaah usko zaya nahi jaane dega aapke aapke efforts ko. To humein yahi efforts karne hain ki hum apne husband ke liye intellectual partner banein aur agar hum iman mein unse zyada jante hain to unka bhi iman badhane ki baatein karein, unse batayein ki humne aaj yeh seekha.</w:t>
      </w:r>
    </w:p>
    <w:p>
      <w:pPr>
        <w:jc w:val="right"/>
      </w:pPr>
      <w:r>
        <w:t>हमें खुद को उस person को ऐसा बनाना पड़ता है. हम जब अपनी कोशिशें करेंगे तो उसके बाद दूसरे इंसान में change आएगा और अगर नहीं भी आता है तो लाह तालाह उसको जाया नहीं जाने देगा आपके आपके efforts को. तो हमें यही efforts करने हैं कि हम अपने husband के लिए intellectual partner बनें और अगर हम ईमान में उनसे ज़्यादा जानते हैं तो उनका भी ईमान बढ़ाने की बातें करें, उनसे बताएं कि हमने आज यह सीखा.</w:t>
      </w:r>
    </w:p>
    <w:p>
      <w:r>
        <w:rPr>
          <w:b/>
        </w:rPr>
        <w:t xml:space="preserve">[17:41] </w:t>
      </w:r>
      <w:r>
        <w:t>shayad ussay unko bhi kuch haasil ho jaye aur woh humsay koi aur behtar cheez samajh payein usko aur doosri baat yeh hai ke ghar mein hum jo sab say important baat thi ke woh saadgi culture ko hum raaij karein. yahi main is par focus karna chahti hoon jiza kalna. haan jiza kalna doctor safeena.</w:t>
      </w:r>
    </w:p>
    <w:p>
      <w:pPr>
        <w:jc w:val="right"/>
      </w:pPr>
      <w:r>
        <w:t>शायद उससे उनको भी कुछ हासिल हो जाए और वह हमसे कोई और बेहतर चीज़ समझ पाएं उसको और दूसरी बात यह है कि घर में हम जो सबसे important बात थी कि वह सादगी culture को हम रायज करें. यही मैं इस पर focus करना चाहती हूं जिज़ा कल्णा. हां जिज़ा कल्णा doctor सफ़ीना.</w:t>
      </w:r>
    </w:p>
    <w:p>
      <w:r>
        <w:rPr>
          <w:b/>
        </w:rPr>
        <w:t xml:space="preserve">[18:04] </w:t>
      </w:r>
      <w:r>
        <w:t>aap ne bohat achhay achhay points bataye very very important points that we need to inculcate as a wife, as a homemaker and that needs to be taken care of from all of us since this is a ladies platform. so kaafi achha yeh matlab yeh session hai hum sab ki grooming ke liye. main Doctor Nazma Siddiqui ko invite karti hoon apni learning ko share karne ke liye.</w:t>
      </w:r>
    </w:p>
    <w:p>
      <w:pPr>
        <w:jc w:val="right"/>
      </w:pPr>
      <w:r>
        <w:t>आपने बहुत अच्छे अच्छे points बताएं very very important points that we need to inculcate as a wife, as a homemaker and that needs to be taken care of from all of us since this is a ladies platform. So काफी अच्छा यह मतलब यह session है हम सबकी grooming के लिए. मैं Doctor नजमा सिद्धिकी को invite करती हूं अपनी learning को share करने के लिए.</w:t>
      </w:r>
    </w:p>
    <w:p>
      <w:r>
        <w:rPr>
          <w:b/>
        </w:rPr>
        <w:t xml:space="preserve">[18:29] </w:t>
      </w:r>
      <w:r>
        <w:t>aap sab logon ne, dono ne, teeno ne bohat achhi tarah say isko elaborate kar diya aur yahi meri bhi learning hai aur yeh Maulana ka article ek hadees say shuru hota hai jaisa ke ke Huzoor sallallahu alaihi wasallam say jab poocha gaya ke sab say behtar aurat kaun hai?</w:t>
      </w:r>
    </w:p>
    <w:p>
      <w:pPr>
        <w:jc w:val="right"/>
      </w:pPr>
      <w:r>
        <w:t>आप सब लोगों ने, दोनों ने, तीनों ने बहुत अच्छी तरह से इसको elaborate कर दिया और यही मेरी भी learning है और यह मौलाना का article एक हदीश से शुरू होता है जैसा कि कि हुज़ूर सल्लाह लाहौल है वह सल्लम से जब पुछा गया कि सबसे बेहतर औरत कौन है?</w:t>
      </w:r>
    </w:p>
    <w:p>
      <w:r>
        <w:rPr>
          <w:b/>
        </w:rPr>
        <w:t xml:space="preserve">[18:47] </w:t>
      </w:r>
      <w:r>
        <w:t>to unhon ne yahi kaha ke jiska marz ussay dekh kar khush ho aur woh dil say apnay marz ka kaam karein aur uski marzi ke khilaaf na karein.</w:t>
      </w:r>
    </w:p>
    <w:p>
      <w:pPr>
        <w:jc w:val="right"/>
      </w:pPr>
      <w:r>
        <w:t>तो उन्होंने यही कहा कि जिसका मर्ज़ उसे देखकर खुश हो और वह दिल से अपने मर्ज़ का काम करें और उसकी मर्ज़ी के खिलाफ ना करें.</w:t>
      </w:r>
    </w:p>
    <w:p>
      <w:r>
        <w:rPr>
          <w:b/>
        </w:rPr>
        <w:t xml:space="preserve">[19:01] </w:t>
      </w:r>
      <w:r>
        <w:t>to yeh ek tarah say oopri sa matlab hai ke sirf saari zimmedari aurat ki hai aur Maulana sahab ne is hadees ko kaafi elaborate kiya hai aur yahan unhon ne kaha hai ke yeh husband aur wife dono hi ke liye hai mard aur aurat dono ke liye hai yeh baat ke husband aur wife ki kya relationship honi chahiye? kaisi relationship hona chahiye? aur dono mein bohat achhi understanding ho.</w:t>
      </w:r>
    </w:p>
    <w:p>
      <w:pPr>
        <w:jc w:val="right"/>
      </w:pPr>
      <w:r>
        <w:t>तो यह एक तरह से ऊपरी सा मतलब है कि सिर्फ़ सारी ज़िम्मेदारी औरत की है और मौलाना साहब ने इस अधीस को काफ़ी elaborate किया है और यहां उन्होंने कहा है कि यह husband और wife दोनों ही के लिए है मर्द और औरत दोनों के लिए है यह बात कि husband और wife की क्या relationship होनी चाहिए? कैसी relationship होना चाहिए? और दोनों में बहुत अच्छी understanding हो.</w:t>
      </w:r>
    </w:p>
    <w:p>
      <w:r>
        <w:rPr>
          <w:b/>
        </w:rPr>
        <w:t xml:space="preserve">[19:30] </w:t>
      </w:r>
      <w:r>
        <w:t>ek doosray ke raazdaar hon. to yeh understanding to develop hona chahiye kyunke bola na yeh bhi likhte hain ke yeh ek aisi relation hai jo blood relation nahi hai. yeh relation ke liye humein apnay aap ko tayyar bhi karna hota hai ke hum apna ghar bana rahe hain jahan humaray bachhay honge. to ek hi relation aisi ho jisay ghar ka atmosphere bohat achha rahe.</w:t>
      </w:r>
    </w:p>
    <w:p>
      <w:pPr>
        <w:jc w:val="right"/>
      </w:pPr>
      <w:r>
        <w:t>एक दूसरे के राजधा हों. तो यह understanding तो develop होना चाहिए क्योंकि बोला ना यह भी लिखते हैं कि यह एक ऐसी relation है जो blood relation नहीं है. यह relation के लिए हमें अपने आप को तैयार भी करना होता है कि हम अपना घर बना रहे हैं जहां हमारे बच्चे होंगे. तो एक ही relation ऐसी हो जिससे घर का atmosphere बहुत अच्छा रहे.</w:t>
      </w:r>
    </w:p>
    <w:p>
      <w:r>
        <w:rPr>
          <w:b/>
        </w:rPr>
        <w:t xml:space="preserve">[20:00] </w:t>
      </w:r>
      <w:r>
        <w:t>to phir main yeh bhi sochti hoon ke ki dono mein compatibility honi chahiye.</w:t>
      </w:r>
    </w:p>
    <w:p>
      <w:pPr>
        <w:jc w:val="right"/>
      </w:pPr>
      <w:r>
        <w:t>तो फिर मैं यह भी सोचती हूं कि कि दोनों में compatibility होनी चाहिए.</w:t>
      </w:r>
    </w:p>
    <w:p>
      <w:r>
        <w:rPr>
          <w:b/>
        </w:rPr>
        <w:t xml:space="preserve">[20:07] </w:t>
      </w:r>
      <w:r>
        <w:t>yaani dono mein aur jab yeh understanding develop hoegi shakal surat ki baat alag hai aur jab woh</w:t>
      </w:r>
    </w:p>
    <w:p>
      <w:pPr>
        <w:jc w:val="right"/>
      </w:pPr>
      <w:r>
        <w:t>यानी दोनों में और जब यह understanding develop होएगी शक्ल सूरत की बात अलग है और जब वह</w:t>
      </w:r>
    </w:p>
    <w:p>
      <w:r>
        <w:rPr>
          <w:b/>
        </w:rPr>
        <w:t xml:space="preserve">[20:15] </w:t>
      </w:r>
      <w:r>
        <w:t>ek doosre ka khayal karenge tabhi zindagi ka karobar jo hai woh achhi tarah chal sakta hai aur</w:t>
      </w:r>
    </w:p>
    <w:p>
      <w:pPr>
        <w:jc w:val="right"/>
      </w:pPr>
      <w:r>
        <w:t>एक दूसरे का ख्याल करेंगे तभी ज़िंदगी का कारोबार जो है वह अच्छी तरह चल सकता है और</w:t>
      </w:r>
    </w:p>
    <w:p>
      <w:r>
        <w:rPr>
          <w:b/>
        </w:rPr>
        <w:t xml:space="preserve">[20:22] </w:t>
      </w:r>
      <w:r>
        <w:t>ek doosre ki madad karenge aur tabhi woh dono ek doosre unka ghar mein ek satisfaction hoga aur</w:t>
      </w:r>
    </w:p>
    <w:p>
      <w:pPr>
        <w:jc w:val="right"/>
      </w:pPr>
      <w:r>
        <w:t>एक दूसरे की मदद करेंगे और तभी वह दोनों एक दूसरे उनका घर में एक satisfaction होगा और</w:t>
      </w:r>
    </w:p>
    <w:p>
      <w:r>
        <w:rPr>
          <w:b/>
        </w:rPr>
        <w:t xml:space="preserve">[20:30] </w:t>
      </w:r>
      <w:r>
        <w:t>malana sahi kehte hain ke yeh gaadi ke do pahiyon ki tarah hai ke ek doosre ko sirf</w:t>
      </w:r>
    </w:p>
    <w:p>
      <w:pPr>
        <w:jc w:val="right"/>
      </w:pPr>
      <w:r>
        <w:t>मालाना सही कहते हैं कि यह गाड़ी के दो पहियों की तरह है कि एक दूसरे को सिर्फ</w:t>
      </w:r>
    </w:p>
    <w:p>
      <w:r>
        <w:rPr>
          <w:b/>
        </w:rPr>
        <w:t xml:space="preserve">[20:37] </w:t>
      </w:r>
      <w:r>
        <w:t>dikhane ke liye nahi chalna hai.</w:t>
      </w:r>
    </w:p>
    <w:p>
      <w:pPr>
        <w:jc w:val="right"/>
      </w:pPr>
      <w:r>
        <w:t>दिखाने के लिए नहीं चलना है.</w:t>
      </w:r>
    </w:p>
    <w:p>
      <w:r>
        <w:rPr>
          <w:b/>
        </w:rPr>
        <w:t xml:space="preserve">[20:45] </w:t>
      </w:r>
      <w:r>
        <w:t>inhonay really aisay ek doosray ke sachhay rafeeq banna hai. to iske liye hum mentally prepare bhi hona humein chahiye. mujhe yaad hai ke hamari kisi cousin ki shadi ho rahi thi to kisi ne kaha ke woh tumhari saath ya aur log baray demanding hain. to woh kehne lagi agar main sab ke saath achhi houngi to kuch nahi ho sakta. main sab ko theek kar loongi.</w:t>
      </w:r>
    </w:p>
    <w:p>
      <w:pPr>
        <w:jc w:val="right"/>
      </w:pPr>
      <w:r>
        <w:t>इनको really ऐसे एक दूसरे के सच्चे रफ़ीक बनना है. तो इसके लिए हम mentally prepare भी होना हमें चाहिए. मुझे याद है कि हमारी किसी cousin की शादी हो रही थी तो किसी ने कहा कि वह तुम्हारी साथ या और लोग बड़े demanding हैं. तो वह कहने लगी अगर मैं सबके साथ अच्छी होऊंगी तो कुछ नहीं हो सकता. मैं सबको ठीक कर लूंगी.</w:t>
      </w:r>
    </w:p>
    <w:p>
      <w:r>
        <w:rPr>
          <w:b/>
        </w:rPr>
        <w:t xml:space="preserve">[21:08] </w:t>
      </w:r>
      <w:r>
        <w:t>to ek yeh bara positive mindset hai aur woh to agar aap to ek doosray ka khayal to karein aur kuch log ziyada demanding nahi hona chahiye. yeh demand kuch aurtein bohat ziyada demanding hoti hain, kuch mard bohat ziyada demanding hotay hain.</w:t>
      </w:r>
    </w:p>
    <w:p>
      <w:pPr>
        <w:jc w:val="right"/>
      </w:pPr>
      <w:r>
        <w:t>तो एक यह बड़ा positive mindset है और वह तो अगर आप तो एक दूसरे का ख्याल तो करें और कुछ लोग ज़्यादा demanding नहीं होना चाहिए. यह demand कुछ औरतें बहुत ज़्यादा demanding होती हैं, कुछ मर्द बहुत ज़्यादा demanding होते हैं.</w:t>
      </w:r>
    </w:p>
    <w:p>
      <w:r>
        <w:rPr>
          <w:b/>
        </w:rPr>
        <w:t xml:space="preserve">[21:30] </w:t>
      </w:r>
      <w:r>
        <w:t>to jo yeh rafeeqe hayat ka lafz hai better half isko agar hum dhang say samjhein to wohi aurat aur mard behtar honge. jaisay Maulana kehtay thay ke yeh intellectual partner ho, ek doosray ko understand karein. to yeh sab say bari baat hai, yeh bohat important baat hai aur is mein jaisa abhi kaha ke koi perfect nahi hota.</w:t>
      </w:r>
    </w:p>
    <w:p>
      <w:pPr>
        <w:jc w:val="right"/>
      </w:pPr>
      <w:r>
        <w:t>तो जो यह रफ़ीलते हयात का लफ्ज़ है better half इसको अगर हम ढंग से समझें तो वही औरत और मर्द बेहतर होंगे. जैसे मोलाना कहते थे कि यह intellectual partner हो, एक दूसरों को understand करें. तो यह सबसे बड़ी बात है, यह बहुत important बात है और इसमें जैसे अभी कहा कि कोई perfect नहीं होता.</w:t>
      </w:r>
    </w:p>
    <w:p>
      <w:r>
        <w:rPr>
          <w:b/>
        </w:rPr>
        <w:t xml:space="preserve">[21:57] </w:t>
      </w:r>
      <w:r>
        <w:t>koi perfect nahi hota lekin humein kuch adjustment karna partay hain to hum mentally is baat ke liye tayyar hon ke adjustment humein karna hoga aur ek doosray ki compatibility ka matlab hai ek doosray ki kamiyon ko poora karna. agar kisi mein koi ek kami hai to hum usko ek doosray ke compatible hon. ek doosray ki kamiyon ko poora karein.</w:t>
      </w:r>
    </w:p>
    <w:p>
      <w:pPr>
        <w:jc w:val="right"/>
      </w:pPr>
      <w:r>
        <w:t>कोई perfect नहीं होता लेकिन हमें कुछ adjustment करना पड़ते हैं तो हम mentally इस बात के लिए तैयार हों कि adjustment हमें करना होगा और एक दूसरे की compatibility का मतलब है एक दूसरे की कमियों को पूरा करना. अगर किसी में कोई एक कमी है तो हम उसको एक दूसरे के compatible हों. एक दूसरे की कमियों को पूरा करें.</w:t>
      </w:r>
    </w:p>
    <w:p>
      <w:r>
        <w:rPr>
          <w:b/>
        </w:rPr>
        <w:t xml:space="preserve">[22:21] </w:t>
      </w:r>
      <w:r>
        <w:t>to jab yeh understanding achhi hoti hai to zindagi bohat positively aur bari achhi chalti hai aur bohat achhi guzarti hai warna ek doosray ke saath rehna bhi mushkil ho jata hai. agar aap ek doosray ko ko understand na karein. pareshaniyon mein bhi ek doosray ke saath khushi mein to sab rehtay hi hain.</w:t>
      </w:r>
    </w:p>
    <w:p>
      <w:pPr>
        <w:jc w:val="right"/>
      </w:pPr>
      <w:r>
        <w:t>तो जब यह understanding अच्छी होती है तो ज़िंदगी बहुत positively और बड़ी अच्छी चलती है और बहुत अच्छी गुज़रती है वरना एक दूसरे के साथ रहना भी मुश्किल हो जाता है. अगर आप एक दूसरे को को understand ना करें. परेशानियों में भी एक दूसरे के साथ खुशी में तो सब रहते ही हैं.</w:t>
      </w:r>
    </w:p>
    <w:p>
      <w:r>
        <w:rPr>
          <w:b/>
        </w:rPr>
        <w:t xml:space="preserve">[22:41] </w:t>
      </w:r>
      <w:r>
        <w:t>lekin agar koi mushkil hai to uske saath rahein aur kyunke yeh to saari zindagi ka sawal hai</w:t>
      </w:r>
    </w:p>
    <w:p>
      <w:pPr>
        <w:jc w:val="right"/>
      </w:pPr>
      <w:r>
        <w:t>लेकिन अगर कोई मुश्किल है तो उसके साथ रहें और क्योंकि यह तो सारी ज़िंदगी का सवाल है</w:t>
      </w:r>
    </w:p>
    <w:p>
      <w:r>
        <w:rPr>
          <w:b/>
        </w:rPr>
        <w:t xml:space="preserve">[22:49] </w:t>
      </w:r>
      <w:r>
        <w:t>aur Maulana ne jo humse complete positive hone ki baat kahi hai to is jaise no reaction, soch</w:t>
      </w:r>
    </w:p>
    <w:p>
      <w:pPr>
        <w:jc w:val="right"/>
      </w:pPr>
      <w:r>
        <w:t>और मौलाना ने जो हमसे complete positive होने की बात कही है तो इस जैसे no reaction, सोच</w:t>
      </w:r>
    </w:p>
    <w:p>
      <w:r>
        <w:rPr>
          <w:b/>
        </w:rPr>
        <w:t xml:space="preserve">[22:57] </w:t>
      </w:r>
      <w:r>
        <w:t>samajh ke baat karna, adjust karna aur agar hum yeh saari baatein hain aur CPS ke member mein</w:t>
      </w:r>
    </w:p>
    <w:p>
      <w:pPr>
        <w:jc w:val="right"/>
      </w:pPr>
      <w:r>
        <w:t>समझ के बात करना, adjust करना और अगर हम यह सारी बातें हैं और CPS के member में</w:t>
      </w:r>
    </w:p>
    <w:p>
      <w:r>
        <w:rPr>
          <w:b/>
        </w:rPr>
        <w:t xml:space="preserve">[23:06] </w:t>
      </w:r>
      <w:r>
        <w:t>to hain hi to iska matlab hai ke CPS members ko ek sab logon ko bahut behtar hona</w:t>
      </w:r>
    </w:p>
    <w:p>
      <w:pPr>
        <w:jc w:val="right"/>
      </w:pPr>
      <w:r>
        <w:t>तो हैं ही तो इसका मतलब है कि CPS members को एक सब लोगों को बहुत बेहतर होना</w:t>
      </w:r>
    </w:p>
    <w:p>
      <w:r>
        <w:rPr>
          <w:b/>
        </w:rPr>
        <w:t xml:space="preserve">[23:14] </w:t>
      </w:r>
      <w:r>
        <w:t>chahiye kyunke Maulana ne yeh cheezein itni develop kari hain aur agar really hum usko apne behavior mein</w:t>
      </w:r>
    </w:p>
    <w:p>
      <w:pPr>
        <w:jc w:val="right"/>
      </w:pPr>
      <w:r>
        <w:t>चाहिए क्योंकि मौलाना ने यह चीज़ें इतनी develop करी हैं और अगर really हम उसको अपने behavior में</w:t>
      </w:r>
    </w:p>
    <w:p>
      <w:r>
        <w:rPr>
          <w:b/>
        </w:rPr>
        <w:t xml:space="preserve">[23:22] </w:t>
      </w:r>
      <w:r>
        <w:t>laate hain aur agar hamara imaan durust hai to zaroor yeh dono yeh baatein follow karenge.</w:t>
      </w:r>
    </w:p>
    <w:p>
      <w:pPr>
        <w:jc w:val="right"/>
      </w:pPr>
      <w:r>
        <w:t>लाते हैं और अगर हमारा ईमान दुरुस्त है तो ज़रूर यह दोनों यह बातें follow करेंगे.</w:t>
      </w:r>
    </w:p>
    <w:p>
      <w:r>
        <w:rPr>
          <w:b/>
        </w:rPr>
        <w:t xml:space="preserve">[23:31] </w:t>
      </w:r>
      <w:r>
        <w:t>agar kisi waqt humein secondary role nibhana hai to hum apne ego ko khatam karein.</w:t>
      </w:r>
    </w:p>
    <w:p>
      <w:pPr>
        <w:jc w:val="right"/>
      </w:pPr>
      <w:r>
        <w:t>अगर किसी वक़्त हमें secondary role निभाना है तो हम अपने ego को खत्म करें.</w:t>
      </w:r>
    </w:p>
    <w:p>
      <w:r>
        <w:rPr>
          <w:b/>
        </w:rPr>
        <w:t xml:space="preserve">[23:36] </w:t>
      </w:r>
      <w:r>
        <w:t>ego ko to Maulana bahut woh kar dete hain to humein ego ko khatam karein to woh role</w:t>
      </w:r>
    </w:p>
    <w:p>
      <w:pPr>
        <w:jc w:val="right"/>
      </w:pPr>
      <w:r>
        <w:t>Ego को तो मालाना बहुत वह कर देते हैं तो हमें ego को खत्म करें तो वह role</w:t>
      </w:r>
    </w:p>
    <w:p>
      <w:r>
        <w:rPr>
          <w:b/>
        </w:rPr>
        <w:t xml:space="preserve">[23:42] </w:t>
      </w:r>
      <w:r>
        <w:t>hum bahut achhi tarah nibha sakte hain jo bhi secondary role hai aur jab kyunke hamesha to secondary</w:t>
      </w:r>
    </w:p>
    <w:p>
      <w:pPr>
        <w:jc w:val="right"/>
      </w:pPr>
      <w:r>
        <w:t>हम बहुत अच्छी तरह निभा सकते हैं जो भी secondary role है और जब क्योंकि हमेशा तो secondary</w:t>
      </w:r>
    </w:p>
    <w:p>
      <w:r>
        <w:rPr>
          <w:b/>
        </w:rPr>
        <w:t xml:space="preserve">[23:48] </w:t>
      </w:r>
      <w:r>
        <w:t>role nahi play karna padta hai lekin jab bhi karna pade hum usko aaram se kar sakein aur</w:t>
      </w:r>
    </w:p>
    <w:p>
      <w:pPr>
        <w:jc w:val="right"/>
      </w:pPr>
      <w:r>
        <w:t>role नहीं play करना पड़ता है लेकिन जब भी करना पड़े हम उसको आराम से कर सकें और</w:t>
      </w:r>
    </w:p>
    <w:p>
      <w:r>
        <w:rPr>
          <w:b/>
        </w:rPr>
        <w:t xml:space="preserve">[23:54] </w:t>
      </w:r>
      <w:r>
        <w:t>yeh compatibility mujhe sabse important rakhti hai ke hum ek doosre ke compatible banne ki koshish karein, ek</w:t>
      </w:r>
    </w:p>
    <w:p>
      <w:pPr>
        <w:jc w:val="right"/>
      </w:pPr>
      <w:r>
        <w:t>यह compatibility मुझे सबसे important रखती है कि हम एक दूसरे के compatible बनने की कोशिश करें, एक</w:t>
      </w:r>
    </w:p>
    <w:p>
      <w:r>
        <w:rPr>
          <w:b/>
        </w:rPr>
        <w:t xml:space="preserve">[24:00] </w:t>
      </w:r>
      <w:r>
        <w:t>doosre ki koi samajhne ki koshish karein.</w:t>
      </w:r>
    </w:p>
    <w:p>
      <w:pPr>
        <w:jc w:val="right"/>
      </w:pPr>
      <w:r>
        <w:t>दूसरे की कोई समझने की कोशिश करें.</w:t>
      </w:r>
    </w:p>
    <w:p>
      <w:r>
        <w:rPr>
          <w:b/>
        </w:rPr>
        <w:t xml:space="preserve">[24:06] </w:t>
      </w:r>
      <w:r>
        <w:t>to yahi meri learning hai haan jaza jaza kalyapa, aapne bahut achhe se saari points ko sum up</w:t>
      </w:r>
    </w:p>
    <w:p>
      <w:pPr>
        <w:jc w:val="right"/>
      </w:pPr>
      <w:r>
        <w:t>तो यही मेरी learning है हां जज़ा जज़ा कल्यापा, आपने बहुत अच्छे से सारी points को sum up</w:t>
      </w:r>
    </w:p>
    <w:p>
      <w:r>
        <w:rPr>
          <w:b/>
        </w:rPr>
        <w:t xml:space="preserve">[24:14] </w:t>
      </w:r>
      <w:r>
        <w:t>karke aapne bataya ke kis tarah se ek understanding between the partners is very very important to develop</w:t>
      </w:r>
    </w:p>
    <w:p>
      <w:pPr>
        <w:jc w:val="right"/>
      </w:pPr>
      <w:r>
        <w:t>करके आपने बताया कि किस तरह से एक understanding between the partners is very very important to develop</w:t>
      </w:r>
    </w:p>
    <w:p>
      <w:r>
        <w:rPr>
          <w:b/>
        </w:rPr>
        <w:t xml:space="preserve">[24:23] </w:t>
      </w:r>
      <w:r>
        <w:t>a good relation and also it is a good soil for the family members to grow in that</w:t>
      </w:r>
    </w:p>
    <w:p>
      <w:pPr>
        <w:jc w:val="right"/>
      </w:pPr>
      <w:r>
        <w:t>a good relation and also it is a good soil for the family members to grow in that</w:t>
      </w:r>
    </w:p>
    <w:p>
      <w:r>
        <w:rPr>
          <w:b/>
        </w:rPr>
        <w:t xml:space="preserve">[24:31] </w:t>
      </w:r>
      <w:r>
        <w:t>when two partners are in accordance with their understanding.</w:t>
      </w:r>
    </w:p>
    <w:p>
      <w:pPr>
        <w:jc w:val="right"/>
      </w:pPr>
      <w:r>
        <w:t>when two partners are in accordance with their understanding.</w:t>
      </w:r>
    </w:p>
    <w:p>
      <w:r>
        <w:rPr>
          <w:b/>
        </w:rPr>
        <w:t xml:space="preserve">[24:40] </w:t>
      </w:r>
      <w:r>
        <w:t>so I I invite Sana. Shageena. Topic?</w:t>
      </w:r>
    </w:p>
    <w:p>
      <w:pPr>
        <w:jc w:val="right"/>
      </w:pPr>
      <w:r>
        <w:t>So I I invite सना. शगीना. Topic?</w:t>
      </w:r>
    </w:p>
    <w:p>
      <w:r>
        <w:rPr>
          <w:b/>
        </w:rPr>
        <w:t xml:space="preserve">[24:44] </w:t>
      </w:r>
      <w:r>
        <w:t>Shageena main kuch kehna cha rahi thi.</w:t>
      </w:r>
    </w:p>
    <w:p>
      <w:pPr>
        <w:jc w:val="right"/>
      </w:pPr>
      <w:r>
        <w:t>शगीना मैं कुछ कहना चाह रही थी.</w:t>
      </w:r>
    </w:p>
    <w:p>
      <w:r>
        <w:rPr>
          <w:b/>
        </w:rPr>
        <w:t xml:space="preserve">[24:49] </w:t>
      </w:r>
      <w:r>
        <w:t>ji aap aap bolein.</w:t>
      </w:r>
    </w:p>
    <w:p>
      <w:pPr>
        <w:jc w:val="right"/>
      </w:pPr>
      <w:r>
        <w:t>जी आप आप बोलें.</w:t>
      </w:r>
    </w:p>
    <w:p>
      <w:r>
        <w:rPr>
          <w:b/>
        </w:rPr>
        <w:t xml:space="preserve">[24:54] </w:t>
      </w:r>
      <w:r>
        <w:t>yeh in logon ke point bahut achhe lage the Doctor Shafeena ka bahut achha inhone bataya ki bhali</w:t>
      </w:r>
    </w:p>
    <w:p>
      <w:pPr>
        <w:jc w:val="right"/>
      </w:pPr>
      <w:r>
        <w:t>यह इन लोगों के point बहुत अच्छे लगे थे Doctor शफीना का बहुत अच्छा इन्होंने बताया कि भली</w:t>
      </w:r>
    </w:p>
    <w:p>
      <w:r>
        <w:rPr>
          <w:b/>
        </w:rPr>
        <w:t xml:space="preserve">[24:58] </w:t>
      </w:r>
      <w:r>
        <w:t>baat ki yeh group aurat ke upar hai ke liye hai to isliye yahan par aurat hi ke</w:t>
      </w:r>
    </w:p>
    <w:p>
      <w:pPr>
        <w:jc w:val="right"/>
      </w:pPr>
      <w:r>
        <w:t>बात कि यह group औरत के ऊपर है के लिए है तो इसलिए यहां पर औरत ही के</w:t>
      </w:r>
    </w:p>
    <w:p>
      <w:r>
        <w:rPr>
          <w:b/>
        </w:rPr>
        <w:t xml:space="preserve">[25:03] </w:t>
      </w:r>
      <w:r>
        <w:t>us par discuss hoga lekin yeh hadith jo hai sari jo bhi udan mein hadith mein hai woh</w:t>
      </w:r>
    </w:p>
    <w:p>
      <w:pPr>
        <w:jc w:val="right"/>
      </w:pPr>
      <w:r>
        <w:t>उस पर discuss होगा लेकिन यह हदीश जो है सारी जो भी उड़ान में हदीश में है वह</w:t>
      </w:r>
    </w:p>
    <w:p>
      <w:r>
        <w:rPr>
          <w:b/>
        </w:rPr>
        <w:t xml:space="preserve">[25:08] </w:t>
      </w:r>
      <w:r>
        <w:t>donon ke liye ek saath donon ke liye hai.</w:t>
      </w:r>
    </w:p>
    <w:p>
      <w:pPr>
        <w:jc w:val="right"/>
      </w:pPr>
      <w:r>
        <w:t>दोनों के लिए एक साथ दोनों के लिए है.</w:t>
      </w:r>
    </w:p>
    <w:p>
      <w:r>
        <w:rPr>
          <w:b/>
        </w:rPr>
        <w:t xml:space="preserve">[25:13] </w:t>
      </w:r>
      <w:r>
        <w:t>usko bhi Maulana ne likha hua hai aur unhon ne papa say phone maine usko humein yaad dilaya aur to yahan par humko apna development karna hai isliye hum aurat ki baat kar rahe hain aur physically launak khatam ho jayegi. jo baat kiya doctor safeena ne woh bhi bohat hi achhi lagi mujhe.</w:t>
      </w:r>
    </w:p>
    <w:p>
      <w:pPr>
        <w:jc w:val="right"/>
      </w:pPr>
      <w:r>
        <w:t>उसको भी मलाना ने लिखा हुआ है और उन्होंने papa से phone मैंने उसको हमें याद दिलाया और तो यहां पर हमको अपना development करना है इसलिए हम औरत की बात कर रहे हैं और physically लौनक खत्म हो जाएगी. जो बात किया doctor सफ़ीना ने वह भी बहुत ही अच्छी लगी मुझे.</w:t>
      </w:r>
    </w:p>
    <w:p>
      <w:r>
        <w:rPr>
          <w:b/>
        </w:rPr>
        <w:t xml:space="preserve">[25:31] </w:t>
      </w:r>
      <w:r>
        <w:t>yeh bhi Maulana sahab ne likha hai ke woh launak bohat jaldi khatam ho jati hai aur uskay baad woh depression mein bhi chali jati hai.</w:t>
      </w:r>
    </w:p>
    <w:p>
      <w:pPr>
        <w:jc w:val="right"/>
      </w:pPr>
      <w:r>
        <w:t>यह भी मोलाना साहब ने लिखा है कि वह रौनक बहुत जल्दी खत्म हो जाती है और उसके बाद वह depression में भी चली जाती है.</w:t>
      </w:r>
    </w:p>
    <w:p>
      <w:r>
        <w:rPr>
          <w:b/>
        </w:rPr>
        <w:t xml:space="preserve">[25:55] </w:t>
      </w:r>
      <w:r>
        <w:t>agar yahi cheez agar woh apna intellectually apna develop karein to woh aakhir tak uska woh uski woh</w:t>
      </w:r>
    </w:p>
    <w:p>
      <w:pPr>
        <w:jc w:val="right"/>
      </w:pPr>
      <w:r>
        <w:t>अगर यही चीज़ अगर वह अपना intellectually अपना develop करें तो वह आखिर तक उसका वह उसकी वह</w:t>
      </w:r>
    </w:p>
    <w:p>
      <w:r>
        <w:rPr>
          <w:b/>
        </w:rPr>
        <w:t xml:space="preserve">[26:00] </w:t>
      </w:r>
      <w:r>
        <w:t>jo asal cheez jo khud hai use chahta hai jo jisse usko yahan par bhi matlab apne husband</w:t>
      </w:r>
    </w:p>
    <w:p>
      <w:pPr>
        <w:jc w:val="right"/>
      </w:pPr>
      <w:r>
        <w:t>जो असल चीज़ जो खुद है उसे चाहता है जो जिससे उसको यहां पर भी मतलब अपने husband</w:t>
      </w:r>
    </w:p>
    <w:p>
      <w:r>
        <w:rPr>
          <w:b/>
        </w:rPr>
        <w:t xml:space="preserve">[26:05] </w:t>
      </w:r>
      <w:r>
        <w:t>ke saath bhi woh usko karke aur badha sakti hai apne bachchon ko dekar woh badha sakti hai,</w:t>
      </w:r>
    </w:p>
    <w:p>
      <w:pPr>
        <w:jc w:val="right"/>
      </w:pPr>
      <w:r>
        <w:t>के साथ भी वह उसको करके और बढ़ा सकती है अपने बच्चों को देकर वह बढ़ा सकती है,</w:t>
      </w:r>
    </w:p>
    <w:p>
      <w:r>
        <w:rPr>
          <w:b/>
        </w:rPr>
        <w:t xml:space="preserve">[26:10] </w:t>
      </w:r>
      <w:r>
        <w:t>husband ko dekar badha sakti hai, apne aas paas logon ko dekar badha sakti hai woh grow karega</w:t>
      </w:r>
    </w:p>
    <w:p>
      <w:pPr>
        <w:jc w:val="right"/>
      </w:pPr>
      <w:r>
        <w:t>husband को देकर बढ़ा सकती है, अपने आस पास लोगों को देकर बढ़ा सकती है वह grow करेगा</w:t>
      </w:r>
    </w:p>
    <w:p>
      <w:r>
        <w:rPr>
          <w:b/>
        </w:rPr>
        <w:t xml:space="preserve">[26:15] </w:t>
      </w:r>
      <w:r>
        <w:t>aur yeh wali cheez jo upari makeup aur tamasha jo hota hai woh to sab kuch khatm ho</w:t>
      </w:r>
    </w:p>
    <w:p>
      <w:pPr>
        <w:jc w:val="right"/>
      </w:pPr>
      <w:r>
        <w:t>और यह वाली चीज़ जो ऊपरी makeup और तमाशा जो होता है वह तो सब कुछ खत्म हो</w:t>
      </w:r>
    </w:p>
    <w:p>
      <w:r>
        <w:rPr>
          <w:b/>
        </w:rPr>
        <w:t xml:space="preserve">[26:20] </w:t>
      </w:r>
      <w:r>
        <w:t>jaane wala hai.</w:t>
      </w:r>
    </w:p>
    <w:p>
      <w:pPr>
        <w:jc w:val="right"/>
      </w:pPr>
      <w:r>
        <w:t>जाने वाला है.</w:t>
      </w:r>
    </w:p>
    <w:p>
      <w:r>
        <w:rPr>
          <w:b/>
        </w:rPr>
        <w:t xml:space="preserve">[26:26] </w:t>
      </w:r>
      <w:r>
        <w:t>to wohi material cheez hui aur woh development aapnay soch ka karna hai aur man kay ego ki kabhi hurt nahi karna hai. is par Nazma paanay bhi bohat achhay say bataya aur matlab agar Manosaheb ne bataya hai na ke apnay agar aurat apni emotional ko control kar le to agar koi janay ke mard ka ego is par hurt hota hai. woh har mard ki apni apni alag alag qualities hoti hain.</w:t>
      </w:r>
    </w:p>
    <w:p>
      <w:pPr>
        <w:jc w:val="right"/>
      </w:pPr>
      <w:r>
        <w:t>तो वही material चीज़ हुई और वह development आपने सोच का करना है और मन के ego की कभी hurt नहीं करना है. इस पर नजमा पाने भी बहुत अच्छे से बताया और मतलब अगर मनोसाहब ने बताया है ना कि अपने अगर औरत अपनी emotional को control कर ले तो अगर कोई जाने की मर्द का ego इस पर hurt होता है. वह हर मर्द की अपनी अपनी अलग अलग qualities होती हैं.</w:t>
      </w:r>
    </w:p>
    <w:p>
      <w:r>
        <w:rPr>
          <w:b/>
        </w:rPr>
        <w:t xml:space="preserve">[26:55] </w:t>
      </w:r>
      <w:r>
        <w:t>koi kisi baat par woh naraz ho jata hai. kabhi kisi baat par usko yeh cheez nahi jo cheez usko nahi pasand hai to woh cheez na karein aur usko control karein. apnay emotion ko control karein aur yahan par uska ek bohat bara support hota hai jo ghar mein ladai hotay hain, jhagday hotay hain to woh agar aurat is waqt control mein rakh le to yeh aagay nahi barh sakti hai baat.</w:t>
      </w:r>
    </w:p>
    <w:p>
      <w:pPr>
        <w:jc w:val="right"/>
      </w:pPr>
      <w:r>
        <w:t>कोई किसी बात पर वह नाराज़ हो जाता है. कभी किसी बात पर उसको यह चीज़ नहीं जो चीज़ उसको नहीं पसंद है तो वह चीज़ ना करें और उसको control करें. अपने emotion को control करें और यहां पर उसका एक बहुत बड़ा support होता है जो घर में लड़ाई होते हैं, झगड़े होते हैं तो वह अगर औरत इस वक्त control में रख ले तो यह आगे नहीं बढ़ सकती है बात.</w:t>
      </w:r>
    </w:p>
    <w:p>
      <w:r>
        <w:rPr>
          <w:b/>
        </w:rPr>
        <w:t xml:space="preserve">[27:16] </w:t>
      </w:r>
      <w:r>
        <w:t>to yeh kitna bara kaam hoga agar aurat is waqt ko samajh sake aur imaan ki mazbooti bhi yahi hai mere samajh mein aata hai ke agar woh apnay imaan ko imaan ka matlab mazboot hogi woh to woh is tarah ke koi aisa kaam nahi karegi ke jo aagay chal kar woh galat uska jo hai result niklay woh galat ho.</w:t>
      </w:r>
    </w:p>
    <w:p>
      <w:pPr>
        <w:jc w:val="right"/>
      </w:pPr>
      <w:r>
        <w:t>तो यह कितना बड़ा काम होगा अगर औरत इस वक्त को समझ सके और ईमान की मजबूती भी यही है मेरे समझ में आता है कि अगर वह अपने ईमान को ईमान का मतलब मज़बूत होगी वह तो वह इस तरह के कोई ऐसा काम नहीं करेगी कि जो आगे चलकर वह गलत उसका जो है result निकले वह गलत हो.</w:t>
      </w:r>
    </w:p>
    <w:p>
      <w:r>
        <w:rPr>
          <w:b/>
        </w:rPr>
        <w:t xml:space="preserve">[27:39] </w:t>
      </w:r>
      <w:r>
        <w:t>isi mein aksar bohat sari galat cheezein ho jati hain aur inhone jo wahan par ne jo kaha demanding ki baat log kartay hain aur tayyar karnay ki baat bohat achhi baat thi ke hawa kai ek aurat ko tayyar karnay ka masla hota hai. jab ghar mein ek baap usko tayyar karta hai to phir woh ek wohi aurat aagay apnay samaj mein ek bohat bari rahat ki jagah rahat banti hai. apnay doosray ghar jati hai. wahan ke logon ke liye rahat ban jati hai.</w:t>
      </w:r>
    </w:p>
    <w:p>
      <w:pPr>
        <w:jc w:val="right"/>
      </w:pPr>
      <w:r>
        <w:t>इसी में अक्सर बहुत सारी गलत चीज़ें हो जाती हैं और इन्हें जो वहां पर ने जो कहा demanding की बात लोग करते हैं और तैयार करने की बात बहुत अच्छी बात थी कि हवा कई एक औरत को तैयार करने का मसला होता है. जब घर में एक बाप उसको तैयार करता है तो फिर वह एक वही औरत आगे अपने समाज में एक बहुत बड़ी राहत की जगह राहत बनती है. अपने दूसरे घर जाती है. वहां के लोगों के लिए राहत वन जाती है.</w:t>
      </w:r>
    </w:p>
    <w:p>
      <w:r>
        <w:rPr>
          <w:b/>
        </w:rPr>
        <w:t xml:space="preserve">[28:08] </w:t>
      </w:r>
      <w:r>
        <w:t>sukoon ka zariya banti hai. woh sirf husband ke liye nahi poooray mahaul ke liye sukoon ka zariya ban jati hai. to usko jo hai is tarah say unko tayyar karna chahiye aur logon ki demand to jo rehti hai woh shadi kartay hain to shakal, surat, education, paisa yahi saari demand rehti hai. koi kisi ko jo hai yeh nahi koi kehta koi imaan wali aurat chahiye. koi yeh nahi kehta humein nek aurat chahiye. koi yeh nahi kehta ke humein khazana chahiye.</w:t>
      </w:r>
    </w:p>
    <w:p>
      <w:pPr>
        <w:jc w:val="right"/>
      </w:pPr>
      <w:r>
        <w:t>सुकून का ज़रिया बनती है. वह सिर्फ husband के लिए नहीं पूरे माहौल के लिए सुकून का ज़रिया वन जाती है. तो उसको जो है इस तरह से उनको तैयार करना चाहिए और लोगों की demand तो जो रहती है वह शादी करते हैं तो शक्ल, सूरत, education, पैसा यही सारी demand रहती है. कोई किसी को जो है यह नहीं कोई कहता कोई ईमान वाली औरत चाहिए. कोई यह नहीं कहता हमें नेक औरत चाहिए. कोई यह नहीं कहता कि हमें खज़ाना चाहिए.</w:t>
      </w:r>
    </w:p>
    <w:p>
      <w:r>
        <w:rPr>
          <w:b/>
        </w:rPr>
        <w:t xml:space="preserve">[28:38] </w:t>
      </w:r>
      <w:r>
        <w:t>imaan wali aisi aurat chahiye jo hamaray ghar mein ek aisi soch laye jo hamaray ghar ko badal de. to Maulana sahab ne likha hai ke aurat ke upar teen mehlay atay hain. har aurat ke upar, jaisa ke har ek ka taqaza alag alag hai.</w:t>
      </w:r>
    </w:p>
    <w:p>
      <w:pPr>
        <w:jc w:val="right"/>
      </w:pPr>
      <w:r>
        <w:t>ईमान वाली ऐसी औरत चाहिए जो हमारे घर में एक ऐसी सोच लेकर आए जो हमारे घर को बदल दे. तो मोलाना साहब ने लिखा है कि औरत के ऊपर तीन महले आते हैं. हर औरत के ऊपर, जैसे एक हर एक का ताकाज़ा अलग अलग है.</w:t>
      </w:r>
    </w:p>
    <w:p>
      <w:r>
        <w:rPr>
          <w:b/>
        </w:rPr>
        <w:t xml:space="preserve">[28:55] </w:t>
      </w:r>
      <w:r>
        <w:t>pahle jab woh apne ghar mein taleem paati hai, doosra jab woh doosre ghar mein jaati hai to</w:t>
      </w:r>
    </w:p>
    <w:p>
      <w:pPr>
        <w:jc w:val="right"/>
      </w:pPr>
      <w:r>
        <w:t>पहले जब वह अपने घर में तालीन पाती है, दूसरा जब वह दूसरे घर में जाती है तो</w:t>
      </w:r>
    </w:p>
    <w:p>
      <w:r>
        <w:rPr>
          <w:b/>
        </w:rPr>
        <w:t xml:space="preserve">[28:59] </w:t>
      </w:r>
      <w:r>
        <w:t>wahan par uski zimmedari doosre ghar ki jo zimmedari hoti hai uske ghar ka woh dekhna aur phir</w:t>
      </w:r>
    </w:p>
    <w:p>
      <w:pPr>
        <w:jc w:val="right"/>
      </w:pPr>
      <w:r>
        <w:t>वहां पर उसकी ज़िम्मेदारी दूसरे घर की जो ज़िम्मेदारी होती है उसके घर का वह देखना और फिर</w:t>
      </w:r>
    </w:p>
    <w:p>
      <w:r>
        <w:rPr>
          <w:b/>
        </w:rPr>
        <w:t xml:space="preserve">[29:04] </w:t>
      </w:r>
      <w:r>
        <w:t>uske baad jo hai wahi aurat jo hai tarbiyat-e-nasl banti hai na aage wali nasl ke liye</w:t>
      </w:r>
    </w:p>
    <w:p>
      <w:pPr>
        <w:jc w:val="right"/>
      </w:pPr>
      <w:r>
        <w:t>उसके बाद जो है वही औरत जो है तरबीयतें नस्ल बनती है ना आगे वाली नस्ल के लिए</w:t>
      </w:r>
    </w:p>
    <w:p>
      <w:r>
        <w:rPr>
          <w:b/>
        </w:rPr>
        <w:t xml:space="preserve">[29:08] </w:t>
      </w:r>
      <w:r>
        <w:t>nasl ko taiyar karti hai.</w:t>
      </w:r>
    </w:p>
    <w:p>
      <w:pPr>
        <w:jc w:val="right"/>
      </w:pPr>
      <w:r>
        <w:t>नस्ल को तैयार करती है.</w:t>
      </w:r>
    </w:p>
    <w:p>
      <w:r>
        <w:rPr>
          <w:b/>
        </w:rPr>
        <w:t xml:space="preserve">[29:13] </w:t>
      </w:r>
      <w:r>
        <w:t>to yeh bahut hi achha discussion ho raha hai maslan aur bahut sari cheezein hoti aati hai swarg</w:t>
      </w:r>
    </w:p>
    <w:p>
      <w:pPr>
        <w:jc w:val="right"/>
      </w:pPr>
      <w:r>
        <w:t>तो यह बहुत ही अच्छा discussion हो रहा है मसलना और बहुत सारी चीज़ें होती आती है स्वर्ग</w:t>
      </w:r>
    </w:p>
    <w:p>
      <w:r>
        <w:rPr>
          <w:b/>
        </w:rPr>
        <w:t xml:space="preserve">[29:17] </w:t>
      </w:r>
      <w:r>
        <w:t>batane ke liye.</w:t>
      </w:r>
    </w:p>
    <w:p>
      <w:pPr>
        <w:jc w:val="right"/>
      </w:pPr>
      <w:r>
        <w:t>बताने के लिए.</w:t>
      </w:r>
    </w:p>
    <w:p>
      <w:r>
        <w:rPr>
          <w:b/>
        </w:rPr>
        <w:t xml:space="preserve">[29:22] </w:t>
      </w:r>
      <w:r>
        <w:t>bahut hi achha aap logon ne bataya jazr karna.</w:t>
      </w:r>
    </w:p>
    <w:p>
      <w:pPr>
        <w:jc w:val="right"/>
      </w:pPr>
      <w:r>
        <w:t>बहुत ही अच्छा आप लोगों ने बताया जज़ार करना.</w:t>
      </w:r>
    </w:p>
    <w:p>
      <w:r>
        <w:rPr>
          <w:b/>
        </w:rPr>
        <w:t xml:space="preserve">[29:27] </w:t>
      </w:r>
      <w:r>
        <w:t>I would also like to point point some some points from the book, The Rights of This Woman in Islamic Sharia by Maulana Sahab. to I will just read out one paragraph which is pertaining to what Apa has said just now. How should a woman or a wife live with a husband? This has been instilled into a woman by nature itself.</w:t>
      </w:r>
    </w:p>
    <w:p>
      <w:pPr>
        <w:jc w:val="right"/>
      </w:pPr>
      <w:r>
        <w:t>I would also like to point point some some points from the book, The Rights of This Woman in Islamic Sharia by मोलैना साहब. तो I will just read out one paragraph which is pertaining to what आपा has said just now. How should a woman or a wife live with a husband? This has been instilled into a woman by nature itself.</w:t>
      </w:r>
    </w:p>
    <w:p>
      <w:r>
        <w:rPr>
          <w:b/>
        </w:rPr>
        <w:t xml:space="preserve">[29:52] </w:t>
      </w:r>
      <w:r>
        <w:t>If a woman is of really serious caste of mind, her inner nature will suffice to guide her in this matter. This has been expressed in the following words of the Quran. Therefore, the righteous women are devoutly obedient and guard in the husband's absence. What God would have them guard? The responsibilities of women as regards man described by the Quran and Sunnah are in complete accord with this feminine nature.</w:t>
      </w:r>
    </w:p>
    <w:p>
      <w:pPr>
        <w:jc w:val="right"/>
      </w:pPr>
      <w:r>
        <w:t>If a woman is of really serious caste of mind, her inner nature will suffice to guide her in this matter. This has been expressed in the following words of the Quran. Therefore, the righteous women are devoutly obedient and guard in the husband's absence. What God would have them guard? The responsibilities of women as regards man described by the Quran and Sunnah are in complete accord with this feminine nature.</w:t>
      </w:r>
    </w:p>
    <w:p>
      <w:r>
        <w:rPr>
          <w:b/>
        </w:rPr>
        <w:t xml:space="preserve">[30:22] </w:t>
      </w:r>
      <w:r>
        <w:t>So this is a very profound article which which I found in this book. And I would like to open the session to other ladies over here who can share their learning. But please make it short and to pandrah preetam kuch kya hai? Apa, sorry I didn't see. Ji Doctor Safiq.</w:t>
      </w:r>
    </w:p>
    <w:p>
      <w:pPr>
        <w:jc w:val="right"/>
      </w:pPr>
      <w:r>
        <w:t>So this is a very profound article which which I found in this book. And I would like to open the session to other ladies over here who can share their learning. But please make it short and तो पंद्रह प्रीतम कुछ क्या है? आपा, sorry I didn't see. जी doctor सफ़ीक.</w:t>
      </w:r>
    </w:p>
    <w:p>
      <w:r>
        <w:rPr>
          <w:b/>
        </w:rPr>
        <w:t xml:space="preserve">[30:44] </w:t>
      </w:r>
      <w:r>
        <w:t>Shaveena, main mujhe ek aur hadith ka wala yaad aa raha hai ki aap sabhi logon ne suni hai woh tum mein se behtar mard woh hai jo apni auraton ke liye achha ho. to zahir si baat hai woh hadith bhi dono ke liye hai. woh woh hadith bhi mardon aur auraton ke liye dono par apply karti hai.</w:t>
      </w:r>
    </w:p>
    <w:p>
      <w:pPr>
        <w:jc w:val="right"/>
      </w:pPr>
      <w:r>
        <w:t>शवीना, मैं मुझे एक और हदीस का वाला याद आ रहा है कि आप सभी लोगों ने सुनी है वह तुम में से बेहतर मर्द वह है जो अपनी औरतों के लिए अच्छा हो. तो जाहिर सी बात है वह हदीस भी दोनों के लिए है. वह वह हदीस भी मर्दों और औरतों के लिए दोनों पर apply करती है.</w:t>
      </w:r>
    </w:p>
    <w:p>
      <w:r>
        <w:rPr>
          <w:b/>
        </w:rPr>
        <w:t xml:space="preserve">[31:02] </w:t>
      </w:r>
      <w:r>
        <w:t>to mujhe yeh lagta hai ki jo apne aap ko behtar aurat sabit karne ke liye hamein apne mard ke liye agar achha hona hoga to Allah ki nazar mein hum bahut bada kaam karenge kyunki hum Allah ki nazar mein zyada behtar mard ya zyada behtar aurat banayenge agar hum yeh sabit kar payein ki hum apne husband ke liye behtar hain.</w:t>
      </w:r>
    </w:p>
    <w:p>
      <w:pPr>
        <w:jc w:val="right"/>
      </w:pPr>
      <w:r>
        <w:t>तो मुझे यह लगता है कि जो अपने आप को बेहतर औरत साबित करने के लिए हमें अपने मर्द के लिए अगर अच्छा होना होगा तो अल्लाह की नज़र में हम बहुत बड़ा काम करेंगे क्योंकि हम अल्लाह की नज़र में ज़्यादा बेहतर मर्द या ज़्यादा बेहतर औरत बनाएंगे अगर हम यह साबित कर पाएं कि हम अपने husband के लिए बेहतर हैं.</w:t>
      </w:r>
    </w:p>
    <w:p>
      <w:r>
        <w:rPr>
          <w:b/>
        </w:rPr>
        <w:t xml:space="preserve">[31:24] </w:t>
      </w:r>
      <w:r>
        <w:t>to mujhe yeh baat bahut simple word ki yeh hadith hai aur mujhe isse bahut ek golden rule milta hai ki behtar banne ke liye simple hai ki hum apne apne saath apne husband ke saath behtar hon, hamara ravaiya achha ho. to yeh cheez ek hamara golden rule agar hum bana lein to isse hum bahut sari cheezon ko samajh payenge ki behtar khatoon hai kya?</w:t>
      </w:r>
    </w:p>
    <w:p>
      <w:pPr>
        <w:jc w:val="right"/>
      </w:pPr>
      <w:r>
        <w:t>तो मुझे यह बात बहुत simple word की यह हदीश है और मुझे इससे बहुत एक golden rule मिलता है कि बेहतर बनने के लिए simple है कि हम अपने अपने साथ अपने husband के साथ बेहतर हों, हमारा रवैया अच्छा हो. तो यह चीज़ एक हमारा golden rule अगर हम बना लें तो इससे हम बहुत सारी चीज़ों को समझ पाएंगे कि बेहतर खातून है क्या?</w:t>
      </w:r>
    </w:p>
    <w:p>
      <w:r>
        <w:rPr>
          <w:b/>
        </w:rPr>
        <w:t xml:space="preserve">[31:48] </w:t>
      </w:r>
      <w:r>
        <w:t>ek yeh main baat main yeh kehna chah rahi thi ki auraton ka aur mardon ka behavior naturally different hota hai. to hamein usko bhi samajhna hai ki jo cheezein matlab yeh they are different and we have to understand it and accordingly help each other. And manage the differences. Haan, they are manage the differences. bilkul compatibility ka matlab hi hai ek doosre ke kaam aana.</w:t>
      </w:r>
    </w:p>
    <w:p>
      <w:pPr>
        <w:jc w:val="right"/>
      </w:pPr>
      <w:r>
        <w:t>एक यह मैं बात मैं यह कहना चाह रही थी कि औरतों का और मर्दों का behavior naturally different होता है. तो हमें उसको भी समझना है कि जो चीज़ें मतलब यह they are different and we have to understand it and accordingly help each other. And manage the differences. हां, they are manage the differences. बिल्कुल compatibility का मतलब ही है एक दूसरे के काम आना.</w:t>
      </w:r>
    </w:p>
    <w:p>
      <w:r>
        <w:rPr>
          <w:b/>
        </w:rPr>
        <w:t xml:space="preserve">[32:18] </w:t>
      </w:r>
      <w:r>
        <w:t>Thank you for sharing all of you vidyak points, very important points that we are taking it down</w:t>
      </w:r>
    </w:p>
    <w:p>
      <w:pPr>
        <w:jc w:val="right"/>
      </w:pPr>
      <w:r>
        <w:t>Thank you for sharing all of you विद्यक points, very important points that we are taking it down</w:t>
      </w:r>
    </w:p>
    <w:p>
      <w:r>
        <w:rPr>
          <w:b/>
        </w:rPr>
        <w:t xml:space="preserve">[32:24] </w:t>
      </w:r>
      <w:r>
        <w:t>and installing in ourself a very important point to be taken care of.</w:t>
      </w:r>
    </w:p>
    <w:p>
      <w:pPr>
        <w:jc w:val="right"/>
      </w:pPr>
      <w:r>
        <w:t>and installing in ourself a very important point to be taken care of.</w:t>
      </w:r>
    </w:p>
    <w:p>
      <w:r>
        <w:rPr>
          <w:b/>
        </w:rPr>
        <w:t xml:space="preserve">[32:30] </w:t>
      </w:r>
      <w:r>
        <w:t>And, we we will open this session now since it is now twenty five minutes left.</w:t>
      </w:r>
    </w:p>
    <w:p>
      <w:pPr>
        <w:jc w:val="right"/>
      </w:pPr>
      <w:r>
        <w:t>And, we we will open this session now since it is now twenty five minutes left.</w:t>
      </w:r>
    </w:p>
    <w:p>
      <w:r>
        <w:rPr>
          <w:b/>
        </w:rPr>
        <w:t xml:space="preserve">[32:36] </w:t>
      </w:r>
      <w:r>
        <w:t>So, Tarunmi Patel wants to say something. shuru.</w:t>
      </w:r>
    </w:p>
    <w:p>
      <w:pPr>
        <w:jc w:val="right"/>
      </w:pPr>
      <w:r>
        <w:t>So, तरण्मी पटेल wants to say something. शुरू.</w:t>
      </w:r>
    </w:p>
    <w:p>
      <w:r>
        <w:rPr>
          <w:b/>
        </w:rPr>
        <w:t xml:space="preserve">[32:42] </w:t>
      </w:r>
      <w:r>
        <w:t>Assalam Alaikum ma'am. Walikum Islam.</w:t>
      </w:r>
    </w:p>
    <w:p>
      <w:pPr>
        <w:jc w:val="right"/>
      </w:pPr>
      <w:r>
        <w:t>अस्लाम अलीकूम ma'am. वालिक इस्लाम.</w:t>
      </w:r>
    </w:p>
    <w:p>
      <w:r>
        <w:rPr>
          <w:b/>
        </w:rPr>
        <w:t xml:space="preserve">[32:49] </w:t>
      </w:r>
      <w:r>
        <w:t>Ma'am mujhe is topic se related thoda sa research kiya tha. to do baatein maine Quran se seekhi. agar main matlab kahin par galat ho jaati hoon please correct me. ek to yeh cheez ki behtareen auratein behtareen aadmiyon ke liye bani hui hain.</w:t>
      </w:r>
    </w:p>
    <w:p>
      <w:pPr>
        <w:jc w:val="right"/>
      </w:pPr>
      <w:r>
        <w:t>Ma'am मुझे इस topic से related थोड़ा सा research किया था. तो दो बातें मैंने कुरान से सीखी. अगर मैं मतलब कहीं पर गलत हो जाती हूं please correct me. एक तो यह चीज़ कि बेहतरीन औरतें बेहतरीन आदमियों के लिए बनी हुई हैं.</w:t>
      </w:r>
    </w:p>
    <w:p>
      <w:r>
        <w:rPr>
          <w:b/>
        </w:rPr>
        <w:t xml:space="preserve">[33:05] </w:t>
      </w:r>
      <w:r>
        <w:t>ek yeh likha hua mila mujhe aur doosra yeh likha hua tha ki women according to Surah Nisa women have got a very special place and a very special status according to our religion which is Islam. So, behtareen aurat kaun hai?</w:t>
      </w:r>
    </w:p>
    <w:p>
      <w:pPr>
        <w:jc w:val="right"/>
      </w:pPr>
      <w:r>
        <w:t>एक यह लिखा हुआ मिला मुझे और दूसरा यह लिखा हुआ था कि women according to सूर्य निशा women have got a very special place and a very special status according to our religion which is Islam. So, बेहतरीन औरत कौन है?</w:t>
      </w:r>
    </w:p>
    <w:p>
      <w:r>
        <w:rPr>
          <w:b/>
        </w:rPr>
        <w:t xml:space="preserve">[33:23] </w:t>
      </w:r>
      <w:r>
        <w:t>agar hum is cheez ko simple words mein define karna chahenge aur agar hum daily life ke basis par isko dekhein to behtareen aurat woh hai jo apne aap ko Allah ke parameters par judge karein. kyunki hum jis tarah ki society mein reh rahe hain ya jis tarah mauzhe mein hum hain, to hum majboor rehna chahte hue bhi hum apne aap ko judge karne lagte hain on the parameters which have been decided by people around us.</w:t>
      </w:r>
    </w:p>
    <w:p>
      <w:pPr>
        <w:jc w:val="right"/>
      </w:pPr>
      <w:r>
        <w:t>अगर हम इस चीज़ को simple words में define करना चाहेंगे और अगर हम daily life के basis पर इसको देखें तो बेहतरीन औरत वह है जो अपने आपको अल्लाह के parameters पर judge करें. क्योंकि हम जिस तरीके की society में रह रहे हैं या जिस तरीके मौश्रे में हम हैं, तो हम मजबूर रहना चाहते हुए भी हम अपने आप को judge करने लगते हैं on the parameters which have been decided by people around us.</w:t>
      </w:r>
    </w:p>
    <w:p>
      <w:r>
        <w:rPr>
          <w:b/>
        </w:rPr>
        <w:t xml:space="preserve">[33:48] </w:t>
      </w:r>
      <w:r>
        <w:t>Like like certain standards like beauty aur the standards of how much money do we earn, hum kitne educated hain ya phir hamara family background kya hai? What kind of clothes do we wear? hamare paas kya kya jewelry hai?</w:t>
      </w:r>
    </w:p>
    <w:p>
      <w:pPr>
        <w:jc w:val="right"/>
      </w:pPr>
      <w:r>
        <w:t>Like like certain standards like beauty और the standards of how much money do we earn, हम कितने educated हैं या फिर हमारा family background क्या है? What kind of clothes do we wear? हमारे पास क्या क्या jewelry है?</w:t>
      </w:r>
    </w:p>
    <w:p>
      <w:r>
        <w:rPr>
          <w:b/>
        </w:rPr>
        <w:t xml:space="preserve">[34:00] </w:t>
      </w:r>
      <w:r>
        <w:t>So, hum jo hai majboor ho jaate hain kahin na kahin apne aap ko duniyavi parameters par measure karne</w:t>
      </w:r>
    </w:p>
    <w:p>
      <w:pPr>
        <w:jc w:val="right"/>
      </w:pPr>
      <w:r>
        <w:t>So, हम जो है मजबूर हो जाते हैं कहीं ना कहीं अपने आपको दुनियावी parameters पर measure करने</w:t>
      </w:r>
    </w:p>
    <w:p>
      <w:r>
        <w:rPr>
          <w:b/>
        </w:rPr>
        <w:t xml:space="preserve">[34:06] </w:t>
      </w:r>
      <w:r>
        <w:t>ke liye and because hum usmein behtar matlab hum usmein excel karna chahte hain so kahin na kahin</w:t>
      </w:r>
    </w:p>
    <w:p>
      <w:pPr>
        <w:jc w:val="right"/>
      </w:pPr>
      <w:r>
        <w:t>के लिए and because हम उसमें बेहतर मतलब हम उसमें excel करना चाहते हैं so कहीं ना कहीं</w:t>
      </w:r>
    </w:p>
    <w:p>
      <w:r>
        <w:rPr>
          <w:b/>
        </w:rPr>
        <w:t xml:space="preserve">[34:12] </w:t>
      </w:r>
      <w:r>
        <w:t>hum Allah ke decide kiye hue parameters jaise ki paakizgi hai, jaise ki self control hai, apne aap ko</w:t>
      </w:r>
    </w:p>
    <w:p>
      <w:pPr>
        <w:jc w:val="right"/>
      </w:pPr>
      <w:r>
        <w:t>हम अल्लाह के decide किए हुए parameters जैसे कि पाकिस्गी है, जैसे कि self control है, अपने आपको</w:t>
      </w:r>
    </w:p>
    <w:p>
      <w:r>
        <w:rPr>
          <w:b/>
        </w:rPr>
        <w:t xml:space="preserve">[34:19] </w:t>
      </w:r>
      <w:r>
        <w:t>jo qurbani ki jo ek chahat hai, un parameters par apne aap ko measure karna ya apne aap ko judge</w:t>
      </w:r>
    </w:p>
    <w:p>
      <w:pPr>
        <w:jc w:val="right"/>
      </w:pPr>
      <w:r>
        <w:t>जो कुर्बानी की जो एक चाहत है, उन parameters पर अपने आपको measure करना या अपने आपको judge</w:t>
      </w:r>
    </w:p>
    <w:p>
      <w:r>
        <w:rPr>
          <w:b/>
        </w:rPr>
        <w:t xml:space="preserve">[34:25] </w:t>
      </w:r>
      <w:r>
        <w:t>karna band kar dete hain kyunki hum duniyavi cheezon mein bahut zyada gum ho jate hain.</w:t>
      </w:r>
    </w:p>
    <w:p>
      <w:pPr>
        <w:jc w:val="right"/>
      </w:pPr>
      <w:r>
        <w:t>करना बंद कर देते हैं क्योंकि हम दुनियावी चीज़ों में बहुत ज़्यादा गुम हो जाते हैं.</w:t>
      </w:r>
    </w:p>
    <w:p>
      <w:r>
        <w:rPr>
          <w:b/>
        </w:rPr>
        <w:t xml:space="preserve">[34:32] </w:t>
      </w:r>
      <w:r>
        <w:t>to agar hamein apne aap ko behtareen saanche mein daalna hai aur ek behtareen aurat ka form lena hai to mujhe aisa lagta hai ki apne aap ko worldly jo scale hai rating scale jo humne bana rakha hai, agar us par hamein world judge kitna bhi kare, hamari behtari aur hamare standard internally hamare apne upar depend karna chahiye aur woh jo standard hai woh hum with reference to Allah rakhein.</w:t>
      </w:r>
    </w:p>
    <w:p>
      <w:pPr>
        <w:jc w:val="right"/>
      </w:pPr>
      <w:r>
        <w:t>तो अगर हमें अपने आप को बेहतरीन सांचे में डालना है और एक बेहतरीन औरत का form लेना है तो मुझे ऐसा लगता है कि अपने आप को worldly जो scale है rating scale जो हमने बना रखा है, अगर उस पर हमें world judge कितना भी करे, हमारी बेहतरी और हमारे standard internally हमारे अपने ऊपर depend करना चाहिए और वह जो standard है वह हम with reference to अल्लाह रखें.</w:t>
      </w:r>
    </w:p>
    <w:p>
      <w:r>
        <w:rPr>
          <w:b/>
        </w:rPr>
        <w:t xml:space="preserve">[35:01] </w:t>
      </w:r>
      <w:r>
        <w:t>koi agar hamein yeh keh de raha hai ki aap jo hai is tarah ki aurat hain based on n number of criteria, we should always reassess ki is it important to be good in their eyes or is it important ki hum Allah ki nazar mein sahi kar rahe hain ki nahin? mere maayne se agar hum Allah ke hisab se cheezon ko sahi aur galat mein differentiate karne lag jayenge to automatically we will lead towards excellence. ya behtareen aurat banne ke form mein hum log lag jayenge.</w:t>
      </w:r>
    </w:p>
    <w:p>
      <w:pPr>
        <w:jc w:val="right"/>
      </w:pPr>
      <w:r>
        <w:t>कोई अगर हमें यह कह दे रहा है कि आप जो है इस तरीके की औरत हैं based on n number of criteria, we should always reassess कि is it important to be good in their eyes or is it important कि हम अल्लाह की नज़र में सही कर रहे हैं कि नहीं? मेरे मायने से अगर हम अल्लाह के हिसाब से चीज़ों को सही और गलत में differentiate करने लग जाएंगे तो automatically we will lead towards excellence. या बेहतरीन औरत बनने के form में हम लोग लग जाएंगे.</w:t>
      </w:r>
    </w:p>
    <w:p>
      <w:r>
        <w:rPr>
          <w:b/>
        </w:rPr>
        <w:t xml:space="preserve">[35:31] </w:t>
      </w:r>
      <w:r>
        <w:t>doosra yeh hai ki Allah taala ne kaha hai ki jis tarah ki chahat hum rakhte hain matlab jis cheez ko hum seek karte hain Allah taala hamein usi cheez ke saath nawaz deta hai. So agar hum as a woman desire karenge ki hamare paas worldly cheezein hon aur hum matlab hamare dil mein kahin na kahin usi ki chahat hai to Allah taala aaj nahi to kal hamein duniya se nawaz hi denge lekin hamein hamare andar chahat develop karni hai akhirat ki.</w:t>
      </w:r>
    </w:p>
    <w:p>
      <w:pPr>
        <w:jc w:val="right"/>
      </w:pPr>
      <w:r>
        <w:t>दूसरा यह है कि अल्लाह तालाह ने कहा है कि जिस तरीके की चाहत हम रखते हैं मतलब जिस चीज़ को हम सीख करते हैं अल्लाह तालाह हमें उसी चीज़ के साथ नवाज़ देता है. So अगर हम as a woman desire करेंगे कि हमारे पास worldly चीज़ें हों और हम मतलब हमारे दिल में कहीं ना कहीं उसी की चाहत है तो अल्लाह तालाह आज नहीं तो कल हमें दुनिया से नवाज़ ही देंगे लेकिन हमें हमारे अंदर चाहद develop करनी है आखिरत की.</w:t>
      </w:r>
    </w:p>
    <w:p>
      <w:r>
        <w:rPr>
          <w:b/>
        </w:rPr>
        <w:t xml:space="preserve">[36:00] </w:t>
      </w:r>
      <w:r>
        <w:t>agar hamare andar akhirat ki lau lag jaati hai aur akhirat ki chahat develop hoti hai to Allah taala automatically hamare surroundings, hamare aas paas ke log aise bana dete hain, is tarah ka mahol bana dete hain ki we are automatically directed towards our aakhirah. So, mere hisab se behtareen hone ki do definition mujhe mili thodi research karne se.</w:t>
      </w:r>
    </w:p>
    <w:p>
      <w:pPr>
        <w:jc w:val="right"/>
      </w:pPr>
      <w:r>
        <w:t>अगर हमारे अंदर आखिरत की लौ लग जाती है और आखिरत की चाहद develop होती है तो अल्लाह तालाह automatically हमारे surroundings, हमारे आसपास के लोग ऐसे बना देते हैं, इस तरीके का माहौल बना देते हैं कि we are automatically directed towards our आख़िरा. So, मेरे हिसाब से बेहतरीन होने की दो definition मुझे मिली थोड़ी research करने से.</w:t>
      </w:r>
    </w:p>
    <w:p>
      <w:r>
        <w:rPr>
          <w:b/>
        </w:rPr>
        <w:t xml:space="preserve">[36:21] </w:t>
      </w:r>
      <w:r>
        <w:t>ek to yeh ki on the parameters of Allah hum apne aap ko judge karein irrespective of what the world says aur second yeh ki hum hamari priority worldly desires ko na banakar hamari akhirat wali zindagi ko banayein taaki Allah taala usi raaste par hamein phir direct kar paye. Jaza kallah ma'am. Haan Jaza kallah Talunnu for sharing your learning. Aap aap kuch kehna chahengi inki learning par?</w:t>
      </w:r>
    </w:p>
    <w:p>
      <w:pPr>
        <w:jc w:val="right"/>
      </w:pPr>
      <w:r>
        <w:t>एक तो यह कि on the parameters of अल्लाह हम अपने आप को judge करें irrespective of what the world says और second यह कि हम हमारी priority worldly desires को ना बनाकर हमारी आख़िरत वाली ज़िंदगी को बनाए ताकि अल्लाह तालाह उसी रास्ते पर हमें फिर direct कर पाए. जिज़ा कल्लाह ma'am. हां जिज़ा कल्लाह तालुनू for sharing your learning. आप आप कुछ कहना चाहेंगी इनकी learning पर?</w:t>
      </w:r>
    </w:p>
    <w:p>
      <w:r>
        <w:rPr>
          <w:b/>
        </w:rPr>
        <w:t xml:space="preserve">[36:51] </w:t>
      </w:r>
      <w:r>
        <w:t>Would you like to say something? Haan haan chal rahi na bahut achha behtareen bataya Tarandumi Kapil ne mashah Allah aur yeh Allah ke parameter par jo unhone bataya yeh bahut hi achha uski line unhone uski learning thi. ki Allah ke parameter par har woh history ke ki woh auratein hain jo aise Asia thi.</w:t>
      </w:r>
    </w:p>
    <w:p>
      <w:pPr>
        <w:jc w:val="right"/>
      </w:pPr>
      <w:r>
        <w:t>Would you like to say something? हां हां चल रही ना बहुत अच्छा बेहतरीन बताया तरंडुम कपिल ने मशह अल्लाह और यह अल्लाह के parameter पर जो उन्होंने बताया यह बहुत ही अच्छा उसकी line उन्होंने उसकी learning थी. कि हल्ला के parameter पर हर वह history के कि वह औरतें हैं जो ऐसे Asia थी.</w:t>
      </w:r>
    </w:p>
    <w:p>
      <w:r>
        <w:rPr>
          <w:b/>
        </w:rPr>
        <w:t xml:space="preserve">[37:12] </w:t>
      </w:r>
      <w:r>
        <w:t>woh unka iman itna mazboot tha ki unhone apne khuda ke liye apne ko matlab unko maut unhone qubool kar liya phir unhone unko khatam kar diya. aise woh thi kya naam hai Khadija aur Ibrahim Ali salam ne apni biwi ko wahan par dala. jannat mein unhone apne peeche Khuda ko dekh liya. to unhone apne bachche ko bhi apne saath Allah ke parameter ke hi wajah se aisa kiya.</w:t>
      </w:r>
    </w:p>
    <w:p>
      <w:pPr>
        <w:jc w:val="right"/>
      </w:pPr>
      <w:r>
        <w:t>वह उनका ईमान इतना मज़बूत था कि उन्होंने अपने कोदा के लिए अपने को मतलब उनको मौत उन्होंने कुबूर कर लिया फिर उन्होंने उनको खत्म कर दिया. ऐसे वह थी क्या नाम है खदीजा मोर इब्राहिम अली सलाम ने अपनी बीवी को वहां पर डाला. जज़्ज़त में उन्होंने अपने पीछे खुदा को देख लिया. तो उन्होंने अपने बच्चे को भी अपने साथ अल्लाह के parameter के ही वजह से ऐसा किया.</w:t>
      </w:r>
    </w:p>
    <w:p>
      <w:r>
        <w:rPr>
          <w:b/>
        </w:rPr>
        <w:t xml:space="preserve">[37:42] </w:t>
      </w:r>
      <w:r>
        <w:t>to yeh Allah taala ne hamein misaal jo hai payam karke dikha di hai aur bahut hi sahi baat hai ki agar humne apne aap ko judge nahi kiya, Khuda aur duniya ko alag alag karke humne nahi socha to hum kabhi successful ho hi nahi sakte hain. kyunki yahi to samajhne ki baat hai ki wahi jaise Doctor Safeena ne kaha ki simple living high thinking.</w:t>
      </w:r>
    </w:p>
    <w:p>
      <w:pPr>
        <w:jc w:val="right"/>
      </w:pPr>
      <w:r>
        <w:t>तो यह अल्लाह ताला ने हमें मिसाल जो है पायम करके दिखा दी है और बहुत ही सही बात है कि अगर हमने अपने आप को judge नहीं किया, खुदा और दुनिया को अलग अलग करके हमने नहीं सोचा तो हम कभी successful हो ही नहीं सकते हैं. क्योंकि यही तो समझने की बात है कि वही जैसे Doctor सफीना ने कहा कि simple living high thinking.</w:t>
      </w:r>
    </w:p>
    <w:p>
      <w:r>
        <w:rPr>
          <w:b/>
        </w:rPr>
        <w:t xml:space="preserve">[38:05] </w:t>
      </w:r>
      <w:r>
        <w:t>agar hum simple living mein rehne lagenge, saadgi apni woh bana lenge to phir hamara to har kuch</w:t>
      </w:r>
    </w:p>
    <w:p>
      <w:pPr>
        <w:jc w:val="right"/>
      </w:pPr>
      <w:r>
        <w:t>अगर हम simple living में रहने लगेंगे, सादगी अपनी वह बना लेंगे तो फिर हमारा तो हर कुछ</w:t>
      </w:r>
    </w:p>
    <w:p>
      <w:r>
        <w:rPr>
          <w:b/>
        </w:rPr>
        <w:t xml:space="preserve">[38:15] </w:t>
      </w:r>
      <w:r>
        <w:t>sahi aa jaye ho jayega inshalah mashalma.</w:t>
      </w:r>
    </w:p>
    <w:p>
      <w:pPr>
        <w:jc w:val="right"/>
      </w:pPr>
      <w:r>
        <w:t>सही आ जाए हो जाएगा इंशालाह माशाल्मा.</w:t>
      </w:r>
    </w:p>
    <w:p>
      <w:r>
        <w:rPr>
          <w:b/>
        </w:rPr>
        <w:t xml:space="preserve">[38:26] </w:t>
      </w:r>
      <w:r>
        <w:t>Doctor safeda bhi kuch kahein.</w:t>
      </w:r>
    </w:p>
    <w:p>
      <w:pPr>
        <w:jc w:val="right"/>
      </w:pPr>
      <w:r>
        <w:t>Doctor सफेदा भी कुछ कहें.</w:t>
      </w:r>
    </w:p>
    <w:p>
      <w:r>
        <w:rPr>
          <w:b/>
        </w:rPr>
        <w:t xml:space="preserve">[38:37] </w:t>
      </w:r>
      <w:r>
        <w:t>aap ab main sochti hoon ki hum CPS members jitni hain, woh is baat ko achhe se samajhti hain ki jab duniya mein hamein judge kiya jata hai to shayad sabhi ke saath aisa hota hoga, mere saath bhi hota hai. log aksar kehte hain ki bhai aap kahan kaise rehte ho? kya? mujhe to keh dete hain ki aapko us tarah se rehna chahiye, waise karna chahiye.</w:t>
      </w:r>
    </w:p>
    <w:p>
      <w:pPr>
        <w:jc w:val="right"/>
      </w:pPr>
      <w:r>
        <w:t>आप अब मैं सोचती हूं कि हम CPS members जितनी हैं, वह इस बात को अच्छे से समझती हैं कि जब दुनिया में हमें judge किया जाता है तो शायद सभी के साथ ऐसा होता होगा, मेरे साथ भी होता है. लोग अक्सर कहते हैं कि भई आप कहां कैसे रहते हो? क्या? मुझे तो कह देते हैं कि आपको उस तरह से रहना चाहिए, वैसे करना चाहिए.</w:t>
      </w:r>
    </w:p>
    <w:p>
      <w:r>
        <w:rPr>
          <w:b/>
        </w:rPr>
        <w:t xml:space="preserve">[38:59] </w:t>
      </w:r>
      <w:r>
        <w:t>lekin hum hum jab jaan rahe hote hain ki hum ek higher goal ko dekh rahe hain, to hum un baaton ko dil par hi nahi asar lete hain aur zyada tar sabhi ke saath hum sabne face itna hi kahungi disaster. bilkul sahi kaha aapne hai.</w:t>
      </w:r>
    </w:p>
    <w:p>
      <w:pPr>
        <w:jc w:val="right"/>
      </w:pPr>
      <w:r>
        <w:t>लेकिन हम हम जब जान रहे होते हैं कि हम एक higher goal को देख रहे हैं, तो हम उन बातों को दिल पर ही नहीं असर लेते हैं और ज़्यादातर सभी के साथ हम सबने face इतना ही कहूंगी disaster. बिल्कुल सही कहा आपने है.</w:t>
      </w:r>
    </w:p>
    <w:p>
      <w:r>
        <w:rPr>
          <w:b/>
        </w:rPr>
        <w:t xml:space="preserve">[39:28] </w:t>
      </w:r>
      <w:r>
        <w:t>waqai hum sab ke sath hai ke hum hamari jo soch hai woh alag ho gayi hai. to hum mein bhi bohat sari cheezen aisi tarah ki mili aur aksar yeh bhi hota hai ke yeh galat hai, yeh sahi hai jaise batana bata deti hoon bohat mere jawan se niklta hai woh mera hamesha ka tha bachpan se samajh liye.</w:t>
      </w:r>
    </w:p>
    <w:p>
      <w:pPr>
        <w:jc w:val="right"/>
      </w:pPr>
      <w:r>
        <w:t>वाकई हम सबके साथ है कि हम हमारी जो सोच है वह अलग हो गई है. तो हम में भी बहुत सारी चीज़ें ऐसी तरह की मिली और अक्सर यह भी होता है कि यह गलत है, यह सही है जैसे बताना बता देती हूं बहुत मेरे जवान से निकलता है वह मेरा हमेशा का था बचपन से समझ लिए.</w:t>
      </w:r>
    </w:p>
    <w:p>
      <w:r>
        <w:rPr>
          <w:b/>
        </w:rPr>
        <w:t xml:space="preserve">[39:49] </w:t>
      </w:r>
      <w:r>
        <w:t>to is ke liye maine bohat zyada aise logon ke ke zariye bohat daant bhi khaya hai bohat woh ke har waqt yeh kya kehna ke yeh Allah kya is waqt jo ho raha hai woh dekho. to yeh cheez yeh soch agar insaan ki nahi banegi to kabhi kamyab nahi ho sakta aur shayad yeh soch hi ki wajah se aaj hum is mission mein hain. nahi to hum bhi wahi material cheezon mein hote hain.</w:t>
      </w:r>
    </w:p>
    <w:p>
      <w:pPr>
        <w:jc w:val="right"/>
      </w:pPr>
      <w:r>
        <w:t>तो इसके लिए मैंने बहुत ज़्यादा ऐसे लोगों के के ज़रिए बहुत डांट भी खाया है बहुत वह कि हर वक्त यह क्या कहना कि यह अल्लाह क्या इस वक्त जो हो रहा है वह देखो. तो यह चीज़ यह सोच अगर इंसान की नहीं बनेगी तो कभी कामयाब नहीं हो सकता और शायद यह सोच ही की वजह से आज हम इस mission में हैं. नहीं तो हम भी वही material चीज़ों में होते हैं.</w:t>
      </w:r>
    </w:p>
    <w:p>
      <w:r>
        <w:rPr>
          <w:b/>
        </w:rPr>
        <w:t xml:space="preserve">[40:16] </w:t>
      </w:r>
      <w:r>
        <w:t>aap princess ek haan aap apni learning ko share karen. acha, kyunke main apne uska jo lubelabad school jo chehri ka usmein bohat achhi cheezen andaaz ke liye mana chahte jinhone mein sab sudharna hai.</w:t>
      </w:r>
    </w:p>
    <w:p>
      <w:pPr>
        <w:jc w:val="right"/>
      </w:pPr>
      <w:r>
        <w:t>आप Princess एक हान आप अपनी learning को share करें. अच्छा, क्योंकि मैं अपने उसका जो लुबेलाबाद school जो चेहरी का उसमें बहुत अच्छी चीज़ें अंदाज़ के लिए माना चाहते जिन्होंने में सब सुधारना है.</w:t>
      </w:r>
    </w:p>
    <w:p>
      <w:r>
        <w:rPr>
          <w:b/>
        </w:rPr>
        <w:t xml:space="preserve">[40:30] </w:t>
      </w:r>
      <w:r>
        <w:t>ek hi sabse important cheez chehri ki sabse important cheez yeh hai ki yeh dono but aur dono,</w:t>
      </w:r>
    </w:p>
    <w:p>
      <w:pPr>
        <w:jc w:val="right"/>
      </w:pPr>
      <w:r>
        <w:t>एक ही सबसे important चीज़ चेहरी की सबसे important चीज़ यह है कि यह दोनों but और दोनों,</w:t>
      </w:r>
    </w:p>
    <w:p>
      <w:r>
        <w:rPr>
          <w:b/>
        </w:rPr>
        <w:t xml:space="preserve">[40:37] </w:t>
      </w:r>
      <w:r>
        <w:t>aurat ke dono par jagu hote aisa nahi ki dikha toh gaya hai ki aurat theek kare matlab</w:t>
      </w:r>
    </w:p>
    <w:p>
      <w:pPr>
        <w:jc w:val="right"/>
      </w:pPr>
      <w:r>
        <w:t>औरत के दोनों पर जागू होते ऐसा नहीं कि दिखा तो गया है कि औरत ठीक करें मतलब</w:t>
      </w:r>
    </w:p>
    <w:p>
      <w:r>
        <w:rPr>
          <w:b/>
        </w:rPr>
        <w:t xml:space="preserve">[40:45] </w:t>
      </w:r>
      <w:r>
        <w:t>yeh cheez dono mard aur aurat dono par dikhanun ki agar agar yeh dikha gaya ki aurat sabse</w:t>
      </w:r>
    </w:p>
    <w:p>
      <w:pPr>
        <w:jc w:val="right"/>
      </w:pPr>
      <w:r>
        <w:t>यह चीज़ दोनों मर्द और औरत दोनों पर दिखानून कि अगर अगर यह दिखा गया कि औरत सबसे</w:t>
      </w:r>
    </w:p>
    <w:p>
      <w:r>
        <w:rPr>
          <w:b/>
        </w:rPr>
        <w:t xml:space="preserve">[40:53] </w:t>
      </w:r>
      <w:r>
        <w:t>dekha aur aurat kaun hai ki usmein yeh jo baat hai na ki jab marz ka koi kaam</w:t>
      </w:r>
    </w:p>
    <w:p>
      <w:pPr>
        <w:jc w:val="right"/>
      </w:pPr>
      <w:r>
        <w:t>देखा और औरत कौन है कि उसमें यह जो बात है ना कि जब मर्ज़ का कोई काम</w:t>
      </w:r>
    </w:p>
    <w:p>
      <w:r>
        <w:rPr>
          <w:b/>
        </w:rPr>
        <w:t xml:space="preserve">[41:01] </w:t>
      </w:r>
      <w:r>
        <w:t>kahe toh woh achhi adaz kare.</w:t>
      </w:r>
    </w:p>
    <w:p>
      <w:pPr>
        <w:jc w:val="right"/>
      </w:pPr>
      <w:r>
        <w:t>कहे तो वह अच्छी अदाज़ करे.</w:t>
      </w:r>
    </w:p>
    <w:p>
      <w:r>
        <w:rPr>
          <w:b/>
        </w:rPr>
        <w:t xml:space="preserve">[41:09] </w:t>
      </w:r>
      <w:r>
        <w:t>isko hamare masoor mein bohat misuse kiya jata hai. is liye hamare paas jitni bhi hawati hain especially jo kyunke ek mai hai ke alila ke is hawale ne kabhi hamare jo humne bataya ke humein budoo darda bata dena chahiye.</w:t>
      </w:r>
    </w:p>
    <w:p>
      <w:pPr>
        <w:jc w:val="right"/>
      </w:pPr>
      <w:r>
        <w:t>इसको हमारे मासूर में बहुत misuse किया जाता है. इसलिए हमारे पास जितनी भी हवाती हैं especially जो क्योंकि एक माई है कि अलीला के इस हवाले ने कभी हमारे जो हमने बताया कि हमें बुदू दर्दा बता देना चाहिए.</w:t>
      </w:r>
    </w:p>
    <w:p>
      <w:r>
        <w:rPr>
          <w:b/>
        </w:rPr>
        <w:t xml:space="preserve">[41:37] </w:t>
      </w:r>
      <w:r>
        <w:t>bachpan se hamein hamari outlines bata dena chahiye.</w:t>
      </w:r>
    </w:p>
    <w:p>
      <w:pPr>
        <w:jc w:val="right"/>
      </w:pPr>
      <w:r>
        <w:t>बचपन से हमें हमारी outlines बता देना चाहिए.</w:t>
      </w:r>
    </w:p>
    <w:p>
      <w:r>
        <w:rPr>
          <w:b/>
        </w:rPr>
        <w:t xml:space="preserve">[41:54] </w:t>
      </w:r>
      <w:r>
        <w:t>kyunki jab motli yahan dekha gaya hai maste mein ki mard jo hai vaishahari vagair aise kaam auraton</w:t>
      </w:r>
    </w:p>
    <w:p>
      <w:pPr>
        <w:jc w:val="right"/>
      </w:pPr>
      <w:r>
        <w:t>क्योंकि जब मोटली यहां देखा गया है मास्ते में कि मर्द जो है वैशहरी वगैर ऐसे काम औरतों</w:t>
      </w:r>
    </w:p>
    <w:p>
      <w:r>
        <w:rPr>
          <w:b/>
        </w:rPr>
        <w:t xml:space="preserve">[42:11] </w:t>
      </w:r>
      <w:r>
        <w:t>se karwate hain jo ki Allah ke hudoot ko cross kar rahe ho.</w:t>
      </w:r>
    </w:p>
    <w:p>
      <w:pPr>
        <w:jc w:val="right"/>
      </w:pPr>
      <w:r>
        <w:t>से करवाते हैं जो कि अल्लाह के हुदूत को cross कर रहे हो.</w:t>
      </w:r>
    </w:p>
    <w:p>
      <w:r>
        <w:rPr>
          <w:b/>
        </w:rPr>
        <w:t xml:space="preserve">[42:28] </w:t>
      </w:r>
      <w:r>
        <w:t>yeh bolkar karate hain ki subah subah mat Allah ne mukoom diya hai ki hum jo kahein woh tum karo.</w:t>
      </w:r>
    </w:p>
    <w:p>
      <w:pPr>
        <w:jc w:val="right"/>
      </w:pPr>
      <w:r>
        <w:t>यह बोलकर कराते हैं कि सुबह सुबह मत अल्लाह ने मुकूम दिया है कि हम जो कहें वह तुम करो.</w:t>
      </w:r>
    </w:p>
    <w:p>
      <w:r>
        <w:rPr>
          <w:b/>
        </w:rPr>
        <w:t xml:space="preserve">[42:46] </w:t>
      </w:r>
      <w:r>
        <w:t>mein mard ki marzi sikhati is liye hota hai ke mard ka maal hai. jo mard humein kamakar de raha hai mard ki cheezon. yeh hai ke jo aapka bhi maal hai aurat agar kahin se bhi paisa hai usko barabar se mila hai ya kaam karti hai, job karti hai. to yeh nahi ke un paison ko bhi woh apni marzi ke liye bhi woh apni milati apni saurthi varga man bhi shamil karen. usko kharch karne ke liye bhi chahe woh apni marzi kar rahi hai, uski advice lo. yani ke dono ek doosre ko enhance karte hain.</w:t>
      </w:r>
    </w:p>
    <w:p>
      <w:pPr>
        <w:jc w:val="right"/>
      </w:pPr>
      <w:r>
        <w:t>में मर्द की मर्ज़ी सिखाती इसलिए होता है कि मर्द का माल है. जो मर्द हमें कमाकर दे रहा है मर्द की चीज़ों. यह है कि जो आपका भी माल है औरत अगर कहीं से भी पैसा है उसको बराबर से मिला है या काम करती है, job करती है. तो यह नहीं कि उन पैसों को भी वह अपनी मर्ज़ी के लिए भी वह अपनी मिलाती अपनी सौर्थी वर्गा मन भी शामिल करें. उसको खर्च करने के लिए भी चाहे वह अपनी मर्ज़ी कर रही है, उसकी advice लो. यानी कि दोनों एक दूसरे को enhance करते हैं.</w:t>
      </w:r>
    </w:p>
    <w:p>
      <w:r>
        <w:rPr>
          <w:b/>
        </w:rPr>
        <w:t xml:space="preserve">[43:15] </w:t>
      </w:r>
      <w:r>
        <w:t>mard aur aurat jab ek brazilian companion van jate hain to ek doosre ko enhance karte hain aur main apni ek doosre ke raazdar banenge doosre ki hum ki hum un sab se bhi zyada close hain.</w:t>
      </w:r>
    </w:p>
    <w:p>
      <w:pPr>
        <w:jc w:val="right"/>
      </w:pPr>
      <w:r>
        <w:t>मर्द और औरत जब एक Brazilian companion वन जाते हैं तो एक दूसरे को enhance करते हैं और मैं अपनी एक दूसरे के राजदार बनेगे दूसरे की हम कि हम उन सब से भी ज़्यादा close हैं.</w:t>
      </w:r>
    </w:p>
    <w:p>
      <w:r>
        <w:rPr>
          <w:b/>
        </w:rPr>
        <w:t xml:space="preserve">[43:45] </w:t>
      </w:r>
      <w:r>
        <w:t>aapko lagega ke hum apne parents se zyada apne niya se close hote to hum ek doosre ke das doosre pata chalte hain.</w:t>
      </w:r>
    </w:p>
    <w:p>
      <w:pPr>
        <w:jc w:val="right"/>
      </w:pPr>
      <w:r>
        <w:t>आपको लगेगा कि हम अपने parents से ज़्यादा अपने निया से close होते तो हम एक दूसरे के दास दूसरे पता चलते हैं.</w:t>
      </w:r>
    </w:p>
    <w:p>
      <w:r>
        <w:rPr>
          <w:b/>
        </w:rPr>
        <w:t xml:space="preserve">[43:54] </w:t>
      </w:r>
      <w:r>
        <w:t>toh humko ek doosre ke hum saath rahe hain ek achha role model bane, achhi ninyadi ji bane,</w:t>
      </w:r>
    </w:p>
    <w:p>
      <w:pPr>
        <w:jc w:val="right"/>
      </w:pPr>
      <w:r>
        <w:t>तो हमको एक दूसरे के हम साथ रहे हैं एक अच्छा role model बने, अच्छी निन्यादी जी बने,</w:t>
      </w:r>
    </w:p>
    <w:p>
      <w:r>
        <w:rPr>
          <w:b/>
        </w:rPr>
        <w:t xml:space="preserve">[44:32] </w:t>
      </w:r>
      <w:r>
        <w:t>har rishte mein hum achhe bane.</w:t>
      </w:r>
    </w:p>
    <w:p>
      <w:pPr>
        <w:jc w:val="right"/>
      </w:pPr>
      <w:r>
        <w:t>हर रिश्ते में हम अच्छे बने.</w:t>
      </w:r>
    </w:p>
    <w:p>
      <w:r>
        <w:rPr>
          <w:b/>
        </w:rPr>
        <w:t xml:space="preserve">[45:11] </w:t>
      </w:r>
      <w:r>
        <w:t>yeh jo cheez hai mujhe isko aage to rishte koi samasya hai. aur bas ek doosre ke maal apne maal mein aur bhi zaroor karen, unse kaam aaye. bohat sari. sharina awaz aa rahi hai kya? ji yaar.</w:t>
      </w:r>
    </w:p>
    <w:p>
      <w:pPr>
        <w:jc w:val="right"/>
      </w:pPr>
      <w:r>
        <w:t>यह जो चीज़ है मुझे इसको आगे तो रिश्ते कोई समस्या है. और बस एक दूसरे के माल अपने माल में और भी ज़रूर करे, उनसे काम आए. बहुत सारी. शरीना आवाज़ आ रही है क्या? जी यार.</w:t>
      </w:r>
    </w:p>
    <w:p>
      <w:r>
        <w:rPr>
          <w:b/>
        </w:rPr>
        <w:t xml:space="preserve">[45:30] </w:t>
      </w:r>
      <w:r>
        <w:t>main yeh kehna chah rahi thi ki jaise inhone kaha princess khan ne ki agar usne koi galat</w:t>
      </w:r>
    </w:p>
    <w:p>
      <w:pPr>
        <w:jc w:val="right"/>
      </w:pPr>
      <w:r>
        <w:t>मैं यह कहना चाह रही थी कि जैसे इन्होंने कहा princess खान ने कि अगर उसने कोई गलत</w:t>
      </w:r>
    </w:p>
    <w:p>
      <w:r>
        <w:rPr>
          <w:b/>
        </w:rPr>
        <w:t xml:space="preserve">[45:50] </w:t>
      </w:r>
      <w:r>
        <w:t>kaam maa baap ne bhi kaha hai toh nahi karna hai.</w:t>
      </w:r>
    </w:p>
    <w:p>
      <w:pPr>
        <w:jc w:val="right"/>
      </w:pPr>
      <w:r>
        <w:t>काम मां बाप ने भी कहा है तो नहीं करना है.</w:t>
      </w:r>
    </w:p>
    <w:p>
      <w:r>
        <w:rPr>
          <w:b/>
        </w:rPr>
        <w:t xml:space="preserve">[46:10] </w:t>
      </w:r>
      <w:r>
        <w:t>toh isi tarah shauhar bhi agar koi galat kaam karaye toh aurat ko nahi karna hai aur aurat</w:t>
      </w:r>
    </w:p>
    <w:p>
      <w:pPr>
        <w:jc w:val="right"/>
      </w:pPr>
      <w:r>
        <w:t>तो इसी तरह शौहर भी अगर कोई गलत काम कराए तो औरत को नहीं करना है और औरत</w:t>
      </w:r>
    </w:p>
    <w:p>
      <w:r>
        <w:rPr>
          <w:b/>
        </w:rPr>
        <w:t xml:space="preserve">[46:15] </w:t>
      </w:r>
      <w:r>
        <w:t>ki zimmedari sirf uski apni khuda ki pehle banti hai tab uske shaur ki banti hai.</w:t>
      </w:r>
    </w:p>
    <w:p>
      <w:pPr>
        <w:jc w:val="right"/>
      </w:pPr>
      <w:r>
        <w:t>की ज़िम्मेदारी सिर्फ उसकी अपनी खुदा की पहले बनती है तब उसके शौर की बनती है.</w:t>
      </w:r>
    </w:p>
    <w:p>
      <w:r>
        <w:rPr>
          <w:b/>
        </w:rPr>
        <w:t xml:space="preserve">[46:20] </w:t>
      </w:r>
      <w:r>
        <w:t>yeh cheez mard logon ne apna jo banakar matlab yeh rakha hua hai ki mard jo bhi kahe</w:t>
      </w:r>
    </w:p>
    <w:p>
      <w:pPr>
        <w:jc w:val="right"/>
      </w:pPr>
      <w:r>
        <w:t>यह चीज़ मर्द लोग ने अपना जो बनाकर मतलब यह रखा हुआ है कि मर्द जो भी कहे</w:t>
      </w:r>
    </w:p>
    <w:p>
      <w:r>
        <w:rPr>
          <w:b/>
        </w:rPr>
        <w:t xml:space="preserve">[46:25] </w:t>
      </w:r>
      <w:r>
        <w:t>woh kar dein aisa kuch nahi hai.</w:t>
      </w:r>
    </w:p>
    <w:p>
      <w:pPr>
        <w:jc w:val="right"/>
      </w:pPr>
      <w:r>
        <w:t>वह कर दें ऐसा कुछ नहीं है.</w:t>
      </w:r>
    </w:p>
    <w:p>
      <w:r>
        <w:rPr>
          <w:b/>
        </w:rPr>
        <w:t xml:space="preserve">[46:30] </w:t>
      </w:r>
      <w:r>
        <w:t>aurat ke upar har insaan ke upar sabse pehle khuda ka haq hai phir kisi doosre ka haq hai.</w:t>
      </w:r>
    </w:p>
    <w:p>
      <w:pPr>
        <w:jc w:val="right"/>
      </w:pPr>
      <w:r>
        <w:t>औरत के ऊपर हर इंसान के ऊपर सबसे पहले खुदा का हक है फिर किसी दूसरे का हक है.</w:t>
      </w:r>
    </w:p>
    <w:p>
      <w:r>
        <w:rPr>
          <w:b/>
        </w:rPr>
        <w:t xml:space="preserve">[46:35] </w:t>
      </w:r>
      <w:r>
        <w:t>chahe woh koi ho, chahe woh maa baap nahi toh phir shaur bhi nahi.</w:t>
      </w:r>
    </w:p>
    <w:p>
      <w:pPr>
        <w:jc w:val="right"/>
      </w:pPr>
      <w:r>
        <w:t>चाहे वह कोई हो, चाहे वह मां बाप नहीं तो फिर शौर भी नहीं.</w:t>
      </w:r>
    </w:p>
    <w:p>
      <w:r>
        <w:rPr>
          <w:b/>
        </w:rPr>
        <w:t xml:space="preserve">[46:41] </w:t>
      </w:r>
      <w:r>
        <w:t>jaisa ke lapa aapne jo sari baaten kahi the important thing that that is to be noted is that man ho chahe woman ho dono god fearing hon.</w:t>
      </w:r>
    </w:p>
    <w:p>
      <w:pPr>
        <w:jc w:val="right"/>
      </w:pPr>
      <w:r>
        <w:t>जैसा कि लापा आपने जो सारी बातें कही the important thing that that is to be noted is that man हो चाहे woman हो दोनों god fearing हों.</w:t>
      </w:r>
    </w:p>
    <w:p>
      <w:r>
        <w:rPr>
          <w:b/>
        </w:rPr>
        <w:t xml:space="preserve">[46:52] </w:t>
      </w:r>
      <w:r>
        <w:t>jab god fearing hamare andar jab aayega to hum wahi rasta taiyar karenge jo sudhan ne humne bataya rasool ke zariye bataya aur rasool ne ek example dekar humne bataya apni families ko lead karke aur hamare liye auraton ke liye sabse badi example hai jo prapati ki wives hain aur jo meemare insaniyat is liye yeh title itna important hai yeh kitab ka ke builder of humanity.</w:t>
      </w:r>
    </w:p>
    <w:p>
      <w:pPr>
        <w:jc w:val="right"/>
      </w:pPr>
      <w:r>
        <w:t>जब god fearing हमारे अंदर जब आएगा तो हम वही रास्ता तैयार करेंगे जो सुधान ने हमने बताया रसूल के जरिए बताया और रसूल ने एक example देकर हमने बताया अपनी families को lead करके और हमारे लिए औरतों के लिए सबसे बड़ी example है जो प्रपति की wives हैं और जो मीमारे इंसानियत इसीलिए यह title इतना important है यह किताब का कि builder of humanity.</w:t>
      </w:r>
    </w:p>
    <w:p>
      <w:r>
        <w:rPr>
          <w:b/>
        </w:rPr>
        <w:t xml:space="preserve">[47:15] </w:t>
      </w:r>
      <w:r>
        <w:t>women is a builder of humanity and there are so many examples if you look back in the history, islamic history, we will find all those women who have sacrificed for the for the society, for the religion, for the faith they were practicing and none better than the wives of the prophets.</w:t>
      </w:r>
    </w:p>
    <w:p>
      <w:pPr>
        <w:jc w:val="right"/>
      </w:pPr>
      <w:r>
        <w:t>Women is a builder of humanity and there are so many examples if you look back in the history, Islamic history, we will find all those women who have sacrificed for the for the society, for the religion, for the faith they were practicing and none better than the wives of the prophets.</w:t>
      </w:r>
    </w:p>
    <w:p>
      <w:r>
        <w:rPr>
          <w:b/>
        </w:rPr>
        <w:t xml:space="preserve">[47:36] </w:t>
      </w:r>
      <w:r>
        <w:t>So, jaise ki apa ne aaziya radde Allah ke bare mein bataya, khadija radde Allahana aur bahut sari</w:t>
      </w:r>
    </w:p>
    <w:p>
      <w:pPr>
        <w:jc w:val="right"/>
      </w:pPr>
      <w:r>
        <w:t>So, जैसे कि आपा ने आज़िया रद्दे अल्लाहा के बारे में बताया, खदीजा रद्दे अल्लाहाना और बहुत सारी</w:t>
      </w:r>
    </w:p>
    <w:p>
      <w:r>
        <w:rPr>
          <w:b/>
        </w:rPr>
        <w:t xml:space="preserve">[47:42] </w:t>
      </w:r>
      <w:r>
        <w:t>aisi auratein hain jin ko hum apni life mein examples banayein aur usko follow karein to Allah Allah ki</w:t>
      </w:r>
    </w:p>
    <w:p>
      <w:pPr>
        <w:jc w:val="right"/>
      </w:pPr>
      <w:r>
        <w:t>ऐसी औरतें हैं जिनको हम अपने life में examples बनाएं और उसको follow करें तो अल्लाह अल्लाह की</w:t>
      </w:r>
    </w:p>
    <w:p>
      <w:r>
        <w:rPr>
          <w:b/>
        </w:rPr>
        <w:t xml:space="preserve">[47:48] </w:t>
      </w:r>
      <w:r>
        <w:t>madad hamare paas aayegi aur Allah humein woh rasta dikhayega taake hum apni family life, apni marital life</w:t>
      </w:r>
    </w:p>
    <w:p>
      <w:pPr>
        <w:jc w:val="right"/>
      </w:pPr>
      <w:r>
        <w:t>मदद हमारे पास आएगी और अल्लाह हमें वह रास्ता दिखाएगा ताकि हम अपनी family life, अपनी marital life</w:t>
      </w:r>
    </w:p>
    <w:p>
      <w:r>
        <w:rPr>
          <w:b/>
        </w:rPr>
        <w:t xml:space="preserve">[47:54] </w:t>
      </w:r>
      <w:r>
        <w:t>aur apne hum jo apne bachchon ke saath jo zindagi guzarte hain Allah Allah humein usmein humein direction</w:t>
      </w:r>
    </w:p>
    <w:p>
      <w:pPr>
        <w:jc w:val="right"/>
      </w:pPr>
      <w:r>
        <w:t>और अपने हम जो अपने बच्चों के साथ जो ज़िंदगी गुज़ाते हैं अल्ला अल्ला हमें उसमें हमें direction</w:t>
      </w:r>
    </w:p>
    <w:p>
      <w:r>
        <w:rPr>
          <w:b/>
        </w:rPr>
        <w:t xml:space="preserve">[48:00] </w:t>
      </w:r>
      <w:r>
        <w:t>denge aur guidance denge.</w:t>
      </w:r>
    </w:p>
    <w:p>
      <w:pPr>
        <w:jc w:val="right"/>
      </w:pPr>
      <w:r>
        <w:t>देंगे और guidance देंगे.</w:t>
      </w:r>
    </w:p>
    <w:p>
      <w:r>
        <w:rPr>
          <w:b/>
        </w:rPr>
        <w:t xml:space="preserve">[48:07] </w:t>
      </w:r>
      <w:r>
        <w:t>to doctor sabina aap last mein kuch kehna chahenge uske baad aap aap discuss kar dein session ko. shabina main bas ek mulana sahab ki line kehna chahungi jo main kehne se reh gayi thi ke mulana sahab ne likha hai ke fizool kharchi aur aala insaniyat dono ek sath jama nahi ho sakte.</w:t>
      </w:r>
    </w:p>
    <w:p>
      <w:pPr>
        <w:jc w:val="right"/>
      </w:pPr>
      <w:r>
        <w:t>तो doctor सबीना आप last में कुछ कहना चाहेंगे उसके बाद आप आप discuss कर दें session को. शबीना मैं बस एक मुलाना साहब की line कहना चाहूंगी जो मैं कहने से रह गई थी कि मुलाना साहब ने लिखा है कि फिजूल खर्ची और आला इंसानियत दोनों एक साथ जमा नहीं हो सकते.</w:t>
      </w:r>
    </w:p>
    <w:p>
      <w:r>
        <w:rPr>
          <w:b/>
        </w:rPr>
        <w:t xml:space="preserve">[48:27] </w:t>
      </w:r>
      <w:r>
        <w:t>to yeh main sochti hoon ke aaj ka hamara ek take away hona chahiye ke hum log apne aap ko fajoor farchi se bachayein, apni family ko bachayein tabhi hum apne andar woh aala insaan develop kar payenge. woh apna elm badha payenge aur apne intellect ko badha payenge. bas is par bhi main apni baat khatam karna chahu zyada karna. sunao ne to. main apne ek thodi ek do ek minute mein kal apni learning share karna chahti hoon na.</w:t>
      </w:r>
    </w:p>
    <w:p>
      <w:pPr>
        <w:jc w:val="right"/>
      </w:pPr>
      <w:r>
        <w:t>तो यह मैं सोचती हूं कि आज का हमारा एक take away होना चाहिए कि हम लोग अपने आप को फ़जूर फ़र्ची से बचाएं, अपनी family को बचाएं तभी हम अपने अंदर वह आला इंसान develop कर पाएंगे. वह अपना elm बढ़ा पाएंगे और अपने intellect को बढ़ा पाएंगे. बस इस पर भी मैं अपनी बात खत्म करना चाहूं ज़्यादा करना. सुनाओ ने तो. मैं अपने एक थोड़ी एक दो एक minute में कल अपनी learning share करना चाहती हूं ना.</w:t>
      </w:r>
    </w:p>
    <w:p>
      <w:r>
        <w:rPr>
          <w:b/>
        </w:rPr>
        <w:t xml:space="preserve">[48:56] </w:t>
      </w:r>
      <w:r>
        <w:t>to main ek cheez yeh shuru ki ke main main bhi usko ek aayi thi subah main bhi</w:t>
      </w:r>
    </w:p>
    <w:p>
      <w:pPr>
        <w:jc w:val="right"/>
      </w:pPr>
      <w:r>
        <w:t>तो मैं एक चीज़ यह शुरू की कि मैं मैं भी उसको एक आया थी सुबह मैं भी</w:t>
      </w:r>
    </w:p>
    <w:p>
      <w:r>
        <w:rPr>
          <w:b/>
        </w:rPr>
        <w:t xml:space="preserve">[49:06] </w:t>
      </w:r>
      <w:r>
        <w:t>unhone bataya fajar ke namaz padhne ke baad main ek aayi thi aur uske baare mein tafsir, tarjuma</w:t>
      </w:r>
    </w:p>
    <w:p>
      <w:pPr>
        <w:jc w:val="right"/>
      </w:pPr>
      <w:r>
        <w:t>उन्होंने बताया फज़र के नमाज़ पढ़ने के बाद मैं एक आया थी और उसके बारे में तफ़सीर, तर्जुमा</w:t>
      </w:r>
    </w:p>
    <w:p>
      <w:r>
        <w:rPr>
          <w:b/>
        </w:rPr>
        <w:t xml:space="preserve">[49:17] </w:t>
      </w:r>
      <w:r>
        <w:t>aur tafsir ke baare mein bahut achhe se sochi aur padhkar jab unhone apne tafsir tarjuma usko lekar</w:t>
      </w:r>
    </w:p>
    <w:p>
      <w:pPr>
        <w:jc w:val="right"/>
      </w:pPr>
      <w:r>
        <w:t>और तफ़सीर के बारे में बहुत अच्छे से सोची और पढ़कर जब उन्होंने अपने तफ्सीर तर्जमा उसको लेकर</w:t>
      </w:r>
    </w:p>
    <w:p>
      <w:r>
        <w:rPr>
          <w:b/>
        </w:rPr>
        <w:t xml:space="preserve">[49:27] </w:t>
      </w:r>
      <w:r>
        <w:t>woh bhi achhi tarah se samjhate the to hamare liye ek itna achha moment ho gaya hai ki</w:t>
      </w:r>
    </w:p>
    <w:p>
      <w:pPr>
        <w:jc w:val="right"/>
      </w:pPr>
      <w:r>
        <w:t>वह भी अच्छी तरह से समझाते थे तो हमारे लिए एक इतना अच्छा moment हो गया है कि</w:t>
      </w:r>
    </w:p>
    <w:p>
      <w:r>
        <w:rPr>
          <w:b/>
        </w:rPr>
        <w:t xml:space="preserve">[49:38] </w:t>
      </w:r>
      <w:r>
        <w:t>woh aisa dikhta tha din bhar uske baare mein sochna aur uske baare mein baat karna aur ghar</w:t>
      </w:r>
    </w:p>
    <w:p>
      <w:pPr>
        <w:jc w:val="right"/>
      </w:pPr>
      <w:r>
        <w:t>वह ऐसा दिखता था दिन भर उसके बारे में सोचना और उसके बारे में बात करना और घर</w:t>
      </w:r>
    </w:p>
    <w:p>
      <w:r>
        <w:rPr>
          <w:b/>
        </w:rPr>
        <w:t xml:space="preserve">[49:48] </w:t>
      </w:r>
      <w:r>
        <w:t>mein hamara teen hi mahaul ka ek ek roshan roshan fal ban gaya hamara ghar ka.</w:t>
      </w:r>
    </w:p>
    <w:p>
      <w:pPr>
        <w:jc w:val="right"/>
      </w:pPr>
      <w:r>
        <w:t>में हमारा तीन ही माहौल का एक एक रोशन रोशन फ़ल वन गया हमारा घर का.</w:t>
      </w:r>
    </w:p>
    <w:p>
      <w:r>
        <w:rPr>
          <w:b/>
        </w:rPr>
        <w:t xml:space="preserve">[49:59] </w:t>
      </w:r>
      <w:r>
        <w:t>to yeh mera tazurba tha ke hum apne ghar ko hum khud bhi badal sakte hain. hum apne bachchon ke sath, apne shauhar ke sath iske bare mein lene se phir hamara ghar ka mahol bhi badal sakta hai. hamare ghar ka mahol khush gawara ho sakta hai. very good. aur deeni baaten aur gaon kaam ki baaten aur quran ki baaten yeh sab hum ghar mein karne se hamara ghar bohat khushhal aur bohat sukoon ka ho sakta hai. yeh meri learning thi.</w:t>
      </w:r>
    </w:p>
    <w:p>
      <w:pPr>
        <w:jc w:val="right"/>
      </w:pPr>
      <w:r>
        <w:t>तो यह मेरा तज़रूबा था कि हम अपने घर को हम खुद भी बदल सकते हैं. हम अपने बच्चों के साथ, अपने शोभर के साथ इसके बारे में लेने से फिर हमारा घर का माहौल भी बदल सकता है. हमारे घर का माहौल खुश गवारा हो सकता है. Very good. और दीनी बातें और गांव काम की बातें और कुरान की बातें यह सब हम घर में करने से हमारा घर बहुत खुशहाल और बहुत सुकून का हो सकता है. यह मेरी learning थी.</w:t>
      </w:r>
    </w:p>
    <w:p>
      <w:r>
        <w:rPr>
          <w:b/>
        </w:rPr>
        <w:t xml:space="preserve">[50:26] </w:t>
      </w:r>
      <w:r>
        <w:t>aapne bohat achhi baat batai, very nice experience that you shared with us and it is very very good that we promote our family life in this way by sharing God's what we have learned we we should share with our family members, our children and definitely in sha Allah yeh jo divine mission hai hum logon ka ismein ismein Allah humein guide karenge aur hum apne family members ko aur unke bachchon ko bhi guide kar sakte hain is divine mission mein.</w:t>
      </w:r>
    </w:p>
    <w:p>
      <w:pPr>
        <w:jc w:val="right"/>
      </w:pPr>
      <w:r>
        <w:t>आपने बहुत अच्छी बात बताई, very nice experience that you shared with us and it is very very good that we promote our family life in this way by sharing God's what we have learned we we should share with our family members, our children and definitely in sha Allah यह जो divine mission है हम लोगों का इसमें इसमें अल्लाह हमें guide करेंगे और हम अपने family members को और उनके बच्चों को भी guide कर सकते हैं इस divine mission में.</w:t>
      </w:r>
    </w:p>
    <w:p>
      <w:r>
        <w:rPr>
          <w:b/>
        </w:rPr>
        <w:t xml:space="preserve">[50:56] </w:t>
      </w:r>
      <w:r>
        <w:t>now aap please conclude the session is 08:00. haan shabina bohat achha bataya shadina parveen ne. matlab isi isi ko iman kehte hain ke aapas mein quran ke inke zariye doosre se share karen.</w:t>
      </w:r>
    </w:p>
    <w:p>
      <w:pPr>
        <w:jc w:val="right"/>
      </w:pPr>
      <w:r>
        <w:t>Now आप please conclude the session is 08:00. हां श्रवीणा बहुत अच्छा बताया श्रदीना परवीण ने. मतलब इसी इसी को ईमान कहते हैं कि आपस में कुरान के इनके ज़रिए दूसरे से share करें.</w:t>
      </w:r>
    </w:p>
    <w:p>
      <w:r>
        <w:rPr>
          <w:b/>
        </w:rPr>
        <w:t xml:space="preserve">[51:09] </w:t>
      </w:r>
      <w:r>
        <w:t>to hum jo hai hamara iman badhta hai aur sabse zyada humein yahi zarurat hai ke iman badhane ki to phir hamare yahan galtiyan khatam ho jayengi aur hamara role model hamari history ke jo ladies hain woh hain unko dekhkar karna hai ke yahan par jo bhi humein family se milta hai ya mahol se milta hai usko bilkul bhi nahi samajhna hai.</w:t>
      </w:r>
    </w:p>
    <w:p>
      <w:pPr>
        <w:jc w:val="right"/>
      </w:pPr>
      <w:r>
        <w:t>तो हम जो है हमारा ईमान बढ़ता है और सबसे ज़्यादा हमें यही ज़रूरत है कि ईमान बढ़ाने की तो फिर हमारे यहां गलतियां खत्म हो जाएंगी और हमारा role model हमारी history के जो ladies हैं वह हैं उनको देखकर करना है कि यहां पर जो भी हमें family से मिलता है या माहौल से मिलता है उसको बिल्कुल भी नहीं समझना है.</w:t>
      </w:r>
    </w:p>
    <w:p>
      <w:r>
        <w:rPr>
          <w:b/>
        </w:rPr>
        <w:t xml:space="preserve">[51:31] </w:t>
      </w:r>
      <w:r>
        <w:t>galat aur sahi ko samajhna hai aur yahan quran ki ek aaj se khatam karti hoon ke Allah hidayat pakadne walon ki hidayat mein izafa karta hai shahoor sahi rukh par jaag uthe.</w:t>
      </w:r>
    </w:p>
    <w:p>
      <w:pPr>
        <w:jc w:val="right"/>
      </w:pPr>
      <w:r>
        <w:t>गलत और सही को समझना है और यहां कुरान की एक आज से खत्म करती हूं कि अल्लाह हैदायत पकड़ने वालों की हैदायत में इज़ाफा करता है शहूर सही रुख पर जाग उठे.</w:t>
      </w:r>
    </w:p>
    <w:p>
      <w:r>
        <w:rPr>
          <w:b/>
        </w:rPr>
        <w:t xml:space="preserve">[51:56] </w:t>
      </w:r>
      <w:r>
        <w:t>aise aadmi ke saamne koi suraten haal aati hain to woh uski sahi tauji karke usko apni gaza bana leta hai. is tarah uski hidayat mein yakeen aur kaifiyat ke tumaar se barabar izafa hota rehta hai.</w:t>
      </w:r>
    </w:p>
    <w:p>
      <w:pPr>
        <w:jc w:val="right"/>
      </w:pPr>
      <w:r>
        <w:t>ऐसे आदमी के सामने कोई सूरतें हाल आती हैं तो वह उसकी सही तौजी करके उसको अपनी गज़ा बना लेता है. इस तरह उसकी हिदायत में यकीन और कैफियत के तुमार से बराबर इज़ाफा होता रहता है.</w:t>
      </w:r>
    </w:p>
    <w:p>
      <w:r>
        <w:rPr>
          <w:b/>
        </w:rPr>
        <w:t xml:space="preserve">[52:23] </w:t>
      </w:r>
      <w:r>
        <w:t>isi tarah aankhrat ko saamne rakhkar amal karne wale ka amal bhi musalsal izafa pazir hai. musaf matlab us takal badhta rehta hai. yeh izafa pazir hi chunke aankhrat mein ikhatta ho rahi hai isliye woh duniya mein nazar nahi aati.</w:t>
      </w:r>
    </w:p>
    <w:p>
      <w:pPr>
        <w:jc w:val="right"/>
      </w:pPr>
      <w:r>
        <w:t>इसी तरह आंखरत को सामने रखकर अमल करने वाले का अमल भी मुसलसल इज़ाफा पज़ीर है. मुसफ मतलब उस तकल बढ़ता रहता है. यह इज़ाफा पज़ीर ही चूंकि आंखरत में इकट्ठा हो रही है इसलिए वह दुनिया में नज़र नहीं आती.</w:t>
      </w:r>
    </w:p>
    <w:p>
      <w:r>
        <w:rPr>
          <w:b/>
        </w:rPr>
        <w:t xml:space="preserve">[52:52] </w:t>
      </w:r>
      <w:r>
        <w:t>aur Allah humein us qabil banaye. Aameen. Aameen.</w:t>
      </w:r>
    </w:p>
    <w:p>
      <w:pPr>
        <w:jc w:val="right"/>
      </w:pPr>
      <w:r>
        <w:t>और अल्लाह हमें उस काबिल बनाए. आमी. आमी.</w:t>
      </w:r>
    </w:p>
    <w:p>
      <w:r>
        <w:rPr>
          <w:b/>
        </w:rPr>
        <w:t xml:space="preserve">[52:58] </w:t>
      </w:r>
      <w:r>
        <w:t>Jazak Allah khair so we come to the end of the session very important and very profound article</w:t>
      </w:r>
    </w:p>
    <w:p>
      <w:pPr>
        <w:jc w:val="right"/>
      </w:pPr>
      <w:r>
        <w:t>जिज़्ज़ा कल्लाह पास so we come to the end of the session very important and very profound article</w:t>
      </w:r>
    </w:p>
    <w:p>
      <w:r>
        <w:rPr>
          <w:b/>
        </w:rPr>
        <w:t xml:space="preserve">[53:04] </w:t>
      </w:r>
      <w:r>
        <w:t>that was shared and inshallah we will all all the CPS ladies who have joined and other</w:t>
      </w:r>
    </w:p>
    <w:p>
      <w:pPr>
        <w:jc w:val="right"/>
      </w:pPr>
      <w:r>
        <w:t>that was shared and in shall we will all all the CPS ladies who have joined and other</w:t>
      </w:r>
    </w:p>
    <w:p>
      <w:r>
        <w:rPr>
          <w:b/>
        </w:rPr>
        <w:t xml:space="preserve">[53:11] </w:t>
      </w:r>
      <w:r>
        <w:t>ladies who is who have not joined but they are there so well inshallah we will work</w:t>
      </w:r>
    </w:p>
    <w:p>
      <w:pPr>
        <w:jc w:val="right"/>
      </w:pPr>
      <w:r>
        <w:t>ladies who is who have not joined but they are there so well in shall we will work</w:t>
      </w:r>
    </w:p>
    <w:p>
      <w:r>
        <w:rPr>
          <w:b/>
        </w:rPr>
        <w:t xml:space="preserve">[53:17] </w:t>
      </w:r>
      <w:r>
        <w:t>on our self and is qudai mission mein hum poori poori mehnat karenge taake hamari jo mehnat hai</w:t>
      </w:r>
    </w:p>
    <w:p>
      <w:pPr>
        <w:jc w:val="right"/>
      </w:pPr>
      <w:r>
        <w:t>on our self and इस कुदाई mission में हम पूरी पूरी मेहनत करेंगे ताकि हमारी जो मेहनत है</w:t>
      </w:r>
    </w:p>
    <w:p>
      <w:r>
        <w:rPr>
          <w:b/>
        </w:rPr>
        <w:t xml:space="preserve">[53:24] </w:t>
      </w:r>
      <w:r>
        <w:t>duniya ki zindagi mein as a wife, as a daughter, as a mother jo hum role play kar</w:t>
      </w:r>
    </w:p>
    <w:p>
      <w:pPr>
        <w:jc w:val="right"/>
      </w:pPr>
      <w:r>
        <w:t>दुनिया की ज़िंदगी में as a wife, as a daughter, as a mother जो हम role play कर</w:t>
      </w:r>
    </w:p>
    <w:p>
      <w:r>
        <w:rPr>
          <w:b/>
        </w:rPr>
        <w:t xml:space="preserve">[53:30] </w:t>
      </w:r>
      <w:r>
        <w:t>rahe hain yeh hum khudai mission ke tehat karein aur Allah hi se faizul karein aameen.</w:t>
      </w:r>
    </w:p>
    <w:p>
      <w:pPr>
        <w:jc w:val="right"/>
      </w:pPr>
      <w:r>
        <w:t>रहे हैं यह हम खुदाखे mission के तहत करें और अल्लाही से फ़ूल करें आमिन.</w:t>
      </w:r>
    </w:p>
    <w:p>
      <w:r>
        <w:rPr>
          <w:b/>
        </w:rPr>
        <w:t xml:space="preserve">[53:37] </w:t>
      </w:r>
      <w:r>
        <w:t>to assi manne ko.</w:t>
      </w:r>
    </w:p>
    <w:p>
      <w:pPr>
        <w:jc w:val="right"/>
      </w:pPr>
      <w:r>
        <w:t>तो अस्सी मानने 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