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Monthly Q and A with Prof. Farida Khanam and Maulana Farhad Ahmed Umeri June 25, 2023</w:t>
      </w:r>
    </w:p>
    <w:p>
      <w:r>
        <w:t>https://www.youtube.com/watch?v=EzivDyOKfiE</w:t>
      </w:r>
    </w:p>
    <w:p>
      <w:r>
        <w:rPr>
          <w:b/>
        </w:rPr>
        <w:t xml:space="preserve">[00:06] </w:t>
      </w:r>
      <w:r>
        <w:t>assalamulaykum. I welcome you all in this q and a session with prof fareeda khanam and molana farhad ahmad kumri today, twenty fifth june twenty twenty three.</w:t>
      </w:r>
    </w:p>
    <w:p>
      <w:pPr>
        <w:jc w:val="right"/>
      </w:pPr>
      <w:r>
        <w:t>अस्सलामुलायकुम. I welcome you all in this q and a session with Prof फरीदा खानम and मोलाना फराद अहमद कोमरी today, twenty fifth June twenty twenty three.</w:t>
      </w:r>
    </w:p>
    <w:p>
      <w:r>
        <w:rPr>
          <w:b/>
        </w:rPr>
        <w:t xml:space="preserve">[00:23] </w:t>
      </w:r>
      <w:r>
        <w:t>as we have been taking this Q and A session with Farida Apa, And this is an incredible session because we learn more and more through the questions that we ask from Apa.</w:t>
      </w:r>
    </w:p>
    <w:p>
      <w:pPr>
        <w:jc w:val="right"/>
      </w:pPr>
      <w:r>
        <w:t>As we have been taking this Q and A session with Farida Apa, And this is an incredible session because we learn more and more through the questions that we ask from Apa.</w:t>
      </w:r>
    </w:p>
    <w:p>
      <w:r>
        <w:rPr>
          <w:b/>
        </w:rPr>
        <w:t xml:space="preserve">[00:38] </w:t>
      </w:r>
      <w:r>
        <w:t>so it is a request to all the ladies who have joined over here that please make relevant questions and the questions should be very precise and concise, very meaningful and whoever who wants to share their experiences or any kind of learning or insight, please make that also a very precise and content should be very meaningful.</w:t>
      </w:r>
    </w:p>
    <w:p>
      <w:pPr>
        <w:jc w:val="right"/>
      </w:pPr>
      <w:r>
        <w:t>So it is a request to all the ladies who have joined over here that please make relevant questions and the questions should be very precise and concise, very meaningful and whoever who wants to share their experiences or any kind of learning or insight, please make that also a very precise and content should be very meaningful.</w:t>
      </w:r>
    </w:p>
    <w:p>
      <w:r>
        <w:rPr>
          <w:b/>
        </w:rPr>
        <w:t xml:space="preserve">[01:06] </w:t>
      </w:r>
      <w:r>
        <w:t>And we will finish it on time.</w:t>
      </w:r>
    </w:p>
    <w:p>
      <w:pPr>
        <w:jc w:val="right"/>
      </w:pPr>
      <w:r>
        <w:t>And we will finish it on time.</w:t>
      </w:r>
    </w:p>
    <w:p>
      <w:r>
        <w:rPr>
          <w:b/>
        </w:rPr>
        <w:t xml:space="preserve">[01:12] </w:t>
      </w:r>
      <w:r>
        <w:t>And please take care that you're, you should be on the mute zone when you are not speaking. Okay?</w:t>
      </w:r>
    </w:p>
    <w:p>
      <w:pPr>
        <w:jc w:val="right"/>
      </w:pPr>
      <w:r>
        <w:t>And please take care that you're, you should be on the mute zone when you are not speaking. Okay?</w:t>
      </w:r>
    </w:p>
    <w:p>
      <w:r>
        <w:rPr>
          <w:b/>
        </w:rPr>
        <w:t xml:space="preserve">[01:18] </w:t>
      </w:r>
      <w:r>
        <w:t>So we start the session.</w:t>
      </w:r>
    </w:p>
    <w:p>
      <w:pPr>
        <w:jc w:val="right"/>
      </w:pPr>
      <w:r>
        <w:t>So we start the session.</w:t>
      </w:r>
    </w:p>
    <w:p>
      <w:r>
        <w:rPr>
          <w:b/>
        </w:rPr>
        <w:t xml:space="preserve">[01:24] </w:t>
      </w:r>
      <w:r>
        <w:t>Yes appa please start the session you are mute appa. Ok.</w:t>
      </w:r>
    </w:p>
    <w:p>
      <w:pPr>
        <w:jc w:val="right"/>
      </w:pPr>
      <w:r>
        <w:t>Yes आप्पा please start the session you are mute आप्पा. Ok.</w:t>
      </w:r>
    </w:p>
    <w:p>
      <w:r>
        <w:rPr>
          <w:b/>
        </w:rPr>
        <w:t xml:space="preserve">[01:30] </w:t>
      </w:r>
      <w:r>
        <w:t>Ok appa you would like to hear something from you before we start the session appa?</w:t>
      </w:r>
    </w:p>
    <w:p>
      <w:pPr>
        <w:jc w:val="right"/>
      </w:pPr>
      <w:r>
        <w:t>Ok आप्पा you would like to hear something from you before we start the session आप्पा?</w:t>
      </w:r>
    </w:p>
    <w:p>
      <w:r>
        <w:rPr>
          <w:b/>
        </w:rPr>
        <w:t xml:space="preserve">[01:37] </w:t>
      </w:r>
      <w:r>
        <w:t>to hazar ka jo lesson jo aaj humne program bhi Sunday ko kiya ji haan. yahi hai ki hamein koda se pledge karna hai ki hum faazir hain allah ke liye, allah ke deen ke liye, allah ki message ko duniya mein phailane ke liye. to hum apni jaan se, maal se, apne time se sab haazir hain. to yahi woh village hai.</w:t>
      </w:r>
    </w:p>
    <w:p>
      <w:pPr>
        <w:jc w:val="right"/>
      </w:pPr>
      <w:r>
        <w:t>तो हज़र का जो lesson जो आज हमने program भी Sunday को किया जी हां. यही है कि हमें कोदा से pledge करना है कि हम फाज़िर हैं अल्लाह के लिए, अल्लाह के दीन के लिए, अल्लाह की message को दुनिया में फैलाने के लिए. तो हम अपनी जान से, माल से, अपने time से सब हाज़िर हैं. तो यही वह village है.</w:t>
      </w:r>
    </w:p>
    <w:p>
      <w:r>
        <w:rPr>
          <w:b/>
        </w:rPr>
        <w:t xml:space="preserve">[02:02] </w:t>
      </w:r>
      <w:r>
        <w:t>log samajh nahi rahe hain na, log samajhte hain ki kuch arkaan hain unko poora kar lo. duaon ki kitabein padh lo bas ho jayega. woh nahi woh apni apni life ko khuda ke hawale karna hai itni khuda humse jo chahe kaam le hum uske liye haazir hain.</w:t>
      </w:r>
    </w:p>
    <w:p>
      <w:pPr>
        <w:jc w:val="right"/>
      </w:pPr>
      <w:r>
        <w:t>लोग समझ नहीं रहे हैं ना, लोग समझते हैं कि कुछ अर्कान है उनको पूरा कर लो. दुआओं की किताबें पढ़ लो बस हो जाएगा. वह नहीं वह अपनी अपनी life को खुदा के हवाले करना है इतनी खुदा हमसे जो चाहे काम लें हम उसके लिए हाज़िर हैं.</w:t>
      </w:r>
    </w:p>
    <w:p>
      <w:r>
        <w:rPr>
          <w:b/>
        </w:rPr>
        <w:t xml:space="preserve">[02:20] </w:t>
      </w:r>
      <w:r>
        <w:t>to maine aaj bataya tha ki bahut hi maqdoosh yeh baat lag rahi hai ki duniya kitne dinon tak baqi rahegi kyunke baar baar program aa rahe hain acche acche channels par aa rahe hain ki jo duniya ki jo earth ki jo core hai woh reverse direction mein ja rahi hai.</w:t>
      </w:r>
    </w:p>
    <w:p>
      <w:pPr>
        <w:jc w:val="right"/>
      </w:pPr>
      <w:r>
        <w:t>तो मैंने आज बताया था कि बहुत ही मकदूश यह बात लग रही है कि दुनिया कितने दिनों तक बाकी रहेगी क्योंकि बार बार program आ रहे हैं अच्छे अच्छे channels पर आ रहे हैं कि जो दुनिया की जो earth की जो core है वह reverse direction में जा रही है.</w:t>
      </w:r>
    </w:p>
    <w:p>
      <w:r>
        <w:rPr>
          <w:b/>
        </w:rPr>
        <w:t xml:space="preserve">[02:46] </w:t>
      </w:r>
      <w:r>
        <w:t>reverse direction mein jaane ka matlab scientist to itna samajh nahi rahe hain lekin jab hum hadish ko lekar ke usko samajhne ki koshish karein to woh zyada samajh mein aata hai kyunke hadish mein hai ki aakhri zamane mein jo aakhri zamane mein suraj. jo suraj jo hai na reverse direction se niklega.</w:t>
      </w:r>
    </w:p>
    <w:p>
      <w:pPr>
        <w:jc w:val="right"/>
      </w:pPr>
      <w:r>
        <w:t>Reverse direction में जाने का मतलब scientist तो इतना समझ नहीं रहे हैं लेकिन जब हम हदीश को लेकर के उसको समझने की कोशिश करें तो वह ज़्यादा समझ में आता है क्योंकि हदीश में है कि आखिरी जमाने में जो आखिरी जमाने में सूरज. जो सूरज जो है ना reverse direction से निकलेगा.</w:t>
      </w:r>
    </w:p>
    <w:p>
      <w:r>
        <w:rPr>
          <w:b/>
        </w:rPr>
        <w:t xml:space="preserve">[03:14] </w:t>
      </w:r>
      <w:r>
        <w:t>to usse samajh mein aata hai ki woh samajh mein bilkul nahi aa raha tha ki aisa kaise hoga? to woh jo zameen ki jo core hai jisse saara direction mutaiyan hota hai wahi reverse ja rahi hai. to yeh hamein bahut zyada sochne ki baat hui hai ki hamare paas bahut kam time hai aur hum apna saara waqt saari energy jo hai deen ke kaam mein laga lein aur istefaar karein.</w:t>
      </w:r>
    </w:p>
    <w:p>
      <w:pPr>
        <w:jc w:val="right"/>
      </w:pPr>
      <w:r>
        <w:t>तो उससे समझ में आता है कि वह समझ में बिल्कुल नहीं आ रहा था कि ऐसा कैसे होगा? तो वह जो ज़मीन की जो core है जिससे सारा direction मुतैयान होता है वही reverse जा रही है. तो यह हमें बहुत ज़्यादा सोचने की बात हुई है कि हमारे पास बहुत कम time है और हम अपना सारा वक्त सारी energy जो है दिन के काम में लगा लें और इस्तेफ़वार करें.</w:t>
      </w:r>
    </w:p>
    <w:p>
      <w:r>
        <w:rPr>
          <w:b/>
        </w:rPr>
        <w:t xml:space="preserve">[03:41] </w:t>
      </w:r>
      <w:r>
        <w:t>Khuda se jo humne nahi kiya hai aaj tak uske liye Khuda se maafi mange.</w:t>
      </w:r>
    </w:p>
    <w:p>
      <w:pPr>
        <w:jc w:val="right"/>
      </w:pPr>
      <w:r>
        <w:t>खुदा से जो हमने नहीं किया है आज तक उसके लिए खुदा से माफी मांगे.</w:t>
      </w:r>
    </w:p>
    <w:p>
      <w:r>
        <w:rPr>
          <w:b/>
        </w:rPr>
        <w:t xml:space="preserve">[03:47] </w:t>
      </w:r>
      <w:r>
        <w:t>to yahi hamara aaj ka sabse bada message hai. Jazak Allah khair.</w:t>
      </w:r>
    </w:p>
    <w:p>
      <w:pPr>
        <w:jc w:val="right"/>
      </w:pPr>
      <w:r>
        <w:t>तो यही हमारा आज का सबसे बड़ा message है. जिज़्ज़ा कल्लापा.</w:t>
      </w:r>
    </w:p>
    <w:p>
      <w:r>
        <w:rPr>
          <w:b/>
        </w:rPr>
        <w:t xml:space="preserve">[03:53] </w:t>
      </w:r>
      <w:r>
        <w:t>So we start the session now with the Q and A without wasting any time.</w:t>
      </w:r>
    </w:p>
    <w:p>
      <w:pPr>
        <w:jc w:val="right"/>
      </w:pPr>
      <w:r>
        <w:t>So we start the session now with the Q and A without wasting any time.</w:t>
      </w:r>
    </w:p>
    <w:p>
      <w:r>
        <w:rPr>
          <w:b/>
        </w:rPr>
        <w:t xml:space="preserve">[03:59] </w:t>
      </w:r>
      <w:r>
        <w:t>I I invite famida Apa to first with your first question.</w:t>
      </w:r>
    </w:p>
    <w:p>
      <w:pPr>
        <w:jc w:val="right"/>
      </w:pPr>
      <w:r>
        <w:t>I I invite फ़मीदा Apa to first with your first question.</w:t>
      </w:r>
    </w:p>
    <w:p>
      <w:r>
        <w:rPr>
          <w:b/>
        </w:rPr>
        <w:t xml:space="preserve">[04:05] </w:t>
      </w:r>
      <w:r>
        <w:t>Assalawle ko papa. Aliksham.</w:t>
      </w:r>
    </w:p>
    <w:p>
      <w:pPr>
        <w:jc w:val="right"/>
      </w:pPr>
      <w:r>
        <w:t>अस्लावले को papa. आलिक्षाम.</w:t>
      </w:r>
    </w:p>
    <w:p>
      <w:r>
        <w:rPr>
          <w:b/>
        </w:rPr>
        <w:t xml:space="preserve">[04:12] </w:t>
      </w:r>
      <w:r>
        <w:t>papa aaj mera sawal yeh hai ki mission oriented zindagi kya hoti hai? aaj ke zaman mein. aapko dekh le bas pata chal jayega mission oriented zindagi kya hoti hai? aise ho jaye.</w:t>
      </w:r>
    </w:p>
    <w:p>
      <w:pPr>
        <w:jc w:val="right"/>
      </w:pPr>
      <w:r>
        <w:t>Papa आज मेरा सवाल यह है कि mission oriented ज़िंदगी क्या होती है? आज के ज़मान में. आपको देख ले बस पता चल जाएगा mission oriented ज़िंदगी क्या होती है? ऐसे हो जाए.</w:t>
      </w:r>
    </w:p>
    <w:p>
      <w:r>
        <w:rPr>
          <w:b/>
        </w:rPr>
        <w:t xml:space="preserve">[04:35] </w:t>
      </w:r>
      <w:r>
        <w:t>jitna mauka hai dekhiye ab khawatin inko full time to bahut si khawatin na jo nahi de sakti.</w:t>
      </w:r>
    </w:p>
    <w:p>
      <w:pPr>
        <w:jc w:val="right"/>
      </w:pPr>
      <w:r>
        <w:t>जितना मौका है देखिए अब खवाती इनको full time तो बहुत सी खवाती ना जो नहीं दे सकती.</w:t>
      </w:r>
    </w:p>
    <w:p>
      <w:r>
        <w:rPr>
          <w:b/>
        </w:rPr>
        <w:t xml:space="preserve">[04:42] </w:t>
      </w:r>
      <w:r>
        <w:t>to jitna mauka hai hamare paas us mauke ko hum istemal karein aur zyada se zyada aur baqi</w:t>
      </w:r>
    </w:p>
    <w:p>
      <w:pPr>
        <w:jc w:val="right"/>
      </w:pPr>
      <w:r>
        <w:t>तो जितना मौका है हमारे पास उस मौके को हम इस्तेमाल करें और ज़्यादा से ज़्यादा और बाकी</w:t>
      </w:r>
    </w:p>
    <w:p>
      <w:r>
        <w:rPr>
          <w:b/>
        </w:rPr>
        <w:t xml:space="preserve">[04:49] </w:t>
      </w:r>
      <w:r>
        <w:t>duaen karenge lataal hamein aur zyada mauka aata hai par main aur aur main isteghfar par chunke Maulana</w:t>
      </w:r>
    </w:p>
    <w:p>
      <w:pPr>
        <w:jc w:val="right"/>
      </w:pPr>
      <w:r>
        <w:t>दुआएं करेंगे लताल हमें और ज़्यादा मौका आता है पर मैं और और मैं इस्तेफ़वार पर चूंकि मौलाना</w:t>
      </w:r>
    </w:p>
    <w:p>
      <w:r>
        <w:rPr>
          <w:b/>
        </w:rPr>
        <w:t xml:space="preserve">[04:56] </w:t>
      </w:r>
      <w:r>
        <w:t>ne bahut zyada zor diya to isteghfar par bahut zor deti hoon main kyunke hamein pata nahi ke</w:t>
      </w:r>
    </w:p>
    <w:p>
      <w:pPr>
        <w:jc w:val="right"/>
      </w:pPr>
      <w:r>
        <w:t>ने बहुत ज़्यादा ज़ोर दिया तो इस्तेफ़वार पर बहुत ज़ोर देती हूं मैं क्योंकि हमें पता नहीं कि</w:t>
      </w:r>
    </w:p>
    <w:p>
      <w:r>
        <w:rPr>
          <w:b/>
        </w:rPr>
        <w:t xml:space="preserve">[05:03] </w:t>
      </w:r>
      <w:r>
        <w:t>humne kya kya galtiyan consciously, unconsciously kya kya galtiyan kar rakhi hain to uske liye Apa bahut zyada</w:t>
      </w:r>
    </w:p>
    <w:p>
      <w:pPr>
        <w:jc w:val="right"/>
      </w:pPr>
      <w:r>
        <w:t>हमने क्या क्या गलतियां consciously, unconsciously क्या क्या गलतियां कर रखी हैं तो उसके लिए Apa बहुत ज़्यादा</w:t>
      </w:r>
    </w:p>
    <w:p>
      <w:r>
        <w:rPr>
          <w:b/>
        </w:rPr>
        <w:t xml:space="preserve">[05:10] </w:t>
      </w:r>
      <w:r>
        <w:t>hota se isteghfar karein.</w:t>
      </w:r>
    </w:p>
    <w:p>
      <w:pPr>
        <w:jc w:val="right"/>
      </w:pPr>
      <w:r>
        <w:t>होता से इस्तेफ़ार करें.</w:t>
      </w:r>
    </w:p>
    <w:p>
      <w:r>
        <w:rPr>
          <w:b/>
        </w:rPr>
        <w:t xml:space="preserve">[05:18] </w:t>
      </w:r>
      <w:r>
        <w:t>jab rasoolullah ki beshak hui thi to chunke pehli baar aisa experience hua tha ek farishta aaya jabki apa cave mein akele baithe hue the to ghabra gaye. ghabra ke jab farishta chala gaya to ghabra ke ghar aaye ab bahut zyada pareshan the to rajat khadija ne bistar nistar bichha diya ki apa let jaiye thodega.</w:t>
      </w:r>
    </w:p>
    <w:p>
      <w:pPr>
        <w:jc w:val="right"/>
      </w:pPr>
      <w:r>
        <w:t>जब रसोल्लाह की बेशक हुई थी तो चूंकि पहली बार ऐसा experience हुआ था एक फरिश्ता आया जबकि Apa cave में अकेले बैठे हुए थे तो घबरा गए. घबरा के जब फरिश्ता चला गया तो घबरा के घर आए अब बहुत ज़्यादा परेशान थे तो रजत खदीजा ने बिस्तर निस्तर बिछा दिया कि Apa लेट जाइए थोड़ेगा.</w:t>
      </w:r>
    </w:p>
    <w:p>
      <w:r>
        <w:rPr>
          <w:b/>
        </w:rPr>
        <w:t xml:space="preserve">[05:43] </w:t>
      </w:r>
      <w:r>
        <w:t>to unhone kaha ki ayana rah ya khadija ab aaram kahan hai khadija? matlab hamari zimmedariyan itni zyada badh gayi hain ki ab aaram kahan hai? to yeh cheezein jo hain hamein aur hadrat hajra se hamein bahut badi sabak milti hai ki aam taur par auratein jo hain pareshan rehti hain ki hamare paas yeh nahi hai, hamare paas woh nahi hai, hamara yeh masla woh masla.</w:t>
      </w:r>
    </w:p>
    <w:p>
      <w:pPr>
        <w:jc w:val="right"/>
      </w:pPr>
      <w:r>
        <w:t>तो उन्होंने कहा कि अयाना राह या खदीजा अब आराम कहां है खदीजा? मतलब हमारी ज़िम्मेदारियां इतनी ज़्यादा बढ़ गई हैं कि अब आराम कहां है? तो यह चीज़ें जो हैं हमें और हदरत हाजरा से हमें बहुत बड़ी सबक मिलती है कि आमतौर पर औरतें जो हैं परेशान रहती हैं कि हमारे पास यह नहीं है, हमारे पास वह नहीं है, हमारा यह मसला वह मसला.</w:t>
      </w:r>
    </w:p>
    <w:p>
      <w:r>
        <w:rPr>
          <w:b/>
        </w:rPr>
        <w:t xml:space="preserve">[06:12] </w:t>
      </w:r>
      <w:r>
        <w:t>to unko hazrat hajra ki zindagi yaad rakhna chahiye ki woh kis tarike se dessert mein jaakar rahi thi. unke paas to kuch bhi nahi tha.</w:t>
      </w:r>
    </w:p>
    <w:p>
      <w:pPr>
        <w:jc w:val="right"/>
      </w:pPr>
      <w:r>
        <w:t>तो उनको हजरत हजरा की ज़िंदगी याद रखना चाहिए कि वह किस तरीके से dessert में जाकर रही थी. उनके पास तो कुछ भी नहीं था.</w:t>
      </w:r>
    </w:p>
    <w:p>
      <w:r>
        <w:rPr>
          <w:b/>
        </w:rPr>
        <w:t xml:space="preserve">[06:21] </w:t>
      </w:r>
      <w:r>
        <w:t>to hamein hum hamare hum bahut khushkismat hain ki hamare paas paighambar ki zindagiyaan hain aur sahaviyat ki zindagiyaan hain, paighambaron ki vibes ki zindagiyaan hain to unse hamein lesson lena chahiye, inspiration lena chahiye aur apne apa ko woh karna chahiye apne apa ko reform karna chahiye. hamari soch jo hai na aas paas ke jo mahaul hai usko lekar ke banti hai.</w:t>
      </w:r>
    </w:p>
    <w:p>
      <w:pPr>
        <w:jc w:val="right"/>
      </w:pPr>
      <w:r>
        <w:t>तो हमें हम हमारे हम बहुत खुशकिस्मत हैं कि हमारे पास पैगम्बर की ज़िंदगियां हैं और सहावियत की ज़िंदगियां हैं, पैगंबरों की vibes की ज़िंदगियां हैं तो उनसे हमें लेसन लेना चाहिए, inspiration लेना चाहिए और अपने Apa को वह करना चाहिए अपने Apa को reform करना चाहिए. हमारी सोच जो है ना आसपास के जो माहौल है उसको लेकर के बनती है.</w:t>
      </w:r>
    </w:p>
    <w:p>
      <w:r>
        <w:rPr>
          <w:b/>
        </w:rPr>
        <w:t xml:space="preserve">[06:49] </w:t>
      </w:r>
      <w:r>
        <w:t>usko lekar ke na bane balki hamari soch jo hai profit ki life, profit ki wives ki life aur doosre jo hazrat mariyam hain, hazrat fajra hain, hazad khadija hain, in logon ki lives ko dekhkar hamari soch ko banna chahiye. apni soch ko develop karein.</w:t>
      </w:r>
    </w:p>
    <w:p>
      <w:pPr>
        <w:jc w:val="right"/>
      </w:pPr>
      <w:r>
        <w:t>उसको लेकर के ना बने बल्कि हमारी सोच जो है profit की life, profit की wives की life और दूसरे जो हज़ात मरियम है, हज़ात फाजरा है, हज़ाद खदीजा है, इन लोगों की lives को देखकर हमारी सोच को बनना चाहिए. अपनी सोच को develop करें.</w:t>
      </w:r>
    </w:p>
    <w:p>
      <w:r>
        <w:rPr>
          <w:b/>
        </w:rPr>
        <w:t xml:space="preserve">[07:10] </w:t>
      </w:r>
      <w:r>
        <w:t>Jazaa kalaka for this beautiful answer that you gave that we are the life of Hazrat Aisha and</w:t>
      </w:r>
    </w:p>
    <w:p>
      <w:pPr>
        <w:jc w:val="right"/>
      </w:pPr>
      <w:r>
        <w:t>जज़्ज़ा कलाका for this beautiful answer that you gave that we are the life of हज़रत आइशाह and</w:t>
      </w:r>
    </w:p>
    <w:p>
      <w:r>
        <w:rPr>
          <w:b/>
        </w:rPr>
        <w:t xml:space="preserve">[07:16] </w:t>
      </w:r>
      <w:r>
        <w:t>the prophet's wife and all the Sahabiyar jo guzar chuki hain unki lives hamare liye example banni chahiye</w:t>
      </w:r>
    </w:p>
    <w:p>
      <w:pPr>
        <w:jc w:val="right"/>
      </w:pPr>
      <w:r>
        <w:t>the prophet's wife and all the सहाबियार जो गुज़ा चुकी हैं उनकी lives हमारे लिए example बननी चाहिए</w:t>
      </w:r>
    </w:p>
    <w:p>
      <w:r>
        <w:rPr>
          <w:b/>
        </w:rPr>
        <w:t xml:space="preserve">[07:23] </w:t>
      </w:r>
      <w:r>
        <w:t>aur hum apni zindagi khas karke CPS mission ki jo ladies hain woh apni life ko in examples</w:t>
      </w:r>
    </w:p>
    <w:p>
      <w:pPr>
        <w:jc w:val="right"/>
      </w:pPr>
      <w:r>
        <w:t>और हम अपनी ज़िंदगी खास करके CPS mission की जो ladies हैं वह अपनी life को इन examples</w:t>
      </w:r>
    </w:p>
    <w:p>
      <w:r>
        <w:rPr>
          <w:b/>
        </w:rPr>
        <w:t xml:space="preserve">[07:29] </w:t>
      </w:r>
      <w:r>
        <w:t>se apni life ko lead karein.</w:t>
      </w:r>
    </w:p>
    <w:p>
      <w:pPr>
        <w:jc w:val="right"/>
      </w:pPr>
      <w:r>
        <w:t>से अपनी life को lead करें.</w:t>
      </w:r>
    </w:p>
    <w:p>
      <w:r>
        <w:rPr>
          <w:b/>
        </w:rPr>
        <w:t xml:space="preserve">[07:36] </w:t>
      </w:r>
      <w:r>
        <w:t>The second question that I would like to invite Doctor Safina Tapaswan to ask a question.</w:t>
      </w:r>
    </w:p>
    <w:p>
      <w:pPr>
        <w:jc w:val="right"/>
      </w:pPr>
      <w:r>
        <w:t>The second question that I would like to invite Doctor सफ़ीना तपस्वान to ask a question.</w:t>
      </w:r>
    </w:p>
    <w:p>
      <w:r>
        <w:rPr>
          <w:b/>
        </w:rPr>
        <w:t xml:space="preserve">[07:43] </w:t>
      </w:r>
      <w:r>
        <w:t>samulekhon ko. wali kaun samulekha? papa main yeh poochna chahti hoon ki jab kisi ko sachchai mil jati hai to molana sahab kehte the usko conviction aa jata hai aur aaj aaj ke usmein main dekhti hoon ki jisko sachchai mili ho ya na mili ho woh apni baat par ada hi rehta hai.</w:t>
      </w:r>
    </w:p>
    <w:p>
      <w:pPr>
        <w:jc w:val="right"/>
      </w:pPr>
      <w:r>
        <w:t>सामुलेखों को. वाली कौन सामुलेखा? Papa मैं यह पूछना चाहती हूं कि जब किसी को सच्चाई मिल जाती है तो मोलाना साहब कहते थे उसको conviction आ जाता है और आज आज के उसमें मैं देखती हूं कि जिसको सच्चाई मिली हो या ना मिली हो वह अपनी बात पर अड़ा ही रहता है.</w:t>
      </w:r>
    </w:p>
    <w:p>
      <w:r>
        <w:rPr>
          <w:b/>
        </w:rPr>
        <w:t xml:space="preserve">[08:04] </w:t>
      </w:r>
      <w:r>
        <w:t>kya woh woh kya cheez hai jis par woh sab log ad jaate hain aur iska pata kaise chale dono cheezon mein fark kya hoga ki hum conviction par hain ya hum jhoothe ait martay hain? sachchai milne ka bhi to koi criteria hoga na. sachchai milna hai matlab puda ki discovery.</w:t>
      </w:r>
    </w:p>
    <w:p>
      <w:pPr>
        <w:jc w:val="right"/>
      </w:pPr>
      <w:r>
        <w:t>क्या वह वह क्या चीज़ है जिस पर वह सब लोग अड़ जाते हैं और इसका पता कैसे चले दोनों चीज़ों में फ़र्क क्या होगा कि हम conviction पर हैं या हम झूठे ऐत मारते हैं? सच्चाई मिलने का भी तो कोई criteria होगा ना. सच्चाई मिलना है मतलब पुदा की discovery.</w:t>
      </w:r>
    </w:p>
    <w:p>
      <w:r>
        <w:rPr>
          <w:b/>
        </w:rPr>
        <w:t xml:space="preserve">[08:25] </w:t>
      </w:r>
      <w:r>
        <w:t>yeh nahi ki aapne kuch kitab padh li aapne kuch duayen yaad kar li aapne namaz padh li kudha ko jab discover apa karenge to yeh sab apa jo hai confusion khatm ho jayega apa arrogance khatm ho jayega aur aapko itni musalsal aapko farishton se inspiration milega to sachchai milne ka yeh matlab nahi hai ki aapne kalma padh liya ya apa muslim family mein paida ho gaye. Apa naam musalman hai to aisa nahi hai.</w:t>
      </w:r>
    </w:p>
    <w:p>
      <w:pPr>
        <w:jc w:val="right"/>
      </w:pPr>
      <w:r>
        <w:t>यह नहीं कि आपने कुछ किताब पढ़ ली आपने कुछ दुआएं याद कर ली आपने नमाज़ पढ़ ली कुधा को जब discover Apa करेंगे तो यह सब Apa जो है confusion खत्म हो जाएगा Apa arrogance खत्म हो जाएगा और आपको इतनी मुसलसल आपको फरिश्तों से inspiration मिलेगा तो सच्चाई मिलने का यह मतलब नहीं है कि आपने कलमा पढ़ लिया या Apa मुस्लिम family में पैदा हो गए. Apa नाम मुसलमान है तो ऐसा नहीं है.</w:t>
      </w:r>
    </w:p>
    <w:p>
      <w:r>
        <w:rPr>
          <w:b/>
        </w:rPr>
        <w:t xml:space="preserve">[08:55] </w:t>
      </w:r>
      <w:r>
        <w:t>to balki aapko khuda ki discovery karni hai, khuda ki yaad mein apni zindagi puri bitani hai. har waqt apa apa yeh dekhiye ki apa kahin bhi baithi ho, kuch bhi kaam mein busy ho, aapke dimagh mein khuda ki yaad aati rahe. to samajh lijiye ki apa connection khuda se kaam ho gaya hai.</w:t>
      </w:r>
    </w:p>
    <w:p>
      <w:pPr>
        <w:jc w:val="right"/>
      </w:pPr>
      <w:r>
        <w:t>तो बल्कि आपको खुदा की discovery करनी है, खुदा की याद में अपनी ज़िंदगी पूरी बितानी है. हर वक्त Apa Apa यह देखिए कि Apa कहीं भी बैठी हो, कुछ भी काम में busy हो, आपके दिमाग में खुदा की याद आती रहे. तो समझ लीजिए कि Apa connection खुदा से काम हो गया है.</w:t>
      </w:r>
    </w:p>
    <w:p>
      <w:r>
        <w:rPr>
          <w:b/>
        </w:rPr>
        <w:t xml:space="preserve">[09:13] </w:t>
      </w:r>
      <w:r>
        <w:t>to jab khuda ki yaad aapko bar bar aayega to uska aapko dil mein itna nahi paida hoga kyunki quran mein aaya hai sachchai ke gehre maan aani mura lena hoga.</w:t>
      </w:r>
    </w:p>
    <w:p>
      <w:pPr>
        <w:jc w:val="right"/>
      </w:pPr>
      <w:r>
        <w:t>तो जब खुदा की याद आपको बार बार आएगा तो उसका आपको दिल में इतना नहीं पैदा होगा क्योंकि कुरान में आया है सच्चाई के गहरे मां आनी मुरा लेना होगा.</w:t>
      </w:r>
    </w:p>
    <w:p>
      <w:r>
        <w:rPr>
          <w:b/>
        </w:rPr>
        <w:t xml:space="preserve">[09:42] </w:t>
      </w:r>
      <w:r>
        <w:t>ji, to apa kuch main yeh puchna chah rahi thi ki kuch aur log bhi hote hain jo sachchai se door hote hain lekin apni baat par unhein bahut zyada qatmad hota hai ya us belief mein woh jee rahe hote hain. unki baaton se confusion nahi lagta ki woh confused hain ya woh chupate honge pata nahi ab. to main yeh puchna chah rahi thi. jaise firoun tha apa, woh kitna zyada confident tha ki woh sahi hai.</w:t>
      </w:r>
    </w:p>
    <w:p>
      <w:pPr>
        <w:jc w:val="right"/>
      </w:pPr>
      <w:r>
        <w:t>जी, तो Apa कुछ मैं यह पूछना चाह रही थी कि कुछ और लोग भी होते हैं जो सच्चाई से दूर होते हैं लेकिन अपनी बात पर उन्हें बहुत ज़्यादा कैत्माद होता है या उस belief में वह जी रहे होते हैं. उनकी बातों से confusion नहीं लगता कि वह confused हैं या वह छुपाते होंगे पता नहीं अब. तो मैं यह पूछना चाह रही थी. जैसे फिरौन था Apa, वह कितना ज़्यादा confident था कि वह सही है.</w:t>
      </w:r>
    </w:p>
    <w:p>
      <w:r>
        <w:rPr>
          <w:b/>
        </w:rPr>
        <w:t xml:space="preserve">[10:10] </w:t>
      </w:r>
      <w:r>
        <w:t>to woh woh kya cheez thi jo uske andar thi?</w:t>
      </w:r>
    </w:p>
    <w:p>
      <w:pPr>
        <w:jc w:val="right"/>
      </w:pPr>
      <w:r>
        <w:t>तो वह वह क्या चीज़ थी जो उसके अंदर थी?</w:t>
      </w:r>
    </w:p>
    <w:p>
      <w:r>
        <w:rPr>
          <w:b/>
        </w:rPr>
        <w:t xml:space="preserve">[10:22] </w:t>
      </w:r>
      <w:r>
        <w:t>Ek baar Maulana ne bataya tha ke ek baar Muharana ne bataya tha ke jab Jamaat Islami mein</w:t>
      </w:r>
    </w:p>
    <w:p>
      <w:pPr>
        <w:jc w:val="right"/>
      </w:pPr>
      <w:r>
        <w:t>एक बार मोराना ने बताया था कि एक बार मुहाराना ने बताया था कि जब जमात इस्लामी में</w:t>
      </w:r>
    </w:p>
    <w:p>
      <w:r>
        <w:rPr>
          <w:b/>
        </w:rPr>
        <w:t xml:space="preserve">[10:34] </w:t>
      </w:r>
      <w:r>
        <w:t>thi bahut purani baat hai to woh matlab khali Khuda se mohabbat ke saath saath khauf bhi zaroori</w:t>
      </w:r>
    </w:p>
    <w:p>
      <w:pPr>
        <w:jc w:val="right"/>
      </w:pPr>
      <w:r>
        <w:t>थी बहुत पुरानी बात है तो वह मतलब खाली खुदा से मोहब्बत के साथ साथ खौन भी ज़रूरी</w:t>
      </w:r>
    </w:p>
    <w:p>
      <w:r>
        <w:rPr>
          <w:b/>
        </w:rPr>
        <w:t xml:space="preserve">[10:46] </w:t>
      </w:r>
      <w:r>
        <w:t>hai ke hum sachchai par hain, hamein dar bhi laga rehta hai ke kya hum sachmuch sachchai par</w:t>
      </w:r>
    </w:p>
    <w:p>
      <w:pPr>
        <w:jc w:val="right"/>
      </w:pPr>
      <w:r>
        <w:t>है कि हम सच्चाई पर हैं, हमें डर भी लगा रहता है कि क्या हम सचमुच सच्चाई पर</w:t>
      </w:r>
    </w:p>
    <w:p>
      <w:r>
        <w:rPr>
          <w:b/>
        </w:rPr>
        <w:t xml:space="preserve">[10:58] </w:t>
      </w:r>
      <w:r>
        <w:t>hain to yeh Maulana Hazrat sochte rehte the Hazrat isteghfar karte rehte the Hazrat Khuda se madad mangte</w:t>
      </w:r>
    </w:p>
    <w:p>
      <w:pPr>
        <w:jc w:val="right"/>
      </w:pPr>
      <w:r>
        <w:t>हैं तो यह मौलान हर्वत सोचते रहते थे हर्वत इस्तेख्वार करते रहते थे हर्वत खुदा से मदद मांगते</w:t>
      </w:r>
    </w:p>
    <w:p>
      <w:r>
        <w:rPr>
          <w:b/>
        </w:rPr>
        <w:t xml:space="preserve">[11:10] </w:t>
      </w:r>
      <w:r>
        <w:t>the hamara rasta to seedhe jannat ki taraf ja raha hai.</w:t>
      </w:r>
    </w:p>
    <w:p>
      <w:pPr>
        <w:jc w:val="right"/>
      </w:pPr>
      <w:r>
        <w:t>थे हमारा रास्ता तो सीधे जन्नत की तरफ जा रहा है.</w:t>
      </w:r>
    </w:p>
    <w:p>
      <w:r>
        <w:rPr>
          <w:b/>
        </w:rPr>
        <w:t xml:space="preserve">[11:22] </w:t>
      </w:r>
      <w:r>
        <w:t>to aam taur par log aise hi hote hain unka gehra mutala nahi hota gehra khuda se taal log nahi hota yeh un logon ka case hai unko to bas yahi batana hai ki mutala karen. jitna gehra mutala karenge utna hi unko samajh mein baat aayegi. theek hai. ek hadish hai. apa bataiye. allah ke rasood sallah wali sallam ek sahabi ke paas gaye jinka aakhri waqt tha. maujwan sahabi the.</w:t>
      </w:r>
    </w:p>
    <w:p>
      <w:pPr>
        <w:jc w:val="right"/>
      </w:pPr>
      <w:r>
        <w:t>तो आम तौर पर लोग ऐसे ही होते हैं उनका गहरा मुताला नहीं होता गहरा खुदा से ताल लोग नहीं होता यह उन लोगों का case है उनको तो बस यही बताना है कि मुताला करें. जितना गहरा मुताला करेंगे उतना ही उनको समझ में बात आएगी. ठीक है. एक हदीश है. Apa बताइए. अल्लाह के रसूद सल्लाह वाली सल्लाम एक साहबी के पास गए जिनका आखिरी वक्त था. मौजवान साहबी थे.</w:t>
      </w:r>
    </w:p>
    <w:p>
      <w:r>
        <w:rPr>
          <w:b/>
        </w:rPr>
        <w:t xml:space="preserve">[11:52] </w:t>
      </w:r>
      <w:r>
        <w:t>تو کہا کہ تمہاری کیا cafe تھا ابھی؟</w:t>
      </w:r>
    </w:p>
    <w:p>
      <w:pPr>
        <w:jc w:val="right"/>
      </w:pPr>
      <w:r>
        <w:t>तो कहा कि तुम्हारी क्या cafe था अभी?</w:t>
      </w:r>
    </w:p>
    <w:p>
      <w:r>
        <w:rPr>
          <w:b/>
        </w:rPr>
        <w:t xml:space="preserve">[12:00] </w:t>
      </w:r>
      <w:r>
        <w:t>to unhone kaha ke mujhe umeed bhi hai aur Allah taala ki pakad ka khauf bhi hai.</w:t>
      </w:r>
    </w:p>
    <w:p>
      <w:pPr>
        <w:jc w:val="right"/>
      </w:pPr>
      <w:r>
        <w:t>तो उन्होंने कहा कि मुझे उम्मीद भी है और अल्लाह तालाह की पकड़ का खौफ दी है.</w:t>
      </w:r>
    </w:p>
    <w:p>
      <w:r>
        <w:rPr>
          <w:b/>
        </w:rPr>
        <w:t xml:space="preserve">[12:08] </w:t>
      </w:r>
      <w:r>
        <w:t>to jisko sachchai hati gi sachchai Khuda wali sachchai milti hai na uski kasiyat yahi hoti hai.</w:t>
      </w:r>
    </w:p>
    <w:p>
      <w:pPr>
        <w:jc w:val="right"/>
      </w:pPr>
      <w:r>
        <w:t>तो जिसको सच्चाई हतीगी सच्चाई खुदावाली सच्चाई मिलती है ना उसकी कैसियत यही होती है.</w:t>
      </w:r>
    </w:p>
    <w:p>
      <w:r>
        <w:rPr>
          <w:b/>
        </w:rPr>
        <w:t xml:space="preserve">[12:16] </w:t>
      </w:r>
      <w:r>
        <w:t>Umeed aur khauf ke darmiyan insan rehta hai.</w:t>
      </w:r>
    </w:p>
    <w:p>
      <w:pPr>
        <w:jc w:val="right"/>
      </w:pPr>
      <w:r>
        <w:t>उम्मीद और खौफ के दरमियान इंसान रहता है.</w:t>
      </w:r>
    </w:p>
    <w:p>
      <w:r>
        <w:rPr>
          <w:b/>
        </w:rPr>
        <w:t xml:space="preserve">[12:25] </w:t>
      </w:r>
      <w:r>
        <w:t>wo Quran mein aaya hua innwal minoon allaaheen allaahu azeelat khuroob hum.</w:t>
      </w:r>
    </w:p>
    <w:p>
      <w:pPr>
        <w:jc w:val="right"/>
      </w:pPr>
      <w:r>
        <w:t>वो कुरान में आया हुआ इन्नवल मिनून अल्लाहीन अल्लाहू अजीलत खुरूब हुम.</w:t>
      </w:r>
    </w:p>
    <w:p>
      <w:r>
        <w:rPr>
          <w:b/>
        </w:rPr>
        <w:t xml:space="preserve">[12:32] </w:t>
      </w:r>
      <w:r>
        <w:t>Waida tul jeet a rahim ayaat huzaadat hum imaan huwa jaarubbeem yatavab karoom.</w:t>
      </w:r>
    </w:p>
    <w:p>
      <w:pPr>
        <w:jc w:val="right"/>
      </w:pPr>
      <w:r>
        <w:t>वैदा अतुल जीत आ रहीम आयात हुज़ादत हम ईमान हुआ जारव्बीम यतवब करूम.</w:t>
      </w:r>
    </w:p>
    <w:p>
      <w:r>
        <w:rPr>
          <w:b/>
        </w:rPr>
        <w:t xml:space="preserve">[12:39] </w:t>
      </w:r>
      <w:r>
        <w:t>ke momin haqeeqi woh hain jab unke samne Allah ka zikr kiya jaye to unke dil dahal uthe</w:t>
      </w:r>
    </w:p>
    <w:p>
      <w:pPr>
        <w:jc w:val="right"/>
      </w:pPr>
      <w:r>
        <w:t>के मुमिन हतिकी वो हैं जब उनके सामने अल्लाह का ज़िक्र किया जाए तो उनके दिल दहल उठे</w:t>
      </w:r>
    </w:p>
    <w:p>
      <w:r>
        <w:rPr>
          <w:b/>
        </w:rPr>
        <w:t xml:space="preserve">[12:47] </w:t>
      </w:r>
      <w:r>
        <w:t>aur jab Allah ke aaye the tilawat ki jaye to uski imaan mein izafa ho aur woh apne</w:t>
      </w:r>
    </w:p>
    <w:p>
      <w:pPr>
        <w:jc w:val="right"/>
      </w:pPr>
      <w:r>
        <w:t>और जब अल्लाह के आए थे तिलावत की जाए तो उसकी ईमान में इज़ाफा हो और वह अपने</w:t>
      </w:r>
    </w:p>
    <w:p>
      <w:r>
        <w:rPr>
          <w:b/>
        </w:rPr>
        <w:t xml:space="preserve">[12:54] </w:t>
      </w:r>
      <w:r>
        <w:t>rabbar bharosa karte hain.</w:t>
      </w:r>
    </w:p>
    <w:p>
      <w:pPr>
        <w:jc w:val="right"/>
      </w:pPr>
      <w:r>
        <w:t>रब्बर भरोसा करते हैं.</w:t>
      </w:r>
    </w:p>
    <w:p>
      <w:r>
        <w:rPr>
          <w:b/>
        </w:rPr>
        <w:t xml:space="preserve">[13:01] </w:t>
      </w:r>
      <w:r>
        <w:t>to aage bataen ki yahi hati ki momin hai.</w:t>
      </w:r>
    </w:p>
    <w:p>
      <w:pPr>
        <w:jc w:val="right"/>
      </w:pPr>
      <w:r>
        <w:t>तो आगे बताएं कि यही हती की मोमिन है.</w:t>
      </w:r>
    </w:p>
    <w:p>
      <w:r>
        <w:rPr>
          <w:b/>
        </w:rPr>
        <w:t xml:space="preserve">[13:09] </w:t>
      </w:r>
      <w:r>
        <w:t>ek misab hai. to aisi cheez agar hai to yaqeeni use ko sachchai milkar aur agar aisi cheez nahi hai quran kehte padhte woh bhagta hai, tavil karta hai uski to sachchai nahi hai uske paas. dekhiye hamare</w:t>
      </w:r>
    </w:p>
    <w:p>
      <w:pPr>
        <w:jc w:val="right"/>
      </w:pPr>
      <w:r>
        <w:t>एक मिसाब है. तो ऐसी चीज़ अगर है तो यकीनी use को सच्चाई मिलकर और अगर ऐसी चीज़ नहीं है कुरान केहते पढ़ते वह भागता है, ताविल करता है उसकी तो सच्चाई नहीं है उसके पास. देखिए हमारे</w:t>
      </w:r>
    </w:p>
    <w:p>
      <w:r>
        <w:rPr>
          <w:b/>
        </w:rPr>
        <w:t xml:space="preserve">[13:21] </w:t>
      </w:r>
      <w:r>
        <w:t>main jo samajh payi, main jo samajh payi apa, aapki baaton se mujhe yeh samajh aaya ki agar insan mein aajzi aati hai, modesty aati hai, to khuda ka khauf uske andar rehta hai to woh yaqin matlab uska yaqin jo hai woh sahi yaqin hai aur agar woh jo jo woh log hain unke andar arrogance hoga takabbur hoga kahin par. woh haan woh to arrogance hai. arrogance hai.</w:t>
      </w:r>
    </w:p>
    <w:p>
      <w:pPr>
        <w:jc w:val="right"/>
      </w:pPr>
      <w:r>
        <w:t>मैं जो समझ पाई, मैं जो समझ पाई Apa, आपकी बातों से मुझे यह समझ आया कि अगर इंसान में आजज़ी आती है, modesty आती है, तो खुदा का खौफ उसके अंदर रहता है तो वह यकीन मतलब उसका यकीन जो है वह सही यकीन है और अगर वह जो जो वह लोग हैं उनके अंदर arrogance होगा तक्तब्बूर होगा कहीं पर. वह हां वह तो arrogance है. Arrogance है.</w:t>
      </w:r>
    </w:p>
    <w:p>
      <w:r>
        <w:rPr>
          <w:b/>
        </w:rPr>
        <w:t xml:space="preserve">[13:47] </w:t>
      </w:r>
      <w:r>
        <w:t>dekhiye ab hum namaz padh rahe hain roza rakh rahe hain aur doosre amal kar rahe hain lekin masla yeh hai ki jab khuda usko accept kar le tab to woh amal amal hai to woh hamein pata nahi rehta. ab marenge hum duniya mein har cheez jo hamare support hai sab kuch chhod kar chale jayenge to phir humko ek dar laga rehta hai ki wahan allatalah support hamein milega ki nahi milega yahan se to hum sab kuch chhod kar ja rahe hain. to umeed aur khauf ke to darmiyan hi hoga.</w:t>
      </w:r>
    </w:p>
    <w:p>
      <w:pPr>
        <w:jc w:val="right"/>
      </w:pPr>
      <w:r>
        <w:t>देखिए अब हम नामाज़ पढ़ रहे हैं रोज़ा रख रहे हैं और दूसरे अमल कर रहे हैं लेकिन मसला यह है कि जब खुदा उसको accept कर ले तब तो वह अमल अमल है तो वह हमें पता नहीं रहता. अब मरेंगे हम दुनिया में हर चीज़ जो हमारे support है सब कुछ छोड़ कर चले जाएंगे तो फिर हमको एक डर लगा रहता है कि वहां अल्लाता अलग support हमें मिलेगा कि नहीं मिलेगा यहां से तो हम सब कुछ छोड़ कर जा रहे हैं. तो उम्मीद और खौफ के तो दरमियान ही होगा.</w:t>
      </w:r>
    </w:p>
    <w:p>
      <w:r>
        <w:rPr>
          <w:b/>
        </w:rPr>
        <w:t xml:space="preserve">[14:17] </w:t>
      </w:r>
      <w:r>
        <w:t>ab hazrat umar itne bade sahabi ki yeh hadish hai ki agar koi doosra pagambar aata to umar aata. haan haan. to itne bade sahabi. to woh unhone bhi yahi kaha ki agar aasman se awaz aaye ki sirf ek hi insan jannat mein jayega to main samjhunga ki woh main hoon aur agar awaz aaye ki ek hi insan jannat mein jayega to main samjhunga ki woh main hoon.</w:t>
      </w:r>
    </w:p>
    <w:p>
      <w:pPr>
        <w:jc w:val="right"/>
      </w:pPr>
      <w:r>
        <w:t>अब हजरत उमर इतने बड़े सहाबी कि यह हदीश है कि अगर कोई दूसरा पगम्बर आता तो उमर आता. हां हां. तो इतने बड़े सहाबी. तो वह उन्होंने भी यही कहा कि अगर आसमान से आवाज़ आए कि सिर्फ एक ही इंसान जन्नत में जाएगा तो मैं समझूंगा कि वह मैं हूं और अगर आवाज़ आए कि एक ही इंसान जन्नत में जाएगा तो मैं समझूंगा कि वह मैं हूं.</w:t>
      </w:r>
    </w:p>
    <w:p>
      <w:r>
        <w:rPr>
          <w:b/>
        </w:rPr>
        <w:t xml:space="preserve">[14:42] </w:t>
      </w:r>
      <w:r>
        <w:t>to matlab yeh to har waqt hamein dar mein rehna hai koda koda ka dar aur koda ka se umeed dono sath sath chalegi. theek hai, shukriya apa. bahut achhe se waza aati hai. haan, jazza kar la apa.</w:t>
      </w:r>
    </w:p>
    <w:p>
      <w:pPr>
        <w:jc w:val="right"/>
      </w:pPr>
      <w:r>
        <w:t>तो मतलब यह तो हर वक्त हमें डर में रहना है कोदा कोदा का डर और कोदा का से उम्मीद दोनों साथ साथ चलेगी. ठीक है, शुक्रिया Apa. बहुत अच्छे से वज़ा आती है. हां, जज़्ज़ा कर ला Apa.</w:t>
      </w:r>
    </w:p>
    <w:p>
      <w:r>
        <w:rPr>
          <w:b/>
        </w:rPr>
        <w:t xml:space="preserve">[15:02] </w:t>
      </w:r>
      <w:r>
        <w:t>aapne jo answer diya abhi bahut hi profound answer tha isse bahut sari baat aapne jo abhi baat kahi ki agar main jannat mein jaunga to main shayad main hi hoon aur jannat mein jaunga to shayad main hi hoon. to yeh bahut hi gehrai wali baat hai aur bahut zyada sochne wali baat hai apa aur main apni apni feeling jo aapke aapki baaton se related main apni feeling bata rahi hoon.</w:t>
      </w:r>
    </w:p>
    <w:p>
      <w:pPr>
        <w:jc w:val="right"/>
      </w:pPr>
      <w:r>
        <w:t>आपने जो answer दिया अभी बहुत ही profound answer था इससे बहुत सारी बात आपने जो अभी बात कही कि अगर मैं जन्नत में जाऊंगा तो मैं शायद मैं ही हूं और जन्नत में जाऊंगा तो शायद मैं ही हूं. तो यह बहुत ही गहराई वाली बात है और बहुत ज़्यादा सोचने वाली बात है Apa और मैं अपनी अपनी feeling जो आपके आपकी बातों से related मैं अपनी feeling बता रही हूं.</w:t>
      </w:r>
    </w:p>
    <w:p>
      <w:r>
        <w:rPr>
          <w:b/>
        </w:rPr>
        <w:t xml:space="preserve">[15:26] </w:t>
      </w:r>
      <w:r>
        <w:t>mujhe aisa lagta hai ki main zyada tar cheezon mein khuda ko deti hoon aur bahut zyada mujhe khauf hota hai. kuch bhi aisa koi incident ho jata hai to main jaise lagta hai ki main khauf se ekdam bilkul dar se kaanp rahi hoon wahan par. khuda ke khauf se. to isko main kya bolungi jo conviction hai apa kya main sahi hoon jo conviction mujhe mili hai khuda ki? yes ma'am, boliye. matlab bahut zyada darti hain khudar se.</w:t>
      </w:r>
    </w:p>
    <w:p>
      <w:pPr>
        <w:jc w:val="right"/>
      </w:pPr>
      <w:r>
        <w:t>मुझे ऐसा लगता है कि मैं ज़्यादातर चीज़ों में खुदा को देती हूं और बहुत ज़्यादा मुझे खौफ होता है. कुछ भी ऐसा कोई incident हो जाता है तो मैं जैसे लगता है कि मैं खौफ से एकदम बिल्कुल डर से कांप रही हूं वहां पर. खुदा के खौफ से. तो इसको मैं क्या बोलूंगी जो conviction है Apa क्या मैं सही हूं जो conviction मुझे मिली है खुदा की? Yes ma'am, बोलिए. मतलब बहुत ज़्यादा डरती हैं खुदार से.</w:t>
      </w:r>
    </w:p>
    <w:p>
      <w:r>
        <w:rPr>
          <w:b/>
        </w:rPr>
        <w:t xml:space="preserve">[15:54] </w:t>
      </w:r>
      <w:r>
        <w:t>phir to bahut achhi baat hai. yeh to darna to chahiye. hazar tumhare aakhri waqt mein jab ekdam aakhri waqt unka tha to unke bete aaye aur bete aaye. ibnubbas ne baitha tha. ibnubbas aaye jinhone bahut tarif karne lage ki aapne aapne unke jo karname hain woh batane lage aapne yeh kiya, aapne yeh kiya, aapne yeh kiya. to yeh kuch sab bata dijiye to.</w:t>
      </w:r>
    </w:p>
    <w:p>
      <w:pPr>
        <w:jc w:val="right"/>
      </w:pPr>
      <w:r>
        <w:t>फिर तो बहुत अच्छी बात है. यह तो डरना तो चाहिए. हज़ार तुम्हारे आखिरी वक्त में जब एकदम आखिरी वक्त उनका था तो उनके बेटे आए और बेटे आए. इब्नब्बास ने बैठा था. इब्नब्बास आए जिन्होंने बहुत तारीफ करने लगे कि आपने आपने उनके जो कारनाम है वह बताने लगे आपने यह किया, आपने यह किया, आपने यह किया. तो यह कुछ सब बता दीजिए तो.</w:t>
      </w:r>
    </w:p>
    <w:p>
      <w:r>
        <w:rPr>
          <w:b/>
        </w:rPr>
        <w:t xml:space="preserve">[16:20] </w:t>
      </w:r>
      <w:r>
        <w:t>haan to kar nama bayan kiya to unhone yeh kaha ki tum to dhoke mein dalne wale ho. main yeh chahta hoon ki allah talah woh uske baad unhone yeh kaha ki mere liye aur meri maa ke liye jo hai barbadi hai agar allah talah mujhe maaf na kare.</w:t>
      </w:r>
    </w:p>
    <w:p>
      <w:pPr>
        <w:jc w:val="right"/>
      </w:pPr>
      <w:r>
        <w:t>हां तो कारनामा बयान किया तो उन्होंने यह कहा कि तुम तो धोखे में डालने वाले हो. मैं यह चाहता हूं कि अल्लाह तालाह वह उसके बाद उन्होंने यह कहा कि मेरे लिए और मेरी मां के लिए जो है बर्बादी है अगर अल्लाह तालाह मुझे माफ ना करे.</w:t>
      </w:r>
    </w:p>
    <w:p>
      <w:r>
        <w:rPr>
          <w:b/>
        </w:rPr>
        <w:t xml:space="preserve">[16:40] </w:t>
      </w:r>
      <w:r>
        <w:t>teen martao aisa hi kaha aur usi tarike se yeh bhi aata woh kehte the ki ek woh aur hazrat umar ke bare mein bhi aata hai aur hazrat ayesha ke bare mein taqriban sahi nahi aata hai. woh kaha karte the taash ke main ek chinka hota hoon. to jitne bhi bade sahaba hain woh to aise hi darte the. aaj hum log back off hain to hum log ke andar spirit nahi hai isliye back off hi hai.</w:t>
      </w:r>
    </w:p>
    <w:p>
      <w:pPr>
        <w:jc w:val="right"/>
      </w:pPr>
      <w:r>
        <w:t>तीन मरताओं ऐसा ही कहा और उसी तरीके से यह भी आता वह कहते थे कि एक वह और हजरत उमर के बारे में भी आता है और हजरत आयशा के बारे में तफरीबन सही नहीं आता है. वह कहा करते थे ताश के मैं एक चिंका होता हूं. तो जितने भी बड़े सहाबा हैं वह तो ऐसे ही डरते थे. आज हम लोग back off हैं तो हम लोग के अंदर spirit नहीं है इसलिए back off ही है.</w:t>
      </w:r>
    </w:p>
    <w:p>
      <w:r>
        <w:rPr>
          <w:b/>
        </w:rPr>
        <w:t xml:space="preserve">[17:06] </w:t>
      </w:r>
      <w:r>
        <w:t>agar spirit aa jaye to hum log usi tarah darange jaise sahaba darte the. yeh to bahut achhi baat hai bahut achha sign hai. taqwah usi ko kehte hain yeh. yahi taqwah hai. main ek sawal puch leti hoon kab tak apa bataiye? ji. apa ek sawal hai jo aksar kahin insincerity mein shayad hai woh sawal lekin hamein aksar face karne ko milta hai.</w:t>
      </w:r>
    </w:p>
    <w:p>
      <w:pPr>
        <w:jc w:val="right"/>
      </w:pPr>
      <w:r>
        <w:t>अगर spirit आ जाए तो हम लोग उसी तरह डरेंगे जैसे सहाबा डरते थे. यह तो बहुत अच्छी बात है बहुत अच्छा sign है. तकवाह उसी को कहते हैं यह. यही तकवाह है. मैं एक सवाल पुछ लेती हूं कब तक Apa बताइए? जी. Apa एक सवाल है जो अक्सर कहीं insincerity में शायद है वह सवाल लेकिन हमें अक्सर face करने को मिलता है.</w:t>
      </w:r>
    </w:p>
    <w:p>
      <w:r>
        <w:rPr>
          <w:b/>
        </w:rPr>
        <w:t xml:space="preserve">[17:36] </w:t>
      </w:r>
      <w:r>
        <w:t>log puchte hain ki allah talah ka yeh creation plan hai theek hai lekin hamein allah talah ne kyun dala is creation plan mein? hamari kya galti thi ki hamein dala? is is tarah ke sawalon ko kya kaise address kiya jaye? kya kaha jaye ismein? dekhiye to itna non serious baat hai. aapko koi job lena hota hai to aapko kitne test uske liye dene hote hain tab nahi kehte ki hamein kyun test le rahe ho?</w:t>
      </w:r>
    </w:p>
    <w:p>
      <w:pPr>
        <w:jc w:val="right"/>
      </w:pPr>
      <w:r>
        <w:t>लोग पूछते हैं कि अल्लाह ताला का यह creation plan है ठीक है लेकिन हमें अल्लाह ताला ने क्यों डाला इस creation plan में? हमारी क्या गलती थी कि हमें डाला? इस इस तरह के सवालों को क्या कैसे address किया जाए? क्या कहा जाए इसमें? देखिए तो इतना non serious बात है. आपको कोई job लेना होता है तो आपको कितने test उसके लिए देने होते हैं तब नहीं कहते कि हमें क्यों test ले रहे हो?</w:t>
      </w:r>
    </w:p>
    <w:p>
      <w:r>
        <w:rPr>
          <w:b/>
        </w:rPr>
        <w:t xml:space="preserve">[18:04] </w:t>
      </w:r>
      <w:r>
        <w:t>to itni badi jannat hai allah talah ne insanon ke liye banai hai to uske liye allah test na le bilkul aisi jannat mein daal de. ab dekhiye hazrat adam ko dala to unse galti ho gayi. to is duniya mein bheja hai taki hum apne apa ko develop karen apni heavenly personality banaye. maturity hamare andar aaye. hum jannat mein rehne ke qabil ho jayein.</w:t>
      </w:r>
    </w:p>
    <w:p>
      <w:pPr>
        <w:jc w:val="right"/>
      </w:pPr>
      <w:r>
        <w:t>तो इतनी बड़ी जन्नत है अल्लाह तालाह ने इंसानों के लिए बनाई है तो उसके लिए अल्लाह test ना ले बिल्कुल ऐसी जन्नत में डाल दे. अब देखिए हजरत आदम को डाला तो उनसे गलती हो गई. तो इस दुनिया में भेजा है ताकि हम अपने Apa को develop करें अपनी heavenly personality बनाएं. Maturity हमारे अंदर आए. हम जन्नत में रहने के काबिल हो जाएं.</w:t>
      </w:r>
    </w:p>
    <w:p>
      <w:r>
        <w:rPr>
          <w:b/>
        </w:rPr>
        <w:t xml:space="preserve">[18:29] </w:t>
      </w:r>
      <w:r>
        <w:t>yeh log serious nahi hai na asal mein isliye is tarah ki baatein karte hain. serious aadmi to pamosh ho jata hai, sochne lag jata hai aur yahi uski pehchan hoti hai serious aadmi ki. jab bahut zyada bole to samajh lijiye woh serious hi nahi hai. sahi baat hai ab aapki. aatam al islam ne jo kiya tha sir woh misses of freedom ka case tha.</w:t>
      </w:r>
    </w:p>
    <w:p>
      <w:pPr>
        <w:jc w:val="right"/>
      </w:pPr>
      <w:r>
        <w:t>यह लोग serious नहीं है ना असल में इसलिए इस तरह की बातें करते हैं. Serious आदमी तो पामोश हो जाता है, सोचने लग जाता है और यही उसकी पहचान होती है serious आदमी की. जब बहुत ज़्यादा बोले तो समझ लीजिए वह serious ही नहीं है. सही बात है अब आपकी. आताम अल इस्लाम ने जो किया था sir वह misses of freedom का case था.</w:t>
      </w:r>
    </w:p>
    <w:p>
      <w:r>
        <w:rPr>
          <w:b/>
        </w:rPr>
        <w:t xml:space="preserve">[18:57] </w:t>
      </w:r>
      <w:r>
        <w:t>allah talan e aazadi to thi ki apa us drakht ke paas ja sakte hain. lekin kahan mana karti hain. to ab unhone kya kiya hai ki woh freedom jo mili thi usko unhone misuse kiya hai. to duniya ke andar har qism ke aadmi alag alag tarike se misuse hota hai. ab main ab jaise duniya ke andar hota hai koi marta, koi kaatata, yeh cheez agar jannat mein rahegi to jannat hi nahi rahega.</w:t>
      </w:r>
    </w:p>
    <w:p>
      <w:pPr>
        <w:jc w:val="right"/>
      </w:pPr>
      <w:r>
        <w:t>अल्लाह तालन ए आज़ादी तो थी कि Apa उस दरख्त के पास जा सकते हैं. लेकिन कहां मना करती हैं. तो अब उन्होंने क्या किया है कि वह freedom जो मिली थी उसको उन्होंने misuse किया है. तो दुनिया के अंदर हर किस्म के आदमी अलग अलग तरीके से misuse होता है. अब मैं अब जैसे दुनिया के अंदर होता है कोई मारता, कोई काटता, यह चीज़ अगर जन्नत में रहेगी तो जन्नत ही नहीं रहेगा.</w:t>
      </w:r>
    </w:p>
    <w:p>
      <w:r>
        <w:rPr>
          <w:b/>
        </w:rPr>
        <w:t xml:space="preserve">[19:20] </w:t>
      </w:r>
      <w:r>
        <w:t>to woh zahir si baat hai woh misuse of freedom sirf kaun rokta hai apne apa ko ikhtiyari taur par? woh dekhne ke liye yahan par pata maine is duniya ko banaya hai. haan, jab tak hamara test nahi le lenge tab tak kaise hamein jannat mein dakhil karenge? ab meri awaz aa haan rahi ji bilkul aa rahi hai.</w:t>
      </w:r>
    </w:p>
    <w:p>
      <w:pPr>
        <w:jc w:val="right"/>
      </w:pPr>
      <w:r>
        <w:t>तो वह जाहिर सी बात है वह misuse of freedom सिर्फ कौन रोकता है अपने Apa को इख्तियारी तौर पर? वह देखने के लिए यहां पर पता मैंने इस दुनिया को बनाया है. हां, जब तक हमारा test नहीं ले लेंगे तब तक कैसे हमें जन्नत में दाखिल करेंगे? अब मेरी आवाज़ आ हां रही जी बिल्कुल आ रही है.</w:t>
      </w:r>
    </w:p>
    <w:p>
      <w:r>
        <w:rPr>
          <w:b/>
        </w:rPr>
        <w:t xml:space="preserve">[19:43] </w:t>
      </w:r>
      <w:r>
        <w:t>main yeh keh rahi hoon ki spirit of haj aur yeh bahut detail bhi humne dekh liya jo aajkal zil hijja ke din hain zara iski importance bhi bata dein.</w:t>
      </w:r>
    </w:p>
    <w:p>
      <w:pPr>
        <w:jc w:val="right"/>
      </w:pPr>
      <w:r>
        <w:t>मैं यह कह रही हूं कि spirit of हज और यह बहुत detail भी हमने देख लिया जो आजकल ज़िल्हिद्जा के दिन है जरा इसकी importance भी बता दें.</w:t>
      </w:r>
    </w:p>
    <w:p>
      <w:r>
        <w:rPr>
          <w:b/>
        </w:rPr>
        <w:t xml:space="preserve">[20:00] </w:t>
      </w:r>
      <w:r>
        <w:t>dekhiye, quran mein aaya hua hai allah taala ko tumhara ghosh bhi nahin pahunchta, tumhare khoon bhi nahin</w:t>
      </w:r>
    </w:p>
    <w:p>
      <w:pPr>
        <w:jc w:val="right"/>
      </w:pPr>
      <w:r>
        <w:t>देखिए, कुरान में आया हुआ है अल्लाह तालाह को तुम्हारा घोष भी नहीं पहुंचता, तुम्हारे खून भी नहीं</w:t>
      </w:r>
    </w:p>
    <w:p>
      <w:r>
        <w:rPr>
          <w:b/>
        </w:rPr>
        <w:t xml:space="preserve">[20:16] </w:t>
      </w:r>
      <w:r>
        <w:t>pahunchta, lekin tumhara takhwah pahunchta hai.</w:t>
      </w:r>
    </w:p>
    <w:p>
      <w:pPr>
        <w:jc w:val="right"/>
      </w:pPr>
      <w:r>
        <w:t>पहुंचता, लेकिन तुम्हारा तख़वाह पहुंचता है.</w:t>
      </w:r>
    </w:p>
    <w:p>
      <w:r>
        <w:rPr>
          <w:b/>
        </w:rPr>
        <w:t xml:space="preserve">[20:33] </w:t>
      </w:r>
      <w:r>
        <w:t>to allah taala ne yeh das din mauka diya hai.</w:t>
      </w:r>
    </w:p>
    <w:p>
      <w:pPr>
        <w:jc w:val="right"/>
      </w:pPr>
      <w:r>
        <w:t>तो अल्लाह तालाह ने यह दस दिन मौका दिया है.</w:t>
      </w:r>
    </w:p>
    <w:p>
      <w:r>
        <w:rPr>
          <w:b/>
        </w:rPr>
        <w:t xml:space="preserve">[20:49] </w:t>
      </w:r>
      <w:r>
        <w:t>apa apne takhwah ko develop karen.</w:t>
      </w:r>
    </w:p>
    <w:p>
      <w:pPr>
        <w:jc w:val="right"/>
      </w:pPr>
      <w:r>
        <w:t>Apa अपने तख़वाह को develop करें.</w:t>
      </w:r>
    </w:p>
    <w:p>
      <w:r>
        <w:rPr>
          <w:b/>
        </w:rPr>
        <w:t xml:space="preserve">[21:06] </w:t>
      </w:r>
      <w:r>
        <w:t>ziddag ziddag. there's a question from someone who is asking, there's lot of cultural practices regarding juma. to the friday prayer and before that and after that can you please give me the important things that a muslim should be doing or performing on the day of friday?</w:t>
      </w:r>
    </w:p>
    <w:p>
      <w:pPr>
        <w:jc w:val="right"/>
      </w:pPr>
      <w:r>
        <w:t>ज़िद्दाग ज़िद्दाग. There's a question from someone who is asking, there's lot of cultural practices regarding जुमान. तो the Friday prayer and before that and after that can you please give me the important things that a मुस्लिम should be doing or performing on the day of Friday?</w:t>
      </w:r>
    </w:p>
    <w:p>
      <w:r>
        <w:rPr>
          <w:b/>
        </w:rPr>
        <w:t xml:space="preserve">[21:34] </w:t>
      </w:r>
      <w:r>
        <w:t>jama ke din bas namaz hoti to rakha to usse pehle to khudbe hote hain. baqi jo ab kya kya karte ho to uska zikr nahi hai ki main keh sakoon kya cheez hai wah? yeh saat jo saat hai moharban. haan ji takleef kiya tha.</w:t>
      </w:r>
    </w:p>
    <w:p>
      <w:pPr>
        <w:jc w:val="right"/>
      </w:pPr>
      <w:r>
        <w:t>जमा के दिन बस नमाज़ होती तो रखा तो उससे पहले तो खुदबे होते हैं. बाकी जो अब क्या क्या करते हो तो उसका ज़िक्र नहीं है कि मैं कह सकूं क्या चीज़ है वह? यह सात जो सात है मोहरबान. हां जी तकलीफ किया था.</w:t>
      </w:r>
    </w:p>
    <w:p>
      <w:r>
        <w:rPr>
          <w:b/>
        </w:rPr>
        <w:t xml:space="preserve">[22:04] </w:t>
      </w:r>
      <w:r>
        <w:t>haan seven slippers jis ko kahte hain vah the unhon ne iman koobool kiya tha, realize kiya tha iman ko</w:t>
      </w:r>
    </w:p>
    <w:p>
      <w:pPr>
        <w:jc w:val="right"/>
      </w:pPr>
      <w:r>
        <w:t>हां seven slippers जिसको कहते हैं वह थे उन्होंने ईमान कोबूल किया था, realize किया था ईमान को</w:t>
      </w:r>
    </w:p>
    <w:p>
      <w:r>
        <w:rPr>
          <w:b/>
        </w:rPr>
        <w:t xml:space="preserve">[22:31] </w:t>
      </w:r>
      <w:r>
        <w:t>aur mission ke khatir unhon ne apne jo ek ki samandr khatm ho jayegi.</w:t>
      </w:r>
    </w:p>
    <w:p>
      <w:pPr>
        <w:jc w:val="right"/>
      </w:pPr>
      <w:r>
        <w:t>और mission के खातिर उन्होंने अपने जो एक कि समंद्र खत्म हो जाएगी.</w:t>
      </w:r>
    </w:p>
    <w:p>
      <w:r>
        <w:rPr>
          <w:b/>
        </w:rPr>
        <w:t xml:space="preserve">[22:58] </w:t>
      </w:r>
      <w:r>
        <w:t>samandr raushnai band kar khatm ho jaye lekin khuda ki tasvi aur tahmeeer jo khatm nahi hogi. to yeh sab cheez is mein apne apa ko rakhna hai. uske alawa jo cultural cheezen karte hain woh cheez to mujhe pata nahi nahane ka hai ki nahaye us din aadmi agar nahi nahata hai to woh to khair aajkal to aadmi har din hi nahata to woh kehne ki zaroorat nahi hai. to yeh cheezen karne ki hai. specially agar kehte ho yeh khudba hai aur uske baad jumaaye uske alawa to kuch nahi hai.</w:t>
      </w:r>
    </w:p>
    <w:p>
      <w:pPr>
        <w:jc w:val="right"/>
      </w:pPr>
      <w:r>
        <w:t>समंद्र रौशनाई बंद कर खत्म हो जाए लेकिन खुदा की तस्वी और तह्मीर जो खत्म नहीं होगी. तो यह सब चीज़ इसमें अपने Apa को रखना है. उसके अलावा जो cultural चीज़ें करते हैं वह चीज़ तो मुझे पता नहीं नहाने का है कि नहाए उस दिन आदमी अगर नहीं नहाता है तो वह तो खैर आजकल तो आदमी हर दिन ही नहाता तो वह कहने की ज़रूरत नहीं है. तो यह चीज़ें करने की है. Specially अगर कहते हो यह खुदबा है और उसके बाद जुमाए उसके अलावा तो कुछ नहीं है.</w:t>
      </w:r>
    </w:p>
    <w:p>
      <w:r>
        <w:rPr>
          <w:b/>
        </w:rPr>
        <w:t xml:space="preserve">[23:25] </w:t>
      </w:r>
      <w:r>
        <w:t>dekhiye hamara movement ka har lamha hota hai ki yaad mein hi guzarna chahiye. panch waqt ki namaz ka.</w:t>
      </w:r>
    </w:p>
    <w:p>
      <w:pPr>
        <w:jc w:val="right"/>
      </w:pPr>
      <w:r>
        <w:t>देखिए हमारा movement का हर लम्हा होता है कि याद में ही गुज़रना चाहिए. पांच वक्त की नमाज़ का.</w:t>
      </w:r>
    </w:p>
    <w:p>
      <w:r>
        <w:rPr>
          <w:b/>
        </w:rPr>
        <w:t xml:space="preserve">[23:50] </w:t>
      </w:r>
      <w:r>
        <w:t>warna apa jitna zyada apa vehvahadat karen, jitna zyada apa din ka kaam karen utna hi hamare liye to utna hi kam hai. eternal life hai jannat ki bar bar main sochti hoon ki ek eternal life hai. to yeh chand saal jo hamein mehnat karni hai woh to uske uske uske matlab koi price nahi hai uska woh to priceless hai. yeh to jaise ek dwara sa hum ne kaam kiya uska bahut bada ajal mil gaya.</w:t>
      </w:r>
    </w:p>
    <w:p>
      <w:pPr>
        <w:jc w:val="right"/>
      </w:pPr>
      <w:r>
        <w:t>वरना Apa जितना ज़्यादा Apa व्यवहादत करें, जितना ज़्यादा Apa दिन का काम करें उतना ही हमारे लिए तो उतना ही कम है. Eternal life है जन्नत की बार बार मैं सोचती हूं कि एक eternal life है. तो यह चंद साल जो हमें मेहनत करनी है वह तो उसके उसके उसके मतलब कोई price नहीं है उसका वह तो priceless है. यह तो जैसे एक द्वारा सा हमने काम किया उसका बहुत बड़ा आजल मिल गया.</w:t>
      </w:r>
    </w:p>
    <w:p>
      <w:r>
        <w:rPr>
          <w:b/>
        </w:rPr>
        <w:t xml:space="preserve">[24:17] </w:t>
      </w:r>
      <w:r>
        <w:t>to yeh hai aisa nahin hai koi khas din nahin karna hai hamein har waqt hi karna hai.</w:t>
      </w:r>
    </w:p>
    <w:p>
      <w:pPr>
        <w:jc w:val="right"/>
      </w:pPr>
      <w:r>
        <w:t>तो यह है ऐसा नहीं है कोई खास दिन नहीं करना है हमें हर वक्त ही करना है.</w:t>
      </w:r>
    </w:p>
    <w:p>
      <w:r>
        <w:rPr>
          <w:b/>
        </w:rPr>
        <w:t xml:space="preserve">[24:31] </w:t>
      </w:r>
      <w:r>
        <w:t>hamara waqt hi baat karni hai.</w:t>
      </w:r>
    </w:p>
    <w:p>
      <w:pPr>
        <w:jc w:val="right"/>
      </w:pPr>
      <w:r>
        <w:t>हमारा वक्त ही बात करनी है.</w:t>
      </w:r>
    </w:p>
    <w:p>
      <w:r>
        <w:rPr>
          <w:b/>
        </w:rPr>
        <w:t xml:space="preserve">[24:45] </w:t>
      </w:r>
      <w:r>
        <w:t>achha bazlog yeh bhi karte hain ki jumha ke din ko samajhte hain ki vah chhutti ka din hai.</w:t>
      </w:r>
    </w:p>
    <w:p>
      <w:pPr>
        <w:jc w:val="right"/>
      </w:pPr>
      <w:r>
        <w:t>अच्छा बाज़लोग यह भी करते हैं कि जुम्हा के दिन को समझते हैं कि वह छुट्टी का दिन है.</w:t>
      </w:r>
    </w:p>
    <w:p>
      <w:r>
        <w:rPr>
          <w:b/>
        </w:rPr>
        <w:t xml:space="preserve">[24:59] </w:t>
      </w:r>
      <w:r>
        <w:t>puran ka agar motala kijiye to maloom hota hai ki chhutti ka din nahin suraal juma pade to</w:t>
      </w:r>
    </w:p>
    <w:p>
      <w:pPr>
        <w:jc w:val="right"/>
      </w:pPr>
      <w:r>
        <w:t>पुरान का अगर मोटाला कीजिए तो मालूम होता है कि छुट्टी का दिन नहीं सूराल जुमा पड़े तो</w:t>
      </w:r>
    </w:p>
    <w:p>
      <w:r>
        <w:rPr>
          <w:b/>
        </w:rPr>
        <w:t xml:space="preserve">[25:13] </w:t>
      </w:r>
      <w:r>
        <w:t>us mein yeh aaya hua hai ki juma ki namaz pade to apne taajirat mein lag jao. to</w:t>
      </w:r>
    </w:p>
    <w:p>
      <w:pPr>
        <w:jc w:val="right"/>
      </w:pPr>
      <w:r>
        <w:t>उसमें यह आया हुआ है कि जुमा की नमाज़ पड़े तो अपने तैज़ारत में लग जाओ. तो</w:t>
      </w:r>
    </w:p>
    <w:p>
      <w:r>
        <w:rPr>
          <w:b/>
        </w:rPr>
        <w:t xml:space="preserve">[25:27] </w:t>
      </w:r>
      <w:r>
        <w:t>ki 94,000,000,000 light years lamba. dekha hai jo uske jo nahi dekha woh aur bhi zyada ho sakta hai. to itna itni badi karan hai us se bhi zyada azeem khuda hai iska banane wala hai, sambhalne wala. us khuda ke samne hum khade honge. kaisi halat ho gaya hamari? woh sab dekhte hue hum tayyari karen. ji insan karna. the questions from other ladies is now open.</w:t>
      </w:r>
    </w:p>
    <w:p>
      <w:pPr>
        <w:jc w:val="right"/>
      </w:pPr>
      <w:r>
        <w:t>कि 94,000,000,000 light years लंबा. देखा है जो उसके जो नहीं देखा वह और भी ज़्यादा हो सकता है. तो इतना इतनी बड़ी कारण है उससे भी ज़्यादा अजीम खुदा है इसका बनाने वाला है, संभालने वाला. उस खुदा के सामने हम खड़े होंगे. कैसी हालत हो गया हमारी? वो सब देखते हुए हम तैयारी करें. जी इंसान करना. The questions from other ladies is now open.</w:t>
      </w:r>
    </w:p>
    <w:p>
      <w:r>
        <w:rPr>
          <w:b/>
        </w:rPr>
        <w:t xml:space="preserve">[25:55] </w:t>
      </w:r>
      <w:r>
        <w:t>please ask your questions. we have very little time, just thirty minutes. so without wasting any time, we can go for other questions also. you can raise your hand for this. ok, ayesha ayesha yusra wants to ask any question.</w:t>
      </w:r>
    </w:p>
    <w:p>
      <w:pPr>
        <w:jc w:val="right"/>
      </w:pPr>
      <w:r>
        <w:t>Please ask your questions. We have very little time, just thirty minutes. So without wasting any time, we can go for other questions also. You can raise your hand for this. Ok, आयशा आयशा युसरा wants to ask any question.</w:t>
      </w:r>
    </w:p>
    <w:p>
      <w:r>
        <w:rPr>
          <w:b/>
        </w:rPr>
        <w:t xml:space="preserve">[26:23] </w:t>
      </w:r>
      <w:r>
        <w:t>mere mere question mere question yeh hai ki jab allah taala hamare se naraz hone se allah ki naraz ko kaisa thanda karen? yahi mere question hai. narazi kyun karti hain? bataiye. dekhiye, hadith mein aaya hua ek mukhtalit tareeqe hain. ek main bata deta hoon aapko. shaad ka tussiya tutfio ka daba rab.</w:t>
      </w:r>
    </w:p>
    <w:p>
      <w:pPr>
        <w:jc w:val="right"/>
      </w:pPr>
      <w:r>
        <w:t>मेरे मेरे question मेरे question यह है कि जब अल्लाह तालाह हमारे से नाराज़ होने से अल्लाह की नाराज़ को कैसा ठंडा करें? यही मेरे question है. नाराज़ी क्यों करती हैं? बताइए. देखिए, हदीश में आया हुआ एक मुख्तलित तरीके हैं. एक मैं बता देता हूं आपको. शाद का तुस्सीर्य तुत्फीओ का दबा रब.</w:t>
      </w:r>
    </w:p>
    <w:p>
      <w:r>
        <w:rPr>
          <w:b/>
        </w:rPr>
        <w:t xml:space="preserve">[26:53] </w:t>
      </w:r>
      <w:r>
        <w:t>khamoshi ke sath satta karna allah taala ke gussi ko thanda karta hai. to khamoshi ke sath satta kijiye. tauba kijiye tauba ka tarwaza. dekhiye insan duniya ke andar jo aaya na maut tak us se sahi bhi hoga, galti bhi hogi. insan hai to galti to karega hi. tauba us ke liye rasta kya khol kar allah taala ne rakha hai? tauba ka darwaza khula rakha hai. aap ko ehsaas ho ki mujh se galti hui thi tauba kar lijiye.</w:t>
      </w:r>
    </w:p>
    <w:p>
      <w:pPr>
        <w:jc w:val="right"/>
      </w:pPr>
      <w:r>
        <w:t>खामूशी के साथ सत्ता करना अल्लाह तालाह के गुस्सी को ठंडा करता है. तो खामूशी के साथ सत्ता कीजिए. तौबा कीजिए तौबा का तरवाज़ा. देखिए इंसान दुनिया के अंदर जो आया ना मौत तक उससे सही भी होगा, गलती भी होगी. इंसान है तो गलती तो करेगा ही. तौबा उसके लिए रास्ता क्या खोलकर अल्लाह ताला ने रखा है? तौबा का दरवाज़ा खुला रखा है. आपको एहसास हो कि मुझसे गलती हुई थी तौबा कर लीजिए.</w:t>
      </w:r>
    </w:p>
    <w:p>
      <w:r>
        <w:rPr>
          <w:b/>
        </w:rPr>
        <w:t xml:space="preserve">[27:20] </w:t>
      </w:r>
      <w:r>
        <w:t>har insan se, har insan dekhiye khuda se jab hum tab tab tab tab tab karte hain, khuda</w:t>
      </w:r>
    </w:p>
    <w:p>
      <w:pPr>
        <w:jc w:val="right"/>
      </w:pPr>
      <w:r>
        <w:t>हर इंसान से, हर इंसान देखिए खुदा से जब हम तब तब तब तब तब करते हैं, खुदा</w:t>
      </w:r>
    </w:p>
    <w:p>
      <w:r>
        <w:rPr>
          <w:b/>
        </w:rPr>
        <w:t xml:space="preserve">[27:44] </w:t>
      </w:r>
      <w:r>
        <w:t>se maafi mangte hain to hum khuda ke aage aaji karte hain, khuda ke aage jhukte hain.</w:t>
      </w:r>
    </w:p>
    <w:p>
      <w:pPr>
        <w:jc w:val="right"/>
      </w:pPr>
      <w:r>
        <w:t>से माफी मांगते हैं तो हम खुदा के आगे आज ही करते हैं, खुदा के आगे झुकते हैं.</w:t>
      </w:r>
    </w:p>
    <w:p>
      <w:r>
        <w:rPr>
          <w:b/>
        </w:rPr>
        <w:t xml:space="preserve">[28:09] </w:t>
      </w:r>
      <w:r>
        <w:t>hamari jo personality mein jo modesty, humility, paida hoti hai to vah khuda ko pasand hai jitna zyada</w:t>
      </w:r>
    </w:p>
    <w:p>
      <w:pPr>
        <w:jc w:val="right"/>
      </w:pPr>
      <w:r>
        <w:t>हमारी जो personality में जो modesty, humility, पैदा होती है तो वह खुदा को पसंद है जितना ज़्यादा</w:t>
      </w:r>
    </w:p>
    <w:p>
      <w:r>
        <w:rPr>
          <w:b/>
        </w:rPr>
        <w:t xml:space="preserve">[28:21] </w:t>
      </w:r>
      <w:r>
        <w:t>hamare andar modesty aayegi utna hi zyada hum khuda jo hai vah hamein accept karega hamein reward dega</w:t>
      </w:r>
    </w:p>
    <w:p>
      <w:pPr>
        <w:jc w:val="right"/>
      </w:pPr>
      <w:r>
        <w:t>हमारे अंदर modesty आएगी उतना ही ज़्यादा हम खुदा जो है वह हमें accept करेगा हमें reward देगा</w:t>
      </w:r>
    </w:p>
    <w:p>
      <w:r>
        <w:rPr>
          <w:b/>
        </w:rPr>
        <w:t xml:space="preserve">[28:33] </w:t>
      </w:r>
      <w:r>
        <w:t>uska to agar hum galti na karen na ek hadish hai na ki agar insan galti na karta</w:t>
      </w:r>
    </w:p>
    <w:p>
      <w:pPr>
        <w:jc w:val="right"/>
      </w:pPr>
      <w:r>
        <w:t>उसका तो अगर हम गलती ना करें ना एक हदीश है ना कि अगर इंसान गलती ना करता</w:t>
      </w:r>
    </w:p>
    <w:p>
      <w:r>
        <w:rPr>
          <w:b/>
        </w:rPr>
        <w:t xml:space="preserve">[28:46] </w:t>
      </w:r>
      <w:r>
        <w:t>to allah taala naraz hote hain aur doosri makhlok paida karte hain kyunki galti jo nahin karta aapne</w:t>
      </w:r>
    </w:p>
    <w:p>
      <w:pPr>
        <w:jc w:val="right"/>
      </w:pPr>
      <w:r>
        <w:t>तो अल्लाह तालाह नाराज़ होते हैं और दूसरी मखलोक पैदा करते हैं क्योंकि गलती जो नहीं करता आपने</w:t>
      </w:r>
    </w:p>
    <w:p>
      <w:r>
        <w:rPr>
          <w:b/>
        </w:rPr>
        <w:t xml:space="preserve">[28:58] </w:t>
      </w:r>
      <w:r>
        <w:t>dekha hoga to bahut hi zyada thoda apne apa ko bada samajhta hai</w:t>
      </w:r>
    </w:p>
    <w:p>
      <w:pPr>
        <w:jc w:val="right"/>
      </w:pPr>
      <w:r>
        <w:t>देखा होगा तो बहुत ही ज़्यादा थोड़ा अपने Apa को बड़ा समझता है</w:t>
      </w:r>
    </w:p>
    <w:p>
      <w:r>
        <w:rPr>
          <w:b/>
        </w:rPr>
        <w:t xml:space="preserve">[29:11] </w:t>
      </w:r>
      <w:r>
        <w:t>jab uski neend khuli tu dekha ki uski uthni kaaf hai. to ab woh pareshan hoga, zaahir se baat hai pareshan ho gayi. to pareshani ka alam main dobara so jata hoon.</w:t>
      </w:r>
    </w:p>
    <w:p>
      <w:pPr>
        <w:jc w:val="right"/>
      </w:pPr>
      <w:r>
        <w:t>जब उसकी नींद खुली तू देखा कि उसकी उठनी काफ है. तो अब वह परेशान होगा, ज़ाहिर से बात है परेशान हो गई. तो परेशानी का आलम मैं दोबारा सो जाता हूं.</w:t>
      </w:r>
    </w:p>
    <w:p>
      <w:r>
        <w:rPr>
          <w:b/>
        </w:rPr>
        <w:t xml:space="preserve">[29:21] </w:t>
      </w:r>
      <w:r>
        <w:t>jab uthta tu dekhta ki uthni yahan par tu bande ke haq mein ho to us mein bhai ghazaba</w:t>
      </w:r>
    </w:p>
    <w:p>
      <w:pPr>
        <w:jc w:val="right"/>
      </w:pPr>
      <w:r>
        <w:t>जब उठता तू देखता कि उठनी यहां पर तू बंदे के हक में हो तो उसमें भाई ग़ज़ाबा</w:t>
      </w:r>
    </w:p>
    <w:p>
      <w:r>
        <w:rPr>
          <w:b/>
        </w:rPr>
        <w:t xml:space="preserve">[29:39] </w:t>
      </w:r>
      <w:r>
        <w:t>ki apa bande ka hi koshish liya to usko</w:t>
      </w:r>
    </w:p>
    <w:p>
      <w:pPr>
        <w:jc w:val="right"/>
      </w:pPr>
      <w:r>
        <w:t>कि Apa बंदे का ही कोशिश लिया तो उसको</w:t>
      </w:r>
    </w:p>
    <w:p>
      <w:r>
        <w:rPr>
          <w:b/>
        </w:rPr>
        <w:t xml:space="preserve">[29:57] </w:t>
      </w:r>
      <w:r>
        <w:t>apa mujhe. mujhe ek khadish hai ki jab suraj doosri direction se nikal aayega to tauba nahi khologi. haan haan. to main yeh samajh rahi thi. maine kaha aapse clear kar loon. bilkul aakhri nishani aa gayi.</w:t>
      </w:r>
    </w:p>
    <w:p>
      <w:pPr>
        <w:jc w:val="right"/>
      </w:pPr>
      <w:r>
        <w:t>Apa मुझे. मुझे एक खदीश है कि जब सूरज दूसरी direction से निकल आएगा तो तौबा नहीं खोलोगी. हां हां. तो मैं यह समझ रही थी. मैंने कहा आपसे clear कर लूं. बिल्कुल आखिरी निशानी आ गई.</w:t>
      </w:r>
    </w:p>
    <w:p>
      <w:r>
        <w:rPr>
          <w:b/>
        </w:rPr>
        <w:t xml:space="preserve">[30:25] </w:t>
      </w:r>
      <w:r>
        <w:t>ab woh tawa karenge to unki qubool nahi hui. baat theek hai? haan bilkul sahi lagti hai mujhe bhi. uski ek misaal hai jo haq bilkul side ho jana jaisa. farma bardari ki na is liye us ke upar nahi hai. haan</w:t>
      </w:r>
    </w:p>
    <w:p>
      <w:pPr>
        <w:jc w:val="right"/>
      </w:pPr>
      <w:r>
        <w:t>अब वह तावा करेंगे तो उनकी कुबूल नहीं हुई. बात ठीक है? हां बिल्कुल सही लगती है मुझे भी. उसकी एक मिसाल है जो हक बिल्कुल side हो जाना जैसा. फरमा वरदारी की ना इसलिए उसके ऊपर नहीं है. हां</w:t>
      </w:r>
    </w:p>
    <w:p>
      <w:r>
        <w:rPr>
          <w:b/>
        </w:rPr>
        <w:t xml:space="preserve">[30:55] </w:t>
      </w:r>
      <w:r>
        <w:t>ab pehle abhi woh utna woh utna reverse nahi hua hai abhi mauka hai. abhi tauba karen. but bahut yeh sab. tauba par aadmi ko apne upar hai apne upar aadmi ka jo hai.</w:t>
      </w:r>
    </w:p>
    <w:p>
      <w:pPr>
        <w:jc w:val="right"/>
      </w:pPr>
      <w:r>
        <w:t>अब पहले अभी वह उतना वह उतना reverse नहीं हुआ है अभी मौका है. अभी तौबा करें. But बहुत यह सब. तौबा पर आदमी को अपने ऊपर है अपने ऊपर आदमी का जो है.</w:t>
      </w:r>
    </w:p>
    <w:p>
      <w:r>
        <w:rPr>
          <w:b/>
        </w:rPr>
        <w:t xml:space="preserve">[31:23] </w:t>
      </w:r>
      <w:r>
        <w:t>kastouba lah gaye dil se gaye. ab dil se gaye. yeh bhi tauba hi hua. haan. naidamat bhi tauba hai. naidamat jo so what if the person repeats the same mistake again and again?</w:t>
      </w:r>
    </w:p>
    <w:p>
      <w:pPr>
        <w:jc w:val="right"/>
      </w:pPr>
      <w:r>
        <w:t>कास्तौबा लाह गए दिल से गए. अब दिल से गए. यह भी तौबा ही हुआ. हां. नैदामत भी तौबा है. नैदामत जो So what if the person repeats the same mistake again and again?</w:t>
      </w:r>
    </w:p>
    <w:p>
      <w:r>
        <w:rPr>
          <w:b/>
        </w:rPr>
        <w:t xml:space="preserve">[31:52] </w:t>
      </w:r>
      <w:r>
        <w:t>And he repents, again makes the same mistake.</w:t>
      </w:r>
    </w:p>
    <w:p>
      <w:pPr>
        <w:jc w:val="right"/>
      </w:pPr>
      <w:r>
        <w:t>And he repents, again miss the same mistake.</w:t>
      </w:r>
    </w:p>
    <w:p>
      <w:r>
        <w:rPr>
          <w:b/>
        </w:rPr>
        <w:t xml:space="preserve">[31:57] </w:t>
      </w:r>
      <w:r>
        <w:t>Again he repents, again he does the same mistake.</w:t>
      </w:r>
    </w:p>
    <w:p>
      <w:pPr>
        <w:jc w:val="right"/>
      </w:pPr>
      <w:r>
        <w:t>Again he repents, again he does the same mistake.</w:t>
      </w:r>
    </w:p>
    <w:p>
      <w:r>
        <w:rPr>
          <w:b/>
        </w:rPr>
        <w:t xml:space="preserve">[32:03] </w:t>
      </w:r>
      <w:r>
        <w:t>Does the same formula applies?</w:t>
      </w:r>
    </w:p>
    <w:p>
      <w:pPr>
        <w:jc w:val="right"/>
      </w:pPr>
      <w:r>
        <w:t>Does the same formula applies?</w:t>
      </w:r>
    </w:p>
    <w:p>
      <w:r>
        <w:rPr>
          <w:b/>
        </w:rPr>
        <w:t xml:space="preserve">[32:09] </w:t>
      </w:r>
      <w:r>
        <w:t>ek sahab hi aakar kahte hain yeh to vaise theek nahin hai aage na karna.</w:t>
      </w:r>
    </w:p>
    <w:p>
      <w:pPr>
        <w:jc w:val="right"/>
      </w:pPr>
      <w:r>
        <w:t>एक साहब ही आकर कहते हैं यह तो वैसे ठीक नहीं है आगे ना करना.</w:t>
      </w:r>
    </w:p>
    <w:p>
      <w:r>
        <w:rPr>
          <w:b/>
        </w:rPr>
        <w:t xml:space="preserve">[32:15] </w:t>
      </w:r>
      <w:r>
        <w:t>lekin phir bhi allah taalaah na phir bhi mauqa diya hai.</w:t>
      </w:r>
    </w:p>
    <w:p>
      <w:pPr>
        <w:jc w:val="right"/>
      </w:pPr>
      <w:r>
        <w:t>लेकिन फिर भी अल्लाह तालाह ना फिर भी मौका दिया है.</w:t>
      </w:r>
    </w:p>
    <w:p>
      <w:r>
        <w:rPr>
          <w:b/>
        </w:rPr>
        <w:t xml:space="preserve">[32:21] </w:t>
      </w:r>
      <w:r>
        <w:t>logon ko mauqa diya hai dekhiye allah taalaah ki rehmat hai.</w:t>
      </w:r>
    </w:p>
    <w:p>
      <w:pPr>
        <w:jc w:val="right"/>
      </w:pPr>
      <w:r>
        <w:t>लोगों को मौका दिया है देखिए अल्लाह तालाह की रहमत है.</w:t>
      </w:r>
    </w:p>
    <w:p>
      <w:r>
        <w:rPr>
          <w:b/>
        </w:rPr>
        <w:t xml:space="preserve">[32:27] </w:t>
      </w:r>
      <w:r>
        <w:t>allah taalaah ki rama tumhari tauba se zyada wasi hai.</w:t>
      </w:r>
    </w:p>
    <w:p>
      <w:pPr>
        <w:jc w:val="right"/>
      </w:pPr>
      <w:r>
        <w:t>अल्लाह तालाह की रामा तुम्हारी तौबा से ज़्यादा वसी है.</w:t>
      </w:r>
    </w:p>
    <w:p>
      <w:r>
        <w:rPr>
          <w:b/>
        </w:rPr>
        <w:t xml:space="preserve">[32:33] </w:t>
      </w:r>
      <w:r>
        <w:t>matlab hum try to yahi karenge ki repeat na karein. haan.</w:t>
      </w:r>
    </w:p>
    <w:p>
      <w:pPr>
        <w:jc w:val="right"/>
      </w:pPr>
      <w:r>
        <w:t>मतलब हम try तो यही करेंगे कि repeat ना करें. हां.</w:t>
      </w:r>
    </w:p>
    <w:p>
      <w:r>
        <w:rPr>
          <w:b/>
        </w:rPr>
        <w:t xml:space="preserve">[32:39] </w:t>
      </w:r>
      <w:r>
        <w:t>farz kariye repeat ho gaya to allah ke yahan tauba ka darwaza khula hua hai.</w:t>
      </w:r>
    </w:p>
    <w:p>
      <w:pPr>
        <w:jc w:val="right"/>
      </w:pPr>
      <w:r>
        <w:t>फर्ज करिए repeat हो गया तो अल्लाह के यहां तौबा का दरवाज़ा खुला हुआ है.</w:t>
      </w:r>
    </w:p>
    <w:p>
      <w:r>
        <w:rPr>
          <w:b/>
        </w:rPr>
        <w:t xml:space="preserve">[32:46] </w:t>
      </w:r>
      <w:r>
        <w:t>maut tak, haan ghar ghar ghar jisko kehte hain na wahan tak aadmi jo marta hai to khar</w:t>
      </w:r>
    </w:p>
    <w:p>
      <w:pPr>
        <w:jc w:val="right"/>
      </w:pPr>
      <w:r>
        <w:t>मौत तक, हां घर घर घर जिसको कहते हैं ना वहां तक आदमी जो मरता है तो खर</w:t>
      </w:r>
    </w:p>
    <w:p>
      <w:r>
        <w:rPr>
          <w:b/>
        </w:rPr>
        <w:t xml:space="preserve">[32:52] </w:t>
      </w:r>
      <w:r>
        <w:t>khar jo ki awaaz jo aati hai na us waqt tak darwaza khula hua aapke liye.</w:t>
      </w:r>
    </w:p>
    <w:p>
      <w:pPr>
        <w:jc w:val="right"/>
      </w:pPr>
      <w:r>
        <w:t>खर जो कि आवाज़ जो आती है ना उस वक्त तक दरवाज़ा खुला हुआ आपके लिए.</w:t>
      </w:r>
    </w:p>
    <w:p>
      <w:r>
        <w:rPr>
          <w:b/>
        </w:rPr>
        <w:t xml:space="preserve">[32:59] </w:t>
      </w:r>
      <w:r>
        <w:t>there was a very clear answer to the question and very profound. i hope you all work on this because we as a human need keep on repeating our mistakes. so, any more more questions from your side please? assalam walikum. walikum.</w:t>
      </w:r>
    </w:p>
    <w:p>
      <w:pPr>
        <w:jc w:val="right"/>
      </w:pPr>
      <w:r>
        <w:t>There was a very clear answer to the question and very profound. I hope you all work on this because we as a human need keep on repeating our mistakes. So, any more more questions from your side please? अस्लाम वालिकुम. वालिकुम.</w:t>
      </w:r>
    </w:p>
    <w:p>
      <w:r>
        <w:rPr>
          <w:b/>
        </w:rPr>
        <w:t xml:space="preserve">[33:24] </w:t>
      </w:r>
      <w:r>
        <w:t>ji apa mera sawal yeh hai ki kuch waqt pehle meri mulakat thi ek family se to woh kafi highly educated the aur mera milna un se silsile mein hua ki mujhe maloom hua ki wahan par kuch log hain jo kuch bachche aise hain jo bol so nahi paate hain aur main is cheez par thoda sa kafi work bhi kar rahi hoon aajkal.</w:t>
      </w:r>
    </w:p>
    <w:p>
      <w:pPr>
        <w:jc w:val="right"/>
      </w:pPr>
      <w:r>
        <w:t>जी Apa मेरा सवाल यह है कि कुछ वक्त पहले मेरी मुलाकात थी एक family से तो वह काफी highly educated थे और मेरा मिलना उनसे सिलसिले में हुआ कि मुझे मालूम हुआ कि वहां पर कुछ लोग हैं जो कुछ बच्चे ऐसे हैं जो बोल सो नहीं पाते हैं और मैं इस चीज़ पर थोड़ा सा काफी work भी कर रही हूं आजकल.</w:t>
      </w:r>
    </w:p>
    <w:p>
      <w:r>
        <w:rPr>
          <w:b/>
        </w:rPr>
        <w:t xml:space="preserve">[33:44] </w:t>
      </w:r>
      <w:r>
        <w:t>to jab main wahan par maine visit kiya aur main wahan par gayi aur jab mera unse interaction</w:t>
      </w:r>
    </w:p>
    <w:p>
      <w:pPr>
        <w:jc w:val="right"/>
      </w:pPr>
      <w:r>
        <w:t>तो जब मैं वहां पर मैंने visit किया और मैं वहां पर गई और जब मेरा उनसे interaction</w:t>
      </w:r>
    </w:p>
    <w:p>
      <w:r>
        <w:rPr>
          <w:b/>
        </w:rPr>
        <w:t xml:space="preserve">[33:53] </w:t>
      </w:r>
      <w:r>
        <w:t>hua to interaction ke dauran unhone mujhe matlab jab maine unhein bataya quran ka paigham aur maine unhein</w:t>
      </w:r>
    </w:p>
    <w:p>
      <w:pPr>
        <w:jc w:val="right"/>
      </w:pPr>
      <w:r>
        <w:t>हुआ तो interaction के दौरान उन्होंने मुझे मतलब जब मैंने उन्हें बताया कुरान का पैदाम और मैंने उन्हें</w:t>
      </w:r>
    </w:p>
    <w:p>
      <w:r>
        <w:rPr>
          <w:b/>
        </w:rPr>
        <w:t xml:space="preserve">[34:02] </w:t>
      </w:r>
      <w:r>
        <w:t>thoda se motivate kiya ki woh is taraf ruju ho ya is par thoda tension de.</w:t>
      </w:r>
    </w:p>
    <w:p>
      <w:pPr>
        <w:jc w:val="right"/>
      </w:pPr>
      <w:r>
        <w:t>थोड़ा से motivate किया कि वह इस तरफ रुजू हो या इस पर थोड़ा tension दे.</w:t>
      </w:r>
    </w:p>
    <w:p>
      <w:r>
        <w:rPr>
          <w:b/>
        </w:rPr>
        <w:t xml:space="preserve">[34:11] </w:t>
      </w:r>
      <w:r>
        <w:t>to unhone mujhe bahut clear word mein yeh baat boli ki allah ne humein already kamtar paida kiya hai.</w:t>
      </w:r>
    </w:p>
    <w:p>
      <w:pPr>
        <w:jc w:val="right"/>
      </w:pPr>
      <w:r>
        <w:t>तो उन्हें मुझे बहुत clear word में यह बात बोली कि अल्लाह ने हमें already कमतर पैदा किया है.</w:t>
      </w:r>
    </w:p>
    <w:p>
      <w:r>
        <w:rPr>
          <w:b/>
        </w:rPr>
        <w:t xml:space="preserve">[34:20] </w:t>
      </w:r>
      <w:r>
        <w:t>agar koi hawala sabit kar sakti hai to. to mere paas us time par kuch kha nahi. us time pehle main taseer ka mutala kar rahi thi to mujhe surah maryam ki ek ayat mili jisme yeh is tarah se yahan par ki yahan par zikr kiya gaya hai ki permaya ki tumhare liye nishani yeh hai ki tum teen shab roze logon se baat na kar sakoge. halanki tum tandurust hoge.</w:t>
      </w:r>
    </w:p>
    <w:p>
      <w:pPr>
        <w:jc w:val="right"/>
      </w:pPr>
      <w:r>
        <w:t>अगर कोई हवाला साबित कर सकती है तो. तो मेरे पास उस time पर कुछ खा नहीं. उस time पहले मैं तस्कीर का मुतारा कर रही थी तो मुझे सूर्य मर्यम की एक आयत मिली जिसमें यह इस तरीके से यहां पर कि यहां पर ज़िक्र किया गया है कि परमाया की तुम्हारे लिए निशानी यह है कि तुम तीन शव्र रोज़ लोगों से बात न कर सकोगे. हालांकि तुम तंदुरुस्त होगे.</w:t>
      </w:r>
    </w:p>
    <w:p>
      <w:r>
        <w:rPr>
          <w:b/>
        </w:rPr>
        <w:t xml:space="preserve">[34:41] </w:t>
      </w:r>
      <w:r>
        <w:t>phir is rakariya ibadat ki mehrab se nigar kar logon ke paas karo aur uski ibadat par itarth mein majboor lo.</w:t>
      </w:r>
    </w:p>
    <w:p>
      <w:pPr>
        <w:jc w:val="right"/>
      </w:pPr>
      <w:r>
        <w:t>फिर इस रकरिया इबादत की महराब से निगर कर लोगों के पास करो और उसकी बादत पर इतार्थ में मजबूर लो.</w:t>
      </w:r>
    </w:p>
    <w:p>
      <w:r>
        <w:rPr>
          <w:b/>
        </w:rPr>
        <w:t xml:space="preserve">[35:01] </w:t>
      </w:r>
      <w:r>
        <w:t>to papa mera yeh sawal hai ki kya yeh verse unko port ki ja sakti hai ki quran mein sign language ka bhi zikr hai aur quran mein yeh baat batai gayi hai ki agar apa bol sun nahi sakte hain to apa par bhi gene farz hai aur dawat farz hai. to mera yeh question tha. kya yeh hawala unko dena munashte diya ja sakta hai? to woh bilkul bol nahi sakte hain. ji, na woh bol sakte hain na sun sakte hain aur woh kafi highly educated hain apni language mein. sign language ke woh bahut masters hain.</w:t>
      </w:r>
    </w:p>
    <w:p>
      <w:pPr>
        <w:jc w:val="right"/>
      </w:pPr>
      <w:r>
        <w:t>तो papa मेरा यह सवाल है कि क्या यह verse उनको port की जा सकती है कि कुरान में sign language का भी ज़िक्र है और कुरान में यह बात बताई गई है कि अगर Apa बोल sun नहीं सकते हैं तो Apa पर भी gene फ़र्ज़ है और दावत फ़र्ज़ है. तो मेरा यह question था. क्या यह हवाला उनको देना मुनास्ते दिया जा सकता है? तो वह बिल्कुल बोल नहीं सकते हैं. जी, ना वह बोल सकते हैं ना sun सकते हैं और वह काफी highly educated हैं अपनी language में. Sign language के वह बहुत masters हैं.</w:t>
      </w:r>
    </w:p>
    <w:p>
      <w:r>
        <w:rPr>
          <w:b/>
        </w:rPr>
        <w:t xml:space="preserve">[35:30] </w:t>
      </w:r>
      <w:r>
        <w:t>koi graduation mein koi masters kar raha hai.</w:t>
      </w:r>
    </w:p>
    <w:p>
      <w:pPr>
        <w:jc w:val="right"/>
      </w:pPr>
      <w:r>
        <w:t>कोई graduation में कोई masters कर रहा है.</w:t>
      </w:r>
    </w:p>
    <w:p>
      <w:r>
        <w:rPr>
          <w:b/>
        </w:rPr>
        <w:t xml:space="preserve">[35:35] </w:t>
      </w:r>
      <w:r>
        <w:t>to yeh is tarike se hain.</w:t>
      </w:r>
    </w:p>
    <w:p>
      <w:pPr>
        <w:jc w:val="right"/>
      </w:pPr>
      <w:r>
        <w:t>तो यह इस तरीके से हैं.</w:t>
      </w:r>
    </w:p>
    <w:p>
      <w:r>
        <w:rPr>
          <w:b/>
        </w:rPr>
        <w:t xml:space="preserve">[35:40] </w:t>
      </w:r>
      <w:r>
        <w:t>haan bilkul le sakte hain.</w:t>
      </w:r>
    </w:p>
    <w:p>
      <w:pPr>
        <w:jc w:val="right"/>
      </w:pPr>
      <w:r>
        <w:t>हां बिल्कुल ले सकते हैं.</w:t>
      </w:r>
    </w:p>
    <w:p>
      <w:r>
        <w:rPr>
          <w:b/>
        </w:rPr>
        <w:t xml:space="preserve">[35:45] </w:t>
      </w:r>
      <w:r>
        <w:t>bahut achha yeh hai. ji.</w:t>
      </w:r>
    </w:p>
    <w:p>
      <w:pPr>
        <w:jc w:val="right"/>
      </w:pPr>
      <w:r>
        <w:t>बहुत अच्छा यह है. जी.</w:t>
      </w:r>
    </w:p>
    <w:p>
      <w:r>
        <w:rPr>
          <w:b/>
        </w:rPr>
        <w:t xml:space="preserve">[35:51] </w:t>
      </w:r>
      <w:r>
        <w:t>main yahi confirm karna tha ki kya yeh reference unko dekar ke unse yeh baat kahi ja sakti</w:t>
      </w:r>
    </w:p>
    <w:p>
      <w:pPr>
        <w:jc w:val="right"/>
      </w:pPr>
      <w:r>
        <w:t>मैं यही confirm करना था कि क्या यह reference उनको देकर के उनसे यह बात कही जा सकती</w:t>
      </w:r>
    </w:p>
    <w:p>
      <w:r>
        <w:rPr>
          <w:b/>
        </w:rPr>
        <w:t xml:space="preserve">[35:56] </w:t>
      </w:r>
      <w:r>
        <w:t>hai ki quran mein is baat ka zikr hai ki aap bhi hamari tarah yeh waazid kar sakte</w:t>
      </w:r>
    </w:p>
    <w:p>
      <w:pPr>
        <w:jc w:val="right"/>
      </w:pPr>
      <w:r>
        <w:t>है कि कुरान में इस बात का ज़िक्र है कि Apa भी हमारी तरह यह वादित कर सकते</w:t>
      </w:r>
    </w:p>
    <w:p>
      <w:r>
        <w:rPr>
          <w:b/>
        </w:rPr>
        <w:t xml:space="preserve">[36:01] </w:t>
      </w:r>
      <w:r>
        <w:t>hain aur dawat ka kaam ke kaam bhi aap par hamari tarah farz hai.</w:t>
      </w:r>
    </w:p>
    <w:p>
      <w:pPr>
        <w:jc w:val="right"/>
      </w:pPr>
      <w:r>
        <w:t>हैं और दावत का काम के काम भी Apa पर हमारी तरह फ़र्ज है.</w:t>
      </w:r>
    </w:p>
    <w:p>
      <w:r>
        <w:rPr>
          <w:b/>
        </w:rPr>
        <w:t xml:space="preserve">[36:07] </w:t>
      </w:r>
      <w:r>
        <w:t>lekin main to baat karti hoon yahan. main ek baat kehna chahti hoon ki jab woh itne padhe likhe hain agar padh lein to woh unki samajh to hai. to woh material to baant sakte hain. woh koi reptari se koi nahi hat sakte agar woh matlab highly educated hain, padh rahe hain because lot of opportunities university gives to these people.</w:t>
      </w:r>
    </w:p>
    <w:p>
      <w:pPr>
        <w:jc w:val="right"/>
      </w:pPr>
      <w:r>
        <w:t>लेकिन मैं तो बात करती हूं यहां. मैं एक बात कहना चाहती हूं कि जब वह इतने पढ़े लिखे हैं अगर पढ़ लें तो वह उनकी समझ तो है. तो वह material तो बांट सकते हैं. वह कोई रिप्तारी से कोई नहीं हट सकते अगर वह मतलब highly educated हैं, पढ़ रहे हैं because lot of opportunities university gives to these people.</w:t>
      </w:r>
    </w:p>
    <w:p>
      <w:r>
        <w:rPr>
          <w:b/>
        </w:rPr>
        <w:t xml:space="preserve">[36:31] </w:t>
      </w:r>
      <w:r>
        <w:t>to agar woh padh rahe hain, sab kuch kar rahe hain, blind log, professors bane hue hain to isliye woh material baant sakte hain agar woh lecture to koi bhi shabd nahi de sakte lekin material to agar uski importance woh khud samjhe aur khud samajh samjhe aur doosron ko bataye. bahut sahi baat hai bahut sahi baat hai. ji, yahi baat hai ki woh uski importance ko nahi samajh pa rahe hain.</w:t>
      </w:r>
    </w:p>
    <w:p>
      <w:pPr>
        <w:jc w:val="right"/>
      </w:pPr>
      <w:r>
        <w:t>तो अगर वह पढ़ रहे हैं, सब कुछ कर रहे हैं, blind लोग, professors बने हुए हैं तो इसलिए वह material बांट सकते हैं अगर वह lecture तो कोई भी शब्द नहीं दे सकते लेकिन material तो अगर उसकी importance वह खुद समझे और खुद समझ समझे और दूसरों को बताएं. बहुत सही बात है बहुत सही बात है. जी, यही बात है कि वह उसकी importance को नहीं समझ पा रहे हैं.</w:t>
      </w:r>
    </w:p>
    <w:p>
      <w:r>
        <w:rPr>
          <w:b/>
        </w:rPr>
        <w:t xml:space="preserve">[36:57] </w:t>
      </w:r>
      <w:r>
        <w:t>jab unse kaha jata hai ki ya jab main unse interaction karti hoon, jab main unse kehti hoon ki apa to unka yeh question tha ki apa agar quran se is baat ko sabit karein to ho sakta hai hum iske liye aaye kyunki agar quran mein yeh cheez hoti hai to alag alag kehte hain.</w:t>
      </w:r>
    </w:p>
    <w:p>
      <w:pPr>
        <w:jc w:val="right"/>
      </w:pPr>
      <w:r>
        <w:t>जब उनसे कहा जाता है कि या जब मैं उनसे interaction करती हूं, जब मैं उनसे कहती हूं कि Apa तो उनका यह question था कि Apa अगर कुरान से इस बात को साबित करें तो हो सकता है हम इसके लिए आए क्योंकि अगर कुरान में यह चीज़ होती है तो अलग अलग कहते हैं.</w:t>
      </w:r>
    </w:p>
    <w:p>
      <w:r>
        <w:rPr>
          <w:b/>
        </w:rPr>
        <w:t xml:space="preserve">[37:24] </w:t>
      </w:r>
      <w:r>
        <w:t>to bas wahi mujhe confirm karna tha ki kya yeh verse un tak kaam aa sakti hai. haan sahi hai. kamtar paida kiya hai to phir education kyun hasil kar rahe hain? lekin duniya ke matter mein, duniya ke matter mein to unko ehsaas nahi hai ki hum kamtar hain aur din ke matter mein bhi unko ehsaas ho raha hai. iska matlab hai ki apa unko aur bataiye samjhaiye kya bataun? kabhi unko samajh mein aa jaye. ji aapko bhi aaye kisi ek aadh ko to aayega.</w:t>
      </w:r>
    </w:p>
    <w:p>
      <w:pPr>
        <w:jc w:val="right"/>
      </w:pPr>
      <w:r>
        <w:t>तो बस वही मुझे confirm करना था कि क्या यह वर्ष उन तक काम आ सकती है. हां सही है. कमतर पैदा किया है तो फिर education क्यों हासिल कर रहे हैं? लेकिन दुनिया के matter में, दुनिया के matter में तो उनको एहसास नहीं है कि हम कमतर हैं और दिन के matter में भी उनको एहसास हो रहा है. इसका मतलब है कि Apa उनको और बताइए समझाइए क्या बताऊं? कभी उनको समझ में आ जाए. जी आपको भी आए किसी एक आध को तो आएगा.</w:t>
      </w:r>
    </w:p>
    <w:p>
      <w:r>
        <w:rPr>
          <w:b/>
        </w:rPr>
        <w:t xml:space="preserve">[37:53] </w:t>
      </w:r>
      <w:r>
        <w:t>ji. ji ji subah kala. ok, we go ahead with another question from anyone. we have ten minutes left. premita apa apa kuch sawal puchhengi?</w:t>
      </w:r>
    </w:p>
    <w:p>
      <w:pPr>
        <w:jc w:val="right"/>
      </w:pPr>
      <w:r>
        <w:t>जी. जी जी सुबह कला. Ok, we go ahead with another question from anyone. We have ten minutes left. Premita Apa Apa कुछ सवाल पूछेंगी?</w:t>
      </w:r>
    </w:p>
    <w:p>
      <w:r>
        <w:rPr>
          <w:b/>
        </w:rPr>
        <w:t xml:space="preserve">[38:19] </w:t>
      </w:r>
      <w:r>
        <w:t>ek sawal tha apa yeh ki apni ana ki qurbani sabse badi qurbani hai. to mera sawal yeh hai ki mission ke kaam mein to apna koi aisi koi ana ki zaroorat nahi hai. sawal nahi hota. lekin gharelu zindagi mein agar insaan koi galat decision le raha hai to usko bhi maan lena hai chahe woh sahi sabhi logon ki zindagi par asar dale. galat decision.</w:t>
      </w:r>
    </w:p>
    <w:p>
      <w:pPr>
        <w:jc w:val="right"/>
      </w:pPr>
      <w:r>
        <w:t>एक सवाल था आपा यह कि अपनी अना की कुर्बानी सबसे बड़ी कुर्बानी है. तो मेरा सवाल यह है कि mission के काम में तो अपना कोई ऐसी कोई अना की ज़रूरत नहीं है. सवाल नहीं होता. लेकिन घरेलू ज़िंदगी में अगर इंसान कोई गलत decision ले रहा है तो उसको भी मान लेना है चाहे वह सही सभी लोगों की ज़िंदगी पर असर डालें. गलत decision.</w:t>
      </w:r>
    </w:p>
    <w:p>
      <w:r>
        <w:rPr>
          <w:b/>
        </w:rPr>
        <w:t xml:space="preserve">[38:48] </w:t>
      </w:r>
      <w:r>
        <w:t>galat faisle se sabhi logon ko mushkil mein daal diya jaye. wahan bhi ana ki qurbani deni hai. nahi wahan to qurbani ka masla nahi hai. wahan masla yeh hai ki apa kitna kar sakti hain? kitna dakhal de sakti hain?</w:t>
      </w:r>
    </w:p>
    <w:p>
      <w:pPr>
        <w:jc w:val="right"/>
      </w:pPr>
      <w:r>
        <w:t>गलत फ़ैसले से सभी लोगों को मुश्किल में डाल दिया जाए. वहां भी अना की कुर्बानी देनी है. नहीं वहां तो कुर्बानी का मसला नहीं है. वहां मसला यह है कि Apa कितना कर सकती हैं? कितना दखल दे सकती हैं?</w:t>
      </w:r>
    </w:p>
    <w:p>
      <w:r>
        <w:rPr>
          <w:b/>
        </w:rPr>
        <w:t xml:space="preserve">[39:02] </w:t>
      </w:r>
      <w:r>
        <w:t>ab apa agar dakhal dekar us masle ko hal kar sakti hain to apa zaroor hai ana ki baat nahi hoti ek masla hai usko hal karna hai agar hal kar sakti hain to bahut bahut achhi baat hai agar us masle ko hal karne se zyada complication aa rahe hain to wahan phir to khamosh hona padega bilkul apa iski bhi misal hai quran mein.</w:t>
      </w:r>
    </w:p>
    <w:p>
      <w:pPr>
        <w:jc w:val="right"/>
      </w:pPr>
      <w:r>
        <w:t>अब Apa अगर दखल देकर उस मसले को हल कर सकती हैं तो Apa ज़रूर है आना की बात नहीं होती एक मसला है उसको हल करना है अगर हल कर सकती हैं तो बहुत बहुत अच्छी बात है अगर उस मसले को हल करने से ज़्यादा complication आ रहे हैं तो वहां फिर तो खामूश होना पड़ेगा बिल्कुल Apa इसकी भी मिसाल है कुरान में.</w:t>
      </w:r>
    </w:p>
    <w:p>
      <w:r>
        <w:rPr>
          <w:b/>
        </w:rPr>
        <w:t xml:space="preserve">[39:26] </w:t>
      </w:r>
      <w:r>
        <w:t>हमारे पास कुरान और हदीस और prophet की lives हर चीज़ के मिसाल मिल जाती है बहुत अजीब</w:t>
      </w:r>
    </w:p>
    <w:p>
      <w:pPr>
        <w:jc w:val="right"/>
      </w:pPr>
      <w:r>
        <w:t>हमारे पास कुरान और हदीस और profit की lives हर चीज़ के मिसाल मिल जाती है बहुत अजीब</w:t>
      </w:r>
    </w:p>
    <w:p>
      <w:r>
        <w:rPr>
          <w:b/>
        </w:rPr>
        <w:t xml:space="preserve">[39:33] </w:t>
      </w:r>
      <w:r>
        <w:t>baat hai ki jab bahut rat musa gaye jahan unko podha ka podha ne jahan unse baat ki</w:t>
      </w:r>
    </w:p>
    <w:p>
      <w:pPr>
        <w:jc w:val="right"/>
      </w:pPr>
      <w:r>
        <w:t>बात है कि जब बहुत रत मूसा गए जहां उनको पौधा का पौधा ने जहां उनसे बात की</w:t>
      </w:r>
    </w:p>
    <w:p>
      <w:r>
        <w:rPr>
          <w:b/>
        </w:rPr>
        <w:t xml:space="preserve">[39:40] </w:t>
      </w:r>
      <w:r>
        <w:t>thi to gaye to apne qaum ke peeche chhod gaye the apne bhai haroon naam tha na apne</w:t>
      </w:r>
    </w:p>
    <w:p>
      <w:pPr>
        <w:jc w:val="right"/>
      </w:pPr>
      <w:r>
        <w:t>थी तो गए तो अपने कौम के पीछे छोड़ गए थे अपने भाई हारुन नाम था ना अपने</w:t>
      </w:r>
    </w:p>
    <w:p>
      <w:r>
        <w:rPr>
          <w:b/>
        </w:rPr>
        <w:t xml:space="preserve">[39:47] </w:t>
      </w:r>
      <w:r>
        <w:t>bhai haroon ke ke supervision mein woh qaum chuki misr mein rehti thi na to wahan gaay ki</w:t>
      </w:r>
    </w:p>
    <w:p>
      <w:pPr>
        <w:jc w:val="right"/>
      </w:pPr>
      <w:r>
        <w:t>भाई हारुन के के supervision में वह कौन चूंकि मिस्र में रहती थी ना तो वहां गाय की</w:t>
      </w:r>
    </w:p>
    <w:p>
      <w:r>
        <w:rPr>
          <w:b/>
        </w:rPr>
        <w:t xml:space="preserve">[39:54] </w:t>
      </w:r>
      <w:r>
        <w:t>bahut reverence hota tha gaay ka.</w:t>
      </w:r>
    </w:p>
    <w:p>
      <w:pPr>
        <w:jc w:val="right"/>
      </w:pPr>
      <w:r>
        <w:t>बहुत reverence होता था गाय का.</w:t>
      </w:r>
    </w:p>
    <w:p>
      <w:r>
        <w:rPr>
          <w:b/>
        </w:rPr>
        <w:t xml:space="preserve">[40:01] </w:t>
      </w:r>
      <w:r>
        <w:t>to abhi recently matlab samajh lijiye recent li woh aaye the admtusa ke din par to jab admtusa chhodkar chale gaye unko to wahan par un logon ne gaay ka golden calf jo banaya un sare logon ka gold lekar samri ne ek gaay ka bachda banaya aur log usko puchhne lage. to yeh isse zyada galat kaam to ho nahi sakta.</w:t>
      </w:r>
    </w:p>
    <w:p>
      <w:pPr>
        <w:jc w:val="right"/>
      </w:pPr>
      <w:r>
        <w:t>तो अभी recently मतलब समझ लीजिए recent ली वह आए थे अदत्मूसा के दिन पर तो जब अदत्मूसा छोड़कर चले गए उनको तो वहां पर उन लोगों ने गाय का golden calf जो बनाया उन सारे लोगों का gold लेकर सामरी ने एक गाय का बछड़ बनाया और लोग उसको पूछने लगे. तो यह इससे ज़्यादा गलत काम तो हो नहीं सकता.</w:t>
      </w:r>
    </w:p>
    <w:p>
      <w:r>
        <w:rPr>
          <w:b/>
        </w:rPr>
        <w:t xml:space="preserve">[40:27] </w:t>
      </w:r>
      <w:r>
        <w:t>to jab hazar musal islam aaye to bahut ghazabnak hue ki tumne aisa kyun karne diya? to unki kehte hain unki dadhi pakad li ki aisa kyun karne diya aur gusse mein woh jo unko 10 commandments mile the usko phenk diya gusse mein to to phir hazar haroon ne jo baat kahi woh is waqt aapke upar apply kar di hai.</w:t>
      </w:r>
    </w:p>
    <w:p>
      <w:pPr>
        <w:jc w:val="right"/>
      </w:pPr>
      <w:r>
        <w:t>तो जब हज़ार मुसाल इस्लाम आए तो बहुत ग़ज़बनाक हुए कि तुमने ऐसा क्यों करने दिया? तो उनकी कहते हैं उनकी दाढ़ी पकड़ ली कि ऐसा क्यों करने दिया और गुस्से में वह जो उनको 10 commandments मिले थे उसको फ़ेंक दिया गुस्से में तो तो फिर हज़ार धारुन ने जो बात कही वह इस वक्त आपके ऊपर apply कर दी है.</w:t>
      </w:r>
    </w:p>
    <w:p>
      <w:r>
        <w:rPr>
          <w:b/>
        </w:rPr>
        <w:t xml:space="preserve">[40:52] </w:t>
      </w:r>
      <w:r>
        <w:t>hardaroon ne kaha ki agar main pressure daalkar inko rokta na to yeh log division ho jata hai in logon mein kya apa bataiye do. sahi hai. haan theek hai sir. haan to matlab yeh logon mein tafrakh paida ho jata hai yeh logon mein. woh zyada bada problem create ho jata hai matlab. to wahan to yeh dekhna hai ki apa kya kar sakti hain? kya nahi kar sakti hain? wahan hikmat apply karenge apa. wahan ana ka masla nahi hai woh.</w:t>
      </w:r>
    </w:p>
    <w:p>
      <w:pPr>
        <w:jc w:val="right"/>
      </w:pPr>
      <w:r>
        <w:t>हर्दारुण ने कहा कि अगर मैं pressure डालकर इनको रोकता ना तो यह लोग division हो जाता है इन लोगों में क्या Apa बताइए दो. सही है. हां ठीक है sir. हां तो मतलब यह लोगों में तफर रखा पैदा हो जाता है यह लोगों में. वह ज़्यादा बड़ा problem create हो जाता है मतलब. तो वहां तो यह देखना है कि Apa क्या कर सकती हैं? क्या नहीं कर सकती हैं? वहां हिक्मत apply करेंगे Apa. वहां आना का मसला नहीं है वह.</w:t>
      </w:r>
    </w:p>
    <w:p>
      <w:r>
        <w:rPr>
          <w:b/>
        </w:rPr>
        <w:t xml:space="preserve">[41:21] </w:t>
      </w:r>
      <w:r>
        <w:t>result oriented hai. haan apne ana ka to bilkul alag rakhiye ana ka to koi kaam hi nahi hai. kaam hai hikmat ka jisko kya kehte hain ab. practical wisdom. practical wisdom se kaam lena hai. kya kar sakti hain apa? is it clear? abhi recently aaya bhi na taghair munkar ke naam se aalisha rey mazboon aaya hai.</w:t>
      </w:r>
    </w:p>
    <w:p>
      <w:pPr>
        <w:jc w:val="right"/>
      </w:pPr>
      <w:r>
        <w:t>Result oriented है. हां अपने आना का तो बिल्कुल अलग रखिए आना का तो कोई काम ही नहीं है. काम है हिकमत का जिसको क्या कहते हैं अब. Practical wisdom. Practical wisdom से काम लेना है. क्या कर सकती हैं Apa? Is it clear? अभी recently आया भी ना तगईर मुनकर के नाम से आलिशा रेय मज़बून आया है.</w:t>
      </w:r>
    </w:p>
    <w:p>
      <w:r>
        <w:rPr>
          <w:b/>
        </w:rPr>
        <w:t xml:space="preserve">[41:43] </w:t>
      </w:r>
      <w:r>
        <w:t>usmein woh hadees hai ki ek woh hadees choop famous hai ki tum mein se jo munkir ko dekhe to</w:t>
      </w:r>
    </w:p>
    <w:p>
      <w:pPr>
        <w:jc w:val="right"/>
      </w:pPr>
      <w:r>
        <w:t>उसमें वोहदीश है कि एक वोहदीश चूप famous है कि तुम में से जो मुनकर को देखे तो</w:t>
      </w:r>
    </w:p>
    <w:p>
      <w:r>
        <w:rPr>
          <w:b/>
        </w:rPr>
        <w:t xml:space="preserve">[41:50] </w:t>
      </w:r>
      <w:r>
        <w:t>haath se rokne ki taqat rakhta to haath se roke, bolkar rokne ki taqat rakhta to bolkar rakhe hadees hai.</w:t>
      </w:r>
    </w:p>
    <w:p>
      <w:pPr>
        <w:jc w:val="right"/>
      </w:pPr>
      <w:r>
        <w:t>हाथ से रोकने की ताकत रखता तो हाथ से रोके, बोलकर रोकने की ताकत रखता तो बोलकर रखे हाथीश है.</w:t>
      </w:r>
    </w:p>
    <w:p>
      <w:r>
        <w:rPr>
          <w:b/>
        </w:rPr>
        <w:t xml:space="preserve">[41:57] </w:t>
      </w:r>
      <w:r>
        <w:t>uske aage mulana ne yeh zikr kiya iska ki iske bawajood allah ke rasool se allah islam ne</w:t>
      </w:r>
    </w:p>
    <w:p>
      <w:pPr>
        <w:jc w:val="right"/>
      </w:pPr>
      <w:r>
        <w:t>उसके आगे मुलाना ने यह ज़िक्र किया इसका कि इसके बावजूद अल्लाह के रसूल से अल्लाह इस्लाम ने</w:t>
      </w:r>
    </w:p>
    <w:p>
      <w:r>
        <w:rPr>
          <w:b/>
        </w:rPr>
        <w:t xml:space="preserve">[42:04] </w:t>
      </w:r>
      <w:r>
        <w:t>jab makka fatah ho gaya to dekha ke kaaba jo hai woh mushlikheen ki binah par hai.</w:t>
      </w:r>
    </w:p>
    <w:p>
      <w:pPr>
        <w:jc w:val="right"/>
      </w:pPr>
      <w:r>
        <w:t>जब मक्का फताह हो गया तो देखा कि काबा जो है वह मुश्लिखीन की बिनाह पर है.</w:t>
      </w:r>
    </w:p>
    <w:p>
      <w:r>
        <w:rPr>
          <w:b/>
        </w:rPr>
        <w:t xml:space="preserve">[42:11] </w:t>
      </w:r>
      <w:r>
        <w:t>Build kiya hua.</w:t>
      </w:r>
    </w:p>
    <w:p>
      <w:pPr>
        <w:jc w:val="right"/>
      </w:pPr>
      <w:r>
        <w:t>Build किया हुआ.</w:t>
      </w:r>
    </w:p>
    <w:p>
      <w:r>
        <w:rPr>
          <w:b/>
        </w:rPr>
        <w:t xml:space="preserve">[42:18] </w:t>
      </w:r>
      <w:r>
        <w:t>usko nahi chhed chhad ke.</w:t>
      </w:r>
    </w:p>
    <w:p>
      <w:pPr>
        <w:jc w:val="right"/>
      </w:pPr>
      <w:r>
        <w:t>उसको नहीं छेड़ छाड़ के.</w:t>
      </w:r>
    </w:p>
    <w:p>
      <w:r>
        <w:rPr>
          <w:b/>
        </w:rPr>
        <w:t xml:space="preserve">[42:26] </w:t>
      </w:r>
      <w:r>
        <w:t>dharne lagun doosra banane ke liye to abhi naye naye log islam mein aaye hain to unke upar to bahut galat tha sa padega. haan. phir jayenge din se. to uska usko woh kahenge result oriented action hamara hona hai. is jo apa action lenge uska uska result kya niklega? samajh payenge. ji ab aapke liye alag ho jakar la phir.</w:t>
      </w:r>
    </w:p>
    <w:p>
      <w:pPr>
        <w:jc w:val="right"/>
      </w:pPr>
      <w:r>
        <w:t>धारने लगूं दूसरा बनाने के लिए तो अभी नए नए लोग इस्लाम में आए हैं तो उनके ऊपर तो बहुत गलत था सौ पड़ेगा. हां. फिर जाएंगे दिन से. तो उसका उसको वह कहेंगे result oriented action हमारा होना है. इस जो Apa action लेंगे उसका उसका result क्या निकलेगा? समझ पाएंगे. जी अब आपके लिए अलग हो जाकर ला फिर.</w:t>
      </w:r>
    </w:p>
    <w:p>
      <w:r>
        <w:rPr>
          <w:b/>
        </w:rPr>
        <w:t xml:space="preserve">[42:54] </w:t>
      </w:r>
      <w:r>
        <w:t>haan ji Apa practical important part of a moment's life.</w:t>
      </w:r>
    </w:p>
    <w:p>
      <w:pPr>
        <w:jc w:val="right"/>
      </w:pPr>
      <w:r>
        <w:t>हां जी Apa practical important part of a moment's life.</w:t>
      </w:r>
    </w:p>
    <w:p>
      <w:r>
        <w:rPr>
          <w:b/>
        </w:rPr>
        <w:t xml:space="preserve">[43:10] </w:t>
      </w:r>
      <w:r>
        <w:t>So any situation we should be applying the practical wisdom. Any question?</w:t>
      </w:r>
    </w:p>
    <w:p>
      <w:pPr>
        <w:jc w:val="right"/>
      </w:pPr>
      <w:r>
        <w:t>So any situation we should be applying the practical wisdom. Any question?</w:t>
      </w:r>
    </w:p>
    <w:p>
      <w:r>
        <w:rPr>
          <w:b/>
        </w:rPr>
        <w:t xml:space="preserve">[43:26] </w:t>
      </w:r>
      <w:r>
        <w:t>ji assamalikum paridapa. haan ji.</w:t>
      </w:r>
    </w:p>
    <w:p>
      <w:pPr>
        <w:jc w:val="right"/>
      </w:pPr>
      <w:r>
        <w:t>जी असामालिकुम परिदापा. हां जी.</w:t>
      </w:r>
    </w:p>
    <w:p>
      <w:r>
        <w:rPr>
          <w:b/>
        </w:rPr>
        <w:t xml:space="preserve">[43:43] </w:t>
      </w:r>
      <w:r>
        <w:t>public property in front of everyone.</w:t>
      </w:r>
    </w:p>
    <w:p>
      <w:pPr>
        <w:jc w:val="right"/>
      </w:pPr>
      <w:r>
        <w:t>कालिकों परिदापा सब लोगों के सामने.</w:t>
      </w:r>
    </w:p>
    <w:p>
      <w:r>
        <w:rPr>
          <w:b/>
        </w:rPr>
        <w:t xml:space="preserve">[43:59] </w:t>
      </w:r>
      <w:r>
        <w:t>mujhe asal mein ek abhi sawal ka samay jawab jo paridapa ne last kaha hai woh kuch mera</w:t>
      </w:r>
    </w:p>
    <w:p>
      <w:pPr>
        <w:jc w:val="right"/>
      </w:pPr>
      <w:r>
        <w:t>मुझे असल में एक अभी सवाल का समय जवाब जो परिदापा ने last कहा है वह कुछ मेरा</w:t>
      </w:r>
    </w:p>
    <w:p>
      <w:r>
        <w:rPr>
          <w:b/>
        </w:rPr>
        <w:t xml:space="preserve">[44:15] </w:t>
      </w:r>
      <w:r>
        <w:t>jo sawal tha mera kaal mein usmein uska jawab hai.</w:t>
      </w:r>
    </w:p>
    <w:p>
      <w:pPr>
        <w:jc w:val="right"/>
      </w:pPr>
      <w:r>
        <w:t>जो सवाल था मेरा काल में उसमें उसका जवाब है.</w:t>
      </w:r>
    </w:p>
    <w:p>
      <w:r>
        <w:rPr>
          <w:b/>
        </w:rPr>
        <w:t xml:space="preserve">[44:32] </w:t>
      </w:r>
      <w:r>
        <w:t>allah mujhe isko mujhse khuboolkar, meri family se khuboolkar aur ummat e mohammad se khuboolkar. ek qurbani main keh rahi hoon. to ek qurbani? ji? hello? nahi nahi ji ji apa boliye asal mein yaar roza mera tha woh khul gaya to sab chhadbar dene lagi. main unko abhi mana kar rahi thi sorry. achha. ek furbani kafi hai. ek ghar walon ki taraf se ek qurbani kafi hai.</w:t>
      </w:r>
    </w:p>
    <w:p>
      <w:pPr>
        <w:jc w:val="right"/>
      </w:pPr>
      <w:r>
        <w:t>अल्लाह मुझे इसको मुझसे खुबूलकर, मेरी family से खुबूलकर और उम्मद ए मोहम्मद से खुबूलकर. एक कुरबानी मैं कह रही हूं. तो एक कुरबानी? जी? Hello? नहीं नहीं जी जी Apa बोलिए असल में यार रोज़ा मेरा था वह खुल गया तो सब चड़बार देने लगी. मैं उनको अभी मना कर रही थी sorry. अच्छा. एक फुर्बानी काफी है. एक घर वालों की तरफ से एक फुर्बानी काफी है.</w:t>
      </w:r>
    </w:p>
    <w:p>
      <w:r>
        <w:rPr>
          <w:b/>
        </w:rPr>
        <w:t xml:space="preserve">[45:01] </w:t>
      </w:r>
      <w:r>
        <w:t>prasullah salah salah ne ek qurbani ki hai to usmein yahi keh diya ki isko kuboolkar meri taraf se, mere aal ki taraf se aur ummat e mohammad ki taraf se. to ek kafi hai. aur agar nahi bhi karein tab bhi kafi hai. sabzi hai bahut. bahut bahut shukriya. so we almost at the end of the session. this is a great learning.</w:t>
      </w:r>
    </w:p>
    <w:p>
      <w:pPr>
        <w:jc w:val="right"/>
      </w:pPr>
      <w:r>
        <w:t>प्रसुल्लाह सलाह सलाह ने एक कुर्बानी की है तो उसमें यही कह दिया कि इसको कुबूलकर मेरी तरफ से, मेरे आल की तरफ से और उम्मद ए मोहम्मद की तरफ से. तो एक काफी है. और अगर नहीं भी करें तब भी काफी है. सब्ज़ी है बहुत. बहुत बहुत शुक्रिया. So we almost at the end of the session. This is a great learning.</w:t>
      </w:r>
    </w:p>
    <w:p>
      <w:r>
        <w:rPr>
          <w:b/>
        </w:rPr>
        <w:t xml:space="preserve">[45:24] </w:t>
      </w:r>
      <w:r>
        <w:t>aba we ask questions from you and you farad bhai aur Farida apa apa dono ke hum logon ke sawalon ka jawab bahut achhe aur bahut achhe tarike se samajh jate hain jo hamare doubts aapke situation mein hamare clear ho jate hain. to apa isko conclude karein aur radhway apa bahut karwa dein is session ke liye.</w:t>
      </w:r>
    </w:p>
    <w:p>
      <w:pPr>
        <w:jc w:val="right"/>
      </w:pPr>
      <w:r>
        <w:t>अबा we ask questions from you and you फराद भाई और Farida Apa Apa दोनों के हम लोगों के सवालों का जवाब बहुत अच्छे और बहुत अच्छे तरीके से समझ जाते हैं जो हमारे doubts आपके situation में हमारे clear हो जाते हैं. तो Apa इसको conclude करें और राधवाय Apa बहुत करवा दें इस session के लिए.</w:t>
      </w:r>
    </w:p>
    <w:p>
      <w:r>
        <w:rPr>
          <w:b/>
        </w:rPr>
        <w:t xml:space="preserve">[45:52] </w:t>
      </w:r>
      <w:r>
        <w:t>main to yahi soch rahi thi ki yeh kitna zabardast platform hai zoom ka ki kahan kahan se log jo hain ek platform par aa jate hain aur agar yeh doubts clear na ho na to insaan ke dimag mein woh clarity aati nahi hai.</w:t>
      </w:r>
    </w:p>
    <w:p>
      <w:pPr>
        <w:jc w:val="right"/>
      </w:pPr>
      <w:r>
        <w:t>मैं तो यही सोच रही थी कि यह कितना ज़बरदस्त platform है Zoom का कि कहां कहां से लोग जो हैं एक platform पर आ जाते हैं और अगर यह doubts clear ना हो ना तो इंसान के दिमाग में वह clarity आती नहीं है.</w:t>
      </w:r>
    </w:p>
    <w:p>
      <w:r>
        <w:rPr>
          <w:b/>
        </w:rPr>
        <w:t xml:space="preserve">[46:08] </w:t>
      </w:r>
      <w:r>
        <w:t>to yeh bahut hi achha hai ki sab log apne apne saat aath saal Maulana ke saath rahe hain. har waqt paas mein rehte the.</w:t>
      </w:r>
    </w:p>
    <w:p>
      <w:pPr>
        <w:jc w:val="right"/>
      </w:pPr>
      <w:r>
        <w:t>तो यह बहुत ही अच्छा है कि सब लोग अपने अपने सात आठ साल मौलाने के साथ रहे हैं. हर वक्त पास में रहते थे.</w:t>
      </w:r>
    </w:p>
    <w:p>
      <w:r>
        <w:rPr>
          <w:b/>
        </w:rPr>
        <w:t xml:space="preserve">[46:30] </w:t>
      </w:r>
      <w:r>
        <w:t>to inki jitni learning hui hai usse Apa log faida uthaiye aur zyada se zyada jo bhi sawal aata hai aapke dimagh mein to usko aapne likh liya kariye taaki waqt par yaad rahe kabhi kabhi bhool bhi jata hai. to yeh bahut mujhe acha lagta hai ki Apa log itne serious hain aur apne jo bhi Apa logon ke andar jo queries hain uske bare mein Apa pehle baat janna chahti hain.</w:t>
      </w:r>
    </w:p>
    <w:p>
      <w:pPr>
        <w:jc w:val="right"/>
      </w:pPr>
      <w:r>
        <w:t>तो इनकी जितनी learning हुई है उससे Apa लोग फ़ायदा उठाइए और ज़्यादा से ज़्यादा जो भी सवाल आता है आपके दिमाग में तो उसको आपने लिख लिया करिए ताकि वक्त पर याद रहे कभी कभी भूल भी जाता है. तो यह बहुत मुझे अच्छा लगता है कि Apa लोग इतने serious हैं और अपने जो भी Apa लोगों के अंदर जो queries हैं उसके बारे में Apa पहले बात जानना चाहती हैं.</w:t>
      </w:r>
    </w:p>
    <w:p>
      <w:r>
        <w:rPr>
          <w:b/>
        </w:rPr>
        <w:t xml:space="preserve">[46:59] </w:t>
      </w:r>
      <w:r>
        <w:t>to bas main to main bhi yahi dua karungi Allah taalaah Apa logon ko zyada se zyada moral</w:t>
      </w:r>
    </w:p>
    <w:p>
      <w:pPr>
        <w:jc w:val="right"/>
      </w:pPr>
      <w:r>
        <w:t>तो बस मैं तो मैं भी यही दुआ करूंगी अल्लाह तालाह Apa लोगों को ज़्यादा से ज़्यादा moral</w:t>
      </w:r>
    </w:p>
    <w:p>
      <w:r>
        <w:rPr>
          <w:b/>
        </w:rPr>
        <w:t xml:space="preserve">[47:16] </w:t>
      </w:r>
      <w:r>
        <w:t>development, intellectual development karein aur zyada se zyada Apa din ki khidmat anjam dein.</w:t>
      </w:r>
    </w:p>
    <w:p>
      <w:pPr>
        <w:jc w:val="right"/>
      </w:pPr>
      <w:r>
        <w:t>development, intellectual development करें और ज़्यादा से ज़्यादा Apa दिन की खिदमत अंजाम दें.</w:t>
      </w:r>
    </w:p>
    <w:p>
      <w:r>
        <w:rPr>
          <w:b/>
        </w:rPr>
        <w:t xml:space="preserve">[47:34] </w:t>
      </w:r>
      <w:r>
        <w:t>to Apa to woh kar dijiye.</w:t>
      </w:r>
    </w:p>
    <w:p>
      <w:pPr>
        <w:jc w:val="right"/>
      </w:pPr>
      <w:r>
        <w:t>तो Apa तो वह कर दीजिए.</w:t>
      </w:r>
    </w:p>
    <w:p>
      <w:r>
        <w:rPr>
          <w:b/>
        </w:rPr>
        <w:t xml:space="preserve">[47:52] </w:t>
      </w:r>
      <w:r>
        <w:t>rasmala ne poori zindagi mein sirf yeh kharch kiya tha.</w:t>
      </w:r>
    </w:p>
    <w:p>
      <w:pPr>
        <w:jc w:val="right"/>
      </w:pPr>
      <w:r>
        <w:t>रस्मला ने पूरी ज़िंदगी में सिर्फ यह खर्च किया था.</w:t>
      </w:r>
    </w:p>
    <w:p>
      <w:r>
        <w:rPr>
          <w:b/>
        </w:rPr>
        <w:t xml:space="preserve">[48:09] </w:t>
      </w:r>
      <w:r>
        <w:t>to usmein aakar log poochte the.</w:t>
      </w:r>
    </w:p>
    <w:p>
      <w:pPr>
        <w:jc w:val="right"/>
      </w:pPr>
      <w:r>
        <w:t>तो उसमें आकर लोग पूछते थे.</w:t>
      </w:r>
    </w:p>
    <w:p>
      <w:r>
        <w:rPr>
          <w:b/>
        </w:rPr>
        <w:t xml:space="preserve">[48:27] </w:t>
      </w:r>
      <w:r>
        <w:t>maine hajj mein yeh cheez aage kar liya, woh peeche kar liya, yeh sab poochte the.</w:t>
      </w:r>
    </w:p>
    <w:p>
      <w:pPr>
        <w:jc w:val="right"/>
      </w:pPr>
      <w:r>
        <w:t>मैंने हंज में यह चीज़ आगे कर लिया, वह पीछे कर लिया, यह सब पूछते थे.</w:t>
      </w:r>
    </w:p>
    <w:p>
      <w:r>
        <w:rPr>
          <w:b/>
        </w:rPr>
        <w:t xml:space="preserve">[48:45] </w:t>
      </w:r>
      <w:r>
        <w:t>aur marasat wali zindagi aata samay jo tabad chalti rahegi. amin, jaza kalla, jaza kalla Apa and jaza kalla farad bhai for participation in this incredible session and profound session where we have learned so many things and cleared our doubts.</w:t>
      </w:r>
    </w:p>
    <w:p>
      <w:pPr>
        <w:jc w:val="right"/>
      </w:pPr>
      <w:r>
        <w:t>और मारसत वाली ज़िंदगी आता समय जो ताबद चलती रहेगी. आमिन, जज़ा कल्ला, जज़ा कल्ला Apa and जज़ा कल्ला फराद भाई for participation in this incredible session and profound session where we have learned so many things and cleared our doubts.</w:t>
      </w:r>
    </w:p>
    <w:p>
      <w:r>
        <w:rPr>
          <w:b/>
        </w:rPr>
        <w:t xml:space="preserve">[49:14] </w:t>
      </w:r>
      <w:r>
        <w:t>So we are coming to the end of the session. Inshallah we will meet again next week with an article which will be shared on the WhatsApp. Assalamanipt.</w:t>
      </w:r>
    </w:p>
    <w:p>
      <w:pPr>
        <w:jc w:val="right"/>
      </w:pPr>
      <w:r>
        <w:t>So we are coming to the end of the session. Inshallah we will meet again next week with an article which will be shared on the WhatsApp. अस्सलामानीपत.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