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Eid Special CPS Women Interaction June 29, 2023</w:t>
      </w:r>
    </w:p>
    <w:p>
      <w:r>
        <w:t>https://www.youtube.com/watch?v=Os7IYYOg8v4</w:t>
      </w:r>
    </w:p>
    <w:p>
      <w:r>
        <w:rPr>
          <w:b/>
        </w:rPr>
        <w:t xml:space="preserve">[00:06] </w:t>
      </w:r>
      <w:r>
        <w:t>I welcome you all to this each special session with the ladies of CPS, strong ladies and jitna</w:t>
      </w:r>
    </w:p>
    <w:p>
      <w:pPr>
        <w:jc w:val="right"/>
      </w:pPr>
      <w:r>
        <w:t>I welcome you all to this each special session with the ladies of CPS, strong ladies and जितना</w:t>
      </w:r>
    </w:p>
    <w:p>
      <w:r>
        <w:rPr>
          <w:b/>
        </w:rPr>
        <w:t xml:space="preserve">[00:13] </w:t>
      </w:r>
      <w:r>
        <w:t>bhi CPS ladies ke liye kaha jaye woh kam hai aur yeh session bahut hi special hai jismein</w:t>
      </w:r>
    </w:p>
    <w:p>
      <w:pPr>
        <w:jc w:val="right"/>
      </w:pPr>
      <w:r>
        <w:t>भी CPS ladies के लिए कहा जाए वह कम है और यह session बहुत ही special है जिसमें</w:t>
      </w:r>
    </w:p>
    <w:p>
      <w:r>
        <w:rPr>
          <w:b/>
        </w:rPr>
        <w:t xml:space="preserve">[00:20] </w:t>
      </w:r>
      <w:r>
        <w:t>hum log Inshallah aaj ke din jo Eid al Adha ke din hai jo bakayed jisko kehte hain</w:t>
      </w:r>
    </w:p>
    <w:p>
      <w:pPr>
        <w:jc w:val="right"/>
      </w:pPr>
      <w:r>
        <w:t>हम लोग इंशालाह आज के दिन जो ईदल ईदल अद्वाह के दिन है जो बकईद जिसको कहते हैं</w:t>
      </w:r>
    </w:p>
    <w:p>
      <w:r>
        <w:rPr>
          <w:b/>
        </w:rPr>
        <w:t xml:space="preserve">[00:27] </w:t>
      </w:r>
      <w:r>
        <w:t>to ismein hum apne experiences jo humne aa rahi hai jo apni learning hai practical life mein aur</w:t>
      </w:r>
    </w:p>
    <w:p>
      <w:pPr>
        <w:jc w:val="right"/>
      </w:pPr>
      <w:r>
        <w:t>तो इसमें हम अपने experiences जो हमने आ रही है जो अपनी learning है practical life में और</w:t>
      </w:r>
    </w:p>
    <w:p>
      <w:r>
        <w:rPr>
          <w:b/>
        </w:rPr>
        <w:t xml:space="preserve">[00:34] </w:t>
      </w:r>
      <w:r>
        <w:t>aise jo Maulana ki jo literatures hum padhte hain usse related jo hamari learning hai hum log yahan</w:t>
      </w:r>
    </w:p>
    <w:p>
      <w:pPr>
        <w:jc w:val="right"/>
      </w:pPr>
      <w:r>
        <w:t>ऐसे जो मौलाना की जो literatures हम पढ़ते हैं उससे related जो हमारी learning है हम लोग यहां</w:t>
      </w:r>
    </w:p>
    <w:p>
      <w:r>
        <w:rPr>
          <w:b/>
        </w:rPr>
        <w:t xml:space="preserve">[00:41] </w:t>
      </w:r>
      <w:r>
        <w:t>par is platform par share karenge.</w:t>
      </w:r>
    </w:p>
    <w:p>
      <w:pPr>
        <w:jc w:val="right"/>
      </w:pPr>
      <w:r>
        <w:t>पर इस platform पर share करेंगे.</w:t>
      </w:r>
    </w:p>
    <w:p>
      <w:r>
        <w:rPr>
          <w:b/>
        </w:rPr>
        <w:t xml:space="preserve">[00:48] </w:t>
      </w:r>
      <w:r>
        <w:t>Inshallah this is going to be very interesting and definitely very energetic. We are going to share whatever they are speaking. Please speak only one at a time so that everybody gets the opportunity and make it, please make it short. Ok, now we start. Apa please, you start. Assalamualikum.</w:t>
      </w:r>
    </w:p>
    <w:p>
      <w:pPr>
        <w:jc w:val="right"/>
      </w:pPr>
      <w:r>
        <w:t>Inshallah this is going to be very interesting and definitely very energetic. We are going to share whatever they are speaking. Please speak only one at a time so that everybody gets the opportunity and make it, please make it short. Ok, now we start. आपा please, you start. अस्सलामालिकुम.</w:t>
      </w:r>
    </w:p>
    <w:p>
      <w:r>
        <w:rPr>
          <w:b/>
        </w:rPr>
        <w:t xml:space="preserve">[01:15] </w:t>
      </w:r>
      <w:r>
        <w:t>aap sabko Eid al Adha ki bahut bahut mubarak baad.</w:t>
      </w:r>
    </w:p>
    <w:p>
      <w:pPr>
        <w:jc w:val="right"/>
      </w:pPr>
      <w:r>
        <w:t>आप सबको इदुल अद्धा की बहुत बहुत भारत बाद.</w:t>
      </w:r>
    </w:p>
    <w:p>
      <w:r>
        <w:rPr>
          <w:b/>
        </w:rPr>
        <w:t xml:space="preserve">[01:23] </w:t>
      </w:r>
      <w:r>
        <w:t>aaj ka din us azeem din ka hi yaad dilata hai jabki Hastur Ibrahim Alaihissalam ne apne</w:t>
      </w:r>
    </w:p>
    <w:p>
      <w:pPr>
        <w:jc w:val="right"/>
      </w:pPr>
      <w:r>
        <w:t>आज का दिन उस अजीम दिन का ही याद दिलाता है जबकि हस्तुर इब्राहिम अली सलाम ने अपने</w:t>
      </w:r>
    </w:p>
    <w:p>
      <w:r>
        <w:rPr>
          <w:b/>
        </w:rPr>
        <w:t xml:space="preserve">[01:31] </w:t>
      </w:r>
      <w:r>
        <w:t>bete ki qurbani di ke liye tayyar ho gaye aur us waqt ek lamhe ke liye aasman aur</w:t>
      </w:r>
    </w:p>
    <w:p>
      <w:pPr>
        <w:jc w:val="right"/>
      </w:pPr>
      <w:r>
        <w:t>बेटे की कुर्बानी दी के लिए तैयार हो गए और उस वक्त एक लम्हे के लिए आसमान और</w:t>
      </w:r>
    </w:p>
    <w:p>
      <w:r>
        <w:rPr>
          <w:b/>
        </w:rPr>
        <w:t xml:space="preserve">[01:39] </w:t>
      </w:r>
      <w:r>
        <w:t>zameen sab theher gaye the.</w:t>
      </w:r>
    </w:p>
    <w:p>
      <w:pPr>
        <w:jc w:val="right"/>
      </w:pPr>
      <w:r>
        <w:t>ज़मीन सब ठहर गए थे.</w:t>
      </w:r>
    </w:p>
    <w:p>
      <w:r>
        <w:rPr>
          <w:b/>
        </w:rPr>
        <w:t xml:space="preserve">[01:47] </w:t>
      </w:r>
      <w:r>
        <w:t>to aaj mujhe jab qurbani ho gayi to ho rahi thi to mujhe woh waqt sab Maulana sahib ki kitabon se maine bahut kuch seekha to mujhe woh lamhe sab jo jo baatein sab likha hai Maulana sahib ne woh sab sochkar mujhe badi bahut hi zyada jo rulai aa rahi thi ki hum hum us jagah nahi hain.</w:t>
      </w:r>
    </w:p>
    <w:p>
      <w:pPr>
        <w:jc w:val="right"/>
      </w:pPr>
      <w:r>
        <w:t>तो आज मुझे जब कुर्बानी हो गई तो हो रही थी तो मुझे वह वक्त सब मोलाना साहब की किताबों से मैंने बहुत कुछ सीखा तो मुझे वह लम्हे सब जो जो बातें सब लिखा है मोलाना साहब ने वह सब सोचकर मुझे बड़ी बहुत ही ज़्यादा जो रुलाई आ रही थी कि हम हम उस जगह नहीं हैं.</w:t>
      </w:r>
    </w:p>
    <w:p>
      <w:r>
        <w:rPr>
          <w:b/>
        </w:rPr>
        <w:t xml:space="preserve">[02:15] </w:t>
      </w:r>
      <w:r>
        <w:t>jab hum gehrai se sochte hain to bada ajeeb lagta hai ki hum aaj kahan par hain? hum khud akeli kya kar rahe hain? rajat Ibrahim ne apne bete ko qurban karke aisi nasal banai jisko khair ul ummat kaha gaya hai. jis ummat ne dil uzzan se tauheed ko qubool kiya aur shirk ke daur ko khatm kiya.</w:t>
      </w:r>
    </w:p>
    <w:p>
      <w:pPr>
        <w:jc w:val="right"/>
      </w:pPr>
      <w:r>
        <w:t>जब हम गहराई से सोचते हैं तो बड़ा अजीब लगता है कि हम आज कहां पर हैं? हम खुद अकेली क्या कर रहे हैं? रजत इब्राहिम ने अपने बेटे को कुर्बान करके ऐसी नस्ल बनाई जिसको खैर ए उम्मत कहा गया है. जिस उम्मत ने दिल उज्जान से तौहीद को कुबूल किया और शिर के दौर को खत्म किया.</w:t>
      </w:r>
    </w:p>
    <w:p>
      <w:r>
        <w:rPr>
          <w:b/>
        </w:rPr>
        <w:t xml:space="preserve">[02:40] </w:t>
      </w:r>
      <w:r>
        <w:t>Maulana sahib kehte hain ke haqiqat e hajj unki kitab mein likha hai ke hajj ka matlab us tareekh</w:t>
      </w:r>
    </w:p>
    <w:p>
      <w:pPr>
        <w:jc w:val="right"/>
      </w:pPr>
      <w:r>
        <w:t>मौलाना साहब कहते हैं कि हकीकतें हज उनकी किताब में लिखा है कि हज का मतलब उस तारीख</w:t>
      </w:r>
    </w:p>
    <w:p>
      <w:r>
        <w:rPr>
          <w:b/>
        </w:rPr>
        <w:t xml:space="preserve">[02:46] </w:t>
      </w:r>
      <w:r>
        <w:t>ko dohra kar khuda se wada karna hai ke agar zaroorat ho to hum phir se dobara us tareekh</w:t>
      </w:r>
    </w:p>
    <w:p>
      <w:pPr>
        <w:jc w:val="right"/>
      </w:pPr>
      <w:r>
        <w:t>को दोहराकर खुदा से वादा करना है कि अगर ज़रूरत हो तो हम फिर से दोबारा उस तारीख</w:t>
      </w:r>
    </w:p>
    <w:p>
      <w:r>
        <w:rPr>
          <w:b/>
        </w:rPr>
        <w:t xml:space="preserve">[02:52] </w:t>
      </w:r>
      <w:r>
        <w:t>ko dohrane ke liye tayyar hain jo yahan pehle dohrai gayi thi.</w:t>
      </w:r>
    </w:p>
    <w:p>
      <w:pPr>
        <w:jc w:val="right"/>
      </w:pPr>
      <w:r>
        <w:t>को दोहराने के लिए तैयार हैं जो यहां पहले दोहराई गई थी.</w:t>
      </w:r>
    </w:p>
    <w:p>
      <w:r>
        <w:rPr>
          <w:b/>
        </w:rPr>
        <w:t xml:space="preserve">[02:58] </w:t>
      </w:r>
      <w:r>
        <w:t>haan ji, khuda se yahi wada karke aata hai aur khuda se wada karne ka matlab hai usko</w:t>
      </w:r>
    </w:p>
    <w:p>
      <w:pPr>
        <w:jc w:val="right"/>
      </w:pPr>
      <w:r>
        <w:t>हां जी, खुदा से यही वादा करके आता है और खुदा से वादा करने का मतलब है उसको</w:t>
      </w:r>
    </w:p>
    <w:p>
      <w:r>
        <w:rPr>
          <w:b/>
        </w:rPr>
        <w:t xml:space="preserve">[03:04] </w:t>
      </w:r>
      <w:r>
        <w:t>har haal mein poora karna hai.</w:t>
      </w:r>
    </w:p>
    <w:p>
      <w:pPr>
        <w:jc w:val="right"/>
      </w:pPr>
      <w:r>
        <w:t>हर हाल में पूरा करना है.</w:t>
      </w:r>
    </w:p>
    <w:p>
      <w:r>
        <w:rPr>
          <w:b/>
        </w:rPr>
        <w:t xml:space="preserve">[03:11] </w:t>
      </w:r>
      <w:r>
        <w:t>isi tarah Eid al Adha ke din par ghar mein qurbani har insaan zahiri enjoyment ki qurbani deni padegi.</w:t>
      </w:r>
    </w:p>
    <w:p>
      <w:pPr>
        <w:jc w:val="right"/>
      </w:pPr>
      <w:r>
        <w:t>इसी तरह ईदूल अद्धा के दिन पर घर में कुर्बानी हर इंसान ज़ाहिरी enjoyment की कुर्बानी देनी पड़ेगी.</w:t>
      </w:r>
    </w:p>
    <w:p>
      <w:r>
        <w:rPr>
          <w:b/>
        </w:rPr>
        <w:t xml:space="preserve">[03:51] </w:t>
      </w:r>
      <w:r>
        <w:t>aaj Islam ke liye jo sabse badi zimmedari hai hum sabki woh yahi hai, sirf yahi hai. ko follow karne wale bane. hum phir se Quran aur Hadees ka gehra mutala karein.</w:t>
      </w:r>
    </w:p>
    <w:p>
      <w:pPr>
        <w:jc w:val="right"/>
      </w:pPr>
      <w:r>
        <w:t>आज इस्लाम के लिए जो सबसे बड़ी ज़िम्मेदारी है हम सबकी वह यही है, सिर्फ यही है. को follow करने वाले बनें. हम फिर से कुरान और हदीश का गहरा मुताला करें.</w:t>
      </w:r>
    </w:p>
    <w:p>
      <w:r>
        <w:rPr>
          <w:b/>
        </w:rPr>
        <w:t xml:space="preserve">[04:21] </w:t>
      </w:r>
      <w:r>
        <w:t>hum jaane asal sachchai kya hai? aur hum apna paisa aur apna waqt Khuda ke kaam mein lagaye. hum apni zindagi ko poori tarah Islami zindagi banakar doosron ke liye phir se example ban jayein. hum apne aap ko apni zindagi badalkar hum Khuda ki ghulam ban banne par raazi ho jayein.</w:t>
      </w:r>
    </w:p>
    <w:p>
      <w:pPr>
        <w:jc w:val="right"/>
      </w:pPr>
      <w:r>
        <w:t>हम जानें असल सच्चाई क्या है? और हम अपना पैसा और अपना वक्त कुदा के काम में लगाएं. हम अपनी ज़िंदगी को पूरी तरह इस्लामी ज़िंदगी बनाकर दूसरों के लिए फिर से example वन जाएं. हम अपने आप को अपनी ज़िंदगी बदल के हम खुदा की गुलाम वन बनने पर राज़ी हो जाएं.</w:t>
      </w:r>
    </w:p>
    <w:p>
      <w:r>
        <w:rPr>
          <w:b/>
        </w:rPr>
        <w:t xml:space="preserve">[04:50] </w:t>
      </w:r>
      <w:r>
        <w:t>yani hum ilamati qurbani ko haqeeqi qurbani bana dein. yahi main kehna chahti thi ab doctor Safina stuti hai yahan par. stuti aaj hai. stuti?</w:t>
      </w:r>
    </w:p>
    <w:p>
      <w:pPr>
        <w:jc w:val="right"/>
      </w:pPr>
      <w:r>
        <w:t>यानी हम इलामती कुर्बानी को हकीफी कुर्बानी बना दें. यही मैं कहना चाह रही थी अब doctor सफ़ीना स्तुति है यहां पर. स्तुति आज है. स्तुति?</w:t>
      </w:r>
    </w:p>
    <w:p>
      <w:r>
        <w:rPr>
          <w:b/>
        </w:rPr>
        <w:t xml:space="preserve">[05:20] </w:t>
      </w:r>
      <w:r>
        <w:t>hum sab tumhara vaidaon ka. aapko awaaz aa rahi hai? haan mere khayal unko awaaz nahi aa rahi hai. aap unko message kar dein yahan par. achha. Assalamualikum stuti aapko awaaz aa rahi hai? Doctor Sefina Shweina. ji aapko? ji. Doctor Sefina kuch kahein?</w:t>
      </w:r>
    </w:p>
    <w:p>
      <w:pPr>
        <w:jc w:val="right"/>
      </w:pPr>
      <w:r>
        <w:t>हम सब तुम्हारा वैदाओं का. आपको आवाज़ आ रही है? हां मेरे ख्याल उनको आवाज़ नहीं आ रही है. आप उनको message कर दें यहां पर. अच्छा. अस्सलामारीकुम स्तुति आपको आवाज़ आ रही है? Doctor सफीना श्वीना. जी आपको? जी. Doctor सफीना कुछ कहें?</w:t>
      </w:r>
    </w:p>
    <w:p>
      <w:r>
        <w:rPr>
          <w:b/>
        </w:rPr>
        <w:t xml:space="preserve">[05:49] </w:t>
      </w:r>
      <w:r>
        <w:t>ji aap aap aaj mujhe is tarah se to phir mujhe aisa laga ke CPS women hum sab</w:t>
      </w:r>
    </w:p>
    <w:p>
      <w:pPr>
        <w:jc w:val="right"/>
      </w:pPr>
      <w:r>
        <w:t>जी आप आप आज मुझे इस तरह से तो फिर मुझे ऐसा लगा कि CPS women हम सब</w:t>
      </w:r>
    </w:p>
    <w:p>
      <w:r>
        <w:rPr>
          <w:b/>
        </w:rPr>
        <w:t xml:space="preserve">[06:20] </w:t>
      </w:r>
      <w:r>
        <w:t>bhi shayad jaanti nahi thi ke allah taalaah mein kahan le kar ja raha hai aur hamein decondition karne</w:t>
      </w:r>
    </w:p>
    <w:p>
      <w:pPr>
        <w:jc w:val="right"/>
      </w:pPr>
      <w:r>
        <w:t>भी शायद जानती नहीं थी कि अल्लाह तालाह में कहां लेकर जा रहा है और हमें decondition करने</w:t>
      </w:r>
    </w:p>
    <w:p>
      <w:r>
        <w:rPr>
          <w:b/>
        </w:rPr>
        <w:t xml:space="preserve">[06:51] </w:t>
      </w:r>
      <w:r>
        <w:t>ke liye is mission mein le aaya.</w:t>
      </w:r>
    </w:p>
    <w:p>
      <w:pPr>
        <w:jc w:val="right"/>
      </w:pPr>
      <w:r>
        <w:t>के लिए इस mission में ले आया.</w:t>
      </w:r>
    </w:p>
    <w:p>
      <w:r>
        <w:rPr>
          <w:b/>
        </w:rPr>
        <w:t xml:space="preserve">[07:22] </w:t>
      </w:r>
      <w:r>
        <w:t>main yahi kehna chahungi aapka. jilza karna femida apa aur Doctor Sefina Tabassum aap apni learning ko share ki is platform par hum logon ko maine bhi suna aur kafi serious ho gaye hain. bahut serious baat hai ki ek ek person itni badi sacrifice dekar ke kaise insaan ooncha bahut ooncha ud sakta hai.</w:t>
      </w:r>
    </w:p>
    <w:p>
      <w:pPr>
        <w:jc w:val="right"/>
      </w:pPr>
      <w:r>
        <w:t>मैं यही कहना चाहूंगी आपका. जिलज़ा करना फेमी दापमा और Doctor सफीना तब्बसूम आप अपनी learning को share की इस platform पर हम लोगों को मैंने भी सुना और काफी serious हो गए हैं. बहुत serious बात है कि एक एक person इतनी बड़ी sacrifice देकर के कैसे इंसान ऊंचा बहुत ऊंचा उड़ सकता है.</w:t>
      </w:r>
    </w:p>
    <w:p>
      <w:r>
        <w:rPr>
          <w:b/>
        </w:rPr>
        <w:t xml:space="preserve">[07:48] </w:t>
      </w:r>
      <w:r>
        <w:t>to yeh hum sabse matlab hai jo CPS women hain yahan par hum sabko sacrifice aise hi dena hai aur jo maqsad hai jo mission hai hamara hamare saath usko apni takleef tak lekar jana hai. to main stuti stuti Malhotra ko invite karti hoon apni learning ko share karein. I welcome stuti Malhotra to this platform. It's so nice to see you after a long time. jaza kala shweina apa, jaza kala everybody.</w:t>
      </w:r>
    </w:p>
    <w:p>
      <w:pPr>
        <w:jc w:val="right"/>
      </w:pPr>
      <w:r>
        <w:t>तो यह हम सबसे मतलब है जो CPS women हैं यहां पर हम सबको sacrifice ऐसे ही देना है और जो मकसद है जो mission है हमारा हमारे साथ उसको अपनी तकलीफ तक लेकर जाना है. तो मैं स्तुति स्तुति मनहोत्रा को invite करती हूं अपनी learning को share करें. I welcome स्तुति मनहोत्रा to this platform. It's so nice to see you after a long time. जज़ा कला शविना आपा, जज़ा कला everybody.</w:t>
      </w:r>
    </w:p>
    <w:p>
      <w:r>
        <w:rPr>
          <w:b/>
        </w:rPr>
        <w:t xml:space="preserve">[08:16] </w:t>
      </w:r>
      <w:r>
        <w:t>Ig mubarak, thank you for having me here. Big thanks to Fahmida apa who pushed me to come. And please, can miss yourself because many of the ladies who are new to this platform may not be knowing you. So a little introduction. So I'm doctor Sutti Malhotra.</w:t>
      </w:r>
    </w:p>
    <w:p>
      <w:pPr>
        <w:jc w:val="right"/>
      </w:pPr>
      <w:r>
        <w:t>इगमुबारक, thank you for having me here. Big thanks to फ़हमिदा आपा who pushed me to come. And please, can miss yourself because many of the ladies who are new to this platform may not be knowing you. So a little introduction. So I'm doctor Sutti Malhotra.</w:t>
      </w:r>
    </w:p>
    <w:p>
      <w:r>
        <w:rPr>
          <w:b/>
        </w:rPr>
        <w:t xml:space="preserve">[08:35] </w:t>
      </w:r>
      <w:r>
        <w:t>I have been associated with Molana from last twenty years, and I feel I am blessed like all of us that I had the opportunity to meet Marana, and he has introduced me to my creator. And when I say he introduced me to my creator, it means that I was dialing the wrong number, and I did not know the right number.</w:t>
      </w:r>
    </w:p>
    <w:p>
      <w:pPr>
        <w:jc w:val="right"/>
      </w:pPr>
      <w:r>
        <w:t>I have been associated with Molana from last twenty years, and I feel I am blessed like all of us that I had the opportunity to meet Marana, and he has introduced me to my creator. And when I say he introduced me to my creator, it means that I was dialing the wrong number, and I did not know the right number.</w:t>
      </w:r>
    </w:p>
    <w:p>
      <w:r>
        <w:rPr>
          <w:b/>
        </w:rPr>
        <w:t xml:space="preserve">[09:03] </w:t>
      </w:r>
      <w:r>
        <w:t>And he gave me the right number to dial, and it gave me a direction of life.</w:t>
      </w:r>
    </w:p>
    <w:p>
      <w:pPr>
        <w:jc w:val="right"/>
      </w:pPr>
      <w:r>
        <w:t>And he gave me the right number to dial, and it gave me a direction of life.</w:t>
      </w:r>
    </w:p>
    <w:p>
      <w:r>
        <w:rPr>
          <w:b/>
        </w:rPr>
        <w:t xml:space="preserve">[09:06] </w:t>
      </w:r>
      <w:r>
        <w:t>My personality has changed.</w:t>
      </w:r>
    </w:p>
    <w:p>
      <w:pPr>
        <w:jc w:val="right"/>
      </w:pPr>
      <w:r>
        <w:t>My personality has changed.</w:t>
      </w:r>
    </w:p>
    <w:p>
      <w:r>
        <w:rPr>
          <w:b/>
        </w:rPr>
        <w:t xml:space="preserve">[09:09] </w:t>
      </w:r>
      <w:r>
        <w:t>I was not like this before.</w:t>
      </w:r>
    </w:p>
    <w:p>
      <w:pPr>
        <w:jc w:val="right"/>
      </w:pPr>
      <w:r>
        <w:t>I was not like this before.</w:t>
      </w:r>
    </w:p>
    <w:p>
      <w:r>
        <w:rPr>
          <w:b/>
        </w:rPr>
        <w:t xml:space="preserve">[09:13] </w:t>
      </w:r>
      <w:r>
        <w:t>So this is what Monana has brought us, that we have become a thinking person and we have</w:t>
      </w:r>
    </w:p>
    <w:p>
      <w:pPr>
        <w:jc w:val="right"/>
      </w:pPr>
      <w:r>
        <w:t>So this is what Monana has brought us, that we have become a thinking person and we have</w:t>
      </w:r>
    </w:p>
    <w:p>
      <w:r>
        <w:rPr>
          <w:b/>
        </w:rPr>
        <w:t xml:space="preserve">[09:16] </w:t>
      </w:r>
      <w:r>
        <w:t>become a god fearing person.</w:t>
      </w:r>
    </w:p>
    <w:p>
      <w:pPr>
        <w:jc w:val="right"/>
      </w:pPr>
      <w:r>
        <w:t>become a god fearing person.</w:t>
      </w:r>
    </w:p>
    <w:p>
      <w:r>
        <w:rPr>
          <w:b/>
        </w:rPr>
        <w:t xml:space="preserve">[09:20] </w:t>
      </w:r>
      <w:r>
        <w:t>Like, I I think it's a hadith ke ek moment aisa hona chahiye ke woh ek sahi kaam</w:t>
      </w:r>
    </w:p>
    <w:p>
      <w:pPr>
        <w:jc w:val="right"/>
      </w:pPr>
      <w:r>
        <w:t>Like, I I think it's a हदीज़ कि एक moment ऐसा होना चाहिए कि वह एक सही काम</w:t>
      </w:r>
    </w:p>
    <w:p>
      <w:r>
        <w:rPr>
          <w:b/>
        </w:rPr>
        <w:t xml:space="preserve">[09:23] </w:t>
      </w:r>
      <w:r>
        <w:t>ko bhi aise soch kar karein ke woh kahin galat to nahi hai.</w:t>
      </w:r>
    </w:p>
    <w:p>
      <w:pPr>
        <w:jc w:val="right"/>
      </w:pPr>
      <w:r>
        <w:t>को भी ऐसे सोचकर करें कि वह कहीं गलत तो नहीं है.</w:t>
      </w:r>
    </w:p>
    <w:p>
      <w:r>
        <w:rPr>
          <w:b/>
        </w:rPr>
        <w:t xml:space="preserve">[09:27] </w:t>
      </w:r>
      <w:r>
        <w:t>to Maulana has made us like that And it is not for me.</w:t>
      </w:r>
    </w:p>
    <w:p>
      <w:pPr>
        <w:jc w:val="right"/>
      </w:pPr>
      <w:r>
        <w:t>तो मुलाना has made us like that And it is not for me.</w:t>
      </w:r>
    </w:p>
    <w:p>
      <w:r>
        <w:rPr>
          <w:b/>
        </w:rPr>
        <w:t xml:space="preserve">[09:30] </w:t>
      </w:r>
      <w:r>
        <w:t>It is everybody's journey.</w:t>
      </w:r>
    </w:p>
    <w:p>
      <w:pPr>
        <w:jc w:val="right"/>
      </w:pPr>
      <w:r>
        <w:t>It is everybody's journey.</w:t>
      </w:r>
    </w:p>
    <w:p>
      <w:r>
        <w:rPr>
          <w:b/>
        </w:rPr>
        <w:t xml:space="preserve">[09:34] </w:t>
      </w:r>
      <w:r>
        <w:t>And like doctor Safina said today about Eid and and the background of it, today in the class doctor doctor Sanesned mentioned that prophet Ibrahim was an institution in itself, and he was the one who started everything.</w:t>
      </w:r>
    </w:p>
    <w:p>
      <w:pPr>
        <w:jc w:val="right"/>
      </w:pPr>
      <w:r>
        <w:t>And like doctor सफ़ीना said today about ईद and and the background of it, today in the class doctor doctor सानेस्नेद mentioned that prophet Ibrahim was an institution in itself, and he was the one who started everything.</w:t>
      </w:r>
    </w:p>
    <w:p>
      <w:r>
        <w:rPr>
          <w:b/>
        </w:rPr>
        <w:t xml:space="preserve">[09:55] </w:t>
      </w:r>
      <w:r>
        <w:t>He was and when god saw that he was so dutiful towards his responsibilities, then God bestowed his blessings on him. So I think Molana has made every female, every lady of the mission and institution in itself who is trying her best to bring out things, who's thinking day and night while cooking, while teaching, while doing anything.</w:t>
      </w:r>
    </w:p>
    <w:p>
      <w:pPr>
        <w:jc w:val="right"/>
      </w:pPr>
      <w:r>
        <w:t>He was and when god saw that he was so dutiful towards his responsibilities, then God bestowed his blessings on him. So I think Molana has made every female, every lady of the mission and institution in itself who is trying her best to bring out things, who's thinking day and night while cooking, while teaching, while doing anything.</w:t>
      </w:r>
    </w:p>
    <w:p>
      <w:r>
        <w:rPr>
          <w:b/>
        </w:rPr>
        <w:t xml:space="preserve">[10:24] </w:t>
      </w:r>
      <w:r>
        <w:t>Just in the back of the mind, I know everybody the mission is going on ki kahan par kya kar sakte hain, kaise kar sakte hain? And when it comes we all are in the gurayka moment, in the gama gam moment. So Maulana has brought us to that level. So I would just like to say that Maulana ne agar jaise kehte hain ki ek insaan agar ek non muslim ko agar Quran di jaye to behroomati hogi.</w:t>
      </w:r>
    </w:p>
    <w:p>
      <w:pPr>
        <w:jc w:val="right"/>
      </w:pPr>
      <w:r>
        <w:t>Just in the back of the mind, I know everybody the mission is going on कि कहां पर क्या कर सकते हैं, कैसे कर सकते हैं? And when it comes we all are in the गुरेका moment, in the गमा गम moment. So मलाना has brought us to that level. So I would just like to say that मुलाना ने अगर जैसे कहते हैं कि एक इंसान अगर एक non मुस्लिम को अगर कुरान दी जाए तो बेहरूमती होगी.</w:t>
      </w:r>
    </w:p>
    <w:p>
      <w:r>
        <w:rPr>
          <w:b/>
        </w:rPr>
        <w:t xml:space="preserve">[10:54] </w:t>
      </w:r>
      <w:r>
        <w:t>agar aisa Maulana ne socha hota to aaj shayad main yahan nahi hoti. So it is just that Maulana abhi could run to Maulana and I miss him Maulana. Day and night every moment we miss him because he not only introduced to my creator but also he gave us a way of life, a mission of life that is to spread the work.</w:t>
      </w:r>
    </w:p>
    <w:p>
      <w:pPr>
        <w:jc w:val="right"/>
      </w:pPr>
      <w:r>
        <w:t>अगर ऐसा मुलाना ने सोचा होता तो आज शायद मैं यहां नहीं होती. So it is just that मुलाना अभी could run to मुलाना and I miss him मुलाना. Day and night every moment we miss him because he not only introduced to my creator but also he gave us a way of life, a mission of life that is to spread the work.</w:t>
      </w:r>
    </w:p>
    <w:p>
      <w:r>
        <w:rPr>
          <w:b/>
        </w:rPr>
        <w:t xml:space="preserve">[11:17] </w:t>
      </w:r>
      <w:r>
        <w:t>And I feel that jaise conference mein bola tha ki agar hum nahi bolenge to patthar bolega, to hum sabka ek ek patthar bolega. It is high time with the technology. If we can sit, sees, we can be in touch so far, then why not be, why not? We have no excuse not to do anything. So it is it is utmost responsibility. Jaise hum kehte hain ki family ka khyal karna aur parents ka khyal karna ek responsibility hai.</w:t>
      </w:r>
    </w:p>
    <w:p>
      <w:pPr>
        <w:jc w:val="right"/>
      </w:pPr>
      <w:r>
        <w:t>And I feel that जैसे conference में बोला था कि अगर हम नहीं बोलेंगे तो पत्थर बोलेगा, तो हम सबका एक एक पत्थर बोलेगा. It is high time with the technology. If we can sit, sees, we can be in touch so far, then why not be, why not? We have no excuse not to do anything. So it is it is utmost responsibility. जैसे हम कहते हैं कि family का ख्याल करना और parents का ख्याल करना एक responsibility है.</w:t>
      </w:r>
    </w:p>
    <w:p>
      <w:r>
        <w:rPr>
          <w:b/>
        </w:rPr>
        <w:t xml:space="preserve">[11:47] </w:t>
      </w:r>
      <w:r>
        <w:t>To jo hamara creator hai uske liye bhi hamari ek bahut badi responsibility hai. That we need to fulfill. So now we are in the project of translations and introduced me to Yasmi and and matlab yeh har ek lady apne aap mein jaise maine kaha ek institution hai. She is helping me. She's she's she's she's forcing me. She's pushing me. She's fighting with me.</w:t>
      </w:r>
    </w:p>
    <w:p>
      <w:pPr>
        <w:jc w:val="right"/>
      </w:pPr>
      <w:r>
        <w:t>तो जो हमारा creator है उसके लिए भी हमारी एक बहुत बड़ी responsibility है. That we need to fulfill. So now we are in the project of translations and introduced me to यास्मी and and मतलब यह हर एक lady अपने आप में जैसे मैंने कहा एक institution है. She is helping me. She's she's she's she's forcing me. She's pushing me. She's fighting with me.</w:t>
      </w:r>
    </w:p>
    <w:p>
      <w:r>
        <w:rPr>
          <w:b/>
        </w:rPr>
        <w:t xml:space="preserve">[12:16] </w:t>
      </w:r>
      <w:r>
        <w:t>She's doing everything with me to further translations. It is it is it is awesome. Thank you so much, Siti Mazutra for introducing yourself so beautifully, and we got to know about you, your about your works. There are many ladies who may not be knowing you this way.</w:t>
      </w:r>
    </w:p>
    <w:p>
      <w:pPr>
        <w:jc w:val="right"/>
      </w:pPr>
      <w:r>
        <w:t>She's doing everything with me to further translations. It is it is it is awesome. Thank you so much, Siti Mazutra for introducing yourself so beautifully, and we got to know about you, your about your works. There are many ladies who may not be knowing you this way.</w:t>
      </w:r>
    </w:p>
    <w:p>
      <w:r>
        <w:rPr>
          <w:b/>
        </w:rPr>
        <w:t xml:space="preserve">[12:39] </w:t>
      </w:r>
      <w:r>
        <w:t>And for all that you do your articles, mashallah, they come out in the newspaper and there's a speaking tree. That is great to read all that. And you have been an inspiration inspiration for all of us that we all need to push ourselves to that boundary and in fact there is no boundary to this mission. We just need to cross and cross and cross and push ourselves to that limit.</w:t>
      </w:r>
    </w:p>
    <w:p>
      <w:pPr>
        <w:jc w:val="right"/>
      </w:pPr>
      <w:r>
        <w:t>And for all that you do your articles, mashallah, they come out in the newspaper and there's a speaking tree. That is great to read all that. And you have been an inspiration inspiration for all of us that we all need to push ourselves to that boundary and in fact there is no boundary to this mission. We just need to cross and cross and cross and push ourselves to that limit.</w:t>
      </w:r>
    </w:p>
    <w:p>
      <w:r>
        <w:rPr>
          <w:b/>
        </w:rPr>
        <w:t xml:space="preserve">[13:08] </w:t>
      </w:r>
      <w:r>
        <w:t>I I invite Najma Apa to share her learning of this day. Assalamualaikum. Sabko bahut bahut Eid Mubarak ho. Kidu Ladha Mubarak ho.</w:t>
      </w:r>
    </w:p>
    <w:p>
      <w:pPr>
        <w:jc w:val="right"/>
      </w:pPr>
      <w:r>
        <w:t>I I invite नजमा अपा to share her learning of this day. अस्सलामालायकूम. सबको बहुत बहुत हीद मुबारक हो. कीदू लाधा मुबारक हो.</w:t>
      </w:r>
    </w:p>
    <w:p>
      <w:r>
        <w:rPr>
          <w:b/>
        </w:rPr>
        <w:t xml:space="preserve">[13:23] </w:t>
      </w:r>
      <w:r>
        <w:t>Aaj hum log jab ikhatta hue aur Farida Khanam Sarfa ne baat kahi aur Sane Snayan Sahab ne baat kahi, to jo baatein yaani pehle jab hum Urdu Ladha ke bare mein sochte the, to zyada tar sirf yahi tha ki Hazrat Ibrahim ne smile, Hazrat smile ko jab woh karne lage to medha aa gaya aur uske yaad mein hum log urbani karte hain.</w:t>
      </w:r>
    </w:p>
    <w:p>
      <w:pPr>
        <w:jc w:val="right"/>
      </w:pPr>
      <w:r>
        <w:t>आज हम लोग जब इकट्ठा हुए और फरीदा खानम सार्फा ने बात कही और साने स्नयन साहब ने बात कही, तो जो बातें यानी पहले जब हम इर्दू लद्धा के बारे में सोचते थे, तो ज़्यादातर सिर्फ यही था कि हजरत इब्रहीन ने smile, हजरत smile को जब वह करने लगे तो मेढ़ा आ गया और उसके याद में हम लोग उर्बानी करते हैं.</w:t>
      </w:r>
    </w:p>
    <w:p>
      <w:r>
        <w:rPr>
          <w:b/>
        </w:rPr>
        <w:t xml:space="preserve">[13:52] </w:t>
      </w:r>
      <w:r>
        <w:t>Lekin Maulana ne jo is family ki sacrifices thi unko ujagar kiya hai aur unko kaha hai ki it's not only that hamein hamein yeh saari jo Rajat Ibrahim ki qurbani thi ki unko aag mein dala gaya aur sab kuch karna pada woh sab woh hamein sacrifices yaad karna hai. Sab log yahi keh rahe the ki alawa Maulana ki koi yeh baatein discuss nahi karta hai.</w:t>
      </w:r>
    </w:p>
    <w:p>
      <w:pPr>
        <w:jc w:val="right"/>
      </w:pPr>
      <w:r>
        <w:t>लेकिन मौलाना ने जो इस family की sacrifices थी उनको उजागर किया है और उनको कहा है कि it's not only that हमें हमें यह सारी जो रजत इब्राहीम की कुर्बानी थी कि उनको आग में डाला गया और सब कुछ करना पड़ा वह सब वह हमें sacrifices याद करना है. सब लोग यही कह रहे थे कि अलावा मौलाना कि कोई यह बातें discuss नहीं करता है.</w:t>
      </w:r>
    </w:p>
    <w:p>
      <w:r>
        <w:rPr>
          <w:b/>
        </w:rPr>
        <w:t xml:space="preserve">[14:20] </w:t>
      </w:r>
      <w:r>
        <w:t>Unki writings mein hain, unke lectures mein hain aur jab Hazrat Ibrahim se kaha gaya ki woh desert mein jayein to kya apni family ko le jane ke liye koi aasan baat hai ki aap apne chhote se bachche ko aur deevi ko wahan chhodiyan hain?</w:t>
      </w:r>
    </w:p>
    <w:p>
      <w:pPr>
        <w:jc w:val="right"/>
      </w:pPr>
      <w:r>
        <w:t>उनकी writings में हैं, उनके lectures में हैं और जब हजरत इब्राहिम से कहा गया कि वह desert में जाएं तो क्या अपनी family को ले जाने के लिए कोई आसान बात है कि आप अपने छोटे से बच्चे को और दीवी को वहां छोड़ियां हैं?</w:t>
      </w:r>
    </w:p>
    <w:p>
      <w:r>
        <w:rPr>
          <w:b/>
        </w:rPr>
        <w:t xml:space="preserve">[14:36] </w:t>
      </w:r>
      <w:r>
        <w:t>unke upar kitni badi unhein sacrifice karna padi hogi aur jab hazrat haajra ko wahan rukna pada, jab</w:t>
      </w:r>
    </w:p>
    <w:p>
      <w:pPr>
        <w:jc w:val="right"/>
      </w:pPr>
      <w:r>
        <w:t>उनके ऊपर कितनी बड़ी उन्हें sacrifice करना पड़ी होगी और जब हजरत हाजरा को वहां रुकना पड़ा, जब</w:t>
      </w:r>
    </w:p>
    <w:p>
      <w:r>
        <w:rPr>
          <w:b/>
        </w:rPr>
        <w:t xml:space="preserve">[14:43] </w:t>
      </w:r>
      <w:r>
        <w:t>unhone kaha ke agar allah ne yeh kaha hai to hamein woh hamara zaroor woh khayal karega to</w:t>
      </w:r>
    </w:p>
    <w:p>
      <w:pPr>
        <w:jc w:val="right"/>
      </w:pPr>
      <w:r>
        <w:t>उन्होंने कहा कि अगर अल्लाह ने यह कहा है तो हमें वह हमारा ज़रूर वह ख्याल करेगा तो</w:t>
      </w:r>
    </w:p>
    <w:p>
      <w:r>
        <w:rPr>
          <w:b/>
        </w:rPr>
        <w:t xml:space="preserve">[14:50] </w:t>
      </w:r>
      <w:r>
        <w:t>unki kitni badi sacrifice aur yeh sacrifice jab woh pani unko nahi mil raha tha to woh kis</w:t>
      </w:r>
    </w:p>
    <w:p>
      <w:pPr>
        <w:jc w:val="right"/>
      </w:pPr>
      <w:r>
        <w:t>उनकी कितनी बड़ी sacrifice और यह sacrifice जब वह पानी उनको नहीं मिल रहा था तो वह किस</w:t>
      </w:r>
    </w:p>
    <w:p>
      <w:r>
        <w:rPr>
          <w:b/>
        </w:rPr>
        <w:t xml:space="preserve">[14:57] </w:t>
      </w:r>
      <w:r>
        <w:t>tarah se daud daud kar ja rahi thi Safa Marwa ke beech mein aur allah ko unki yeh baat</w:t>
      </w:r>
    </w:p>
    <w:p>
      <w:pPr>
        <w:jc w:val="right"/>
      </w:pPr>
      <w:r>
        <w:t>तरह से दौड़ दौड़कर जा रही थी सफ़ा मरवा के beach में और अल्लाह को उनकी यह बात</w:t>
      </w:r>
    </w:p>
    <w:p>
      <w:r>
        <w:rPr>
          <w:b/>
        </w:rPr>
        <w:t xml:space="preserve">[15:04] </w:t>
      </w:r>
      <w:r>
        <w:t>aur allah ne unko Zamzam de diya, pani de diya aur unki yeh baat allah ko itni pasand</w:t>
      </w:r>
    </w:p>
    <w:p>
      <w:pPr>
        <w:jc w:val="right"/>
      </w:pPr>
      <w:r>
        <w:t>और अल्लाह ने उनको ज़मज़म दे दिया, पानी दे दिया और उनकी यह बात अल्लाह को इतनी पसंद</w:t>
      </w:r>
    </w:p>
    <w:p>
      <w:r>
        <w:rPr>
          <w:b/>
        </w:rPr>
        <w:t xml:space="preserve">[15:11] </w:t>
      </w:r>
      <w:r>
        <w:t>aayi ke woh part of Fajr ho gayi.</w:t>
      </w:r>
    </w:p>
    <w:p>
      <w:pPr>
        <w:jc w:val="right"/>
      </w:pPr>
      <w:r>
        <w:t>आई कि वह part of फ़ज हो गई.</w:t>
      </w:r>
    </w:p>
    <w:p>
      <w:r>
        <w:rPr>
          <w:b/>
        </w:rPr>
        <w:t xml:space="preserve">[15:19] </w:t>
      </w:r>
      <w:r>
        <w:t>To yeh jo sacrifices hain Hazrat Ibrahim ki, Hazrat Ismail ko woh taiyar ho gaye is baat ke liye jab unke wape ne kaha ki mujhe yeh khwab aaya hai. To woh yeh taiyar ho gaye to yeh sacrifice. To Hazrat Hajra ki in sab logon ki jo sacrifices hain, woh hamein sochna hai. Woh koi nahi is baat ko stress karta hai ki hamein sirf yahi nahi hai ki humne qurbani kar diya aur humne soch liya ki yeh ho gaya.</w:t>
      </w:r>
    </w:p>
    <w:p>
      <w:pPr>
        <w:jc w:val="right"/>
      </w:pPr>
      <w:r>
        <w:t>तो यह जो sacrifices हैं हजरत इब्राहिम की, हजरत इस्माइल को वह तैयार हो गए इस बात के लिए जब उनके वाप ने कहा कि मुझे यह ख्वाब आया है. तो वह यह तैयार हो गए तो यह sacrifice. तो हज़रता हज़रा की इन सब लोगों की जो sacrifices हैं, वह हमें सोचना है. वह कोई नहीं इस बात को stress करता है कि हमें सिर्फ यही नहीं है कि हमने कुर्वानी कर दिया और हमने सोच लिया कि यह हो गया.</w:t>
      </w:r>
    </w:p>
    <w:p>
      <w:r>
        <w:rPr>
          <w:b/>
        </w:rPr>
        <w:t xml:space="preserve">[15:47] </w:t>
      </w:r>
      <w:r>
        <w:t>Hamein apni zindagi mein kis tarah se yeh sacrifices lana hai yeh meri aaj ki bahut hamesha ise hai lekin aaj aur har baar idhar dwah par is tarah ki sacrifices ko sochkar hum apni zindagi mein layein kyunki Allah kehta hai mujhe ghosh to khoon to pahunchta nahi, tumhara taqwa pahunchta hai.</w:t>
      </w:r>
    </w:p>
    <w:p>
      <w:pPr>
        <w:jc w:val="right"/>
      </w:pPr>
      <w:r>
        <w:t>हमें अपनी ज़िंदगी में किस तरह से यह sacrifices लाना है यह मेरी आज की बहुत हमेशा इसे है लेकिन आज और हर बार इधर द्वाह पर इस तरह की sacrifices को सोचकर हम अपनी ज़िंदगी में लाएं क्योंकि अल्लाह कहता है मुझे घोष तो खून तो पहुंचता नहीं, तुम्हारा तक़वाह पहुंचता है.</w:t>
      </w:r>
    </w:p>
    <w:p>
      <w:r>
        <w:rPr>
          <w:b/>
        </w:rPr>
        <w:t xml:space="preserve">[16:11] </w:t>
      </w:r>
      <w:r>
        <w:t>To hum kis tarah se taqwa karein, Allah ki baat karein aur Allah ka shukr hai ki is group mein aakar hum aise discussions karte hain ki jisse hamari personality develop hoti hai. Hum Maulana ke literature aur padhte hain, focus karte hain.</w:t>
      </w:r>
    </w:p>
    <w:p>
      <w:pPr>
        <w:jc w:val="right"/>
      </w:pPr>
      <w:r>
        <w:t>तो हम किस तरह से तक़वाह करें, अल्लाह की बात करें और अल्लाह का शुक्र है कि इस group में आकर हम ऐसे discussions करते हैं कि जिससे हमारी personality develop होती है. हम पौलाना के literature और पढ़ते हैं, focus करते हैं.</w:t>
      </w:r>
    </w:p>
    <w:p>
      <w:r>
        <w:rPr>
          <w:b/>
        </w:rPr>
        <w:t xml:space="preserve">[16:28] </w:t>
      </w:r>
      <w:r>
        <w:t>Jaza yahi meri hai aur ikatthe baithkar sab Yajul Adda ke liye jate hain hum kyunki hum Delhi mein hain to yeh possible hota hai to Allah ka bahut bada chuka hai aur jhuka. Aaj jiza karna Najma Apa.</w:t>
      </w:r>
    </w:p>
    <w:p>
      <w:pPr>
        <w:jc w:val="right"/>
      </w:pPr>
      <w:r>
        <w:t>जज़ा यही मेरी है और इकट्ठे बैठकर सब यजुल अद्धा के लिए जाते हैं हम क्योंकि हम दिल्ली में हैं तो यह possible होता है तो अल्लाह का बहुत बढ़ा चुका है और झुका. आज जिज़ा करना नजमा अपा.</w:t>
      </w:r>
    </w:p>
    <w:p>
      <w:r>
        <w:rPr>
          <w:b/>
        </w:rPr>
        <w:t xml:space="preserve">[16:48] </w:t>
      </w:r>
      <w:r>
        <w:t>Right now the CPS international was sharing so many of videos and lectures of Maulana which I was continuously I think it was being shared across all platforms and all WhatsApp group regarding this occasion. So main bahut bahut se I was not taking this so seriously. Don't remember last time I would have been I was listening to all these lectures. But this time, I listened to each lectures of Maulana so intently and got to know so many things about. Right.</w:t>
      </w:r>
    </w:p>
    <w:p>
      <w:pPr>
        <w:jc w:val="right"/>
      </w:pPr>
      <w:r>
        <w:t>Right now the CPS international was sharing so many of videos and lectures of मोलाना which I was continuously I think it was being shared across all platforms and all WhatsApp group regarding this occasion. So मैं बहुत बहुत से I was not taking this so seriously. Don't remember last time I would have been I was listening to all these lectures. But this time, I listened to each lectures of मोलाना so intently and got to know so many things about. Right.</w:t>
      </w:r>
    </w:p>
    <w:p>
      <w:r>
        <w:rPr>
          <w:b/>
        </w:rPr>
        <w:t xml:space="preserve">[17:17] </w:t>
      </w:r>
      <w:r>
        <w:t>Today in the morning only one video of Maulana was shared this lecture of either the why it is so important and usmein Ibrahim Ali Salam ke bare mein unhone poori baatein batai. To we keep when we listen to these lectures then we keep on repeating the same incident in our mind what happened actually and we develop ourself in in what Maulana want us to be like.</w:t>
      </w:r>
    </w:p>
    <w:p>
      <w:pPr>
        <w:jc w:val="right"/>
      </w:pPr>
      <w:r>
        <w:t>Today in the morning only one video of मोलाना was shared this lecture of either the why it is so important and उसमें इब्राहिम अली सलाम के बारे में उन्होंने पूरी बातें बताई. तो we keep when we listen to these lectures then we keep on repeating the same incident in our mind what happened actually and we develop ourself in in what मोलाना want us to be like.</w:t>
      </w:r>
    </w:p>
    <w:p>
      <w:r>
        <w:rPr>
          <w:b/>
        </w:rPr>
        <w:t xml:space="preserve">[17:45] </w:t>
      </w:r>
      <w:r>
        <w:t>So, aap kuch kehna chahenge? Want to Sorry, ek cheez add karni thi ki jo Najma aunty ne bola ki sacrifice, one more thing it just struck me. It is ek toh hai sacrifice aur doosra hai trust in God.</w:t>
      </w:r>
    </w:p>
    <w:p>
      <w:pPr>
        <w:jc w:val="right"/>
      </w:pPr>
      <w:r>
        <w:t>So, आप कुछ कहना चाहेंगे? Want to Sorry, एक चीज़ add करनी थी कि जो नजमा aunty ने बोला कि sacrifice, one more thing it just struck me. It is एक तो है sacrifice और दूसरा है trust in God.</w:t>
      </w:r>
    </w:p>
    <w:p>
      <w:r>
        <w:rPr>
          <w:b/>
        </w:rPr>
        <w:t xml:space="preserve">[18:10] </w:t>
      </w:r>
      <w:r>
        <w:t>That that level of trust to have ki Allah meha matlab mujhe chhod do tum. Jo hoga dekh lungi. Mere liye kuch achha hi socha hoga. Kuch socha hoga mere bare mein and you feel so fortunate that almiya has thought about you and woh apne aap mein ek bahut badi cheez hai ki ek toh hamara apna sacrifice aur ek doosri side par woh trust.</w:t>
      </w:r>
    </w:p>
    <w:p>
      <w:pPr>
        <w:jc w:val="right"/>
      </w:pPr>
      <w:r>
        <w:t>That that level of trust to have कि अल्लाह मेहा मतलब मुझे छोड़ दो तुम. जो होगा देख लूंगी. मेरे लिए कुछ अच्छा ही सोचा होगा. कुछ सोचा होगा मेरे बारे में and you feel so fortunate that अलमिया has thought about you and वह अपने आप में एक बहुत बड़ी चीज़ है कि एक तो हमारा अपना sacrifice और एक दूसरी side पर वह trust.</w:t>
      </w:r>
    </w:p>
    <w:p>
      <w:r>
        <w:rPr>
          <w:b/>
        </w:rPr>
        <w:t xml:space="preserve">[18:36] </w:t>
      </w:r>
      <w:r>
        <w:t>Trust that I would not get wasted what she said. Oh my god and agar woh woh level uska ek thoda sa percentage bhi test trust ka hum log kar kar le Then there would not be any problem.</w:t>
      </w:r>
    </w:p>
    <w:p>
      <w:pPr>
        <w:jc w:val="right"/>
      </w:pPr>
      <w:r>
        <w:t>Trust that I would not get wasted what she said. Oh my god and अगर वह वह level उसका एक थोड़ा सा percentage भी test trust का हम लोग कर कर लें Then there would not be any problem.</w:t>
      </w:r>
    </w:p>
    <w:p>
      <w:r>
        <w:rPr>
          <w:b/>
        </w:rPr>
        <w:t xml:space="preserve">[18:50] </w:t>
      </w:r>
      <w:r>
        <w:t>Then it is like just we have just we just go for it because Allah mein hamein zyada zyada nahi hone denge jaise hua and also ki abhi na kahin woh thought jo ek doubt aata hai dimag mein woh kabhi bhi nahi aayega. If that trust is in our DNA then that is the most utmost thing which is which we require.</w:t>
      </w:r>
    </w:p>
    <w:p>
      <w:pPr>
        <w:jc w:val="right"/>
      </w:pPr>
      <w:r>
        <w:t>Then it is like just we have just we just go for it because अल्लाह में हमें ज़्यादा ज़्यादा नहीं होने देंगे जैसे हुआ and also कि अभी ना कहीं वह thought जो एक doubt आता है दिमाग में वह कभी भी नहीं आएगा. If that trust is in our DNA then that is the most utmost thing which is which we require.</w:t>
      </w:r>
    </w:p>
    <w:p>
      <w:r>
        <w:rPr>
          <w:b/>
        </w:rPr>
        <w:t xml:space="preserve">[19:15] </w:t>
      </w:r>
      <w:r>
        <w:t>To ji, to that is that is I wanted to add just little thought of it. Bahut achha matlab zabrahara stustu ti aaj ise aaj humne join karke to humne is session ko bahut hi special bana diya hai.</w:t>
      </w:r>
    </w:p>
    <w:p>
      <w:pPr>
        <w:jc w:val="right"/>
      </w:pPr>
      <w:r>
        <w:t>तो जी, तो that is that is I wanted to add just little thought of it. बहुत अच्छा मतलब ज़बराहारा स्तुस्तुति आज इसे आज हमने join करके तो हमने इस session को बहुत ही special बना दिया है.</w:t>
      </w:r>
    </w:p>
    <w:p>
      <w:r>
        <w:rPr>
          <w:b/>
        </w:rPr>
        <w:t xml:space="preserve">[19:35] </w:t>
      </w:r>
      <w:r>
        <w:t>Jaza kalla bahut learning hui aur bilkul sahi kaha to humne trust mila iman ki mazbooti yahi hai ki hum har chhote bade har mauke par trust karein.</w:t>
      </w:r>
    </w:p>
    <w:p>
      <w:pPr>
        <w:jc w:val="right"/>
      </w:pPr>
      <w:r>
        <w:t>जज़ा कल्ला बहुत learning हुई और बिल्कुल सही कहा तो हमने trust मिला ईमान की मजबूती यही है कि हम हर छोटे बड़े हर मौके पर trust करें.</w:t>
      </w:r>
    </w:p>
    <w:p>
      <w:r>
        <w:rPr>
          <w:b/>
        </w:rPr>
        <w:t xml:space="preserve">[19:48] </w:t>
      </w:r>
      <w:r>
        <w:t>Yeh baat hamein bahut achhe se samajhna chahiye kyunki hum bahut jaldi ghabra bhi jaate hain aur lekin yeh ek unka to bahut hi waqai mein ek hila dene wala mamla tha ki wahan par koi bhi nahi tha aur ek aurat ek chhote se bachche ko lekar is tarah se unhone jaas liya tha. Matlab iske uske aage to aur kuch soch nahi sakte. Woh level bahut high tha.</w:t>
      </w:r>
    </w:p>
    <w:p>
      <w:pPr>
        <w:jc w:val="right"/>
      </w:pPr>
      <w:r>
        <w:t>यह बात हमें बहुत अच्छे से समझना चाहिए क्योंकि हम बहुत जल्दी घबरा भी जाते हैं और लेकिन यह एक उनका तो बहुत ही वाकई में एक हिला देने वाला मामला था कि वहां पर कोई भी नहीं था और एक औरत एक छोटे से बच्चे को लेकर इस तरह से उन्होंने जास लिया था. मतलब इसके उसके आगे तो और कुछ सोच नहीं सकते. वह level बहुत high था.</w:t>
      </w:r>
    </w:p>
    <w:p>
      <w:r>
        <w:rPr>
          <w:b/>
        </w:rPr>
        <w:t xml:space="preserve">[20:14] </w:t>
      </w:r>
      <w:r>
        <w:t>Are yeh jo stuti ne kaha ki responsibility family ki hai usi use kahin zyada hota ki hai. To yeh wali baat bhi main aaj bahut zyada isko samajh rahi thi ki kitni badi baat hai aaj hum family mein atke rehte hain. Lekin Hazad Ibrahim wale salam ne ab dekha ki unke maa ba unke wahan apni usko samajh rahe hain woh akele the. To unhone apni family ko chhodkar woh akele tanha kis tarah se chale gaye?</w:t>
      </w:r>
    </w:p>
    <w:p>
      <w:pPr>
        <w:jc w:val="right"/>
      </w:pPr>
      <w:r>
        <w:t>अरे यह जो स्तुति ने कहा कि responsibility family की है उसी उसे कहीं ज़्यादा होता की है. तो यह वाली बात भी मैं आज बहुत ज़्यादा इसको समझ रही थी कि कितनी बड़ी बात है आज हम family में अटके रहते हैं. लेकिन हज़ाद इब्राही वाले सलाम ने अब देखा कि उनके मां बा उनके वहां अपनी उसको समझ रहे हैं वह अकेले थे. तो उन्होंने अपनी family को छोड़कर वह अकेले तन्हा किस तरह से चले गए?</w:t>
      </w:r>
    </w:p>
    <w:p>
      <w:r>
        <w:rPr>
          <w:b/>
        </w:rPr>
        <w:t xml:space="preserve">[20:42] </w:t>
      </w:r>
      <w:r>
        <w:t>Akele, kis tarah se woh matlab family ko chhodkar Khuda ke liye nikal liye aur phir wahan par jakar phir unhone apni bachche aur biwi ko bhi chhod diya. Matlab Khuda ke liye unhone sab kuch chhod diya aur sirf iman unka jo trust tha woh sirf Khuda hi tha na? Tabhi to itna sambhala Allah Taalan ne. Unko bhi aur unke aaj woh din hai kya?</w:t>
      </w:r>
    </w:p>
    <w:p>
      <w:pPr>
        <w:jc w:val="right"/>
      </w:pPr>
      <w:r>
        <w:t>अकेले, किस तरह से वह मतलब family को छोड़कर खुदा के लिए निकल लिए और फिर वहां पर जाकर फिर उन्होंने अपनी बच्चे और बीवी को भी छोड़ दिया. मतलब खुदा के लिए उन्होंने सब कुछ छोड़ दिया और सिर्फ ईमान उनका जो trust था वह सिर्फ खुदा ही था ना? तभी तो इतना संभाला अल्ला तालन है. उनको भी और उनके आज वह दिन है क्या?</w:t>
      </w:r>
    </w:p>
    <w:p>
      <w:r>
        <w:rPr>
          <w:b/>
        </w:rPr>
        <w:t xml:space="preserve">[21:07] </w:t>
      </w:r>
      <w:r>
        <w:t>Aaj hum unko yaad karte hain aur magar hum unke aisi koi ek chhota sa bhi matlab hum chhoti si bhi ek sacrifice nahi de paate. Hum chhoti si cheez usmein bhi trust nahi kar paate. Yahan par bahut zyada sochna hai. Bahut zyada sochna hai. Hum kyun nahi kar paate?</w:t>
      </w:r>
    </w:p>
    <w:p>
      <w:pPr>
        <w:jc w:val="right"/>
      </w:pPr>
      <w:r>
        <w:t>आज हम उनको याद करते हैं और मगर हम उनके ऐसी कोई एक छोटा सा भी मतलब हम छोटी सी भी एक sacrifice नहीं दे पाते. हम छोटी सी चीज़ उसमें भी trust नहीं कर पाते. यहां पर बहुत ज़्यादा सोचना है. बहुत ज़्यादा सोचना है. हम क्यों नहीं कर पाते?</w:t>
      </w:r>
    </w:p>
    <w:p>
      <w:r>
        <w:rPr>
          <w:b/>
        </w:rPr>
        <w:t xml:space="preserve">[21:25] </w:t>
      </w:r>
      <w:r>
        <w:t>yeh baatein manana sahib bhi bohat hum logon batate the ke namaz roza aur haj karte hain sab log bar sab kuch hota hai lekin hamare paas woh cheez nahi hai jo hum hota ke liye kare.</w:t>
      </w:r>
    </w:p>
    <w:p>
      <w:pPr>
        <w:jc w:val="right"/>
      </w:pPr>
      <w:r>
        <w:t>यह बातें मनाना साहब भी बहुत हम लोगों बताते थे कि नमाज़ रोज़ा और हज करते हैं सब लोग बार सब कुछ होता है लेकिन हमारे पास वह चीज़ नहीं है जो हम होता के लिए करें.</w:t>
      </w:r>
    </w:p>
    <w:p>
      <w:r>
        <w:rPr>
          <w:b/>
        </w:rPr>
        <w:t xml:space="preserve">[21:38] </w:t>
      </w:r>
      <w:r>
        <w:t>woh yaqeen paida karna bohat zaroori hai aur Doctor Safeena ki bhi baat hui thi bohat achi lagi ke mujhe aaj is cheez ko samjha ke yeh mission jo hai humein hamara jo hai aaj yeh conditioning tod diya hamari.</w:t>
      </w:r>
    </w:p>
    <w:p>
      <w:pPr>
        <w:jc w:val="right"/>
      </w:pPr>
      <w:r>
        <w:t>वह यकीन पैदा करना बहुत ज़रूरी है और Doctor सफीना की भी बात हुई थी बहुत अच्छी लगी कि मुझे आज इस चीज़ को समझा कि यह mission जो है हमें हमारा जो है आज यह conditioning तोड़ दिया हमारी.</w:t>
      </w:r>
    </w:p>
    <w:p>
      <w:r>
        <w:rPr>
          <w:b/>
        </w:rPr>
        <w:t xml:space="preserve">[21:57] </w:t>
      </w:r>
      <w:r>
        <w:t>bohat jaldi hai waqai bohat bari baat hai aur hum yahi chahenge ke hamesha hum sari zindagi is apna kya kuch yahi kehna tha mujhe.</w:t>
      </w:r>
    </w:p>
    <w:p>
      <w:pPr>
        <w:jc w:val="right"/>
      </w:pPr>
      <w:r>
        <w:t>बहुत जल्दी है वाकई बहुत बड़ी बात है और हम यही चाहेंगे कि हमेशा हम सारी ज़िंदगी इस अपना क्या कुछ यही कहना था मुझे.</w:t>
      </w:r>
    </w:p>
    <w:p>
      <w:r>
        <w:rPr>
          <w:b/>
        </w:rPr>
        <w:t xml:space="preserve">[22:26] </w:t>
      </w:r>
      <w:r>
        <w:t>ji aap, I very much note your thing stuti that you said about the trust, trust in God.</w:t>
      </w:r>
    </w:p>
    <w:p>
      <w:pPr>
        <w:jc w:val="right"/>
      </w:pPr>
      <w:r>
        <w:t>जी आप, I very much note your thing स्तुति that you said about the trust, trust in God.</w:t>
      </w:r>
    </w:p>
    <w:p>
      <w:r>
        <w:rPr>
          <w:b/>
        </w:rPr>
        <w:t xml:space="preserve">[23:34] </w:t>
      </w:r>
      <w:r>
        <w:t>ki ladies ke liye, men ke liye ke woh trust, woh communication hum Khuda se jod paayein apne aap ko. hum jod paayein taake woh trust hamare andar build up ho ke koi bhi halaat, koi bhi situation hai, hum mission ke saath hai aur mission ka hi kaam karenge aakhri saath tak. Ok, apa? How how do we take the session to now? We we would like to invite other ladies also to share their learning.</w:t>
      </w:r>
    </w:p>
    <w:p>
      <w:pPr>
        <w:jc w:val="right"/>
      </w:pPr>
      <w:r>
        <w:t>की ladies के लिए, men के लिए कि वह trust, वह communication हम खुदा से जोड़ पाएं अपने आप को. हम जोड़ पाएं ताकि वह trust हमारे अंदर build up हो कि कोई भी हालात, कोई भी situation है, हम mission के साथ है और mission का ही काम करेंगे आखिरी साथ तक. Ok, आपा? How how do we take the session to now? We we would like to invite other ladies also to share their learning.</w:t>
      </w:r>
    </w:p>
    <w:p>
      <w:r>
        <w:rPr>
          <w:b/>
        </w:rPr>
        <w:t xml:space="preserve">[24:02] </w:t>
      </w:r>
      <w:r>
        <w:t>haan bilkul, all log bhi apni learning bataayein. acha acha hum chal hi gayi. Ok, we open this session to other ladies who are here. Please share your learnings. aaj ke din jo aapko is mauke par aapko kya mehsoos ho raha hai? Aapki kya learning ho rahi hai? Woh hamare saath share karein. Aisha wants to say something.</w:t>
      </w:r>
    </w:p>
    <w:p>
      <w:pPr>
        <w:jc w:val="right"/>
      </w:pPr>
      <w:r>
        <w:t>हां बिल्कुल, all लोग भी अपनी learning बताएं. अच्छा अच्छा हम चल ही गई. Ok, we open this session to other ladies who are here. Please share your learnings. आज के दिन जो आपको इस मौके पर आपको क्या महसूस हो रहा है? आपकी क्या learning हो रही है? वह हमारे साथ share करें. आयशा wants to say something.</w:t>
      </w:r>
    </w:p>
    <w:p>
      <w:r>
        <w:rPr>
          <w:b/>
        </w:rPr>
        <w:t xml:space="preserve">[24:31] </w:t>
      </w:r>
      <w:r>
        <w:t>haan, please. Please raise your hand for this. Ok. Assalamu Alaikum everyone. Shukriya. Pehli baar zindagi mein mujhe Izd-e-Adasi meri samajh mein aayi hai because of Maulana video.</w:t>
      </w:r>
    </w:p>
    <w:p>
      <w:pPr>
        <w:jc w:val="right"/>
      </w:pPr>
      <w:r>
        <w:t>हां, please. Please raise your hand for this. Ok. अस्लाऊं रेखुम everyone. शुक्रिया. पहली बार ज़िंदगी में मुझे इज़ुल अदासी मेरी समझ में आई है because of मोलाना video.</w:t>
      </w:r>
    </w:p>
    <w:p>
      <w:r>
        <w:rPr>
          <w:b/>
        </w:rPr>
        <w:t xml:space="preserve">[24:52] </w:t>
      </w:r>
      <w:r>
        <w:t>kal afternoon maine Maulana ki video dekhi thi toh usmein Maulana ne point to point detail bhi Idlajaa'a Preeta Idlajaa'a ke bare mein bole the. Main toh gyaarah saal se aisi bayan sabhi net hi suni hai. Toh yahi first time hai main iske bare mein sunna aur Maulana ka jo takeaway hai Maulana ki learning yeh jo talks hai yeh ek hai.</w:t>
      </w:r>
    </w:p>
    <w:p>
      <w:pPr>
        <w:jc w:val="right"/>
      </w:pPr>
      <w:r>
        <w:t>कल afternoon मैंने मोलाना की video देखी थी तो उसमें मोलाना ने point to point detail भी इडलाजादा प्रीता इडलाजादा के बारे में बोले थे. मैं तो ग्यारह साल से ऐसी बयान सभी net ही सुनी है. तो यही first time है मैं इसके बारे में सुनना और मौलाना का जो takeaway है मौलाने की learning यह जो talks है यह एक है.</w:t>
      </w:r>
    </w:p>
    <w:p>
      <w:r>
        <w:rPr>
          <w:b/>
        </w:rPr>
        <w:t xml:space="preserve">[25:22] </w:t>
      </w:r>
      <w:r>
        <w:t>Ibrahwalas ke lamb ko jaisa Allah Taala aankh se bachaya hai waisa hi daai ko jo pareshani aaye toh bhi Allah Taala bachata hai. Toh hamare andar jo negativity hai, jo complaint culture hai, jo violence hai woh khatam karni chahiye. Wahi asal khulwari hai.</w:t>
      </w:r>
    </w:p>
    <w:p>
      <w:pPr>
        <w:jc w:val="right"/>
      </w:pPr>
      <w:r>
        <w:t>इब्रहवालास के लंब को जैसा अल्लाह तालाह आंख से बचाया है वैसा ही दाई को जो परेशानी आए तो भी अल्लाह ताला बचाता है. तो हमारे अंदर जो negativity है, जो complaint culture है, जो violence है वह खत्म करनी चाहिए. वही असल खुलवारी है.</w:t>
      </w:r>
    </w:p>
    <w:p>
      <w:r>
        <w:rPr>
          <w:b/>
        </w:rPr>
        <w:t xml:space="preserve">[25:43] </w:t>
      </w:r>
      <w:r>
        <w:t>Eid ka din wahi qurbani karni chahiye aur Khuda ki mission ke liye jo aadmi khada hote hain uske liye Allah mazgar van banta hai. Yeh toh hum sabko experience hai ke Allah bohat bara vaccine madadgar hai. Woh kis tarah unki daai ko protect karta, kis tarah guide karta.</w:t>
      </w:r>
    </w:p>
    <w:p>
      <w:pPr>
        <w:jc w:val="right"/>
      </w:pPr>
      <w:r>
        <w:t>ईद का दिन वही कुर्बानी करनी चाहिए और खुदा की mission के लिए जो आदमी खड़ा होते हैं उसके लिए अल्लाह मज़गार वन बनता है. यह तो हम सबको experience है कि अल्लाह बहुत बड़ा vaccine मददगार है. वह किस तरह उनकी दाई को protect करता, किस तरह guide करता.</w:t>
      </w:r>
    </w:p>
    <w:p>
      <w:r>
        <w:rPr>
          <w:b/>
        </w:rPr>
        <w:t xml:space="preserve">[26:08] </w:t>
      </w:r>
      <w:r>
        <w:t>toh hum real life mein bhi experience karte hain aur meri special learning hai Molana mein Molana mein ke zariye se ke ek daai up to date training chahiye. Toh zamana ke according to their zamana ke intellectually updated rehni chahiye aur physically physically bhi active rehna chahiye.</w:t>
      </w:r>
    </w:p>
    <w:p>
      <w:pPr>
        <w:jc w:val="right"/>
      </w:pPr>
      <w:r>
        <w:t>तो हम real life में भी experience करते हैं और मेरी special learning है मोला में मोला में के जरिए से कि एक दाई up to date training चाहिए. तो ज़माना के according to their जमाना के intellectually updated रहनी चाहिए और physically physically भी active रहना चाहिए.</w:t>
      </w:r>
    </w:p>
    <w:p>
      <w:r>
        <w:rPr>
          <w:b/>
        </w:rPr>
        <w:t xml:space="preserve">[26:34] </w:t>
      </w:r>
      <w:r>
        <w:t>yeh Maulana sab prove karke dikhaya hai ke Maulana sab ne English bar seekh seekha hai apne aap ko health healthy ke matlab simplicity ke saath simple food liya hai.</w:t>
      </w:r>
    </w:p>
    <w:p>
      <w:pPr>
        <w:jc w:val="right"/>
      </w:pPr>
      <w:r>
        <w:t>यह वोलाना सब prove करके दिखाया है कि वोलाना सब ने English बार सीख सीखा है अपने आपको health healthy के मतलब simple city के साथ simple food लिया है.</w:t>
      </w:r>
    </w:p>
    <w:p>
      <w:r>
        <w:rPr>
          <w:b/>
        </w:rPr>
        <w:t xml:space="preserve">[26:48] </w:t>
      </w:r>
      <w:r>
        <w:t>simplicity ke saath positive thinking ke saath apne aap ko bohat achhe se fit rakha hai ke daai ke do tasks hain ke intellectually apne aap ko develop karni chahiye aur physically apni health ko maintain karni chahiye.</w:t>
      </w:r>
    </w:p>
    <w:p>
      <w:pPr>
        <w:jc w:val="right"/>
      </w:pPr>
      <w:r>
        <w:t>Simple city के साथ positive thinking के साथ अपने आपको बहुत अच्छे से fit रखा है कि दाई के दो tasks हैं कि intellectually अपने आप को develop करनी चाहिए और physically अपनी health को maintain करनी चाहिए.</w:t>
      </w:r>
    </w:p>
    <w:p>
      <w:r>
        <w:rPr>
          <w:b/>
        </w:rPr>
        <w:t xml:space="preserve">[27:05] </w:t>
      </w:r>
      <w:r>
        <w:t>kyunki duniya bhar opportunities itna aware hokar hai ke hum mentally physically active hone se unko avail kar</w:t>
      </w:r>
    </w:p>
    <w:p>
      <w:pPr>
        <w:jc w:val="right"/>
      </w:pPr>
      <w:r>
        <w:t>क्योंकि दुनिया भर opportunities इतना aware होकर है कि हम mentally physically active होने से उनको avail कर</w:t>
      </w:r>
    </w:p>
    <w:p>
      <w:r>
        <w:rPr>
          <w:b/>
        </w:rPr>
        <w:t xml:space="preserve">[27:13] </w:t>
      </w:r>
      <w:r>
        <w:t>sakte hain aur ek zamane se hamein bhi saath saath chadh sakte hain kyunki allah taalaah humko madad</w:t>
      </w:r>
    </w:p>
    <w:p>
      <w:pPr>
        <w:jc w:val="right"/>
      </w:pPr>
      <w:r>
        <w:t>सकते हैं और एक जमाने से हमें भी साथ साथ चढ़ सकते हैं क्योंकि अल्लाह तालाह हमको मदद</w:t>
      </w:r>
    </w:p>
    <w:p>
      <w:r>
        <w:rPr>
          <w:b/>
        </w:rPr>
        <w:t xml:space="preserve">[27:21] </w:t>
      </w:r>
      <w:r>
        <w:t>karne ke liye, humko guide karne ke liye allah taalaah maujood hai thak bahut har haal mein hum</w:t>
      </w:r>
    </w:p>
    <w:p>
      <w:pPr>
        <w:jc w:val="right"/>
      </w:pPr>
      <w:r>
        <w:t>करने के लिए, हमको guide करने के लिए अल्लाह तालाह मौजूद है थक बहुत हर हाल में हम</w:t>
      </w:r>
    </w:p>
    <w:p>
      <w:r>
        <w:rPr>
          <w:b/>
        </w:rPr>
        <w:t xml:space="preserve">[27:29] </w:t>
      </w:r>
      <w:r>
        <w:t>sukhaar na late hai lekin allah taalaah hamare bahut nazdeek hai, bahut nazdeek hai.</w:t>
      </w:r>
    </w:p>
    <w:p>
      <w:pPr>
        <w:jc w:val="right"/>
      </w:pPr>
      <w:r>
        <w:t>सुखार ना late है लेकिन अल्लाह तालाह हमारे बहुत नज़दीक है, बहुत नज़दीक है.</w:t>
      </w:r>
    </w:p>
    <w:p>
      <w:r>
        <w:rPr>
          <w:b/>
        </w:rPr>
        <w:t xml:space="preserve">[27:38] </w:t>
      </w:r>
      <w:r>
        <w:t>aaye mere bando, tumhein gusse maango, gusse gaayat maango, gusse gaayat maango, tumhari main tumhari gaayat karunga, tumhari plant khaunga. Toh kal subah maine darya karne baithi thi tab mere andar itna sukoon aayi thi main aisa feel hui ke parishtor ka bheed mere mere saamne aaya hai.</w:t>
      </w:r>
    </w:p>
    <w:p>
      <w:pPr>
        <w:jc w:val="right"/>
      </w:pPr>
      <w:r>
        <w:t>आए मेरे बंदों, तुम्हें गुस्से मांगो, गुस्से गायत मांगो, गुस्से गायत मांगो, तुम्हारी मैं तुम्हारी गायत करूंगा, तुम्हारी plant खाऊंगा. तो कल सुबह मैंने दरिया करने बैठी थी तब मेरे अंदर इतना सुकून आई थी मैं ऐसा feel हुई कि परिश्तोर का भीड़ मेरे मेरे सामने आया है.</w:t>
      </w:r>
    </w:p>
    <w:p>
      <w:r>
        <w:rPr>
          <w:b/>
        </w:rPr>
        <w:t xml:space="preserve">[28:05] </w:t>
      </w:r>
      <w:r>
        <w:t>to maine us par, us par dekha hai salah wale kumhe alag malai kahin hai aur left and</w:t>
      </w:r>
    </w:p>
    <w:p>
      <w:pPr>
        <w:jc w:val="right"/>
      </w:pPr>
      <w:r>
        <w:t>तो मैंने उस पर, उस पर देखा है सलाह वाले कुम्हें अलग मलाई कहीं है और left and</w:t>
      </w:r>
    </w:p>
    <w:p>
      <w:r>
        <w:rPr>
          <w:b/>
        </w:rPr>
        <w:t xml:space="preserve">[28:11] </w:t>
      </w:r>
      <w:r>
        <w:t>right and back arms to kahin hai aur maine yahi dwar kya hai ki allahlah jo dwar karna</w:t>
      </w:r>
    </w:p>
    <w:p>
      <w:pPr>
        <w:jc w:val="right"/>
      </w:pPr>
      <w:r>
        <w:t>right and back arms तो कहीं है और मैंने यही द्वार क्या है कि अल्लाहकालाह जो द्वार करना</w:t>
      </w:r>
    </w:p>
    <w:p>
      <w:r>
        <w:rPr>
          <w:b/>
        </w:rPr>
        <w:t xml:space="preserve">[28:17] </w:t>
      </w:r>
      <w:r>
        <w:t>mujhe aata nahi hai lekin hamare sabke hak mein jo jo behtar hai wahi dua kar rahi hoon</w:t>
      </w:r>
    </w:p>
    <w:p>
      <w:pPr>
        <w:jc w:val="right"/>
      </w:pPr>
      <w:r>
        <w:t>मुझे आता नहीं है लेकिन हमारे सबके हक में जो जो बेहतर है वही दुआ कर रही हूं</w:t>
      </w:r>
    </w:p>
    <w:p>
      <w:r>
        <w:rPr>
          <w:b/>
        </w:rPr>
        <w:t xml:space="preserve">[28:23] </w:t>
      </w:r>
      <w:r>
        <w:t>ki jo andar mere andar ka feeling hai tu samajh sakta hai, tu jaane wala hai to meri</w:t>
      </w:r>
    </w:p>
    <w:p>
      <w:pPr>
        <w:jc w:val="right"/>
      </w:pPr>
      <w:r>
        <w:t>कि जो अंदर मेरे अंदर का feeling है तू समझ सकता है, तू जाने वाला है तो मेरी</w:t>
      </w:r>
    </w:p>
    <w:p>
      <w:r>
        <w:rPr>
          <w:b/>
        </w:rPr>
        <w:t xml:space="preserve">[28:29] </w:t>
      </w:r>
      <w:r>
        <w:t>dua ko khukool karne aur hum sab kuch jahan mart hai bachcha aur general wirdos mein aadha logon</w:t>
      </w:r>
    </w:p>
    <w:p>
      <w:pPr>
        <w:jc w:val="right"/>
      </w:pPr>
      <w:r>
        <w:t>दुआ को खुकोल करने और हम सब कुछ जहन मार्त है बच्चा और general विर्दोस में आधा लोगों</w:t>
      </w:r>
    </w:p>
    <w:p>
      <w:r>
        <w:rPr>
          <w:b/>
        </w:rPr>
        <w:t xml:space="preserve">[28:35] </w:t>
      </w:r>
      <w:r>
        <w:t>ke saath humko darjar hatakar.</w:t>
      </w:r>
    </w:p>
    <w:p>
      <w:pPr>
        <w:jc w:val="right"/>
      </w:pPr>
      <w:r>
        <w:t>के साथ हमको दर्जार हटाकर.</w:t>
      </w:r>
    </w:p>
    <w:p>
      <w:r>
        <w:rPr>
          <w:b/>
        </w:rPr>
        <w:t xml:space="preserve">[28:41] </w:t>
      </w:r>
      <w:r>
        <w:t>yahi dua kiya hai woh few seconds ke liye pee rahi hai aur toh main bayan bhi nahi kar sakti hoon. Utna khuboon mili hai, utna phir mujhe mili hai kal seedhe subah aur aaj hamari dukaan suni hai aur ek intermediate student aayi hai. Ek bacchi unhone chura maan li hai. Hum toh peace address bolkar hamare dukaan mein rakhte hain.</w:t>
      </w:r>
    </w:p>
    <w:p>
      <w:pPr>
        <w:jc w:val="right"/>
      </w:pPr>
      <w:r>
        <w:t>यही दुआ किया है वह few seconds के लिए पी रही है और तो मैं बयान भी नहीं कर सकती हूं. उतना खुबून मिली है, उतना फिर मुझे मिली है कल सीधे सुबह और आज हमारी दुकान सुनी है और एक intermediate student आई है. एक बच्ची उन्होंने चुरा मान ली है. हम तो peace addressएं बोलकर हमारे दुकान में रखते हैं.</w:t>
      </w:r>
    </w:p>
    <w:p>
      <w:r>
        <w:rPr>
          <w:b/>
        </w:rPr>
        <w:t xml:space="preserve">[29:05] </w:t>
      </w:r>
      <w:r>
        <w:t>toh maine parson flight fas liya hai unki father ko maine tab tak phir family life chelgoo mein diya hai. Toh unhone puch ke aap woh kya hai? Woh Quran hai. Main padhti hoon mujhe interest hai mujhe de dijiye. Toh maine Quran de diya toh Quran unka father ne aisa aisa karke le liya aur bohat khush hokar le liya. Yeh toh bohat achhi kitab hai. Mere paas theek Gita padhi hai, bible padhi hai. Ab puran ki chauk hai.</w:t>
      </w:r>
    </w:p>
    <w:p>
      <w:pPr>
        <w:jc w:val="right"/>
      </w:pPr>
      <w:r>
        <w:t>तो मैंने परसों flight फ़स लिया है उनकी father को मैंने तब तक फिर family life चेल्गू में दिया है. तो उन्होंने पुछ कि आप वह क्या है? वह कुरान है. मैं पढ़ती हूं मुझे interest है मुझे दे दीजिए. तो मैंने कुरान दे दिया तो कुरान उनका father ने ऐसा ऐसा करके ले लिया और बहुत खुश होकर ले लिया. यह तो बहुत अच्छी किताब है. मेरे पास ठीक गीता पढ़ी है, bible पढ़ी है. अब पुरान की चौक है.</w:t>
      </w:r>
    </w:p>
    <w:p>
      <w:r>
        <w:rPr>
          <w:b/>
        </w:rPr>
        <w:t xml:space="preserve">[29:33] </w:t>
      </w:r>
      <w:r>
        <w:t>aapki dukaan mein puran mili hai. Toh maine itna khush hoon ke alag alag, wahin ka din mujhe nai opportunity diya hai aur Maulana sahib eba bhi kahe ke mere din dawa sritva revive karne ke liye aati hai. Dawa mission ko revive karne ke liye aate hain har saal. Toh hum dawa mission ko revive karni chahiye.</w:t>
      </w:r>
    </w:p>
    <w:p>
      <w:pPr>
        <w:jc w:val="right"/>
      </w:pPr>
      <w:r>
        <w:t>आपकी दुकान में पुरान मिली है. तो मैंने इतना खुश हूं कि अलग अलग, वहीं का दिन मुझे नई opportunity दिया है और बोलाना साहब एबा भी कहे कि मेरे दिन दावा सृत्व revive करने के लिए आती है. दावा mission को revive करने के लिए आते हैं हर साल. तो हम दावा mission को revive करनी चाहिए.</w:t>
      </w:r>
    </w:p>
    <w:p>
      <w:r>
        <w:rPr>
          <w:b/>
        </w:rPr>
        <w:t xml:space="preserve">[29:58] </w:t>
      </w:r>
      <w:r>
        <w:t>hamare andar dawa field ko instantly karni chahiye. Tabhi hum saal bhar energy achhi energy ke saath aur positivity ke saath dawa kaam kar sakte hain. Yahi main meri learning hai meri swari zaada Allah. Zaada Allah for joining Aisha and sharing your learning.</w:t>
      </w:r>
    </w:p>
    <w:p>
      <w:pPr>
        <w:jc w:val="right"/>
      </w:pPr>
      <w:r>
        <w:t>हमारे अंदर दावा field को instantly करनी चाहिए. तभी हम साल भर energy अच्छी energy के साथ और positivity के साथ दावा कम कर सकते हैं. यही मैं मेरी learning है मेरी स्वारी ज़ज़ादा अल्ला. ज़ज़ादा अल्लाह for joining नाइशा and sharing your learning.</w:t>
      </w:r>
    </w:p>
    <w:p>
      <w:r>
        <w:rPr>
          <w:b/>
        </w:rPr>
        <w:t xml:space="preserve">[30:23] </w:t>
      </w:r>
      <w:r>
        <w:t>So profound learning you you mentioned and aur koi ladies hain jo apni learning ko share karna chahti hain please go ahead. Ok, stuti wants to say something please. I'm sorry, main itna bol rahi hoon but I'm just so overwhelmed by it. Like Aisha said that ek daai ko apni health ka khayal karna chahiye.</w:t>
      </w:r>
    </w:p>
    <w:p>
      <w:pPr>
        <w:jc w:val="right"/>
      </w:pPr>
      <w:r>
        <w:t>So profound learning you you mentioned and और कोई ladies हैं जो अपनी learning को share करना चाहती हैं please go ahead. Ok, स्तुति wants to say something please. I'm sorry, मैं इतना बोल रही हूं but I'm just so overwhelmed by it. Like आयशा said that एक दाई को अपनी health का ख्याल करना चाहिए.</w:t>
      </w:r>
    </w:p>
    <w:p>
      <w:r>
        <w:rPr>
          <w:b/>
        </w:rPr>
        <w:t xml:space="preserve">[30:49] </w:t>
      </w:r>
      <w:r>
        <w:t>So, there is a tendency in the ladies and I know few ladies who tend to ignore their health and they are smiling. So, so Maulana ne kaha tha ke ek daai ki zimmedari hai. Maulana ne mujhe bola tha, main bimar ho gayi thi.</w:t>
      </w:r>
    </w:p>
    <w:p>
      <w:pPr>
        <w:jc w:val="right"/>
      </w:pPr>
      <w:r>
        <w:t>So, there is a tendency in the ladies and I know few ladies who tend to ignore their health and they are smiling. So, so मराना ने कहा था कि एक दाई की ज़िम्मेदारी है. मलाना ने मुझे बोला था, मैं बीमार हो गई थी.</w:t>
      </w:r>
    </w:p>
    <w:p>
      <w:r>
        <w:rPr>
          <w:b/>
        </w:rPr>
        <w:t xml:space="preserve">[31:08] </w:t>
      </w:r>
      <w:r>
        <w:t>Maulana ne mujhe bola tha ke ek daai ki zimmedari hai ke woh apni health ka khayal rakhe kyunki health is a blessing of god and hamare andar koi Allah mein yaani koi aham dillah koi problem nahi diya hai. Jo bhi problem aata hai woh self created hota hai. So, have to be very careful in taking care of our health because that is the only way we can do dawa work in the later part of our body.</w:t>
      </w:r>
    </w:p>
    <w:p>
      <w:pPr>
        <w:jc w:val="right"/>
      </w:pPr>
      <w:r>
        <w:t>मलाना ने मुझे बोला था कि एक दाई की ज़िम्मेदारी है कि वह अपनी health का ख्याल रखे क्योंकि health is a blessing of god and हमारे अंदर कोई अल्लाह में यानी कोई अहम् दिल्लाह कोई problem नहीं दिया है. जो भी problem आता है वह self created होता है. So, have to be very careful in taking care of our health because that is the only way we can do दावा work in the later part of our body.</w:t>
      </w:r>
    </w:p>
    <w:p>
      <w:r>
        <w:rPr>
          <w:b/>
        </w:rPr>
        <w:t xml:space="preserve">[31:34] </w:t>
      </w:r>
      <w:r>
        <w:t>otherwise we will have, we will, we will not be able to say to Allah that Allah mein kaam nahi kar paayi. Allah mein kahenge maine tumhein bilkul theek kiya tha. Tumne apni health khod kharab kari hai aur tum dawa waqt nahi kar pa rahi ho kyunki tumne apna khayal nahi rakha tha. So it is a request to everybody. Please please take care of your health. It is for me also. But we all have to take care of our health so that we are able to do dawa waqt.</w:t>
      </w:r>
    </w:p>
    <w:p>
      <w:pPr>
        <w:jc w:val="right"/>
      </w:pPr>
      <w:r>
        <w:t>Otherwise we will have, we will, we will not be able to say to अल्लाह that अल्लाह में काम नहीं कर पाई. अल्लाह में कहेंगे मैंने तुम्हें बिल्कुल ठीक किया था. तुमने अपनी health खोद ख़राब करी है और तुम दावा वक्त नहीं कर पा रही हो क्योंकि तुमने अपना ख़याल नहीं रखा था. So it is a request to everybody. Please please take care of your health. It is for me also. But we all have to take care of our health so that we are able to do दावा वक्त.</w:t>
      </w:r>
    </w:p>
    <w:p>
      <w:r>
        <w:rPr>
          <w:b/>
        </w:rPr>
        <w:t xml:space="preserve">[32:01] </w:t>
      </w:r>
      <w:r>
        <w:t>sabka khayal karte hain ghar mein ek apna khayal bhi karna hai. Because ek jo health hai woh bohat bari blessing hai jo hum log ignore kar dete hain. So, that thank you Aisha. I and I remind this to everybody. I remind this to all the CPS members kyunki Maulana ne mujhe bola tha ke aap sabko bolte rahiyega. Toh main apna kaam kar rahi hoon. Main sabko bolti rahoongi.</w:t>
      </w:r>
    </w:p>
    <w:p>
      <w:pPr>
        <w:jc w:val="right"/>
      </w:pPr>
      <w:r>
        <w:t>सबका ख्याल करते हैं घर में एक अपना ख्याल भी करना है. Because एक जो health है वह बहुत बड़ी blessing है जो हम लोग ignore कर देते हैं. So, that thank you आइशा. I and I and I remind this to everybody. I remind this to all the CPS members क्योंकि मुनान ने मुझे बोला था कि आप सबको बोलते रहिएगा. तो मैं अपना काम कर रही हूं. मैं सबको बोलती रहूंगी.</w:t>
      </w:r>
    </w:p>
    <w:p>
      <w:r>
        <w:rPr>
          <w:b/>
        </w:rPr>
        <w:t xml:space="preserve">[32:25] </w:t>
      </w:r>
      <w:r>
        <w:t>Please sab apna health ka khayal karen kyunke hum log ke saath yeh hota hai ke hum bhool jaate hain, hum ignore kar dete hain. To yeh mere ko I just wanted to bring this point. Thank you Missus Akbar. Thank you so much, stuti, for reminding us. I remember one lecture of Maulana he was I he has mentioned this in his lecture that, you know, while he was traveling and he was in a train, and he had to go up on the first first berth.</w:t>
      </w:r>
    </w:p>
    <w:p>
      <w:pPr>
        <w:jc w:val="right"/>
      </w:pPr>
      <w:r>
        <w:t>Please सब अपना health का ख्याल करें क्योंकि हम लोग के साथ यह होता है कि हम फ़ूल जाते हैं, हम ignore कर देते हैं. तो यह मेरे को I just wanted to bring this point. Thank you Missus अकबर. Thank you so much, स्तुति, for reminding us. I remember one lecture of मोलैना he was I he has mentioned this in his lecture that, you know, while he was traveling and he was in a train, and he had to go up on the first first berth.</w:t>
      </w:r>
    </w:p>
    <w:p>
      <w:r>
        <w:rPr>
          <w:b/>
        </w:rPr>
        <w:t xml:space="preserve">[32:53] </w:t>
      </w:r>
      <w:r>
        <w:t>And he very energetically he climbed up and then there was a lady who was sitting ek doosri lady jo baithi hui thi doosre birth par unhon ne unko toka ke she couldn't imagine ke such a this aged may be for her unko pata hogi aise matlab kaise chadh gaye yeh upar itna umar inka and unhon ne kuch bola bhi unko. He said he is so agile for his age. Yes yes he is so agile for his age.</w:t>
      </w:r>
    </w:p>
    <w:p>
      <w:pPr>
        <w:jc w:val="right"/>
      </w:pPr>
      <w:r>
        <w:t>And he very energetically he climbed up and then there was a lady who was sitting एक दूसरी lady जो बैठी हुई थी दूसरे birth पर उन्होंने उनको टोका कि she couldn't imagine कि such a this aged may be for her उनको पता होगी ऐसे मतलब कैसे चढ़ गए यह ऊपर इतना उम्र इनका and उन्होंने कुछ बोला भी उनको. He said he is so agile for his age. Yes yes he is so agile for his age.</w:t>
      </w:r>
    </w:p>
    <w:p>
      <w:r>
        <w:rPr>
          <w:b/>
        </w:rPr>
        <w:t xml:space="preserve">[33:21] </w:t>
      </w:r>
      <w:r>
        <w:t>paridha pa bhi nahi kabhi mention kiya tha is baat ko.</w:t>
      </w:r>
    </w:p>
    <w:p>
      <w:pPr>
        <w:jc w:val="right"/>
      </w:pPr>
      <w:r>
        <w:t>परिधा पा भी नहीं कभी mention किया था इस बात को.</w:t>
      </w:r>
    </w:p>
    <w:p>
      <w:r>
        <w:rPr>
          <w:b/>
        </w:rPr>
        <w:t xml:space="preserve">[33:25] </w:t>
      </w:r>
      <w:r>
        <w:t>So I think this is an example for us to be like molana.</w:t>
      </w:r>
    </w:p>
    <w:p>
      <w:pPr>
        <w:jc w:val="right"/>
      </w:pPr>
      <w:r>
        <w:t>So I think this is an example for us to be like मोलाना.</w:t>
      </w:r>
    </w:p>
    <w:p>
      <w:r>
        <w:rPr>
          <w:b/>
        </w:rPr>
        <w:t xml:space="preserve">[33:29] </w:t>
      </w:r>
      <w:r>
        <w:t>At that age molana could climb so energetically.</w:t>
      </w:r>
    </w:p>
    <w:p>
      <w:pPr>
        <w:jc w:val="right"/>
      </w:pPr>
      <w:r>
        <w:t>At that age मोलाना could climb so energetically.</w:t>
      </w:r>
    </w:p>
    <w:p>
      <w:r>
        <w:rPr>
          <w:b/>
        </w:rPr>
        <w:t xml:space="preserve">[33:33] </w:t>
      </w:r>
      <w:r>
        <w:t>hamari energy kahan gayi?</w:t>
      </w:r>
    </w:p>
    <w:p>
      <w:pPr>
        <w:jc w:val="right"/>
      </w:pPr>
      <w:r>
        <w:t>हमारी energy कहां गई?</w:t>
      </w:r>
    </w:p>
    <w:p>
      <w:r>
        <w:rPr>
          <w:b/>
        </w:rPr>
        <w:t xml:space="preserve">[33:37] </w:t>
      </w:r>
      <w:r>
        <w:t>CPS ladies ki. Yes.</w:t>
      </w:r>
    </w:p>
    <w:p>
      <w:pPr>
        <w:jc w:val="right"/>
      </w:pPr>
      <w:r>
        <w:t>CPS ladies की. Yes.</w:t>
      </w:r>
    </w:p>
    <w:p>
      <w:r>
        <w:rPr>
          <w:b/>
        </w:rPr>
        <w:t xml:space="preserve">[33:41] </w:t>
      </w:r>
      <w:r>
        <w:t>So we need And to the best part is those people who don't take care they are smiling the most. Yes.</w:t>
      </w:r>
    </w:p>
    <w:p>
      <w:pPr>
        <w:jc w:val="right"/>
      </w:pPr>
      <w:r>
        <w:t>So we need And to the best part is those people who don't take care they are smiling the most. Yes.</w:t>
      </w:r>
    </w:p>
    <w:p>
      <w:r>
        <w:rPr>
          <w:b/>
        </w:rPr>
        <w:t xml:space="preserve">[33:45] </w:t>
      </w:r>
      <w:r>
        <w:t>They know who we are talking about.</w:t>
      </w:r>
    </w:p>
    <w:p>
      <w:pPr>
        <w:jc w:val="right"/>
      </w:pPr>
      <w:r>
        <w:t>They know who we are talking about.</w:t>
      </w:r>
    </w:p>
    <w:p>
      <w:r>
        <w:rPr>
          <w:b/>
        </w:rPr>
        <w:t xml:space="preserve">[33:49] </w:t>
      </w:r>
      <w:r>
        <w:t>I am talking to you. Am pinpointing.</w:t>
      </w:r>
    </w:p>
    <w:p>
      <w:pPr>
        <w:jc w:val="right"/>
      </w:pPr>
      <w:r>
        <w:t>I am talking to you. Am pinpointing.</w:t>
      </w:r>
    </w:p>
    <w:p>
      <w:r>
        <w:rPr>
          <w:b/>
        </w:rPr>
        <w:t xml:space="preserve">[33:53] </w:t>
      </w:r>
      <w:r>
        <w:t>Aapki salah mujhe yaad hai stuti when I was leaving Delhi and you were mentioned this every CPS ladies need to take care of this help to carry this message of message after this. It is a very very big responsibility. So if we don't take care of the health then how are we able to work? Bahut hi khayal karti hoon siki. Khayal karti hoon hamesha karungi shalla. Jaisa kya</w:t>
      </w:r>
    </w:p>
    <w:p>
      <w:pPr>
        <w:jc w:val="right"/>
      </w:pPr>
      <w:r>
        <w:t>आपकी सलाह मुझे याद है स्तुति when I was leaving दिल्ली and you were mentioned this every CPS ladies need to take care of this help to carry this message of message after this. It is a very very big responsibility. So if we don't take care of the health then how are we able to work? बहुत ही ख्याल करती हूं सीखी. ख्याल करती हूं हमेशा करूंगी शाल्ला. जैसा क्या</w:t>
      </w:r>
    </w:p>
    <w:p>
      <w:r>
        <w:rPr>
          <w:b/>
        </w:rPr>
        <w:t xml:space="preserve">[34:22] </w:t>
      </w:r>
      <w:r>
        <w:t>hota Yes yes. Hamare teachers very bahut khoobsurat rehte hain. Matlab ek ek diamond test rakhte hain. Aap healthy conscious rehte hain. Aap angels bante hain. Poor bante hain na. Door jaisa bante hain ishalla. Haan You are also one of those diamond jo Allah ke hum log chamak rahe honge is mehfil mein baith kar ke. Isn't I it agree with Shabina</w:t>
      </w:r>
    </w:p>
    <w:p>
      <w:pPr>
        <w:jc w:val="right"/>
      </w:pPr>
      <w:r>
        <w:t>होता Yes yes. हमारे teachers very बहुत खूबसूरत रहते हैं. मतलब एक एक diamond test रखते हैं. आप healthy conscious रहते हैं. आप angels बरते हैं. पूर बरते हैं ना. दूर जैसा बनते हैं इशालाह. हां You are also one of those diamond जो अल्लाह के हम लोग चमक रहे होंगे इस महफिल में बैठकर के. Isn't I it agree with शविना</w:t>
      </w:r>
    </w:p>
    <w:p>
      <w:r>
        <w:rPr>
          <w:b/>
        </w:rPr>
        <w:t xml:space="preserve">[34:52] </w:t>
      </w:r>
      <w:r>
        <w:t>Bilkul sahi. Ji aap, isse mujhe yaad aa raha hai ke ek cheez abhi just crossed my mind. Anyway anyone who wants to talk to Shabina aap kuch kehna chahengi? Please share your thoughts. Shabina bas sun rahi hoon aap logon ki baatein aur soch rahi hoon ke Allah taala hamara mamla waqai aisa kar de jaise hum soch rahe hain Allah.</w:t>
      </w:r>
    </w:p>
    <w:p>
      <w:pPr>
        <w:jc w:val="right"/>
      </w:pPr>
      <w:r>
        <w:t>बिल्कुल सही. जी आप, इससे मुझे याद आ रहा है कि एक चीज़ अभी just crossed my mind. Anyway anyone who wants to talk to श्रीना आप कुछ कहना चाहेंगी? Please share your thoughts. श्रीना बस sun रही हूं आप लोगों की बातें और सोच रही हूं कि हल्ला ताला हमारा मामला वाकई ऐसा कर दे जैसे हम सोच रहे हैं हल्ला.</w:t>
      </w:r>
    </w:p>
    <w:p>
      <w:r>
        <w:rPr>
          <w:b/>
        </w:rPr>
        <w:t xml:space="preserve">[35:19] </w:t>
      </w:r>
      <w:r>
        <w:t>Yahi yahi dimagh mein aa raha hai bas aur kuch nahi. Haan, yaad aa raha to dekhiye na aaj bahut hi zyada ekdum se evening exciting ho gayi hai yeh wali. Bahut hi zyada wahi wahi chehron mein ek aisa chehra dikh gaya jo ke humein bilkul ekdum alag level par le gaya hai. To bahut acha laga stuti aapko dikhaya. Bahut acha laga stuti ke aane se bahut acha laga aur mujhe lag raha hai Nagma bhi yahin par hai.</w:t>
      </w:r>
    </w:p>
    <w:p>
      <w:pPr>
        <w:jc w:val="right"/>
      </w:pPr>
      <w:r>
        <w:t>यही यही दिमाग में आ रहा है बस और कुछ नहीं. हां, याद आ रहा तो देखिए ना आज बहुत ही ज़्यादा एकदम से evening exciting हो गई है यह वाली. बहुत ही ज़्यादा वही वही चेहरों में एक ऐसा चेहरा दिख गया जो कि हमें बिल्कुल एकदम अलग level पर ले गया है. तो बहुत अच्छा लगा स्तुति आपको दिखाता है. बहुत अच्छा लगा स्तुति के आने से बहुत अच्छा लगा और मुझे लग रहा है नगमा भी यहीं पर है.</w:t>
      </w:r>
    </w:p>
    <w:p>
      <w:r>
        <w:rPr>
          <w:b/>
        </w:rPr>
        <w:t xml:space="preserve">[35:47] </w:t>
      </w:r>
      <w:r>
        <w:t>Phir Nagma to sahi hai. Hai nahi. Maine Sanvidha Appa se kaha tha ke Eid ke liye koi special guest hona chahiye. Aap meri happy se theek gayi. Guest for evening. Eid ki Eid Eid ka koi guest hona chahiye. To aap aaye to bahut acha Eid. This is very special. Haan, Appa bahut thaki hui thi to aap abhi nahi aa paayi. Aur Nagma ne abhi message kiya tha main kahungi sunungi. To mujhe lag raha</w:t>
      </w:r>
    </w:p>
    <w:p>
      <w:pPr>
        <w:jc w:val="right"/>
      </w:pPr>
      <w:r>
        <w:t>फिर नगमा तो सही है. है नहीं. मैंने संविधा आप्पा से कहा था कि ईद के लिए कोई special guest होना चाहिए. आप मेरी happy से ठीक गई. Guest for evening. ईद की ईद ईद का कोई guest होना चाहिए. तो आप आए तो बहुत अच्छा ईद. This is very special. हां, आपां बहुत थकी हुई थी तो आप अभी नहीं आ पाई. और नकमा ने अभी message किया था मैं कहूंगी सुनूंगी. तो मुझे लग रहा</w:t>
      </w:r>
    </w:p>
    <w:p>
      <w:r>
        <w:rPr>
          <w:b/>
        </w:rPr>
        <w:t xml:space="preserve">[36:16] </w:t>
      </w:r>
      <w:r>
        <w:t>hai ke hai kahin. Haan mujhe yaad aaya abhi kuch bhi din pehle aap ne ek baat kahi thi. Aap ne yeh kaha tha ke dekhiye hum jo kai saal guzaar rahe hain jaise ke stuti ne abhi mention kiya ke bees saalon se liya hai. To unki grooming hui hai. Itne saal Maulana ke saath guzarna, unke videos unke saath kaam karna.</w:t>
      </w:r>
    </w:p>
    <w:p>
      <w:pPr>
        <w:jc w:val="right"/>
      </w:pPr>
      <w:r>
        <w:t>है कि है कहीं. हां मुझे याद आया अभी कुछ भी दिन पहले आप ने एक बात कही थी. आप ने यह कहा था कि देखिए हम जो कई साल गुज़ार रहे हैं जैसे कि स्तुति ने अभी mention किया कि बीस सालों से लिया है. तो उनकी grooming हुई है. इतने साल मौलानक के साथ गुज़रना, उनके videos उनके साथ काम करना.</w:t>
      </w:r>
    </w:p>
    <w:p>
      <w:r>
        <w:rPr>
          <w:b/>
        </w:rPr>
        <w:t xml:space="preserve">[36:39] </w:t>
      </w:r>
      <w:r>
        <w:t>Ek age guzra hai, ek daur guzra hai unke saath aur hum log abhi us raaste par chal rahe hain, pahunchna bhi baaki hai. To Appa ne yeh kaha tha ke dekhiye koi naye log jo aayenge judenge woh humko as a teacher, as a guide, as a mentor unko humein jod rahe hain.</w:t>
      </w:r>
    </w:p>
    <w:p>
      <w:pPr>
        <w:jc w:val="right"/>
      </w:pPr>
      <w:r>
        <w:t>एक age गुज़रा है, एक दौर गुज़रा है उनके साथ और हम लोग अभी उस रास्ते पर चल रहे हैं, पहुंचना भी बाकी है. तो आपा ने यह कहा था कि देखिए कोई नए लोग जो आऐंगे जुड़ेंगे वह हमको as a teacher, as a guide, as a mentor उनको हमें जोड़ रहे हैं.</w:t>
      </w:r>
    </w:p>
    <w:p>
      <w:r>
        <w:rPr>
          <w:b/>
        </w:rPr>
        <w:t xml:space="preserve">[36:56] </w:t>
      </w:r>
      <w:r>
        <w:t>Jaise kaafi naye log jo abhi jude hain conference ke baad to hum hum jab apne sehat ka khayal rakhenge tabhi hum yeh kar payenge aur hum business se uthne layak na rahe hain, hum gire ja rahe hain, hum pade ja rahe hain aur khud apne aap ko nahi sambhal pa rahe hain to itna bada mission. Yeh huge tremendous amount of energy, motivation and lot of other things are involved in this.</w:t>
      </w:r>
    </w:p>
    <w:p>
      <w:pPr>
        <w:jc w:val="right"/>
      </w:pPr>
      <w:r>
        <w:t>जैसे काफी नए लोग जो अभी जुड़े हैं conference के बाद तो हम हम जब अपने सेहत का ख्याल रखेंगे तभी हम यह कर पाएंगे और हम business से उठने लायक ना रहे हैं, हम गिरे जा रहे हैं, हम पड़े जा रहे हैं और खुद अपने आप को नहीं संभाल पा रहे हैं तो इतना बड़ा mission. यह huge tremendous amount of energy, motivation and lot of other things are involved in this.</w:t>
      </w:r>
    </w:p>
    <w:p>
      <w:r>
        <w:rPr>
          <w:b/>
        </w:rPr>
        <w:t xml:space="preserve">[37:20] </w:t>
      </w:r>
      <w:r>
        <w:t>So agar hum apne hi dard ko lekar ke baithe rahenge, ghutne mein dard hai, kamar mein dard hai, yahan dard hai, wahan dard hai. Definitely it will not work. It will not really work that way. So we need to take care of it. It's a very important point I'll I'll take this message off today, inshallah. So aap aap bataiye aage aur</w:t>
      </w:r>
    </w:p>
    <w:p>
      <w:pPr>
        <w:jc w:val="right"/>
      </w:pPr>
      <w:r>
        <w:t>So अगर हम अपने ही दर्द को लेकर के बैठे रहेंगे, घुटने में दर्द है, कमर में दर्द है, यहां दर्द है, वहां दर्द है. Definitely it will not work. It will not really work that way. So we need to take care of it. It's a very important point I'll I'll take this message off today, इंशान. So आप आप बताइए आगे और</w:t>
      </w:r>
    </w:p>
    <w:p>
      <w:r>
        <w:rPr>
          <w:b/>
        </w:rPr>
        <w:t xml:space="preserve">[37:49] </w:t>
      </w:r>
      <w:r>
        <w:t>Bahut matlab stuti ne jis point Aisha Yusra ne shuru kiya aur phir stuti ne usko aage badhaya. Main mishala isko koshish karungi. Yeh kehna chahungi ke zindagi sirf ek baar milti hai. Maulana ne kaha bhi tha mere abba bhi yeh baat bahut kehte the.</w:t>
      </w:r>
    </w:p>
    <w:p>
      <w:pPr>
        <w:jc w:val="right"/>
      </w:pPr>
      <w:r>
        <w:t>बहुत मतलब स्तुति ने जिस point आयशा योसरा ने शुरू किया और फिर स्तुति ने उसको आगे बढ़ाया. मैं मिशाला इसको कोशिश करूंगी. यह कहना चाहूंगी कि ज़िंदगी सिर्फ एक बार मिलती है. मलाना ने कहा भी था मेरे अब्बा भी यह बात बहुत कहते थे.</w:t>
      </w:r>
    </w:p>
    <w:p>
      <w:r>
        <w:rPr>
          <w:b/>
        </w:rPr>
        <w:t xml:space="preserve">[38:06] </w:t>
      </w:r>
      <w:r>
        <w:t>humko iska istemal kis tarah se humko karna hai yeh humko zaroor jaanna chahiye aur usmein sehat bhi</w:t>
      </w:r>
    </w:p>
    <w:p>
      <w:pPr>
        <w:jc w:val="right"/>
      </w:pPr>
      <w:r>
        <w:t>हमको इसका इस्तेमाल किस तरह से हमको करना है यह हमको ज़रूर जानना चाहिए और उसमें सेहत भी</w:t>
      </w:r>
    </w:p>
    <w:p>
      <w:r>
        <w:rPr>
          <w:b/>
        </w:rPr>
        <w:t xml:space="preserve">[38:12] </w:t>
      </w:r>
      <w:r>
        <w:t>involve hai tab sehat rahegi tabhi hum sab kaam acche se kar sakte hain aur sehat rehti hai</w:t>
      </w:r>
    </w:p>
    <w:p>
      <w:pPr>
        <w:jc w:val="right"/>
      </w:pPr>
      <w:r>
        <w:t>involve है तब सेहत रहेगी तभी हम सब काम अच्छे से कर सकते हैं और सेहत रहती है</w:t>
      </w:r>
    </w:p>
    <w:p>
      <w:r>
        <w:rPr>
          <w:b/>
        </w:rPr>
        <w:t xml:space="preserve">[38:19] </w:t>
      </w:r>
      <w:r>
        <w:t>to matlab har tarah se hamare liye woh bhi accha rehta hai ki hum chalte phirte rehte hain</w:t>
      </w:r>
    </w:p>
    <w:p>
      <w:pPr>
        <w:jc w:val="right"/>
      </w:pPr>
      <w:r>
        <w:t>तो मतलब हर तरह से हमारे लिए वह भी अच्छा रहता है कि हम चलते फिरते रहते हैं</w:t>
      </w:r>
    </w:p>
    <w:p>
      <w:r>
        <w:rPr>
          <w:b/>
        </w:rPr>
        <w:t xml:space="preserve">[38:25] </w:t>
      </w:r>
      <w:r>
        <w:t>to hum us cheez ko itna matlab sehat nahi rehti to hum jal rehte hain aur sehat rehti</w:t>
      </w:r>
    </w:p>
    <w:p>
      <w:pPr>
        <w:jc w:val="right"/>
      </w:pPr>
      <w:r>
        <w:t>तो हम उस चीज़ को इतना मतलब सेहत नहीं रहती तो हम जल रहते हैं और सेहत रहती</w:t>
      </w:r>
    </w:p>
    <w:p>
      <w:r>
        <w:rPr>
          <w:b/>
        </w:rPr>
        <w:t xml:space="preserve">[38:32] </w:t>
      </w:r>
      <w:r>
        <w:t>hai to hum fresh rehte hain bas yeh wali cheez hai.</w:t>
      </w:r>
    </w:p>
    <w:p>
      <w:pPr>
        <w:jc w:val="right"/>
      </w:pPr>
      <w:r>
        <w:t>है तो हम fresh रहते हैं बस यह वाली चीज़ है.</w:t>
      </w:r>
    </w:p>
    <w:p>
      <w:r>
        <w:rPr>
          <w:b/>
        </w:rPr>
        <w:t xml:space="preserve">[38:39] </w:t>
      </w:r>
      <w:r>
        <w:t>to bahut zaroori hai.</w:t>
      </w:r>
    </w:p>
    <w:p>
      <w:pPr>
        <w:jc w:val="right"/>
      </w:pPr>
      <w:r>
        <w:t>तो बहुत ज़रूरी है.</w:t>
      </w:r>
    </w:p>
    <w:p>
      <w:r>
        <w:rPr>
          <w:b/>
        </w:rPr>
        <w:t xml:space="preserve">[38:43] </w:t>
      </w:r>
      <w:r>
        <w:t>main shandara mein zaroor khayal karungi yaar.</w:t>
      </w:r>
    </w:p>
    <w:p>
      <w:pPr>
        <w:jc w:val="right"/>
      </w:pPr>
      <w:r>
        <w:t>मैं शानदारा में ज़रूर ख्याल करूंगी यार.</w:t>
      </w:r>
    </w:p>
    <w:p>
      <w:r>
        <w:rPr>
          <w:b/>
        </w:rPr>
        <w:t xml:space="preserve">[38:47] </w:t>
      </w:r>
      <w:r>
        <w:t>aisi faint hi zindagi ko khuda ke liye istemal karna hai jab tak zindagi hai.</w:t>
      </w:r>
    </w:p>
    <w:p>
      <w:pPr>
        <w:jc w:val="right"/>
      </w:pPr>
      <w:r>
        <w:t>ऐसी faint ही ज़िंदगी को खुदा के लिए इस्तेमाल करना है जब तक ज़िंदगी है.</w:t>
      </w:r>
    </w:p>
    <w:p>
      <w:r>
        <w:rPr>
          <w:b/>
        </w:rPr>
        <w:t xml:space="preserve">[38:51] </w:t>
      </w:r>
      <w:r>
        <w:t>chalo hamare ko.</w:t>
      </w:r>
    </w:p>
    <w:p>
      <w:pPr>
        <w:jc w:val="right"/>
      </w:pPr>
      <w:r>
        <w:t>चलो हमारे को.</w:t>
      </w:r>
    </w:p>
    <w:p>
      <w:r>
        <w:rPr>
          <w:b/>
        </w:rPr>
        <w:t xml:space="preserve">[38:55] </w:t>
      </w:r>
      <w:r>
        <w:t>rahman tunisha baat.</w:t>
      </w:r>
    </w:p>
    <w:p>
      <w:pPr>
        <w:jc w:val="right"/>
      </w:pPr>
      <w:r>
        <w:t>राह्मण तुनिशा बात.</w:t>
      </w:r>
    </w:p>
    <w:p>
      <w:r>
        <w:rPr>
          <w:b/>
        </w:rPr>
        <w:t xml:space="preserve">[38:59] </w:t>
      </w:r>
      <w:r>
        <w:t>bismillah hai wahman kahin.</w:t>
      </w:r>
    </w:p>
    <w:p>
      <w:pPr>
        <w:jc w:val="right"/>
      </w:pPr>
      <w:r>
        <w:t>बश्मिल्ला है वाह्मण कहीं.</w:t>
      </w:r>
    </w:p>
    <w:p>
      <w:r>
        <w:rPr>
          <w:b/>
        </w:rPr>
        <w:t xml:space="preserve">[39:03] </w:t>
      </w:r>
      <w:r>
        <w:t>kaun bol raha hai?</w:t>
      </w:r>
    </w:p>
    <w:p>
      <w:pPr>
        <w:jc w:val="right"/>
      </w:pPr>
      <w:r>
        <w:t>कौन बोल रहा है?</w:t>
      </w:r>
    </w:p>
    <w:p>
      <w:r>
        <w:rPr>
          <w:b/>
        </w:rPr>
        <w:t xml:space="preserve">[39:07] </w:t>
      </w:r>
      <w:r>
        <w:t>rahman tunisha baat. Ok.</w:t>
      </w:r>
    </w:p>
    <w:p>
      <w:pPr>
        <w:jc w:val="right"/>
      </w:pPr>
      <w:r>
        <w:t>राह्मण तुनिशा बात. Ok.</w:t>
      </w:r>
    </w:p>
    <w:p>
      <w:r>
        <w:rPr>
          <w:b/>
        </w:rPr>
        <w:t xml:space="preserve">[39:11] </w:t>
      </w:r>
      <w:r>
        <w:t>To Maulana ke bayanat se ab unki taqreeron se to hamein Eid ke bare mein ek bahut hi hum aur sahi rukh unhon ne hamein diya. Jab bhi hum unke article padhte hain to hamein maloom hota hai. To hum pehle khush hote the.</w:t>
      </w:r>
    </w:p>
    <w:p>
      <w:pPr>
        <w:jc w:val="right"/>
      </w:pPr>
      <w:r>
        <w:t>तो मोलाना के बयानाज से अब उनकी तारीरों से तो हमें ईंट के बारे में एक बहुत ही हम और सही रुख उन्होंने हमें दिया. जब भी हम उनके article पढ़ते हैं तो हमें मालूम होता है. तो हम पहले खुश होते थे.</w:t>
      </w:r>
    </w:p>
    <w:p>
      <w:r>
        <w:rPr>
          <w:b/>
        </w:rPr>
        <w:t xml:space="preserve">[39:34] </w:t>
      </w:r>
      <w:r>
        <w:t>Kisi qism ki khaas qism ki khushi hoti thi kapde pehenne ki ya koi aur qism ki khushi doston se milne ki, Eid ke mauke par aur to alag qism ki. Ab hum main samajhti hoon ke yeh to bilkul bachkana khayal tha hamara. To Maulana kehte the ke iski spirit kya hai? Iski spirit kya hai?</w:t>
      </w:r>
    </w:p>
    <w:p>
      <w:pPr>
        <w:jc w:val="right"/>
      </w:pPr>
      <w:r>
        <w:t>किसी किस्म की खास किस्म की खुशी होती थी कपड़े पहनने की या कोई और किस्म की खुशी दोस्तों से मिलने की, ईद की मौके पर और तो अलग किस्म की. अब हम मैं समझती हूं कि यह तो बिल्कुल बचकाना ख्याल था हमारा. तो मौलाना कहते थे कि इसकी spirit क्या है? इसकी spirit क्या है?</w:t>
      </w:r>
    </w:p>
    <w:p>
      <w:r>
        <w:rPr>
          <w:b/>
        </w:rPr>
        <w:t xml:space="preserve">[40:00] </w:t>
      </w:r>
      <w:r>
        <w:t>Jab Hajra alaihi salam ne kaha, aap hamein kyun chhod kar ja rahe ho? Ibrahim alaihi salam se kaha, aap hum akele is sehra mein kyun chhod kar ja rahe ho? To unhon ne koi jawab nahi diya. Phir kai martaba poochne ke baad phir unhon ne kaha, kya yeh Allah taala ka hukum hai?</w:t>
      </w:r>
    </w:p>
    <w:p>
      <w:pPr>
        <w:jc w:val="right"/>
      </w:pPr>
      <w:r>
        <w:t>जब हाजिरा अलही सलाम ने कहा, आप हमें क्यों छोड़कर जा रहे हो? इब्राहिम अलही सलाम से कहा, आप हम अकेले इस सहरा में क्यों छोड़कर जा रहे हो? तो उन्होंने कोई जवाब नहीं दिया. फिर कई मतवा पूछने के बाद फिर उन्होंने कहा, क्या यह अल्लाह तालाह का हकुम है?</w:t>
      </w:r>
    </w:p>
    <w:p>
      <w:r>
        <w:rPr>
          <w:b/>
        </w:rPr>
        <w:t xml:space="preserve">[40:28] </w:t>
      </w:r>
      <w:r>
        <w:t>To unhon ne kaha, ji haan. To yeh baat sunte hi unhon ne kaha accha, aap chale jao. Hum Allah taala par mujhe bharosa hai. Hum Allah ke hawale hi Allah taala hamein jaaye nahi karega.</w:t>
      </w:r>
    </w:p>
    <w:p>
      <w:pPr>
        <w:jc w:val="right"/>
      </w:pPr>
      <w:r>
        <w:t>तो उन्होंने कहा, जी हां. तो यह बात सुनते ही उन्होंने कहा अच्छा, आप चले जाओ. हम लाह ताला पर मुझे भरोसा है. हम अल्लाह के हवाले ही अल्लाह ताला हमें जाए नहीं करेगा.</w:t>
      </w:r>
    </w:p>
    <w:p>
      <w:r>
        <w:rPr>
          <w:b/>
        </w:rPr>
        <w:t xml:space="preserve">[40:44] </w:t>
      </w:r>
      <w:r>
        <w:t>to yeh khurbaani imalana kehte thay ke hum jo khurbaaniyan detay hain woh nazar anay wali khurbaaniyan lekin</w:t>
      </w:r>
    </w:p>
    <w:p>
      <w:pPr>
        <w:jc w:val="right"/>
      </w:pPr>
      <w:r>
        <w:t>तो यह खुरबानी इमालाना कहते थे कि हम जो खुरबानियां देते हैं वह नज़र आने वाली खुरबानियां लेकिन</w:t>
      </w:r>
    </w:p>
    <w:p>
      <w:r>
        <w:rPr>
          <w:b/>
        </w:rPr>
        <w:t xml:space="preserve">[40:53] </w:t>
      </w:r>
      <w:r>
        <w:t>us khajra ali salam ne jo baat kahi aur jo sabar ka muzahira kiya aur akeley us jungal</w:t>
      </w:r>
    </w:p>
    <w:p>
      <w:pPr>
        <w:jc w:val="right"/>
      </w:pPr>
      <w:r>
        <w:t>उस खाजरा अली सलाम ने जो बात कही और जो सबर का मुज़ाहिरा किया और अकेले उस जंगल</w:t>
      </w:r>
    </w:p>
    <w:p>
      <w:r>
        <w:rPr>
          <w:b/>
        </w:rPr>
        <w:t xml:space="preserve">[41:03] </w:t>
      </w:r>
      <w:r>
        <w:t>biyaban mein sehra mein apne chotay sheerkhwaar bachay ko lay kar lahtala ke zaat par jitna unhon ne bharosa kiya</w:t>
      </w:r>
    </w:p>
    <w:p>
      <w:pPr>
        <w:jc w:val="right"/>
      </w:pPr>
      <w:r>
        <w:t>बियाबान में सहरा में अपने छोटे शीरख्वार बच्चे को लेकर लहताला कि जात पर जितना उन्होंने भरोसा किया</w:t>
      </w:r>
    </w:p>
    <w:p>
      <w:r>
        <w:rPr>
          <w:b/>
        </w:rPr>
        <w:t xml:space="preserve">[41:13] </w:t>
      </w:r>
      <w:r>
        <w:t>jis paaye ka yaqeen aur bharosa tha, beshak lahtala halanki woh cheez dunya se chhupi hui hai.</w:t>
      </w:r>
    </w:p>
    <w:p>
      <w:pPr>
        <w:jc w:val="right"/>
      </w:pPr>
      <w:r>
        <w:t>जिस पाए का एकीन और भरोसा था, बेशक लह्ताला हालांकि वह चीज़ दुनिया से छुपी हुई है.</w:t>
      </w:r>
    </w:p>
    <w:p>
      <w:r>
        <w:rPr>
          <w:b/>
        </w:rPr>
        <w:t xml:space="preserve">[41:23] </w:t>
      </w:r>
      <w:r>
        <w:t>Unka yaqeen aur unka status, state jo tha us waqt woh koi nahi jaanta. Sirf siway Allah taala ke unke andar kaisi kaifiyat hoti thi aur kaisa woh apne aqlote bachche ko lekar kaise woh akele apne aap ko sambhal rahi thi.</w:t>
      </w:r>
    </w:p>
    <w:p>
      <w:pPr>
        <w:jc w:val="right"/>
      </w:pPr>
      <w:r>
        <w:t>उनका एकीन और उनका status, state जो था उस वक्त वह कोई नहीं जानता. सिर्फ सिवाय अल्लाह ताला कि उनके अंदर कैसी कैफियत होती थी और कैसा वह अपने अकलोते बच्चे को लेकर कैसे वह अकेले अपने आप को संभाल रही थी.</w:t>
      </w:r>
    </w:p>
    <w:p>
      <w:r>
        <w:rPr>
          <w:b/>
        </w:rPr>
        <w:t xml:space="preserve">[41:44] </w:t>
      </w:r>
      <w:r>
        <w:t>To is kis qism ka aala darje ka woh yaqeen tha, bharosa tha Allah taala par, to yeh Allah taala usko jaaye nahi karenge.</w:t>
      </w:r>
    </w:p>
    <w:p>
      <w:pPr>
        <w:jc w:val="right"/>
      </w:pPr>
      <w:r>
        <w:t>तो इस किस कसम का आला दर्जे का वह यकीन था, भरोसा था अल्लाह ताला पर, तो यह अल्लाह तालाह उसको जाए नहीं करेंगे.</w:t>
      </w:r>
    </w:p>
    <w:p>
      <w:r>
        <w:rPr>
          <w:b/>
        </w:rPr>
        <w:t xml:space="preserve">[41:54] </w:t>
      </w:r>
      <w:r>
        <w:t>usay qayamat ke din utha kar rakhein gay aur sab se ziyada aala darjay ka unhein muqaam atyafarmayega kyunke jo zahir</w:t>
      </w:r>
    </w:p>
    <w:p>
      <w:pPr>
        <w:jc w:val="right"/>
      </w:pPr>
      <w:r>
        <w:t>उसे खियामत के दिन उठाकर रखेंगे और सबसे ज़्यादा आला दर्जे का उन्हें मुकाम अत्याफ़रमाएगा क्योंकि जो ज़ाहिर</w:t>
      </w:r>
    </w:p>
    <w:p>
      <w:r>
        <w:rPr>
          <w:b/>
        </w:rPr>
        <w:t xml:space="preserve">[42:02] </w:t>
      </w:r>
      <w:r>
        <w:t>cheezein hain wohi bazahir cheezein jo hamein dikhai deti hain doosron ko, hum ne aisi khurbaani ki, aisi khurbaani ki,</w:t>
      </w:r>
    </w:p>
    <w:p>
      <w:pPr>
        <w:jc w:val="right"/>
      </w:pPr>
      <w:r>
        <w:t>चीज़ें वहीं बज़ाहर चीज़ें जो हमें दिखाई देती हैं दूसरों को, हमने ऐसी खुरबानी की, ऐसी खुरबानी की,</w:t>
      </w:r>
    </w:p>
    <w:p>
      <w:r>
        <w:rPr>
          <w:b/>
        </w:rPr>
        <w:t xml:space="preserve">[42:11] </w:t>
      </w:r>
      <w:r>
        <w:t>hamein unki madad ki, hum ne aisa doosron ke waste aisa kiya, deen ke waste aisa kiya, shaheed ve</w:t>
      </w:r>
    </w:p>
    <w:p>
      <w:pPr>
        <w:jc w:val="right"/>
      </w:pPr>
      <w:r>
        <w:t>हमें उनकी मदद की, हमने ऐसा दूसरों के वास्ते ऐसा किया, दिन के वास्ते ऐसा किया, शहीद वे</w:t>
      </w:r>
    </w:p>
    <w:p>
      <w:r>
        <w:rPr>
          <w:b/>
        </w:rPr>
        <w:t xml:space="preserve">[42:19] </w:t>
      </w:r>
      <w:r>
        <w:t>even that also I don't think the they'll reach that position.</w:t>
      </w:r>
    </w:p>
    <w:p>
      <w:pPr>
        <w:jc w:val="right"/>
      </w:pPr>
      <w:r>
        <w:t>even that also I don't think the they'll reach that position.</w:t>
      </w:r>
    </w:p>
    <w:p>
      <w:r>
        <w:rPr>
          <w:b/>
        </w:rPr>
        <w:t xml:space="preserve">[42:28] </w:t>
      </w:r>
      <w:r>
        <w:t>Jo position aap alaiha alaiha alaiha ne jo zahira kiya haqeen aur bharose ka uske paaye ka haqeen main samajhti hoon bahut bahut hi bahut nader hai, nayab hai.</w:t>
      </w:r>
    </w:p>
    <w:p>
      <w:pPr>
        <w:jc w:val="right"/>
      </w:pPr>
      <w:r>
        <w:t>जो position आप अलहिदा अलहिदा अलहिदा ने जो जाहिरा किया हक़ीन और भरोसे का उसके पाए का हक़ीन मैं समझती हूं बहुत बहुत ही बहुत नादिर है, नायाब है.</w:t>
      </w:r>
    </w:p>
    <w:p>
      <w:r>
        <w:rPr>
          <w:b/>
        </w:rPr>
        <w:t xml:space="preserve">[42:47] </w:t>
      </w:r>
      <w:r>
        <w:t>to is tarah ka yaqeen hamare andar Allah taala ne Maulana ke zariye se hamare andar iski spirit</w:t>
      </w:r>
    </w:p>
    <w:p>
      <w:pPr>
        <w:jc w:val="right"/>
      </w:pPr>
      <w:r>
        <w:t>तो इस तरह का एकीम हमारे अंदर अल्लाह ताला ने मौलाना के जरिए से हमारे अंदर इसकी spirit</w:t>
      </w:r>
    </w:p>
    <w:p>
      <w:r>
        <w:rPr>
          <w:b/>
        </w:rPr>
        <w:t xml:space="preserve">[42:53] </w:t>
      </w:r>
      <w:r>
        <w:t>paida ki ke waqai hum jab zibah karte hain janwar ko to janwar ko zibah nahi kar rahe</w:t>
      </w:r>
    </w:p>
    <w:p>
      <w:pPr>
        <w:jc w:val="right"/>
      </w:pPr>
      <w:r>
        <w:t>पैदा की कि वाकई हम जब ज़बाह करते हैं जानवर को तो जानवर को ज़बाह नहीं कर रहे</w:t>
      </w:r>
    </w:p>
    <w:p>
      <w:r>
        <w:rPr>
          <w:b/>
        </w:rPr>
        <w:t xml:space="preserve">[43:00] </w:t>
      </w:r>
      <w:r>
        <w:t>hain balkay apne khwahishat ko aap zibah kar rahe hain aur har woh cheez lahtala se hamein distract</w:t>
      </w:r>
    </w:p>
    <w:p>
      <w:pPr>
        <w:jc w:val="right"/>
      </w:pPr>
      <w:r>
        <w:t>हैं बल्कि अपने ख्वाहिशात को आप ज़बाह कर रहे हैं और हर वह चीज़ लहताला से हमें distract</w:t>
      </w:r>
    </w:p>
    <w:p>
      <w:r>
        <w:rPr>
          <w:b/>
        </w:rPr>
        <w:t xml:space="preserve">[43:07] </w:t>
      </w:r>
      <w:r>
        <w:t>karti hai, deen se hamein door karti hai, usko hum zibah kar rahe hain aur woh khayal jab</w:t>
      </w:r>
    </w:p>
    <w:p>
      <w:pPr>
        <w:jc w:val="right"/>
      </w:pPr>
      <w:r>
        <w:t>करती है, दीन से हमें दूर करती है, उसको हम ज़बाह कर रहे हैं और वह ख्याल जब</w:t>
      </w:r>
    </w:p>
    <w:p>
      <w:r>
        <w:rPr>
          <w:b/>
        </w:rPr>
        <w:t xml:space="preserve">[43:13] </w:t>
      </w:r>
      <w:r>
        <w:t>hamein aata hai to hamari zindagi mein woh amli taur par woh hamare andar rach bas jati hai</w:t>
      </w:r>
    </w:p>
    <w:p>
      <w:pPr>
        <w:jc w:val="right"/>
      </w:pPr>
      <w:r>
        <w:t>हमें आता है तो हमारी ज़िंदगी में वह अमली तौर पर वह हमारे अंदर रच बस जाती है</w:t>
      </w:r>
    </w:p>
    <w:p>
      <w:r>
        <w:rPr>
          <w:b/>
        </w:rPr>
        <w:t xml:space="preserve">[43:20] </w:t>
      </w:r>
      <w:r>
        <w:t>woh baat aur hamein lahtala se yeh cheez khareed karti hai aur uska yaqeen aata hai aur har</w:t>
      </w:r>
    </w:p>
    <w:p>
      <w:pPr>
        <w:jc w:val="right"/>
      </w:pPr>
      <w:r>
        <w:t>वह बात और हमें लहताला से यह चीज़ खरीद करती है और उसका यकीन आता है और हर</w:t>
      </w:r>
    </w:p>
    <w:p>
      <w:r>
        <w:rPr>
          <w:b/>
        </w:rPr>
        <w:t xml:space="preserve">[43:27] </w:t>
      </w:r>
      <w:r>
        <w:t>mushkil mein yeh yaqeen saath deta hai.</w:t>
      </w:r>
    </w:p>
    <w:p>
      <w:pPr>
        <w:jc w:val="right"/>
      </w:pPr>
      <w:r>
        <w:t>मुश्किल में यह यकीन साथ देता है.</w:t>
      </w:r>
    </w:p>
    <w:p>
      <w:r>
        <w:rPr>
          <w:b/>
        </w:rPr>
        <w:t xml:space="preserve">[43:34] </w:t>
      </w:r>
      <w:r>
        <w:t>bahar yahi har mushkil ka, har mushkil ka ek wahid aur yaqeeni zariya sirf Allah taala ki madad hai. yeh cheez hamare dil mein rastik bajati hai. to yeh jumla bhi maine tas'keer ul quran se liya hai. yeh jo jumla hai, khuda ki madad tamam mushkilat ke hal ka wahid yaqeeni zariya hai.</w:t>
      </w:r>
    </w:p>
    <w:p>
      <w:pPr>
        <w:jc w:val="right"/>
      </w:pPr>
      <w:r>
        <w:t>बाहर यही हर मुश्किल का, हर मुश्किल का एक वाहिद और यकीनी ज़रिया सिर्फ अल्लाह तालाह की मदद है. यह चीज़ हमारे दिल में रास्तिक बजाती है. तो यह जुमला भी मैंने तस्कीर उल्कुरान से लिया है. यह जो जुमला है, खुदा की मदद तमाम मुश्किलात के हल का वाहिद यकीनी ज़रिया है.</w:t>
      </w:r>
    </w:p>
    <w:p>
      <w:r>
        <w:rPr>
          <w:b/>
        </w:rPr>
        <w:t xml:space="preserve">[44:03] </w:t>
      </w:r>
      <w:r>
        <w:t>to maine yeh bahat kar diya. yeh jumla maine bahat kar lekha taake mujhe bar bar jab bhi mujhe koi mushkil pesh aaye, isko main bar bar dohrati rahoon aur mera yaqeen badhta jaaye, yaqeen badhta jaaye. baqi Maulana ke ek ek lafz bhi itna pyara jaise nageena, anguthi mein nageena bithaya jaata hai.</w:t>
      </w:r>
    </w:p>
    <w:p>
      <w:pPr>
        <w:jc w:val="right"/>
      </w:pPr>
      <w:r>
        <w:t>तो मैंने यह बहाट कर दिया. यह जुमला मैंने बहाट कर लेखा ताकि मुझे बार बार जब भी मुझे कोई मुश्किल पेश आए, इसको मैं बार बार दोहराती रहूं और मेरा एकीन बढ़ता जाए, एकीन बढ़ता जाए. बाकी मौलाना के एक एक लफ्ज़ भी इतना प्यारा जैसे नगीना, अंगूठी में नगीना बिठाया जाता है.</w:t>
      </w:r>
    </w:p>
    <w:p>
      <w:r>
        <w:rPr>
          <w:b/>
        </w:rPr>
        <w:t xml:space="preserve">[44:29] </w:t>
      </w:r>
      <w:r>
        <w:t>aisa alfaaz ka bahut achhi tarike se bahut mujhe alfaaz nahin milte. aur aana ke alfaaz jo tehreer the unki tehreerein hi jo baat karte the to alfaaz jo the bade mutasir karne wale aur dil par asar karne wale aur dil par zyada se zyada hamein uske usse garvida hone wale aise alfaaz istemal karte the.</w:t>
      </w:r>
    </w:p>
    <w:p>
      <w:pPr>
        <w:jc w:val="right"/>
      </w:pPr>
      <w:r>
        <w:t>ऐसा अल्फास का बहुत अच्छी तरीके से बहुत मुझे अल्फाज़ नहीं मिलते. और आना के अल्फाज़ जो तहरीर थे उनकी तहरीरें ही जो बात करते थे तो अल्फाज़ जो थे बड़े मुतासिर करने वाले और दिल पर असर करने वाले और दिल पर ज़्यादा से ज़्यादा हमें उसके उससे गर्वीदा होने वाले ऐसे अल्फाज़ इस्तेमाल करते थे.</w:t>
      </w:r>
    </w:p>
    <w:p>
      <w:r>
        <w:rPr>
          <w:b/>
        </w:rPr>
        <w:t xml:space="preserve">[44:59] </w:t>
      </w:r>
      <w:r>
        <w:t>to ab bhi hum quran ki tashreeh ho ya koi Maulana ki koi kitab ho, koi tehreer ho, padhne baithe hain to iske mujhe do tarfa faayde nazar aate hain, do tarfa. ek to uski spirit, doosra uska jaise Maulana kehte hain ek uska zahiri pehlu, ek uska batini pehlu. Maulana ki tehreeron mein bhi mujhe zahiri pehlu ek nazar aata hai aur uska batini pehlu.</w:t>
      </w:r>
    </w:p>
    <w:p>
      <w:pPr>
        <w:jc w:val="right"/>
      </w:pPr>
      <w:r>
        <w:t>तो अब भी हम कुरान की तशरी हो या कोई मौलाना की कोई किताब हो, कोई तहरीर हो, पढ़ने बैठे हैं तो इसके मुझे दो तरफा फ़ायदे नज़र आते हैं, दो तरफा. एक तो उसकी spirit, दूसरा उसका जैसे मौलाना कहते हैं एक उसका ज़ाहिर ही पहलू, एक उसका बातीनी पहलू. मौलाना की तहरीरों में भी मुझे ज़ाहिर ही पहलू एक नज़र आता है और उसका बात ही नहीं पहलू.</w:t>
      </w:r>
    </w:p>
    <w:p>
      <w:r>
        <w:rPr>
          <w:b/>
        </w:rPr>
        <w:t xml:space="preserve">[45:28] </w:t>
      </w:r>
      <w:r>
        <w:t>zahiri pehlu yeh ki unki zabaan aur unka alfaaz ka chunav woh mujhe bahut zyada mutasir kiya. yeh to zahiri hui aur uski spirit uske andar jab unhone baat baat kehte the woh, to yeh yaqeen yeh baat Allah taala ka yaqeen aur azmat hamare dil mein baith jaati thi.</w:t>
      </w:r>
    </w:p>
    <w:p>
      <w:pPr>
        <w:jc w:val="right"/>
      </w:pPr>
      <w:r>
        <w:t>ज़ाहिरी पहलू यह कि उनकी ज़बान और उनका अल्फास का चुनाव वह मुझे बहुत ज़्यादा मुतासिर किया. यह तो ज़ाहिरी हुई और उसकी spirit उसके अंदर जब उन्होंने बात बात कहते थे वह, तो यह यकीन यह बात अल्लाह तालाह का यकीन और अस्मत हमारे दिल में बैठ जाती थी.</w:t>
      </w:r>
    </w:p>
    <w:p>
      <w:r>
        <w:rPr>
          <w:b/>
        </w:rPr>
        <w:t xml:space="preserve">[45:51] </w:t>
      </w:r>
      <w:r>
        <w:t>aaj bhi agar mujhse koi pooche ki Maulana ki tehreeron se, Maulana ke videos waghera se banana se tumne kya seekha? to main sirf aur sirf ek baat kahungi ki unhone mere dil mein Allah taala ke azmat bithadi.</w:t>
      </w:r>
    </w:p>
    <w:p>
      <w:pPr>
        <w:jc w:val="right"/>
      </w:pPr>
      <w:r>
        <w:t>आज भी अगर मुझसे कोई पूछे कि मौलाना की तहरीरों से, मौलाना के videos वगैरह से बनाना से तुमने क्या सीखा? तो मैं सिर्फ और सिर्फ एक बात कहूंगी कि उन्होंने मेरे दिल में अल्लाह तालाह के अजमत बिठा दी.</w:t>
      </w:r>
    </w:p>
    <w:p>
      <w:r>
        <w:rPr>
          <w:b/>
        </w:rPr>
        <w:t xml:space="preserve">[46:09] </w:t>
      </w:r>
      <w:r>
        <w:t>bas jab aaj janwar ka zabah kiya gaya to sari baaten Maulana ki is talq se mere dimagh mein ghoomti rahe aur laah taala ka shukr ada karti rahi main ki waqai laah taala ne hamein ek Maulana ke roop mein ek bahut achha rahnuma, sahi rahnuma hamein aata kiya.</w:t>
      </w:r>
    </w:p>
    <w:p>
      <w:pPr>
        <w:jc w:val="right"/>
      </w:pPr>
      <w:r>
        <w:t>बस जब आज जानवर का ज़बाह किया गया तो सारी बातें मौलाना की इस तालक से मेरे दिमाग में घूमती रहे और लाह ताला का शुक्र अदा करती रही मैं कि वाकई लाह ताला ने हमें एक मौलाना के रूप में एक बहुत अच्छा रहनुमा, सही रहनुमा हमें आता किया.</w:t>
      </w:r>
    </w:p>
    <w:p>
      <w:r>
        <w:rPr>
          <w:b/>
        </w:rPr>
        <w:t xml:space="preserve">[46:36] </w:t>
      </w:r>
      <w:r>
        <w:t>shayad hi koi aur hai jo is nehaj par samjhaye. bas Allah taala jaza e khair taafar maaye Maulana ko. bahut ooncha darja taafar maaye unke awlaat ke jo kaam kar rahe hain mission walon ke, Allah taala hamari madad karein. is waaste ke tamam mushkilat ka hal. Allah taala ki madad hi wahad ekhin hi zariya hai.</w:t>
      </w:r>
    </w:p>
    <w:p>
      <w:pPr>
        <w:jc w:val="right"/>
      </w:pPr>
      <w:r>
        <w:t>शायद ही कोई और है जो इस नेहज पर समझाए. बस अल्लाह तालाह जज़ाएं खैर ताफर माएं मौलाना को. बहुत ऊंचा दर्जा ताफर माएं उनके आंवलात के जो काम कर रहे हैं mission वालों के, अल्लाह तालाह हमारी मदद करें. इस वास्ते के तमाम मुश्किलात का हल. अल्लाह तालाह की मदद ही वाहद एखीन ही ज़रिया है.</w:t>
      </w:r>
    </w:p>
    <w:p>
      <w:r>
        <w:rPr>
          <w:b/>
        </w:rPr>
        <w:t xml:space="preserve">[47:03] </w:t>
      </w:r>
      <w:r>
        <w:t>yeh jumla main bar bar repeat karti hoon isliye ki taake mujhe taqviyat mile aur Allah taala ki madad ka ehsaas hota rahe. assalam walek. gorveen assalam. raamit anisaah ki baaton se mujhe ek baat yaad aa gayi ki abhi kisi ne mujhe kuch din pehle mujhse request kiya tha physical quran ka audio ke bare mein.</w:t>
      </w:r>
    </w:p>
    <w:p>
      <w:pPr>
        <w:jc w:val="right"/>
      </w:pPr>
      <w:r>
        <w:t>यह जुमला मैं बार बार repeat करती हूं इसलिए कि ताकि मुझे तक़्वीयत मिले और अल्लाह तालाह की मदद का एहसास होता रहे. अस्सलाम वालेक. गौरवीण अस्सलाम. रैमित अनिसाह की बातों से मुझे एक बात याद आ गई कि अभी किसी ने मुझे कुछ दिन पहले मुझसे request किया था physical कुरान का audio के बारे में.</w:t>
      </w:r>
    </w:p>
    <w:p>
      <w:r>
        <w:rPr>
          <w:b/>
        </w:rPr>
        <w:t xml:space="preserve">[47:32] </w:t>
      </w:r>
      <w:r>
        <w:t>yeh mujhe pata hai kaafi kaafi din pehle aa chuka hai audio hona lekin maine kabhi suna nahin tha isko. lekin jab maine unse share kiya to main bhi sunai thi ismein hai kya? and believe me main sabse request karti hoon is baat ko main jo log bhi askurun quran jo Maulana ka hai usko zaroor sunein din mein bahut zyada jo hum baithkar shayad kitaab dete the padhein to utna time nahin de paayenge.</w:t>
      </w:r>
    </w:p>
    <w:p>
      <w:pPr>
        <w:jc w:val="right"/>
      </w:pPr>
      <w:r>
        <w:t>यह मुझे पता है काफी काफी दिन पहले आ चुका है audio होना लेकिन मैंने कभी सुना नहीं था इसको. लेकिन जब मैंने उनसे share किया तो मैं भी सुनाई थी इसमें है क्या? And believe me मैं सबसे request करती हूं इस बात को मैं जो लोग भी अस्करुर्ण कुरान जो मौलाना का है उसको ज़रूर सुनें दिन में बहुत ज़्यादा जो हम बैठकर शायद किताब देते थे पढ़ें तो उतना time नहीं दे पाएंगे.</w:t>
      </w:r>
    </w:p>
    <w:p>
      <w:r>
        <w:rPr>
          <w:b/>
        </w:rPr>
        <w:t xml:space="preserve">[48:01] </w:t>
      </w:r>
      <w:r>
        <w:t>शायद concentration surkha nahi padh payenge.</w:t>
      </w:r>
    </w:p>
    <w:p>
      <w:pPr>
        <w:jc w:val="right"/>
      </w:pPr>
      <w:r>
        <w:t>शायद concentration सुर्खा नहीं पढ़ पाएंगे.</w:t>
      </w:r>
    </w:p>
    <w:p>
      <w:r>
        <w:rPr>
          <w:b/>
        </w:rPr>
        <w:t xml:space="preserve">[48:06] </w:t>
      </w:r>
      <w:r>
        <w:t>sab is baat ko mehsoos karte hain.</w:t>
      </w:r>
    </w:p>
    <w:p>
      <w:pPr>
        <w:jc w:val="right"/>
      </w:pPr>
      <w:r>
        <w:t>सब इस बात को महसूस करते हैं.</w:t>
      </w:r>
    </w:p>
    <w:p>
      <w:r>
        <w:rPr>
          <w:b/>
        </w:rPr>
        <w:t xml:space="preserve">[48:11] </w:t>
      </w:r>
      <w:r>
        <w:t>Praveena apa main kehna chahti hoon ke jaise abhi Rehmat Nishta ji ne kaha unhon ne bataya ke woh</w:t>
      </w:r>
    </w:p>
    <w:p>
      <w:pPr>
        <w:jc w:val="right"/>
      </w:pPr>
      <w:r>
        <w:t>प्रवीणा आपा मैं कहना चाहती हूं कि जैसे अभी रहमत निश्ता जी ने कहा उन्होंने बताया कि वह</w:t>
      </w:r>
    </w:p>
    <w:p>
      <w:r>
        <w:rPr>
          <w:b/>
        </w:rPr>
        <w:t xml:space="preserve">[48:17] </w:t>
      </w:r>
      <w:r>
        <w:t>ab unko sari baatein jaise hum Eid par shopping karte hain aur khana hota hai aur bohat kuch hota hai.</w:t>
      </w:r>
    </w:p>
    <w:p>
      <w:pPr>
        <w:jc w:val="right"/>
      </w:pPr>
      <w:r>
        <w:t>अब उनको सारी बातें जैसे हम ईद पर shopping करते हैं और खाना होता है और बहुत कुछ होता है.</w:t>
      </w:r>
    </w:p>
    <w:p>
      <w:r>
        <w:rPr>
          <w:b/>
        </w:rPr>
        <w:t xml:space="preserve">[48:22] </w:t>
      </w:r>
      <w:r>
        <w:t>to woh bachkani baatein lagti hain ab.</w:t>
      </w:r>
    </w:p>
    <w:p>
      <w:pPr>
        <w:jc w:val="right"/>
      </w:pPr>
      <w:r>
        <w:t>तो वह बचकानी बातें लगती हैं अब.</w:t>
      </w:r>
    </w:p>
    <w:p>
      <w:r>
        <w:rPr>
          <w:b/>
        </w:rPr>
        <w:t xml:space="preserve">[48:28] </w:t>
      </w:r>
      <w:r>
        <w:t>to main yaar Fahmidaba hum log ek din baat kar rahe thay aur hum keh rahe thay ke</w:t>
      </w:r>
    </w:p>
    <w:p>
      <w:pPr>
        <w:jc w:val="right"/>
      </w:pPr>
      <w:r>
        <w:t>तो मैं यार फहमीदाबा हम लोग एक दिन बात कर रहे थे और हम कह रहे थे कि</w:t>
      </w:r>
    </w:p>
    <w:p>
      <w:r>
        <w:rPr>
          <w:b/>
        </w:rPr>
        <w:t xml:space="preserve">[48:33] </w:t>
      </w:r>
      <w:r>
        <w:t>hum log aise ho gaye ke ab hum kahin fit nahi hotay.</w:t>
      </w:r>
    </w:p>
    <w:p>
      <w:pPr>
        <w:jc w:val="right"/>
      </w:pPr>
      <w:r>
        <w:t>हम लोग ऐसे हो गए कि अब हम कहीं fit नहीं होते.</w:t>
      </w:r>
    </w:p>
    <w:p>
      <w:r>
        <w:rPr>
          <w:b/>
        </w:rPr>
        <w:t xml:space="preserve">[48:39] </w:t>
      </w:r>
      <w:r>
        <w:t>ab hum ab hum bas mission mein hi fit hotay hain.</w:t>
      </w:r>
    </w:p>
    <w:p>
      <w:pPr>
        <w:jc w:val="right"/>
      </w:pPr>
      <w:r>
        <w:t>अब हम अब हम बस mission में ही fit होते हैं.</w:t>
      </w:r>
    </w:p>
    <w:p>
      <w:r>
        <w:rPr>
          <w:b/>
        </w:rPr>
        <w:t xml:space="preserve">[48:44] </w:t>
      </w:r>
      <w:r>
        <w:t>hum aur kahin fit nahin hote.</w:t>
      </w:r>
    </w:p>
    <w:p>
      <w:pPr>
        <w:jc w:val="right"/>
      </w:pPr>
      <w:r>
        <w:t>हम और कहीं fit नहीं होते.</w:t>
      </w:r>
    </w:p>
    <w:p>
      <w:r>
        <w:rPr>
          <w:b/>
        </w:rPr>
        <w:t xml:space="preserve">[48:50] </w:t>
      </w:r>
      <w:r>
        <w:t>to unhone bilkul sahi baat kahi ki ab yeh sari baaten bachkani lagti hain ki achha yeh kar lo, yeh kar lo, yeh kar lo. kyunki ab when because and this has happened because we have been given a bigger goal in our life. jab aapke paas ek bahut badi cheez hoti hai to baqi sari cheezein chhooti lagti hain, woh bachkani lagti hain. so that is the reason why everything is seems to be petty because we have a bigger role to play.</w:t>
      </w:r>
    </w:p>
    <w:p>
      <w:pPr>
        <w:jc w:val="right"/>
      </w:pPr>
      <w:r>
        <w:t>तो उन्होंने बिल्कुल सही बात कही कि अब यह सारी बातें बचकानी लगती हैं कि अच्छा यह कर लो, यह कर लो, यह कर लो. क्योंकि अब when because and this has happened because we have been given a bigger goal in our life. जब आपके पास एक बहुत बड़ी चीज़ होती है तो बाकी सारी चीज़ें छूटी लगती हैं, वह बचकानी लगती हैं. So that is the reason why everything is seems to be petty because we have a bigger role to play.</w:t>
      </w:r>
    </w:p>
    <w:p>
      <w:r>
        <w:rPr>
          <w:b/>
        </w:rPr>
        <w:t xml:space="preserve">[49:17] </w:t>
      </w:r>
      <w:r>
        <w:t>so, I just wanted to add to that ki unhone bilkul sahi kaha aur yahi sabka haal hai. hum sabka haal hai ki hum kahin fit nahin hote. hum sirf aur sirf apne CPS mission ke andar hi fit hote hain aur apna kaam karte hue bas chup chap se allamiya ke paas chale jaayein bas yahi darkhwaast tha aur yahi yeh ki jo allamiya ko humse kaam chahiye ki woh hum kaam kar lein bas. CPS mission se nahin CPS se hi nahin. CPS ke logon se hi hamari fitting hoti hai.</w:t>
      </w:r>
    </w:p>
    <w:p>
      <w:pPr>
        <w:jc w:val="right"/>
      </w:pPr>
      <w:r>
        <w:t>So, I just wanted to add to that कि उन्होंने बिल्कुल सही कहा और यही सबका हाल है. हम सबका हाल है कि हम कहीं fit नहीं होते. हम सिर्फ़ और सिर्फ़ अपने CPS mission के अंदर ही fit होते हैं और अपना काम करते हुए बस चुपचाप से अल्लामिया के पास चले जाएं बस यही दरख्वास था और यही यह कि जो अल्लामिया को हमसे काम चाहिए कि वह हम काम कर लें बस. CPS mission से नहीं CPS से ही नहीं. CPS के लोगों से ही हमारी fitting होती है.</w:t>
      </w:r>
    </w:p>
    <w:p>
      <w:r>
        <w:rPr>
          <w:b/>
        </w:rPr>
        <w:t xml:space="preserve">[49:47] </w:t>
      </w:r>
      <w:r>
        <w:t>hum CPS fitting ke logon se jab baithte hain, interaction karte hain to hum jaante hain ki hamara connection hai aur hum ek doosri ki baat ko samajh rahe hain, us level par samajh rahe hain aur yahi baat aap kisi aur logon ke saath karein unka hamara level match nahin karta. I I don't understand ki matlab people don't like the people who are not belonging to the seat because they don't like sitting with us because we talk something else.</w:t>
      </w:r>
    </w:p>
    <w:p>
      <w:pPr>
        <w:jc w:val="right"/>
      </w:pPr>
      <w:r>
        <w:t>हम CPS fitting के लोगों से जब बैठते हैं, interaction करते हैं तो हम जानते हैं कि हमारा connection है और हम एक दूसरी की बात को समझ रहे हैं, उस level पर समझ रहे हैं और यही बात आप किसी और लोगों के साथ करें उनका हमारा level match नहीं करता. I I don't understand कि मतलब people don't like the people who are not belonging to the seat because they don't like sitting with us because we talk something else.</w:t>
      </w:r>
    </w:p>
    <w:p>
      <w:r>
        <w:rPr>
          <w:b/>
        </w:rPr>
        <w:t xml:space="preserve">[50:12] </w:t>
      </w:r>
      <w:r>
        <w:t>we are beyond this material of shopping and talking and host kaise paka, khana kaise bana, sabzi kaise bani? kya aaya ghar? maybe we are not talking about all these things. we are talking beyond all these things. so people most of the thing I think they don't like our company. we don't fit anywhere. yes, we don't fit anywhere. premita ko aap kuch kehna cha rahi hain?</w:t>
      </w:r>
    </w:p>
    <w:p>
      <w:pPr>
        <w:jc w:val="right"/>
      </w:pPr>
      <w:r>
        <w:t>We are beyond this material of shopping and talking and host कैसे पका, खाना कैसे बना, सब्ज़ी कैसे बनी? क्या आया घर? Maybe we are not talking about all these things. We are talking beyond all these things. So people most of the thing I think they don't like our company. We don't fit anywhere. Yes, we don't fit anywhere. प्रेमिता को आप कुछ कहना चाह रही हैं?</w:t>
      </w:r>
    </w:p>
    <w:p>
      <w:r>
        <w:rPr>
          <w:b/>
        </w:rPr>
        <w:t xml:space="preserve">[50:37] </w:t>
      </w:r>
      <w:r>
        <w:t>bilkul sahi baat sahi baat hai bahut hi sahi baat hai aur iske liye jo hai ek achha khasa struggle karna padta hai. woh bhi sahi rahe hain, mamla bhi sab sahi rahe hain aur achha khasi jo jehat karni padti hai apni soch se ki matlab jab uske alag logon ke saath jab interaction karna padta hai to bahut mushkil hoti hai. ok, papa.</w:t>
      </w:r>
    </w:p>
    <w:p>
      <w:pPr>
        <w:jc w:val="right"/>
      </w:pPr>
      <w:r>
        <w:t>बिल्कुल सही बात सही बात है बहुत ही सही बात है और इसके लिए जो है एक अच्छा खासा struggle करना पड़ता है. वह भी सही रहे हैं, मामला भी सब सही रहे हैं और अच्छा खासी जो जहत करनी पड़ती है अपनी सोच से कि मतलब जब उसके अलग लोगों के साथ जब interaction करना पड़ता है तो बहुत मुश्किल होती है. Ok, papa.</w:t>
      </w:r>
    </w:p>
    <w:p>
      <w:r>
        <w:rPr>
          <w:b/>
        </w:rPr>
        <w:t xml:space="preserve">[51:07] </w:t>
      </w:r>
      <w:r>
        <w:t>I think aath baj raha hai. aapki ja sakti hai. ji. haan shrina kaafi time sab logon ne diya kiya sabko raajar yaazeen diya aur stuti aa gayi hai. aaj stuti ne bahut hi hum sab bahut kuch matlab bahut badi badi learning ho yukti ke zariye. main shahallah, bahut bahut shukriya stuti tumhara yahan aane ka.</w:t>
      </w:r>
    </w:p>
    <w:p>
      <w:pPr>
        <w:jc w:val="right"/>
      </w:pPr>
      <w:r>
        <w:t>I think आठ बज रहा है. आपकी जा सकती है. जी. हां श्रीना काफी time सब लोगों ने दिया किया सबको राजर याज़ीन दिया और स्तुति आ गई है. आज स्तुति ने बहुत ही हम सब बहुत कुछ मतलब बहुत बड़ी बड़ी learning हो यक्ति के ज़रिए. मैं शाहल्लाह, बहुत बहुत शुक्रिया स्थिति तुम्हारा यहां आने का.</w:t>
      </w:r>
    </w:p>
    <w:p>
      <w:r>
        <w:rPr>
          <w:b/>
        </w:rPr>
        <w:t xml:space="preserve">[51:32] </w:t>
      </w:r>
      <w:r>
        <w:t>bas thoda sa yahi kehna chahungi ki history mein jo matlab shuruaat daur mein jo ek ajeeb qurbaani ho chuki hai. ab aakhir daur mein hum is tarah ki ek qurbaani hamein bhi dena hai. har shakhs ke upar faarz hai ek qurbaani aur ek sacrifice ki hai behtar laataala ke yahan mukabile ko bolne hi hai.</w:t>
      </w:r>
    </w:p>
    <w:p>
      <w:pPr>
        <w:jc w:val="right"/>
      </w:pPr>
      <w:r>
        <w:t>बस थोड़ा सा यही कहना चाहूंगी कि history में जो मतलब शुरुआत दौर में जो एक अजीब कुर्बानी हो चुकी है. अब आखिर दौर में हम इस तरह की एक कुर्बानी हमें भी देना है. हर शख्स के ऊपर फ़ार्ज़ है एक कुर्बानी और एक sacrifice की है बेहतर लाताला के यहां मुकाबिले को बोलने ही है.</w:t>
      </w:r>
    </w:p>
    <w:p>
      <w:r>
        <w:rPr>
          <w:b/>
        </w:rPr>
        <w:t xml:space="preserve">[51:57] </w:t>
      </w:r>
      <w:r>
        <w:t>to hum aaj woh zamana nahin hai woh waqt nahin hai lekin hum apni ek cheez woh matlab ibraahi mile silah wala zamana nahin hai ki humko is tarah ki koi qurbaani dena hai. hamein sirf apni soch ki qurbaani dena hai.</w:t>
      </w:r>
    </w:p>
    <w:p>
      <w:pPr>
        <w:jc w:val="right"/>
      </w:pPr>
      <w:r>
        <w:t>तो हम आज वह जमाना नहीं है वह वक्त नहीं है लेकिन हम अपनी एक चीज़ वह मतलब इब्राही मिले सिलाह वाला ज़माना नहीं है कि हमको इस तरह की कोई कुर्बानी देना है. हमें सिर्फ अपनी सोच की कुर्बानी देना है.</w:t>
      </w:r>
    </w:p>
    <w:p>
      <w:r>
        <w:rPr>
          <w:b/>
        </w:rPr>
        <w:t xml:space="preserve">[52:10] </w:t>
      </w:r>
      <w:r>
        <w:t>bahut jo soch hum jis soch mein jis mahaul mein hum rehte hain un cheezon ko khatm karke</w:t>
      </w:r>
    </w:p>
    <w:p>
      <w:pPr>
        <w:jc w:val="right"/>
      </w:pPr>
      <w:r>
        <w:t>बहुत जो सोच हम जिस सोच में जिस माहौल में हम रहते हैं उन चीज़ों को खत्म करके</w:t>
      </w:r>
    </w:p>
    <w:p>
      <w:r>
        <w:rPr>
          <w:b/>
        </w:rPr>
        <w:t xml:space="preserve">[52:21] </w:t>
      </w:r>
      <w:r>
        <w:t>sirf khudaaron ki soch mein jaana hai aur hum woh soch ko uski qurbaani jab bhi de sakenge</w:t>
      </w:r>
    </w:p>
    <w:p>
      <w:pPr>
        <w:jc w:val="right"/>
      </w:pPr>
      <w:r>
        <w:t>सिर्फ खुदारों की सोच में जाना है और हम वह सोच को उसकी कुर्बानी जब भी दे सकेंगे</w:t>
      </w:r>
    </w:p>
    <w:p>
      <w:r>
        <w:rPr>
          <w:b/>
        </w:rPr>
        <w:t xml:space="preserve">[52:32] </w:t>
      </w:r>
      <w:r>
        <w:t>jo hamare andar gehra imaan qaayam ho jayega.</w:t>
      </w:r>
    </w:p>
    <w:p>
      <w:pPr>
        <w:jc w:val="right"/>
      </w:pPr>
      <w:r>
        <w:t>जो हमारे अंदर गहरा ईमान कायम हो जाएगा.</w:t>
      </w:r>
    </w:p>
    <w:p>
      <w:r>
        <w:rPr>
          <w:b/>
        </w:rPr>
        <w:t xml:space="preserve">[52:43] </w:t>
      </w:r>
      <w:r>
        <w:t>aur mahaul alag cheez hai aur log kya kahenge? is tarah ki baaten hoti hain na woh cheez alag hai aur khuda wali baat alag hai. aap agar aap puran padh rahe hain, aap hadish padh rahe hain to phir aap usko zamane mein laiye, usko apne mahaul mein laiye. yeh nahin hai ki aap us insaanon ke liye us tarah ki cheezon jaise ko ki hisa hazadeep raahi and is ram ne apne apne hawalit ko chhodkar apne bhaap ko chhodkar chale gaye jab woh nahin badal rahe the.</w:t>
      </w:r>
    </w:p>
    <w:p>
      <w:pPr>
        <w:jc w:val="right"/>
      </w:pPr>
      <w:r>
        <w:t>और माहौल अलग चीज़ है और लोग क्या कहेंगे? इस तरह की बातें होती है ना वह चीज़ अलग है और खुदा वाली बात अलग है. आप अगर आप पुरान पढ़ रहे हैं, आप हदीश पढ़ रहे हैं तो फिर आप उसको ज़माने में लाइए, उसको अपने माहौल में लाइए. यह नहीं है कि आप उस इंसानों के लिए उस तरह की चीज़ों जैसे को कि हिसा हज़ादीप राही and इस राम ने अपने अपने हवालित को छोड़कर अपने भाप को छोड़कर चले गए जब वह नहीं बदल रहे थे.</w:t>
      </w:r>
    </w:p>
    <w:p>
      <w:r>
        <w:rPr>
          <w:b/>
        </w:rPr>
        <w:t xml:space="preserve">[53:12] </w:t>
      </w:r>
      <w:r>
        <w:t>to kitni badi baat hai ki hum un cheezon mein fansen rahein aur hum nikal na paayein. yeh bhi matlab ek soch ke saath bhi aur hamare mission ke liye kitni badi hamare khud andar bhi ek pareshani paida hoti hai ki hum woh cheez ko nahin paar kar paate hain. Allah taala ne hamein sahi soch diya hai aur sahi samajh diya hai.</w:t>
      </w:r>
    </w:p>
    <w:p>
      <w:pPr>
        <w:jc w:val="right"/>
      </w:pPr>
      <w:r>
        <w:t>तो कितनी बड़ी बात है कि हम उन चीज़ों में फ़ंसे रहें और हम निकल ना पाएं. यह भी मतलब एक सोच के साथ भी और हमारे mission के लिए कितनी बड़ी हमारे खुद अपने अंदर भी एक परेशानी पैदा होती है कि हम वह चीज़ को नहीं पार कर पाते हैं. अल्लाह दाला ने हमें सही सोच दिया है और सही समझ दिया है.</w:t>
      </w:r>
    </w:p>
    <w:p>
      <w:r>
        <w:rPr>
          <w:b/>
        </w:rPr>
        <w:t xml:space="preserve">[53:36] </w:t>
      </w:r>
      <w:r>
        <w:t>ab hum apni soch aur samajh ko galat hi us par rakhe rahenge to yahi lagala aise dua</w:t>
      </w:r>
    </w:p>
    <w:p>
      <w:pPr>
        <w:jc w:val="right"/>
      </w:pPr>
      <w:r>
        <w:t>अब हम अपनी सोच और समझ को गलत ही उस पर रखे रहेंगे तो यही लगाला ऐसे दुआ</w:t>
      </w:r>
    </w:p>
    <w:p>
      <w:r>
        <w:rPr>
          <w:b/>
        </w:rPr>
        <w:t xml:space="preserve">[53:52] </w:t>
      </w:r>
      <w:r>
        <w:t>karte rahe hum aur apna apna andar se apni galat aadaton ko chhodte rahe.</w:t>
      </w:r>
    </w:p>
    <w:p>
      <w:pPr>
        <w:jc w:val="right"/>
      </w:pPr>
      <w:r>
        <w:t>करते रहे हम और अपना अपना अंदर से अपनी गलत आदतों को छोड़ते रहे.</w:t>
      </w:r>
    </w:p>
    <w:p>
      <w:r>
        <w:rPr>
          <w:b/>
        </w:rPr>
        <w:t xml:space="preserve">[54:08] </w:t>
      </w:r>
      <w:r>
        <w:t>yahi sabse badi sacrifice hogi ki hum yeh kar paayein. jaza kalyap sabka bahut zyada achha tha aaj ki learning bahut achhi thi. doctor safina kuch kuch kahein?</w:t>
      </w:r>
    </w:p>
    <w:p>
      <w:pPr>
        <w:jc w:val="right"/>
      </w:pPr>
      <w:r>
        <w:t>यही सबसे बड़ी sacrifice होगी कि हम यह कर पाएं. जज़ा कल्याप सबका बहुत ज़्यादा अच्छा था आज की learning बहुत अच्छी थी. Doctor सफीना कुछ कुछ कहें?</w:t>
      </w:r>
    </w:p>
    <w:p>
      <w:r>
        <w:rPr>
          <w:b/>
        </w:rPr>
        <w:t xml:space="preserve">[54:26] </w:t>
      </w:r>
      <w:r>
        <w:t>bas aap ab mujhe to aaj aisa lagta hai ki main jo kehna chah rahi thi woh sab</w:t>
      </w:r>
    </w:p>
    <w:p>
      <w:pPr>
        <w:jc w:val="right"/>
      </w:pPr>
      <w:r>
        <w:t>बस आप अब मुझे तो आज ऐसा लगता है कि मैं जो कहना चाह रही थी वह सब</w:t>
      </w:r>
    </w:p>
    <w:p>
      <w:r>
        <w:rPr>
          <w:b/>
        </w:rPr>
        <w:t xml:space="preserve">[54:31] </w:t>
      </w:r>
      <w:r>
        <w:t>to maine kuch kaha hi nahin kyunki aap logon ki mehfil mein baithne se just pehle mujhe woh</w:t>
      </w:r>
    </w:p>
    <w:p>
      <w:pPr>
        <w:jc w:val="right"/>
      </w:pPr>
      <w:r>
        <w:t>तो मैंने कुछ कहा ही नहीं क्योंकि आप लोगों की महफिल में बैठने से just पहले मुझे वह</w:t>
      </w:r>
    </w:p>
    <w:p>
      <w:r>
        <w:rPr>
          <w:b/>
        </w:rPr>
        <w:t xml:space="preserve">[54:36] </w:t>
      </w:r>
      <w:r>
        <w:t>discovery hui jiski maine baat ki aur mujhe lagta hai ki woh ekdam se stuti ke aane se</w:t>
      </w:r>
    </w:p>
    <w:p>
      <w:pPr>
        <w:jc w:val="right"/>
      </w:pPr>
      <w:r>
        <w:t>discovery हुई जिसकी मैंने बात की और मुझे लगता है कि वह एकदम से स्तुति के आने से</w:t>
      </w:r>
    </w:p>
    <w:p>
      <w:r>
        <w:rPr>
          <w:b/>
        </w:rPr>
        <w:t xml:space="preserve">[54:42] </w:t>
      </w:r>
      <w:r>
        <w:t>farishte aaye hain is mehfil mein jo ek nayi nayi discovery hui hain aur aaj ki jo baat</w:t>
      </w:r>
    </w:p>
    <w:p>
      <w:pPr>
        <w:jc w:val="right"/>
      </w:pPr>
      <w:r>
        <w:t>फरिश्ते आए हैं इस महफिल में जो एक नई नई discovery हुई हैं और आज की जो बात</w:t>
      </w:r>
    </w:p>
    <w:p>
      <w:r>
        <w:rPr>
          <w:b/>
        </w:rPr>
        <w:t xml:space="preserve">[54:47] </w:t>
      </w:r>
      <w:r>
        <w:t>hai isko main acche se aur sochungi jo mere dimaag mein aaya jo maine bola aur phir inshallah</w:t>
      </w:r>
    </w:p>
    <w:p>
      <w:pPr>
        <w:jc w:val="right"/>
      </w:pPr>
      <w:r>
        <w:t>है इसको मैं अच्छे से और सोचूंगी जो मेरे दिमाग में आया जो मैंने बोला और फिर इंशालाह</w:t>
      </w:r>
    </w:p>
    <w:p>
      <w:r>
        <w:rPr>
          <w:b/>
        </w:rPr>
        <w:t xml:space="preserve">[54:53] </w:t>
      </w:r>
      <w:r>
        <w:t>mujhe mujhe bahut thrill ho raha hai is cheez se aur yeh sirf yeh maujoodgi hai, saubat hai</w:t>
      </w:r>
    </w:p>
    <w:p>
      <w:pPr>
        <w:jc w:val="right"/>
      </w:pPr>
      <w:r>
        <w:t>मुझे मुझे बहुत thrill हो रहा है इस चीज़ से और यह सिर्फ यह मौजूदगी है, सौबत है</w:t>
      </w:r>
    </w:p>
    <w:p>
      <w:r>
        <w:rPr>
          <w:b/>
        </w:rPr>
        <w:t xml:space="preserve">[54:58] </w:t>
      </w:r>
      <w:r>
        <w:t>suddhi ki hamare saath ke hum itna accha aaj session kar pa rahe hain, interact kar pa rahe hain.</w:t>
      </w:r>
    </w:p>
    <w:p>
      <w:pPr>
        <w:jc w:val="right"/>
      </w:pPr>
      <w:r>
        <w:t>सुद्धि की हमारे साथ के हम इतना अच्छा आज session कर पा रहे हैं, interact कर पा रहे हैं.</w:t>
      </w:r>
    </w:p>
    <w:p>
      <w:r>
        <w:rPr>
          <w:b/>
        </w:rPr>
        <w:t xml:space="preserve">[55:04] </w:t>
      </w:r>
      <w:r>
        <w:t>talatala unhe bhi khoob ajir de aur hame unse bahut zyada seekhne ko mile aur hum sab ek doosre ke liye intellectual development ka zariya bane aur hamari jo purwani hai, jo sarkar hai, jo aapne kaha jis tarah se ki apni mindset ko todna, apne ego ko todna, yeh ilahadala ko mool karein aur hamein is process ko jaari karna hai mushkil.</w:t>
      </w:r>
    </w:p>
    <w:p>
      <w:pPr>
        <w:jc w:val="right"/>
      </w:pPr>
      <w:r>
        <w:t>लाताला उन्हें भी खूब अजिर दे और हमें उनसे बहुत ज़्यादा सीखने को मिले और हम सब एक दूसरे के लिए intellectual development का ज़रिया बने और हमारी जो पुर्वानी है, जो सरकार है, जो आपने कहा जिस तरह से कि अपनी mindset को तोड़ना, अपने ego को तोड़ना, यह इलाहादाला को मूल करें और हमें इस process को जारी करना है मुश्किल.</w:t>
      </w:r>
    </w:p>
    <w:p>
      <w:r>
        <w:rPr>
          <w:b/>
        </w:rPr>
        <w:t xml:space="preserve">[55:28] </w:t>
      </w:r>
      <w:r>
        <w:t>jaisa gala hai, Doctor Safina main is to thi aaj hum sabke liye to bahut aakhri mein besan thi. bahut jo kaha doctor Sefina ne ekdam sahi kaha farishte aur bhi zyada aa gaye aaj. to aakhri jo tum isko woh karo aakhri baat kaho. bahut hi achha nahi hai.</w:t>
      </w:r>
    </w:p>
    <w:p>
      <w:pPr>
        <w:jc w:val="right"/>
      </w:pPr>
      <w:r>
        <w:t>जैसा गला है, Doctor सफ़ेना मैं इस तो थी आज हम सबके लिए तो बहुत आखरी में बेसन थी. बहुत जो कहा doctor सफीना ने एकदम सही कहा परिश्ते और भी ज़्यादा आ गए आज. तो आखिरी जो तुम इसको वह करो आखिरी बात कहो. बहुत ही अच्छा नहीं है.</w:t>
      </w:r>
    </w:p>
    <w:p>
      <w:r>
        <w:rPr>
          <w:b/>
        </w:rPr>
        <w:t xml:space="preserve">[55:50] </w:t>
      </w:r>
      <w:r>
        <w:t>nahi abba thank you aapne mujhe push kiya aur main aa gayi kyunki pata nahi kam somehow reh jata tha par hemit abba ne mujhe bilkul order kiya kistu ji tumhein aana hai is baar.</w:t>
      </w:r>
    </w:p>
    <w:p>
      <w:pPr>
        <w:jc w:val="right"/>
      </w:pPr>
      <w:r>
        <w:t>नहीं अब्बा thank you आपने मुझे push किया और मैं आ गई क्योंकि पता नहीं कम somehow रह जाता था पर हेमित अब्बा ने मुझे बिल्कुल order किया किस्तु जी तुम्हें आना है इस बार.</w:t>
      </w:r>
    </w:p>
    <w:p>
      <w:r>
        <w:rPr>
          <w:b/>
        </w:rPr>
        <w:t xml:space="preserve">[56:03] </w:t>
      </w:r>
      <w:r>
        <w:t>to main aa gayi and mere liye bahut learning hui hai and inshallah main aage bhi aane ki koshish karungi and yahi hai ki bas apna hum kaam karte chalein, ek bahut badi zimmedari hai and allamiya hum sab apni taraf se koi na koi sacrifice kar rahe hain.</w:t>
      </w:r>
    </w:p>
    <w:p>
      <w:pPr>
        <w:jc w:val="right"/>
      </w:pPr>
      <w:r>
        <w:t>तो मैं आ गई and मेरे लिए बहुत learning हुई है and इंशालाह मैं आगे भी आने की कोशिश करूंगी and यही है कि बस अपना हम काम करते चलें, एक बहुत बड़ी ज़िम्मेदारी है and अल्लामिया हम सब अपनी तरफ से कोई ना कोई sacrifice कर रहे हैं.</w:t>
      </w:r>
    </w:p>
    <w:p>
      <w:r>
        <w:rPr>
          <w:b/>
        </w:rPr>
        <w:t xml:space="preserve">[56:25] </w:t>
      </w:r>
      <w:r>
        <w:t>allamiya us sacrifice ko qubool karein and and hum bas apna kaam karte karte bas. chale jayein, namya se milein, Maulana se mil liye. bas yahi yahi hai ki bas kaam karte chalein aur apni sehat ka khayal karein.</w:t>
      </w:r>
    </w:p>
    <w:p>
      <w:pPr>
        <w:jc w:val="right"/>
      </w:pPr>
      <w:r>
        <w:t>अल्लामिया उस sacrifice को कुबूल करें and and हम बस अपना काम करते करते बस. चले जाए, नम्या से मिले, मुलाना से मिल लिए. बस यही यही है कि बस काम करते चलें और अपनी शेहत का ख्याल करें.</w:t>
      </w:r>
    </w:p>
    <w:p>
      <w:r>
        <w:rPr>
          <w:b/>
        </w:rPr>
        <w:t xml:space="preserve">[56:44] </w:t>
      </w:r>
      <w:r>
        <w:t>to bas bas yahi hai mera and also ki yeh jo kehte hain ki sangat ka sar yeh yeh sangat ka sar yeh hai ki hum ek doosre se learning karte hain and Doctor Sefina, Shafina apa, Pramida apa, Razma aunty, Aisha sab main kis kis ka naam loon sab mere liye sab main sabse main inspire hoti hoon, sab sab mujhe sikhate hain on daily basis kuch na kuch kahin na kahin se kuch na kuch aa jata hai.</w:t>
      </w:r>
    </w:p>
    <w:p>
      <w:pPr>
        <w:jc w:val="right"/>
      </w:pPr>
      <w:r>
        <w:t>तो बस बस यही है मेरा and also कि यह जो कहते हैं कि संगत का सर यह यह संगत का सर यह है कि हम एक दूसरे से learning करते हैं and Doctor सफीना, शविना आपा, प्रामिदा आपा, रजमा aunty, आयशा सब मैं किस किस का नाम लूं सब मेरे लिए सब मैं सबसे मैं inspire होती हूं, सब सब मुझे सिखाते हैं on daily basis कुछ ना कुछ कहीं ना कहीं से कुछ ना कुछ आ जाता है.</w:t>
      </w:r>
    </w:p>
    <w:p>
      <w:r>
        <w:rPr>
          <w:b/>
        </w:rPr>
        <w:t xml:space="preserve">[57:14] </w:t>
      </w:r>
      <w:r>
        <w:t>Thank you so much for including me into the session. Jaza kala. Jaza kala sati ab Shafina? Khalla to everyone.</w:t>
      </w:r>
    </w:p>
    <w:p>
      <w:pPr>
        <w:jc w:val="right"/>
      </w:pPr>
      <w:r>
        <w:t>Thank you so much for including me into the session. जज़ा कला. जज़ा कला सती अब शविना? ख़ल्ला to everyone.</w:t>
      </w:r>
    </w:p>
    <w:p>
      <w:r>
        <w:rPr>
          <w:b/>
        </w:rPr>
        <w:t xml:space="preserve">[57:29] </w:t>
      </w:r>
      <w:r>
        <w:t>Such a blessing day, blessed day today is and we have gathered together to share learning, our experiences and the love we have with the mission and the motivation we have for the mission and how inspired we are with the mission and inshallah hum isi tarah se aakhri saans tak kaam karte rahenge ek doosre ke saath. ek doosre ke liye aur inshallah na is mission ko aur aage le jaane ki koshish karenge apni mehnat se aur duaon se.</w:t>
      </w:r>
    </w:p>
    <w:p>
      <w:pPr>
        <w:jc w:val="right"/>
      </w:pPr>
      <w:r>
        <w:t>Such a blessing day, blessed day today is and we have gathered together to share learning, our experiences and the love we have with the mission and the motivation we have for the mission and how inspired we are with the mission and इंशान हम इसी तरह से आखिरी सांस तक काम करते रहेंगे एक दूसरे के साथ. एक दूसरे के लिए और इंशान ना इस mission को और आगे ले जाने की कोशिश करेंगे अपनी मेहनत से और दुआओं से.</w:t>
      </w:r>
    </w:p>
    <w:p>
      <w:r>
        <w:rPr>
          <w:b/>
        </w:rPr>
        <w:t xml:space="preserve">[57:58] </w:t>
      </w:r>
      <w:r>
        <w:t>Khuda pe poora poora bharosa karke. Inshallah na amil.</w:t>
      </w:r>
    </w:p>
    <w:p>
      <w:pPr>
        <w:jc w:val="right"/>
      </w:pPr>
      <w:r>
        <w:t>खुदा पे पूरा पूरा भरोसा करके. इंशाल ना अमिल.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