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lies at the feet of the mother CPS Women Article Discussion 22 June 18, 2023</w:t>
      </w:r>
    </w:p>
    <w:p>
      <w:r>
        <w:t>https://www.youtube.com/watch?v=5MvOeBpOt_U</w:t>
      </w:r>
    </w:p>
    <w:p>
      <w:r>
        <w:rPr>
          <w:b/>
        </w:rPr>
        <w:t xml:space="preserve">[00:15] </w:t>
      </w:r>
      <w:r>
        <w:t>I welcome you all to CPS Women article discussion. The article that has been taken for this week is Paradise Lies at the Feet of the Mother, page number seven to eight from the spirit of Islam, March 2020. And the screenshots of both the English and the Urdu articles were shared in the WhatsApp group.</w:t>
      </w:r>
    </w:p>
    <w:p>
      <w:pPr>
        <w:jc w:val="right"/>
      </w:pPr>
      <w:r>
        <w:t>I welcome you all to CPS Women article discussion. The article that has been taken for this week is Paradise Lies at the Feet of the Mother, page number seven to eight from the spirit of Islam, March 2020. And the screenshots of both the English and the Urdu articles were shared in the WhatsApp group.</w:t>
      </w:r>
    </w:p>
    <w:p>
      <w:r>
        <w:rPr>
          <w:b/>
        </w:rPr>
        <w:t xml:space="preserve">[00:42] </w:t>
      </w:r>
      <w:r>
        <w:t>I hope that everyone has gone through the article English as well as the Urdu article.</w:t>
      </w:r>
    </w:p>
    <w:p>
      <w:pPr>
        <w:jc w:val="right"/>
      </w:pPr>
      <w:r>
        <w:t>I hope that everyone has gone through the article English as well as the Urdu article.</w:t>
      </w:r>
    </w:p>
    <w:p>
      <w:r>
        <w:rPr>
          <w:b/>
        </w:rPr>
        <w:t xml:space="preserve">[00:49] </w:t>
      </w:r>
      <w:r>
        <w:t>I would like to bring to your notice to all the ladies who have joined here that there's a little bit of changes in the format the way we are going to take this session and this is a special second session and jaisa ki hum jaante hain ki ladies special session se hum yeh samajhna aur batana chahte hain ki Islam ne ladies ko kis tarah ki responsibility di hai.</w:t>
      </w:r>
    </w:p>
    <w:p>
      <w:pPr>
        <w:jc w:val="right"/>
      </w:pPr>
      <w:r>
        <w:t>I would like to bring to your notice to all the ladies who have joined here that there's a little bit of changes in the format the way we are going to take this session and this is a special second session and जैसा कि हम जानते हैं कि ladies special session से हम यह समझना और बताना चाहते हैं कि इस्लाम ने ladies को किस तरह की responsibility दी है.</w:t>
      </w:r>
    </w:p>
    <w:p>
      <w:r>
        <w:rPr>
          <w:b/>
        </w:rPr>
        <w:t xml:space="preserve">[01:16] </w:t>
      </w:r>
      <w:r>
        <w:t>jaise ki last time ke discussion mein hum logon ne discuss kiya tha. Maulana Wahiduddin Khan sahab kehte hain ki ek aurat builder of humanity hai. In session mein hum Quran, Hadith aur Maulana Wahiduddin Khan sahab explanation se jaanenge ki deen e Islam mein ek aurat ki kya zimmedari hai aur kitni hogi importance hai.</w:t>
      </w:r>
    </w:p>
    <w:p>
      <w:pPr>
        <w:jc w:val="right"/>
      </w:pPr>
      <w:r>
        <w:t>जैसे कि last time के discussion में हम लोगों ने discuss किया था. मौलाना बविद्दीन खान साहब कहते हैं कि एक औरत builder of humanity है. इन session में हम कुरान, आदीस और मौलाना बविद्दीन खान साहब explanation से जानेंगे कि दीन ए इस्लाम में एक औरत की क्या ज़िम्मेदारी है और कितनी होगी importance है.</w:t>
      </w:r>
    </w:p>
    <w:p>
      <w:r>
        <w:rPr>
          <w:b/>
        </w:rPr>
        <w:t xml:space="preserve">[01:41] </w:t>
      </w:r>
      <w:r>
        <w:t>main ab jo English translation article hai, main usko padhna chahungi aur iske baad aap sab jo ladies humse judi hui hain, apni apni learning ko share karenge. So kindly listen to the article that I am going to reading it read it out. Paradise lies at the feet of the mother. The prophet of Islam said, paradise lies at the feet of the mother.</w:t>
      </w:r>
    </w:p>
    <w:p>
      <w:pPr>
        <w:jc w:val="right"/>
      </w:pPr>
      <w:r>
        <w:t>मैं अब जो English translation article है, मैं उसको पढ़ना चाहूंगी और इसके बाद आप सब जो ladies हमसे जुड़ी हुई हैं, अपनी अपनी learning को share करेंगे. So kindly listen to the article that I am going to reading it read it out. Paradise lies at the feet of the mother. The prophet of Islam said, paradise lies at the feet of the mother.</w:t>
      </w:r>
    </w:p>
    <w:p>
      <w:r>
        <w:rPr>
          <w:b/>
        </w:rPr>
        <w:t xml:space="preserve">[02:11] </w:t>
      </w:r>
      <w:r>
        <w:t>The above hadith is generally understood in a way that is totally opposite to its actual meaning.</w:t>
      </w:r>
    </w:p>
    <w:p>
      <w:pPr>
        <w:jc w:val="right"/>
      </w:pPr>
      <w:r>
        <w:t>The above hadith is generally understood in a way that is totally opposite to its actual meaning.</w:t>
      </w:r>
    </w:p>
    <w:p>
      <w:r>
        <w:rPr>
          <w:b/>
        </w:rPr>
        <w:t xml:space="preserve">[02:17] </w:t>
      </w:r>
      <w:r>
        <w:t>It is taken as a hadith which talks about the high position according to a mother.</w:t>
      </w:r>
    </w:p>
    <w:p>
      <w:pPr>
        <w:jc w:val="right"/>
      </w:pPr>
      <w:r>
        <w:t>It is taken as a hadith which talks about the high position according to a mother.</w:t>
      </w:r>
    </w:p>
    <w:p>
      <w:r>
        <w:rPr>
          <w:b/>
        </w:rPr>
        <w:t xml:space="preserve">[02:23] </w:t>
      </w:r>
      <w:r>
        <w:t>This is not the right approach.</w:t>
      </w:r>
    </w:p>
    <w:p>
      <w:pPr>
        <w:jc w:val="right"/>
      </w:pPr>
      <w:r>
        <w:t>This is not the right approach.</w:t>
      </w:r>
    </w:p>
    <w:p>
      <w:r>
        <w:rPr>
          <w:b/>
        </w:rPr>
        <w:t xml:space="preserve">[02:29] </w:t>
      </w:r>
      <w:r>
        <w:t>In all its teachings, Islam places the onus on the individual to fulfill one's duties irrespective of what others do.</w:t>
      </w:r>
    </w:p>
    <w:p>
      <w:pPr>
        <w:jc w:val="right"/>
      </w:pPr>
      <w:r>
        <w:t>In all its teachings, Islam places the onus on the individual to fulfill one's duties irrespective of what others do.</w:t>
      </w:r>
    </w:p>
    <w:p>
      <w:r>
        <w:rPr>
          <w:b/>
        </w:rPr>
        <w:t xml:space="preserve">[02:35] </w:t>
      </w:r>
      <w:r>
        <w:t>The prophet laid the foundation of a duty conscious society.</w:t>
      </w:r>
    </w:p>
    <w:p>
      <w:pPr>
        <w:jc w:val="right"/>
      </w:pPr>
      <w:r>
        <w:t>The prophet laid the foundation of a duty conscious society.</w:t>
      </w:r>
    </w:p>
    <w:p>
      <w:r>
        <w:rPr>
          <w:b/>
        </w:rPr>
        <w:t xml:space="preserve">[02:42] </w:t>
      </w:r>
      <w:r>
        <w:t>Another hadith of the prophet says, a believer should be duty conscious and as far as his rights are concerned, he should ask of them from God. Based on this principle, the hadith about the paradise lying at the feet of her mother is addressed to the mother more than to the children. It emphasizes the importance of the role of a mother in the life of her children.</w:t>
      </w:r>
    </w:p>
    <w:p>
      <w:pPr>
        <w:jc w:val="right"/>
      </w:pPr>
      <w:r>
        <w:t>Another hadith of the prophet says, a believer should be duty conscious and as far as his rights are concerned, he should ask of them from God. Based on this principle, the hadith about the paradise lying at the feet of her mother is addressed to the mother more than to the children. It emphasizes the importance of the role of a mother in the life of her children.</w:t>
      </w:r>
    </w:p>
    <w:p>
      <w:r>
        <w:rPr>
          <w:b/>
        </w:rPr>
        <w:t xml:space="preserve">[03:10] </w:t>
      </w:r>
      <w:r>
        <w:t>Children are constantly in the company of their mother. In the initial period of their life, they are watching her the most and following her ways. They are exposed to her way of thinking in the day to day life. As a children follow the path she is treading, a mother should be highly conscious of the path she walks on.</w:t>
      </w:r>
    </w:p>
    <w:p>
      <w:pPr>
        <w:jc w:val="right"/>
      </w:pPr>
      <w:r>
        <w:t>Children are constantly in the company of their mother. In the initial period of their life, they are watching her the most and following her ways. They are exposed to her way of thinking in the day to day life. As a children follow the path she is treading, a mother should be highly conscious of the path she walks on.</w:t>
      </w:r>
    </w:p>
    <w:p>
      <w:r>
        <w:rPr>
          <w:b/>
        </w:rPr>
        <w:t xml:space="preserve">[03:35] </w:t>
      </w:r>
      <w:r>
        <w:t>The path or to paradise is a path which is of hard work, learning, discipline, positivity and virtue. Such understanding puts the entire weight on the fact that a mother's role in the grooming of a child towards a good life is crucial.</w:t>
      </w:r>
    </w:p>
    <w:p>
      <w:pPr>
        <w:jc w:val="right"/>
      </w:pPr>
      <w:r>
        <w:t>The path or to paradise is a path which is of hard work, learning, discipline, positivity and virtue. Such understanding puts the entire weight on the fact that a mother's role in the grooming of a child towards a good life is crucial.</w:t>
      </w:r>
    </w:p>
    <w:p>
      <w:r>
        <w:rPr>
          <w:b/>
        </w:rPr>
        <w:t xml:space="preserve">[03:54] </w:t>
      </w:r>
      <w:r>
        <w:t>This hadith is a serious call to mothers to put themselves on the path to making themselves eligible personalities for God's paradise as his children tend to follow them. So this is the end of the article. I invite Fahmida apa to continue with this session with the learning.</w:t>
      </w:r>
    </w:p>
    <w:p>
      <w:pPr>
        <w:jc w:val="right"/>
      </w:pPr>
      <w:r>
        <w:t>This hadith is a serious call to mothers to put themselves on the path to making themselves eligible personalities for God's paradise as his children tend to follow them. So this is the end of the article. I invite फ़मीदा आबा to continue with this session with the learning.</w:t>
      </w:r>
    </w:p>
    <w:p>
      <w:r>
        <w:rPr>
          <w:b/>
        </w:rPr>
        <w:t xml:space="preserve">[04:21] </w:t>
      </w:r>
      <w:r>
        <w:t>Maulana sahab kehte hain na ki yeh ba-khabar insan aur ek be-khabar insan hota hai. To is hadith ko maine bhi bekhabari mein yahi jaana tha ki maa ke pair ke neeche jannat ka matlab matlab mujhe jannat mein mil gayi bina mehnat ke bina jiddo jahad ke muft mein jannat naseeb ho gayi.</w:t>
      </w:r>
    </w:p>
    <w:p>
      <w:pPr>
        <w:jc w:val="right"/>
      </w:pPr>
      <w:r>
        <w:t>मोलाना साहब कहते हैं ना कि यह बाख़बर इंसान और एक बेफ़ख़बर इंसान होता है. तो इस हतीस को मैंने भी बेखबरी में यही जाना था कि मां के पैर के नीचे जन्नत का मतलब मतलब मुझे जन्नत में मिल गई बिना मेहनत के बिना जिद्दजहद के मुफ्त में जन्नत नसीब हो गई.</w:t>
      </w:r>
    </w:p>
    <w:p>
      <w:r>
        <w:rPr>
          <w:b/>
        </w:rPr>
        <w:t xml:space="preserve">[04:47] </w:t>
      </w:r>
      <w:r>
        <w:t>magar aisa hai ki haqeeqat mein aise dil se yeh nahin maan pa rahi thi.</w:t>
      </w:r>
    </w:p>
    <w:p>
      <w:pPr>
        <w:jc w:val="right"/>
      </w:pPr>
      <w:r>
        <w:t>मगर ऐसा है कि हकीकत में ऐसे दिल से यह नहीं मान पा रही थी.</w:t>
      </w:r>
    </w:p>
    <w:p>
      <w:r>
        <w:rPr>
          <w:b/>
        </w:rPr>
        <w:t xml:space="preserve">[04:53] </w:t>
      </w:r>
      <w:r>
        <w:t>aksar main ismein phansi bhi rehti thi ki ghazam nahin hoti thi yeh baat, lekin pehli baar padha</w:t>
      </w:r>
    </w:p>
    <w:p>
      <w:pPr>
        <w:jc w:val="right"/>
      </w:pPr>
      <w:r>
        <w:t>अक्सर मैं इसमें फंसी भी रहती थी कि ग़ज़म नहीं होती थी यह बात, लेकिन पहली बार पढ़ा</w:t>
      </w:r>
    </w:p>
    <w:p>
      <w:r>
        <w:rPr>
          <w:b/>
        </w:rPr>
        <w:t xml:space="preserve">[04:59] </w:t>
      </w:r>
      <w:r>
        <w:t>tha to meri mere dimaag ki khirtee khul gayi thi ki asal baat kya hai?</w:t>
      </w:r>
    </w:p>
    <w:p>
      <w:pPr>
        <w:jc w:val="right"/>
      </w:pPr>
      <w:r>
        <w:t>था तो मेरी मेरे दिमाग की खिरती खुल गई थी कि असल बात क्या है?</w:t>
      </w:r>
    </w:p>
    <w:p>
      <w:r>
        <w:rPr>
          <w:b/>
        </w:rPr>
        <w:t xml:space="preserve">[05:05] </w:t>
      </w:r>
      <w:r>
        <w:t>ekdam clear ho gaya ki maa ka darja us waqt bada darja hoga jabki ek aurat apni maa</w:t>
      </w:r>
    </w:p>
    <w:p>
      <w:pPr>
        <w:jc w:val="right"/>
      </w:pPr>
      <w:r>
        <w:t>एकदम clear हो गया कि मां का दर्जा उस वक्त बड़ा दर्जा होगा जबकि एक औरत अपनी मां</w:t>
      </w:r>
    </w:p>
    <w:p>
      <w:r>
        <w:rPr>
          <w:b/>
        </w:rPr>
        <w:t xml:space="preserve">[05:11] </w:t>
      </w:r>
      <w:r>
        <w:t>hone ki responsibility ko hoga woh bhi ada karenge.</w:t>
      </w:r>
    </w:p>
    <w:p>
      <w:pPr>
        <w:jc w:val="right"/>
      </w:pPr>
      <w:r>
        <w:t>होने की responsibility को होगा वह भी अदा करेंगे.</w:t>
      </w:r>
    </w:p>
    <w:p>
      <w:r>
        <w:rPr>
          <w:b/>
        </w:rPr>
        <w:t xml:space="preserve">[05:18] </w:t>
      </w:r>
      <w:r>
        <w:t>to aurat ka har rishta ek zimmedari hai magar maa ka rishta sabse badi zimmedari hai. Kyunki ek bachcha maa ko dekhkar hi bada hota hai. Sabse zyada uska waqt maa ke saath hi guzarta hai.</w:t>
      </w:r>
    </w:p>
    <w:p>
      <w:pPr>
        <w:jc w:val="right"/>
      </w:pPr>
      <w:r>
        <w:t>तो औरत का हर रिश्ता एक ज़िम्मेदारी है मगर मां का रिश्ता सबसे बड़ी ज़िम्मेदारी है. क्योंकि एक बच्चा मां को देखकर ही बड़ा होता है. सबसे ज़्यादा उसका वक्त मां के साथ ही गुज़रता है.</w:t>
      </w:r>
    </w:p>
    <w:p>
      <w:r>
        <w:rPr>
          <w:b/>
        </w:rPr>
        <w:t xml:space="preserve">[05:37] </w:t>
      </w:r>
      <w:r>
        <w:t>to shuruaati time mein jo bachche ka zehan jo zehan hota hai, usmein jo cheezein jaati hain woh apni maa ko observe karke usko dekhkar bachche ke woh bachche ke zehan ka hissa ban jaati hai. To jaise ki hum jaante hain ki Quran ke mutabik insan sahi fitrat par paida kiya gaya hai.</w:t>
      </w:r>
    </w:p>
    <w:p>
      <w:pPr>
        <w:jc w:val="right"/>
      </w:pPr>
      <w:r>
        <w:t>तो शुरुआती time में जो बच्चे का ज़ेहन जो ज़ेहन होता है, उसमें जो चीज़ें जाती हैं वह अपनी मां को observe करके उसको देखकर बच्चे के वह बच्चे के ज़हन का हिस्सा वन जाती है. तो जैसे कि हम जानते हैं कि पुराने के मुताबिक इंसान सही खितरत पर पैदा किया गया है.</w:t>
      </w:r>
    </w:p>
    <w:p>
      <w:r>
        <w:rPr>
          <w:b/>
        </w:rPr>
        <w:t xml:space="preserve">[05:59] </w:t>
      </w:r>
      <w:r>
        <w:t>tab Khuda ka create kiya hua saaf suthra zehan lekin bachcha jab is duniya mein aata hai to us zehan mein pure woh haqeeqi cheezein daalne ka kaam sirf hum maa ka hota hai. Maa hi kar sakti hain. Kyunki maa aise zyada apne bachche ko bachche se bahut zyada mohabbat hoti hai aur koi maa nahi chahegi ki uska bachcha galat cheezon mein barbaad ho.</w:t>
      </w:r>
    </w:p>
    <w:p>
      <w:pPr>
        <w:jc w:val="right"/>
      </w:pPr>
      <w:r>
        <w:t>तब होदा का create किया हुआ साफ सुथरा ज़हन लेकिन बच्चा जब इस दुनिया में आता है तो उस ज़हन में pure वह हकीफी चीज़ें डालने का काम सिर्फ़ हम मां का होता है. मां ही कर सकती हैं. क्योंकि मां ऐसे ज़्यादा अपने बच्चे को बच्चे से बहुत ज़्यादा मोहब्बत होती है और कोई मां नहीं चाहेंगे कि उसका बच्चा गलत चीज़ों में बर्बाद हो.</w:t>
      </w:r>
    </w:p>
    <w:p>
      <w:r>
        <w:rPr>
          <w:b/>
        </w:rPr>
        <w:t xml:space="preserve">[06:27] </w:t>
      </w:r>
      <w:r>
        <w:t>to aap samajhne ki baat yeh hai ki maa ka zehan kaisa ho? Aaj jab bachche ki tarbiyat karna aaj ke zaman mein ek bahut bada badi chahchahat hai. To iske liye maa ko apni zindagi ki poori lifestyle badal deni padti hai. Poora focus bachche ko lagana padega.</w:t>
      </w:r>
    </w:p>
    <w:p>
      <w:pPr>
        <w:jc w:val="right"/>
      </w:pPr>
      <w:r>
        <w:t>तो आप समझने की बात यह है कि मां का ज़हन कैसा हो? आज जब बच्चे की तबीयत करना आज के ज़मान में एक बहुत बड़ा बड़ी चत्वचेहत है. तो इसके लिए मां को अपनी ज़िंदगी की पूरी lifestyle बदल देनी पड़ती है. पूरा focus बच्चे को लगाना पड़ेगा.</w:t>
      </w:r>
    </w:p>
    <w:p>
      <w:r>
        <w:rPr>
          <w:b/>
        </w:rPr>
        <w:t xml:space="preserve">[06:48] </w:t>
      </w:r>
      <w:r>
        <w:t>to yeh bohat hi matlab khaas baat yeh important baat yeh us mein mere mere zehan mein aayi ki maa ka zehan kaisa hoga? Maa ilm wali hai ki yeh beilm wali hai. To ne jaise ki bhi bataya ki ilm wala hona hi ba khabar insan hota hai.</w:t>
      </w:r>
    </w:p>
    <w:p>
      <w:pPr>
        <w:jc w:val="right"/>
      </w:pPr>
      <w:r>
        <w:t>तो यह बहुत ही मतलब खास बात यह important बात यह उसमें मेरे मेरे ज़ेहन में आई कि मां का ज़ेहन कैसा होगा? मां इल्म वाली है कि यह बेइल्म वाली है. तो ने जैसे कि भी बताया कि इन वाला होना ही बाखबर इंसान होता है.</w:t>
      </w:r>
    </w:p>
    <w:p>
      <w:r>
        <w:rPr>
          <w:b/>
        </w:rPr>
        <w:t xml:space="preserve">[07:07] </w:t>
      </w:r>
      <w:r>
        <w:t>to isko sochte hue mujhe samajh mein aaya ki bachche ki tarbiyat ka sara inhe sara maa ke ilm par hi depend karta hai aur ilm ka matlab woh khudai ilm'en usko jaanna jab hum unko samajhte hain to hamare andar tak wahan par hiskari aur imaan ki mazbooti paida hoti hai. To aaj logon ke andar ilm aur beilm ka kya hota hai? Iska matlab bhi nahi samajh mein aata hai.</w:t>
      </w:r>
    </w:p>
    <w:p>
      <w:pPr>
        <w:jc w:val="right"/>
      </w:pPr>
      <w:r>
        <w:t>तो इसको सोचते हुए मुझे समझ में आया कि बच्चे की तर्बियत का सारा इन्हें सारा मां के इल्म पर ही depend करता है और इल्म का मतलब वह खुदाई इल्में उसको जानना जब हम उनको समझते हैं तो हमारे अंदर तक वहां पर हिस्कारी और ईमान की मजबूती पैदा होती है. तो आज लोगों के अंदर इल्म और बेइल्म का क्या होता है? इसका मतलब भी नहीं समझ में आता है.</w:t>
      </w:r>
    </w:p>
    <w:p>
      <w:r>
        <w:rPr>
          <w:b/>
        </w:rPr>
        <w:t xml:space="preserve">[07:35] </w:t>
      </w:r>
      <w:r>
        <w:t>to bohat sare log is tarah ki baat karte hain ki kya ird wala kya nahi samajh mein aata hai. To is liye pehle hum ek history ko samajh lete hain ki kis tarah se pehle zamane mein aurtein kaisi hoti thi hamare pichhle history mein jo paighambar ki vibes guzri hain un logon ka dekhte hain.</w:t>
      </w:r>
    </w:p>
    <w:p>
      <w:pPr>
        <w:jc w:val="right"/>
      </w:pPr>
      <w:r>
        <w:t>तो बहुत सारे लोग इस तरह की बात करते हैं कि क्या इर्द वाला क्या नहीं समझ में आता है. तो इसलिए पहले हम एक history को समझ लेते हैं कि किस तरह से पहले ज़माने में औरतें कैसी होती थी हमारे पिछले history में जो पैगंबर की vibes गुजरी हैं उन लोगों का देखते हैं.</w:t>
      </w:r>
    </w:p>
    <w:p>
      <w:r>
        <w:rPr>
          <w:b/>
        </w:rPr>
        <w:t xml:space="preserve">[07:55] </w:t>
      </w:r>
      <w:r>
        <w:t>to hum sab jante hain ki sabse pehli misaal jo hai Hajra ki Allah ne qayam karti ki Allah ki marzi ko unhone kis tarah ko hold kiya ki Allah ne bachche ki parvaish kahan desert mein karna, to unhone desert ko ghoul kiya. Phir woh Ibrahim Alislam ki nasal se hi kitne paighambar aaye, to uske pichhe ek ek aurat ki azeem purbaani hai.</w:t>
      </w:r>
    </w:p>
    <w:p>
      <w:pPr>
        <w:jc w:val="right"/>
      </w:pPr>
      <w:r>
        <w:t>तो हम सब जानते हैं कि सबसे पहली मिसाल जो है हाजरा कि अल्लाह ने कायम करती कि अल्लाह की मर्ज़ी को उन्होंने किस तरह को hold किया कि अल्लाह ने बच्चे की पर्वश्व कहां desert में करना, तो उन्होंने desert को घोल किया. फिर वह इब्राहिम इलिस्लाम की नस्ल से ही कितने पैगंबर आए, तो उसके पीछे एक एक औरत की अजीम पुरबानी है.</w:t>
      </w:r>
    </w:p>
    <w:p>
      <w:r>
        <w:rPr>
          <w:b/>
        </w:rPr>
        <w:t xml:space="preserve">[08:20] </w:t>
      </w:r>
      <w:r>
        <w:t>jisko Maulana saamne badi wazahat se likha hai ki Hajj mein jab sahi karna kara karna matlab ek aurat ki footstep par chalna, tamam log us ek aurat ke footstep par chalte hain. To mazhar, phir uske baad Hazrat Aisha Razilla ka bhi hum log jante hain ki unhone bachpan se Rasoolullah ke saath ek haasil kiya hai. Bachpan se unki tarbiyat hui aur unko haasil karke Asulullah ke baad phir unhone kitne din tak Ummat tak pahunchaya.</w:t>
      </w:r>
    </w:p>
    <w:p>
      <w:pPr>
        <w:jc w:val="right"/>
      </w:pPr>
      <w:r>
        <w:t>जिसको मोलाना सामने बड़ी वज़ाह से लिखा है कि हंज में जब सही करना करा करना मतलब एक औरत की footstep पर चलना, तमाम लोग उस एक औरत के footstep पर चलते हैं. तो मज़र, फिर उसके बाद हाज़रत आयशा रज़िल्ला का भी हम लोग जानते हैं कि उन्होंने बचपन से रसूर्ला के साथ एक हासिल किया है. बचपन से उनकी तरबीयत हुई और उनको हासिल करके असुविधा के बाद फिर उन्होंने कितने दिन तक ओम्मत तक पहुंचाया.</w:t>
      </w:r>
    </w:p>
    <w:p>
      <w:r>
        <w:rPr>
          <w:b/>
        </w:rPr>
        <w:t xml:space="preserve">[08:50] </w:t>
      </w:r>
      <w:r>
        <w:t>phir uske baad ke zamane ke bare mein Maulana ne likha hai ki ek auraton ke andar ek mizaj mein ek riwaj tha aur matlab auraton mein ek riwaj tha ki woh ilm seekhti thi.</w:t>
      </w:r>
    </w:p>
    <w:p>
      <w:pPr>
        <w:jc w:val="right"/>
      </w:pPr>
      <w:r>
        <w:t>फिर उसके बाद के जमाने के बारे में मनाना ने लिखा है कि एक औरतों के अंदर एक मिजाज में एक रिवाज था और मतलब औरतों में एक रिवाज था कि वह इल्म सीखती थी.</w:t>
      </w:r>
    </w:p>
    <w:p>
      <w:r>
        <w:rPr>
          <w:b/>
        </w:rPr>
        <w:t xml:space="preserve">[09:01] </w:t>
      </w:r>
      <w:r>
        <w:t>logon ko matlab jaise logon ne apne rishedaron se kahin suna auraton ne ki wahan filhaal ne kisi ne Asulullah se suna tha yeh baat ya kisi ashab se suna tha to koi ki koi baat paayi thi to aisa sunne par aurtein jo thi woh na jazba ye tha ki faateen usko jaakar apne rishtedaron ke haan jaati thi aur wahan seekhti thi aur phir doosre logon tak pahunchati thi.</w:t>
      </w:r>
    </w:p>
    <w:p>
      <w:pPr>
        <w:jc w:val="right"/>
      </w:pPr>
      <w:r>
        <w:t>लोगों को मतलब जैसे लोगों ने अपने रिशेदारों से कहीं सुना औरतों ने कि वहां फ़िलहाल ने किसी ने असुलिल्लाह से सुना था यह बात या किसी असाब से सुना था तो कोई की कोई बात पाई थी तो ऐसा सुनने पर औरतें जो थी वह ना जज़्बा ये था कि फातीन उसको जाकर अपने रिश्तेदारों के हां जाती थी और वहां सीखती थी और फिर दूसरे लोगों तक पहुंचाती थी.</w:t>
      </w:r>
    </w:p>
    <w:p>
      <w:r>
        <w:rPr>
          <w:b/>
        </w:rPr>
        <w:t xml:space="preserve">[09:30] </w:t>
      </w:r>
      <w:r>
        <w:t>Maulana ki writing se hi mujhe maloom hua ki Imam Bukhari chaudah saal ki umr mein ilm mein stable ho chuke the ki bade bade teacher unse faayda uthate the. Yaani ki yeh matlab hote chaudahi saal ki umr thi unke. Unke andar yeh kaabiyat unki maar behan ne paida ki.</w:t>
      </w:r>
    </w:p>
    <w:p>
      <w:pPr>
        <w:jc w:val="right"/>
      </w:pPr>
      <w:r>
        <w:t>मौलाना की writing से ही मुझे मालूम हुआ कि इमाम बुखारी चौदह साल की उम्र में इल्म में stable हो चुके थे कि बड़े बड़े teacher उनसे फ़ायदा उठाते थे. यानी कि यह मतलब होते चौदही साल की उम्र थी उनके. उनके अंदर यह काबियत उनकी मार बहन ने पैदा की.</w:t>
      </w:r>
    </w:p>
    <w:p>
      <w:r>
        <w:rPr>
          <w:b/>
        </w:rPr>
        <w:t xml:space="preserve">[09:49] </w:t>
      </w:r>
      <w:r>
        <w:t>phir bhi sochne ki baat hai ki Ahmad Bukhari jo hain itni badi hasti unka pichhe maa aur behan matlab ek aurat hi do auraton ka haath hai. To Imam ek ne jozi ko unki phuppi se talib mili. To yeh bhi matlab itne bade imam the. To in seekhne ka yeh jazba auraton ke andar kis qadar matlab misali hai?</w:t>
      </w:r>
    </w:p>
    <w:p>
      <w:pPr>
        <w:jc w:val="right"/>
      </w:pPr>
      <w:r>
        <w:t>फिर भी सोचने की बात है कि अहमद बुखारी जो हैं इतनी बड़ी हंसती उनका पीछे मां और बहन मतलब एक औरत ही दो औरतों का हाथ है. तो इमाम एक ने जोज़ी को उनकी फुप्पी से तालीब मिली. तो यह भी मतलब इतने बड़े इमाम थे. तो इन सीखने का यह जज़्बा औरतों के अंदर किस कदर मतलब मिसाली है?</w:t>
      </w:r>
    </w:p>
    <w:p>
      <w:r>
        <w:rPr>
          <w:b/>
        </w:rPr>
        <w:t xml:space="preserve">[10:13] </w:t>
      </w:r>
      <w:r>
        <w:t>yeh misaal cheezein hain kiya aur pichhle auraton ne ki aaj ke zamane ki jo, aaj ki jo ladies hain bohat hi zyada matlab samajhne ki baat hai ki jo un logon ka jo nivaaj tha in seekhne ka nivaaj seekhti thi aur doosron ko batati thi aur aaj hamare saamne jo hum dekh rahe hain kaise kaise nivaaj unhone ne banakar rakhe.</w:t>
      </w:r>
    </w:p>
    <w:p>
      <w:pPr>
        <w:jc w:val="right"/>
      </w:pPr>
      <w:r>
        <w:t>यह मिसाल चीज़ें हैं किया और पिछले औरतों ने कि आज के ज़माने की जो, आज की जो ladies हैं बहुत ही ज़्यादा मतलब समझने की बात है कि जो उन लोगों का जो निवाज था इन सीखने का निवाज सीखती थी और दूसरों को बताती थी और आज हमारे सामने जो हम देख रहे हैं कैसे कैसे निवाज उनको ने बनाकर रखे.</w:t>
      </w:r>
    </w:p>
    <w:p>
      <w:r>
        <w:rPr>
          <w:b/>
        </w:rPr>
        <w:t xml:space="preserve">[10:41] </w:t>
      </w:r>
      <w:r>
        <w:t>ilm ki ahmiyat maloom hui aur yeh in logon ki matlab Maulana ne jo likha itni zyada jo bohat sari cheezein likhi hain to hamein to is se pehle to bilkul bhi nahi hogi itna itna zyada unhone inhe seekha aur itna zyada unhone inhe failaya. To inmein hi tamam cheezon ka khulasa hai. To jannat kisi ke liye aasman par likh nahi di gayi hai.</w:t>
      </w:r>
    </w:p>
    <w:p>
      <w:pPr>
        <w:jc w:val="right"/>
      </w:pPr>
      <w:r>
        <w:t>इल्म की अहमियत मालूम हुई और यह इन लोगों की मतलब मोलाना ने जो लिखा इतनी ज़्यादा जो बहुत सारी चीज़ें लिखी हैं तो हमें तो इससे पहले तो बिल्कुल भी नहीं होगी इतना इतना ज़्यादा उन्होंने इन्हें सीखा और इतना ज़्यादा उन्होंने इन्हें फैलाया. तो इनमें ही तमाम चीज़ों का खुलासा है. तो जन्नत किसी के लिए आसमान पर लिख नहीं दी गई है.</w:t>
      </w:r>
    </w:p>
    <w:p>
      <w:r>
        <w:rPr>
          <w:b/>
        </w:rPr>
        <w:t xml:space="preserve">[11:07] </w:t>
      </w:r>
      <w:r>
        <w:t>yeh saare sari jo history ki ladies hain jinhone hamein yeh apni sacrifice se yeh hamein example ek hamari yeh banakar rakh diya hai ki hum kuch mehnat karenge, kuch atujhad karenge, kuch sacrifice karenge tab hum stable bante hain ki jahan jannat ban sakein. To yeh dhyan ki duniya hai.</w:t>
      </w:r>
    </w:p>
    <w:p>
      <w:pPr>
        <w:jc w:val="right"/>
      </w:pPr>
      <w:r>
        <w:t>यह सारे सारी जो history की ladies हैं जिन्होंने हमें यह अपनी sacrifice से यह हमें example एक हमारी यह बनाकर रख दिया है कि हम कुछ मेहनत करेंगे, कुछ अतुजहद करेंगे, कुछ sacrifice करेंगे तब हम stable बनते हैं कि जहां जन्नत वन सकें. तो यह ध्यान की दुनिया है.</w:t>
      </w:r>
    </w:p>
    <w:p>
      <w:r>
        <w:rPr>
          <w:b/>
        </w:rPr>
        <w:t xml:space="preserve">[11:30] </w:t>
      </w:r>
      <w:r>
        <w:t>apna role ada karne ke baad hi koi jannat ka mustahhit ban sakta hai aur aaj ke zamane mein to koi takleef fauziyat wala sacrifice hai hi nahi. Har tarah ki samoolatein hi hain. Pichhle zamane mein itni takleef uthati thi aurtein ghar ka kaam bhi karti thi. Itna hi mehnat karti thi. Uske baad ek yeh jo unhone apna ek itna hundarivaj banakar rakha hua tha. Sethi thi ilm aur uske baad logon ko sikhati thi. Kitni badi baat hai yeh.</w:t>
      </w:r>
    </w:p>
    <w:p>
      <w:pPr>
        <w:jc w:val="right"/>
      </w:pPr>
      <w:r>
        <w:t>अपना role अदा करने के बाद ही कोई जन्नत का मुस्ताहित वन सकता है और आज के जमाने में तो कोई तकलीफ फौज़ियत वाला sacrifice है ही नहीं. हर तरह की समूलतें ही हैं. पिछले ज़माने में इतनी तकलीफ उठाती थी औरतें घर का काम भी करती थी. इतना ही मेहनत करती थी. उसके बाद एक यह जो उन्होंने अपना एक इतना हुंदरिवाज बनाकर रखा हुआ था. सेती थी इल्म और उसके बाद लोगों को सिखाती थी. कितनी बड़ी बात है यह.</w:t>
      </w:r>
    </w:p>
    <w:p>
      <w:r>
        <w:rPr>
          <w:b/>
        </w:rPr>
        <w:t xml:space="preserve">[11:58] </w:t>
      </w:r>
      <w:r>
        <w:t>hum logon ke liye to bohat seekhne ki baat hai. Aaj ke zamane mein chhoti chhoti cheezein ki sacrifice nahi kar pa rahe hain hum log. Chhoti chhoti cheezon ki mamli cheezon ka sacrifice karna hai. Phir hamein phir kya hai ki entertainment hai, desire hai, maza hai, tamasha hai. Yahi hote ke saath aajkal asliyat hai. Tamam kitni bhi word bana diye gaye hain. Entertainment ke pata nahi kya kya?</w:t>
      </w:r>
    </w:p>
    <w:p>
      <w:pPr>
        <w:jc w:val="right"/>
      </w:pPr>
      <w:r>
        <w:t>हम लोगों के लिए तो बहुत सीखने की बात है. आज के जमाने में छोटी छोटी चीज़ें की sacrifice नहीं कर पा रहे हैं हम लोग. छोटी छोटी चीज़ों की मामली चीज़ों का sacrifice करना है. फिर हमें फिर क्या है कि entertainment है, desire है, मज़ा है, तमाशा है. यही होते के साथ आजकल असलियत है. तमाम कितनी भी word बना दिए गए हैं. Entertainment के पता नहीं क्या क्या?</w:t>
      </w:r>
    </w:p>
    <w:p>
      <w:r>
        <w:rPr>
          <w:b/>
        </w:rPr>
        <w:t xml:space="preserve">[12:28] </w:t>
      </w:r>
      <w:r>
        <w:t>to bas unko chhod dein aur badi kaamyaabi haasil ho jayegi. Yeh bohat matlab pichhle auraton ko dekhkar pichhli daddies ko dekhkar bohat zyada yeh samajh mein aaya. Bohat hi aankh khul gayi wahi to. Maulana sahab kehte hain ki din wahi hai jo insan ke andar gehri understanding bhi paida karte. Lekin aaj zamane mein woh hai aaj ka zamana ki log apni soch ke khareedi bane hue hain. Modern zamana hai.</w:t>
      </w:r>
    </w:p>
    <w:p>
      <w:pPr>
        <w:jc w:val="right"/>
      </w:pPr>
      <w:r>
        <w:t>तो बस उनको छोड़ दें और बड़ी कामयाबी हासिल हो जाएगी. यह बहुत मतलब पिछले औरतों को देखकर पिछली daddies को देखकर बहुत ज़्यादा यह समझ में आया. बहुत ही आंख खुल गई वही तो. मोलाना साहब कहते हैं कि दिन वही है जो इंसान के अंदर गहरी कपड़े भी पैदा करते. लेकिन आज ज़माने में वह है आज का ज़माना कि लोग अपनी सोच के ख़रीदी बने हुए हैं. Modern ज़माना है.</w:t>
      </w:r>
    </w:p>
    <w:p>
      <w:r>
        <w:rPr>
          <w:b/>
        </w:rPr>
        <w:t xml:space="preserve">[12:58] </w:t>
      </w:r>
      <w:r>
        <w:t>har insan is tarah ki baat karta hai. Koi baat karo to fauran yeh jawab dalta hai ki yeh modern zamana hai. Itna zamana yeh hai. Kaise aise ho sakta hai. To aaj jo ilm seekh rahi hain sare log jo ilm seekh rahe hain, woh lamayshi cheezon ka ilm seekhte hain, fashion ka ilm seekhte hain. Jaise kaise kapde hon, mobile hon, shopping hon na aisi mazak. Sara time usi mein faraab ho jata hai.</w:t>
      </w:r>
    </w:p>
    <w:p>
      <w:pPr>
        <w:jc w:val="right"/>
      </w:pPr>
      <w:r>
        <w:t>हर इंसान इस तरह की बात करता है. कोई बात करो तो फ़ौरन यह जवाब डलता है कि यह modern ज़माना है. इतना ज़माना यह है. कैसे ऐसे हो सकता है. तो आज जो इर्म सीख रही हैं सारे लोग जो इर्म सीख रहे हैं, वह लमाइशी चीज़ों का इर्म सीखते हैं, fashion का इर्म सीखते हैं. जैसे कैसे कपड़े हों, mobile हों, shopping हों ना असी मज़ाक. सारा time उसी में फराब हो जाता है.</w:t>
      </w:r>
    </w:p>
    <w:p>
      <w:r>
        <w:rPr>
          <w:b/>
        </w:rPr>
        <w:t xml:space="preserve">[13:20] </w:t>
      </w:r>
      <w:r>
        <w:t>lekin woh jo ek ek jo andar imaan hota hai to ek fikr hoti hai ki haan, mahaul na faraab ho jaye hamara bachcha aisa rahe. To iski fikr matlab jab imaan hoga jaise Maulana sahab ne kaha, to gehrai ke saath imaan kaafil hoga. Tab is cheez ki fikr hoti hai. To in tamam cheezon mein aurtein khud bhi phansi rehti hai aur bachpan se bachchon ko bhi yahi sari cheezein diye karti hain.</w:t>
      </w:r>
    </w:p>
    <w:p>
      <w:pPr>
        <w:jc w:val="right"/>
      </w:pPr>
      <w:r>
        <w:t>लेकिन वह जो एक एक जो अंदर ईमान होता है तो एक फ़िक्र होती है कि हां, माहौल ना फराब हो जाए हमारा बच्चा ऐसा रहे. तो इसकी फ़िक्र मतलब जब ईमान होगा जैसे मनाना साहब ने कहा, तो गहराई के साथ ईमान काफिल होगा. तब इस चीज़ की फ़िक्र होती है. तो इन तमाम चीज़ों में औरतें खुद भी फंसी रहती है और बचपन से बच्चों को भी यही सारी चीज़ें दिए करती हैं.</w:t>
      </w:r>
    </w:p>
    <w:p>
      <w:r>
        <w:rPr>
          <w:b/>
        </w:rPr>
        <w:t xml:space="preserve">[13:45] </w:t>
      </w:r>
      <w:r>
        <w:t>bura ghar ka mahauli aisa van jata hai aur baqi jo cheezein hoti hain woh phir drama aur film se mil jati hain, kaafi ho jati hain. Duniya bhi mil jata hai aur tamoolana sahab kehte hain ki imaan agar aadmi ke andar gehrai ke saath paida ho jaye to woh sari ehmiyat sirf hafiqat hote hain yeh rahega. Unhe faayda baaton se sirf dilchaspi na rahe hain abhi.</w:t>
      </w:r>
    </w:p>
    <w:p>
      <w:pPr>
        <w:jc w:val="right"/>
      </w:pPr>
      <w:r>
        <w:t>बुरा घर का माहौली ऐसा वन जाता है और बाकी जो चीज़ें होती हैं वह फिर drama और film से मिल जाती हैं, काफ़ी हो जाती हैं. दुनिया भी मिल जाता है और तमौल आना साहब कहते हैं कि ईमान अगर आदमी के अंदर गहराई के साथ पैदा हो जाए तो वह सारी एहमियत सिर्फ़ हफ़ीक़त होते हैं यह रहेगा. उन्हें फ़ायदा बातों से सिर्फ़ दिलचस्पी ना रहे हैं अभी.</w:t>
      </w:r>
    </w:p>
    <w:p>
      <w:r>
        <w:rPr>
          <w:b/>
        </w:rPr>
        <w:t xml:space="preserve">[14:11] </w:t>
      </w:r>
      <w:r>
        <w:t>to isko padhkar bhi mujhe yeh samajh mein aaya ki kehte hain na ki woh khali zehan shattan kahan hota hai? To jab imaan insan ke andar gehrai ke saath na paida hua ho to, to jo zehan hai woh dil se khali hota hai. Us khali zehan se aaj ke jo modern zamane ki namayshi well happy ki cheezein hain woh dakhil ho jati hain. To aisa zehan condition ho jata hai. Ho jayega sirf namaz, roze, adar karne tak hi reh jayega. Uska ilm se kuch lalon nahi rehta hai.</w:t>
      </w:r>
    </w:p>
    <w:p>
      <w:pPr>
        <w:jc w:val="right"/>
      </w:pPr>
      <w:r>
        <w:t>तो इसको पढ़कर भी मुझे यह समझ में आया कि कहते हैं ना कि वह खाली ज़ेहन शट्टान कहां होता है? तो जब ईमान इंसान के अंदर गहराई के साथ ना पैदा हुआ हो तो, तो जो ज़ेहन है वह दिल से खाली होता है. उस खाली ज़हन से आज के जो modern ज़माने की नमाइशी well happy की चीज़ें हैं वह दाख़िल हो जाती हैं. तो ऐसा ज़हन condition हो जाता है. हो जाएगा सिर्फ़ नमाज़, रोज़े, अदार करने तक ही रह जाएगा. उसका इल्म से कुछ लालों नहीं रहता है.</w:t>
      </w:r>
    </w:p>
    <w:p>
      <w:r>
        <w:rPr>
          <w:b/>
        </w:rPr>
        <w:t xml:space="preserve">[14:39] </w:t>
      </w:r>
      <w:r>
        <w:t>sahi hai meri learning chahiye sharm hai. Ji jaakar lapa aapne bohat detail mein bataya hai sari baatein. Aapki baatein jo samajh mein aayi ki auraton ko bohat zyada mehnat karni hai apne ghar ke aur bachchon ki tabiyat karne ke liye aur aaj jo trend chala hai social media ka, aurtein apni potential ko nahi pehchan rahi hain.</w:t>
      </w:r>
    </w:p>
    <w:p>
      <w:pPr>
        <w:jc w:val="right"/>
      </w:pPr>
      <w:r>
        <w:t>सही है मेरी learning चाहिए शर्म है. जी जाकर लापा आपने बहुत detail में बताया है सारी बातें. आपकी बातें जो समझ में आई कि औरतों को बहुत ज़्यादा मेहनत करनी है अपने घर के और बच्चों की तबीयत करने के लिए और आज जो trend चला है social media का, औरतें अपनी potential को नहीं पहचान रही हैं.</w:t>
      </w:r>
    </w:p>
    <w:p>
      <w:r>
        <w:rPr>
          <w:b/>
        </w:rPr>
        <w:t xml:space="preserve">[15:05] </w:t>
      </w:r>
      <w:r>
        <w:t>aap Facebook kholengi to bohat sari aisi cheezein dikhai deti hain jo hum muslim auraton ko nahi shubha deti hai, nahi zeba deti hai is liye ki Allah ne hamein maqsad se paida kiya aur hamare andar bohat badi potential bhi hai. Is potential ko har ek aurat maslim aurtein khaas karke is potential ko pehchane aur apne ghar ke bachchon ki tabiyat karein. To main isko aage lete hue chalti hoon.</w:t>
      </w:r>
    </w:p>
    <w:p>
      <w:pPr>
        <w:jc w:val="right"/>
      </w:pPr>
      <w:r>
        <w:t>आप Facebook खोलेंगी तो बहुत सारी ऐसी चीज़ें दिखाई देती हैं जो हम मुस्लिम औरतों को नहीं शुभा देती है, नहीं ज़ेबा देती है इसलिए कि अल्लाह ने हमें मकसद से पैदा किया और हमारे अंदर बहुत बड़ी potential भी है. इस potential को हर एक औरत मसलिम औरतें खास करके इस potential को पहचानें और अपने घर के बच्चों की तबीयत करें. तो मैं इसको आगे लेते हुए चलती हूं.</w:t>
      </w:r>
    </w:p>
    <w:p>
      <w:r>
        <w:rPr>
          <w:b/>
        </w:rPr>
        <w:t xml:space="preserve">[15:32] </w:t>
      </w:r>
      <w:r>
        <w:t>main doctor Swapna se invite karti hoon unko ki apni learning ko share karein. To main yahi jaanti thi ki Islam mein bohat zyada darja diya jata hai specially maa ka status to bohat hi aala hai aur purana Hadees mein isi ka emphasis diya jata hai. To main samajhti thi ki yeh Hadees bhi usi ka extension hai. Woh jo sari baatein hum padhte the. Magar is article se jo baat samajh mein aayi to bohat hi amazing laga.</w:t>
      </w:r>
    </w:p>
    <w:p>
      <w:pPr>
        <w:jc w:val="right"/>
      </w:pPr>
      <w:r>
        <w:t>मैं doctor स्वपीना से invite करती हूं उनको कि अपनी learning को share करें. तो मैं यही जानती थी कि इस्लाम में बहुत ज़्यादा दर्जा दिया जाता है specially मां का status तो बहुत ही आला है और पुराना हदीस में इसी का emphasis दिया जाता है. तो मैं समझती थी कि यह हदीस भी उसी का extension है. वह जो सारी बातें हम पढ़ते थे. मगर इस article से जो बात समझ में आई तो बहुत ही amazing लगा.</w:t>
      </w:r>
    </w:p>
    <w:p>
      <w:r>
        <w:rPr>
          <w:b/>
        </w:rPr>
        <w:t xml:space="preserve">[15:57] </w:t>
      </w:r>
      <w:r>
        <w:t>yaani yeh Hadees bachchon ki nisbat se nahi, mujhe maa ki nisbat se samajh mein aayi. Jismein maa ko yeh special privilege nahi diya gaya hai ki aapke kadmon mein jannat hai balki mujhe laga ki un par laazmi kiya gaya hai ki un par yeh zimmedari hai ki woh apne bachchon ki taraf se apne farz ko achhe se nibhaayein.</w:t>
      </w:r>
    </w:p>
    <w:p>
      <w:pPr>
        <w:jc w:val="right"/>
      </w:pPr>
      <w:r>
        <w:t>यानी यह हदीस बच्चों की निस्बत से नहीं, मुझे मां की निस्बत से समझ में आई. जिसमें मां को यह special privilege नहीं दिया गया है कि आपके कदमों में जन्नत है बल्कि मुझे लगा कि उन पर लाज़मी किया गया है कि उन पर यह ज़िम्मेदारी है कि वह अपने बच्चों की तरफ से अपने फर्ज को अच्छे से निभाएं.</w:t>
      </w:r>
    </w:p>
    <w:p>
      <w:r>
        <w:rPr>
          <w:b/>
        </w:rPr>
        <w:t xml:space="preserve">[16:19] </w:t>
      </w:r>
      <w:r>
        <w:t>tabhi woh is is position ke qabil van sakti hain aur apne bachchon ko jannati personality agar woh banayengi tabhi unke kadmon mein jannat maani jayegi. To ek tarah se main isko love badalkar kahun to jannat maa ke kadmon ke neeche na hokar, maa ke kadmon par chalkar mil sakti hai bachchon ko. Main is tarah samajh paayi. To maa agar apni apne andar woh baat paida kare ki woh khud bhi jannati hai tabhi woh aisa kar payegi.</w:t>
      </w:r>
    </w:p>
    <w:p>
      <w:pPr>
        <w:jc w:val="right"/>
      </w:pPr>
      <w:r>
        <w:t>तभी वह इस इस position के काबिल वन सकती हैं और अपने बच्चों को जन्नति personality अगर वह बनाएंगी तभी उनके कदमों में जन्नत मानी जाएगी. तो एक तरह से मैं इसको love बदलकर कहूं तो जन्नत मां के कदमों के नीचे ना होकर, मां के कदमों पर चलकर मिल सकती है बच्चों को. मैं इस तरह समझ पाई. तो मां अगर अपनी अपने अंदर वह बात पैदा करे कि वह खुद भी जन्नती है तभी वह ऐसा कर पाएगी.</w:t>
      </w:r>
    </w:p>
    <w:p>
      <w:r>
        <w:rPr>
          <w:b/>
        </w:rPr>
        <w:t xml:space="preserve">[16:49] </w:t>
      </w:r>
      <w:r>
        <w:t>woh maa jo ki sahi tarfiyat kar sake.</w:t>
      </w:r>
    </w:p>
    <w:p>
      <w:pPr>
        <w:jc w:val="right"/>
      </w:pPr>
      <w:r>
        <w:t>वह मां जो की सही तरफ़ीयत कर सके.</w:t>
      </w:r>
    </w:p>
    <w:p>
      <w:r>
        <w:rPr>
          <w:b/>
        </w:rPr>
        <w:t xml:space="preserve">[17:05] </w:t>
      </w:r>
      <w:r>
        <w:t>woh ek masool zindagi guzaar sake jo apne ghar ke mahaul ko saada rakhe Last line mein kaha</w:t>
      </w:r>
    </w:p>
    <w:p>
      <w:pPr>
        <w:jc w:val="right"/>
      </w:pPr>
      <w:r>
        <w:t>वह एक मासूल ज़िंदगी गुज़ार सके जो अपने घर के माहौल को सादा रखे Last line में कहा</w:t>
      </w:r>
    </w:p>
    <w:p>
      <w:r>
        <w:rPr>
          <w:b/>
        </w:rPr>
        <w:t xml:space="preserve">[17:21] </w:t>
      </w:r>
      <w:r>
        <w:t>gaya hai ke ek maa koi zimmedari banane mein main aapki apni hai.</w:t>
      </w:r>
    </w:p>
    <w:p>
      <w:pPr>
        <w:jc w:val="right"/>
      </w:pPr>
      <w:r>
        <w:t>गया है कि एक मां कोई ज़िम्मेदारी बनाने में मैं आपकी अपनी है.</w:t>
      </w:r>
    </w:p>
    <w:p>
      <w:r>
        <w:rPr>
          <w:b/>
        </w:rPr>
        <w:t xml:space="preserve">[17:37] </w:t>
      </w:r>
      <w:r>
        <w:t>to wahi baat main samajh liya lihaza uske uske hi sare jo uski apni personality hai wah reflect karegi unke bachchon ki personality mein.</w:t>
      </w:r>
    </w:p>
    <w:p>
      <w:pPr>
        <w:jc w:val="right"/>
      </w:pPr>
      <w:r>
        <w:t>तो वही बात मैं समझ लिया लिहाजा उसके उसके ही सारे जो उसकी अपनी personality है वह reflect करेगी उनके बच्चों की personality में.</w:t>
      </w:r>
    </w:p>
    <w:p>
      <w:r>
        <w:rPr>
          <w:b/>
        </w:rPr>
        <w:t xml:space="preserve">[17:48] </w:t>
      </w:r>
      <w:r>
        <w:t>to sari baat yeh hai ki ek baat shor sanjeeda mother kis tarah se apne aap ko lekar chale aur apne bachchon ko aage lekar badhe apne jab bahut detail mein bataya ki is mamle ko bahut zimmedari se lena hai. apne andar aisa ki yahan se bhi poochogi ki humne apne bachchon ko kis tarah ki tarbeed di.</w:t>
      </w:r>
    </w:p>
    <w:p>
      <w:pPr>
        <w:jc w:val="right"/>
      </w:pPr>
      <w:r>
        <w:t>तो सारी बात यह है कि एक बात शोर संजीता mother किस तरह से अपने आप को लेकर चले और अपने बच्चों को आगे लेकर बढ़े अपने जब बहुत detail में बताया कि इस मामले को बहुत ज़िम्मेदारी से लेना है. अपने अंदर ऐसा कि यहां से भी पूछोगी कि हमने अपने बच्चों को किस तरह की तरबेद दी.</w:t>
      </w:r>
    </w:p>
    <w:p>
      <w:r>
        <w:rPr>
          <w:b/>
        </w:rPr>
        <w:t xml:space="preserve">[18:14] </w:t>
      </w:r>
      <w:r>
        <w:t>sirf maa banne se hamara status nahin badh jayega balki humein uske liye is yeh jaddojahad karni padegi. apne bachchon ke saath struggle karna padega. aulad na sirf ek blessing hai hamare liye balki duniya mein ek aazmaish hai aur duniya mein kyunki har blessing ki pooch hogi to aulad ke mamle mein bhi aisa hi hai. hum unko jannati personality banane ki tarbiyat de saken tabhi hum Allah ke samne kamyab kara to payenge.</w:t>
      </w:r>
    </w:p>
    <w:p>
      <w:pPr>
        <w:jc w:val="right"/>
      </w:pPr>
      <w:r>
        <w:t>सिर्फ मां बनने से हमारा status नहीं बढ़ जाएगा बल्कि हमें उसके लिए इस यह जद्दोजहद करनी पड़ेगी. अपने बच्चों के साथ struggle करना पड़ेगा. औलाद ना सिर्फ एक blessing है हमारे लिए बल्कि दुनिया में एक आज़माइश है और दुनिया में क्योंकि हर blessing की पूछ होगी तो औलाद के मामले में भी ऐसा ही है. हम उनको जन्नति personality बनाने की तरबीयत दे सकें तभी हम अल्लाह के सामने कामयाब करा तो पाएंगे.</w:t>
      </w:r>
    </w:p>
    <w:p>
      <w:r>
        <w:rPr>
          <w:b/>
        </w:rPr>
        <w:t xml:space="preserve">[18:42] </w:t>
      </w:r>
      <w:r>
        <w:t>main yahi samajh paayi hoon Shireen. jaza kalla. aaj jaza kalla doctor Sakina aapne yeh kaha ki maa jo hai wah unke jo bachche hain wah blessing ke saath saath wah ek bahut badi aazmaish hai unke bachche kyunki unhi ke through jab wah apni sahi parvarish apne bachchon ki karengi to jannat ka rasta unke liye bhi khulega, unke bachchon ke liye bhi khulega. yeh bahut badi zimmedari hai maa ka.</w:t>
      </w:r>
    </w:p>
    <w:p>
      <w:pPr>
        <w:jc w:val="right"/>
      </w:pPr>
      <w:r>
        <w:t>मैं यही समझ पाई हूं श्रीना. जिज़ा कल्ला. आज जिज़ा कल्ला doctor सक्रिना आपने यह कहा कि मां जो है वह उनके जो बच्चे हैं वह blessing के साथ साथ वह एक बहुत बड़ी आज़माइश है उनके बच्चे क्योंकि उन्हीं के through जब वह अपनी सही परवरिष्ठ अपने बच्चों की करेंगी तो जिनक का रास्ता उनके लिए भी खुलेगा, उनके बच्चों के लिए भी खुलेगा. यह बहुत बड़ी ज़िम्मेदारी है मां का.</w:t>
      </w:r>
    </w:p>
    <w:p>
      <w:r>
        <w:rPr>
          <w:b/>
        </w:rPr>
        <w:t xml:space="preserve">[19:10] </w:t>
      </w:r>
      <w:r>
        <w:t>yeh maa ka jo role hai wah bahut badi zimmedari unke upar hoti hai. main Najma aapka koi invite karti hoon apni learning ko share karne ke liye. bismillah ir rehman ir rahim. jannat maa ke sadmon ke neeche. to yeh baat waise hum bahut din se sun rahe hain.</w:t>
      </w:r>
    </w:p>
    <w:p>
      <w:pPr>
        <w:jc w:val="right"/>
      </w:pPr>
      <w:r>
        <w:t>यह मां का जो role है वह बहुत बड़ी ज़िम्मेदारी उनके ऊपर होती है. मैं नजमा आपका कोई invite करती हूं अपनी learning को share करने के लिए. बिस्मिल्लाह इब रहमान इब रहीम. जन्नत मां के सदमों के नीचे. तो यह बात वैसे हम बहुत दिन से sun रहे हैं.</w:t>
      </w:r>
    </w:p>
    <w:p>
      <w:r>
        <w:rPr>
          <w:b/>
        </w:rPr>
        <w:t xml:space="preserve">[19:30] </w:t>
      </w:r>
      <w:r>
        <w:t>lekin paighambar Islam ki is hadith number ek sau unnis ko lekar Maulana ne jo explain kiya hai ki jis tarah se hum is hadith ko upari taur se le lete hain ki Hazrat maa ke kadmon ke neeche hai wah ek tarah se uske bilkul opposite hai. yaani yahan maa ko ek aala muqam diya gaya hai hum yeh sochte hain.</w:t>
      </w:r>
    </w:p>
    <w:p>
      <w:pPr>
        <w:jc w:val="right"/>
      </w:pPr>
      <w:r>
        <w:t>लेकिन पैगम्बर इस्लाम की इस हदीस number एक सौ उन्नीस को लेकर मौलाना ने जो explain किया है कि जिस तरह से हम इस हदीस को ऊपरी तौर से ले लेते हैं कि ज़र्रत मां के कदमों के नीचे है वह एक तरह से उसके बिल्कुल opposite है. यानी यहां मां को एक आला मुकाम दिया गया है हम यह सोचते हैं.</w:t>
      </w:r>
    </w:p>
    <w:p>
      <w:r>
        <w:rPr>
          <w:b/>
        </w:rPr>
        <w:t xml:space="preserve">[19:57] </w:t>
      </w:r>
      <w:r>
        <w:t>to wah aala muqam aise hi humein nahin mil jayega. uske liye har ek maa ko jo dil chahe wah wah nahin kar sakti hai balki usko apna role bahut zimmedari se nibhana hai.</w:t>
      </w:r>
    </w:p>
    <w:p>
      <w:pPr>
        <w:jc w:val="right"/>
      </w:pPr>
      <w:r>
        <w:t>तो वह आला मुकाम ऐसे ही हमें नहीं मिल जाएगा. उसके लिए हर एक मां को जो दिल चाहे वह वह नहीं कर सकती है बल्कि उसको अपना role बहुत ज़िम्मेदारी से निभाना है.</w:t>
      </w:r>
    </w:p>
    <w:p>
      <w:r>
        <w:rPr>
          <w:b/>
        </w:rPr>
        <w:t xml:space="preserve">[20:14] </w:t>
      </w:r>
      <w:r>
        <w:t>jaise bachchon ki zimmedari usko bahut achhi tarah se nibhana hai kyunki abhi jo humne pichhli baar wah kiya tha ki ghar ek taalim ga aur aurat uski zimmedar. to yeh baat bhi hai ki ghar kyunki shuru mein jo impact hai wah maa ka impact hota hai, ghar ka impact bachchon par hota hai.</w:t>
      </w:r>
    </w:p>
    <w:p>
      <w:pPr>
        <w:jc w:val="right"/>
      </w:pPr>
      <w:r>
        <w:t>जैसे बच्चों की ज़िम्मेदारी उसको बहुत अच्छी तरह से निभाना है क्योंकि अभी जो हमने पिछली बार वह किया था कि घर एक तालीम गा और औरत उसकी ज़िम्मेदार. तो यह बात भी है कि घर क्योंकि शुरू में जो impact है वह मां का impact होता है, घर का impact बच्चों पर होता है.</w:t>
      </w:r>
    </w:p>
    <w:p>
      <w:r>
        <w:rPr>
          <w:b/>
        </w:rPr>
        <w:t xml:space="preserve">[20:38] </w:t>
      </w:r>
      <w:r>
        <w:t>to yeh ek bahut badi zimmedari hai aur actually yahan par focus jo hai wah ek duty conscious society ka hai. duty conscious society banane ke liye hai. to is baat ka Rasool Allah ne doosri jagah is tarah se bhi bataya hai ki mom inko apni zimmedari yada karna chahiye.</w:t>
      </w:r>
    </w:p>
    <w:p>
      <w:pPr>
        <w:jc w:val="right"/>
      </w:pPr>
      <w:r>
        <w:t>तो यह एक बहुत बड़ी ज़िम्मेदारी है और actually यहां पर focus जो है वह एक duty conscious society का है. Duty conscious society बनाने के लिए है. तो इस बात का रसूल अल्लाह ने दूसरी जगह इस तरह से भी बताया है कि mom इनको अपनी ज़िम्मेदारी यादा करना चाहिए.</w:t>
      </w:r>
    </w:p>
    <w:p>
      <w:r>
        <w:rPr>
          <w:b/>
        </w:rPr>
        <w:t xml:space="preserve">[21:03] </w:t>
      </w:r>
      <w:r>
        <w:t>to hare ko apni duty nibhana hai maa ko bhi aur bachchon ko bhi jab wah bade ho jayen. lekin iski jab bachpan mein jo training hoti hai bachchon ki jab wah samajhte hain, jab unko apna role samjha jayega tabhi wah yeh karte hain.</w:t>
      </w:r>
    </w:p>
    <w:p>
      <w:pPr>
        <w:jc w:val="right"/>
      </w:pPr>
      <w:r>
        <w:t>तो हरे को अपनी duty निभाना है मां को भी और बच्चों को भी जब वह बड़े हो जाएं. लेकिन इसकी जब बचपन में जो training होती है बच्चों की जब वह समझते हैं, जब उनको अपना role समझा जाएगा तभी वह यह करते हैं.</w:t>
      </w:r>
    </w:p>
    <w:p>
      <w:r>
        <w:rPr>
          <w:b/>
        </w:rPr>
        <w:t xml:space="preserve">[21:21] </w:t>
      </w:r>
      <w:r>
        <w:t>to yahi jo bahut badi zimmedarish hai humein isko bahut achhi tarah se nibhana hai aur maa aur bachche ko dekhen to yahi milkar ek tarah se poori society banti hai. maa baap aur bachche yahi society hai. to maa ki yeh jo badi zimmedari hai kyunki bachchon ki zindagi mein maa ka hum sab jante hain ki bahut bada role hota hai.</w:t>
      </w:r>
    </w:p>
    <w:p>
      <w:pPr>
        <w:jc w:val="right"/>
      </w:pPr>
      <w:r>
        <w:t>तो यही जो बहुत बड़ी ज़िम्मेदारिश है हमें इसको बहुत अच्छी तरह से निभाना है और मां और बच्चे को देखें तो यही मिलकर एक तरह से पूरी society बनती है. मां बाप और बच्चे यही society है. तो मां की यह जो बड़ी ज़िम्मेदारी है क्योंकि बच्चों की ज़िंदगी में मां का हम सब जानते हैं कि बहुत बड़ा role होता है.</w:t>
      </w:r>
    </w:p>
    <w:p>
      <w:r>
        <w:rPr>
          <w:b/>
        </w:rPr>
        <w:t xml:space="preserve">[21:48] </w:t>
      </w:r>
      <w:r>
        <w:t>wah barabar apni maa ke saath rehte hain, usko dekhte rehte hain, usko dekhte hain, usko follow karte hain. isliye maa ko jo dil chahe wah nahin kar sakti aur na hi use karna chahiye kyunki bachchon par uska bahut impact hota hai.</w:t>
      </w:r>
    </w:p>
    <w:p>
      <w:pPr>
        <w:jc w:val="right"/>
      </w:pPr>
      <w:r>
        <w:t>वह बराबर अपनी मां के साथ रहते हैं, उसको देखते रहते हैं, उसको देखते हैं, उसको follow करते हैं. इसलिए मां को जो दिल चाहे वह नहीं कर सकती और ना ही उसे करना चाहिए क्योंकि बच्चों पर उसका बहुत impact होता है.</w:t>
      </w:r>
    </w:p>
    <w:p>
      <w:r>
        <w:rPr>
          <w:b/>
        </w:rPr>
        <w:t xml:space="preserve">[22:06] </w:t>
      </w:r>
      <w:r>
        <w:t>doosri baat jo humne pichhli baar kari thi ki ghar ek taalim ka to maa apna role jab hi ada karegi jab wah learn karegi, jab wah seekhegi, jab wah apni knowledge badhayegi aur Maulana bhi bada, Maulana ne kitni importance ladies ko di aur isi wajah se yeh hamara group bana.</w:t>
      </w:r>
    </w:p>
    <w:p>
      <w:pPr>
        <w:jc w:val="right"/>
      </w:pPr>
      <w:r>
        <w:t>दूसरी बात जो हमने पिछली बार करी थी कि घर एक तालीम का तो मां अपना role जब ही अदा करेगी जब वह learn करेगी, जब वह सीखेगी, जब वह अपनी knowledge बढ़ाएगी और मौलाना भी बड़ा, मौलाना ने कितनी importance ladies को दी और इसी वजह से यह हमारा group बना.</w:t>
      </w:r>
    </w:p>
    <w:p>
      <w:r>
        <w:rPr>
          <w:b/>
        </w:rPr>
        <w:t xml:space="preserve">[22:26] </w:t>
      </w:r>
      <w:r>
        <w:t>to zyada tar aalim na auraton ko neglect kar dete hain lekin Maulana ne auraton ko bahut badi yahan par zimmedari hai ki kaun mana karta hai? aap log kariye yeh kaam. apna intellectual development karein. to jab hum yeh karenge tabhi hum yeh soch sakte hain. to kyunki maa jo hai wah apne bachchon ke liye ek model hoti hai.</w:t>
      </w:r>
    </w:p>
    <w:p>
      <w:pPr>
        <w:jc w:val="right"/>
      </w:pPr>
      <w:r>
        <w:t>तो ज़्यादातर आलम ना औरतों को neglect कर देते हैं लेकिन मौलाना ने औरतों को बहुत बड़ी यहां पर ज़िम्मेदारी है कि कौन मना करता है? आप लोग करिए यह काम. अपना intellectual development करें. तो जब हम यह करेंगे तभी हम यह सोच सकते हैं. तो क्योंकि मां जो है वह अपने बच्चों के लिए एक model होती है.</w:t>
      </w:r>
    </w:p>
    <w:p>
      <w:r>
        <w:rPr>
          <w:b/>
        </w:rPr>
        <w:t xml:space="preserve">[22:50] </w:t>
      </w:r>
      <w:r>
        <w:t>usko achhe raste par chalna hai aur kis raste par chalna hai? Allah ki blessings ka shukr ada karna hai, sabr karna hai. shikayat aur nashukri ya aur koi galat baatein par Allah ki marfat hasil karna chahiye taki bachche bhi usi rah par chalen.</w:t>
      </w:r>
    </w:p>
    <w:p>
      <w:pPr>
        <w:jc w:val="right"/>
      </w:pPr>
      <w:r>
        <w:t>उसको अच्छे रास्ते पर चलना है और किस रास्ते पर चलना है? अल्लाह की blessings का शुक्र अदा करना है, सब्र करना है. शिकायत और नाशुक्री या और कोई गलत बातें पर अल्लाह की मार्फत हासिल करना चाहिए ताकि बच्चे भी उसी राह पर चलें.</w:t>
      </w:r>
    </w:p>
    <w:p>
      <w:r>
        <w:rPr>
          <w:b/>
        </w:rPr>
        <w:t xml:space="preserve">[23:12] </w:t>
      </w:r>
      <w:r>
        <w:t>jab wah jo bachchon ko training bachpan se milti hai aur bachpan mein zyada aasani se wah achhi tarah is baat par chalna seekh lete hain.</w:t>
      </w:r>
    </w:p>
    <w:p>
      <w:pPr>
        <w:jc w:val="right"/>
      </w:pPr>
      <w:r>
        <w:t>जब वह जो बच्चों को training बचपन से मिलती है और बचपन में ज़्यादा आसानी से वह अच्छी तरह इस बात पर चलना सीख लेते हैं.</w:t>
      </w:r>
    </w:p>
    <w:p>
      <w:r>
        <w:rPr>
          <w:b/>
        </w:rPr>
        <w:t xml:space="preserve">[23:23] </w:t>
      </w:r>
      <w:r>
        <w:t>to maa ko is baat par bahut focus karna hai kyunki wah apne bachchon ke liye ek model hai jaise maine abhi kaha to apni zimmedariyon ko bahut seriously nibhana hai aur bachche bhi bade hokar apni apni zimmedari ko samjhen maa baap ki taraf se apni zimmedari ko achhi tarah se nibhayen.</w:t>
      </w:r>
    </w:p>
    <w:p>
      <w:pPr>
        <w:jc w:val="right"/>
      </w:pPr>
      <w:r>
        <w:t>तो मां को इस बात पर बहुत focus करना है क्योंकि वह अपने बच्चों के लिए एक model है जैसे मैंने अभी कहा तो अपनी ज़िम्मेदारियों को बहुत seriously निभाना है और बच्चे भी बड़े होकर अपनी अपनी ज़िम्मेदारी को समझें मां बाप की तरफ से अपनी ज़िम्मेदारी को अच्छी तरह से निभाएं.</w:t>
      </w:r>
    </w:p>
    <w:p>
      <w:r>
        <w:rPr>
          <w:b/>
        </w:rPr>
        <w:t xml:space="preserve">[23:47] </w:t>
      </w:r>
      <w:r>
        <w:t>unki jo unse achhi tarah se baat karen yaani politely baat karen, unki zarooraton ko poora karen. to agar unke bachpan mein sahi parvarish hoti hai ya hui hai to wah yeh zaroor karenge. wah yeh zaroor samjhenge ki unki zimmedariyan kya hain aur is tarah se ek behtar society banegi.</w:t>
      </w:r>
    </w:p>
    <w:p>
      <w:pPr>
        <w:jc w:val="right"/>
      </w:pPr>
      <w:r>
        <w:t>उनकी जो उनसे अच्छी तरह से बात करें यानी politely बात करें, उनकी ज़रूरतों को पूरा करें. तो अगर उनके बचपन में सही परवरिश होती है या हुई है तो वह यह ज़रूर करेंगे. वह यह ज़रूर समझेंगे कि उनकी ज़िम्मेदारियां क्या हैं और इस तरह से एक बेहतर society बनेगी.</w:t>
      </w:r>
    </w:p>
    <w:p>
      <w:r>
        <w:rPr>
          <w:b/>
        </w:rPr>
        <w:t xml:space="preserve">[24:11] </w:t>
      </w:r>
      <w:r>
        <w:t>to aakhir mein main yeh kahungi ki sab apni duty zimmedari se nibhayen aur specially mang aur apni taraf se poora yeh kaam karen apne huqooq aur apne rights jo hain wah Allah se mange aur jitna insaan ko mehnat kare, uska shukrada kare aur tab Allah se apna apna rights mange, apne huqooq mange.</w:t>
      </w:r>
    </w:p>
    <w:p>
      <w:pPr>
        <w:jc w:val="right"/>
      </w:pPr>
      <w:r>
        <w:t>तो आखिर में मैं यह कहूंगी कि सब अपनी duty ज़िम्मेदारी से निभाएं और specially मांग और अपनी तरफ से पूरा यह काम करें अपने हुकूक और अपने rights जो हैं वह अल्लाह से मांगे और जितना इंसान को मेहनत करें, उसका शुक्रादा करें और तब अल्लाह से अपना अपना rights मांगे, अपने हुकोक मांगे.</w:t>
      </w:r>
    </w:p>
    <w:p>
      <w:r>
        <w:rPr>
          <w:b/>
        </w:rPr>
        <w:t xml:space="preserve">[24:38] </w:t>
      </w:r>
      <w:r>
        <w:t>to main focus yahan par jo Maulana ne kaha hai ki humein duty conscious insaan banana hai aur aurat jab duty conscious hogi to bachchon ki wah zimmedari achhi tarah se usko nibhayegi. to yahi meri learning hai ki humein bahut seriously is baat ko lena hai jaza karna. jaza karna Najma aapka.</w:t>
      </w:r>
    </w:p>
    <w:p>
      <w:pPr>
        <w:jc w:val="right"/>
      </w:pPr>
      <w:r>
        <w:t>तो main focus यहां पर जो मौलाना ने कहा है कि हमें duty conscious इंसान बनाना है और औरत जब duty conscious होगी तो बच्चों की वह ज़िम्मेदारी अच्छी तरह से उसको निभाएगी. तो यही मेरी learning है कि हमें बहुत seriously इस बात को लेना है जज़ा करना. जज़ा करना नजमा आपका.</w:t>
      </w:r>
    </w:p>
    <w:p>
      <w:r>
        <w:rPr>
          <w:b/>
        </w:rPr>
        <w:t xml:space="preserve">[25:05] </w:t>
      </w:r>
      <w:r>
        <w:t>aap bar you have focused a lot on the word society. what I can think of is when we look at the larger picture. jaise ki hum jante hain ki ek society ka unit ek family hota hai aur ek family mein maa hote hain, bachche hote hain, father hote hain.</w:t>
      </w:r>
    </w:p>
    <w:p>
      <w:pPr>
        <w:jc w:val="right"/>
      </w:pPr>
      <w:r>
        <w:t>आप बार you have focused a lot on the word society. What I can think of is when we look at the larger picture. जैसे कि हम जानते हैं कि एक society का unit एक family होता है और एक family में मां होते हैं, बच्चे होते हैं, father होते हैं.</w:t>
      </w:r>
    </w:p>
    <w:p>
      <w:r>
        <w:rPr>
          <w:b/>
        </w:rPr>
        <w:t xml:space="preserve">[25:23] </w:t>
      </w:r>
      <w:r>
        <w:t>to jab yeh is larger picture ko jab hum dekhte hain, jab maa apne bachchon ki parvirish jab karti hai to usmein jo ek individual hota hai jo bachcha palta hai usmein wah duty conscious bachcha hoga. agar maa apni responsibility ko bakhubi nibha rahi ho to aise jo individual jo society mein jo ja rahe hain wah bhi duty conscious hote hain. ise kya hoga ki we are building the society.</w:t>
      </w:r>
    </w:p>
    <w:p>
      <w:pPr>
        <w:jc w:val="right"/>
      </w:pPr>
      <w:r>
        <w:t>तो जब यह इस larger picture को जब हम देखते हैं, जब मां अपने बच्चों की पर्विरिश जब करती है तो उसमें जो एक individual होता है जो बच्चा पलता है उसमें वह duty conscious बच्चा होगा. अगर मां अपनी responsibility को बखूबी निभा रही हो तो ऐसे जो individual जो society में जो जा रहे हैं वह भी duty conscious होते हैं. इसे क्या होगा कि we are building the society.</w:t>
      </w:r>
    </w:p>
    <w:p>
      <w:r>
        <w:rPr>
          <w:b/>
        </w:rPr>
        <w:t xml:space="preserve">[25:48] </w:t>
      </w:r>
      <w:r>
        <w:t>we are building the nation and in a last picture we are building the good inhabitants of this earth. aaj jaise ki maloom hai ki bahut sari families mein kuch sare bahut sare problems hote hain maa apne bachchon par, bahut sari galtiyon ko dhampati hain. to us tarah se kya hota hai wahi bachche bade hokar ke na bahut aisi unki personality banti hai jo ki bahut destructive hota hai society ke liye.</w:t>
      </w:r>
    </w:p>
    <w:p>
      <w:pPr>
        <w:jc w:val="right"/>
      </w:pPr>
      <w:r>
        <w:t>We are building the nation and in a last picture we are building the good inhabitants of this earth. आज जैसे कि मालूम है कि बहुत सारी families में कुछ सारे बहुत सारे problems होते हैं मां अपने बच्चों पर, बहुत सारी गलतियों को ढांपती हैं. तो उस तरह से क्या होता है वही बच्चे बड़े होकर के ना बहुत ऐसी उनकी personality बनती है जो कि बहुत destructive होता है society के लिए.</w:t>
      </w:r>
    </w:p>
    <w:p>
      <w:r>
        <w:rPr>
          <w:b/>
        </w:rPr>
        <w:t xml:space="preserve">[26:15] </w:t>
      </w:r>
      <w:r>
        <w:t>Ok, now famida aap aap kuch kehna chah rahi hain? Please continue.</w:t>
      </w:r>
    </w:p>
    <w:p>
      <w:pPr>
        <w:jc w:val="right"/>
      </w:pPr>
      <w:r>
        <w:t>Ok, now फ़मीदा आप आप कुछ कहना चाह रही हैं? Please continue.</w:t>
      </w:r>
    </w:p>
    <w:p>
      <w:r>
        <w:rPr>
          <w:b/>
        </w:rPr>
        <w:t xml:space="preserve">[26:24] </w:t>
      </w:r>
      <w:r>
        <w:t>haan haan, famida asal cheez humko jo hai jahan focus karna hai, aisa karne waise kabhi aisi kuch nahi hota.</w:t>
      </w:r>
    </w:p>
    <w:p>
      <w:pPr>
        <w:jc w:val="right"/>
      </w:pPr>
      <w:r>
        <w:t>हां हां, फ़मीदा असल चीज़ हमको जो है जहां focus करना है, ऐसा करने वैसे कभी ऐसी कुछ नहीं होता.</w:t>
      </w:r>
    </w:p>
    <w:p>
      <w:r>
        <w:rPr>
          <w:b/>
        </w:rPr>
        <w:t xml:space="preserve">[26:34] </w:t>
      </w:r>
      <w:r>
        <w:t>hume ilm seekhna hai sabse badi cheez hai kyunke aajkal jo bhi ladies hain woh jo powerful hai</w:t>
      </w:r>
    </w:p>
    <w:p>
      <w:pPr>
        <w:jc w:val="right"/>
      </w:pPr>
      <w:r>
        <w:t>हमें इल्म सीखना है सबसे बड़ी चीज़ है क्योंकि आजकल जो भी ladies हैं वह जो powerful है</w:t>
      </w:r>
    </w:p>
    <w:p>
      <w:r>
        <w:rPr>
          <w:b/>
        </w:rPr>
        <w:t xml:space="preserve">[26:43] </w:t>
      </w:r>
      <w:r>
        <w:t>hum log dekhte hain to bilkul ilm sirf khali hai.</w:t>
      </w:r>
    </w:p>
    <w:p>
      <w:pPr>
        <w:jc w:val="right"/>
      </w:pPr>
      <w:r>
        <w:t>हम लोग देखते हैं तो बिल्कुल इल्म सिर्फ खाली है.</w:t>
      </w:r>
    </w:p>
    <w:p>
      <w:r>
        <w:rPr>
          <w:b/>
        </w:rPr>
        <w:t xml:space="preserve">[26:53] </w:t>
      </w:r>
      <w:r>
        <w:t>ke Maulana Wahiduddin Khan sahab ne jo auraton ko importance di hai woh mere khayal kisi ne maine</w:t>
      </w:r>
    </w:p>
    <w:p>
      <w:pPr>
        <w:jc w:val="right"/>
      </w:pPr>
      <w:r>
        <w:t>कि मौलाना बहितुद्दीन फांस साहब ने जो औरतों को importance दी है वह मेरे ख्याल किसी ने मैंने</w:t>
      </w:r>
    </w:p>
    <w:p>
      <w:r>
        <w:rPr>
          <w:b/>
        </w:rPr>
        <w:t xml:space="preserve">[27:00] </w:t>
      </w:r>
      <w:r>
        <w:t>apni zindagi mein nahi dekha kisi ko.</w:t>
      </w:r>
    </w:p>
    <w:p>
      <w:pPr>
        <w:jc w:val="right"/>
      </w:pPr>
      <w:r>
        <w:t>अपनी ज़िंदगी में नहीं देखा किसी को.</w:t>
      </w:r>
    </w:p>
    <w:p>
      <w:r>
        <w:rPr>
          <w:b/>
        </w:rPr>
        <w:t xml:space="preserve">[27:07] </w:t>
      </w:r>
      <w:r>
        <w:t>to jo us apni jo salahiyat alladala ne auraton ko diya hai usko samjhein, usko samajhne ke liye</w:t>
      </w:r>
    </w:p>
    <w:p>
      <w:pPr>
        <w:jc w:val="right"/>
      </w:pPr>
      <w:r>
        <w:t>तो जो उस अपनी जो सलाहियत अल्लादाला ने औरतों को दिया है उसको समझें, उसको समझने के लिए</w:t>
      </w:r>
    </w:p>
    <w:p>
      <w:r>
        <w:rPr>
          <w:b/>
        </w:rPr>
        <w:t xml:space="preserve">[27:15] </w:t>
      </w:r>
      <w:r>
        <w:t>hum Maulana sahab ki kitabon ko padhein aur woh janenge aur uske baad unko samajh mein aayega ke</w:t>
      </w:r>
    </w:p>
    <w:p>
      <w:pPr>
        <w:jc w:val="right"/>
      </w:pPr>
      <w:r>
        <w:t>हम मोलाना साहब की किताबों को पढ़ें और वह जानेंगे और उसके बाद उनको समझ में आएगा कि</w:t>
      </w:r>
    </w:p>
    <w:p>
      <w:r>
        <w:rPr>
          <w:b/>
        </w:rPr>
        <w:t xml:space="preserve">[27:22] </w:t>
      </w:r>
      <w:r>
        <w:t>haan waqai hamari kya matlab andatalla ne hum kis position par rakha tha?</w:t>
      </w:r>
    </w:p>
    <w:p>
      <w:pPr>
        <w:jc w:val="right"/>
      </w:pPr>
      <w:r>
        <w:t>हां वाकई हमारी क्या मतलब अंदा तल्ला ने हम किस position पर रखा था?</w:t>
      </w:r>
    </w:p>
    <w:p>
      <w:r>
        <w:rPr>
          <w:b/>
        </w:rPr>
        <w:t xml:space="preserve">[27:29] </w:t>
      </w:r>
      <w:r>
        <w:t>kya humko karna chahiye tha?</w:t>
      </w:r>
    </w:p>
    <w:p>
      <w:pPr>
        <w:jc w:val="right"/>
      </w:pPr>
      <w:r>
        <w:t>क्या हमको करना चाहिए था?</w:t>
      </w:r>
    </w:p>
    <w:p>
      <w:r>
        <w:rPr>
          <w:b/>
        </w:rPr>
        <w:t xml:space="preserve">[27:37] </w:t>
      </w:r>
      <w:r>
        <w:t>ke usne agar koi aisi galti kar diya aur matlab main to apna khaas ladies ke liye hi</w:t>
      </w:r>
    </w:p>
    <w:p>
      <w:pPr>
        <w:jc w:val="right"/>
      </w:pPr>
      <w:r>
        <w:t>कि उसने अगर कोई ऐसी गलती कर दिया और मतलब मैं तो अपना खास ladies के लिए ही</w:t>
      </w:r>
    </w:p>
    <w:p>
      <w:r>
        <w:rPr>
          <w:b/>
        </w:rPr>
        <w:t xml:space="preserve">[27:51] </w:t>
      </w:r>
      <w:r>
        <w:t>bolungi ke unko yeh bahut zaroori hai samajhna ke unki wajah se bachche barafat honge to unki wajah</w:t>
      </w:r>
    </w:p>
    <w:p>
      <w:pPr>
        <w:jc w:val="right"/>
      </w:pPr>
      <w:r>
        <w:t>बोलूंगी कि उनको यह बहुत ज़रूरी है समझना कि उनकी वजह से बच्चे बर्फात होंगे तो उनकी वजह</w:t>
      </w:r>
    </w:p>
    <w:p>
      <w:r>
        <w:rPr>
          <w:b/>
        </w:rPr>
        <w:t xml:space="preserve">[28:06] </w:t>
      </w:r>
      <w:r>
        <w:t>se mahaul kharab hoga.</w:t>
      </w:r>
    </w:p>
    <w:p>
      <w:pPr>
        <w:jc w:val="right"/>
      </w:pPr>
      <w:r>
        <w:t>से माहौल खराब होगा.</w:t>
      </w:r>
    </w:p>
    <w:p>
      <w:r>
        <w:rPr>
          <w:b/>
        </w:rPr>
        <w:t xml:space="preserve">[28:21] </w:t>
      </w:r>
      <w:r>
        <w:t>koshish karne se bhi nahi milti. yeh sab ek galatfehmi hai. Maulana sahab ko padhkar meri toh zindagi badal gayi hai. toh maine yahi jaana hai ki jannat jannat se mohabbat karne se milti hai, khuda se mohabbat karne se milti hai aur kisi ka call hai ki mohabbat har rukawat ko door kar deti hai. toh yeh call jo tha us par ek Mohammad sahab ne article bhi dekha hua hai.</w:t>
      </w:r>
    </w:p>
    <w:p>
      <w:pPr>
        <w:jc w:val="right"/>
      </w:pPr>
      <w:r>
        <w:t>कोशिश करने से भी नहीं मिलती. यह सब एक गलतफहमी है. मोहलाना साहब को पढ़कर मेरी तो ज़िंदगी बदल गई है. तो मैंने यही जाना है कि जन्नत जन्नत से मोहब्बत करने से मिलती है, खुदा से मोहब्बत करने से मिलती है और किसी का call है कि मोहब्बत हर रुकावट को दूर कर देती है. तो यह call जो था उस पर एक मोहम्मद साहब ने article भी देखा हुआ है.</w:t>
      </w:r>
    </w:p>
    <w:p>
      <w:r>
        <w:rPr>
          <w:b/>
        </w:rPr>
        <w:t xml:space="preserve">[28:45] </w:t>
      </w:r>
      <w:r>
        <w:t>koi koi raqasa thi uska pair matlab bahut zyada apne raksh par toh yeh phir se waise hi ban sakti hain. toh unhone agar woh takleef bardasht kar lein, yeh bhi kaha tha maine.</w:t>
      </w:r>
    </w:p>
    <w:p>
      <w:pPr>
        <w:jc w:val="right"/>
      </w:pPr>
      <w:r>
        <w:t>कोई कोई रक्कासा थी उसका पैर मतलब बहुत ज़्यादा अपने रक्ष पर तो यह फिर से वैसे ही वन सकती हैं. तो उन्होंने अगर वह तकलीफ बर्दाश्त कर लें, यह भी कहा था मैंने.</w:t>
      </w:r>
    </w:p>
    <w:p>
      <w:r>
        <w:rPr>
          <w:b/>
        </w:rPr>
        <w:t xml:space="preserve">[29:13] </w:t>
      </w:r>
      <w:r>
        <w:t>toh us aurat ne itni zyada mehnat kiya, teen dada mehnat kiya apni ek pair ki uska artificial tha aur itni mehnat karke usne jo hai usse itni mohabbat thi usko na. toh us mohabbat ka jazba usne apne laksh par nikala aur phir se woh waisi takleef ko bardasht karti thi aur phir se woh waisi lakkasa ban gayi jo itni famous lakkasa thi.</w:t>
      </w:r>
    </w:p>
    <w:p>
      <w:pPr>
        <w:jc w:val="right"/>
      </w:pPr>
      <w:r>
        <w:t>तो उस औरत ने इतनी ज़्यादा मेहनत किया, तीन दादा मेहनत किया अपनी एक पैर की उसका artificial था और इतनी मेहनत करके उसने जो है उससे इतनी मोहब्बत थी उसको ना. तो उस मोहब्बत का जज़्बा उसने अपने लक्ष्य पर निकाला और फिर से वह वैसी तकलीफ को बर्दाश्त करती थी और फिर से वह वैसी लक्कासा वन गई जो इतनी famous लक्कासा थी.</w:t>
      </w:r>
    </w:p>
    <w:p>
      <w:r>
        <w:rPr>
          <w:b/>
        </w:rPr>
        <w:t xml:space="preserve">[29:34] </w:t>
      </w:r>
      <w:r>
        <w:t>toh yeh baat itni badi baat hai manam sahib ne isi se bataya ki aurat kya ki har insaan ke liye hai ki agar mohabbat uska jazba uska jis taraf hoga toh woh paaki hi rahega.</w:t>
      </w:r>
    </w:p>
    <w:p>
      <w:pPr>
        <w:jc w:val="right"/>
      </w:pPr>
      <w:r>
        <w:t>तो यह बात इतनी बड़ी बात है मनम साहब ने इसी से बताया कि औरत क्या कि हर इंसान के लिए है कि अगर मोहब्बत उसका जज़्बा उसका जिस तरफ होगा तो वह पाकी ही रहेगा.</w:t>
      </w:r>
    </w:p>
    <w:p>
      <w:r>
        <w:rPr>
          <w:b/>
        </w:rPr>
        <w:t xml:space="preserve">[30:02] </w:t>
      </w:r>
      <w:r>
        <w:t>toh jo Maulana sahab ne hum logon ko bataya ki Allah ki mohabbat isse badi koi cheez hai nahi ki mohabbat Allah se karein aur hamari zindagi apne aap imaan aur us par aa jaati hai. samajhdari aa jaati hai, zimmedari aa jaati hai, conscious ho jaate hain. yahi kehna tha mujhe.</w:t>
      </w:r>
    </w:p>
    <w:p>
      <w:pPr>
        <w:jc w:val="right"/>
      </w:pPr>
      <w:r>
        <w:t>तो जो मोलाना साहब ने हम लोगों को बताया कि अल्लाह की मोहब्बत इससे बड़ी कोई चीज़ है नहीं कि मोहब्बत अल्लाह से करें और हमारी ज़िंदगी अपने आप ईमान और उस पर आ जाती है. समझदारी आ जाती है, ज़िम्मेदारी आ जाती है, conscious हो जाते हैं. यही कहना था मुझे.</w:t>
      </w:r>
    </w:p>
    <w:p>
      <w:r>
        <w:rPr>
          <w:b/>
        </w:rPr>
        <w:t xml:space="preserve">[30:24] </w:t>
      </w:r>
      <w:r>
        <w:t>Taking the session ahead Aisha Yusra, aap kuch kehna chahengi apni learning share karein? Assalamualikum everyone. Walikum salam. Maine is article se yeh yeh understand hui meri A mother is the first teacher and the best teacher.</w:t>
      </w:r>
    </w:p>
    <w:p>
      <w:pPr>
        <w:jc w:val="right"/>
      </w:pPr>
      <w:r>
        <w:t>Taking the session ahead आयशा यूसरा, आप कुछ कहना चाहेंगी अपनी learning share करें? अस्सलामालिकुम everyone. ग्वालिकुम सलाम. मैंने इस article से यह यह understand हुई मेरी A mother is the first teacher and the best teacher.</w:t>
      </w:r>
    </w:p>
    <w:p>
      <w:r>
        <w:rPr>
          <w:b/>
        </w:rPr>
        <w:t xml:space="preserve">[30:48] </w:t>
      </w:r>
      <w:r>
        <w:t>It means she has to acquire knowledge and update herself to upbring her children in a better way. Before getting married, every woman should know this fact. Otherwise, they cannot play the mother role effectively. Yahi meri learning hai. Yahi maine samajh paya is article se. Jaza karla.</w:t>
      </w:r>
    </w:p>
    <w:p>
      <w:pPr>
        <w:jc w:val="right"/>
      </w:pPr>
      <w:r>
        <w:t>It means she has to acquire knowledge and update herself to upbring her children in a better way. Before getting married, every woman should know this fact. Otherwise, they cannot play the mother role effectively. यही मेरी learning है. यही मैंने समझ पाया इस article से. जज़ा कर्ला.</w:t>
      </w:r>
    </w:p>
    <w:p>
      <w:r>
        <w:rPr>
          <w:b/>
        </w:rPr>
        <w:t xml:space="preserve">[31:18] </w:t>
      </w:r>
      <w:r>
        <w:t>Jaza karlaah Eesha. Salah Zareen aap kuch kehna chahenge apni learning share karein? Assalam Walikul. Walikul Salam. Haan ji. Mujhe is article ko padhkar ke Quran ki ek aayat is tarike se samajh mein aati hai. Quran ki ek aayat ka mahatva hogi ki aulad maa baap ke liye kitna hai?</w:t>
      </w:r>
    </w:p>
    <w:p>
      <w:pPr>
        <w:jc w:val="right"/>
      </w:pPr>
      <w:r>
        <w:t>जज़ा कर्लाह ईशाह. सलाह ज़रीन आप कुछ कहना चाहेंगे अपनी learning share करें? असलाम वालिकुल. वालिकुल स्लाम. हां जी. मुझे इस article को पढ़कर के कुरान की एक आयत इस तरीके से समझ में आती है. कुरान की एक आयत का महत्व होगी कि औलात मां बाप के लिए कितना है?</w:t>
      </w:r>
    </w:p>
    <w:p>
      <w:r>
        <w:rPr>
          <w:b/>
        </w:rPr>
        <w:t xml:space="preserve">[31:45] </w:t>
      </w:r>
      <w:r>
        <w:t>Toh aksar jab bhi main isko pati thi pehle toh mujhe yeh lagta tha ki yeh aayaaj jo hai woh directly aulad ke liye ki aulad maa baap ke liye kitne ka swabhakt hoti hai. Responsibility hai. Yeh aaya direct maa baap ki responsibility ko batati hai.</w:t>
      </w:r>
    </w:p>
    <w:p>
      <w:pPr>
        <w:jc w:val="right"/>
      </w:pPr>
      <w:r>
        <w:t>तो अक्सर जब भी मैं इसको पती थी पहले तो मुझे यह लगता था कि यह आयाज जो है वह directly औलात के लिए कि औलात मां बाप के लिए कितने का स्वभक्त होती है. Responsibility है. यह आया direct मां बाप की responsibility को बताती है.</w:t>
      </w:r>
    </w:p>
    <w:p>
      <w:r>
        <w:rPr>
          <w:b/>
        </w:rPr>
        <w:t xml:space="preserve">[32:12] </w:t>
      </w:r>
      <w:r>
        <w:t>Maangna is tarike se kehti hai ki is aayat se hamein maloom hota hai ki agar maa baap chahein toh apni targat se apni aulad ko apne liye ya toh kutna bana lein ya toh masrakhat ka saamaan bana lein. Yeh un par depend karta hai. Uske aage Maulana is baat ko bhi kehte hain ki kitne se matlab yahan par test hai. Toh jaise ki har insaan ki life mein ek test period hota hai. Toh Maulana jeete hain ki maa ka test jo hai uske aulad ki tarike se hota hai.</w:t>
      </w:r>
    </w:p>
    <w:p>
      <w:pPr>
        <w:jc w:val="right"/>
      </w:pPr>
      <w:r>
        <w:t>मांगना इस तरीके से कहती है कि इस आयात से हमें मालूम होता है कि अगर मां बाप चाहें तो अपनी तर्गत से अपनी औलात को अपने लिए या तो कुतना बना लें या तो मक्सरत का सामान बना लें. यह उन पर depend करता है. उसके आगे मोलाना इस बात को भी कहते हैं कि कितने से मतलब यहां पर test है. तो जैसे कि हर इंसान की life में एक test period होता है. तो मोलाना जीते हैं कि मां का test जो है उसके औलात की तरीके से होता है.</w:t>
      </w:r>
    </w:p>
    <w:p>
      <w:r>
        <w:rPr>
          <w:b/>
        </w:rPr>
        <w:t xml:space="preserve">[32:40] </w:t>
      </w:r>
      <w:r>
        <w:t>Usmein aage woh mention karte ki aksar hota hai ki ek aurat jo hai woh apni life mein bahut se character se durkhti hai. Toh ek character aisa aata hai jo maa ka character hota hai aur yeh character sabse important character hai kyunki is character mein sirf aurat ka test hi nahi hota balki usko ek nayi personality ko taiyar karna hota hai. Toh yeh uske liye bahut bada intehaan hai ki woh ek nayi personality ko taiyar karti hai.</w:t>
      </w:r>
    </w:p>
    <w:p>
      <w:pPr>
        <w:jc w:val="right"/>
      </w:pPr>
      <w:r>
        <w:t>उसमें आगे वह mention करते कि अक्सर होता है कि एक औरत जो है वह अपनी life में बहुत से character से दुर्खती है. तो एक character ऐसा आता है जो मां का character होता है और यह character सबसे important character है क्योंकि इस character में सिर्फ औरत का test ही नहीं होता बल्कि उसको एक नई personality को तैयार करना होता है. तो यह उसके लिए बहुत बड़ा इंतिहान है कि वह एक नई personality को तैयार करती है.</w:t>
      </w:r>
    </w:p>
    <w:p>
      <w:r>
        <w:rPr>
          <w:b/>
        </w:rPr>
        <w:t xml:space="preserve">[33:04] </w:t>
      </w:r>
      <w:r>
        <w:t>Toh is tarike se bahut important hai ek maa ko ki jab woh ek nayi personality ko taiyar kare toh uske liye bahut zaroori hai ki woh kis tarike se ek nayi personality ko taiyar kar rahi hai is duniya mein.</w:t>
      </w:r>
    </w:p>
    <w:p>
      <w:pPr>
        <w:jc w:val="right"/>
      </w:pPr>
      <w:r>
        <w:t>तो इस तरीके से बहुत important है एक मां को कि जब वह एक नई personality को तैयार करे तो उसके लिए बहुत ज़रूरी है कि वह किस तरीके से एक नई personality को तैयार कर रही है इस दुनिया में.</w:t>
      </w:r>
    </w:p>
    <w:p>
      <w:r>
        <w:rPr>
          <w:b/>
        </w:rPr>
        <w:t xml:space="preserve">[33:15] </w:t>
      </w:r>
      <w:r>
        <w:t>Us par ek baat yeh bhi hai ki toh uske liye bahut zaroori hai ki woh apne bachchon ko family oriented na banakar balki God oriented life par zyada focus karein. Toh ek better personality jo hai is duniya ko mil sakti hai aur usko aur ek toh maa ko ek ghar ko mil sakti hai.</w:t>
      </w:r>
    </w:p>
    <w:p>
      <w:pPr>
        <w:jc w:val="right"/>
      </w:pPr>
      <w:r>
        <w:t>उस पर एक बात यह भी है कि तो उसके लिए बहुत ज़रूरी है कि वह अपने बच्चों को family oriented ना बनाकर बल्कि God oriented life पर ज़्यादा focus करें. तो एक better personality जो है इस दुनिया को मिल सकती है और उसको और एक तो मां को एक घर को मिल सकती है.</w:t>
      </w:r>
    </w:p>
    <w:p>
      <w:r>
        <w:rPr>
          <w:b/>
        </w:rPr>
        <w:t xml:space="preserve">[33:45] </w:t>
      </w:r>
      <w:r>
        <w:t>jisse yeh hoga ke ek maa ne ek maa baap ne apne haath se apne bachche ko joey</w:t>
      </w:r>
    </w:p>
    <w:p>
      <w:pPr>
        <w:jc w:val="right"/>
      </w:pPr>
      <w:r>
        <w:t>जिससे यह होगा कि एक मां ने एक मां बाप ने अपने हाथ से अपने बच्चे को जोए</w:t>
      </w:r>
    </w:p>
    <w:p>
      <w:r>
        <w:rPr>
          <w:b/>
        </w:rPr>
        <w:t xml:space="preserve">[33:51] </w:t>
      </w:r>
      <w:r>
        <w:t>woh apne hi maksad ka saman tayyar kar liya.</w:t>
      </w:r>
    </w:p>
    <w:p>
      <w:pPr>
        <w:jc w:val="right"/>
      </w:pPr>
      <w:r>
        <w:t>वह अपने ही मकसद का सामान तैयार कर लिया.</w:t>
      </w:r>
    </w:p>
    <w:p>
      <w:r>
        <w:rPr>
          <w:b/>
        </w:rPr>
        <w:t xml:space="preserve">[33:57] </w:t>
      </w:r>
      <w:r>
        <w:t>to main yahan par is baat ko kehna chah rahi thi ke mujhe yeh cheez bahut achhe se</w:t>
      </w:r>
    </w:p>
    <w:p>
      <w:pPr>
        <w:jc w:val="right"/>
      </w:pPr>
      <w:r>
        <w:t>तो मैं यहां पर इस बात को कहना चाह रही थी कि मुझे यह चीज़ बहुत अच्छे से</w:t>
      </w:r>
    </w:p>
    <w:p>
      <w:r>
        <w:rPr>
          <w:b/>
        </w:rPr>
        <w:t xml:space="preserve">[34:03] </w:t>
      </w:r>
      <w:r>
        <w:t>clear hogi jaza kalma.</w:t>
      </w:r>
    </w:p>
    <w:p>
      <w:pPr>
        <w:jc w:val="right"/>
      </w:pPr>
      <w:r>
        <w:t>clear होगी जिज़ा कल्मा.</w:t>
      </w:r>
    </w:p>
    <w:p>
      <w:r>
        <w:rPr>
          <w:b/>
        </w:rPr>
        <w:t xml:space="preserve">[34:09] </w:t>
      </w:r>
      <w:r>
        <w:t>jaza kalma sunna aapne apni learning ko share kiya.</w:t>
      </w:r>
    </w:p>
    <w:p>
      <w:pPr>
        <w:jc w:val="right"/>
      </w:pPr>
      <w:r>
        <w:t>जज़ा कल्मा सुन्ना आपने अपनी learning को share किया.</w:t>
      </w:r>
    </w:p>
    <w:p>
      <w:r>
        <w:rPr>
          <w:b/>
        </w:rPr>
        <w:t xml:space="preserve">[34:15] </w:t>
      </w:r>
      <w:r>
        <w:t>Doctor Safeena aap kuch kehna chahenge in tamam baaton ko aapne aapki kya inference hai?</w:t>
      </w:r>
    </w:p>
    <w:p>
      <w:pPr>
        <w:jc w:val="right"/>
      </w:pPr>
      <w:r>
        <w:t>Doctor सफ़ीना आप कुछ कहना चाहेंगे इन तमाम बातों को आपने आपकी क्या inference है?</w:t>
      </w:r>
    </w:p>
    <w:p>
      <w:r>
        <w:rPr>
          <w:b/>
        </w:rPr>
        <w:t xml:space="preserve">[34:21] </w:t>
      </w:r>
      <w:r>
        <w:t>Doctor Safeera. Awaaz awaaz aa rahi hai? Ji aa rahi hai. Ji. Main sabse pehle toh yahi aitraft karna chahungi ki jis tarah se Maulana sahab ne auraton ko ek alag unki potentials ko pehchan ke unko ek alag rukh par chalane ki koshish ki hai.</w:t>
      </w:r>
    </w:p>
    <w:p>
      <w:pPr>
        <w:jc w:val="right"/>
      </w:pPr>
      <w:r>
        <w:t>Doctor सफ़ीरा. आवाज़ आवाज़ आ रही है? जी आ रही है. जी. मैं सबसे पहले तो यही ऐतरफ्त करना चाहूंगी कि जिस तरह से मौलाना साहब ने औरतों को एक अलग उनकी potentials को पहचान के उनको एक अलग रुख पर चलाने की कोशिश की है.</w:t>
      </w:r>
    </w:p>
    <w:p>
      <w:r>
        <w:rPr>
          <w:b/>
        </w:rPr>
        <w:t xml:space="preserve">[34:50] </w:t>
      </w:r>
      <w:r>
        <w:t>Yeh waqai mein bahut hi ajeeb cheez hai jo kisi ne kabhi nahi ki. Toh pehle toh mujhe is baat par bahut hi zyada Allah ka shukr karna hai ki hum log us cheez ko jaan paaye warna hamari zindagi bhi aise hi andhere mein chali jaati. Bekhabri mein hum khatam kar dete hain apne aap. Theek hai.</w:t>
      </w:r>
    </w:p>
    <w:p>
      <w:pPr>
        <w:jc w:val="right"/>
      </w:pPr>
      <w:r>
        <w:t>यह वाकई में बहुत ही अजीब चीज़ है जो किसी ने कभी नहीं की. तो पहले तो मुझे इस बात पर बहुत ही ज़्यादा अल्हा का शुक्र करना है कि हम लोग उस चीज़ को जान पाए वरना हमारी ज़िंदगी भी ऐसे ही अंधेरे में चली जाती. बेखबरी में हम खत्म कर देते हैं अपने आप. ठीक है.</w:t>
      </w:r>
    </w:p>
    <w:p>
      <w:r>
        <w:rPr>
          <w:b/>
        </w:rPr>
        <w:t xml:space="preserve">[35:08] </w:t>
      </w:r>
      <w:r>
        <w:t>Aur doosri baat main yeh bhi kehna chahungi ki jo aajkal parenting mein issues logon ko hote hain, zyada tar logon ka kehna hai ki hum toh bachchon ko shuru se sahi lekar chale, phir bhi is tarah se ho gaya, bachche nahi sunte hain, maante nahi hain.</w:t>
      </w:r>
    </w:p>
    <w:p>
      <w:pPr>
        <w:jc w:val="right"/>
      </w:pPr>
      <w:r>
        <w:t>और दूसरी बात मैं यह भी कहना चाहूंगी कि जो आजकल parenting में issues लोगों को होते हैं, ज़्यादातर लोगों का कहना है कि हम तो बच्चों को शुरू से सही लेकर चले, फिर भी इस तरह से हो गया, बच्चे नहीं सुनते हैं, मानते नहीं हैं.</w:t>
      </w:r>
    </w:p>
    <w:p>
      <w:r>
        <w:rPr>
          <w:b/>
        </w:rPr>
        <w:t xml:space="preserve">[35:25] </w:t>
      </w:r>
      <w:r>
        <w:t>Toh abhi main is cheez ko yeh samajh paati hoon ki shayad hamari hamari apne hi self mein koi kami hoti hai toh hamein bahut zyada introspection bhi karna hai kyunki bachche kahin na kahin hamari sirf ilm ko hi nahi seekhte, woh hamari personality ko bhi dekhte hain. Woh hamare behavior ko bhi dekhte hain ki hum kis tarah se ghar mein positive culture rakhe hue hain. Humne ghar mein koi negative baatein toh nahi karni shuru kar di rishtedaron ki buraiyan toh nahi karte hum log baithkar.</w:t>
      </w:r>
    </w:p>
    <w:p>
      <w:pPr>
        <w:jc w:val="right"/>
      </w:pPr>
      <w:r>
        <w:t>तो अभी मैं इस चीज़ को यह समझ पाती हूं कि शायद हमारी हमारी अपने ही self में कोई कमी होती है तो हमें बहुत ज़्यादा introspection भी करना है क्योंकि बच्चे कहीं ना कहीं हमारी सिर्फ इल्म को ही नहीं सीखते, वह हमारी personality को भी देखते हैं. वह हमारे behavior को भी देखते हैं कि हम किस तरह से घर में positive culture रखे हुए हैं. हमने घर में कोई negative बातें तो नहीं करनी शुरू कर दी रिश्तेदारों की बुराइयां तो नहीं करते हम लोग बैठकर.</w:t>
      </w:r>
    </w:p>
    <w:p>
      <w:r>
        <w:rPr>
          <w:b/>
        </w:rPr>
        <w:t xml:space="preserve">[35:54] </w:t>
      </w:r>
      <w:r>
        <w:t>hum log khali waqt par karte kya hain?</w:t>
      </w:r>
    </w:p>
    <w:p>
      <w:pPr>
        <w:jc w:val="right"/>
      </w:pPr>
      <w:r>
        <w:t>हम लोग खाली वक्त पर करते क्या हैं?</w:t>
      </w:r>
    </w:p>
    <w:p>
      <w:r>
        <w:rPr>
          <w:b/>
        </w:rPr>
        <w:t xml:space="preserve">[35:59] </w:t>
      </w:r>
      <w:r>
        <w:t>hamari zindagi family ki jiski taraf ja rahi hai, yeh bahut important hai.</w:t>
      </w:r>
    </w:p>
    <w:p>
      <w:pPr>
        <w:jc w:val="right"/>
      </w:pPr>
      <w:r>
        <w:t>हमारी ज़िंदगी family की जिसकी स्तरफ जा रही है, यह बहुत important है.</w:t>
      </w:r>
    </w:p>
    <w:p>
      <w:r>
        <w:rPr>
          <w:b/>
        </w:rPr>
        <w:t xml:space="preserve">[36:04] </w:t>
      </w:r>
      <w:r>
        <w:t>to agar female se ho sake is cheez par bhi woh apna bahut zyada tawajjoten ke woh apne</w:t>
      </w:r>
    </w:p>
    <w:p>
      <w:pPr>
        <w:jc w:val="right"/>
      </w:pPr>
      <w:r>
        <w:t>तो अगर female से हो सके इस चीज़ पर भी वह अपना बहुत ज़्यादा तवज्जोतें कि वह अपने</w:t>
      </w:r>
    </w:p>
    <w:p>
      <w:r>
        <w:rPr>
          <w:b/>
        </w:rPr>
        <w:t xml:space="preserve">[36:09] </w:t>
      </w:r>
      <w:r>
        <w:t>aap ko poori tarah se Khuda ke din mein jab ilm hasil karein to poori tarah se apne</w:t>
      </w:r>
    </w:p>
    <w:p>
      <w:pPr>
        <w:jc w:val="right"/>
      </w:pPr>
      <w:r>
        <w:t>आप को पूरी तरह से खुदा के दिन में जब इल्म हासिल करें तो पूरी तरह से अपने</w:t>
      </w:r>
    </w:p>
    <w:p>
      <w:r>
        <w:rPr>
          <w:b/>
        </w:rPr>
        <w:t xml:space="preserve">[36:14] </w:t>
      </w:r>
      <w:r>
        <w:t>aap ko woh akhirat rukhi zindagi guzarni shuru karein aur apne ghar ke mahaul ko bhi waise hi rakhein.</w:t>
      </w:r>
    </w:p>
    <w:p>
      <w:pPr>
        <w:jc w:val="right"/>
      </w:pPr>
      <w:r>
        <w:t>आपको वह आखिरत रुखी ज़िंदगी गुज़ारनी शुरू करें और अपने घर के माहौल को भी वैसे ही रखें.</w:t>
      </w:r>
    </w:p>
    <w:p>
      <w:r>
        <w:rPr>
          <w:b/>
        </w:rPr>
        <w:t xml:space="preserve">[36:19] </w:t>
      </w:r>
      <w:r>
        <w:t>main bas itna kehna chah rahi thi.</w:t>
      </w:r>
    </w:p>
    <w:p>
      <w:pPr>
        <w:jc w:val="right"/>
      </w:pPr>
      <w:r>
        <w:t>मैं बस इतना कहना चाह रही थी.</w:t>
      </w:r>
    </w:p>
    <w:p>
      <w:r>
        <w:rPr>
          <w:b/>
        </w:rPr>
        <w:t xml:space="preserve">[36:25] </w:t>
      </w:r>
      <w:r>
        <w:t>Haan jiza kila. Nazmaapa aap kuch kehna cha rahi hain? Haan, main yeh kehna cha rahi hoon ki aksar log Maulana aapke paas aate the ki hum toh seekh rahe hain, hum apne bachchon ko kaise theek karein? Toh Maulana sahab kehte the pehle apne ko theek karo. Tab unke baare mein socho aur woh pampering ko toh hamesha hi mana karte the.</w:t>
      </w:r>
    </w:p>
    <w:p>
      <w:pPr>
        <w:jc w:val="right"/>
      </w:pPr>
      <w:r>
        <w:t>हां जिज़ा किला. नज़मापा आप कुछ कहना चाह रही हैं? हां, मैं यह कहना चाह रही हूं कि अक्सर लोग मौलाना आपके पास आते थे कि हम तो सीख रहे हैं, हम अपने बच्चों को कैसे ठीक करें? तो मौलाना साहब कहते थे पहले अपने को ठीक करो. तब उनके बारे में सोचो और वह pampering को तो हमेशा ही मना करते थे.</w:t>
      </w:r>
    </w:p>
    <w:p>
      <w:r>
        <w:rPr>
          <w:b/>
        </w:rPr>
        <w:t xml:space="preserve">[36:47] </w:t>
      </w:r>
      <w:r>
        <w:t>Toh log na ekdam se ghabra jaate the ki hum hum toh bachchon ko sab bahut achhi tarah par woh bahut unki woh kehte the ki tumhein apne mahaul ko jab tak nahi badloge, apne aap ko nahi badloge, bachchon ko kaise badal sakte ho? Toh yeh main Maulana ki baat share karna cha rahi hoon zaakir. Ji zaakir Allah. Ek baat toh mujhe bahut clear hui aap is article se ki main bachpan se sunti hui aayi hoon, maa ke pair ke neeche jannat hai, maa ke pair</w:t>
      </w:r>
    </w:p>
    <w:p>
      <w:pPr>
        <w:jc w:val="right"/>
      </w:pPr>
      <w:r>
        <w:t>तो लोग ना एकदम से घबरा जाते थे कि हम हम तो बच्चों को सब बहुत अच्छी तरह पर वह बहुत उनकी वह कहते थे कि तुम्हें अपने माहौल को जब तक नहीं बदलोगे, अपने आप को नहीं बदलोगे, बच्चों को कैसे बदल सकते हो? तो यह मैं मालाना की बात share करना चाह रही हूं ज़ाकिर. जी ज़ाकिर अल्ला. एक बात तो मुझे बहुत clear हुई आप इस article से कि मैं बचपन से सुनती हुई आई हूं, मां के पैर के नीचे जन्नत है, मां के पैर</w:t>
      </w:r>
    </w:p>
    <w:p>
      <w:r>
        <w:rPr>
          <w:b/>
        </w:rPr>
        <w:t xml:space="preserve">[37:17] </w:t>
      </w:r>
      <w:r>
        <w:t>ke neeche jannat hai. Aaj mere upar yeh khula is article ko padhkar ke waqai responsibility yeh jo jo samajh mein ya families mein yeh jo baatein phailai gayi hain, maa ke peeche jannat hai.</w:t>
      </w:r>
    </w:p>
    <w:p>
      <w:pPr>
        <w:jc w:val="right"/>
      </w:pPr>
      <w:r>
        <w:t>के नीचे जन्नत है. आज मेरे ऊपर यह खुला इस article को पढ़कर के वाकई responsibility यह जो जो समाज में या families में यह जो बातें फैलाई गई हैं, मां के पीछे जन्नत है.</w:t>
      </w:r>
    </w:p>
    <w:p>
      <w:r>
        <w:rPr>
          <w:b/>
        </w:rPr>
        <w:t xml:space="preserve">[37:44] </w:t>
      </w:r>
      <w:r>
        <w:t>Yeh baat ekdam bilkul uske woh us par bilkul jo meri soch thi uske opposite mein mujhe samajh mein aa rahi hai. Toh I think most of the ladies who might be understanding this kind of understanding they have that aisa hi kuch hai unke saath toh apni khayal ko woh change karein aur focus karein apne aap par. Tabhi jaakar ke kuch changes aaenge unke ghar mein aur unki personality mein aur unke bachchon mein. Speak we have ten minutes more to go on with the session.</w:t>
      </w:r>
    </w:p>
    <w:p>
      <w:pPr>
        <w:jc w:val="right"/>
      </w:pPr>
      <w:r>
        <w:t>यह बात एकदम बिल्कुल उसके वह उस पर बिल्कुल जो मेरी सोच थी उसके opposite में मुझे समझ में आ रही है. तो I think most of the ladies who might be understanding this kind of understanding they have that ऐसा ही कुछ है उनके साथ तो अपनी ख्याल को वह change करें और focus करें अपने आप पर. तभी जाकर के कुछ changes आऐंगे उनके घर में और उनकी personality में और उनके बच्चों में. Speak we have ten minutes more to go on with the session.</w:t>
      </w:r>
    </w:p>
    <w:p>
      <w:r>
        <w:rPr>
          <w:b/>
        </w:rPr>
        <w:t xml:space="preserve">[38:14] </w:t>
      </w:r>
      <w:r>
        <w:t>So so Premida aap aap hi continue karein is session ko phir? Par faatoon ke liye zaroori hai ki woh pehle ilm seekhein aur yeh cheez sabse zyada zaroori hai ki hum jaante hain waqt phir bhale jaan lena kaam nahi ho raha hai toh humko us par amal karna hai. Bahut zaroori hai, bahut zaroori hai. Toh is mission mein aakar humne yahi kiya ki humne jaana aur usmein amal karte hain.</w:t>
      </w:r>
    </w:p>
    <w:p>
      <w:pPr>
        <w:jc w:val="right"/>
      </w:pPr>
      <w:r>
        <w:t>So so प्रेमीदा आप आप ही continue करें इस session को फिर? पर फ़ातून के लिए ज़रूरी है कि वह पहले इल्म सीखें और यह चीज़ सबसे ज़्यादा ज़रूरी है कि हम जानते हैं वक्त फिर भले जान लेना काम नहीं हो रहा है तो हमको उस पर अमल करना है. बहुत ज़रूरी है, बहुत ज़रूरी है. तो इस mission में आकर हमने यही किया कि हमने जाना और उसमें अमल करते हैं.</w:t>
      </w:r>
    </w:p>
    <w:p>
      <w:r>
        <w:rPr>
          <w:b/>
        </w:rPr>
        <w:t xml:space="preserve">[38:41] </w:t>
      </w:r>
      <w:r>
        <w:t>to phir aur yahi hamara poora bhi isi mein guzarta hai. hum seekhte hain, padhte hain, hum jaante hain aur jo bhi ladies ke upar kaam ho raha hai ya hum jab poorv lekar chal rahe hain to ismein kisi ko faayda ho raha hai ki nahin ho raha hai? lekin humko bahut faayda ho raha hai. Allah ka shubhar hai. to jo seekhna chahega vah to kaise hi seekhega?</w:t>
      </w:r>
    </w:p>
    <w:p>
      <w:pPr>
        <w:jc w:val="right"/>
      </w:pPr>
      <w:r>
        <w:t>तो फिर और यही हमारा पूरा भी इसी में गुज़रता है. हम सीखते हैं, पढ़ते हैं, हम जानते हैं और जो भी ladies के ऊपर काम हो रहा है या हम जब पूर्व लेकर चल रहे हैं तो इसमें किसी को फ़ायदा हो रहा है कि नहीं हो रहा है? लेकिन हमको बहुत फ़ायदा हो रहा है. अल्लाह का शुभर है. तो जो सीखना चाहेगा वह तो कैसे ही सीखेगा?</w:t>
      </w:r>
    </w:p>
    <w:p>
      <w:r>
        <w:rPr>
          <w:b/>
        </w:rPr>
        <w:t xml:space="preserve">[39:03] </w:t>
      </w:r>
      <w:r>
        <w:t>main yeh keh rahi hoon aap jo ilm jis baat keh rahe hain aksar log ilm ko na</w:t>
      </w:r>
    </w:p>
    <w:p>
      <w:pPr>
        <w:jc w:val="right"/>
      </w:pPr>
      <w:r>
        <w:t>मैं यह कह रही हूं आप जो इल्म जिस बात कह रहे हैं अक्सर लोग इल्म को ना</w:t>
      </w:r>
    </w:p>
    <w:p>
      <w:r>
        <w:rPr>
          <w:b/>
        </w:rPr>
        <w:t xml:space="preserve">[39:08] </w:t>
      </w:r>
      <w:r>
        <w:t>confuse karte hain education se jo degrees jo log colleges mein BHD bhi kar liya lekin jab aap</w:t>
      </w:r>
    </w:p>
    <w:p>
      <w:pPr>
        <w:jc w:val="right"/>
      </w:pPr>
      <w:r>
        <w:t>confuse करते हैं education से जो degrees जो लोग colleges में BHD भी कर लिया लेकिन जब आप</w:t>
      </w:r>
    </w:p>
    <w:p>
      <w:r>
        <w:rPr>
          <w:b/>
        </w:rPr>
        <w:t xml:space="preserve">[39:14] </w:t>
      </w:r>
      <w:r>
        <w:t>unse baat karenge unki wisdom ki jo tay hai woh hamein samajh mein aati hai ki unko kitni</w:t>
      </w:r>
    </w:p>
    <w:p>
      <w:pPr>
        <w:jc w:val="right"/>
      </w:pPr>
      <w:r>
        <w:t>उनसे बात करेंगे उनकी wisdom की जो तय है वह हमें समझ में आती है कि उनको कितनी</w:t>
      </w:r>
    </w:p>
    <w:p>
      <w:r>
        <w:rPr>
          <w:b/>
        </w:rPr>
        <w:t xml:space="preserve">[39:20] </w:t>
      </w:r>
      <w:r>
        <w:t>samajh mein aati hai aur woh ek society ke liye whether it's a she is she or he</w:t>
      </w:r>
    </w:p>
    <w:p>
      <w:pPr>
        <w:jc w:val="right"/>
      </w:pPr>
      <w:r>
        <w:t>समझ में आती है और वह एक society के लिए whether it's a she is she or he</w:t>
      </w:r>
    </w:p>
    <w:p>
      <w:r>
        <w:rPr>
          <w:b/>
        </w:rPr>
        <w:t xml:space="preserve">[39:25] </w:t>
      </w:r>
      <w:r>
        <w:t>she is an incentive to the society kya unke education jo unhone hasil kiya hai universities mein woh</w:t>
      </w:r>
    </w:p>
    <w:p>
      <w:pPr>
        <w:jc w:val="right"/>
      </w:pPr>
      <w:r>
        <w:t>she is an incentive to the society क्या उनके education जो उन्होंने हासिल किया है universities में वह</w:t>
      </w:r>
    </w:p>
    <w:p>
      <w:r>
        <w:rPr>
          <w:b/>
        </w:rPr>
        <w:t xml:space="preserve">[39:31] </w:t>
      </w:r>
      <w:r>
        <w:t>kitna contribute kar raha hai society ko, uske uplift mein aur khud aapke apne ghar mein.</w:t>
      </w:r>
    </w:p>
    <w:p>
      <w:pPr>
        <w:jc w:val="right"/>
      </w:pPr>
      <w:r>
        <w:t>कितना contribute कर रहा है society को, उसके uplift में और खुद आपके अपने घर में.</w:t>
      </w:r>
    </w:p>
    <w:p>
      <w:r>
        <w:rPr>
          <w:b/>
        </w:rPr>
        <w:t xml:space="preserve">[39:37] </w:t>
      </w:r>
      <w:r>
        <w:t>to yahan par degree ki baat nahin hai. Ilm ka matlab degree nahin hota hai. Ilm ka matlab hota hai vah tamam cheezein jo ek personality ke development mein ek ek lady ho ya ek aadmi ho usko uske development mein kaise usko help kar raha hai? to yeh bahut important hai. aksar ghar mein dekha jata hai ki ek material world bahut zyada pursue karta hai. jaise material life hai, material goods parents accumulate karte rehte hain, unki material zindagi chalti rehti hai.</w:t>
      </w:r>
    </w:p>
    <w:p>
      <w:pPr>
        <w:jc w:val="right"/>
      </w:pPr>
      <w:r>
        <w:t>तो यहां पर degree की बात नहीं है. Ilm का मतलब degree नहीं होता है. Ilm का मतलब होता है वह तमाम चीज़ें जो एक personality के development में एक एक lady हो या एक आदमी हो उसको उसके development में कैसे उसको help कर रहा है? तो यह बहुत important है. अक्सर घर में देखा जाता है कि एक material world बहुत ज़्यादा pursue करता है. जैसे material life है, material goods parents accumulate करते रहते हैं, उनकी material ज़िंदगी चलती रहती है.</w:t>
      </w:r>
    </w:p>
    <w:p>
      <w:r>
        <w:rPr>
          <w:b/>
        </w:rPr>
        <w:t xml:space="preserve">[40:07] </w:t>
      </w:r>
      <w:r>
        <w:t>to hum usmein expect nahin kar sakte hain ki hamare bachche ka intellectual development ho, jabki hum khud develop kar rahe hain materially. haan. to yeh this is a very important point to be noted down noted down. hamare paas chaar minute ka time hai. aap is session ko include kar de do aapke saath.</w:t>
      </w:r>
    </w:p>
    <w:p>
      <w:pPr>
        <w:jc w:val="right"/>
      </w:pPr>
      <w:r>
        <w:t>तो हम उसमें expect नहीं कर सकते हैं कि हमारे बच्चे का intellectual development हो, जबकि हम खुद develop कर रहे हैं materially. हां. तो यह this is a very important point to be noted down noted down. हमारे पास चार minute का time है. आप इस session को include कर दे दो आपके साथ.</w:t>
      </w:r>
    </w:p>
    <w:p>
      <w:r>
        <w:rPr>
          <w:b/>
        </w:rPr>
        <w:t xml:space="preserve">[40:29] </w:t>
      </w:r>
      <w:r>
        <w:t>ek hatish hai main mere kulfan par rahunga sahib ne kaha ki akhuda ke rasood kaun log aapke kulfan hain? aapne kaha ki vah log jo meri sunnat ki madad karenge aur logon ko uski taleen denge. to aakar unki galat hum un cheezon ko samajhne ki salahiyat hain taaki hum war aur fikr kar sakein.</w:t>
      </w:r>
    </w:p>
    <w:p>
      <w:pPr>
        <w:jc w:val="right"/>
      </w:pPr>
      <w:r>
        <w:t>एक हतीश है मैं मेरे कुल्फान पर रहूंगा साहब ने कहा कि अखुदा के रसूद कौन लोग आपके कुल्फान हैं? आपने कहा कि वह लोग जो मेरी सुन्नत की मदद करेंगे और लोगों को उसकी तालीन देंगे. तो आकार उनकी गलत हम उन चीज़ों को समझने की सलाहियत हैं ताकि हम war और फ़िक्र कर सकें.</w:t>
      </w:r>
    </w:p>
    <w:p>
      <w:r>
        <w:rPr>
          <w:b/>
        </w:rPr>
        <w:t xml:space="preserve">[40:58] </w:t>
      </w:r>
      <w:r>
        <w:t>hum un cheezon ke talik bane jo hamari akhir ke kaamyaab banane wali film ke liye hum jatwajhad karein game seekhne mein mulle bane. jizza kar lapar. Now we come to the end of the session, and this has been an incredible learning for all of us.</w:t>
      </w:r>
    </w:p>
    <w:p>
      <w:pPr>
        <w:jc w:val="right"/>
      </w:pPr>
      <w:r>
        <w:t>हम उन चीज़ों के तालिक बने जो हमारी आखिर के कामयाब बनाने वाली film के लिए हम जत्वजहद करें game सीखने में मुल्ले बने. जिज़्ज़ा कर लापर. Now we come to the end of the session, and this has been an incredible learning for all of us.</w:t>
      </w:r>
    </w:p>
    <w:p>
      <w:r>
        <w:rPr>
          <w:b/>
        </w:rPr>
        <w:t xml:space="preserve">[41:20] </w:t>
      </w:r>
      <w:r>
        <w:t>And as you may have all noticed that this is a new format that we are trying to work on on this kind of learning, especially focusing on the women, their personality development, their potential, and intellectual development. We are going to share only those articles which focuses on these topics.</w:t>
      </w:r>
    </w:p>
    <w:p>
      <w:pPr>
        <w:jc w:val="right"/>
      </w:pPr>
      <w:r>
        <w:t>And as you may have all noticed that this is a new format that we are trying to work on on this kind of learning, especially focusing on the women, their personality development, their potential, and intellectual development. We are going to share only those articles which focuses on these topics.</w:t>
      </w:r>
    </w:p>
    <w:p>
      <w:r>
        <w:rPr>
          <w:b/>
        </w:rPr>
        <w:t xml:space="preserve">[41:45] </w:t>
      </w:r>
      <w:r>
        <w:t>So, we all we all request that you all ladies prepare yourself according to what we are learning here in this session and we build our personality according to this learning that we are sharing over here. And jisaakhilla doctor safeena for sharing these articles, working so hard on these articles and trying to bring greater good from these kind of sessions. Thank you.</w:t>
      </w:r>
    </w:p>
    <w:p>
      <w:pPr>
        <w:jc w:val="right"/>
      </w:pPr>
      <w:r>
        <w:t>So, we all we all request that you all ladies prepare yourself according to what we are learning here in this session and we build our personality according to this learning that we are sharing over here. And जिसाखिल्ला doctor सफ़ीना for sharing these articles, working so hard on these articles and trying to bring greater good from these kind of sessions.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