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Ghar Aek Taleem Gaah CPS Women Article Discussion 21 June 11, 2023</w:t>
      </w:r>
    </w:p>
    <w:p>
      <w:r>
        <w:t>https://www.youtube.com/watch?v=EK-bR9q2TpA</w:t>
      </w:r>
    </w:p>
    <w:p>
      <w:r>
        <w:rPr>
          <w:b/>
        </w:rPr>
        <w:t xml:space="preserve">[00:00] </w:t>
      </w:r>
      <w:r>
        <w:t>I I welcome you all on board with CPS Women's article discussion today.</w:t>
      </w:r>
    </w:p>
    <w:p>
      <w:pPr>
        <w:jc w:val="right"/>
      </w:pPr>
      <w:r>
        <w:t>I I welcome you all on board with CPS Women's article discussion today.</w:t>
      </w:r>
    </w:p>
    <w:p>
      <w:r>
        <w:rPr>
          <w:b/>
        </w:rPr>
        <w:t xml:space="preserve">[00:11] </w:t>
      </w:r>
      <w:r>
        <w:t>Today is 06/11/2023, and we have come up again with another article from the book aurat memare insaniyat</w:t>
      </w:r>
    </w:p>
    <w:p>
      <w:pPr>
        <w:jc w:val="right"/>
      </w:pPr>
      <w:r>
        <w:t>Today is 06/11/2023, and we have come up again with another article from the book औरत मेमारे इंसानियत</w:t>
      </w:r>
    </w:p>
    <w:p>
      <w:r>
        <w:rPr>
          <w:b/>
        </w:rPr>
        <w:t xml:space="preserve">[00:23] </w:t>
      </w:r>
      <w:r>
        <w:t>and the article name is ghar ke taaleemga, page number 43.</w:t>
      </w:r>
    </w:p>
    <w:p>
      <w:pPr>
        <w:jc w:val="right"/>
      </w:pPr>
      <w:r>
        <w:t>and the article name is घर के तालीनगा, page number 43.</w:t>
      </w:r>
    </w:p>
    <w:p>
      <w:r>
        <w:rPr>
          <w:b/>
        </w:rPr>
        <w:t xml:space="preserve">[00:35] </w:t>
      </w:r>
      <w:r>
        <w:t>the article of of this urdu article and the english translation of that article was shared on the whatsapp group.</w:t>
      </w:r>
    </w:p>
    <w:p>
      <w:pPr>
        <w:jc w:val="right"/>
      </w:pPr>
      <w:r>
        <w:t>The article of of this Urdu article and the English translation of that article was shared on the WhatsApp group.</w:t>
      </w:r>
    </w:p>
    <w:p>
      <w:r>
        <w:rPr>
          <w:b/>
        </w:rPr>
        <w:t xml:space="preserve">[00:47] </w:t>
      </w:r>
      <w:r>
        <w:t>And I hope all the ladies who have joined in here have gone through the article. They have written down their points, the precise points I would like to highlight on this important point that whatever, whoever is they are going to share here on this platform, It has to be very point wise and very precise.</w:t>
      </w:r>
    </w:p>
    <w:p>
      <w:pPr>
        <w:jc w:val="right"/>
      </w:pPr>
      <w:r>
        <w:t>And I hope all the ladies who have joined in here have gone through the article. They have written down their points, the precise points I would like to highlight on this important point that whatever, whoever is they are going to share here on this platform, It has to be very point wise and very precise.</w:t>
      </w:r>
    </w:p>
    <w:p>
      <w:r>
        <w:rPr>
          <w:b/>
        </w:rPr>
        <w:t xml:space="preserve">[01:11] </w:t>
      </w:r>
      <w:r>
        <w:t>And while someone is talking, the every one of us should be on the mute zone. None of us will be on the unmute zone because from the background, there's a lot of noise that is coming, and that disrupts the session and the concentration of this session. So I request all of you joining in here to be on the mute mode. Okay.</w:t>
      </w:r>
    </w:p>
    <w:p>
      <w:pPr>
        <w:jc w:val="right"/>
      </w:pPr>
      <w:r>
        <w:t>And while someone is talking, the every one of us should be on the mute zone. None of us will be on the unmute zone because from the background, there's a lot of noise that is coming, and that disrupts the session and the concentration of this session. So I request all of you joining in here to be on the mute mode. Okay.</w:t>
      </w:r>
    </w:p>
    <w:p>
      <w:r>
        <w:rPr>
          <w:b/>
        </w:rPr>
        <w:t xml:space="preserve">[01:36] </w:t>
      </w:r>
      <w:r>
        <w:t>And another thing is that everybody will be given the time and the time will be very short. So whatever you want to share, it has to be in a point wise. And nobody please follow the protocol of this session that when you are giving the time, whatever you want to say, please say within that time frame. And if you want to say something, please raise your hand.</w:t>
      </w:r>
    </w:p>
    <w:p>
      <w:pPr>
        <w:jc w:val="right"/>
      </w:pPr>
      <w:r>
        <w:t>And another thing is that everybody will be given the time and the time will be very short. So whatever you want to share, it has to be in a point wise. And nobody please follow the protocol of this session that when you are giving the time, whatever you want to say, please say within that time frame. And if you want to say something, please raise your hand.</w:t>
      </w:r>
    </w:p>
    <w:p>
      <w:r>
        <w:rPr>
          <w:b/>
        </w:rPr>
        <w:t xml:space="preserve">[01:59] </w:t>
      </w:r>
      <w:r>
        <w:t>I would not be calling anybody's name today so so that we can have a very good session with a lot of good content while we are speaking. So now we start the session. I ask Femida Apa to start the session with this article. Assalamalikum. meri awaaz clear hai? Yes apv. achha. ghar ek taaleen ka.</w:t>
      </w:r>
    </w:p>
    <w:p>
      <w:pPr>
        <w:jc w:val="right"/>
      </w:pPr>
      <w:r>
        <w:t>I would not be calling anybody's name today so so that we can have a very good session with a lot of good content while we are speaking. So now we start the session. I ask Femida Apa to start the session with this article. अस्सलामालिकुल. मेरी आवाज़ clear है? Yes अपव. अच्छा. घर एक तालीन का.</w:t>
      </w:r>
    </w:p>
    <w:p>
      <w:r>
        <w:rPr>
          <w:b/>
        </w:rPr>
        <w:t xml:space="preserve">[02:29] </w:t>
      </w:r>
      <w:r>
        <w:t>uran mein azbazi rasool ki zimmedariyon ko batate hue irshad hua hai aur tumhare gharon mein Allah ki ayat aur hikmat ki jo taleem hoti hai uska tuskara karo. beshak Allah bareek bhi hai, khabar rakhne wala hai. surah al ehsaab 34. Quran ki is ayat ka khitab bazahir azbazi rasool se hai magar apni haqeeqat ke dwar se vah ek ummi khukm ko batati hai.</w:t>
      </w:r>
    </w:p>
    <w:p>
      <w:pPr>
        <w:jc w:val="right"/>
      </w:pPr>
      <w:r>
        <w:t>उरान में अज़बाज़ी रसूल की ज़िम्मेदारियों को बताते हुए ईर्षाद हुआ है और तुम्हारे घरों में अल्लाह की आयात और हिक्मत की जो तालीम होती है उसका तस्करा करो. बेशक अल्लाह बारीक भी है, खबर रखने वाला है. सूर्य अल एहसाब 34. कुरान की इस आयत का ख़ताब बजाहीर अज़वाज़ी रसूल से है मगर अपनी हक़ीक़त के द्वार से वह एक उम्मी ख़ुकम को बताती है.</w:t>
      </w:r>
    </w:p>
    <w:p>
      <w:r>
        <w:rPr>
          <w:b/>
        </w:rPr>
        <w:t xml:space="preserve">[02:58] </w:t>
      </w:r>
      <w:r>
        <w:t>azbazi rasool ki haisiyat is maamle mein model khwateen ki hai. unki zindagi ummad ki doosri khwateen ke liye na hone ki haisiyat rakhti hai. azbazi rasoor ko yeh diya gaya tha ki vah paighambar se jo deeni ehkaam aur hikmat ki baatein sunti hain, unko na sirf khud gehrai ke saath kobool karein balki unko doosre logon tak bhi pahunchayein.</w:t>
      </w:r>
    </w:p>
    <w:p>
      <w:pPr>
        <w:jc w:val="right"/>
      </w:pPr>
      <w:r>
        <w:t>अज़बाज़ी रसूल की हैसियत इस मामले में model ख्वातिन की है. उनकी ज़िंदगी उम्मद की दूसरी ख्वातिन के लिए ना होने की हैसियत रखती है. अज़बाज़ी रसूर को यह दिया गया था कि वह पैरंबर से जो दीनी एहकाम और हिक्मत की बातें सुनती हैं, उनको ना सिर्फ खुद गहराई के साथ कोबूल करें बल्कि उनको दूसरे लोगों तक भी पहुंचाएं.</w:t>
      </w:r>
    </w:p>
    <w:p>
      <w:r>
        <w:rPr>
          <w:b/>
        </w:rPr>
        <w:t xml:space="preserve">[03:24] </w:t>
      </w:r>
      <w:r>
        <w:t>is aayat se islam ki yeh spirit maloom hoti hai ki har muslim ghar ko ek taaleem gah</w:t>
      </w:r>
    </w:p>
    <w:p>
      <w:pPr>
        <w:jc w:val="right"/>
      </w:pPr>
      <w:r>
        <w:t>इस आयत से इस्लाम की यह spirit मालूम होती है कि हर मुस्लिम घर को एक तालीम गाह</w:t>
      </w:r>
    </w:p>
    <w:p>
      <w:r>
        <w:rPr>
          <w:b/>
        </w:rPr>
        <w:t xml:space="preserve">[03:31] </w:t>
      </w:r>
      <w:r>
        <w:t>bana diya jaye jiski in charge ghar ki khatoon ho.</w:t>
      </w:r>
    </w:p>
    <w:p>
      <w:pPr>
        <w:jc w:val="right"/>
      </w:pPr>
      <w:r>
        <w:t>बना दिया जाए जिसकी in charge घर की खातून हो.</w:t>
      </w:r>
    </w:p>
    <w:p>
      <w:r>
        <w:rPr>
          <w:b/>
        </w:rPr>
        <w:t xml:space="preserve">[03:39] </w:t>
      </w:r>
      <w:r>
        <w:t>ghar poore samaj ka ek unit hai.</w:t>
      </w:r>
    </w:p>
    <w:p>
      <w:pPr>
        <w:jc w:val="right"/>
      </w:pPr>
      <w:r>
        <w:t>घर पूरे समाज का एक unit है.</w:t>
      </w:r>
    </w:p>
    <w:p>
      <w:r>
        <w:rPr>
          <w:b/>
        </w:rPr>
        <w:t xml:space="preserve">[03:47] </w:t>
      </w:r>
      <w:r>
        <w:t>agar har unit is aitwaar se taameeri role ada kare toh poore samaj, poora samaj ek taameeri samaj ban jayega.</w:t>
      </w:r>
    </w:p>
    <w:p>
      <w:pPr>
        <w:jc w:val="right"/>
      </w:pPr>
      <w:r>
        <w:t>अगर हर unit इस ऐत्वार से तामीरी role अदा करें तो पूरे समाज, पूरा समाज एक तामीरी समाज वन जाएगा.</w:t>
      </w:r>
    </w:p>
    <w:p>
      <w:r>
        <w:rPr>
          <w:b/>
        </w:rPr>
        <w:t xml:space="preserve">[03:55] </w:t>
      </w:r>
      <w:r>
        <w:t>to Maulana sahib bata rahe hain ki is varsh se Islam ki spirit maloom hoti hai ki har Muslim ghar ko ek taaleenagah bana diya jaaye. to yeh tareeka Islam ka hai.</w:t>
      </w:r>
    </w:p>
    <w:p>
      <w:pPr>
        <w:jc w:val="right"/>
      </w:pPr>
      <w:r>
        <w:t>तो मुलाना साहब बता रहे हैं कि इस वर्ष से इस्लाम की spirit मालूम होती है कि हर मुस्लिम घर को एक तालीनगाह बना दिया जाए. तो यह तरीका इस्लाम का है.</w:t>
      </w:r>
    </w:p>
    <w:p>
      <w:r>
        <w:rPr>
          <w:b/>
        </w:rPr>
        <w:t xml:space="preserve">[04:10] </w:t>
      </w:r>
      <w:r>
        <w:t>har muslim ghar ek aisa school ho jahan par ek aurat apne bachchon ki bachpan se quddai taaleem</w:t>
      </w:r>
    </w:p>
    <w:p>
      <w:pPr>
        <w:jc w:val="right"/>
      </w:pPr>
      <w:r>
        <w:t>हर मुस्लिम घर एक ऐसा school हो जहां पर एक औरत अपने बच्चों की बचपन से कुद्दाई तालिंग</w:t>
      </w:r>
    </w:p>
    <w:p>
      <w:r>
        <w:rPr>
          <w:b/>
        </w:rPr>
        <w:t xml:space="preserve">[04:21] </w:t>
      </w:r>
      <w:r>
        <w:t>zarie uski parwari ke aur is par din, akhlaq, discipline jaisi cheezon se uska zehan banaye aur bachche</w:t>
      </w:r>
    </w:p>
    <w:p>
      <w:pPr>
        <w:jc w:val="right"/>
      </w:pPr>
      <w:r>
        <w:t>ज़रिए उसकी परिवरी के और इस पर दिन, अखिलाक, discipline जैसी चीज़ों से उसका ज़हन बनाए और बच्चे</w:t>
      </w:r>
    </w:p>
    <w:p>
      <w:r>
        <w:rPr>
          <w:b/>
        </w:rPr>
        <w:t xml:space="preserve">[04:32] </w:t>
      </w:r>
      <w:r>
        <w:t>ke zehan ki parwari shuruat unki julwat kare kare toh isko islam ka tareeqa kahenge.</w:t>
      </w:r>
    </w:p>
    <w:p>
      <w:pPr>
        <w:jc w:val="right"/>
      </w:pPr>
      <w:r>
        <w:t>के ज़हन की परिवरी शुरूआत उनकी जुलवात करें करें तो इसको इस्लाम का तरीका कहेंगे.</w:t>
      </w:r>
    </w:p>
    <w:p>
      <w:r>
        <w:rPr>
          <w:b/>
        </w:rPr>
        <w:t xml:space="preserve">[04:43] </w:t>
      </w:r>
      <w:r>
        <w:t>uran mein auraton ko khitab karte hue chapter 33 ki verse 33 hi hai. main bataya gaya hai aur tumne apne ghar mein kara aur tum apne ghar mein karar se raho aur sabka jahiyat ki tarah dikhlati na phiro.</w:t>
      </w:r>
    </w:p>
    <w:p>
      <w:pPr>
        <w:jc w:val="right"/>
      </w:pPr>
      <w:r>
        <w:t>उरान में औरतों को खिताब करते हुए chapter 33 की verse 33 ही है. मैं बताया गया है और तुमने अपने घर में करा और तुम अपने घर में करार से रहो और साबका जाहियत की तरह दिखलाती ना फिरो.</w:t>
      </w:r>
    </w:p>
    <w:p>
      <w:r>
        <w:rPr>
          <w:b/>
        </w:rPr>
        <w:t xml:space="preserve">[05:02] </w:t>
      </w:r>
      <w:r>
        <w:t>to Maulana sthan ne explain isko explain karte hue bataya hai ki agar aurat agar bezaroorat kaam mein apne ko gulabiz karti hai jaise numaishi kaam, shopping aur entertainment ke tareeke ismein busy rehti hai, beautification mein busy rehti hai. yeh sab gair Islami ka tareeka hai. Islam kehta hai ki aurat ghar ki zimmedari aur ghar ka intzaan to dekhein, ghar ke logon ki zaroorat ko samjhein.</w:t>
      </w:r>
    </w:p>
    <w:p>
      <w:pPr>
        <w:jc w:val="right"/>
      </w:pPr>
      <w:r>
        <w:t>तो मालाना स्थान ने explain इसको explain करते हुए बताया है कि अगर औरत अगर बेज़रूरत काम में अपने को गुलाबिज़ करती है जैसे नुमाइशी काम, shopping और entertainment के तरीके इसमें busy रहती है, beautification में busy रहती है. यह सब गैर इस्लामी का तरीका है. इस्लाम कहता है कि औरत घर की ज़िम्मेदारी और घर का इंतज़ान तो देखें, घर के लोगों की ज़रूरत को समझें.</w:t>
      </w:r>
    </w:p>
    <w:p>
      <w:r>
        <w:rPr>
          <w:b/>
        </w:rPr>
        <w:t xml:space="preserve">[05:32] </w:t>
      </w:r>
      <w:r>
        <w:t>ghar mein simple living ka kanoon kayam karein aur bachchon ki dekh dekh baal uski zimmedari par focus karein usko usko dhyan dein. ab ek hadish se bhi hum samajhte hain, samajh lein ki hadish hai ki rasoolla sandalla ne farmaaya ki aurat apne shaur ke ghar ki nigra hai aur vah uski jawabdeh hai yaani usko laga la ki yahan jawab dena hoga.</w:t>
      </w:r>
    </w:p>
    <w:p>
      <w:pPr>
        <w:jc w:val="right"/>
      </w:pPr>
      <w:r>
        <w:t>घर में simple living का कानून कायम करें और बच्चों की देख देख बाल उसकी ज़िम्मेदारी पर focus करें उसको उसको ध्यान दें. अब एक हदीश से भी हम समझते हैं, समझ लें कि हदीश है कि रसूल्ला संदल्ला ने फरमाया कि औरत अपने शौर के घर की निगरा है और वह उसकी जवाबदेह है यानी उसको लगा ला कि यहां जवाब देना होगा.</w:t>
      </w:r>
    </w:p>
    <w:p>
      <w:r>
        <w:rPr>
          <w:b/>
        </w:rPr>
        <w:t xml:space="preserve">[06:00] </w:t>
      </w:r>
      <w:r>
        <w:t>is par Maulana sahib ne bahut hi khoobsurat line likhi hai. vah main pankke saat chhah din mein jaati hoon. ghar ko sambhalna, chhote paimane par ek riyasat ko sambhalna hai. yeh itna hi ahmm aur mauzis kaam hai jitna mulki riyasat ka kaam ho sakta hai.</w:t>
      </w:r>
    </w:p>
    <w:p>
      <w:pPr>
        <w:jc w:val="right"/>
      </w:pPr>
      <w:r>
        <w:t>इस परमालाना साहब ने बहुत ही खूबसूरत line लिखी है. वह मैं पंके सात छह दिन में जाती हूं. घर को संभालना, छोटे पैमाने पर एक रियासत को संभालना है. यह इतना ही अहम् और मौज़िस काम है जितना मुल्की रियासत का काम हो सकता है.</w:t>
      </w:r>
    </w:p>
    <w:p>
      <w:r>
        <w:rPr>
          <w:b/>
        </w:rPr>
        <w:t xml:space="preserve">[06:24] </w:t>
      </w:r>
      <w:r>
        <w:t>aurat ko chahiye ki vah ghar ke maamlaat ka intzaam ek baizzat zimmedari ke taur par karein. ghar ko mayyari ghar banane mein vah apni poori salahiyat waqt kar dein. vah ghar ke baag ki maali ban jaaye. yahi matlab hai is hadiz ka aur Maulana sahib kehte hain ki ghar girasti ya amoor khanadari ki maharat aurat ka sabse bada zevar hai.</w:t>
      </w:r>
    </w:p>
    <w:p>
      <w:pPr>
        <w:jc w:val="right"/>
      </w:pPr>
      <w:r>
        <w:t>औरत को चाहिए कि वह घर के मामलात का इंतज़ाम एक बाइज़्ज़त ज़िम्मेदारी के तौर पर करें. घर को मैयारी घर बनाने में वह अपनी पूरी सलाहियत वक़्त कर दें. वह घर के बाग की माली वन जाए. यही मतलब है इस हदीज़ का और मनाना साहब कहते हैं कि घर गिरस्ती या अमूर खानादारी की महारत औरत का सबसे बड़ा ज़ेवर है.</w:t>
      </w:r>
    </w:p>
    <w:p>
      <w:r>
        <w:rPr>
          <w:b/>
        </w:rPr>
        <w:t xml:space="preserve">[06:51] </w:t>
      </w:r>
      <w:r>
        <w:t>jo Muslim aurat is zevar se mujzaiyan ho yaani jiske andar yeh keemti salahiyat ho vahi kaamil aurat hai. jo aurat is intehaan mein poori utre vahi Allah yahan izzat aur kaamyaabi ki mustahi karar di jayegi. jo mein ek makaan ko aam aadmi jannat ki zyada aala makaan mein aam aadmi ke liye muntakhat ki jayegi.</w:t>
      </w:r>
    </w:p>
    <w:p>
      <w:pPr>
        <w:jc w:val="right"/>
      </w:pPr>
      <w:r>
        <w:t>जो मुस्लिम औरत इस ज़ेवर से मुजैयान हो यानी जिसके अंदर यह कीमती सलाहियत हो वही कामिल औरत है. जो औरत इस इंतहान में पूरी उतरे वही अल्लाह यहां इज्जत और कामयाबी की मुस्तही करार दी जाएगी. जो में एक मकान को आम आदमी जन्नत की ज़्यादा आला मकान में आम आदमी के लिए मुन्तखत की जाएगी.</w:t>
      </w:r>
    </w:p>
    <w:p>
      <w:r>
        <w:rPr>
          <w:b/>
        </w:rPr>
        <w:t xml:space="preserve">[07:15] </w:t>
      </w:r>
      <w:r>
        <w:t>aur jisne yaani ki jisne itni zimmedari ke saath yeh cheez sambhali hogi. to hadish aur Quran ke zariye hamein yeh clear samajh mein aata hai ki ek achha ghar khudai mansoobe ke khudai planning ke zariye hi banta hai. to samajhne ki baat yeh hai ki hai ki zahir hai ki yeh kaam aurat aur mard dono ki zimmedari hai.</w:t>
      </w:r>
    </w:p>
    <w:p>
      <w:pPr>
        <w:jc w:val="right"/>
      </w:pPr>
      <w:r>
        <w:t>और जिसने यानी कि जिसने इतनी ज़िम्मेदारी के साथ यह चीज़ संभाली होगी. तो हदीश और कुरान के ज़रिए हमें यह clear समझ में आता है कि एक अच्छा घर खुदाई मंसूबे के खुदाई planning के जरिए ही बनता है. तो समझने की बात यह है कि है कि ज़ाहिर है कि यह काम औरत और मर्द दोनों की ज़िम्मेदारी है.</w:t>
      </w:r>
    </w:p>
    <w:p>
      <w:r>
        <w:rPr>
          <w:b/>
        </w:rPr>
        <w:t xml:space="preserve">[07:43] </w:t>
      </w:r>
      <w:r>
        <w:t>ghar ke andar ke mahol ki lekin yeh yeh bhi samajhne ki baat yeh hai ke ghar ke andar ka mahol jo hai uski responsibility ek aurat ki hi hai. ek aurat ko ke banne mein ghar banta hai aur ek aurat ki bigadne se ghar bigad jata hai.</w:t>
      </w:r>
    </w:p>
    <w:p>
      <w:pPr>
        <w:jc w:val="right"/>
      </w:pPr>
      <w:r>
        <w:t>घर के अंदर के माहौल की लेकिन यह यह भी समझने की बात यह है कि घर के अंदर का माहौल जो है उसकी responsibility एक औरत की ही है. एक औरत को के बनने में घर बनता है और एक औरत की बिगड़ने से घर बिगड़ जाता है.</w:t>
      </w:r>
    </w:p>
    <w:p>
      <w:r>
        <w:rPr>
          <w:b/>
        </w:rPr>
        <w:t xml:space="preserve">[08:00] </w:t>
      </w:r>
      <w:r>
        <w:t>isi liye aurat ko behtareen kulana bhi kaha gaya hai aur is platform par jahan hum ladies aisi</w:t>
      </w:r>
    </w:p>
    <w:p>
      <w:pPr>
        <w:jc w:val="right"/>
      </w:pPr>
      <w:r>
        <w:t>इसी लिए औरत को बेहतरीन कुलाना भी कहा गया है और इस platform पर जहां हम ladies ऐसी</w:t>
      </w:r>
    </w:p>
    <w:p>
      <w:r>
        <w:rPr>
          <w:b/>
        </w:rPr>
        <w:t xml:space="preserve">[08:08] </w:t>
      </w:r>
      <w:r>
        <w:t>zehan ki apne zehan ki parwarish kar rahe hain, khuda ke mutabiq apne mind ko prepare kar rahe</w:t>
      </w:r>
    </w:p>
    <w:p>
      <w:pPr>
        <w:jc w:val="right"/>
      </w:pPr>
      <w:r>
        <w:t>ज़ेहन की अपने ज़ेहन की परिवरिश कर रहे हैं, खुदा के मुताबिक अपने mind को prepare कर रहे</w:t>
      </w:r>
    </w:p>
    <w:p>
      <w:r>
        <w:rPr>
          <w:b/>
        </w:rPr>
        <w:t xml:space="preserve">[08:17] </w:t>
      </w:r>
      <w:r>
        <w:t>hain, prepare karna chahte hain toh ek aurat hone ke naate hamein yeh jaanna chahiye ki yeh hamare</w:t>
      </w:r>
    </w:p>
    <w:p>
      <w:pPr>
        <w:jc w:val="right"/>
      </w:pPr>
      <w:r>
        <w:t>हैं, prepare करना चाहते हैं तो एक औरत होने के नाते हमें यह जानना चाहिए कि यह हमारे</w:t>
      </w:r>
    </w:p>
    <w:p>
      <w:r>
        <w:rPr>
          <w:b/>
        </w:rPr>
        <w:t xml:space="preserve">[08:25] </w:t>
      </w:r>
      <w:r>
        <w:t>ghar mein kaun sa tareeqa islami tareeqa hai aur kaun sa tareeqa ghair islami hai.</w:t>
      </w:r>
    </w:p>
    <w:p>
      <w:pPr>
        <w:jc w:val="right"/>
      </w:pPr>
      <w:r>
        <w:t>घर में कौन सा तरीका इस्लामी तरीका है और कौन सा तरीका गैर इस्लामी है.</w:t>
      </w:r>
    </w:p>
    <w:p>
      <w:r>
        <w:rPr>
          <w:b/>
        </w:rPr>
        <w:t xml:space="preserve">[08:34] </w:t>
      </w:r>
      <w:r>
        <w:t>aurat jitni zyada matlab iske liye aurat ko jitni zyada taleem yafta hogi utni zyada woh apni zimmedariyon ko ada kar sakti hai. kyunke haqeeqat yaani jo sachai hai woh sachai hai chahe usko koi follow na kar raha ho aur galat galti hai chahe usko har insaan follow kar raha ho.</w:t>
      </w:r>
    </w:p>
    <w:p>
      <w:pPr>
        <w:jc w:val="right"/>
      </w:pPr>
      <w:r>
        <w:t>औरत जितनी ज़्यादा मतलब इसके लिए औरत को जितनी ज़्यादा तालीम याफ्ता होगी उतनी ज़्यादा वह अपनी ज़िम्मेदारियों को अदा कर सकती है. क्योंकि हकीकत यानी जो सच्चाई है वह सच्चाई है चाहे उसको कोई follow ना कर रहा हो और गलत गलती है चाहे उसको हर इंसान follow कर रहा हो.</w:t>
      </w:r>
    </w:p>
    <w:p>
      <w:r>
        <w:rPr>
          <w:b/>
        </w:rPr>
        <w:t xml:space="preserve">[08:58] </w:t>
      </w:r>
      <w:r>
        <w:t>to bafaul Maulana sahib ke ke ghlat aur sahi dono kaam ka, dono ka anjaam ek nahi ho sakta. to yeh meri learning thi is article se shvina. thank you apan jaza kalyam for such a detailed learning of this article as the article in English is home is a school.</w:t>
      </w:r>
    </w:p>
    <w:p>
      <w:pPr>
        <w:jc w:val="right"/>
      </w:pPr>
      <w:r>
        <w:t>तो बफ़ौल मालाना साहब के कि ग़लत और सही दोनों काम का, दोनों का अंजाम एक नहीं हो सकता. तो यह मेरी learning थी इस article से शविना. Thank you अपान जज़ा कल्याम for such a detailed learning of this article as the article in English is home is a school.</w:t>
      </w:r>
    </w:p>
    <w:p>
      <w:r>
        <w:rPr>
          <w:b/>
        </w:rPr>
        <w:t xml:space="preserve">[09:28] </w:t>
      </w:r>
      <w:r>
        <w:t>we have shared this in English too. i would like to read just one or two points from this article for other people to understand. in this article, Molana has very clearly written, and he has explained that the responsibility of the prophet's wife, the Quran states, bear in mind all that is recited in your homes of the revelations of God and of wisdom.</w:t>
      </w:r>
    </w:p>
    <w:p>
      <w:pPr>
        <w:jc w:val="right"/>
      </w:pPr>
      <w:r>
        <w:t>We have shared this in English too. I would like to read just one or two points from this article for other people to understand. In this article, Molana has very clearly written, and he has explained that the responsibility of the prophet's wife, the Quran states, bear in mind all that is recited in your homes of the revelations of God and of wisdom.</w:t>
      </w:r>
    </w:p>
    <w:p>
      <w:r>
        <w:rPr>
          <w:b/>
        </w:rPr>
        <w:t xml:space="preserve">[09:55] </w:t>
      </w:r>
      <w:r>
        <w:t>god is all pervading and all aware. quran chapter 33 verse 34. this verse of the quran apparently addresses the wives of the prophet, but in terms of its reality, it presents a general command.</w:t>
      </w:r>
    </w:p>
    <w:p>
      <w:pPr>
        <w:jc w:val="right"/>
      </w:pPr>
      <w:r>
        <w:t>God is all pervading and all aware. Quran chapter 33 verse 34. This verse of the Quran apparently addresses the wives of the prophet, but in terms of its reality, it presents a general command.</w:t>
      </w:r>
    </w:p>
    <w:p>
      <w:r>
        <w:rPr>
          <w:b/>
        </w:rPr>
        <w:t xml:space="preserve">[10:11] </w:t>
      </w:r>
      <w:r>
        <w:t>so, this is a very good article because the members of this session right now we are present is all ladies who can understand better than we us can understand this article.</w:t>
      </w:r>
    </w:p>
    <w:p>
      <w:pPr>
        <w:jc w:val="right"/>
      </w:pPr>
      <w:r>
        <w:t>So, this is a very good article because the members of this session right now we are present is all ladies who can understand better than we us can understand this article.</w:t>
      </w:r>
    </w:p>
    <w:p>
      <w:r>
        <w:rPr>
          <w:b/>
        </w:rPr>
        <w:t xml:space="preserve">[10:26] </w:t>
      </w:r>
      <w:r>
        <w:t>we are the as aasas said that a woman of a house is a guardian of their husband's home and jo bachche hain, unki jo parvarish maa ke god mein hoti hai, khas karke hawati jo hain is mission se judi hui hain. hamein pata hai ke hum kis tarah se unki tabiyat karein aur Maulana ke woh article se to yeh bahut zyada ismein highlight hota hai.</w:t>
      </w:r>
    </w:p>
    <w:p>
      <w:pPr>
        <w:jc w:val="right"/>
      </w:pPr>
      <w:r>
        <w:t>We are the as आपस said that a woman of a house is a guardian of their husband's home and जो बच्चे हैं, उनकी जो परिवरिश मां के गोद में होती है, खास करके हवाती जो हैं इस mission से जुड़ी हुई हैं. हमें पता है कि हम किस तरह से उनकी तबीयत करें और मौलाना के वह article से तो यह बहुत ज़्यादा इसमें highlight होता है.</w:t>
      </w:r>
    </w:p>
    <w:p>
      <w:r>
        <w:rPr>
          <w:b/>
        </w:rPr>
        <w:t xml:space="preserve">[10:54] </w:t>
      </w:r>
      <w:r>
        <w:t>to main doctor Safeena ko invite karti hoon ke is baat ko, is session ko aur carry forward karte hue apni learning ko share karein. mulikim. walikim islam. main apni baat ko shuru karne se pehle ek to yeh cheez bahut zyada is puranic verse se mujhe samajh mein aa rahi hai ke jo log kehte hain ke islam mein auraton ke liye koi role nahi hai.</w:t>
      </w:r>
    </w:p>
    <w:p>
      <w:pPr>
        <w:jc w:val="right"/>
      </w:pPr>
      <w:r>
        <w:t>तो मैं doctor सफीना को invite करती हूं कि इस बात को, इस session को और carry forward करते हुए अपनी learning को share करें. मुलिकिम. वालिकिम इस्लाम. मैं अपनी बात को शुरू करने से पहले एक तो यह चीज़ बहुत ज़्यादा इस पुरानिक verse से मुझे समझ में आ रही है कि जो लोग कहते हैं कि इस्लाम में औरतों के लिए कोई role नहीं है.</w:t>
      </w:r>
    </w:p>
    <w:p>
      <w:r>
        <w:rPr>
          <w:b/>
        </w:rPr>
        <w:t xml:space="preserve">[11:19] </w:t>
      </w:r>
      <w:r>
        <w:t>yeh unke liye bahut hi badi baat hai ke itna bada role Allah taala ne auraton ko diya hai islam mein ke woh na sirf apne ghar ko balki kyunke kaha gaya ke ghar ek samaj ka unit hai. to jaisa ek ghar hoga waisa hi samaj hoga. to na sirf woh apne ghar ko tarbiyat deti hai. woh indirectly society ko tarbiyat deti hai aur society ki builder banti hai.</w:t>
      </w:r>
    </w:p>
    <w:p>
      <w:pPr>
        <w:jc w:val="right"/>
      </w:pPr>
      <w:r>
        <w:t>यह उनके लिए बहुत ही बड़ी बात है कि इतना बड़ा role अल्लाह ताला ने औरतों को दिया है इस्लाम में कि वह ना सिर्फ अपने घर को बल्कि क्योंकि कहा गया कि घर एक समाज का unit है. तो जैसा एक घर होगा वैसा ही समाज होगा. तो ना सिर्फ वह अपने घर को तरबीयत देती है. वह indirectly society को तरबीयत देती है और society की builder बनती है.</w:t>
      </w:r>
    </w:p>
    <w:p>
      <w:r>
        <w:rPr>
          <w:b/>
        </w:rPr>
        <w:t xml:space="preserve">[11:45] </w:t>
      </w:r>
      <w:r>
        <w:t>to yeh itna bada role is ayat se samajh mein aa raha hai ke Allah taala ne uske liye auraton ko chuna. kyunke jaise Fahmida ne bataya ke aurat apne ghar ki incharge hoti hai aur woh apne ghar ka mahol tay karti hai.</w:t>
      </w:r>
    </w:p>
    <w:p>
      <w:pPr>
        <w:jc w:val="right"/>
      </w:pPr>
      <w:r>
        <w:t>तो यह इतना बड़ा role इस आयत से समझ में आ रहा है केला ताला ने उसके लिए औरतों को चुना. क्योंकि जैसे फ़हमिदा ने बताया कि औरत अपने घर की incharge होती है और वह अपने घर का माहौल तय करती है.</w:t>
      </w:r>
    </w:p>
    <w:p>
      <w:r>
        <w:rPr>
          <w:b/>
        </w:rPr>
        <w:t xml:space="preserve">[12:00] </w:t>
      </w:r>
      <w:r>
        <w:t>to hum logon ke upar yeh bahut ek agar woh hum apne ghar walon ko ya apne janne walon ko nahi batayenge to yeh is verse ko hum ek tarah se na farmani karenge.</w:t>
      </w:r>
    </w:p>
    <w:p>
      <w:pPr>
        <w:jc w:val="right"/>
      </w:pPr>
      <w:r>
        <w:t>तो हम लोगों के ऊपर यह बहुत एक अगर वह हम अपने घर वालों को या अपने जानने वालों को नहीं बताएंगे तो यह इस verse को हम एक तरह से ना फरमानी करेंगे.</w:t>
      </w:r>
    </w:p>
    <w:p>
      <w:r>
        <w:rPr>
          <w:b/>
        </w:rPr>
        <w:t xml:space="preserve">[12:29] </w:t>
      </w:r>
      <w:r>
        <w:t>kyunke ismein saaf taur par bata diya gaya hai ke jo kuch tum seekhti ho usko usko doosron ke tak bhi pahunchao. usmein doosron mein apne ghar wale aur bahar wale jahan tak bhi aapki siddarth hai woh shamil hai aur ghar ka taleem ghar ka taleem gaon banna, tarbiyat gaon banna, ek tarah se dawa center banna hai. aap apne ghar se ek dawa center bana rahi hain. aap apne ghar ke fard fard ko samjha rahi hain.</w:t>
      </w:r>
    </w:p>
    <w:p>
      <w:pPr>
        <w:jc w:val="right"/>
      </w:pPr>
      <w:r>
        <w:t>क्योंकि इसमें साफ तौर पर बता दिया गया है कि जो कुछ तुम सीखती हो उसको उसको दूसरों के तक भी पहुंचाओ. उसमें दूसरों में अपने घर वाले और बाहर वाले जहां तक भी आपकी सिद्धार्थ है वह शामिल है और घर का तालीम घर का तालीम गांव बनना, तर्बीयत गांव बनना, एक तरह से दावा center बनना है. आप अपने घर से एक दावा center बना रही हैं. आप अपने घर के फर्दों फर्द को समझा रही हैं.</w:t>
      </w:r>
    </w:p>
    <w:p>
      <w:r>
        <w:rPr>
          <w:b/>
        </w:rPr>
        <w:t xml:space="preserve">[12:58] </w:t>
      </w:r>
      <w:r>
        <w:t>apne rishtedaron ko bata rahi hain jo aap jaanti hain aur saath saath aapse jiska bhi interaction aapke ghar mein hota hai ya ghar se bahar aap usko bata rahi hain. to is tarah se ghar ek tarah ka school ban jata hai. waise to kaha jata hai ke bachchon ke liye pehla school uska ghar hai, pehli teacher uski maa hai. to yeh ek itna bada bada chhap ek maa chhod sakti hai bachche ke dil par agar woh baaton ki sanjeedgi samjhaye apne bachchon ko.</w:t>
      </w:r>
    </w:p>
    <w:p>
      <w:pPr>
        <w:jc w:val="right"/>
      </w:pPr>
      <w:r>
        <w:t>अपने रिश्तेदारों को बता रही हैं जो आप जानती हैं और साथ साथ आपसे जिसका भी interaction आपके घर में होता है या घर से बाहर आप उसको बता रही हैं. तो इस तरह से घर एक तरह का school वन जाता है. वैसे तो कहा जाता है कि बच्चों के लिए पहला school उसका घर है, पहली teacher उसकी मां है. तो यह एक इतना बड़ा बड़ा छाप एक मां छोड़ सकती है बच्चे के दिल पर अगर वह बातों की संजीदगी समझाए अपने बच्चों को.</w:t>
      </w:r>
    </w:p>
    <w:p>
      <w:r>
        <w:rPr>
          <w:b/>
        </w:rPr>
        <w:t xml:space="preserve">[13:26] </w:t>
      </w:r>
      <w:r>
        <w:t>aajkal education ka matlab logon ne sirf school, colleges ki education ko le rakha hai ke achhi job ke liye jo hum education karte hain, wahin tak maa baap apni zimmedari mante hain bachchon ko padhaya. aur jisse bhi kaha jaye ke bachchon ko batana hai to woh yahi kehte itne achhe school mein dala hai, itna itna paisa kharch kar rahe hain aur aur kya karein inke liye? to mujhe lagta hai ke zimmedari sirf us education tak nahi hai jisko Maulana sahib formal education kehte the.</w:t>
      </w:r>
    </w:p>
    <w:p>
      <w:pPr>
        <w:jc w:val="right"/>
      </w:pPr>
      <w:r>
        <w:t>आजकल education का मतलब लोगों ने सिर्फ school, colleges की education को ले रखा है कि अच्छी job के लिए जो हम education करते हैं, वहीं तक मां बाप अपनी ज़िम्मेदारी मानते हैं बच्चों को पढ़ाया. और जिससे भी कहा जाए कि बच्चों को बताना है तो वह यही कहते इतने अच्छे school में डाला है, इतना इतना पैसा खर्च कर रहे हैं और और क्या करें इनके लिए? तो मुझे लगता है कि ज़िम्मेदारी सिर्फ़ उस education तक नहीं है जिसको मोलाना साहब formal education कहते थे.</w:t>
      </w:r>
    </w:p>
    <w:p>
      <w:r>
        <w:rPr>
          <w:b/>
        </w:rPr>
        <w:t xml:space="preserve">[13:56] </w:t>
      </w:r>
      <w:r>
        <w:t>zimmedari information ki bhi hai. in the sense jo baatein hum ghar mein apne bachchon ko samjha sakte hain unke zehan saazi karne ke liye, unke mind ko prepare karne ke liye, unko ek aala insaan banane ke liye aur yeh baatein kahin na kahin aaj gharon mein kho gayi hain.</w:t>
      </w:r>
    </w:p>
    <w:p>
      <w:pPr>
        <w:jc w:val="right"/>
      </w:pPr>
      <w:r>
        <w:t>ज़िम्मेदारी information की भी है. In the sense जो बातें हम घर में अपने बच्चों को समझा सकते हैं उनके ज़हन साज़ी करने के लिए, उनके mind को prepare करने के लिए, उनको एक आला इंसान बनाने के लिए और यह बातें कहीं ना कहीं आज घरों में खो गई हैं.</w:t>
      </w:r>
    </w:p>
    <w:p>
      <w:r>
        <w:rPr>
          <w:b/>
        </w:rPr>
        <w:t xml:space="preserve">[14:17] </w:t>
      </w:r>
      <w:r>
        <w:t>log bag apna sara waqt apne material interest ke peeche bhagne mein lagate hain aur ghar aakar woh bas entertainment mein lag jate hain aur jo tarbiyat dene ka ek zimmedari thi, ek zaroori fariza tha woh kahin na kahin lost ho chuka hai aur is ayat se aur Maulana sahib ke article se yeh baat itni baar baar hamein reminder de rahi hai ke hamari duty exactly hai kya? hum log formal education tak hi nahi seemit hain.</w:t>
      </w:r>
    </w:p>
    <w:p>
      <w:pPr>
        <w:jc w:val="right"/>
      </w:pPr>
      <w:r>
        <w:t>लोग बाग अपना सारा वक्त अपने material interest के पीछे भागने में लगाते हैं और घर आकर वह बस entertainment में लग जाते हैं और जो तर्बेद देने का एक ज़िम्मेदारी थी, एक ज़रूरी फरीज़ा था वह कहीं ना कहीं lost हो चुका है और इस आयत से और मुलाना साहब के article से यह बात इतनी बार बार हमें reminder दे रही है कि हमारी duty exactly है क्या? हम लोग formal education तक ही नहीं सीमित हैं.</w:t>
      </w:r>
    </w:p>
    <w:p>
      <w:r>
        <w:rPr>
          <w:b/>
        </w:rPr>
        <w:t xml:space="preserve">[14:46] </w:t>
      </w:r>
      <w:r>
        <w:t>hamein ghar mein apne bachchon ko hamein yeh samjhana hai ke islamic kirdaar kya hai? kis tarah se woh apne aap ko akhlaq ko banaye?</w:t>
      </w:r>
    </w:p>
    <w:p>
      <w:pPr>
        <w:jc w:val="right"/>
      </w:pPr>
      <w:r>
        <w:t>हमें घर में अपने बच्चों को हमें यह समझाना है कि इस्लामic किरदार क्या है? किस तरह से वह अपने आप को अखिलात को बनाएं?</w:t>
      </w:r>
    </w:p>
    <w:p>
      <w:r>
        <w:rPr>
          <w:b/>
        </w:rPr>
        <w:t xml:space="preserve">[15:09] </w:t>
      </w:r>
      <w:r>
        <w:t>hamein unko in tamam prophetic wisdom ki hadison se lekar jo wisdom hum bata sakte hain, unse discussion mein woh baatein karein. tab kahin jaakar mujhe lagta hai ke hum is tarah ke insaan bana payenge jo ke society ke liye bhi achhe hain aur jinko jannat mein entry mil sake aur hum jaise aap ne kaha Fahmina aap ne ke ek aurat se puchh hogi is baat ki.</w:t>
      </w:r>
    </w:p>
    <w:p>
      <w:pPr>
        <w:jc w:val="right"/>
      </w:pPr>
      <w:r>
        <w:t>हमें उनको इन तमाम prophetic wisdom की हदीसों से लेकर जो wisdom हम बता सकते हैं, उनसे discussion में वह बातें करें. तब कहीं जाकर मुझे लगता है कि हम इस तरह के इंसान बना पाएंगे जो कि society के लिए भी अच्छे हैं और जिनको जन्नत में entry मिल सके और हम जैसे आप ने कहा फ़ैमीना आप ने कि एक औरत से पुछ होगी इस बात की.</w:t>
      </w:r>
    </w:p>
    <w:p>
      <w:r>
        <w:rPr>
          <w:b/>
        </w:rPr>
        <w:t xml:space="preserve">[15:34] </w:t>
      </w:r>
      <w:r>
        <w:t>woh jawabdeh hai ke usne apne ghar ke logon ke liye kya role ada kiya? agar hum log sirf family culture mein jiye aur usi mein khatm ho gaye. Maulana sahib yeh word bolte the family culture. matlab auratein aksar apne aap ko isi culture mein tabah kar leti hain ke family rishtedar aana, outing hona, unke ghar functions hona aur usmein khane pakna.</w:t>
      </w:r>
    </w:p>
    <w:p>
      <w:pPr>
        <w:jc w:val="right"/>
      </w:pPr>
      <w:r>
        <w:t>वह जवाबदेह है कि उसने अपने घर के लोगों के लिए क्या role अदा किया? अगर हम लोग सिर्फ़ family culture में जिए और उसी में ख़त्म हो गए. लाना साहब यह word बोलते थे family culture. मतलब औरतें अक्सर अपने आप को इसी culture में तबाह कर लेती हैं कि family रिश्तेदार आना, outing होना, उनके घर functions होना और उसमें खाने पकना.</w:t>
      </w:r>
    </w:p>
    <w:p>
      <w:r>
        <w:rPr>
          <w:b/>
        </w:rPr>
        <w:t xml:space="preserve">[16:00] </w:t>
      </w:r>
      <w:r>
        <w:t>ismein itni busy ho jati hain ke woh apni zaroori zimmedari ko bhool jati hain jismein unhein apne bachchon ko train karna tha. to yeh jo family culture hai Maulana sahib kehte the ke wastage of time to hai hi.</w:t>
      </w:r>
    </w:p>
    <w:p>
      <w:pPr>
        <w:jc w:val="right"/>
      </w:pPr>
      <w:r>
        <w:t>इसमें इतनी busy हो जाती हैं कि वह अपनी ज़रूरी ज़िम्मेदारी को भूल जाती हैं जिसमें उन्हें अपने बच्चों को train करना था. तो यह जो family culture है मोलाना साहब कहते थे कि wastage of time तो है ही.</w:t>
      </w:r>
    </w:p>
    <w:p>
      <w:r>
        <w:rPr>
          <w:b/>
        </w:rPr>
        <w:t xml:space="preserve">[16:28] </w:t>
      </w:r>
      <w:r>
        <w:t>aur ek cheez Maulana sahib hamesha kehte the ke interaction se bahut learning hoti hai. lekin yeh jo family ke interactions hote hain na kyunke ismein sab log bahut hi closed mind ke hote hain. sab ek hi jaisi baat kar rahe hote hain to ismein koi learning bhi nahi hoti. aisa Maulana sahib ne ek video mein bataya ke us interaction mein kyunke koi bhi open mind nahi hota to kahin se bhi aap interaction se fayda nahi utha sakte. to mujhe to yeh lagta hai ke bahut zaroori hai ke auratein is family culture se bahar aaye.</w:t>
      </w:r>
    </w:p>
    <w:p>
      <w:pPr>
        <w:jc w:val="right"/>
      </w:pPr>
      <w:r>
        <w:t>और एक चीज़ मोलाना साहब हमेशा कहते थे कि interaction से बहुत learning होती है. लेकिन यह जो family के interactions होते हैं ना क्योंकि इसमें सब लोग बहुत ही closed mind के होते हैं. सब एक ही जैसी बात कर रहे होते हैं तो इसमें कोई learning भी नहीं होती. ऐसा मोलन साहब ने एक video में बताया कि उस interaction में क्योंकि कोई भी open mind नहीं होता तो कहीं से भी आप interaction से फ़ायदा नहीं उठा सकते. तो मुझे तो यह लगता है कि बहुत ज़रूरी है कि औरतें इस family culture से बाहर आएं.</w:t>
      </w:r>
    </w:p>
    <w:p>
      <w:r>
        <w:rPr>
          <w:b/>
        </w:rPr>
        <w:t xml:space="preserve">[16:57] </w:t>
      </w:r>
      <w:r>
        <w:t>apni asli zimmedari aur asli duty ko samjhein. yahi hamein is article se bhi samajh mein aa raha hai. yahi meri learning thi jaza jiza kalyam, doctor Safeena. as you have said in your this learning, a very important point that should be noted down is that every home, just as we know, we have read in physics that for every matter there is an atom.</w:t>
      </w:r>
    </w:p>
    <w:p>
      <w:pPr>
        <w:jc w:val="right"/>
      </w:pPr>
      <w:r>
        <w:t>अपनी असली ज़िम्मेदारी और असली duty को समझें. यही हमें इस article से भी समझ में आ रहा है. यही मेरी learning थी जज़ा ज़िज़ा कल्या, doctor सफ़ीना. As you have said in your this learning, a very important point that should be noted down is that every home, just as we know, we have read in physics that for every matter there is an atom.</w:t>
      </w:r>
    </w:p>
    <w:p>
      <w:r>
        <w:rPr>
          <w:b/>
        </w:rPr>
        <w:t xml:space="preserve">[17:25] </w:t>
      </w:r>
      <w:r>
        <w:t>an atom is the building blocks of every matter, whether it's solid, it's with liquid or gas. just as like that, every home is a unit of a society. so when we build our home, we build a society.</w:t>
      </w:r>
    </w:p>
    <w:p>
      <w:pPr>
        <w:jc w:val="right"/>
      </w:pPr>
      <w:r>
        <w:t>An atom is the building blocks of every matter, whether it's solid, it's with liquid or gas. Just as like that, every home is a unit of a society. So when we build our home, we build a society.</w:t>
      </w:r>
    </w:p>
    <w:p>
      <w:r>
        <w:rPr>
          <w:b/>
        </w:rPr>
        <w:t xml:space="preserve">[17:39] </w:t>
      </w:r>
      <w:r>
        <w:t>it all depends on the individual of of the members of that family and the basic responsibility of</w:t>
      </w:r>
    </w:p>
    <w:p>
      <w:pPr>
        <w:jc w:val="right"/>
      </w:pPr>
      <w:r>
        <w:t>It all depends on the individual of of the members of that family and the basic responsibility of</w:t>
      </w:r>
    </w:p>
    <w:p>
      <w:r>
        <w:rPr>
          <w:b/>
        </w:rPr>
        <w:t xml:space="preserve">[17:49] </w:t>
      </w:r>
      <w:r>
        <w:t>building that home, it comes upon the women of that family who is the guardian of that family.</w:t>
      </w:r>
    </w:p>
    <w:p>
      <w:pPr>
        <w:jc w:val="right"/>
      </w:pPr>
      <w:r>
        <w:t>building that home, it comes upon the women of that family who is the guardian of that family.</w:t>
      </w:r>
    </w:p>
    <w:p>
      <w:r>
        <w:rPr>
          <w:b/>
        </w:rPr>
        <w:t xml:space="preserve">[17:59] </w:t>
      </w:r>
      <w:r>
        <w:t>so, taking forward this discussion, i would like to invite nezhma apa to further take this discussion.</w:t>
      </w:r>
    </w:p>
    <w:p>
      <w:pPr>
        <w:jc w:val="right"/>
      </w:pPr>
      <w:r>
        <w:t>So, taking forward this discussion, I would like to invite Nezhma Apa to further take this discussion.</w:t>
      </w:r>
    </w:p>
    <w:p>
      <w:r>
        <w:rPr>
          <w:b/>
        </w:rPr>
        <w:t xml:space="preserve">[18:10] </w:t>
      </w:r>
      <w:r>
        <w:t>Apa, please unmute karen.</w:t>
      </w:r>
    </w:p>
    <w:p>
      <w:pPr>
        <w:jc w:val="right"/>
      </w:pPr>
      <w:r>
        <w:t>Apa, please unmute करें.</w:t>
      </w:r>
    </w:p>
    <w:p>
      <w:r>
        <w:rPr>
          <w:b/>
        </w:rPr>
        <w:t xml:space="preserve">[18:15] </w:t>
      </w:r>
      <w:r>
        <w:t>Please unmute yourself.</w:t>
      </w:r>
    </w:p>
    <w:p>
      <w:pPr>
        <w:jc w:val="right"/>
      </w:pPr>
      <w:r>
        <w:t>Please unmute yourself.</w:t>
      </w:r>
    </w:p>
    <w:p>
      <w:r>
        <w:rPr>
          <w:b/>
        </w:rPr>
        <w:t xml:space="preserve">[18:20] </w:t>
      </w:r>
      <w:r>
        <w:t>Papa you ab aa rahi hai awaaz? Yes.</w:t>
      </w:r>
    </w:p>
    <w:p>
      <w:pPr>
        <w:jc w:val="right"/>
      </w:pPr>
      <w:r>
        <w:t>Papa you अब आ रही है आवाज़? Yes.</w:t>
      </w:r>
    </w:p>
    <w:p>
      <w:r>
        <w:rPr>
          <w:b/>
        </w:rPr>
        <w:t xml:space="preserve">[18:26] </w:t>
      </w:r>
      <w:r>
        <w:t>Ab aa rahi hai awaaz?</w:t>
      </w:r>
    </w:p>
    <w:p>
      <w:pPr>
        <w:jc w:val="right"/>
      </w:pPr>
      <w:r>
        <w:t>अब आ रही है आवाज़?</w:t>
      </w:r>
    </w:p>
    <w:p>
      <w:r>
        <w:rPr>
          <w:b/>
        </w:rPr>
        <w:t xml:space="preserve">[18:31] </w:t>
      </w:r>
      <w:r>
        <w:t>Yes, we can hear you.</w:t>
      </w:r>
    </w:p>
    <w:p>
      <w:pPr>
        <w:jc w:val="right"/>
      </w:pPr>
      <w:r>
        <w:t>Yes, we can hear you.</w:t>
      </w:r>
    </w:p>
    <w:p>
      <w:r>
        <w:rPr>
          <w:b/>
        </w:rPr>
        <w:t xml:space="preserve">[18:36] </w:t>
      </w:r>
      <w:r>
        <w:t>Yes, we can hear you aapka.</w:t>
      </w:r>
    </w:p>
    <w:p>
      <w:pPr>
        <w:jc w:val="right"/>
      </w:pPr>
      <w:r>
        <w:t>Yes, we can hear you आपका.</w:t>
      </w:r>
    </w:p>
    <w:p>
      <w:r>
        <w:rPr>
          <w:b/>
        </w:rPr>
        <w:t xml:space="preserve">[18:42] </w:t>
      </w:r>
      <w:r>
        <w:t>Achha salah wale ko.</w:t>
      </w:r>
    </w:p>
    <w:p>
      <w:pPr>
        <w:jc w:val="right"/>
      </w:pPr>
      <w:r>
        <w:t>अच्छा सलाह वाले को.</w:t>
      </w:r>
    </w:p>
    <w:p>
      <w:r>
        <w:rPr>
          <w:b/>
        </w:rPr>
        <w:t xml:space="preserve">[18:47] </w:t>
      </w:r>
      <w:r>
        <w:t>Bismillah Rahman E Rahim.</w:t>
      </w:r>
    </w:p>
    <w:p>
      <w:pPr>
        <w:jc w:val="right"/>
      </w:pPr>
      <w:r>
        <w:t>जिस्मिल्लाह रहमान ए रहीम.</w:t>
      </w:r>
    </w:p>
    <w:p>
      <w:r>
        <w:rPr>
          <w:b/>
        </w:rPr>
        <w:t xml:space="preserve">[18:52] </w:t>
      </w:r>
      <w:r>
        <w:t>Main apni share kar rahi hoon aapse learning jaise aap logon ne bhi bataya.</w:t>
      </w:r>
    </w:p>
    <w:p>
      <w:pPr>
        <w:jc w:val="right"/>
      </w:pPr>
      <w:r>
        <w:t>मैं अपनी share कर रही हूं आपसे learning जैसे आप लोगों ने भी बताया.</w:t>
      </w:r>
    </w:p>
    <w:p>
      <w:r>
        <w:rPr>
          <w:b/>
        </w:rPr>
        <w:t xml:space="preserve">[18:58] </w:t>
      </w:r>
      <w:r>
        <w:t>To is article mein Maulana ne ghar ek taaleem kaha ki Surah Al-Ahzab ki jo ki 33vi Surah hai.</w:t>
      </w:r>
    </w:p>
    <w:p>
      <w:pPr>
        <w:jc w:val="right"/>
      </w:pPr>
      <w:r>
        <w:t>तो इस article में मौलाना ने घर एक तालीम कहा कि सूर्य अल्हास की जो कि तैंतीसवीं सूरत है.</w:t>
      </w:r>
    </w:p>
    <w:p>
      <w:r>
        <w:rPr>
          <w:b/>
        </w:rPr>
        <w:t xml:space="preserve">[19:03] </w:t>
      </w:r>
      <w:r>
        <w:t>Uski 34 Ayat ko lekar unhone usko elaborate kiya hai.</w:t>
      </w:r>
    </w:p>
    <w:p>
      <w:pPr>
        <w:jc w:val="right"/>
      </w:pPr>
      <w:r>
        <w:t>उसकी चौंतीस आयत को लेकर उन्होंने उसको elaborate किया है.</w:t>
      </w:r>
    </w:p>
    <w:p>
      <w:r>
        <w:rPr>
          <w:b/>
        </w:rPr>
        <w:t xml:space="preserve">[19:09] </w:t>
      </w:r>
      <w:r>
        <w:t>Lekin ismein hi aur bhi kai aayat hain jismein Quran mein azwaj-e-Rasool ko khitaab karte hue Muslim khawateen ke liye bhi aam hidayat di gayi hai ki ab to bataya hai ki apne gharon mein kis tarah se rahein aur ghar ko ek taaleem gaon banayein.</w:t>
      </w:r>
    </w:p>
    <w:p>
      <w:pPr>
        <w:jc w:val="right"/>
      </w:pPr>
      <w:r>
        <w:t>लेकिन इसमें ही और भी कई आयात हैं जिसमें कुरान में अज़बाज ए रसूल को खिताब करते हुए मुस्लिम खवातीन के लिए भी आम हिदायत दी गई है कि अब तो बताया है कि अपने घरों में किस तरह से रहें और घर को एक तालीम गांव बनाएं.</w:t>
      </w:r>
    </w:p>
    <w:p>
      <w:r>
        <w:rPr>
          <w:b/>
        </w:rPr>
        <w:t xml:space="preserve">[19:28] </w:t>
      </w:r>
      <w:r>
        <w:t>Jaise abhi Doctor Safeena ne kaha ki yeh kitni important baat hai ki Quran mein Allah azwaj-e-Rasool se baat kar raha hai aur indirectly woh saari auraton se baat kar raha hai. To isko humein bahut seriously lena chahiye kyunki aur ghar ki aurat uski zimmedari lein.</w:t>
      </w:r>
    </w:p>
    <w:p>
      <w:pPr>
        <w:jc w:val="right"/>
      </w:pPr>
      <w:r>
        <w:t>जैसे अभी Doctor सफीना ने कहा कि यह कितनी important बात है कि क़ुरान में अल्लाह अजबाजी रसूल से बात कर रहा है और indirectly वह सारी औरतों से बात कर रहा है. तो इसको हमें बहुत seriously लेना चाहिए क्योंकि और घर की औरत उसकी ज़िम्मेदारी लें.</w:t>
      </w:r>
    </w:p>
    <w:p>
      <w:r>
        <w:rPr>
          <w:b/>
        </w:rPr>
        <w:t xml:space="preserve">[19:52] </w:t>
      </w:r>
      <w:r>
        <w:t>To hum is baat ko achhi tarah samjhein ki azwaj-e-Rasool hamare liye ek model hai aur hum Islam aur deen ko samajhte hain to humein apne is role ko samajhna hai aur bahut seriously ise nibhana chahiye. Kyunki aurat us ghar ki in charge hai. Chahe kuch bhi ho husband to hote nahin hain aurat chahe working aurat bhi ho lekin uski woh zimmedari hoti hai.</w:t>
      </w:r>
    </w:p>
    <w:p>
      <w:pPr>
        <w:jc w:val="right"/>
      </w:pPr>
      <w:r>
        <w:t>तो हम इस बात को अच्छी तरह समझें कि अद्वाज़िक असूल हमारे लिए एक model है और हम इस्लाम और दीन को समझते हैं तो हमें अपने इस role को समझना है और बहुत seriously इसे निभाना चाहिए. क्योंकि औरत उस घर की in charge है. चाहे कुछ भी हो husband तो होते नहीं हैं औरत चाहे working औरत भी हो लेकिन उसकी वह ज़िम्मेदारी होती है.</w:t>
      </w:r>
    </w:p>
    <w:p>
      <w:r>
        <w:rPr>
          <w:b/>
        </w:rPr>
        <w:t xml:space="preserve">[20:21] </w:t>
      </w:r>
      <w:r>
        <w:t>Uske around sab cheez ghoomti hai to us woh yeh kaam bhi bahut uske liye important hai kyunki ghar samaj ka ek basic unit hai aur jab har ghar mein sahi deeni taaleem ki jayegi, bachchon ki personality ka development kiya jayega inhe right way informally to uska positive role poori society par padega.</w:t>
      </w:r>
    </w:p>
    <w:p>
      <w:pPr>
        <w:jc w:val="right"/>
      </w:pPr>
      <w:r>
        <w:t>उसके around सब चीज़ घूमती है तो उस वह यह काम भी बहुत उसके लिए important है क्योंकि घर समाज का एक basic unit है और जब हर घर में सही दीनी तालीम की जाएगी, बच्चों की personality का development किया जाएगा इन्हें right way informally तो उसका positive role पूरी society पर पड़ेगा.</w:t>
      </w:r>
    </w:p>
    <w:p>
      <w:r>
        <w:rPr>
          <w:b/>
        </w:rPr>
        <w:t xml:space="preserve">[20:47] </w:t>
      </w:r>
      <w:r>
        <w:t>Kyunki logon se aur families se hi milkar society banti hai. Isliye woh ek behtar society hogi agar hamare gharon mein achhi personality develop ho sakti hai aur hum jaante hain ki formal education mein deeni taaleem nahin di jaati aur specially India mein.</w:t>
      </w:r>
    </w:p>
    <w:p>
      <w:pPr>
        <w:jc w:val="right"/>
      </w:pPr>
      <w:r>
        <w:t>क्योंकि लोगों से और families से ही मिलकर society बनती है. इसलिए वह एक बेहतर society होगी अगर हमारे घरों में अच्छी personality develop हो सकती है और हम जानते हैं कि formal education में दीली तालीब नहीं दी जाती और specially India में.</w:t>
      </w:r>
    </w:p>
    <w:p>
      <w:r>
        <w:rPr>
          <w:b/>
        </w:rPr>
        <w:t xml:space="preserve">[21:09] </w:t>
      </w:r>
      <w:r>
        <w:t>To in to waise har ghar ka mahaul bachchon par bahut asar dalta hai ki hum hum hum kya kar rahe hain uska bachche waise hi samajhte hain. Isliye humein apne is positive role ko nibhane ke liye pehle to apni samajh badhani hai.</w:t>
      </w:r>
    </w:p>
    <w:p>
      <w:pPr>
        <w:jc w:val="right"/>
      </w:pPr>
      <w:r>
        <w:t>तो इन तो वैसे हर घर का माहौल बच्चों पर बहुत असर डालता है कि हम हम हम क्या कर रहे हैं उसका बच्चे वैसे ही समझते हैं. इसलिए हमें अपने इस positive role को निभाने के लिए पहले तो अपनी समझ बढ़ानी है.</w:t>
      </w:r>
    </w:p>
    <w:p>
      <w:r>
        <w:rPr>
          <w:b/>
        </w:rPr>
        <w:t xml:space="preserve">[21:27] </w:t>
      </w:r>
      <w:r>
        <w:t>Paighambar-e-Islam ke jo ehsaan hain unko achhi tarah samajhkar apni zindagi mein utarna hai jo ki Allah ka shukr hai ki hum log kuch karte bhi hain lekin humein aur bhi continue karna hai aur apne is positive role ko apni family tak pahunchana hai aur doosre logon tak bhi pahunchana hai. Isliye hum khali duniya ke kaamon mein to nahin lage reh sakte.</w:t>
      </w:r>
    </w:p>
    <w:p>
      <w:pPr>
        <w:jc w:val="right"/>
      </w:pPr>
      <w:r>
        <w:t>पैगंबर ए इस्लाम के जो एहसान हैं उनको अच्छी तरह समझकर अपनी ज़िंदगी में उतारना है जो कि अल्लाह का शुक्र है कि हम लोग कुछ करते भी हैं लेकिन हमें और भी continue करना है और अपने इस positive role को अपनी family तक पहुंचाना है और दूसरे लोगों तक भी पहुंचाना है. इसलिए हम खाली दुनिया के कामों में तो नहीं लगे रह सकते.</w:t>
      </w:r>
    </w:p>
    <w:p>
      <w:r>
        <w:rPr>
          <w:b/>
        </w:rPr>
        <w:t xml:space="preserve">[21:52] </w:t>
      </w:r>
      <w:r>
        <w:t>Jaise Doctor Safeena ne bahut elaborate kiya ki ladies zyada tar family functions aur ismein khane lage rehte hain to hamara jo main focus hai jis par Maulana bahut focus karte the uske liye humein bahut sochna hai aur uske hisab se apne time ko humein manage karna hai. Hum yeh nahin keh sakte ki humein to time nahin hai. Hum kaise bachchon ki responsibility lein? To is zimmedari par humein bahut bada focus karna hai.</w:t>
      </w:r>
    </w:p>
    <w:p>
      <w:pPr>
        <w:jc w:val="right"/>
      </w:pPr>
      <w:r>
        <w:t>जैसे Doctor सफीना ने बहुत elaborate किया कि ladies ज़्यादातर family functions और इसमें खाने लगे रहते हैं तो हमारा जो main focus है जिस पर मौलाना बहुत focus करते थे उसके लिए हमें बहुत सोचना है और उसके हिसाब से अपने time को हमें manage करना है. हम यह नहीं कह सकते कि हमें तो time नहीं है. हम कैसे बच्चों की responsibility लें? तो इस ज़िब्बेदारी पर हमें बहुत बड़ा focus करना है.</w:t>
      </w:r>
    </w:p>
    <w:p>
      <w:r>
        <w:rPr>
          <w:b/>
        </w:rPr>
        <w:t xml:space="preserve">[22:20] </w:t>
      </w:r>
      <w:r>
        <w:t>Pichhli baar jo humne woh layani wala article kara tha to jo cheezein humein faayda nahin karti unko humein nahin karna hai aur usse jo humein time zaroor milega time ko manage karke woh hum karenge aur Allah ka shukr hai ki CPS members is par Maulana ne bahut zor diya hai.</w:t>
      </w:r>
    </w:p>
    <w:p>
      <w:pPr>
        <w:jc w:val="right"/>
      </w:pPr>
      <w:r>
        <w:t>पिछली बार जो हमने वह लायानी वाला article करा था तो जो चीज़ें हमें फ़ायदा नहीं करती उनको हमें नहीं करना है और उससे जो हमें time ज़रूर मिलेगा time को manage करके वह हम करेंगे और अल्लाह का शुक्र है कि CPS members इस पर मौलाना ने बहुत ज़ोर दिया है.</w:t>
      </w:r>
    </w:p>
    <w:p>
      <w:r>
        <w:rPr>
          <w:b/>
        </w:rPr>
        <w:t xml:space="preserve">[22:41] </w:t>
      </w:r>
      <w:r>
        <w:t>Unke different aspect par bahut jo videos hain unko sunte hain Allah ke Rasool ke ahkaamon ko samjhein aur internalize karein aur jo Maulana kehte the ghar mein aurat aur mard ek doosre ke intellectual partners banein.</w:t>
      </w:r>
    </w:p>
    <w:p>
      <w:pPr>
        <w:jc w:val="right"/>
      </w:pPr>
      <w:r>
        <w:t>उनके different aspect पर बहुत जो videos हैं उनको सुनते हैं अल्लाह के रसूल के एकामों को समझें और internalize करें और जो मौलाना कहते थे घर में औरत और मर्द एक दूसरे के intellectual partners बनें.</w:t>
      </w:r>
    </w:p>
    <w:p>
      <w:r>
        <w:rPr>
          <w:b/>
        </w:rPr>
        <w:t xml:space="preserve">[22:58] </w:t>
      </w:r>
      <w:r>
        <w:t>To yeh bhi yahan bahut important baat hai ki hum doosre se aapas mein husband wife discussion karke</w:t>
      </w:r>
    </w:p>
    <w:p>
      <w:pPr>
        <w:jc w:val="right"/>
      </w:pPr>
      <w:r>
        <w:t>तो यह भी यहां बहुत important बात है कि हम दूसरे से आपस में husband wife discussion करके</w:t>
      </w:r>
    </w:p>
    <w:p>
      <w:r>
        <w:rPr>
          <w:b/>
        </w:rPr>
        <w:t xml:space="preserve">[23:04] </w:t>
      </w:r>
      <w:r>
        <w:t>iski samajh banayein aur to ab jab hum yeh sab kuch karenge to humein apna role kaise nibhayein?</w:t>
      </w:r>
    </w:p>
    <w:p>
      <w:pPr>
        <w:jc w:val="right"/>
      </w:pPr>
      <w:r>
        <w:t>इसकी समझ बनाएं और तो अब जब हम यह सब कुछ करेंगे तो हमें अपना role कैसे निभाएं?</w:t>
      </w:r>
    </w:p>
    <w:p>
      <w:r>
        <w:rPr>
          <w:b/>
        </w:rPr>
        <w:t xml:space="preserve">[23:11] </w:t>
      </w:r>
      <w:r>
        <w:t>To jab hum mehnat karenge to Allah ki madad zaroor aayegi Inshallah.</w:t>
      </w:r>
    </w:p>
    <w:p>
      <w:pPr>
        <w:jc w:val="right"/>
      </w:pPr>
      <w:r>
        <w:t>तो जब हम मेहनत करेंगे तो अल्लाह की मदद ज़रूर आएगी इशालाह.</w:t>
      </w:r>
    </w:p>
    <w:p>
      <w:r>
        <w:rPr>
          <w:b/>
        </w:rPr>
        <w:t xml:space="preserve">[23:18] </w:t>
      </w:r>
      <w:r>
        <w:t>Humein is is baat ko bahut sochna hai ki hum apna yeh particular role nibhayein.</w:t>
      </w:r>
    </w:p>
    <w:p>
      <w:pPr>
        <w:jc w:val="right"/>
      </w:pPr>
      <w:r>
        <w:t>हमें इस इस बात को बहुत सोचना है कि हम अपना यह particular role निभाएं.</w:t>
      </w:r>
    </w:p>
    <w:p>
      <w:r>
        <w:rPr>
          <w:b/>
        </w:rPr>
        <w:t xml:space="preserve">[23:25] </w:t>
      </w:r>
      <w:r>
        <w:t>Jazak Allah yeh meri learning.</w:t>
      </w:r>
    </w:p>
    <w:p>
      <w:pPr>
        <w:jc w:val="right"/>
      </w:pPr>
      <w:r>
        <w:t>जज़ाक अल्लाह यह मेरी learning.</w:t>
      </w:r>
    </w:p>
    <w:p>
      <w:r>
        <w:rPr>
          <w:b/>
        </w:rPr>
        <w:t xml:space="preserve">[23:32] </w:t>
      </w:r>
      <w:r>
        <w:t>Thank you Nijma Apa for sharing your learning and I would like to invite Sana to share her learning. Assalam Walekum. Walekum Islam. Yeh awaaz ma'am clear aa rahi hai? Yes, it's clear.</w:t>
      </w:r>
    </w:p>
    <w:p>
      <w:pPr>
        <w:jc w:val="right"/>
      </w:pPr>
      <w:r>
        <w:t>Thank you निजमा अपा for sharing your learning and I would like to invite सना to share her learning. अस्लाम वालिकुल. वालिकुम इस्लाम. यह आवाज़ ma'am clear आ रही है? Yes, it's clear.</w:t>
      </w:r>
    </w:p>
    <w:p>
      <w:r>
        <w:rPr>
          <w:b/>
        </w:rPr>
        <w:t xml:space="preserve">[23:59] </w:t>
      </w:r>
      <w:r>
        <w:t>Meri learning yahi hai ki sir maine yeh article padha to mujhe Maulana kya ek to matlab ek code ek paragraph kiya gaya aur rest wale maine usko padha tha. Usmein yeh tha ki Maulana ne likha tha ki agar hum notice karte hain to hum dekhte hain ki Islam mein jo pehli pehla jo school khola gaya tha woh matlab non Muslims se keh sakte mushrik logon ne usko open kiya tha aur Islam ki tareekh mein woh pehla school tha. Pehla matlab taaleem baad tha.</w:t>
      </w:r>
    </w:p>
    <w:p>
      <w:pPr>
        <w:jc w:val="right"/>
      </w:pPr>
      <w:r>
        <w:t>मेरी learning यही है कि sir मैंने यह article पढ़ा तो मुझे मौलाना क्या एक तो मतलब एक code एक paragraph किया गया और rest वाले मैंने उसको पढ़ा था. उसमें यह था कि मौलाना ने लिखा था कि अगर हम notice करते हैं तो हम देखते हैं कि इस्लाम में जो पहली पहला जो school खोला गया था वह मतलब non Muslims से कह सकते मुश्किक लोगों ने उसको openn किया था और इस्लाम की तारीख में वह पहला school था. पहला मतलब तालिन बाद था.</w:t>
      </w:r>
    </w:p>
    <w:p>
      <w:r>
        <w:rPr>
          <w:b/>
        </w:rPr>
        <w:t xml:space="preserve">[24:28] </w:t>
      </w:r>
      <w:r>
        <w:t>Lekin uske andar ek bahut hi achhi baat mujhe yeh lagi ki Maulana usko last mein mention karte hain. Kehte hain uske andar ki woh notice karne wali baat yeh hai ki woh jo school ka woh tarbiyat gaah tha na ki taaleem gaah. To jab maine usko aur clear dekha to mujhe samajh mein aaya ki wahan par Maulana ek baat ko aur mention karte hain. Kehte hain ki tarbiyat jo cheez hoti hai woh insaan ko jo hai is qabil banati hai ki woh taaleem ko seekh sake. So it's very important.</w:t>
      </w:r>
    </w:p>
    <w:p>
      <w:pPr>
        <w:jc w:val="right"/>
      </w:pPr>
      <w:r>
        <w:t>लेकिन उसके अंदर एक बहुत ही अच्छी बात मुझे यह लगी कि मौलाना उसको last में mention करते हैं. कहते हैं उसके अंदर कि वह notice करने वाली बात यह है कि वह जो school का वह तर्बेद गाता ना कि तालीन गाता है. तो जब मैंने उसको और clear देखा तो मुझे समझ में आया कि वहां पर मौलाना एक बात को और mention करते हैं. कहते हैं कि तर्वियत जो चीज़ होती है वह इंसान को जो है इस काबिल बनाती है कि वह तालीन को सीख सके. So it's very important.</w:t>
      </w:r>
    </w:p>
    <w:p>
      <w:r>
        <w:rPr>
          <w:b/>
        </w:rPr>
        <w:t xml:space="preserve">[24:56] </w:t>
      </w:r>
      <w:r>
        <w:t>Please keep the mic a little Please keep the mic a little away from your mouth. Yes. Abhi theek hai? Yes. It's too close that is not clear. Ok ma'am.</w:t>
      </w:r>
    </w:p>
    <w:p>
      <w:pPr>
        <w:jc w:val="right"/>
      </w:pPr>
      <w:r>
        <w:t>Please keep the mic a little Please keep the mic a little away from your mouth. Yes. अभी ठीक है? Yes. It's too close that is not clear. Ok ma'am.</w:t>
      </w:r>
    </w:p>
    <w:p>
      <w:r>
        <w:rPr>
          <w:b/>
        </w:rPr>
        <w:t xml:space="preserve">[25:12] </w:t>
      </w:r>
      <w:r>
        <w:t>So maine jab usko padha to screen mein Maulana likhte hain ki jab woh school jo open hua to woh woh apne bachche ko tarbiyat deti hai.</w:t>
      </w:r>
    </w:p>
    <w:p>
      <w:pPr>
        <w:jc w:val="right"/>
      </w:pPr>
      <w:r>
        <w:t>So मैंने जब उसको पढ़ा तो screen में मौलाना लिखते हैं कि जब वह school जो open हुआ तो वह वह अपने बच्चे को तरगत देती है.</w:t>
      </w:r>
    </w:p>
    <w:p>
      <w:r>
        <w:rPr>
          <w:b/>
        </w:rPr>
        <w:t xml:space="preserve">[25:34] </w:t>
      </w:r>
      <w:r>
        <w:t>To very important yeh baat hai ki ek dafa se jab insaan ek bachcha tarbiyat seekhta hai to main samajh pa rahi hoon ki woh aage badhkar ke is qabil ban jata hai ki woh taaleem ko jaan sake, woh taaleem ko samajh sake.</w:t>
      </w:r>
    </w:p>
    <w:p>
      <w:pPr>
        <w:jc w:val="right"/>
      </w:pPr>
      <w:r>
        <w:t>तो very important यह बात है कि एक द्वारा से जब इंस्तान एक बच्चा तरगत सीखता है तो मैं समझ पा रही हूं कि वह आगे बढ़कर के इस कादल वन जाता है कि वह तालीन को जान सके, वह तालीन को समझ सके.</w:t>
      </w:r>
    </w:p>
    <w:p>
      <w:r>
        <w:rPr>
          <w:b/>
        </w:rPr>
        <w:t xml:space="preserve">[26:02] </w:t>
      </w:r>
      <w:r>
        <w:t>Agar if I'm wrong to please mujhe aap log correct kijiye. Woh mera yeh point hai. Mujhe pata karna hai. Ok, thank you so much Sana for sharing your learning and I would like to ask Aisha Yusra to share learning.</w:t>
      </w:r>
    </w:p>
    <w:p>
      <w:pPr>
        <w:jc w:val="right"/>
      </w:pPr>
      <w:r>
        <w:t>अगर if I'm wrong तो please मुझे आप लोग correct कीजिए. वह मेरा यह point है. मुझे पता करना है. Ok, thank you so much सना for sharing your learning and I would like to ask आयशा युसरा to share learning.</w:t>
      </w:r>
    </w:p>
    <w:p>
      <w:r>
        <w:rPr>
          <w:b/>
        </w:rPr>
        <w:t xml:space="preserve">[26:22] </w:t>
      </w:r>
      <w:r>
        <w:t>Meri learning hai number one aurat ghar ke liye ek chirag jaisi hai.</w:t>
      </w:r>
    </w:p>
    <w:p>
      <w:pPr>
        <w:jc w:val="right"/>
      </w:pPr>
      <w:r>
        <w:t>मेरी learning है number one औरत घर के लिए एक चिराग जैसी है.</w:t>
      </w:r>
    </w:p>
    <w:p>
      <w:r>
        <w:rPr>
          <w:b/>
        </w:rPr>
        <w:t xml:space="preserve">[26:32] </w:t>
      </w:r>
      <w:r>
        <w:t>Jab chirag, jaisa chirag unki saari environment ko roshni deti hai waisa aurat in the same way aurat</w:t>
      </w:r>
    </w:p>
    <w:p>
      <w:pPr>
        <w:jc w:val="right"/>
      </w:pPr>
      <w:r>
        <w:t>जब चिराग, जैसा चिराग उनकी सारी environment को रौशनी देती है वैसा औरत in the same way औरत</w:t>
      </w:r>
    </w:p>
    <w:p>
      <w:r>
        <w:rPr>
          <w:b/>
        </w:rPr>
        <w:t xml:space="preserve">[26:42] </w:t>
      </w:r>
      <w:r>
        <w:t>taleem hasil karne se unki saari jo family members ko bhi intellectually awaken kar sakti hai.</w:t>
      </w:r>
    </w:p>
    <w:p>
      <w:pPr>
        <w:jc w:val="right"/>
      </w:pPr>
      <w:r>
        <w:t>कालीम हासिल करने से उनकी सारी जो family members को भी intellectually awaken कर सकती है.</w:t>
      </w:r>
    </w:p>
    <w:p>
      <w:r>
        <w:rPr>
          <w:b/>
        </w:rPr>
        <w:t xml:space="preserve">[26:53] </w:t>
      </w:r>
      <w:r>
        <w:t>To aur ek hadith bhi hai ki acquiring knowledge is a compulsory act for every Muslim woman and man aur number two humein yeh dekh sakte hain ki prophet ka wife Umm Salama is well educated lady. To unhone geography sab sab ko sab educator lady hai to bahut achhe se seekh saki hai.</w:t>
      </w:r>
    </w:p>
    <w:p>
      <w:pPr>
        <w:jc w:val="right"/>
      </w:pPr>
      <w:r>
        <w:t>तो और एक खदीस भी है कि acquiring knowledge is a compulsory act for every मुस्लिम woman and man और number two हमें यह देख सकते हैं कि prophet का wife उम्मीद सलामा is well educated lady. तो उन्होंने geography सब सब को सब educator lady है तो बहुत अच्छे से सीख सकी है.</w:t>
      </w:r>
    </w:p>
    <w:p>
      <w:r>
        <w:rPr>
          <w:b/>
        </w:rPr>
        <w:t xml:space="preserve">[27:23] </w:t>
      </w:r>
      <w:r>
        <w:t>To iska matlab yeh hai ki Islam women education ko encourage karti hai aur number three hai aurat hone ke baad ek responsibility yeh bhi hoti hai ki apne aap ko intellectually develop karein aur unki gharwalon ko bhi intellectually develop karne ko training de diya jaye.</w:t>
      </w:r>
    </w:p>
    <w:p>
      <w:pPr>
        <w:jc w:val="right"/>
      </w:pPr>
      <w:r>
        <w:t>तो इसका मतलब यह है कि इस्लाम women education को encourage करती है और number three है औरत होने के बाद एक responsibility यह भी होती है कि अपने आप को intellectually develop करें और उनकी घरवालों को भी intellectually develop करने को training दे दिया जाए.</w:t>
      </w:r>
    </w:p>
    <w:p>
      <w:r>
        <w:rPr>
          <w:b/>
        </w:rPr>
        <w:t xml:space="preserve">[27:48] </w:t>
      </w:r>
      <w:r>
        <w:t>To aur ek baat hai ki women multitasker hai ki women ek hi time mein multitasking bhi kar sakti hain. Jab women unke andar jo potential hai isko aware karne se apne aap ko achhi tarah intellectually develop kar sakti hai aur unki gharwalon ko bhi intellectually development karne ke liye koshish bhi karti hain.</w:t>
      </w:r>
    </w:p>
    <w:p>
      <w:pPr>
        <w:jc w:val="right"/>
      </w:pPr>
      <w:r>
        <w:t>तो और एक बात है कि women multitasker है कि women एक ही time में multitasking भी कर सकती हैं. जब women उनके अंदर जो potential है इसको aware करने से अपने आप को अच्छी तरह intellectually develop कर सकती है और उनकी घरवालों को भी intellectually development करने के लिए कोशिश भी करती है.</w:t>
      </w:r>
    </w:p>
    <w:p>
      <w:r>
        <w:rPr>
          <w:b/>
        </w:rPr>
        <w:t xml:space="preserve">[28:14] </w:t>
      </w:r>
      <w:r>
        <w:t>Pehli share yeh hai ki aurat apni andar jo potential hai unko janni chahiye.</w:t>
      </w:r>
    </w:p>
    <w:p>
      <w:pPr>
        <w:jc w:val="right"/>
      </w:pPr>
      <w:r>
        <w:t>पहली शरीर यह है कि औरत अपनी अंदर जो potential है उनको जाननी चाहिए.</w:t>
      </w:r>
    </w:p>
    <w:p>
      <w:r>
        <w:rPr>
          <w:b/>
        </w:rPr>
        <w:t xml:space="preserve">[28:19] </w:t>
      </w:r>
      <w:r>
        <w:t>Tab unko improve karni chahiye.</w:t>
      </w:r>
    </w:p>
    <w:p>
      <w:pPr>
        <w:jc w:val="right"/>
      </w:pPr>
      <w:r>
        <w:t>तब उनको improve करनी चाहिए.</w:t>
      </w:r>
    </w:p>
    <w:p>
      <w:r>
        <w:rPr>
          <w:b/>
        </w:rPr>
        <w:t xml:space="preserve">[28:25] </w:t>
      </w:r>
      <w:r>
        <w:t>First of all, women should be intellectually developed.</w:t>
      </w:r>
    </w:p>
    <w:p>
      <w:pPr>
        <w:jc w:val="right"/>
      </w:pPr>
      <w:r>
        <w:t>First of all, women should be intellectually developed.</w:t>
      </w:r>
    </w:p>
    <w:p>
      <w:r>
        <w:rPr>
          <w:b/>
        </w:rPr>
        <w:t xml:space="preserve">[28:30] </w:t>
      </w:r>
      <w:r>
        <w:t>Then she will be able to, do anything.</w:t>
      </w:r>
    </w:p>
    <w:p>
      <w:pPr>
        <w:jc w:val="right"/>
      </w:pPr>
      <w:r>
        <w:t>Then she will be able to, do anything.</w:t>
      </w:r>
    </w:p>
    <w:p>
      <w:r>
        <w:rPr>
          <w:b/>
        </w:rPr>
        <w:t xml:space="preserve">[28:36] </w:t>
      </w:r>
      <w:r>
        <w:t>She will be able to do, the task that is intellectual development for for her family members.</w:t>
      </w:r>
    </w:p>
    <w:p>
      <w:pPr>
        <w:jc w:val="right"/>
      </w:pPr>
      <w:r>
        <w:t>She will be able to do, the task that is intellectual development for for her family members.</w:t>
      </w:r>
    </w:p>
    <w:p>
      <w:r>
        <w:rPr>
          <w:b/>
        </w:rPr>
        <w:t xml:space="preserve">[28:41] </w:t>
      </w:r>
      <w:r>
        <w:t>This is my learning.</w:t>
      </w:r>
    </w:p>
    <w:p>
      <w:pPr>
        <w:jc w:val="right"/>
      </w:pPr>
      <w:r>
        <w:t>This is my learning.</w:t>
      </w:r>
    </w:p>
    <w:p>
      <w:r>
        <w:rPr>
          <w:b/>
        </w:rPr>
        <w:t xml:space="preserve">[28:47] </w:t>
      </w:r>
      <w:r>
        <w:t>Thank you, Aisha, for sharing your own learning. I would like to add one point regarding this. Women in Muslim household often assume the responsibility of teaching and instilling Islamic values, prayers, and teachings in their children from a young age.</w:t>
      </w:r>
    </w:p>
    <w:p>
      <w:pPr>
        <w:jc w:val="right"/>
      </w:pPr>
      <w:r>
        <w:t>Thank you, Aisha, for sharing your own learning. I would like to add one point regarding this. Women in Muslim household often assume the responsibility of teaching and instilling Islamic values, prayers, and teachings in their children from a young age.</w:t>
      </w:r>
    </w:p>
    <w:p>
      <w:r>
        <w:rPr>
          <w:b/>
        </w:rPr>
        <w:t xml:space="preserve">[29:07] </w:t>
      </w:r>
      <w:r>
        <w:t>We all know that we have been instilling instilling these values in our children right from their beginning, and they may also be involved in teaching other practical skills, manners, and general knowledge. This does not necessarily mean that women are solely responsible for education within the household, but rather they have a central and influential role in shaping the educational and moral development of the family.</w:t>
      </w:r>
    </w:p>
    <w:p>
      <w:pPr>
        <w:jc w:val="right"/>
      </w:pPr>
      <w:r>
        <w:t>We all know that we have been instilling instilling these values in our children right from their beginning, and they may also be involved in teaching other practical skills, manners, and general knowledge. This does not necessarily mean that women are solely responsible for education within the household, but rather they have a central and influential role in shaping the educational and moral development of the family.</w:t>
      </w:r>
    </w:p>
    <w:p>
      <w:r>
        <w:rPr>
          <w:b/>
        </w:rPr>
        <w:t xml:space="preserve">[29:36] </w:t>
      </w:r>
      <w:r>
        <w:t>So anyone raising hand, their hand can now share the learning. So shabnam parvez, would like to share shabnam? Yes saba? Haan main engage karke baithi hoon main. Main bas kehna cha rahi thi. Awaaz aa rahi hai? Jee jee jee awaaz aa rahi hai aapko?</w:t>
      </w:r>
    </w:p>
    <w:p>
      <w:pPr>
        <w:jc w:val="right"/>
      </w:pPr>
      <w:r>
        <w:t>So anyone raising hand, their hand can now share the learning. So श्वनम परवेज़, would like to share श्रमण? Yes सापा? हां मैं engage करके बैठी हूं मैं. मैं बस कहना चाह रही थी. आवाज़ आ रही है? जी जी जी आवाज़ आ रही है आपको?</w:t>
      </w:r>
    </w:p>
    <w:p>
      <w:r>
        <w:rPr>
          <w:b/>
        </w:rPr>
        <w:t xml:space="preserve">[30:00] </w:t>
      </w:r>
      <w:r>
        <w:t>maine matlab mujhe yeh kehna tha ki jaise ki Doctor Safina ne kaha ghar ek dawa center van</w:t>
      </w:r>
    </w:p>
    <w:p>
      <w:pPr>
        <w:jc w:val="right"/>
      </w:pPr>
      <w:r>
        <w:t>मैंने मतलब मुझे यह कहना था कि जैसे कि Doctor सफ़ीना ने कहा घर एक दावा center वन</w:t>
      </w:r>
    </w:p>
    <w:p>
      <w:r>
        <w:rPr>
          <w:b/>
        </w:rPr>
        <w:t xml:space="preserve">[30:05] </w:t>
      </w:r>
      <w:r>
        <w:t>jata hai to usmein mujhe yeh samajh mein aa raha tha ki aurat ki zindagi maine apni zindagi</w:t>
      </w:r>
    </w:p>
    <w:p>
      <w:pPr>
        <w:jc w:val="right"/>
      </w:pPr>
      <w:r>
        <w:t>जाता है तो उसमें मुझे यह समझ में आ रहा था कि औरत की ज़िंदगी मैंने अपनी ज़िंदगी</w:t>
      </w:r>
    </w:p>
    <w:p>
      <w:r>
        <w:rPr>
          <w:b/>
        </w:rPr>
        <w:t xml:space="preserve">[30:11] </w:t>
      </w:r>
      <w:r>
        <w:t>mein to yahi dekha ki aurat ki ek zindagi bahut hi mehdoor zindagi hoti hai aur woh ghar</w:t>
      </w:r>
    </w:p>
    <w:p>
      <w:pPr>
        <w:jc w:val="right"/>
      </w:pPr>
      <w:r>
        <w:t>में तो यही देखा कि औरत की एक ज़िंदगी बहुत ही महेदूर ज़िंदगी होती है और वह घर</w:t>
      </w:r>
    </w:p>
    <w:p>
      <w:r>
        <w:rPr>
          <w:b/>
        </w:rPr>
        <w:t xml:space="preserve">[30:17] </w:t>
      </w:r>
      <w:r>
        <w:t>bachche khana pakana aur phir wahi baatein jo doctor Safina ne kaha ki entertainment ki baatein hain aur</w:t>
      </w:r>
    </w:p>
    <w:p>
      <w:pPr>
        <w:jc w:val="right"/>
      </w:pPr>
      <w:r>
        <w:t>बच्चे खाना पकाना और फिर वही बातें जो doctor सफ़ीना ने कहा कि entertainment की बातें हैं और</w:t>
      </w:r>
    </w:p>
    <w:p>
      <w:r>
        <w:rPr>
          <w:b/>
        </w:rPr>
        <w:t xml:space="preserve">[30:23] </w:t>
      </w:r>
      <w:r>
        <w:t>aisi cheezein ki aisa interaction hota hai jisse koi learning nahi hoti to jisse bahut hi insaan ki</w:t>
      </w:r>
    </w:p>
    <w:p>
      <w:pPr>
        <w:jc w:val="right"/>
      </w:pPr>
      <w:r>
        <w:t>ऐसी चीज़ें कि ऐसा interaction होता है जिससे कोई learning नहीं होती तो जिससे बहुत ही इंसान की</w:t>
      </w:r>
    </w:p>
    <w:p>
      <w:r>
        <w:rPr>
          <w:b/>
        </w:rPr>
        <w:t xml:space="preserve">[30:29] </w:t>
      </w:r>
      <w:r>
        <w:t>limited soch ho jati hai.</w:t>
      </w:r>
    </w:p>
    <w:p>
      <w:pPr>
        <w:jc w:val="right"/>
      </w:pPr>
      <w:r>
        <w:t>limited सोच हो जाती है.</w:t>
      </w:r>
    </w:p>
    <w:p>
      <w:r>
        <w:rPr>
          <w:b/>
        </w:rPr>
        <w:t xml:space="preserve">[30:35] </w:t>
      </w:r>
      <w:r>
        <w:t>Toh yeh ghar jab jab ek daawa center bana banta hai toh isse hum kitne kitni hamari reach kitni kahan tak pahunch gayi hai jaise ki ab hum is waqt jaan sakte hain jo matlab jo is CPS mission ke platform par khade hokar auratein jo kaam kar rahi hain, woh jaan sakti hain ki hamari ghar mein hi rehkar hum main ek housewife hoon aur ghar mein rehkar mera kitna meri reach ho gayi hai itna log usse hum log poochte hain, sawaal karte hain.</w:t>
      </w:r>
    </w:p>
    <w:p>
      <w:pPr>
        <w:jc w:val="right"/>
      </w:pPr>
      <w:r>
        <w:t>तो यह घर जब जब एक दावा center बना बनता है तो इससे हम कितने कितनी हमारी reach कितनी कहां तक पहुंच गई है जैसे कि अब हम इस वक्त जान सकते हैं जो मतलब जो इस CPS mission के platform पर खड़े होकर औरतें जो काम कर रही हैं, वह जान सकती हैं कि हमारी घर में ही रहकर हम मैं एक housewife हूं और घर में रहकर मेरा कितना मेरी reach हो गई है इतना लोग उससे हम लोग पूछते हैं, सवाल करते हैं.</w:t>
      </w:r>
    </w:p>
    <w:p>
      <w:r>
        <w:rPr>
          <w:b/>
        </w:rPr>
        <w:t xml:space="preserve">[31:05] </w:t>
      </w:r>
      <w:r>
        <w:t>Jab pehle isse pehle toh mera koi connection kisi se nahi tha. Toh yeh ek aisa ilm hai jo Maulana sahab ne hamare liye hamein bataya. Nahi toh hum toh apni apna role nahi jaante the. Jaise Nazma apa ne kaha ki yeh kahin India mein nahi bataya jaata lekin yeh zaroor kahungi ki India mein nahi kahin nahi bataya gaya hai Nazma apa. Yeh jo role hai hamein sirf Maulana sahab ne bataya hai.</w:t>
      </w:r>
    </w:p>
    <w:p>
      <w:pPr>
        <w:jc w:val="right"/>
      </w:pPr>
      <w:r>
        <w:t>जब पहले इससे पहले तो मेरा कोई connection किसी से नहीं था. तो यह एक ऐसा इल्म है जो मोलाना साहब ने हमारे लिए हमें बताया. नहीं तो हम तो अपनी अपना role नहीं जानते थे. जैसे नजमापा ने कहा कि यह कहीं India में नहीं बताया जाता लेकिन यह ज़रूर कहूंगी कि India में नहीं कहीं नहीं बताया गया है नजमापा. यह जो role है हमें सिर्फ मालाना साहब ने बताया है.</w:t>
      </w:r>
    </w:p>
    <w:p>
      <w:r>
        <w:rPr>
          <w:b/>
        </w:rPr>
        <w:t xml:space="preserve">[31:32] </w:t>
      </w:r>
      <w:r>
        <w:t>Yeh tarbiyat jo matlab taaleem ki tarbiyat aise toh Quran padhaya, padh liya, namaz padh liya. Iske alawa koi tarbiyat aurat ke baare mein koi bhi role nahi maloom. Toh hamein jo sahi cheez maloom hui woh Maulana Sahabi se maloom hui aur Maulana sahab ne hamein aurat ka role hai woh samjhaya nahi toh yeh kahin par isi jagah nahi tha.</w:t>
      </w:r>
    </w:p>
    <w:p>
      <w:pPr>
        <w:jc w:val="right"/>
      </w:pPr>
      <w:r>
        <w:t>यह तरबीयत जो मतलब तालीम की तरबीयत ऐसे तो कुरान पढ़ाया, पढ़ लिया, नमाज़ पढ़ लिया. इसके अलावा कोई तरबीयत औरत के बारे में कोई भी role नहीं मालूम. तो हमें जो सही चीज़ मालूम हुई वह मौलाना साहबी से मालूम हुई और मौलाना साहब ने हमें औरत का role है वह समझाया नहीं तो यह कहीं पर इसी जगह नहीं था.</w:t>
      </w:r>
    </w:p>
    <w:p>
      <w:r>
        <w:rPr>
          <w:b/>
        </w:rPr>
        <w:t xml:space="preserve">[31:54] </w:t>
      </w:r>
      <w:r>
        <w:t>Namaz roza burqa pehna iske alawa koi kaam auraton ka nahi tha aur jaise ki abhi Sana ne kaha woh bahut hi achhi baat thi ki usne yaad dilaya ki pehle mushkol ne pehla school tha woh jo tabiyat ga woh bahut hi bahut hi waaqai important point hai jo yeh kabhi hum nahi jaan sakte. Yeh bhi humko Maulana Sahabi se maloom hua nahi toh humne kabhi apni zindagi mein yeh cheez ko nahi suna tha.</w:t>
      </w:r>
    </w:p>
    <w:p>
      <w:pPr>
        <w:jc w:val="right"/>
      </w:pPr>
      <w:r>
        <w:t>नमाज़ रोज़ा बुर्का पहना इसके अलावा कोई काम औरतों का नहीं था और जैसे कि अभी सना ने कहा वह बहुत ही अच्छी बात थी कि उसने याद दिलाया कि पहले मुश्कोल ने पहला school था वह जो तबीयत गा वह बहुत ही बहुत ही वाकई important point है जो यह कभी हम नहीं जान सकते. यह भी हमको मुलाना साहबी से मालूम हुआ नहीं तो हमने कभी अपनी ज़िंदगी में यह चीज़ को नहीं सुना था.</w:t>
      </w:r>
    </w:p>
    <w:p>
      <w:r>
        <w:rPr>
          <w:b/>
        </w:rPr>
        <w:t xml:space="preserve">[32:23] </w:t>
      </w:r>
      <w:r>
        <w:t>Toh yeh jo hai yeh hamein yeh jagah aisi hai jahan par hum yeh seekhna chaah rahe hain. Yeh jo yeh yeh hamara jo discussion ho raha ismein jo ladies hain woh waaqai seekhna chaah rahi hain tabhi yahan baithi hain yeh bahut hi matlab Maulana sahab ko dene wali hai ki unhone hamein yeh role bataya.</w:t>
      </w:r>
    </w:p>
    <w:p>
      <w:pPr>
        <w:jc w:val="right"/>
      </w:pPr>
      <w:r>
        <w:t>तो यह जो है यह हमें यह जगह ऐसी है जहां पर हम यह सीखना चाह रहे हैं. यह जो यह यह हमारा जो discussion हो रहा इसमें जो ladies हैं वह वाकई सीखना चाह रही हैं तभी यहां बैठी हैं यह बहुत ही मतलब मौलाना साहब को देने वाली है कि उन्होंने हमें यह role बताया.</w:t>
      </w:r>
    </w:p>
    <w:p>
      <w:r>
        <w:rPr>
          <w:b/>
        </w:rPr>
        <w:t xml:space="preserve">[32:47] </w:t>
      </w:r>
      <w:r>
        <w:t>I totally agree with you apa and I totally agree what you said because the role Maulana played in all our lives jo hamein apne hamare potential ka hamein recognition karwaya aur aaj jo hum is platform par baithe hue isi recognition ka nateeja hai. Result hai ki aaj hum apni learning ko beyond our household chores that we were doing, apne bachche sambhal rahe the, ghar sambhal rahe the aur beyond that naqaab and the burqa.</w:t>
      </w:r>
    </w:p>
    <w:p>
      <w:pPr>
        <w:jc w:val="right"/>
      </w:pPr>
      <w:r>
        <w:t>I totally agree with you आपा and I totally agree what you said because the role मोलाना played in all our lives जो हमें अपने हमारे potential का हमें recognition करवाया और आज जो हम इस platform पर बैठे हुए इसी recognition का नतीजा है. Result है कि आज हम अपनी learning को beyond our household chores that we were doing, अपने बच्चे संभाल रहे थे, घर संभाल रहे थे और beyond that नकाब and the बुर्का.</w:t>
      </w:r>
    </w:p>
    <w:p>
      <w:r>
        <w:rPr>
          <w:b/>
        </w:rPr>
        <w:t xml:space="preserve">[33:15] </w:t>
      </w:r>
      <w:r>
        <w:t>We identified ourselves and now we are sitting and learning, learning new things and focusing on a personality development. This Maulana sahab has only done this and none other organization has focused on the development and the personality development of the women. So I'll continue with it, would like to say something regarding her learning.</w:t>
      </w:r>
    </w:p>
    <w:p>
      <w:pPr>
        <w:jc w:val="right"/>
      </w:pPr>
      <w:r>
        <w:t>We identified ourselves and now we are sitting and learning, learning new things and focusing on a personality development. This मोलाना साहब has only done this and none other organization has focused on the development and the personality development of the women. So I'll continue with it, would like to say something regarding her learning.</w:t>
      </w:r>
    </w:p>
    <w:p>
      <w:r>
        <w:rPr>
          <w:b/>
        </w:rPr>
        <w:t xml:space="preserve">[33:41] </w:t>
      </w:r>
      <w:r>
        <w:t>So I invite, and I request all the ladies please be precise and be on time. And ok. Please mute yourself. Who is this? Article, whom is this school? Whom is the first place of education, and parents are the first teachers in one everyone's life.</w:t>
      </w:r>
    </w:p>
    <w:p>
      <w:pPr>
        <w:jc w:val="right"/>
      </w:pPr>
      <w:r>
        <w:t>So I invite, and I request all the ladies please be precise and be on time. And ok. Please mute yourself. Who is this? Article, whom is this school? Whom is the first place of education, and parents are the first teachers in one everyone's life.</w:t>
      </w:r>
    </w:p>
    <w:p>
      <w:r>
        <w:rPr>
          <w:b/>
        </w:rPr>
        <w:t xml:space="preserve">[34:10] </w:t>
      </w:r>
      <w:r>
        <w:t>In Islam, a woman is a completely independent facility. Women are the key to sustainable development and quality of life in the family. Women are the backbone of families and communities. They provide care, support, and nurturing to their families and are essential to the development of children.</w:t>
      </w:r>
    </w:p>
    <w:p>
      <w:pPr>
        <w:jc w:val="right"/>
      </w:pPr>
      <w:r>
        <w:t>In Islam, a woman is a completely independent facility. Women are the key to sustainable development and quality of life in the family. Women are the backbone of families and communities. They provide care, support, and nurturing to their families and are essential to the development of children.</w:t>
      </w:r>
    </w:p>
    <w:p>
      <w:r>
        <w:rPr>
          <w:b/>
        </w:rPr>
        <w:t xml:space="preserve">[34:35] </w:t>
      </w:r>
      <w:r>
        <w:t>Women also play a significant significant role in community building and often take on leadership role in community org organizations. Women are pioneers of nation. Women have successfully performed every roles imposed upon them. Women as a mother command great respect in Islam.</w:t>
      </w:r>
    </w:p>
    <w:p>
      <w:pPr>
        <w:jc w:val="right"/>
      </w:pPr>
      <w:r>
        <w:t>Women also play a significant significant role in community building and often take on leadership role in community org organizations. Women are pioneers of nation. Women have successfully performed every roles imposed upon them. Women as a mother command great respect in Islam.</w:t>
      </w:r>
    </w:p>
    <w:p>
      <w:r>
        <w:rPr>
          <w:b/>
        </w:rPr>
        <w:t xml:space="preserve">[35:01] </w:t>
      </w:r>
      <w:r>
        <w:t>A woman can turn the womb into a lofty paradise. According to Islam, the family is a small social unit that makes up the society. For example, is a perfect model for women in Islam. She was an intelligent, influential, and wealthy businessman businesswoman.</w:t>
      </w:r>
    </w:p>
    <w:p>
      <w:pPr>
        <w:jc w:val="right"/>
      </w:pPr>
      <w:r>
        <w:t>A woman can turn the womb into a lofty paradise. According to Islam, the family is a small social unit that makes up the society. For example, is a perfect model for women in Islam. She was an intelligent, influential, and wealthy businessman businesswoman.</w:t>
      </w:r>
    </w:p>
    <w:p>
      <w:r>
        <w:rPr>
          <w:b/>
        </w:rPr>
        <w:t xml:space="preserve">[35:24] </w:t>
      </w:r>
      <w:r>
        <w:t>She was also the first to, let's say, to accept Islam after the Muhammad, after the Prophet. This is my learning. Thank you so much. Thank you so much, Shabnam Parez. Doctor Safeena, you've raised your hand. You can share whatever you want to say, please. Haan. Bas main aap aqeedat par ki Maulana sahab ne hamein jo ek role identify kiya karaya hamara.</w:t>
      </w:r>
    </w:p>
    <w:p>
      <w:pPr>
        <w:jc w:val="right"/>
      </w:pPr>
      <w:r>
        <w:t>She was also the first to, let's say, to accept Islam after the मुहम्मद, after the पापित This is my learning. Thank you so much. Thank you so much, शबरम परेज. Doctor सफ़ीना, you've raised your hand. You can share whatever you want to say, please. हां. बस मैं आप अकीबात पर कि मुलाना साहब ने हमें जो एक role identify किया कराया हमारा.</w:t>
      </w:r>
    </w:p>
    <w:p>
      <w:r>
        <w:rPr>
          <w:b/>
        </w:rPr>
        <w:t xml:space="preserve">[35:54] </w:t>
      </w:r>
      <w:r>
        <w:t>to ek article mein Maulana sahab to padh rahi thi.</w:t>
      </w:r>
    </w:p>
    <w:p>
      <w:pPr>
        <w:jc w:val="right"/>
      </w:pPr>
      <w:r>
        <w:t>तो एक article में मुलाना साहब तो पढ़ रही थी.</w:t>
      </w:r>
    </w:p>
    <w:p>
      <w:r>
        <w:rPr>
          <w:b/>
        </w:rPr>
        <w:t xml:space="preserve">[35:59] </w:t>
      </w:r>
      <w:r>
        <w:t>usmein maine jana ki unhone likha tha ki ek family mein yeh hota tha ki woh log aksar</w:t>
      </w:r>
    </w:p>
    <w:p>
      <w:pPr>
        <w:jc w:val="right"/>
      </w:pPr>
      <w:r>
        <w:t>उसमें मैंने जाना कि उन्होंने लिखा था कि एक family में यह होता था कि वह लोग अक्सर</w:t>
      </w:r>
    </w:p>
    <w:p>
      <w:r>
        <w:rPr>
          <w:b/>
        </w:rPr>
        <w:t xml:space="preserve">[36:04] </w:t>
      </w:r>
      <w:r>
        <w:t>baithkar ek deeni kitab ya koi book padha karte the bachchon ke saath aur usko woh samajhte the</w:t>
      </w:r>
    </w:p>
    <w:p>
      <w:pPr>
        <w:jc w:val="right"/>
      </w:pPr>
      <w:r>
        <w:t>बैठकर एक दीनी किताब या कोई book पढ़ा करते थे बच्चों के साथ और उसको वह समझते थे</w:t>
      </w:r>
    </w:p>
    <w:p>
      <w:r>
        <w:rPr>
          <w:b/>
        </w:rPr>
        <w:t xml:space="preserve">[36:09] </w:t>
      </w:r>
      <w:r>
        <w:t>ki isse tarbiyat ho sakti hai family ki.</w:t>
      </w:r>
    </w:p>
    <w:p>
      <w:pPr>
        <w:jc w:val="right"/>
      </w:pPr>
      <w:r>
        <w:t>कि इससे तरबीयत हो सकती है family की.</w:t>
      </w:r>
    </w:p>
    <w:p>
      <w:r>
        <w:rPr>
          <w:b/>
        </w:rPr>
        <w:t xml:space="preserve">[36:14] </w:t>
      </w:r>
      <w:r>
        <w:t>yeh achha tareeqa hai lekin Maulana sahab ka kehna yeh tha ki sirf deeni kitab padh lene se</w:t>
      </w:r>
    </w:p>
    <w:p>
      <w:pPr>
        <w:jc w:val="right"/>
      </w:pPr>
      <w:r>
        <w:t>यह अच्छा तरीका है लेकिन मोलाना साहब का कहना यह था कि सिर्फ दीनी किताब पढ़ लेने से</w:t>
      </w:r>
    </w:p>
    <w:p>
      <w:r>
        <w:rPr>
          <w:b/>
        </w:rPr>
        <w:t xml:space="preserve">[36:19] </w:t>
      </w:r>
      <w:r>
        <w:t>ya koi article padh lene se hum tarbiyat nahi kar sakte.</w:t>
      </w:r>
    </w:p>
    <w:p>
      <w:pPr>
        <w:jc w:val="right"/>
      </w:pPr>
      <w:r>
        <w:t>या कोई article पढ़ लेने से हम तरबीयत नहीं कर सकते.</w:t>
      </w:r>
    </w:p>
    <w:p>
      <w:r>
        <w:rPr>
          <w:b/>
        </w:rPr>
        <w:t xml:space="preserve">[36:25] </w:t>
      </w:r>
      <w:r>
        <w:t>Hamein saath saath ghar ke mahaul par bhi kaam karna padega. Ghar ka mahaul agar hamara materialistic hai, hum poori tarah se maaddiyat mein doobe hue hain, hamara saara focus complaints par hai, hum logon se shikayatein karte hain, hum har waqt negativity mein jeete hain. Hamare paas har ek ke liye koi na koi shikayat hai. Hum agar kuch bhi bachchon ke saath baithkar padh rahe hain lekin uske baad hum kya karte hain aur hamara kis tarah ka mindset hai yeh bahut zyada important hai.</w:t>
      </w:r>
    </w:p>
    <w:p>
      <w:pPr>
        <w:jc w:val="right"/>
      </w:pPr>
      <w:r>
        <w:t>हमें साथ साथ घर के माहौल पर भी काम करना पड़ेगा. घर का माहौल अगर हमारा materialistic है, हम पूरी तरह से माध्यम में डूबे हुए हैं, हमारा सारा focus complaints पर है, हम लोगों से शिकायतें करते हैं, हम हर वक्त negativity में जीते हैं. हमारे पास हर एक के लिए कोई ना कोई शिकायत है. हम अगर कुछ भी बच्चों के साथ बैठकर पढ़ रहे हैं लेकिन उसके बाद हम क्या करते हैं और हमारा किस तरह का mindset है यह बहुत ज़्यादा important है.</w:t>
      </w:r>
    </w:p>
    <w:p>
      <w:r>
        <w:rPr>
          <w:b/>
        </w:rPr>
        <w:t xml:space="preserve">[36:54] </w:t>
      </w:r>
      <w:r>
        <w:t>Toh yahan par bhi ladies ko bahut kaam karna hai ki woh apni jo discussions karti hain, ghar mein jo baatein hoti hain usmein kya charcha hota hai? Usmein Khuda ka charcha hota hai? Usmein positive baatein discuss hoti hain.</w:t>
      </w:r>
    </w:p>
    <w:p>
      <w:pPr>
        <w:jc w:val="right"/>
      </w:pPr>
      <w:r>
        <w:t>तो यहां पर भी ladies को बहुत काम करना है कि वह अपनी जो discussions करती हैं, घर में जो बातें होती हैं उसमें क्या चर्चा होता है? उसमें खुदा का चर्चा होता है? उसमें positive बातें discuss होती हैं.</w:t>
      </w:r>
    </w:p>
    <w:p>
      <w:r>
        <w:rPr>
          <w:b/>
        </w:rPr>
        <w:t xml:space="preserve">[37:23] </w:t>
      </w:r>
      <w:r>
        <w:t>Ghar ke mahaul par bhi aurat apna bahut zyada role nibha sakti hai ki woh apne aap ko poori tarah se negativity se alag hatakar aur ghar mein jaise apa ne bhi kaha tha saadgi se ghar ka mahaul chalaye toh uska asar zaroor bachchon par aur aur sab gharwalon par padega. Main yeh add karna chaah rahi thi Shamina. Zyada karo. Thank you so much Doctor Safeena for sharing your learning.</w:t>
      </w:r>
    </w:p>
    <w:p>
      <w:pPr>
        <w:jc w:val="right"/>
      </w:pPr>
      <w:r>
        <w:t>घर के माहौल पर भी औरत अपना बहुत ज़्यादा role निभा सकती है कि वह अपने आप को पूरी तरह से negativity से अलग हटाकर और घर में जैसे आपा ने भी कहा था सादगी से घर का माहौल चलाए तो उसका असर ज़रूर बच्चों पर और और सब घर घरवालों पर पड़ेगा. मैं यह add करना चाह रही थी शमीना. ज़्यादा करो. Thank you so much Doctor सफीना for sharing your learning.</w:t>
      </w:r>
    </w:p>
    <w:p>
      <w:r>
        <w:rPr>
          <w:b/>
        </w:rPr>
        <w:t xml:space="preserve">[37:48] </w:t>
      </w:r>
      <w:r>
        <w:t>Aapne bahut important points bataye hum logon ko aur Mahesh kuch kehna chaah rahi hai. Jee Surani bilkul.</w:t>
      </w:r>
    </w:p>
    <w:p>
      <w:pPr>
        <w:jc w:val="right"/>
      </w:pPr>
      <w:r>
        <w:t>आपने बहुत important points बताए हम लोगों को और महेश कुछ कहना चाह रही है. जी सुरानी बिल्कुल.</w:t>
      </w:r>
    </w:p>
    <w:p>
      <w:r>
        <w:rPr>
          <w:b/>
        </w:rPr>
        <w:t xml:space="preserve">[38:00] </w:t>
      </w:r>
      <w:r>
        <w:t>Maulana sahab ne aap sabne bahut achha bataya lekin mujhe lagta hai ki yahan par is cheez ko bhi</w:t>
      </w:r>
    </w:p>
    <w:p>
      <w:pPr>
        <w:jc w:val="right"/>
      </w:pPr>
      <w:r>
        <w:t>मौशिलना से आप सबने बहुत अच्छा बताया लेकिन मुझे लगता है कि यहां पर इस चीज़ को भी</w:t>
      </w:r>
    </w:p>
    <w:p>
      <w:r>
        <w:rPr>
          <w:b/>
        </w:rPr>
        <w:t xml:space="preserve">[38:05] </w:t>
      </w:r>
      <w:r>
        <w:t>discuss kiya jana chahiye kyunki jo main baat karne ja rahi hoon hota yeh hai ki hamein sab</w:t>
      </w:r>
    </w:p>
    <w:p>
      <w:pPr>
        <w:jc w:val="right"/>
      </w:pPr>
      <w:r>
        <w:t>discuss किया जाना चाहिए क्योंकि जो मैं बात करने जा रही हूं होता यह है कि हमें सब</w:t>
      </w:r>
    </w:p>
    <w:p>
      <w:r>
        <w:rPr>
          <w:b/>
        </w:rPr>
        <w:t xml:space="preserve">[38:10] </w:t>
      </w:r>
      <w:r>
        <w:t>achha positive way mein to bataya jata hai lekin hum mein se bahut sare log aise hote hain</w:t>
      </w:r>
    </w:p>
    <w:p>
      <w:pPr>
        <w:jc w:val="right"/>
      </w:pPr>
      <w:r>
        <w:t>अच्छा positive way में तो बताया जाता है लेकिन हम में से बहुत सारे लोग ऐसे होते हैं</w:t>
      </w:r>
    </w:p>
    <w:p>
      <w:r>
        <w:rPr>
          <w:b/>
        </w:rPr>
        <w:t xml:space="preserve">[38:15] </w:t>
      </w:r>
      <w:r>
        <w:t>jo andar se jujh rahe hote hain in masle masailon se aur hamare andar woh himmat, woh taqat</w:t>
      </w:r>
    </w:p>
    <w:p>
      <w:pPr>
        <w:jc w:val="right"/>
      </w:pPr>
      <w:r>
        <w:t>जो अंदर से जूझ रहे होते हैं इन मसले मसाइलों से और हमारे अंदर वह हिम्मत, वह ताकत</w:t>
      </w:r>
    </w:p>
    <w:p>
      <w:r>
        <w:rPr>
          <w:b/>
        </w:rPr>
        <w:t xml:space="preserve">[38:21] </w:t>
      </w:r>
      <w:r>
        <w:t>nahi hoti ki hum apni baat rakh sakein, apna masla bayan kar sakein ki hum apne masail mein</w:t>
      </w:r>
    </w:p>
    <w:p>
      <w:pPr>
        <w:jc w:val="right"/>
      </w:pPr>
      <w:r>
        <w:t>नहीं होती कि हम अपनी बात रख सकें, अपना मसला बयान कर सकें कि हम अपने missile में</w:t>
      </w:r>
    </w:p>
    <w:p>
      <w:r>
        <w:rPr>
          <w:b/>
        </w:rPr>
        <w:t xml:space="preserve">[38:26] </w:t>
      </w:r>
      <w:r>
        <w:t>kis tareeqe se nikal kar hum inmein se jo positive point banaye gaye hain, unko kaise hum apni life</w:t>
      </w:r>
    </w:p>
    <w:p>
      <w:pPr>
        <w:jc w:val="right"/>
      </w:pPr>
      <w:r>
        <w:t>किस तरीके से निकलकर हम इनमें से जो positive point बनाए गए हैं, उनको कैसे हम अपनी life</w:t>
      </w:r>
    </w:p>
    <w:p>
      <w:r>
        <w:rPr>
          <w:b/>
        </w:rPr>
        <w:t xml:space="preserve">[38:31] </w:t>
      </w:r>
      <w:r>
        <w:t>mein lekar chhooen.</w:t>
      </w:r>
    </w:p>
    <w:p>
      <w:pPr>
        <w:jc w:val="right"/>
      </w:pPr>
      <w:r>
        <w:t>में लेकर छूएं.</w:t>
      </w:r>
    </w:p>
    <w:p>
      <w:r>
        <w:rPr>
          <w:b/>
        </w:rPr>
        <w:t xml:space="preserve">[38:37] </w:t>
      </w:r>
      <w:r>
        <w:t>to woh masail kuch is tarah ke hain ki jaise joint family system hota hai.</w:t>
      </w:r>
    </w:p>
    <w:p>
      <w:pPr>
        <w:jc w:val="right"/>
      </w:pPr>
      <w:r>
        <w:t>तो वह missile कुछ इस तरह के हैं कि जैसे joint family system होता है.</w:t>
      </w:r>
    </w:p>
    <w:p>
      <w:r>
        <w:rPr>
          <w:b/>
        </w:rPr>
        <w:t xml:space="preserve">[38:46] </w:t>
      </w:r>
      <w:r>
        <w:t>ab joint family system mein aap ladki lekar aaye hain.</w:t>
      </w:r>
    </w:p>
    <w:p>
      <w:pPr>
        <w:jc w:val="right"/>
      </w:pPr>
      <w:r>
        <w:t>अब joint family system में आप लड़की लेकर आए हैं.</w:t>
      </w:r>
    </w:p>
    <w:p>
      <w:r>
        <w:rPr>
          <w:b/>
        </w:rPr>
        <w:t xml:space="preserve">[38:55] </w:t>
      </w:r>
      <w:r>
        <w:t>woh kis mahaul se kis tarah ki tarbiyat se aai hai?</w:t>
      </w:r>
    </w:p>
    <w:p>
      <w:pPr>
        <w:jc w:val="right"/>
      </w:pPr>
      <w:r>
        <w:t>वह किस पाहौल से किस तरह की तबीयत से आइए?</w:t>
      </w:r>
    </w:p>
    <w:p>
      <w:r>
        <w:rPr>
          <w:b/>
        </w:rPr>
        <w:t xml:space="preserve">[39:04] </w:t>
      </w:r>
      <w:r>
        <w:t>lekin usse expectations bahut hoti hain ki aate hi woh tamam cheezein seekh jaye ya foran se kar</w:t>
      </w:r>
    </w:p>
    <w:p>
      <w:pPr>
        <w:jc w:val="right"/>
      </w:pPr>
      <w:r>
        <w:t>लेकिन उससे expectations बहुत होती हैं कि आते ही वह तमाम चीज़ें सीख जाए या फ़ौरन से कर</w:t>
      </w:r>
    </w:p>
    <w:p>
      <w:r>
        <w:rPr>
          <w:b/>
        </w:rPr>
        <w:t xml:space="preserve">[39:13] </w:t>
      </w:r>
      <w:r>
        <w:t>le ya us par bahut zyada pressurize usko kiya jata hai.</w:t>
      </w:r>
    </w:p>
    <w:p>
      <w:pPr>
        <w:jc w:val="right"/>
      </w:pPr>
      <w:r>
        <w:t>ले या उस पर बहुत ज़्यादा pressurize उसको किया जाता है.</w:t>
      </w:r>
    </w:p>
    <w:p>
      <w:r>
        <w:rPr>
          <w:b/>
        </w:rPr>
        <w:t xml:space="preserve">[39:22] </w:t>
      </w:r>
      <w:r>
        <w:t>Achha, ab baaz dafa yeh hota hai ki bhai shor bada hai. Ab ghar ke das masle masailon mein ussi se discussion kiya jaata hai.</w:t>
      </w:r>
    </w:p>
    <w:p>
      <w:pPr>
        <w:jc w:val="right"/>
      </w:pPr>
      <w:r>
        <w:t>अच्छा, अब बाज़ दफा यह होता है कि भई शौर बड़ा है. अब घर के दस मसले मसाइलों में उससे ही discussion किया जाता है.</w:t>
      </w:r>
    </w:p>
    <w:p>
      <w:r>
        <w:rPr>
          <w:b/>
        </w:rPr>
        <w:t xml:space="preserve">[39:32] </w:t>
      </w:r>
      <w:r>
        <w:t>BB ko ek taraf kone mein rakh diya jaata hai ki bhai uska koi role hi nahi hai ya usse jo hai woh bilkul nichle darje par rakhkar unki hakoomiyat ko rakhkar jo hai baatein ki jaa rahi hoti hain jab tak woh zinda hote hain.</w:t>
      </w:r>
    </w:p>
    <w:p>
      <w:pPr>
        <w:jc w:val="right"/>
      </w:pPr>
      <w:r>
        <w:t>BB को एक तरफ कोने में रख दिया जाता है कि भई उसका कोई role ही नहीं है या उससे जो है वह बिल्कुल निचले दर्जे पर रखकर उनकी हकमियत को रखकर जो है बातें की जा रही होती हैं जब तक वह ज़िंदा होते हैं.</w:t>
      </w:r>
    </w:p>
    <w:p>
      <w:r>
        <w:rPr>
          <w:b/>
        </w:rPr>
        <w:t xml:space="preserve">[39:57] </w:t>
      </w:r>
      <w:r>
        <w:t>achha, ab jab uske apne bachchon ki tarbiyat karne ka time chal raha hai aur main yeh batayenge</w:t>
      </w:r>
    </w:p>
    <w:p>
      <w:pPr>
        <w:jc w:val="right"/>
      </w:pPr>
      <w:r>
        <w:t>अच्छा, अब जब उसके अपने बच्चों की तरबीयत करने का time चल रहा है और मैं यह बताएंगे</w:t>
      </w:r>
    </w:p>
    <w:p>
      <w:r>
        <w:rPr>
          <w:b/>
        </w:rPr>
        <w:t xml:space="preserve">[40:17] </w:t>
      </w:r>
      <w:r>
        <w:t>mulana se aapka ek article yeh bhi hai ke bhai marth mein ana zyada hoti hai.</w:t>
      </w:r>
    </w:p>
    <w:p>
      <w:pPr>
        <w:jc w:val="right"/>
      </w:pPr>
      <w:r>
        <w:t>मुलाना से आपका एक article यह भी है कि भई मर्थ में अना ज़्यादा होती है.</w:t>
      </w:r>
    </w:p>
    <w:p>
      <w:r>
        <w:rPr>
          <w:b/>
        </w:rPr>
        <w:t xml:space="preserve">[40:37] </w:t>
      </w:r>
      <w:r>
        <w:t>aurat jazbati hoti hai. ab jab ana aur jazbati hai to hum takra rahe hain. to us mein jo hai na ana hi jeet ti hai kyunke usko shaur se dabna parta hai. shaur ke waaz dawaon job nahin kar rahi, kuch nahin kar rahi, karelū zimmedariyon mein hai, karelū mahaul mein hi jo hai ghar ke andar hi reh kar woh saare kaam kar rahi hai. achha ab yeh ek mera yeh topic yahan par ho gaya doosri baat yeh. ab main doosri taraf bhi aaungi zaruri nahin hai ke aaj jagah shaur hi kharab ho aur aaj jagah saasan nahin kharab ho.</w:t>
      </w:r>
    </w:p>
    <w:p>
      <w:pPr>
        <w:jc w:val="right"/>
      </w:pPr>
      <w:r>
        <w:t>औरत जज़्बाती होती है. अब जब अना और जज़्बाती है तो हम टकरा रहे हैं. तो उसमें जो है ना अना ही जीतती है क्योंकि उसको शौर से दबना पड़ता है. शौर के वाज दवाओं job नहीं कर रही, कुछ नहीं कर रही, करेलू ज़िम्मेदारियों में है, करेलू माहौल में ही जो है घर के अंदर ही रहकर वह सारे काम कर रही है. अच्छा अब यह एक मेरा यह topic यहां पर हो गया दूसरी बात यह. अब मैं दूसरी तरफ भी आऊंगी ज़रूरी नहीं है कि आज जगह शौर ही खराब हो और आज जगह सासन नहीं खराब हो.</w:t>
      </w:r>
    </w:p>
    <w:p>
      <w:r>
        <w:rPr>
          <w:b/>
        </w:rPr>
        <w:t xml:space="preserve">[41:06] </w:t>
      </w:r>
      <w:r>
        <w:t>ab jo aajkal ki ladkiyan aajkal ki auratein hain aajkal ki jo nai generation aa rahi hai unmein</w:t>
      </w:r>
    </w:p>
    <w:p>
      <w:pPr>
        <w:jc w:val="right"/>
      </w:pPr>
      <w:r>
        <w:t>अब जो आजकल की लड़कियां आजकल की औरतें हैं आजकल की जो नई generation आ रही है उनमें</w:t>
      </w:r>
    </w:p>
    <w:p>
      <w:r>
        <w:rPr>
          <w:b/>
        </w:rPr>
        <w:t xml:space="preserve">[41:25] </w:t>
      </w:r>
      <w:r>
        <w:t>unke paas TikTok bhi hai, unke paas awareness, humse kahin zyada dramaon ke zariye, filmon ke zariye, social</w:t>
      </w:r>
    </w:p>
    <w:p>
      <w:pPr>
        <w:jc w:val="right"/>
      </w:pPr>
      <w:r>
        <w:t>उनके पास TikTok भी है, उनके पास awareness, हमसे कहीं ज़्यादा dramaओं के ज़रिए, filmओं के ज़रिए, social</w:t>
      </w:r>
    </w:p>
    <w:p>
      <w:r>
        <w:rPr>
          <w:b/>
        </w:rPr>
        <w:t xml:space="preserve">[41:44] </w:t>
      </w:r>
      <w:r>
        <w:t>media ke zariye unhein apne rights bataye.</w:t>
      </w:r>
    </w:p>
    <w:p>
      <w:pPr>
        <w:jc w:val="right"/>
      </w:pPr>
      <w:r>
        <w:t>media के ज़रिए उन्हें अपने rights बताएं.</w:t>
      </w:r>
    </w:p>
    <w:p>
      <w:r>
        <w:rPr>
          <w:b/>
        </w:rPr>
        <w:t xml:space="preserve">[42:03] </w:t>
      </w:r>
      <w:r>
        <w:t>ab woh apne aap ko jo hai unhein pata hai ke independent banana hai, dabna nahi hai.</w:t>
      </w:r>
    </w:p>
    <w:p>
      <w:pPr>
        <w:jc w:val="right"/>
      </w:pPr>
      <w:r>
        <w:t>अब वह अपने आपको जो है उन्हें पता है कि independent बनाना है, दबना नहीं है.</w:t>
      </w:r>
    </w:p>
    <w:p>
      <w:r>
        <w:rPr>
          <w:b/>
        </w:rPr>
        <w:t xml:space="preserve">[42:22] </w:t>
      </w:r>
      <w:r>
        <w:t>aur main inshallah jab tak ginta hoon lagaungi bhi. lekin us ke bawajood bhi hamare bachche jaise hum Canada bahar idhar udhar rehte hain. School jaate hain. School mein woh hum se zyada ghar se zyada time woh school mein hote hain. jab woh ghar aate hain na to un ke attitude mein un ki us mein humein bahut change dikhai deta hai. ab yahan jo hai bachche har ek haath mein mobile hai, device hai. har tarah ki woh school mein bhansi mazak hote hain.</w:t>
      </w:r>
    </w:p>
    <w:p>
      <w:pPr>
        <w:jc w:val="right"/>
      </w:pPr>
      <w:r>
        <w:t>और मैं इनशालाह जब तक गिनता हूं लगाऊंगी भी. लेकिन उसके बावजूद भी हमारे बच्चे जैसे हम Canada बाहर इधर उधर रहते हैं. School जाते हैं. School में वह हमसे ज़्यादा घर से ज़्यादा time वह school में होते हैं. जब वह घर आते हैं ना तो उनके attitude में उनकी उसमें हमें बहुत change दिखाई देता है. अब यहां जो है बच्चे हर एक हाथ में mobile है, device है. हर तरह की वह school में भंसी मजाक होते हैं.</w:t>
      </w:r>
    </w:p>
    <w:p>
      <w:r>
        <w:rPr>
          <w:b/>
        </w:rPr>
        <w:t xml:space="preserve">[42:49] </w:t>
      </w:r>
      <w:r>
        <w:t>Teachers se woh bahut ki aap jo hai na aap ki thoda soch aap ke purane us par chal rahi hai. abhi daur aisa hai. theek hai? to in sab cheezon ko le kar bhi ki aaj ki maein, aaj ke bachchon ko le kar bhi baat ko aage badhaya jaye, samjhaya jaye.</w:t>
      </w:r>
    </w:p>
    <w:p>
      <w:pPr>
        <w:jc w:val="right"/>
      </w:pPr>
      <w:r>
        <w:t>Teachers से वह बहुत कि आप जो है ना आपकी थोड़ा सोच आपके पुराने उस पर चल रही है. अभी दौर ऐसा है. ठीक है? तो इन सब चीज़ों को लेकर भी कि आज की माएं, आज के बच्चों को लेकर भी बात को आगे बढ़ाया जाए, समझाया जाए.</w:t>
      </w:r>
    </w:p>
    <w:p>
      <w:r>
        <w:rPr>
          <w:b/>
        </w:rPr>
        <w:t xml:space="preserve">[43:19] </w:t>
      </w:r>
      <w:r>
        <w:t>main chahungi ke topic ko aur mazdik next week ek aadh dafauḍ rakha jaye, chaza kar lakh hai. I would like to say about your learning that you have shared over here. meresh yeh thodi deviate kar rahi hai jo topic hum log yahan par discuss kar rahe hain and this is one part of, could be one part of this but right now we are focusing pura us article par.</w:t>
      </w:r>
    </w:p>
    <w:p>
      <w:pPr>
        <w:jc w:val="right"/>
      </w:pPr>
      <w:r>
        <w:t>मैं चाहूंगी कि topic को और मज़दीक next week एक आध दफौड़ रखा जाए, चज़ा कर लाख है. I would like to say about your learning that you have shared over here. मेरेश यह थोड़ी deviate कर रही है जो topic हम लोग यहां पर discuss कर रहे हैं and this is one part of, could be one part of this but right now we are focusing पूरा उस article पर.</w:t>
      </w:r>
    </w:p>
    <w:p>
      <w:r>
        <w:rPr>
          <w:b/>
        </w:rPr>
        <w:t xml:space="preserve">[43:48] </w:t>
      </w:r>
      <w:r>
        <w:t>to I think we should all not deviate.</w:t>
      </w:r>
    </w:p>
    <w:p>
      <w:pPr>
        <w:jc w:val="right"/>
      </w:pPr>
      <w:r>
        <w:t>तो I think we should all not deviate.</w:t>
      </w:r>
    </w:p>
    <w:p>
      <w:r>
        <w:rPr>
          <w:b/>
        </w:rPr>
        <w:t xml:space="preserve">[44:01] </w:t>
      </w:r>
      <w:r>
        <w:t>There are problems definitely har in ghar mein kuch nazar nahi hai.</w:t>
      </w:r>
    </w:p>
    <w:p>
      <w:pPr>
        <w:jc w:val="right"/>
      </w:pPr>
      <w:r>
        <w:t>There are problems definitely हर in घर में कुछ नज़र नहीं है.</w:t>
      </w:r>
    </w:p>
    <w:p>
      <w:r>
        <w:rPr>
          <w:b/>
        </w:rPr>
        <w:t xml:space="preserve">[44:14] </w:t>
      </w:r>
      <w:r>
        <w:t>aap kuch kehna chah rahi hain aap?</w:t>
      </w:r>
    </w:p>
    <w:p>
      <w:pPr>
        <w:jc w:val="right"/>
      </w:pPr>
      <w:r>
        <w:t>आप कुछ कहना चाह रही हैं आप?</w:t>
      </w:r>
    </w:p>
    <w:p>
      <w:r>
        <w:rPr>
          <w:b/>
        </w:rPr>
        <w:t xml:space="preserve">[44:28] </w:t>
      </w:r>
      <w:r>
        <w:t>to woh ek marz teen bhi likha hai Maulana sahab ne ke ek baap jo hai apni beti</w:t>
      </w:r>
    </w:p>
    <w:p>
      <w:pPr>
        <w:jc w:val="right"/>
      </w:pPr>
      <w:r>
        <w:t>तो वह एक मर्ज़ तीन भी लिखा है मलाना साहब ने कि एक बाप जो है अपनी बेटी</w:t>
      </w:r>
    </w:p>
    <w:p>
      <w:r>
        <w:rPr>
          <w:b/>
        </w:rPr>
        <w:t xml:space="preserve">[44:35] </w:t>
      </w:r>
      <w:r>
        <w:t>ko kis tarah ki taparwarish karta hai.</w:t>
      </w:r>
    </w:p>
    <w:p>
      <w:pPr>
        <w:jc w:val="right"/>
      </w:pPr>
      <w:r>
        <w:t>को किस तरह की तपरवरिश करता है.</w:t>
      </w:r>
    </w:p>
    <w:p>
      <w:r>
        <w:rPr>
          <w:b/>
        </w:rPr>
        <w:t xml:space="preserve">[44:42] </w:t>
      </w:r>
      <w:r>
        <w:t>ek matlab ek zimmedari hai baap ki naam to baap ka hai lekin khaas karke hoti hai ladkiyan</w:t>
      </w:r>
    </w:p>
    <w:p>
      <w:pPr>
        <w:jc w:val="right"/>
      </w:pPr>
      <w:r>
        <w:t>एक मतलब एक ज़िम्मेदारी है बाप की नाम तो बाप का है लेकिन खास करके होती है लड़कियों</w:t>
      </w:r>
    </w:p>
    <w:p>
      <w:r>
        <w:rPr>
          <w:b/>
        </w:rPr>
        <w:t xml:space="preserve">[44:49] </w:t>
      </w:r>
      <w:r>
        <w:t>ke liye aur baap jo hai bachchon ladkon ko bhi sambhal sakta hai to kyunke woh bahar nikalta hai.</w:t>
      </w:r>
    </w:p>
    <w:p>
      <w:pPr>
        <w:jc w:val="right"/>
      </w:pPr>
      <w:r>
        <w:t>के लिए और बाप जो है बच्चों लड़कों को भी संभाल सकता है तो क्योंकि वह बाहर निकलता है.</w:t>
      </w:r>
    </w:p>
    <w:p>
      <w:r>
        <w:rPr>
          <w:b/>
        </w:rPr>
        <w:t xml:space="preserve">[44:56] </w:t>
      </w:r>
      <w:r>
        <w:t>lekin yeh teen marhele jo aate na to pehli parvarish jo hoti hai woh ghar mein hoti hai</w:t>
      </w:r>
    </w:p>
    <w:p>
      <w:pPr>
        <w:jc w:val="right"/>
      </w:pPr>
      <w:r>
        <w:t>लेकिन यह तीन मरहेले जो आते ना तो पहली परिवरिश जो होती है वह घर में होती है</w:t>
      </w:r>
    </w:p>
    <w:p>
      <w:r>
        <w:rPr>
          <w:b/>
        </w:rPr>
        <w:t xml:space="preserve">[45:03] </w:t>
      </w:r>
      <w:r>
        <w:t>apni make mein hoti hai.</w:t>
      </w:r>
    </w:p>
    <w:p>
      <w:pPr>
        <w:jc w:val="right"/>
      </w:pPr>
      <w:r>
        <w:t>अपनी मैके में होती है.</w:t>
      </w:r>
    </w:p>
    <w:p>
      <w:r>
        <w:rPr>
          <w:b/>
        </w:rPr>
        <w:t xml:space="preserve">[45:10] </w:t>
      </w:r>
      <w:r>
        <w:t>ab wahan par uska ek intehan hota hai. aaj kal ki ladkiyan kya shadi ko ek maza samajhti hain. ek ek entertainment ki cheez samajhti hain. zimmedari ka ehsas nahin hai. to jab woh jati hain susral mein jo maike se le kar aati hain to susral mein jayengi to zahir si baat hai jab woh apni unka mindset aur unka mindset jab takrayega to galtiyan to ho hi jayengi.</w:t>
      </w:r>
    </w:p>
    <w:p>
      <w:pPr>
        <w:jc w:val="right"/>
      </w:pPr>
      <w:r>
        <w:t>अब वहां पर उसका एक इंतहान होता है. आजकल की लड़कियां क्या शादी को एक मज़ा समझती है. एक एक entertainment की चीज़ समझती है. ज़िम्मेदारी का एहसास नहीं है. तो जब वह जाती हैं सुसराल में जो मैके से लेकर आती हैं तो सुसराल में जाएंगी तो ज़ाहिर सी बात है जब वह अपनी उनका mindset और उनका mindset जब टकराएगा तो गलतियां तो हो ही जाएंगी.</w:t>
      </w:r>
    </w:p>
    <w:p>
      <w:r>
        <w:rPr>
          <w:b/>
        </w:rPr>
        <w:t xml:space="preserve">[45:33] </w:t>
      </w:r>
      <w:r>
        <w:t>galtiyan to ho hi jayengi lekin sabse badi baat yeh hai ke jab woh itni samar se aur</w:t>
      </w:r>
    </w:p>
    <w:p>
      <w:pPr>
        <w:jc w:val="right"/>
      </w:pPr>
      <w:r>
        <w:t>गलतियां तो हो ही जाएंगी लेकिन सबसे बड़ी बात यह है कि जब वह इतनी समर से और</w:t>
      </w:r>
    </w:p>
    <w:p>
      <w:r>
        <w:rPr>
          <w:b/>
        </w:rPr>
        <w:t xml:space="preserve">[46:06] </w:t>
      </w:r>
      <w:r>
        <w:t>itni doosron ka dil</w:t>
      </w:r>
    </w:p>
    <w:p>
      <w:pPr>
        <w:jc w:val="right"/>
      </w:pPr>
      <w:r>
        <w:t>इतनी दूसरों का दिल</w:t>
      </w:r>
    </w:p>
    <w:p>
      <w:r>
        <w:rPr>
          <w:b/>
        </w:rPr>
        <w:t xml:space="preserve">[46:40] </w:t>
      </w:r>
      <w:r>
        <w:t>jeetne ke liye apne ko purvaan karegi, sacrifice degi tab woh ek din wohi wohi cheezen sakti hoon ki maine bahut kuch jhela hai, bahut kuch jhela hai.</w:t>
      </w:r>
    </w:p>
    <w:p>
      <w:pPr>
        <w:jc w:val="right"/>
      </w:pPr>
      <w:r>
        <w:t>जीतने के लिए अपने को पूर्वाण करेगी, sacrifice देगी तब वह एक दिन वही वही चीज़ें सकती हूं कि मैंने बहुत कुछ झेला है, बहुत कुछ झेला है.</w:t>
      </w:r>
    </w:p>
    <w:p>
      <w:r>
        <w:rPr>
          <w:b/>
        </w:rPr>
        <w:t xml:space="preserve">[47:01] </w:t>
      </w:r>
      <w:r>
        <w:t>lekin aaj wahi log jo mujhse matlab bewajah hi mujhse shikayat rehti thi to jo maine kaha dekhiye</w:t>
      </w:r>
    </w:p>
    <w:p>
      <w:pPr>
        <w:jc w:val="right"/>
      </w:pPr>
      <w:r>
        <w:t>लेकिन आज वही लोग जो मुझसे मतलब बेवजह ही मुझसे शिकायत रहती थी तो जो मैंने कहा देखिए</w:t>
      </w:r>
    </w:p>
    <w:p>
      <w:r>
        <w:rPr>
          <w:b/>
        </w:rPr>
        <w:t xml:space="preserve">[47:16] </w:t>
      </w:r>
      <w:r>
        <w:t>galat galat hi ho sakta hai chahe woh sab log kar rahe hon aur sahi sahi ho sakta</w:t>
      </w:r>
    </w:p>
    <w:p>
      <w:pPr>
        <w:jc w:val="right"/>
      </w:pPr>
      <w:r>
        <w:t>गलत गलत ही हो सकता है चाहे वह सब लोग कर रहे हों और सही सही हो सकता</w:t>
      </w:r>
    </w:p>
    <w:p>
      <w:r>
        <w:rPr>
          <w:b/>
        </w:rPr>
        <w:t xml:space="preserve">[47:31] </w:t>
      </w:r>
      <w:r>
        <w:t>hoga hamesha chahe woh koi na kar raha ho.</w:t>
      </w:r>
    </w:p>
    <w:p>
      <w:pPr>
        <w:jc w:val="right"/>
      </w:pPr>
      <w:r>
        <w:t>होगा हमेशा चाहे वह कोई ना कर रहा हो.</w:t>
      </w:r>
    </w:p>
    <w:p>
      <w:r>
        <w:rPr>
          <w:b/>
        </w:rPr>
        <w:t xml:space="preserve">[47:47] </w:t>
      </w:r>
      <w:r>
        <w:t>to yahan par yeh baat hai samajhna hai aap yeh cheez ko aage badhana hai na. har maa ka yeh role hai. yeh bahut peeche se aur tum to ek dam woh samajh liya gaya hai. koi cheez hi nahin samjhata. to yeh Maulana sahib ne humein yeh role diya hai aur hum abhi se shuruat kar sakte hain. peeche ki baat ko hum dekhen na. hum abhi se shuruat kar sakte hain. aaj hi hum woh karen aur dua karen Allah taala se. jab hum us raste par aa jayenge to sab sahi ho jayega aur hum doosron ko bata sakte hain.</w:t>
      </w:r>
    </w:p>
    <w:p>
      <w:pPr>
        <w:jc w:val="right"/>
      </w:pPr>
      <w:r>
        <w:t>तो यहां पर यह बात है समझना है आप यह चीज़ को आगे बढ़ाना है ना. हर मां का यह role है. यह बहुत पीछे से और तुम तो एकदम वह समझ लिया गया है. कोई चीज़ ही नहीं समझाता. तो यह मोलाना साहब ने हमें यह role दिया है और हम अभी से शुरुआत कर सकते हैं. पीछे की बात को हम देखें ना. हम अभी से शुरुआत कर सकते हैं. आज ही हम वह करें और दुआ करें अल्लाह ताला से. जब हम उस रास्ते पर आ जाएंगे तो सब सही हो जाएगा और हम दूसरों को बता सकते हैं.</w:t>
      </w:r>
    </w:p>
    <w:p>
      <w:r>
        <w:rPr>
          <w:b/>
        </w:rPr>
        <w:t xml:space="preserve">[48:15] </w:t>
      </w:r>
      <w:r>
        <w:t>jaise ki is article mein bataya gaya hai puran ke usse. hum doosron ko bataein. is ke alawa hamare paas ab koi rasta to hai nahin na? gadbad to sab ho hi chuka hai aur yeh hadish bhi share karna chahiye. puran mein aur hadish mein kisi ne us cheez ko follow to kiya nahin hai ki ek aayi thi ek hadis hai jo log sona chali jama kar ke rakhte hain aur un ko Khuda ki ram mein kharch nahin karte unhein sakht azab ki khushkhabri de do. surya tohba ki 34 hai.</w:t>
      </w:r>
    </w:p>
    <w:p>
      <w:pPr>
        <w:jc w:val="right"/>
      </w:pPr>
      <w:r>
        <w:t>जैसे कि इस article में बताया गया है पुरान के उससे. हम दूसरों को बताएं. इसके अलावा हमारे पास अब कोई रास्ता तो है नहीं ना? गड़बड़ तो सब हो ही चुका है और यह हदीश भी share करना चाहिए. पुरान में और हदीश में किसी ने उस चीज़ को follow तो किया नहीं है कि एक आई थी एक हदीस है जो लोग सोना चाली जमा करके रखते हैं और उनको खुदा की राम में ख़र्च नहीं करते उन्हें सख़्त अजाब की खुशखबरी दे दो. सूर्य तोहबा की 34 है.</w:t>
      </w:r>
    </w:p>
    <w:p>
      <w:r>
        <w:rPr>
          <w:b/>
        </w:rPr>
        <w:t xml:space="preserve">[48:41] </w:t>
      </w:r>
      <w:r>
        <w:t>to logon ne kaha ki ab yeh jab aap sahib aise keh rahe hain ki kaash hum jante hain ki kaun sa maal behtar hai to hum us ko jama karte hain.</w:t>
      </w:r>
    </w:p>
    <w:p>
      <w:pPr>
        <w:jc w:val="right"/>
      </w:pPr>
      <w:r>
        <w:t>तो लोगों ने कहा कि अब यह जब आप साहब ऐसे कह रहे हैं कि काश हम जानते हैं कि कौन सा माल बेहतर है तो हम उसको जमा करते हैं.</w:t>
      </w:r>
    </w:p>
    <w:p>
      <w:r>
        <w:rPr>
          <w:b/>
        </w:rPr>
        <w:t xml:space="preserve">[49:04] </w:t>
      </w:r>
      <w:r>
        <w:t>to aap ne farmaya tum mein se har ek yeh kare ki yaad karne wali zuban aur shukr karne wala dil apnaye aur aisi biwi hathiyar kare jo is ke iman par us ki madad karein. to yeh un khaas aurat ka muqam hai jo ki iman wali hai. sab ka muqam nahin hai yeh. jo ladai kar rahe hain, jhagda kar rahe hain, shikwa kar rahe hain, shikayat kar rahe hain yeh un ka muqam nahin hai. yeh un aurat ka muqam hai.</w:t>
      </w:r>
    </w:p>
    <w:p>
      <w:pPr>
        <w:jc w:val="right"/>
      </w:pPr>
      <w:r>
        <w:t>तो आपने फरमाया तुम में से हर एक यह करे कि याद करने वाली ज़बान और शुक्र करने वाला दिल अपनाए और ऐसी बीवी हथियार करें जो इसके ईमान पर उसकी मदद करें. तो यह उन खास औरत का मुकाम है जो कि ईमान वाली है. सबका मुकाम नहीं है यह. जो लड़ाई कर रहे हैं, झगड़ा कर रहे हैं, शिकवा कर रहे हैं, शिकायत कर रहे हैं यह उनका मुकाम नहीं है. यह उन औरत का मुकाम है.</w:t>
      </w:r>
    </w:p>
    <w:p>
      <w:r>
        <w:rPr>
          <w:b/>
        </w:rPr>
        <w:t xml:space="preserve">[49:27] </w:t>
      </w:r>
      <w:r>
        <w:t>un ke liye bataya gaya hai aisa iman wali aurat jo us ke zuban se Allah ki yaad ho, us ke paas shukr karna ho. to yeh baat wahan mein samajhna hai. yeh aise nahin hai ki har aurat ke liye likh diya hai. har aurat iman wali ho gayi aur har aurat jo apne aap ko sacrifice karegi, sacrifice apna degi, jo susral mein ja kar us cheez ko prdast karegi. tab us ke bachche waise hi banenge. jaisa woh banegi waise hi us ke bachche banenge. un ke us ke bachche phir galat nahin ho sakte.</w:t>
      </w:r>
    </w:p>
    <w:p>
      <w:pPr>
        <w:jc w:val="right"/>
      </w:pPr>
      <w:r>
        <w:t>उनके लिए बताया गया है ऐसा ईमान वाली औरत जो उसके ज़बान से अल्लाह की याद हो, उसके पास शुक्र करना हो. तो यह बात वहां में समझना है. यह ऐसे नहीं है कि हर औरत के लिए लिख दिया है. हर औरत ईमान वाली हो गई और हर औरत जो अपने आप को sacrifice करेगी, sacrifice अपना देगी, जो सुसराल में जाकर उस चीज़ को प्रदाश्त करेगी. तब उसके बच्चे वैसे ही बनेंगे. जैसा वह बनेगी वैसे ही उसके बच्चे बनेंगे. उनके उसके बच्चे फिर गलत नहीं हो सकते.</w:t>
      </w:r>
    </w:p>
    <w:p>
      <w:r>
        <w:rPr>
          <w:b/>
        </w:rPr>
        <w:t xml:space="preserve">[49:57] </w:t>
      </w:r>
      <w:r>
        <w:t>woh bhi sabr karegi aur woh bhi sabr karna sikhayegi apne bachchon ko. to short mein to yahi jawab hai aur baqi yeh question hum faridaba ke session mein bhi puch sakte hain aur yeh main apni zindagi se aur Maulana sahib hi usse maine bahut hi achhe se samjha hua hai aur yahi mujhe kehna tha. haan jaise kal apma aap ne bahut achhi baat batai hai apni life ki experiences se.</w:t>
      </w:r>
    </w:p>
    <w:p>
      <w:pPr>
        <w:jc w:val="right"/>
      </w:pPr>
      <w:r>
        <w:t>वह भी सब्र करेगी और वह भी सब्र करना सिखाएगी अपने बच्चों को. तो short में तो यही जवाब है और बाकी यह question हम फरीदाबा के session में भी पुछ सकते हैं और यह मैं अपनी ज़िंदगी से और मनाना साहब ही उससे मैंने बहुत ही अच्छे से समझा हुआ है और यही मुझे कहना था. हां जैसा कल आपमा आपने बहुत अच्छी बात बताई है अपनी life की experiences से.</w:t>
      </w:r>
    </w:p>
    <w:p>
      <w:r>
        <w:rPr>
          <w:b/>
        </w:rPr>
        <w:t xml:space="preserve">[50:22] </w:t>
      </w:r>
      <w:r>
        <w:t>main bhi keh sakti hoon ki maine bhi bahut struggle kiya kuch years apne sustaal mein lekin aaj hamesha aisa nahin hota hai ki ladki jo apne sustaal mein jati hai use conducive mahaul milega, apne hisab se maul milega lekin wahan par bas do hi cheez kaam aati hai sabr aur shukr. to in shallah waqt ke sath Maulana hamesha se humein batate aaye hain ki always look for the opportunities not the problem. humein problem ko ignore karna hai aur opportunity ko bhale hi hum us samay nahin avail karen.</w:t>
      </w:r>
    </w:p>
    <w:p>
      <w:pPr>
        <w:jc w:val="right"/>
      </w:pPr>
      <w:r>
        <w:t>मैं भी कह सकती हूं कि मैंने भी बहुत struggle किया कुछ years अपने सुस्ताल में लेकिन आज हमेशा ऐसा नहीं होता है कि लड़की जो अपने सुस्ताल में जाती है उसे conducive माहौल मिलेगा, अपने हिसाब से मौल मिलेगा लेकिन वहां पर बस दो ही चीज़ काम आती है सब्र और शुक्र. तो इन शाल्लाह वक्त के साथ मौलाना हमेशा से हमें बताते आए हैं कि always look for the opportunities not the problem. हमें problem को ignore करना है और opportunity को भले ही हम उस समय नहीं avail करें.</w:t>
      </w:r>
    </w:p>
    <w:p>
      <w:r>
        <w:rPr>
          <w:b/>
        </w:rPr>
        <w:t xml:space="preserve">[50:50] </w:t>
      </w:r>
      <w:r>
        <w:t>apne sabz se aur time taking hota hai yeh cheez. to waqt aane ke waqt sahi waqt aayega to inshallah hum zaroor hamare sath mahaul sahi ho jayega. main Taranum Patel ko hi invite karti hoon apni baat ko kehne ke liye. Assalam Alaikum. aur ek Islam. Ma'am aawaz aa rahi hai clearly? bilkul.</w:t>
      </w:r>
    </w:p>
    <w:p>
      <w:pPr>
        <w:jc w:val="right"/>
      </w:pPr>
      <w:r>
        <w:t>अपने सब्ज़ से और time taking होता है यह चीज़. तो वक्त आने के वक्त सही वक्त आएगा तो इंशालाह हम ज़रूर हमारे साथ माहौल सही हो जाएगा. मैं तरनम पटेल को ही invite करती हूं अपनी बात को कहने के लिए. अस्सलाम अलीकुम. और एक इस्लाम. Ma'am आवाज़ आ रही है clearly? बिल्कुल.</w:t>
      </w:r>
    </w:p>
    <w:p>
      <w:r>
        <w:rPr>
          <w:b/>
        </w:rPr>
        <w:t xml:space="preserve">[51:19] </w:t>
      </w:r>
      <w:r>
        <w:t>Ma'am main jo hai jo topic aaj hum discuss kar rahe hain usi se related thodi si baat karna chahungi. yeh ek reflection hai mamuli sa ki jaise us article mein likha gaya hai ki women jo hain ek household ka base hai, ek foundation hai. jis tarah ki women hongi, jis tarah ki tarbiyat unki hongi to un ke ghar mein usi tarah ka mahaul hoga aur bachche bhi usi tarah se bade honge.</w:t>
      </w:r>
    </w:p>
    <w:p>
      <w:pPr>
        <w:jc w:val="right"/>
      </w:pPr>
      <w:r>
        <w:t>Ma'am मैं जो है जो topic आज हम discuss कर रहे हैं उसी से related थोड़ी सी बात करना चाहूंगी. यह एक reflection है मामूली सा कि जैसे उस article में लिखा गया है कि women जो हैं एक household का base है, एक foundation है. जिस तरीके की women होंगी, जिस तरीके की तरबीयत उनकी होंगी तो उनके घर में उसी तरीके का माहौल होगा और बच्चे भी उसी तरीके से बड़े होंगे.</w:t>
      </w:r>
    </w:p>
    <w:p>
      <w:r>
        <w:rPr>
          <w:b/>
        </w:rPr>
        <w:t xml:space="preserve">[51:42] </w:t>
      </w:r>
      <w:r>
        <w:t>So, bas ek general sa reflection yeh tha ki kyunke hum ilm ki baat kar rahe hain ki women ko pehle sab se pehle apne aap ko theek karna hai. Rasool Allah Ulliv Sillam ki wife se, un ke parivar walon se seekhna hai. So aaj ke daur mein bas main itna hi bolna chahti hoon ki hamare paas references ki bharmaar hai. jaise ki hum log social media se bahut zyada exposed hain, influencers hain hamare aas paas, hamare tarah tarah ka entertainment hai hamare aas paas.</w:t>
      </w:r>
    </w:p>
    <w:p>
      <w:pPr>
        <w:jc w:val="right"/>
      </w:pPr>
      <w:r>
        <w:t>So, बस एक general सा reflection यह था कि क्योंकि हम इल्म की बात कर रहे हैं कि women को पहले सबसे पहले अपने आपको ठीक करना है. रसोलल्लाह उल्लीव सिल्लाम की wife से, उनके परिवार वालों से सीखना है. So आज के दौर में बस मैं इतना ही बोलना चाहती हूं कि हमारे पास references की भरमार है. जैसे कि हम लोग social media से बहुत ज़्यादा exposed हैं, influencers हैं हमारे आस पास, हमारे तरह तरह का entertainment है हमारे आस पास.</w:t>
      </w:r>
    </w:p>
    <w:p>
      <w:r>
        <w:rPr>
          <w:b/>
        </w:rPr>
        <w:t xml:space="preserve">[52:10] </w:t>
      </w:r>
      <w:r>
        <w:t>to humein yeh decide karna bahut zaruri hai ki hum apna reference kis cheez ko maan rahe hain. agar hum hamare references theek rakhenge, jinhein hum follow kar rahe hain ya jin se hum seekhna chahte hain, un ko hum sahi tarah se chunenge to hamari tarbiyat achhi hi hogi aur aasan hogi balki agar hum hamare references galat tarah ke chun lete hain maan lijiye jaise ki aaj kal feminism mein bahut sari cheezen alag tarah se bhi batai jati hain.</w:t>
      </w:r>
    </w:p>
    <w:p>
      <w:pPr>
        <w:jc w:val="right"/>
      </w:pPr>
      <w:r>
        <w:t>तो हमें यह decide करना बहुत ज़रूरी है कि हम अपना reference किस चीज़ को मान रहे हैं. अगर हम हमारे references ठीक रखेंगे, जिन्हें हम follow कर रहे हैं या जिनसे हम सीखना चाहते हैं, उनको हम सही तरीके से चुनेंगे तो हमारी तरबीयत अच्छी ही होगी और आसान होगी बल्कि अगर हम हमारे references गलत तरीके के चुन लेते हैं मान लीजिए जैसे कि आजकल feminism में बहुत सारी चीज़ें अलग तरीके से भी बताई जाती है.</w:t>
      </w:r>
    </w:p>
    <w:p>
      <w:r>
        <w:rPr>
          <w:b/>
        </w:rPr>
        <w:t xml:space="preserve">[52:37] </w:t>
      </w:r>
      <w:r>
        <w:t>agar hum wahan aur aisi auraton ko apna example banaun jinhone Islam ko sahi tarah se follow kiya aur usi ke upar apni zindagi ji. jizza kallam. Very nice.</w:t>
      </w:r>
    </w:p>
    <w:p>
      <w:pPr>
        <w:jc w:val="right"/>
      </w:pPr>
      <w:r>
        <w:t>अगर हम वहां और ऐसी औरतों को अपना example बनाऊं जिन्होंने इस्लाम को सही तरीके से follow किया और उसी के ऊपर अपनी ज़िंदगी जी. जिज़्ज़ा कल्लाम. Very nice.</w:t>
      </w:r>
    </w:p>
    <w:p>
      <w:r>
        <w:rPr>
          <w:b/>
        </w:rPr>
        <w:t xml:space="preserve">[53:04] </w:t>
      </w:r>
      <w:r>
        <w:t>jizza kallam karnum aur ek misal Ibrahim Ali Islam ki hai aap aap bata sakti hain. jab woh apne bete se milne jate hain to unhon ne jab Ibrahim Ismail Ali Islam nahin the aur un ki wife se un ka interaction hota hai. to woh jo message chhodte hain woh kehte hain ki jab woh Ismail Alaihsalam aayenge to un se kehna ki chaukhat badal do.</w:t>
      </w:r>
    </w:p>
    <w:p>
      <w:pPr>
        <w:jc w:val="right"/>
      </w:pPr>
      <w:r>
        <w:t>जिज़्ज़ा कल्लाम करणुम और एक मिसाल इब्राहिम अली इस्लाम की है आप आप बता सकती हैं. जब वह अपने बेटे से मिलने जाते हैं तो उन्होंने जब इब्राहिम इस्माल अली इस्लाम नहीं थे और उनकी wife से उनका interaction होता है. तो वह जो message छोड़ते हैं वह कहते हैं कि जब वह इस्माइल अलईस्लाम आऐंगे तो उनसे कहना कि चौखट बदल दो.</w:t>
      </w:r>
    </w:p>
    <w:p>
      <w:r>
        <w:rPr>
          <w:b/>
        </w:rPr>
        <w:t xml:space="preserve">[53:27] </w:t>
      </w:r>
      <w:r>
        <w:t>phir jab woh doosri bar kai saal baad aate hain ya phir doosri wali jo wife hai un se milte hain to unhon ne bhi us us wife ke liye bhi ek message diya hai. to yeh sari cheezen hamare liye references hain. yeh hamare Islam ek ideology aise hi nahin hai ideology. humein is ko le kar ke chalenge to hamari zindagi bhi aasan hogi aur inshallah hamari family life bhi bahut aasan hogi aur aap hamare paas ab char minute time hai.</w:t>
      </w:r>
    </w:p>
    <w:p>
      <w:pPr>
        <w:jc w:val="right"/>
      </w:pPr>
      <w:r>
        <w:t>फिर जब वह दूसरी बार कई साल बाद आते हैं या फिर दूसरी वाली जो wife है उनसे मिलते हैं तो उन्होंने भी उस उस wife के लिए भी एक message दिया है. तो यह सारी चीज़ें हमारे लिए references हैं. यह हमारे इस्लाम एक ideology ऐसे ही नहीं है ideology. हमें इसको लेकर के चलेंगे तो हमारी ज़िंदगी भी आसान होगी और इंशाल हमारी family life भी बहुत आसान होगी और आप हमारे पास अब चार minute time है.</w:t>
      </w:r>
    </w:p>
    <w:p>
      <w:r>
        <w:rPr>
          <w:b/>
        </w:rPr>
        <w:t xml:space="preserve">[53:57] </w:t>
      </w:r>
      <w:r>
        <w:t>isko kaise Doctor Safeena aap kuch kehna chahengi? nahi nahi Shraddha Ok, Sana wants say something koi please make it short. main bas yahi kehna chahungi ki aaj toh ji abhi ek aaj mere mind mein ek article aaya hoga jaise maine ji ne mujhe bataya usi milegi.</w:t>
      </w:r>
    </w:p>
    <w:p>
      <w:pPr>
        <w:jc w:val="right"/>
      </w:pPr>
      <w:r>
        <w:t>इसको कैसे Doctor सफीना आप कुछ कहना चाहेंगी? नहीं नहीं श्रीना Ok, साना wants say something कोई please make it short. मैं बस यही कहना चाहूंगी कि आज तो जी अभी एक आज मेरे mind में एक article आया होगा जैसे मैंने जी ने मुझे बताया उसी मिलेगी.</w:t>
      </w:r>
    </w:p>
    <w:p>
      <w:r>
        <w:rPr>
          <w:b/>
        </w:rPr>
        <w:t xml:space="preserve">[54:25] </w:t>
      </w:r>
      <w:r>
        <w:t>Molana apne ek article mein likhte hain ke bahut important hai ke bachchon ke tarke se pehle matlab</w:t>
      </w:r>
    </w:p>
    <w:p>
      <w:pPr>
        <w:jc w:val="right"/>
      </w:pPr>
      <w:r>
        <w:t>मोलाना अपने एक article में लिखते हैं कि बहुत important है कि बच्चों के तर्के से पहले मतलब</w:t>
      </w:r>
    </w:p>
    <w:p>
      <w:r>
        <w:rPr>
          <w:b/>
        </w:rPr>
        <w:t xml:space="preserve">[54:38] </w:t>
      </w:r>
      <w:r>
        <w:t>wali behan apni tarke se mein.</w:t>
      </w:r>
    </w:p>
    <w:p>
      <w:pPr>
        <w:jc w:val="right"/>
      </w:pPr>
      <w:r>
        <w:t>वाली बहन अपनी तर्के से में.</w:t>
      </w:r>
    </w:p>
    <w:p>
      <w:r>
        <w:rPr>
          <w:b/>
        </w:rPr>
        <w:t xml:space="preserve">[54:52] </w:t>
      </w:r>
      <w:r>
        <w:t>to yeh mere liye bahut surprising wali baat thi ke matlab yeh kya baat hai?</w:t>
      </w:r>
    </w:p>
    <w:p>
      <w:pPr>
        <w:jc w:val="right"/>
      </w:pPr>
      <w:r>
        <w:t>तो यह मेरे लिए बहुत surprising वाली बात थी कि मतलब यह क्या बात है?</w:t>
      </w:r>
    </w:p>
    <w:p>
      <w:r>
        <w:rPr>
          <w:b/>
        </w:rPr>
        <w:t xml:space="preserve">[55:06] </w:t>
      </w:r>
      <w:r>
        <w:t>aur agar uske baad phir alag ek point se Maulana kehte hain ke agar aap jo cheez apne</w:t>
      </w:r>
    </w:p>
    <w:p>
      <w:pPr>
        <w:jc w:val="right"/>
      </w:pPr>
      <w:r>
        <w:t>और अगर उसके बाद फिर अलग एक point से मालाना कहते हैं कि अगर आप जो चीज़ अपने</w:t>
      </w:r>
    </w:p>
    <w:p>
      <w:r>
        <w:rPr>
          <w:b/>
        </w:rPr>
        <w:t xml:space="preserve">[55:11] </w:t>
      </w:r>
      <w:r>
        <w:t>bachchon ko sikha rahe hain aur woh activities woh nahi seekh pa rahe hain.</w:t>
      </w:r>
    </w:p>
    <w:p>
      <w:pPr>
        <w:jc w:val="right"/>
      </w:pPr>
      <w:r>
        <w:t>बच्चों को सिखा रहे हैं और वह activities वह नहीं सीख पा रहे हैं.</w:t>
      </w:r>
    </w:p>
    <w:p>
      <w:r>
        <w:rPr>
          <w:b/>
        </w:rPr>
        <w:t xml:space="preserve">[55:16] </w:t>
      </w:r>
      <w:r>
        <w:t>It means ke woh activities aapke andar nahi hai.</w:t>
      </w:r>
    </w:p>
    <w:p>
      <w:pPr>
        <w:jc w:val="right"/>
      </w:pPr>
      <w:r>
        <w:t>It means कि वह activities आपके अंदर नहीं है.</w:t>
      </w:r>
    </w:p>
    <w:p>
      <w:r>
        <w:rPr>
          <w:b/>
        </w:rPr>
        <w:t xml:space="preserve">[55:22] </w:t>
      </w:r>
      <w:r>
        <w:t>is liye woh aap se copy nahi kar pa rahe kyunke bachchon ki jo first thing hoti hai woh</w:t>
      </w:r>
    </w:p>
    <w:p>
      <w:pPr>
        <w:jc w:val="right"/>
      </w:pPr>
      <w:r>
        <w:t>इसलिए वह आप से copy नहीं कर पा रहे क्योंकि बच्चों की जो first thing होती है वह</w:t>
      </w:r>
    </w:p>
    <w:p>
      <w:r>
        <w:rPr>
          <w:b/>
        </w:rPr>
        <w:t xml:space="preserve">[55:27] </w:t>
      </w:r>
      <w:r>
        <w:t>hoti hai copy karna.</w:t>
      </w:r>
    </w:p>
    <w:p>
      <w:pPr>
        <w:jc w:val="right"/>
      </w:pPr>
      <w:r>
        <w:t>होती है copy करना.</w:t>
      </w:r>
    </w:p>
    <w:p>
      <w:r>
        <w:rPr>
          <w:b/>
        </w:rPr>
        <w:t xml:space="preserve">[55:32] </w:t>
      </w:r>
      <w:r>
        <w:t>warna hamesha kehte hain ke jab aapse koi insaan milta hai to pehle aapki personality se milta hai.</w:t>
      </w:r>
    </w:p>
    <w:p>
      <w:pPr>
        <w:jc w:val="right"/>
      </w:pPr>
      <w:r>
        <w:t>वरना हमेशा कहते हैं कि जब आपसे कोई इंसान मिलता है तो पहले आपकी personality से मिलता है.</w:t>
      </w:r>
    </w:p>
    <w:p>
      <w:r>
        <w:rPr>
          <w:b/>
        </w:rPr>
        <w:t xml:space="preserve">[55:38] </w:t>
      </w:r>
      <w:r>
        <w:t>to aap kehte hain usse milta hai.</w:t>
      </w:r>
    </w:p>
    <w:p>
      <w:pPr>
        <w:jc w:val="right"/>
      </w:pPr>
      <w:r>
        <w:t>तो आप कहते हैं उससे मिलता है.</w:t>
      </w:r>
    </w:p>
    <w:p>
      <w:r>
        <w:rPr>
          <w:b/>
        </w:rPr>
        <w:t xml:space="preserve">[55:43] </w:t>
      </w:r>
      <w:r>
        <w:t>to bohat important dekhiye maa baap ko apni personality waise hai</w:t>
      </w:r>
    </w:p>
    <w:p>
      <w:pPr>
        <w:jc w:val="right"/>
      </w:pPr>
      <w:r>
        <w:t>तो बहुत important देखिए मां बाप को अपनी personality वैसे है</w:t>
      </w:r>
    </w:p>
    <w:p>
      <w:r>
        <w:rPr>
          <w:b/>
        </w:rPr>
        <w:t xml:space="preserve">[55:49] </w:t>
      </w:r>
      <w:r>
        <w:t>arre mujhe matlab lag raha hai jaise bahut saare point chhoot gaye kyunki Maulana saal mein auraton ke upar itna likha hai aur itne achhe achhe unke article hain is par. toh session bahut chhota laga. toh jaise ek cheez aur main yeh bataun ki aurat kya jahan sabse aadha Maulana sahab kehte hain susraali mein hota hai. maike mein woh khoni rishte ke saath rehti hai aur jab susraal mein jaati hai wahan par koi problem nahi hoti usko.</w:t>
      </w:r>
    </w:p>
    <w:p>
      <w:pPr>
        <w:jc w:val="right"/>
      </w:pPr>
      <w:r>
        <w:t>अरे मुझे मतलब लग रहा है जैसे बहुत सारे point छूट गए क्योंकि मोलांगा साल में औरतों के ऊपर इतना लिखा है और इतने अच्छे अच्छे उनके article हैं इस पर. तो session बहुत छोटा लगा. तो जैसे एक चीज़ और मैं यह बताऊं कि औरत क्या जहां सबसे आधा मनाना साहब कहते हैं सुसराली में होता है. मैके में वह खोनी रिश्ते के साथ रहती है और जब सुसराल में जाती है वहां पर कोई problem नहीं होती उसको.</w:t>
      </w:r>
    </w:p>
    <w:p>
      <w:r>
        <w:rPr>
          <w:b/>
        </w:rPr>
        <w:t xml:space="preserve">[56:14] </w:t>
      </w:r>
      <w:r>
        <w:t>lekin yeh jab wahi ladki jab apne susraal jaati hai toh masle masle ka ek majun ban jaati hai. toh yeh cheez kya hai tarbiyat har cheez mein tarbiyat ka hi woh hai ek company mein agar koi job leni hai toh aadmi apni tarbiyat education kisi aur cheez ka le aur jaaye kisi bank mein kisi aur cheez ka le aur jaaye kisi aur cheez ke job mein toh woh wahan fit nahi baithega na?</w:t>
      </w:r>
    </w:p>
    <w:p>
      <w:pPr>
        <w:jc w:val="right"/>
      </w:pPr>
      <w:r>
        <w:t>लेकिन यह जब वही लड़की जब अपने सुसराल जाती है तो मसले मसले का एक मजुंआ वन जाती है. तो यह चीज़ क्या है तरबीयत हर चीज़ में तरबीयत का ही वह है एक company में अगर कोई job लेनी है तो आदमी अपनी तरीबीयत education किसी और चीज़ का ले और जाए किसी bank में किसी और चीज़ का ले और जाए किसी और चीज़ के job में तो वह वहां fit नहीं बैठेगा ना?</w:t>
      </w:r>
    </w:p>
    <w:p>
      <w:r>
        <w:rPr>
          <w:b/>
        </w:rPr>
        <w:t xml:space="preserve">[56:40] </w:t>
      </w:r>
      <w:r>
        <w:t>toh wahan se toh woh ho jayega wahan par uska galat. toh isi tarah se insaan jab apni education jo ki jagah hoti hai uska ghar wahan par jo yeh taaleem nahi milti hai toh woh uska dimag jo uska mindset hai wahi ban jaata hai. toh doosre ghar mein jaakar woh ladki khud hi saari sibat ki jad ban jaati hai. agar woh sabr kare woh taaleem mil rahe toh rahe toh woh cheez nahi hai. abhi aajkal ki shaadi kaise hoti hai?</w:t>
      </w:r>
    </w:p>
    <w:p>
      <w:pPr>
        <w:jc w:val="right"/>
      </w:pPr>
      <w:r>
        <w:t>तो वहां से तो वह हो जाएगा वहां पर उसका गलत. तो इसी तरह से इंसान जब अपनी education जो की जगह होती है उसका घर वहां पर जो यह तालीम नहीं मिलती है तो वह उसका दिमाग जो उसका mindset है वही वन जाता है. तो दूसरे घर में जाकर वह लड़की खुद ही सारी सीबत की जड़ वन जाती है. अगर वह सब्र करें वह ताली मिल रहे तो रहे तो वह चीज़ नहीं है. अभी आजकल की शादी कैसे होती है?</w:t>
      </w:r>
    </w:p>
    <w:p>
      <w:r>
        <w:rPr>
          <w:b/>
        </w:rPr>
        <w:t xml:space="preserve">[57:07] </w:t>
      </w:r>
      <w:r>
        <w:t>shakal surat dekhi jaati hai, education dekhi jaati hai aur duniya mein education kitna kamayegi aur kitna kaise</w:t>
      </w:r>
    </w:p>
    <w:p>
      <w:pPr>
        <w:jc w:val="right"/>
      </w:pPr>
      <w:r>
        <w:t>शक्ल सूरत देखी जाती है, education देखी जाती है और दुनिया में education कितना कमाएगी और कितना कैसे</w:t>
      </w:r>
    </w:p>
    <w:p>
      <w:r>
        <w:rPr>
          <w:b/>
        </w:rPr>
        <w:t xml:space="preserve">[57:39] </w:t>
      </w:r>
      <w:r>
        <w:t>rahegi to waqi bohat acha yeh discussion tha aur bohat dua kar lete hain.</w:t>
      </w:r>
    </w:p>
    <w:p>
      <w:pPr>
        <w:jc w:val="right"/>
      </w:pPr>
      <w:r>
        <w:t>रहेगी तो वाकई बहुत अच्छा यह discussion था और बहुत दुआ कर लेते हैं.</w:t>
      </w:r>
    </w:p>
    <w:p>
      <w:r>
        <w:rPr>
          <w:b/>
        </w:rPr>
        <w:t xml:space="preserve">[58:12] </w:t>
      </w:r>
      <w:r>
        <w:t>Aila hamari zindagi paak bana dijiye.</w:t>
      </w:r>
    </w:p>
    <w:p>
      <w:pPr>
        <w:jc w:val="right"/>
      </w:pPr>
      <w:r>
        <w:t>ऐला हमारी ज़िंदगी पाक बना दीजिए.</w:t>
      </w:r>
    </w:p>
    <w:p>
      <w:r>
        <w:rPr>
          <w:b/>
        </w:rPr>
        <w:t xml:space="preserve">[58:20] </w:t>
      </w:r>
      <w:r>
        <w:t>hamare dil aur dimagh teri yaad se roshan ho na ke duniyabi tamashon se.</w:t>
      </w:r>
    </w:p>
    <w:p>
      <w:pPr>
        <w:jc w:val="right"/>
      </w:pPr>
      <w:r>
        <w:t>हमारे दिल और दिमाग तेरी याद से रोशन हो ना कि दुनियाबी तमाशों से.</w:t>
      </w:r>
    </w:p>
    <w:p>
      <w:r>
        <w:rPr>
          <w:b/>
        </w:rPr>
        <w:t xml:space="preserve">[58:28] </w:t>
      </w:r>
      <w:r>
        <w:t>hamare dil mein rabbani feeling bhari hui ho.</w:t>
      </w:r>
    </w:p>
    <w:p>
      <w:pPr>
        <w:jc w:val="right"/>
      </w:pPr>
      <w:r>
        <w:t>हमारे दिल में रब्बानी feeling भरी हुई हो.</w:t>
      </w:r>
    </w:p>
    <w:p>
      <w:r>
        <w:rPr>
          <w:b/>
        </w:rPr>
        <w:t xml:space="preserve">[58:36] </w:t>
      </w:r>
      <w:r>
        <w:t>teri mohabbat se bhara hua hamara dil ho.</w:t>
      </w:r>
    </w:p>
    <w:p>
      <w:pPr>
        <w:jc w:val="right"/>
      </w:pPr>
      <w:r>
        <w:t>तेरी मोहब्बत से भरा हुआ हमारा दिल हो.</w:t>
      </w:r>
    </w:p>
    <w:p>
      <w:r>
        <w:rPr>
          <w:b/>
        </w:rPr>
        <w:t xml:space="preserve">[58:44] </w:t>
      </w:r>
      <w:r>
        <w:t>uske alawa koi bhi ghair Allah ki feelings hamare dilon dimagh mein na sake.</w:t>
      </w:r>
    </w:p>
    <w:p>
      <w:pPr>
        <w:jc w:val="right"/>
      </w:pPr>
      <w:r>
        <w:t>उसके अलावा कोई भी गैर अल्लाह की feelings हमारे दिलों दिमाग में ना सके.</w:t>
      </w:r>
    </w:p>
    <w:p>
      <w:r>
        <w:rPr>
          <w:b/>
        </w:rPr>
        <w:t xml:space="preserve">[58:52] </w:t>
      </w:r>
      <w:r>
        <w:t>hamari aankhein kudai manzar ke sewa har doosri manzar ko dekhne se hi inkar karte.</w:t>
      </w:r>
    </w:p>
    <w:p>
      <w:pPr>
        <w:jc w:val="right"/>
      </w:pPr>
      <w:r>
        <w:t>हमारी आंखें कुदाई मंज़र के सेवाह हर दूसरी मंज़र को देखने से ही इनकार करते.</w:t>
      </w:r>
    </w:p>
    <w:p>
      <w:r>
        <w:rPr>
          <w:b/>
        </w:rPr>
        <w:t xml:space="preserve">[59:01] </w:t>
      </w:r>
      <w:r>
        <w:t>Ameen. jaisa kar lata hoon. We now come to the end of the session. This was an incredible session. Everyone of us pouring in their learning, pouring in their experiences, and we have learned quite a lot from listening to others and sharing our own thinking, sharing our own learning. So I think we can take up this topic sometime again, Apa. And there's a very two, three books Maulana has written.</w:t>
      </w:r>
    </w:p>
    <w:p>
      <w:pPr>
        <w:jc w:val="right"/>
      </w:pPr>
      <w:r>
        <w:t>आमिन. जैसा कर लाता हूं. We now come to the end of the session. This was an incredible session. Everyone of us pouring in their learning, pouring in their experiences, and we have learned quite a lot from listening to others and sharing our own thinking, sharing our own learning. So I think we can take up this topic sometime again, Apa. And there's a very two, three books मोलाना has written.</w:t>
      </w:r>
    </w:p>
    <w:p>
      <w:r>
        <w:rPr>
          <w:b/>
        </w:rPr>
        <w:t xml:space="preserve">[59:28] </w:t>
      </w:r>
      <w:r>
        <w:t>I would advise and request each of the ladies who have joined in here to read that book, Memory Insanit. jab main mission join ki thi, maine sabse pehli kitab, Memari Insaniyat kitab padhi thi. yeh this is a very good book and and one more book of Maulana is women in western society and Islam. yeh kitab zaroor padhenge.</w:t>
      </w:r>
    </w:p>
    <w:p>
      <w:pPr>
        <w:jc w:val="right"/>
      </w:pPr>
      <w:r>
        <w:t>I would advise and request each of the ladies who have joined in here to read that book, Memory Insanit. जब मैं mission join की थी, मैंने सबसे पहली किताब, मेमारी इंसानियत किताब पढ़ी थी. यह this is a very good book and and one more book of मुलाना is women in western society and इस्लाम. यह किताब ज़रूर पढ़ेंगे.</w:t>
      </w:r>
    </w:p>
    <w:p>
      <w:r>
        <w:rPr>
          <w:b/>
        </w:rPr>
        <w:t xml:space="preserve">[59:51] </w:t>
      </w:r>
      <w:r>
        <w:t>yeh bahut detail mein likha hua hai but you can select some of the topics that you are interested because right now I am reading through that book. I am not reading page by page but I am selecting one of the topic that is pertaining to me what I would like to learn from that topic. So I would advise you all also to go through this book and increase your learning so that we can share more of this in this platform.</w:t>
      </w:r>
    </w:p>
    <w:p>
      <w:pPr>
        <w:jc w:val="right"/>
      </w:pPr>
      <w:r>
        <w:t>यह बहुत detail में लिखा हुआ है but you can select some of the topics that you are interested because right now I am reading through that book. I am not reading page by page but I am selecting one of the topic that is pertaining to me what I would like to learn from that topic. So I would advise you all also to go through this book and increase your learning so that we can share more of this in this platform.</w:t>
      </w:r>
    </w:p>
    <w:p>
      <w:r>
        <w:rPr>
          <w:b/>
        </w:rPr>
        <w:t xml:space="preserve">[1:00:17] </w:t>
      </w:r>
      <w:r>
        <w:t>So in shaa Allah next year or next week we will again come with a new topic and we will meet again in shaa Allah. Assalaamualikum.</w:t>
      </w:r>
    </w:p>
    <w:p>
      <w:pPr>
        <w:jc w:val="right"/>
      </w:pPr>
      <w:r>
        <w:t>So in शाल्लाह next year or next week we will again come with a new topic and we will meet again in shaa Allah. अस्सलामा रिकुल.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