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and Maulana Farhad Ahmed Umeri May 28, 2023</w:t>
      </w:r>
    </w:p>
    <w:p>
      <w:r>
        <w:t>https://www.youtube.com/watch?v=Yxxy8MJSAj0</w:t>
      </w:r>
    </w:p>
    <w:p>
      <w:r>
        <w:rPr>
          <w:b/>
        </w:rPr>
        <w:t xml:space="preserve">[00:06] </w:t>
      </w:r>
      <w:r>
        <w:t>Assalaamualikum. I will tell you all this special session of question and answer. Vargoidur. Chalana and Kairat. And Maulana Farghad Ali. Today is 05/28/2023.</w:t>
      </w:r>
    </w:p>
    <w:p>
      <w:pPr>
        <w:jc w:val="right"/>
      </w:pPr>
      <w:r>
        <w:t>अस्सलामालिकुम. I will tell you all this special session of question and answer. वर्गोईदूर. चलाना and कैरित. And मौनान फर्गाद ओली. Today is 05/28/2023.</w:t>
      </w:r>
    </w:p>
    <w:p>
      <w:r>
        <w:rPr>
          <w:b/>
        </w:rPr>
        <w:t xml:space="preserve">[00:27] </w:t>
      </w:r>
      <w:r>
        <w:t>As we all know that this session is very important for all all the CPS ladies is on the three week we take our spiritual journey in going through the articles and sharing our learning and experiences.</w:t>
      </w:r>
    </w:p>
    <w:p>
      <w:pPr>
        <w:jc w:val="right"/>
      </w:pPr>
      <w:r>
        <w:t>As we all know that this session is very important for all all the CPS ladies is on the three week we take our spiritual journey in going through the articles and sharing our learning and experiences.</w:t>
      </w:r>
    </w:p>
    <w:p>
      <w:r>
        <w:rPr>
          <w:b/>
        </w:rPr>
        <w:t xml:space="preserve">[00:43] </w:t>
      </w:r>
      <w:r>
        <w:t>But at the end of the month, we come in interaction with professor Farida Apa, Farida Khanum and Maulana Prabhad Emmat only so that we can grow more intellectually. And there are certain questions which always comes to our mind while we are going through this One, for example. Going through the speeches of Maulana.</w:t>
      </w:r>
    </w:p>
    <w:p>
      <w:pPr>
        <w:jc w:val="right"/>
      </w:pPr>
      <w:r>
        <w:t>But at the end of the month, we come in interaction with professor Farida Apa, Farida Khanum and Maulana Prabhad Emmat only so that we can grow more intellectually. And there are certain questions which always comes to our mind while we are going through this One, for example. Going through the speeches of मोलाना.</w:t>
      </w:r>
    </w:p>
    <w:p>
      <w:r>
        <w:rPr>
          <w:b/>
        </w:rPr>
        <w:t xml:space="preserve">[01:13] </w:t>
      </w:r>
      <w:r>
        <w:t>So, we wait for this moment to have interaction with Apa and Maulana Farad Umri. Yes. So, inshallah we are going to start this session. So, I ask Fareeda Apa to start the session. So that later we will ask the person from her. I welcome you Apa Fareeda Apa. Ji. Salah Walekum. Unki awaaz uthkar gadbad aa gayi.</w:t>
      </w:r>
    </w:p>
    <w:p>
      <w:pPr>
        <w:jc w:val="right"/>
      </w:pPr>
      <w:r>
        <w:t>So, we wait for this moment to have interaction with अपा and मोलाना फराद उमरी. Yes. So, inशाला we are going to start this session. So, I ask फरीदा अपा to start the session. So that later we will ask the person from her. I welcome you आपा फरीदा आपा. जी. सलाह वालेखुम. उनकी आवाज़ उठकर गड़बड़ आ गई.</w:t>
      </w:r>
    </w:p>
    <w:p>
      <w:r>
        <w:rPr>
          <w:b/>
        </w:rPr>
        <w:t xml:space="preserve">[01:43] </w:t>
      </w:r>
      <w:r>
        <w:t>Ji main yahi soch rahi thi ki jo conference ke baad pehli baar hum log is meeting mein mil rahe hain toh ek naya josh, ek naya jazba dekhne ko milega. toh bahut hi zyada kaam badha hai conference ke baad. hamare Sunday program mein bhi zyada log aane lage hain aur waise bhi logon ke andar bahut zyada josho jazba paida hua hai.</w:t>
      </w:r>
    </w:p>
    <w:p>
      <w:pPr>
        <w:jc w:val="right"/>
      </w:pPr>
      <w:r>
        <w:t>जी मैं यही सोच रही थी कि जो conference के बाद पहली बार हम लोग इस meeting में मिल रहे हैं तो एक नया जोश, एक नया जज़्बा देखने को मिलेगा. तो बहुत ही ज़्यादा काम बढ़ा है conference के बाद. हमारे Sunday program में भी ज़्यादा लोग आने लगे हैं और वैसे भी लोगों के अंदर बहुत ज़्यादा जोशू जज़्बा पैदा हुआ है.</w:t>
      </w:r>
    </w:p>
    <w:p>
      <w:r>
        <w:rPr>
          <w:b/>
        </w:rPr>
        <w:t xml:space="preserve">[02:10] </w:t>
      </w:r>
      <w:r>
        <w:t>toh isi ummeed ke saath hum is program ko shuru karte hain. Ji. Ok, Apa. Thank you so much and so, Fareeda Apa, do you have any question to start with? Haan Shraddha. Apa Assalamalaykum.</w:t>
      </w:r>
    </w:p>
    <w:p>
      <w:pPr>
        <w:jc w:val="right"/>
      </w:pPr>
      <w:r>
        <w:t>तो इसी उम्मीद के साथ हम इस program को शुरू करते हैं. जी. Ok, आपा. Thank you so much and so, फ़मीदा आपा, do you have any question to start with? हां श्रीना. आपा अस्लामालय को.</w:t>
      </w:r>
    </w:p>
    <w:p>
      <w:r>
        <w:rPr>
          <w:b/>
        </w:rPr>
        <w:t xml:space="preserve">[02:34] </w:t>
      </w:r>
      <w:r>
        <w:t>Mera aaj yeh ek yeh question tha ki main kuch dekh rahi thi us par mobile par kuch kisi milawati saaman ki wajah se koi khane peene ka saaman milawati ki wajah se badi jo hai ek toofan macha hua tha ki milawati dhandha karte hain aur police vagera thi aur kaafi pakad dapar machi hui thi.</w:t>
      </w:r>
    </w:p>
    <w:p>
      <w:pPr>
        <w:jc w:val="right"/>
      </w:pPr>
      <w:r>
        <w:t>मेरा आज यह एक यह question था कि मैं कुछ देख रही थी उस पर mobile पर कुछ किसी मिलावटी सामान की वजह से कोई खाने पीने का सामान मिलावटी की वजह से बड़ी जो है एक तूफान मचा हुआ था कि मिलावटी धंधा करते हैं और police वगैरह थी और काफी पकड़ धपर मची हुई थी.</w:t>
      </w:r>
    </w:p>
    <w:p>
      <w:r>
        <w:rPr>
          <w:b/>
        </w:rPr>
        <w:t xml:space="preserve">[03:01] </w:t>
      </w:r>
      <w:r>
        <w:t>saare logon ke zubaan par ek hi charcha the ki milawati dhandha hai. toh in cheezon ko dekhkar mujhe yeh ek sawal zehan mein aaya ki insaan ne fitrat par paida kiya gaya hai. uske andar galat aur sahi ka ehsaas hai. phir usko deen e Islam mein Khuda ke kanoon mein jo milawat ho gayi hai, jo usko kyun nahi nazar aati hai? kyun nahi samajh aati hai? uski wajah kya ho sakti hai?</w:t>
      </w:r>
    </w:p>
    <w:p>
      <w:pPr>
        <w:jc w:val="right"/>
      </w:pPr>
      <w:r>
        <w:t>सारे लोगों के जवान पर एक ही चर्चा थे कि मिलावटी धंधा है. तो इन चीज़ों को देखकर मुझे यह एक सवाल ज़ेहन में आया कि इंसान दी ने फितरत पर पैदा किया गया है. उसके अंदर गलत और सही का एहसास है. फिर उसको दीन ए इस्लाम में खुदा के कानून में जो मिलावट हो गई है, जो उसको क्यों नहीं नज़र आती है? क्यों नहीं समझ आती है? उसकी वजह क्या हो सकती है?</w:t>
      </w:r>
    </w:p>
    <w:p>
      <w:r>
        <w:rPr>
          <w:b/>
        </w:rPr>
        <w:t xml:space="preserve">[03:31] </w:t>
      </w:r>
      <w:r>
        <w:t>kyun nahi log Khuda ke kaam ke liye daud padte? kyun log bewajah kaam mein mashroof hain? magar jo zaroori kaam hai Khuda ka kaam usko importance nahi de rahe hain. asal mein yeh toh hamesha se hua hai ki jo immediate gain jo hai usi par log attract hote hain.</w:t>
      </w:r>
    </w:p>
    <w:p>
      <w:pPr>
        <w:jc w:val="right"/>
      </w:pPr>
      <w:r>
        <w:t>क्यों नहीं लोग खुदा के काम के लिए दौड़ पड़ते? क्यों लोग बेवजह काम में मशरूफ हैं? मगर जो ज़रूरी काम है खुदा का काम उसको importance नहीं दे रहे हैं. असल में यह तो हमेशा से हुआ है कि जो immediate gain जो है उसी पर लोग attract होते हैं.</w:t>
      </w:r>
    </w:p>
    <w:p>
      <w:r>
        <w:rPr>
          <w:b/>
        </w:rPr>
        <w:t xml:space="preserve">[03:56] </w:t>
      </w:r>
      <w:r>
        <w:t>toh kyunki ab spirit wala deen hota hai woh, woh common mein hota nahi isi tarike se pehle yudhiyon mein tha. ab musalmanon mein hai spirit wala toh hai nahi use farm ko dohrate rehte hain. ab koi namaz padh ke aaye toh aap usse puchiye ki tumne usse kya seekha? toh usko kuch bhi nahi seekha usne woh toh kuch rate rataya alfaaz dohra raha hai.</w:t>
      </w:r>
    </w:p>
    <w:p>
      <w:pPr>
        <w:jc w:val="right"/>
      </w:pPr>
      <w:r>
        <w:t>तो क्योंकि अब spirit वाला दिन होता है वह, वह common में होता नहीं इसी तरीके से पहले योदियों में था. अब मुसलमानों में है spirit वाला तो है नहीं उसे farm को दोहराते रहते हैं. अब कोई नमाज़ पढ़ के आए तो आप उससे पूछिए कि तुमने उससे क्या सीखा? तो उसको कुछ भी नहीं सीखा उसने वह तो कुछ रटे रटाया अल्फाद दोहरा रहा है.</w:t>
      </w:r>
    </w:p>
    <w:p>
      <w:r>
        <w:rPr>
          <w:b/>
        </w:rPr>
        <w:t xml:space="preserve">[04:20] </w:t>
      </w:r>
      <w:r>
        <w:t>toh asal mein bahut zyada logon ko reformers ko kaam karna padega. ab jaise Maulana sahab ne kaam kiya toh CPS ke log ab bane ek team bane aur logon ko Khuda ka dar mehsoos hota hai kaam koi bhi karte hue Khuda se mohabbat, Khuda ka khauf. toh hamari jitni bhi tarike thi woh toh sab ki sab political tarike thi.</w:t>
      </w:r>
    </w:p>
    <w:p>
      <w:pPr>
        <w:jc w:val="right"/>
      </w:pPr>
      <w:r>
        <w:t>तो असल में बहुत ज़्यादा लोगों को reformers को काम करना पड़ेगा. अब जैसे मोहराना साहब ने काम किया तो CPS के लोग अब बने एक team बने और लोगों को खोदा का डर महसूस होता है काम कोई भी करते हुए खोदा से मोहब्बत, खोदा का खौफ. तो हमारी जितनी भी तरीके थी वह तो सब की सब political तरीके थी.</w:t>
      </w:r>
    </w:p>
    <w:p>
      <w:r>
        <w:rPr>
          <w:b/>
        </w:rPr>
        <w:t xml:space="preserve">[04:45] </w:t>
      </w:r>
      <w:r>
        <w:t>toh is wajah se jo reformers paida hue woh zyada tar woh politics mein chale gaye. toh kaam hi nahi hua.</w:t>
      </w:r>
    </w:p>
    <w:p>
      <w:pPr>
        <w:jc w:val="right"/>
      </w:pPr>
      <w:r>
        <w:t>तो इस वजह से जो reformers पैदा हुए वह ज़्यादातर वह politics में चले गए. तो काम ही नहीं हुआ.</w:t>
      </w:r>
    </w:p>
    <w:p>
      <w:r>
        <w:rPr>
          <w:b/>
        </w:rPr>
        <w:t xml:space="preserve">[05:08] </w:t>
      </w:r>
      <w:r>
        <w:t>phir Khuda ka khauf, jannat ka, arz aur marna hai marne ke baad Khuda ke aage accountability. toh yahi isi wajah se toh yeh CPS mission khada hua hai na ki logon ko yeh jo asal deen hai jo spirit wala deen hai woh logon tak pahunchaya jaaye.</w:t>
      </w:r>
    </w:p>
    <w:p>
      <w:pPr>
        <w:jc w:val="right"/>
      </w:pPr>
      <w:r>
        <w:t>फिर खोदा का खौफ, जन्नत का, अर्जु और मरना है मरने के बाद खोदा के आ गए accountability. तो यही इसी वजह से तो यह CPS mission खड़ा हुआ है ना कि लोगों को यह जो असल दिन है जो spirit वाला दिन है वह लोगों तक पहुंचाया जाए.</w:t>
      </w:r>
    </w:p>
    <w:p>
      <w:r>
        <w:rPr>
          <w:b/>
        </w:rPr>
        <w:t xml:space="preserve">[05:28] </w:t>
      </w:r>
      <w:r>
        <w:t>ab jin logon tak pounch raha hai woh aa rahe hain sachche mazhab ki taraf lekin ab kaam</w:t>
      </w:r>
    </w:p>
    <w:p>
      <w:pPr>
        <w:jc w:val="right"/>
      </w:pPr>
      <w:r>
        <w:t>अब जिन लोगों तक पहुंच रहा है वह आ रहे हैं सच्चे मज़हब की तरफ लेकिन अब काम</w:t>
      </w:r>
    </w:p>
    <w:p>
      <w:r>
        <w:rPr>
          <w:b/>
        </w:rPr>
        <w:t xml:space="preserve">[05:41] </w:t>
      </w:r>
      <w:r>
        <w:t>to bohat bada hai na hamein to bas karte rehna hai aur jab aisa hota hai ke ab</w:t>
      </w:r>
    </w:p>
    <w:p>
      <w:pPr>
        <w:jc w:val="right"/>
      </w:pPr>
      <w:r>
        <w:t>तो बहुत बड़ा है ना हमें तो बस करते रहना है और जब ऐसा होता है कि अब</w:t>
      </w:r>
    </w:p>
    <w:p>
      <w:r>
        <w:rPr>
          <w:b/>
        </w:rPr>
        <w:t xml:space="preserve">[05:54] </w:t>
      </w:r>
      <w:r>
        <w:t>hum kuch nahi kar sakte to phir main to yahi sochti hoon ke bas hum yahi sochein isi</w:t>
      </w:r>
    </w:p>
    <w:p>
      <w:pPr>
        <w:jc w:val="right"/>
      </w:pPr>
      <w:r>
        <w:t>हम कुछ नहीं कर सकते तो फिर मैं तो यही सोचती हूं कि बस हम यही सोचें इसी</w:t>
      </w:r>
    </w:p>
    <w:p>
      <w:r>
        <w:rPr>
          <w:b/>
        </w:rPr>
        <w:t xml:space="preserve">[06:07] </w:t>
      </w:r>
      <w:r>
        <w:t>soch mein hamein itna naam hota hai ke chalo duniya mein jo bhi museebat utha lenge</w:t>
      </w:r>
    </w:p>
    <w:p>
      <w:pPr>
        <w:jc w:val="right"/>
      </w:pPr>
      <w:r>
        <w:t>सोच में हमें इतना नाम होता है कि चलो दुनिया में जो भी मुसीबत उठा लेंगे</w:t>
      </w:r>
    </w:p>
    <w:p>
      <w:r>
        <w:rPr>
          <w:b/>
        </w:rPr>
        <w:t xml:space="preserve">[06:20] </w:t>
      </w:r>
      <w:r>
        <w:t>Thank you for this answer that you delivered. I I have a question more or less related to this. It's an elaboration of what Femida Apa has asked this question. Why there is no peace in homes and the world around us? Though the world around us has advanced so much. What is the answer for this aap hamsar? I couldn't get you. Why why is there? Why there is no peace in homes and the world around us?</w:t>
      </w:r>
    </w:p>
    <w:p>
      <w:pPr>
        <w:jc w:val="right"/>
      </w:pPr>
      <w:r>
        <w:t>Thank you for this answer that you delivered. I I have a question more or less related to this. It's an elaboration of what Femida Apa has asked this question. Why there is no peace in homes and the world around us? Though the world around us has advanced so much. What is the answer for this आप हमसार? I couldn't get you. Why why is there? Why there is no peace in homes and the world around us?</w:t>
      </w:r>
    </w:p>
    <w:p>
      <w:r>
        <w:rPr>
          <w:b/>
        </w:rPr>
        <w:t xml:space="preserve">[06:50] </w:t>
      </w:r>
      <w:r>
        <w:t>Though the world has advanced in so many ways technologically and in in whatever sense that you can see around the world. nahi hai. achha.</w:t>
      </w:r>
    </w:p>
    <w:p>
      <w:pPr>
        <w:jc w:val="right"/>
      </w:pPr>
      <w:r>
        <w:t>Though the world has advanced in so many ways technologically and in in whatever sense that you can see around the world. नहीं है. अच्छा.</w:t>
      </w:r>
    </w:p>
    <w:p>
      <w:r>
        <w:rPr>
          <w:b/>
        </w:rPr>
        <w:t xml:space="preserve">[07:05] </w:t>
      </w:r>
      <w:r>
        <w:t>asal mein log jo hain woh puran, hadish, profit ki life se toh apna soch banate nahi hain na woh toh society se apna soch banate hain aur ziyadatar aajkal toh social media hai, TV hai, dekhte hain ki logon ke paas itna ziyada hai, hamare paas toh kuch nahi hai. toh is wajah se woh jo kinat hoti thi pehle containment woh ab nahi hai hum doosre logon ko dekhkar apni soch banate hain aur main toh isi liye TV dekhti hi nahi hoon.</w:t>
      </w:r>
    </w:p>
    <w:p>
      <w:pPr>
        <w:jc w:val="right"/>
      </w:pPr>
      <w:r>
        <w:t>असल में लोग जो हैं वो पुरान, हदीश, profit की life से तो अपना सोच बनाते नहीं है ना वो तो society से अपना सोच बनाते हैं और ज़्यादातर आजकल तो social media है, TV है, देखते हैं कि लोगों के पास इतना ज़्यादा है, हमारे पास तो कुछ नहीं है. तो इस वजह से वह जो किनात होती थी पहले containment वह अब नहीं है हम दूसरे लोगों को देखकर अपनी सोच बनाते हैं और मैं तो इसीलिए TV देखती ही नहीं हूं.</w:t>
      </w:r>
    </w:p>
    <w:p>
      <w:r>
        <w:rPr>
          <w:b/>
        </w:rPr>
        <w:t xml:space="preserve">[07:35] </w:t>
      </w:r>
      <w:r>
        <w:t>TV dekhenge toh kuch na kuch asar aa jayega. toh TV dekhti hi nahi main. toh hamein apni soch ko develop karna hai aur soch jo hai ab puran hum padhte hain toh baghair soche samjhe padhte hain bas woh bhi rata hua hota hai woh padh liya. pehle aisa nahi tha pehle toh sahaba log jo hain halanki unki apni zabaan thi lekin woh jo bhi padhte the do aaya tha usko bohat achhe tarike se samajhte the apni zindagi par apply karte the.</w:t>
      </w:r>
    </w:p>
    <w:p>
      <w:pPr>
        <w:jc w:val="right"/>
      </w:pPr>
      <w:r>
        <w:t>TV देखेंगे तो कुछ ना कुछ असर आ जाएगा. तो TV देखती ही नहीं मैं. तो हमें अपनी सोच को develop करना है और सोच जो है अब पुरान हम पढ़ते हैं तो बगैर सोचे समझे पढ़ते हैं बस वह भी रटा हुआ होता है वह पढ़ लिया. पहले ऐसा नहीं था पहले तो सहाबा लोग जो हैं हालांकि उनकी अपनी ज़बान थी लेकिन वह जो भी पढ़ते थे दो आया था उसको बहुत अच्छे तरीके से समझते थे अपनी ज़िंदगी पर apply करते थे.</w:t>
      </w:r>
    </w:p>
    <w:p>
      <w:r>
        <w:rPr>
          <w:b/>
        </w:rPr>
        <w:t xml:space="preserve">[08:03] </w:t>
      </w:r>
      <w:r>
        <w:t>toh ab duniya jo hai bohat ziyada khul gayi hai. ek Maulana ne ek article likha tha ki koi sadhu tha toh woh kisi jo exhibition mein aaya wahan bohat kaafi purani baat hai bees pachees saal pehle toh pehli baar usne wahan par technology ka jo advancement hai. haan ji. gaadi waadi automatic woh kya kya usne dekha woh toh sadhu tha us woh kahin pahadon mein rehta tha.</w:t>
      </w:r>
    </w:p>
    <w:p>
      <w:pPr>
        <w:jc w:val="right"/>
      </w:pPr>
      <w:r>
        <w:t>तो अब दुनिया जो है बहुत ज़्यादा खुल गई है. एक मोराना ने एक article लिखा था कि कोई साधु था तो वह किसी जो exhibition में आया वहां बहुत काफी पुरानी बात है बीस पच्चीस साल पहले तो पहली बार उसने वहां पर technology का जो advancement है. हां जी. गाड़ी वाड़ी automatic वह क्या क्या उसने देखा वह तो साधु था उस वह कहीं पहाड़ों में रहता था.</w:t>
      </w:r>
    </w:p>
    <w:p>
      <w:r>
        <w:rPr>
          <w:b/>
        </w:rPr>
        <w:t xml:space="preserve">[08:30] </w:t>
      </w:r>
      <w:r>
        <w:t>toh woh dekhkar bohat hi hairaan ho gaya aur woh ekdum soch mein pad gaya ki yeh itni haseen duniya hai aur hum usko chhodkar jaakar pahadon mein reh rahe hain.</w:t>
      </w:r>
    </w:p>
    <w:p>
      <w:pPr>
        <w:jc w:val="right"/>
      </w:pPr>
      <w:r>
        <w:t>तो वह देखकर बहुत ही हैरान हो गया और वह एकदम सोच में पड़ गया कि यह इतनी हसीन दुनिया है और हम उसको छोड़कर जाकर पहाड़ों में रह रहे हैं.</w:t>
      </w:r>
    </w:p>
    <w:p>
      <w:r>
        <w:rPr>
          <w:b/>
        </w:rPr>
        <w:t xml:space="preserve">[08:54] </w:t>
      </w:r>
      <w:r>
        <w:t>aakhirat ko sochkar ki bahi kitni bhi kuch bhi hai is duniya mein lekin humne toh kal is duniya se jaana hai. aakhirat mein hamein jawabdehi karni hai aur wahan par jannat hai, jahannum mein jab tak yeh cheez hamare zehan mein bohat ziyada baithe hi nahi na tab tak hum duniya se attract hote rahenge. duniya bohat attractive hai. toh yeh samajh lena ki yeh duniya jo ek chand hota hai aur usmein sachmuch jiske paas hai bhi woh kaun sa khush hai?</w:t>
      </w:r>
    </w:p>
    <w:p>
      <w:pPr>
        <w:jc w:val="right"/>
      </w:pPr>
      <w:r>
        <w:t>आखिरत को सोच करके कि भई कितनी भी कुछ भी है इस दुनिया में लेकिन हमने तो कल इस दुनिया से जाना है. आखिरत में हमें जवाबदेही करनी है और वहां पर जन्नत है, जानना में जब तक यह चीज़ हमारे ज़ेहन में बहुत ज़्यादा बैठे ही नहीं ना तब तक हम दुनिया से attract होते रहेंगे. दुनिया बहुत attractive है. तो यह समझ लेना कि यह दुनिया जो एक चंद्र होता है और उसमें सचमुच जिसके पास है भी वह कौन सा खुश है?</w:t>
      </w:r>
    </w:p>
    <w:p>
      <w:r>
        <w:rPr>
          <w:b/>
        </w:rPr>
        <w:t xml:space="preserve">[09:24] </w:t>
      </w:r>
      <w:r>
        <w:t>sochne ka hai na ki jin logon ke paas bade bade log hain, bade bade heroes hain, heroines hain, toh woh kahan khush hain? koi khush toh hai nahi. toh agar duniya ki cheezein jo hain hamein khushi deti hain toh logon ke paas jinke paas hai woh unko khush hona chahiye toh aisa toh hai nahi. asal mein jisko kehte na door ke dhol sau aamne. jab tak woh door hai tab tak toh hamein lagta hai ki yeh cheez hamein mil jayegi toh hum khush ho jayenge.</w:t>
      </w:r>
    </w:p>
    <w:p>
      <w:pPr>
        <w:jc w:val="right"/>
      </w:pPr>
      <w:r>
        <w:t>सोचने का है ना कि जिन लोगों के पास बड़े बड़े लोग हैं, बड़े बड़े heroes हैं, heroines हैं, तो वह कहां खुश हैं? कोई खुश तो है नहीं. तो अगर दुनिया की चीज़ें जो हैं हमें खुशी देती हैं तो लोगों के पास जिनके पास है वह उनको खुश होना चाहिए तो ऐसा तो है नहीं. असल में जिसको कहते ना दूर के ढोल सौ आमने. जब तक वह दूर है तब तक तो हमें लगता है कि यह चीज़ हमें मिल जाएगी तो हम खुश हो जाएंगे.</w:t>
      </w:r>
    </w:p>
    <w:p>
      <w:r>
        <w:rPr>
          <w:b/>
        </w:rPr>
        <w:t xml:space="preserve">[09:51] </w:t>
      </w:r>
      <w:r>
        <w:t>lekin jab woh cheez hamein mil jaati hai to hum bohat jald usse bore ho jaate hain.</w:t>
      </w:r>
    </w:p>
    <w:p>
      <w:pPr>
        <w:jc w:val="right"/>
      </w:pPr>
      <w:r>
        <w:t>लेकिन जब वह चीज़ हमें मिल जाती है तो हम बहुत जल्द उससे bore हो जाते हैं.</w:t>
      </w:r>
    </w:p>
    <w:p>
      <w:r>
        <w:rPr>
          <w:b/>
        </w:rPr>
        <w:t xml:space="preserve">[09:57] </w:t>
      </w:r>
      <w:r>
        <w:t>aakhiriyat na hamara boredom nahi hogi wahan har waqt ek naya aan, nai ishaan mein halla taala zahir</w:t>
      </w:r>
    </w:p>
    <w:p>
      <w:pPr>
        <w:jc w:val="right"/>
      </w:pPr>
      <w:r>
        <w:t>आखिरीयत ना हमारा boredom नहीं होगी वहां हर वक्त एक नया आन, नई इशान में हल्ला ताला ज़ाहिर</w:t>
      </w:r>
    </w:p>
    <w:p>
      <w:r>
        <w:rPr>
          <w:b/>
        </w:rPr>
        <w:t xml:space="preserve">[10:04] </w:t>
      </w:r>
      <w:r>
        <w:t>honge aur har cheez bilkul har waqt hum paas ek nai activities, Puda ki nai marfat insaan dekhiye</w:t>
      </w:r>
    </w:p>
    <w:p>
      <w:pPr>
        <w:jc w:val="right"/>
      </w:pPr>
      <w:r>
        <w:t>होंगे और हर चीज़ बिल्कुल हर वक्त हम पास एक नई activities, पुदा की नई मारफत इंसान देखिए</w:t>
      </w:r>
    </w:p>
    <w:p>
      <w:r>
        <w:rPr>
          <w:b/>
        </w:rPr>
        <w:t xml:space="preserve">[10:10] </w:t>
      </w:r>
      <w:r>
        <w:t>ek hi cheez aap insaan ko ek hi khana hi khane ko de dijiye chahe woh tasty ho</w:t>
      </w:r>
    </w:p>
    <w:p>
      <w:pPr>
        <w:jc w:val="right"/>
      </w:pPr>
      <w:r>
        <w:t>एक ही चीज़ आप इंसान को एक ही खाना ही खाने को दे दीजिए चाहे वह tasty हो</w:t>
      </w:r>
    </w:p>
    <w:p>
      <w:r>
        <w:rPr>
          <w:b/>
        </w:rPr>
        <w:t xml:space="preserve">[10:17] </w:t>
      </w:r>
      <w:r>
        <w:t>woh khaga par pareshan ho jaata hai usko kuch nayapan chahiye to woh woh aakhirat nahi milega yahan</w:t>
      </w:r>
    </w:p>
    <w:p>
      <w:pPr>
        <w:jc w:val="right"/>
      </w:pPr>
      <w:r>
        <w:t>वह खागा पर परेशान हो जाता है उसको कुछ नयापन चाहिए तो वह वह आहिरत नहीं मिलेगा यहां</w:t>
      </w:r>
    </w:p>
    <w:p>
      <w:r>
        <w:rPr>
          <w:b/>
        </w:rPr>
        <w:t xml:space="preserve">[10:23] </w:t>
      </w:r>
      <w:r>
        <w:t>to hamein apni zindagi ko need based banani hai to bas yeh sab kuch mind ke level par</w:t>
      </w:r>
    </w:p>
    <w:p>
      <w:pPr>
        <w:jc w:val="right"/>
      </w:pPr>
      <w:r>
        <w:t>तो हमें अपनी ज़िंदगी को need based बनानी है तो बस यह सब कुछ mind के level पर</w:t>
      </w:r>
    </w:p>
    <w:p>
      <w:r>
        <w:rPr>
          <w:b/>
        </w:rPr>
        <w:t xml:space="preserve">[10:30] </w:t>
      </w:r>
      <w:r>
        <w:t>soch ke level par hamein karna hoga to hamein logon ki soch ko ubhalna hai.</w:t>
      </w:r>
    </w:p>
    <w:p>
      <w:pPr>
        <w:jc w:val="right"/>
      </w:pPr>
      <w:r>
        <w:t>सोच के level पर हमें करना होगा तो हमें लोगों की सोच को उभालना है.</w:t>
      </w:r>
    </w:p>
    <w:p>
      <w:r>
        <w:rPr>
          <w:b/>
        </w:rPr>
        <w:t xml:space="preserve">[10:37] </w:t>
      </w:r>
      <w:r>
        <w:t>dekhiye sahaba ke yahan har har ghar jo hai na ek chhota sa mother se hota tha. toh jo unki sahabi thi woh us mother se kuch chalati thi aur sahaba sahabi chalate the toh hamein har har ghar mein yeh kaam karna padega ki apne vishtedar hon, apne padosi hon jo kareeb ke log hon unko bulayein hafte mein ek baar unse baatein karein aur unka zehan ko bedaar karna hoga.</w:t>
      </w:r>
    </w:p>
    <w:p>
      <w:pPr>
        <w:jc w:val="right"/>
      </w:pPr>
      <w:r>
        <w:t>देखिए साहबा के यहां हर हर घर जो है ना एक छोटा सा mother से होता था. तो जो उनकी सहाबियां थी वह उस mother से कुछ चलाती थी और सहाबा सहाबी चलाते थे तो हमें हर हर घर में यह काम करना पड़ेगा कि अपने विश्तेदार हों, अपने पड़ोसी हों जो करीब के लोग हों उनको बुलाएं हफ्ते में एक बार उनसे बातें करें और उनका ज़ेहन को बेदार करना होगा.</w:t>
      </w:r>
    </w:p>
    <w:p>
      <w:r>
        <w:rPr>
          <w:b/>
        </w:rPr>
        <w:t xml:space="preserve">[11:04] </w:t>
      </w:r>
      <w:r>
        <w:t>agar unka zehan hi bedaar nahi hai toh yeh umeed rakhna hi abas hai ki woh jo hai yeh sab aisa kyun kar rahe hain? woh toh karenge kyunki unka zehan bedaar hi nahi hai. toh hamein zehan ke level par hamein kaam karna padega. ab kyunki kaam hua nahi hai toh is wajah se logon ke andar woh sochne ki salahiyat paida hi nahi hui hai. yeh mujhe samajh mein yahi aata hai.</w:t>
      </w:r>
    </w:p>
    <w:p>
      <w:pPr>
        <w:jc w:val="right"/>
      </w:pPr>
      <w:r>
        <w:t>अगर उनका ज़ेहन ही बेदार नहीं है तो यह उम्मीद रखना ही अबस है कि वह जो है यह सब ऐसा क्यों कर रहे हैं? वह तो करेंगे क्योंकि उनका ज़ेहन बेदार ही नहीं है. तो हमें ज़ेहन के level पर हमें काम करना पड़ेगा. अब क्योंकि काम हुआ नहीं है तो इस वजह से लोगों के अंदर वह सोचने की सलाहियत पैदा ही नहीं हुई है. यह मुझे समझ में यही आता है.</w:t>
      </w:r>
    </w:p>
    <w:p>
      <w:r>
        <w:rPr>
          <w:b/>
        </w:rPr>
        <w:t xml:space="preserve">[11:32] </w:t>
      </w:r>
      <w:r>
        <w:t>ek doosra aspect main bataunga. aapne jo bataya woh zayni cheez jisko contentment kehte hain, ek aur cheez bhi hai.</w:t>
      </w:r>
    </w:p>
    <w:p>
      <w:pPr>
        <w:jc w:val="right"/>
      </w:pPr>
      <w:r>
        <w:t>एक दूसरा aspect मैं बताऊंगा. आपने जो बताया वह ज़ैनी चीज़ जिसको contentment कहते हैं, एक और चीज़ भी है.</w:t>
      </w:r>
    </w:p>
    <w:p>
      <w:r>
        <w:rPr>
          <w:b/>
        </w:rPr>
        <w:t xml:space="preserve">[12:00] </w:t>
      </w:r>
      <w:r>
        <w:t>woh momin jo logon se milta julta hai aur unki aziyaton par sabr karta hai woh us momin se behtar hai jo logon se milta julta nahi aur unki takleef par sabr nahi karta. toh yeh point hai ki aadmi aapas mein ghar mein miya biwi ho ya ek ke pados mein hon ya ek khandan mein hon ya ek ek aur doosri jagah samaj mein hon.</w:t>
      </w:r>
    </w:p>
    <w:p>
      <w:pPr>
        <w:jc w:val="right"/>
      </w:pPr>
      <w:r>
        <w:t>वह मौमीन जो लोगों से मिलता जुलता है और उनकी अज़ियतों पर सब्र करता है वह उस मौमीन से बेहतर है जो लोगों से मिलता जुलता नहीं और उनकी तकलीफ पर सब्र नहीं करता. तो यह point है कि आदमी आपस में घर में मिया बीवी हो या एक के पड़ोस में हों या एक खानदान में हों या एक एक और दूसरी जगह समाज में हों.</w:t>
      </w:r>
    </w:p>
    <w:p>
      <w:r>
        <w:rPr>
          <w:b/>
        </w:rPr>
        <w:t xml:space="preserve">[12:23] </w:t>
      </w:r>
      <w:r>
        <w:t>aadmi jo ek doosre se milta julta hai toh ek doosre ki baaton par woh sabr nahi kar pata is buniyad par peace nahi hai humko. yeh bhi ek pehlu hai. toh qanaat aur sabr yeh dono bohat zaroori hai peace hasil karne ke liye. theek hai. Ok.</w:t>
      </w:r>
    </w:p>
    <w:p>
      <w:pPr>
        <w:jc w:val="right"/>
      </w:pPr>
      <w:r>
        <w:t>आदमी जो एक दूसरे से मिलता जुलता है तो एक दूसरे की बातों पर वह सब नहीं कर पाता इस बुनियाद पर peace नहीं है हमको. यह भी एक पहलू है. तो कनात और सब यह दोनों बहुत ज़रूरी है peace हासिल करने के लिए. ठीक है. Ok.</w:t>
      </w:r>
    </w:p>
    <w:p>
      <w:r>
        <w:rPr>
          <w:b/>
        </w:rPr>
        <w:t xml:space="preserve">[12:44] </w:t>
      </w:r>
      <w:r>
        <w:t>And that was a very profound answer, very elaborately explained, and very depth answer. So I got my answer of this question. And now I open this session with other ladies who have joined in. Safina Tasneem, Doctor Safina Tasneem. Aapke paas koi sawal ho toh aap poochein? Ji Islam lekin. Walakin Islam. Aapka mere paas teen sawal hain.</w:t>
      </w:r>
    </w:p>
    <w:p>
      <w:pPr>
        <w:jc w:val="right"/>
      </w:pPr>
      <w:r>
        <w:t>And that was a very profound answer, very elaborately explained, and very depth answer. So I got my answer of this question. And now I open this session with other ladies who have joined in. सफीना तपस्वम, doctor सफीना तपस्वम. आपके पास कोई सवाल हो तो आप पूछें? जी इस्लाम लेकिन. वालेकिन इस्लाम. आपका मेरे पास तीन सवाल हैं.</w:t>
      </w:r>
    </w:p>
    <w:p>
      <w:r>
        <w:rPr>
          <w:b/>
        </w:rPr>
        <w:t xml:space="preserve">[13:13] </w:t>
      </w:r>
      <w:r>
        <w:t>main poochna chah rahi hoon. ek sawal marfat se talluq rakhta hai. yeh kaise pata chale apa ki hamari marfat mein izafa ho raha hai ya phir woh ruki hui hai ya khatam ho rahi hai? iska kuch andaza lagane ka koi tareeka batayein?</w:t>
      </w:r>
    </w:p>
    <w:p>
      <w:pPr>
        <w:jc w:val="right"/>
      </w:pPr>
      <w:r>
        <w:t>मैं पूछना चाह रही हूं. एक सवाल मार्फ़त से टाल्लोक रखता है. यह कैसे पता चले आपा कि हमारी मार्फ़त में इज़ाफ़र हो रहा है या फिर वह रुकी हुई है या खत्म हो रही है? इसका कुछ अंदाज़ा लगाने का कोई तरीका बताएं?</w:t>
      </w:r>
    </w:p>
    <w:p>
      <w:r>
        <w:rPr>
          <w:b/>
        </w:rPr>
        <w:t xml:space="preserve">[13:36] </w:t>
      </w:r>
      <w:r>
        <w:t>wo internal hi hota hai humko feeling hoti hai ke hamein nai nai baat samajh mein aati rahe</w:t>
      </w:r>
    </w:p>
    <w:p>
      <w:pPr>
        <w:jc w:val="right"/>
      </w:pPr>
      <w:r>
        <w:t>वो internal ही होता है हमको feeling होती है कि हमें नई नई बात समझ में आती रहे</w:t>
      </w:r>
    </w:p>
    <w:p>
      <w:r>
        <w:rPr>
          <w:b/>
        </w:rPr>
        <w:t xml:space="preserve">[13:45] </w:t>
      </w:r>
      <w:r>
        <w:t>hain har koi bhi baat hai uske naye naye aspect samajh mein aate rahe hain to jaise Maulana</w:t>
      </w:r>
    </w:p>
    <w:p>
      <w:pPr>
        <w:jc w:val="right"/>
      </w:pPr>
      <w:r>
        <w:t>हैं हर कोई भी बात है उसके नए नए aspect समझ में आते रहे हैं तो जैसे मोराना</w:t>
      </w:r>
    </w:p>
    <w:p>
      <w:r>
        <w:rPr>
          <w:b/>
        </w:rPr>
        <w:t xml:space="preserve">[13:55] </w:t>
      </w:r>
      <w:r>
        <w:t>kehte the ki mujhe dimagh mein nai nai baatein aati hain alag alag kahin agar nature mein ho</w:t>
      </w:r>
    </w:p>
    <w:p>
      <w:pPr>
        <w:jc w:val="right"/>
      </w:pPr>
      <w:r>
        <w:t>कहते थे कि मुझे दिमाग में नई नई बातें आती हैं अलग अलग कहीं अगर nature में हो</w:t>
      </w:r>
    </w:p>
    <w:p>
      <w:r>
        <w:rPr>
          <w:b/>
        </w:rPr>
        <w:t xml:space="preserve">[14:04] </w:t>
      </w:r>
      <w:r>
        <w:t>to alag jaakar baithe aur bahut hi peaceful mahol mein.</w:t>
      </w:r>
    </w:p>
    <w:p>
      <w:pPr>
        <w:jc w:val="right"/>
      </w:pPr>
      <w:r>
        <w:t>तो अलग जाकर बैठे और बहुत ही peaceful माहौल में.</w:t>
      </w:r>
    </w:p>
    <w:p>
      <w:r>
        <w:rPr>
          <w:b/>
        </w:rPr>
        <w:t xml:space="preserve">[14:14] </w:t>
      </w:r>
      <w:r>
        <w:t>toh woh andar se hi achha mehsoos hota hai. agar hamein matlab aaj aaj ke program mein maine kaha tha ki hamein har bahut farishton ke ki company mein hona chahiye. kyunki ya toh farishte hain ya shaitan hai. agar hum farishton ki company chhodte hain toh hum shaitan ke asar mein aa jate hain. toh jab hum farishton ki company mein hote hain na toh andar se feel feel good hota hai.</w:t>
      </w:r>
    </w:p>
    <w:p>
      <w:pPr>
        <w:jc w:val="right"/>
      </w:pPr>
      <w:r>
        <w:t>तो वह अंदर से ही अच्छा महसूस होता है. अगर हमें मतलब आज आज के program में मैंने कहा था कि हमें हर बहुत फरिश्तों के की company में होना चाहिए. क्योंकि या तो फरिश्ते हैं या सैतान है. अगर हम फरिश्तों की company छोड़ते हैं तो हम सैतान के असर में आ जाते हैं. तो जब हम परिष्ठों की company में होते हैं ना तो अंदर से feel feel good होता है.</w:t>
      </w:r>
    </w:p>
    <w:p>
      <w:r>
        <w:rPr>
          <w:b/>
        </w:rPr>
        <w:t xml:space="preserve">[14:40] </w:t>
      </w:r>
      <w:r>
        <w:t>andar se woh feeling aati hai usi se pata chalta hai aur agar kabhi aisa nahi feeling ho rahi hai toh pareshan nahi hona chahiye kyunki yeh toh sahaba ko bhi hota tha ki kabhi unka iman ka bohat hi achha feeling hoti thi kabhi kam feeling hoti thi toh unhone profit se kaha zara se yeh baat batai hai tu? kya woh Hanzala ki riwayat hai Hanzala ek sahabi hai.</w:t>
      </w:r>
    </w:p>
    <w:p>
      <w:pPr>
        <w:jc w:val="right"/>
      </w:pPr>
      <w:r>
        <w:t>अंदर से वह feeling आती है उसी से पता चलता है और अगर कभी ऐसा नहीं feeling हो रही है तो परेशान नहीं होना चाहिए क्योंकि यह तो सहाबा को भी होता था कि कभी उनका ईमान का बहुत ही अच्छा feeling होती थी कभी कम feeling होती थी तो उन्होंने profit से कहा जरा से यह बात बताई है तू? क्या वह हंजिला की रिवायत है हंजिला एक शाहाबी है.</w:t>
      </w:r>
    </w:p>
    <w:p>
      <w:r>
        <w:rPr>
          <w:b/>
        </w:rPr>
        <w:t xml:space="preserve">[15:07] </w:t>
      </w:r>
      <w:r>
        <w:t>woh ek din ghar se bahar aaye toh Abu Bakar ko dekha toh unse kaha ki Hanzala munafiq ho gaya hai. toh unko hairat hui ki aisa kyun kaha?</w:t>
      </w:r>
    </w:p>
    <w:p>
      <w:pPr>
        <w:jc w:val="right"/>
      </w:pPr>
      <w:r>
        <w:t>वह एक दिन घर से बाहर आए तो आबू बकर को देखा तो उनसे कहा कि हंजिला मुनाफित हो गया है. तो उनको हैरत हुई कि ऐसा क्यों कहा?</w:t>
      </w:r>
    </w:p>
    <w:p>
      <w:r>
        <w:rPr>
          <w:b/>
        </w:rPr>
        <w:t xml:space="preserve">[15:16] </w:t>
      </w:r>
      <w:r>
        <w:t>to unhone kaha jab main Rasoolullah ke paas rehta hoon, Allah aur uske Rasool ko yaad karta hoon,</w:t>
      </w:r>
    </w:p>
    <w:p>
      <w:pPr>
        <w:jc w:val="right"/>
      </w:pPr>
      <w:r>
        <w:t>तो उन्होंने कहा जब मैं रसूल्लाह के पास रहता हूं, अल्लाह और उसके रसूल को याद करता हूं,</w:t>
      </w:r>
    </w:p>
    <w:p>
      <w:r>
        <w:rPr>
          <w:b/>
        </w:rPr>
        <w:t xml:space="preserve">[15:24] </w:t>
      </w:r>
      <w:r>
        <w:t>Jannat dozaakh ko yaad karna hota hai, salaah salaah salaah ne kaha ki yeh koi iski baat nahi</w:t>
      </w:r>
    </w:p>
    <w:p>
      <w:pPr>
        <w:jc w:val="right"/>
      </w:pPr>
      <w:r>
        <w:t>जन्मद दोसा को याद करना होता है, सलाह सलाह सलाह ने कहा कि यह कोई इसकी बात नहीं</w:t>
      </w:r>
    </w:p>
    <w:p>
      <w:r>
        <w:rPr>
          <w:b/>
        </w:rPr>
        <w:t xml:space="preserve">[15:33] </w:t>
      </w:r>
      <w:r>
        <w:t>hai kabhi yeh rahega kabhi woh rahega jaisa tum soch rahe ho aisa hi agar har waqt ho</w:t>
      </w:r>
    </w:p>
    <w:p>
      <w:pPr>
        <w:jc w:val="right"/>
      </w:pPr>
      <w:r>
        <w:t>है कभी यह रहेगा कभी वह रहेगा जैसा तुम सोच रहे हो ऐसा ही अगर हर वक्त हो</w:t>
      </w:r>
    </w:p>
    <w:p>
      <w:r>
        <w:rPr>
          <w:b/>
        </w:rPr>
        <w:t xml:space="preserve">[15:42] </w:t>
      </w:r>
      <w:r>
        <w:t>to farishte tum saari jagah musafa karne ke liye aa jayen.</w:t>
      </w:r>
    </w:p>
    <w:p>
      <w:pPr>
        <w:jc w:val="right"/>
      </w:pPr>
      <w:r>
        <w:t>तो फरिश्ते तुम सारी जगह मुसाफा करने के लिए आ जाएं.</w:t>
      </w:r>
    </w:p>
    <w:p>
      <w:r>
        <w:rPr>
          <w:b/>
        </w:rPr>
        <w:t xml:space="preserve">[15:51] </w:t>
      </w:r>
      <w:r>
        <w:t>to farishton ka musafa Allah Allah Allah taraf daudega.</w:t>
      </w:r>
    </w:p>
    <w:p>
      <w:pPr>
        <w:jc w:val="right"/>
      </w:pPr>
      <w:r>
        <w:t>तो फरिश्तों का मुसाफा अल्लाह अल्लाह अल्लाह तरफ दौड़ेगा.</w:t>
      </w:r>
    </w:p>
    <w:p>
      <w:r>
        <w:rPr>
          <w:b/>
        </w:rPr>
        <w:t xml:space="preserve">[16:03] </w:t>
      </w:r>
      <w:r>
        <w:t>to hamara taluq agar Allah taala se jitna mazboot hoga, hum bhool kar dobara yaad karenge foran hum</w:t>
      </w:r>
    </w:p>
    <w:p>
      <w:pPr>
        <w:jc w:val="right"/>
      </w:pPr>
      <w:r>
        <w:t>तो हमारा तालुक अगर अल्लाह ताला से जितना मज़बूत होगा, हम भूल कर दोबारा याद करेंगे फ़ौरन हम</w:t>
      </w:r>
    </w:p>
    <w:p>
      <w:r>
        <w:rPr>
          <w:b/>
        </w:rPr>
        <w:t xml:space="preserve">[16:16] </w:t>
      </w:r>
      <w:r>
        <w:t>uski taraf pahunch jayenge.</w:t>
      </w:r>
    </w:p>
    <w:p>
      <w:pPr>
        <w:jc w:val="right"/>
      </w:pPr>
      <w:r>
        <w:t>उसकी तरफ पहुंच जाएंगे.</w:t>
      </w:r>
    </w:p>
    <w:p>
      <w:r>
        <w:rPr>
          <w:b/>
        </w:rPr>
        <w:t xml:space="preserve">[16:29] </w:t>
      </w:r>
      <w:r>
        <w:t>Sahaba akram ke bare mein aata hai ki woh kaha karte the especially ki chalo hum imaan ko,</w:t>
      </w:r>
    </w:p>
    <w:p>
      <w:pPr>
        <w:jc w:val="right"/>
      </w:pPr>
      <w:r>
        <w:t>साहब अकराम के बारे में आता है कि वह कहा करते थे especially कि चलो हम ईमान को,</w:t>
      </w:r>
    </w:p>
    <w:p>
      <w:r>
        <w:rPr>
          <w:b/>
        </w:rPr>
        <w:t xml:space="preserve">[16:48] </w:t>
      </w:r>
      <w:r>
        <w:t>yeh to aapke maut tak yeh cheez chalega, isko hum khatm nahi kar sakte hain.</w:t>
      </w:r>
    </w:p>
    <w:p>
      <w:pPr>
        <w:jc w:val="right"/>
      </w:pPr>
      <w:r>
        <w:t>यह तो आपके मौत तक यह चीज़ चलेगा, इसको हम खत्म नहीं कर सकते हैं.</w:t>
      </w:r>
    </w:p>
    <w:p>
      <w:r>
        <w:rPr>
          <w:b/>
        </w:rPr>
        <w:t xml:space="preserve">[17:07] </w:t>
      </w:r>
      <w:r>
        <w:t>bas dua kijiye ki maut ke waqt aapki kaifaat Allah wali hai. insaan ka dimagh dekhiye focus karta hai na. toh ab ek kaam aap duniya ka koi kaam kar rahi hain toh woh focus wahan kar raha hoga lekin jaise woh aap kaam khatam kar dein phir apna focus shift kar lijiye.</w:t>
      </w:r>
    </w:p>
    <w:p>
      <w:pPr>
        <w:jc w:val="right"/>
      </w:pPr>
      <w:r>
        <w:t>बस दुआ कीजिए कि मौत के वक्त आपकी cafe तल्लाह वाली है. इंसान का दिमाग देखिए focus करता है ना. तो अब एक काम आप दुनिया का कोई काम कर रही हैं तो वह focus वहां कर रहा होगा लेकिन जैसे वह आप काम खत्म कर दें फिर अपना focus shift कर लीजिए.</w:t>
      </w:r>
    </w:p>
    <w:p>
      <w:r>
        <w:rPr>
          <w:b/>
        </w:rPr>
        <w:t xml:space="preserve">[17:25] </w:t>
      </w:r>
      <w:r>
        <w:t>namaz bhi isi liye hai ke thodi thodi der mein hum jaakar khuda ko yaad karein aur lekin namaz jo hai spirit wali namaz aap padhenge na to itni der tak to uska asar rehta hi hai ke phir doosri waqt ka namaz ka time aa jata hai. to isi tarike se aisa kabhi aapko feel ho yeh feeling hoti hai. aisa feel ho jaise mujhe kabhi aisa feel hota hai to main quran padhti hoon. to woh phir feeling dobara wapas aa jati hai.</w:t>
      </w:r>
    </w:p>
    <w:p>
      <w:pPr>
        <w:jc w:val="right"/>
      </w:pPr>
      <w:r>
        <w:t>नमाज़ भी इसीलिए है कि थोड़ी थोड़ी देर में हम जाकर खुदा को याद करें और लेकिन नमाज़ जो है spirit वाली नमाज़ आप पढ़ेंगे ना तो इतनी देर तक तो उसका असर रहता ही है कि फिर दूसरी वक्त का नमाज़ का time आ जाता है. तो इसी तरीके से ऐसा कभी आपको feel हो यह feeling होती है. ऐसा feel हो जैसे मुझे कभी ऐसा feel होता है तो मैं कुरान पढ़ती हूं. तो वह फिर feeling दोबारा वापस आ जाती है.</w:t>
      </w:r>
    </w:p>
    <w:p>
      <w:r>
        <w:rPr>
          <w:b/>
        </w:rPr>
        <w:t xml:space="preserve">[17:51] </w:t>
      </w:r>
      <w:r>
        <w:t>to aapko andar se lagna chahiye ke aapko is spiritual feeling aapke andar hai aur agar waqti taur par hai to usmein koi pareshani ki baat nahi hai. aap dubara se padhiye koi kitab ko koi aisa chapter padhiye. achha jab main god se related koi kaam karti hoon na jo allah waqbar hai ya jo bhi god related koi article ho poochho to woh mujhe bahut achha lagta hai. andar se feeling hoti hai ke main bahut achha kaam kar rahi hoon.</w:t>
      </w:r>
    </w:p>
    <w:p>
      <w:pPr>
        <w:jc w:val="right"/>
      </w:pPr>
      <w:r>
        <w:t>तो आपको अंदर से लगना चाहिए कि आपको इस spiritual feeling आपके अंदर है और अगर वक्ती तौर पर है तो उसमें कोई परेशानी की बात नहीं है. आप दुबारा से पढ़िए कोई किताब को कोई ऐसा chapter पढ़िए. अच्छा जब मैं god से related कोई काम करती हूं ना जो अल्लाह वक्बर है या जो भी god related कोई article हो पूछो तो वह मुझे बहुत अच्छा लगता है. अंदर से feeling होती है कि मैं बहुत अच्छा काम कर रही हूं.</w:t>
      </w:r>
    </w:p>
    <w:p>
      <w:r>
        <w:rPr>
          <w:b/>
        </w:rPr>
        <w:t xml:space="preserve">[18:20] </w:t>
      </w:r>
      <w:r>
        <w:t>to god se related koi bhi kitab hai uska ek chapter padhiye usko dekhiye woh phir aapko feeling wapas aa jayegi. yeh aapka yeh cheez jo hai na woh jo aapne kaha ke god se related koi kaam karta hai. asal mein jo sahaba kaha karte the aao hum chand waqt, chand thodi der ke liye iman laayein. No, minus sahab woh usi ka yeh tausee maana hai woh uska. tausee shakal hai ke zaroori nahi ke aap kisi ke saath baithe hain. aap quran padhein, kitab padhein, fukkar kitabul lukh se. aap sochiye us par.</w:t>
      </w:r>
    </w:p>
    <w:p>
      <w:pPr>
        <w:jc w:val="right"/>
      </w:pPr>
      <w:r>
        <w:t>तो god से related कोई भी किताब है उसका एक chapter पढ़िए उसको देखिए वह फिर आपको feeling वापस आ जाएगी. यह आपका यह चीज़ जो है ना वह जो आपने कहा कि god से related कोई काम करता है. असल में जो साहबा कहा करते थे आओ हम चंद वक्त, चंद थोड़ी देर के लिए ईमान लाएं. No, minus साहब वह उसी का यह तौसी माना है वह उसका. तौसी शक्ल है कि ज़रूरी नहीं कि आप किसी के साथ बैठे हैं. आप कुरान पढ़ें, किताब पढ़ें, फ़ुकार किताल लुख से. आप सोचिए उस पर.</w:t>
      </w:r>
    </w:p>
    <w:p>
      <w:r>
        <w:rPr>
          <w:b/>
        </w:rPr>
        <w:t xml:space="preserve">[18:50] </w:t>
      </w:r>
      <w:r>
        <w:t>apne bachchon se discussion karein. apne saathiyon se discussion karein. yeh sab cheez karenge to yeh rahega. Is it clear? Ji ji, bilkul clear ho gaya aap. Shukriya bahut bahut. Aap ek sawal aur hai woh history se talluq rakhta hai.</w:t>
      </w:r>
    </w:p>
    <w:p>
      <w:pPr>
        <w:jc w:val="right"/>
      </w:pPr>
      <w:r>
        <w:t>अपने बच्चों से discussion करें. अपने साथियों से discussion करें. यह सब चीज़ करेंगे तो यह रहेगा. Is it clear? जी जी, बिल्कुल clear हो गया आप. शुक्रिया बहुत बहुत. आप एक सवाल और है वह history से ताल्लुक रखता है.</w:t>
      </w:r>
    </w:p>
    <w:p>
      <w:r>
        <w:rPr>
          <w:b/>
        </w:rPr>
        <w:t xml:space="preserve">[19:09] </w:t>
      </w:r>
      <w:r>
        <w:t>jab hum hum ek kitab padh rahe the Maulana sahib ki usmein jange badr ka waqt unhone bataya tha ke us waqt par abu sufyan ka ek kafila doosri taraf se aa raha tha jisko lootkar musalman apne liye bahut sara maal hasil kar sakte the aur doosri taraf se bahut sare sardaron ka lashkar aa raha tha jo ke hamla karne ke liye aa raha tha. to us waqt par kuch decide nahi ho pa raha tha.</w:t>
      </w:r>
    </w:p>
    <w:p>
      <w:pPr>
        <w:jc w:val="right"/>
      </w:pPr>
      <w:r>
        <w:t>जब हम हम एक किताब पढ़ रहे थे मुलाना साहब कि उसमें जंगे बदर का वक्त उन्होंने बताया था कि उस वक्त पर अबू सुफियान का एक काफला दूसरी तरफ से आ रहा था जिसको लूटकर मुसलमान अपने लिए बहुत सारा माल हासिल कर सकते थे और दूसरी तरफ से बहुत सारे सरदारों का लश्कर आ रहा था जो कि हमला करने के लिए आ रहा था. तो उस वक़्त पर कुछ decide नहीं हो पा रहा था.</w:t>
      </w:r>
    </w:p>
    <w:p>
      <w:r>
        <w:rPr>
          <w:b/>
        </w:rPr>
        <w:t xml:space="preserve">[19:36] </w:t>
      </w:r>
      <w:r>
        <w:t>kuch musalmanon ki rai yeh thi ke abbu sukhian ke lashkar ko hamla kiya jaye aur allah ke rasool ki rai yeh thi ke badr mein muqabla kiya jaye. to woh thoda sa main ek confusion hai. main sirf yeh soch rahi thi ke kyunke hamesha hamesha allah ne rasoolullah ke zariye yeh kaha ke abhi ladne ka waqt nahi hai, abhi hum thode hain.</w:t>
      </w:r>
    </w:p>
    <w:p>
      <w:pPr>
        <w:jc w:val="right"/>
      </w:pPr>
      <w:r>
        <w:t>कुछ मुसलमानों की राय यह थी कि अब्बू सुखियान के लश्कर को हमला किया जाए और अल्लाह के रसूल की राय यह थी कि बदर में मुकाबला किया जाए. तो वह थोड़ा सा मैं एक confusion है. मैं सिर्फ़ यह सोच रही थी कि क्योंकि हमेशा हमेशा अल्लाह ने रसूल्लाह के ज़रिए यह कहा कि अभी लड़ने का वक़्त नहीं है, अभी हम थोड़े हैं.</w:t>
      </w:r>
    </w:p>
    <w:p>
      <w:r>
        <w:rPr>
          <w:b/>
        </w:rPr>
        <w:t xml:space="preserve">[20:02] </w:t>
      </w:r>
      <w:r>
        <w:t>to jab saahabiyon se ladne ke liye kaha gaya to phir woh kyun is cheez ko mana kar rahe the? woh pasandar main shayad samajh nahi pa rahi thoda sa agar explain kar dein to achha rahe. asal mein itne dinon tak unko mana kiya gaya tha na is wajah se unko aadi ho gaye the uske na ladne ke aadi ho gaye the. har waqt mana kiya jata tha jawab bhi nahi diya jata tha. kitne zyada zulm hue uska jawab tak nahi diya to is wajah se yeh problem tha.</w:t>
      </w:r>
    </w:p>
    <w:p>
      <w:pPr>
        <w:jc w:val="right"/>
      </w:pPr>
      <w:r>
        <w:t>तो जब साहबियों से लड़ने के लिए कहा गया तो फिर वह क्यों इस चीज़ को मना कर रहे थे? वह पसंदार मैं शायद समझ नहीं पा रही थोड़ा सा अगर explain कर दें तो अच्छा रहे. असल में इतने दिनों तक उनको मना किया गया था ना इस वजह से उनको आदी हो गए थे उसके ना लड़ने के आदी हो गए थे. हर वक्त मना किया जाता था जवाब भी नहीं दिया जाता था. कितने ज़्यादा जुल्म हुए उसका जवाब तक नहीं दिया तो इस वजह से यह problem था.</w:t>
      </w:r>
    </w:p>
    <w:p>
      <w:r>
        <w:rPr>
          <w:b/>
        </w:rPr>
        <w:t xml:space="preserve">[20:30] </w:t>
      </w:r>
      <w:r>
        <w:t>to ab us sushwian ke lashkar par jo hamla tha woh aap pata nahi clear hai ke nahi woh isliye tha ke woh lashkar isliye bahar gaya tha trading ke liye ke jo usse aamdani hogi woh usmein hamle mein badine par hamle mein woh iska istemal kiya jayega. agar isko na dekha jaye to log samjhenge kyun loot kyun loot kyun rahe hain hum usupian ka? Ji, main bhi yahi soch rahi thi aapko. Haan, to isi maksad hi ke liye woh gaya tha.</w:t>
      </w:r>
    </w:p>
    <w:p>
      <w:pPr>
        <w:jc w:val="right"/>
      </w:pPr>
      <w:r>
        <w:t>तो अब उस सुश्वियान के लश्कर पर जो हमला था वह आप पता नहीं clear है कि नहीं वह इसलिए था कि वह लश्कर इसीलिए बाहर गया था trading के लिए कि जो उससे आमदनी होगी वह उसमें हमले में बदीने पर हमले में वह इसका इस्तेमाल किया जाएगा. अगर इसको ना देखा जाए तो लोग समझेंगे क्यों लूट क्यों लूट क्यों रहे हैं हम उसूpian का? जी, मैं भी यही सोच रही थी आपको. हां, तो इसी मकसद ही के लिए वह गया था.</w:t>
      </w:r>
    </w:p>
    <w:p>
      <w:r>
        <w:rPr>
          <w:b/>
        </w:rPr>
        <w:t xml:space="preserve">[21:00] </w:t>
      </w:r>
      <w:r>
        <w:t>to yeh yeh tha. to ab dekhiye rasoolullah se rasoolullah ne to kabhi bhi jaakar makke par hamla nahi kiya. ab jab hamla ho gaya to phir usko defaag defaag hi to ijazat hoti hai. har mulk mein defaag hi ijazat hoti hai to woh defai defai jang thi, ekdami jang nahi thi. Clear hai woh? Clear hai.</w:t>
      </w:r>
    </w:p>
    <w:p>
      <w:pPr>
        <w:jc w:val="right"/>
      </w:pPr>
      <w:r>
        <w:t>तो यह यह था. तो अब देखिए रसूल्लाह से रसूल्लाम ने तो कभी भी जाकर मक्के पर हमला नहीं किया. अब जब हमला हो गया तो फिर उसके उसको देफ़ाग़ देफ़ाग़ ही तो इजाज़त होती है. हर मुल्क में देफ़ाग़ ही इजाज़त होती है तो वह देफ़ाई देफ़ाई जंग थी, एकदामी जंग नहीं थी. Clear है वह? Clear है.</w:t>
      </w:r>
    </w:p>
    <w:p>
      <w:r>
        <w:rPr>
          <w:b/>
        </w:rPr>
        <w:t xml:space="preserve">[21:27] </w:t>
      </w:r>
      <w:r>
        <w:t>iska dekhiye aur iska pasand zaroor bata deta hoon aapko.</w:t>
      </w:r>
    </w:p>
    <w:p>
      <w:pPr>
        <w:jc w:val="right"/>
      </w:pPr>
      <w:r>
        <w:t>इसका देखिए और इसका पसंद ज़रूर बता देता हूं आपको.</w:t>
      </w:r>
    </w:p>
    <w:p>
      <w:r>
        <w:rPr>
          <w:b/>
        </w:rPr>
        <w:t xml:space="preserve">[21:46] </w:t>
      </w:r>
      <w:r>
        <w:t>Rasta Badr ko sirf Rasta Badr qisme mat lijiye ki sirf yahi jang hui hai.</w:t>
      </w:r>
    </w:p>
    <w:p>
      <w:pPr>
        <w:jc w:val="right"/>
      </w:pPr>
      <w:r>
        <w:t>रस्ता बदर को सिर्फ रस्ता बदर किस्में मत लीजिए कि सिर्फ यही जंग हुई है.</w:t>
      </w:r>
    </w:p>
    <w:p>
      <w:r>
        <w:rPr>
          <w:b/>
        </w:rPr>
        <w:t xml:space="preserve">[22:05] </w:t>
      </w:r>
      <w:r>
        <w:t>dekhiye usse pehle Allah ke usi salasan ne avoid kiya, Makkah mein saari zindagi avoid kiya.</w:t>
      </w:r>
    </w:p>
    <w:p>
      <w:pPr>
        <w:jc w:val="right"/>
      </w:pPr>
      <w:r>
        <w:t>देखिए उससे पहले अल्लाह के उसी सलासन ने avoid किया, मक्का में सारी ज़िंदगी avoid किया.</w:t>
      </w:r>
    </w:p>
    <w:p>
      <w:r>
        <w:rPr>
          <w:b/>
        </w:rPr>
        <w:t xml:space="preserve">[22:24] </w:t>
      </w:r>
      <w:r>
        <w:t>even baad mein jo romiyon ke lashkar par hamla kiya tha ya ek ek jang hui thi piranion se sari cheezein asal mein process hai ke un logon ne pehle koshish ki thi.</w:t>
      </w:r>
    </w:p>
    <w:p>
      <w:pPr>
        <w:jc w:val="right"/>
      </w:pPr>
      <w:r>
        <w:t>Even बाद में जो रोमियों के लश्कर पर हमला किया था या एक एक जंग हुई थी पिरानियों से सारी चीज़ें असल में process है कि उन लोगों ने पहले कोशिश की थी.</w:t>
      </w:r>
    </w:p>
    <w:p>
      <w:r>
        <w:rPr>
          <w:b/>
        </w:rPr>
        <w:t xml:space="preserve">[22:34] </w:t>
      </w:r>
      <w:r>
        <w:t>uske usko dekhkar ab to yeh saare pasand hai uske jang ke jo bayan kiye jaate hain.</w:t>
      </w:r>
    </w:p>
    <w:p>
      <w:pPr>
        <w:jc w:val="right"/>
      </w:pPr>
      <w:r>
        <w:t>उसके उसको देखकर अब तो यह सारे पसंद है उसके जंग के जो बयान किए जाते हैं.</w:t>
      </w:r>
    </w:p>
    <w:p>
      <w:r>
        <w:rPr>
          <w:b/>
        </w:rPr>
        <w:t xml:space="preserve">[22:43] </w:t>
      </w:r>
      <w:r>
        <w:t>to sirf ek is par hamla nahi tha woh ek itzaarti kaafle par balki woh ek jad thi.</w:t>
      </w:r>
    </w:p>
    <w:p>
      <w:pPr>
        <w:jc w:val="right"/>
      </w:pPr>
      <w:r>
        <w:t>तो सिर्फ एक इस पर हमला नहीं था वह एक इतज़ारती काफले पर बल्कि वह एक जड़ थी.</w:t>
      </w:r>
    </w:p>
    <w:p>
      <w:r>
        <w:rPr>
          <w:b/>
        </w:rPr>
        <w:t xml:space="preserve">[22:53] </w:t>
      </w:r>
      <w:r>
        <w:t>aaj bhi jang mein kya hota hai ki woh supply ka yeh jo rasta hota hai usko toda</w:t>
      </w:r>
    </w:p>
    <w:p>
      <w:pPr>
        <w:jc w:val="right"/>
      </w:pPr>
      <w:r>
        <w:t>आज भी जंग में क्या होता है कि वह supply का यह जो रास्ता होता है उसको तोड़ा</w:t>
      </w:r>
    </w:p>
    <w:p>
      <w:r>
        <w:rPr>
          <w:b/>
        </w:rPr>
        <w:t xml:space="preserve">[23:03] </w:t>
      </w:r>
      <w:r>
        <w:t>jata hai taaki dushman kamzor ho.</w:t>
      </w:r>
    </w:p>
    <w:p>
      <w:pPr>
        <w:jc w:val="right"/>
      </w:pPr>
      <w:r>
        <w:t>जाता है ताकि दुश्मन कमज़ोर हो.</w:t>
      </w:r>
    </w:p>
    <w:p>
      <w:r>
        <w:rPr>
          <w:b/>
        </w:rPr>
        <w:t xml:space="preserve">[23:12] </w:t>
      </w:r>
      <w:r>
        <w:t>to lasad jisko kehte hain yeh supply ka yeh jo mamla hota hai usko to khatm karna tha</w:t>
      </w:r>
    </w:p>
    <w:p>
      <w:pPr>
        <w:jc w:val="right"/>
      </w:pPr>
      <w:r>
        <w:t>तो लस्सद जिसको कहते हैं यह supply का यह जो मामला होता है उसको तो खत्म करना था</w:t>
      </w:r>
    </w:p>
    <w:p>
      <w:r>
        <w:rPr>
          <w:b/>
        </w:rPr>
        <w:t xml:space="preserve">[23:22] </w:t>
      </w:r>
      <w:r>
        <w:t>taaki jang na ho sake.</w:t>
      </w:r>
    </w:p>
    <w:p>
      <w:pPr>
        <w:jc w:val="right"/>
      </w:pPr>
      <w:r>
        <w:t>ताकि जंग ना हो सके.</w:t>
      </w:r>
    </w:p>
    <w:p>
      <w:r>
        <w:rPr>
          <w:b/>
        </w:rPr>
        <w:t xml:space="preserve">[23:32] </w:t>
      </w:r>
      <w:r>
        <w:t>lekin woh ulta ho gaya aur jo ke allah ki planning thi woh ke jang ho taake woh jo itni shararat kar rahe hain woh khatam ho to jitne bhi bade khatarnak kism ke the abu jalta aur doosre doosre sab us jang mein khatam ho gaye the. asal mein kya tha ke isse pehle khuda ka praram jo hai mehfoz nahi ho pata tha.</w:t>
      </w:r>
    </w:p>
    <w:p>
      <w:pPr>
        <w:jc w:val="right"/>
      </w:pPr>
      <w:r>
        <w:t>लेकिन वह उल्टा हो गया और जो कि अल्लाह की planning थी वह कि जंग हो ताकि वह जो इतनी शरारत कर रहे हैं वह खत्म हो तो जितने भी बड़े खतरनाक किस्म के थे अबू जालता और दूसरे दूसरे सब उस जंग में खत्म हो गए थे. असल में क्या था कि इससे पहले खुदा का प्राराम जो है महफ़ूज़ नहीं हो पाता था.</w:t>
      </w:r>
    </w:p>
    <w:p>
      <w:r>
        <w:rPr>
          <w:b/>
        </w:rPr>
        <w:t xml:space="preserve">[23:52] </w:t>
      </w:r>
      <w:r>
        <w:t>woh profits ke paas chand log hote the woh log kyunki agar Quran mehfooz na hota tauheed ki</w:t>
      </w:r>
    </w:p>
    <w:p>
      <w:pPr>
        <w:jc w:val="right"/>
      </w:pPr>
      <w:r>
        <w:t>वह profits के पास चंद लोग होते थे वह लोग क्योंकि अगर कुरान महफ़ूज़ ना होता तौहीद की</w:t>
      </w:r>
    </w:p>
    <w:p>
      <w:r>
        <w:rPr>
          <w:b/>
        </w:rPr>
        <w:t xml:space="preserve">[24:04] </w:t>
      </w:r>
      <w:r>
        <w:t>kaam jo shayad duniya mein us waqt na phaila hota to aaj jo hum saari cheezein jo science</w:t>
      </w:r>
    </w:p>
    <w:p>
      <w:pPr>
        <w:jc w:val="right"/>
      </w:pPr>
      <w:r>
        <w:t>काम जो शायद दुनिया में उस वक्त ना फैला होता तो आज जो हम सारी चीज़ें जो science</w:t>
      </w:r>
    </w:p>
    <w:p>
      <w:r>
        <w:rPr>
          <w:b/>
        </w:rPr>
        <w:t xml:space="preserve">[24:16] </w:t>
      </w:r>
      <w:r>
        <w:t>aur technology ki saari discovery ho rahi nahi hoti kyunki us waqt insaan har cheez ko poochta tha.</w:t>
      </w:r>
    </w:p>
    <w:p>
      <w:pPr>
        <w:jc w:val="right"/>
      </w:pPr>
      <w:r>
        <w:t>और technology की सारी discovery हो रही नहीं होती क्योंकि उस वक्त इंसान हर चीज़ को पूछता था.</w:t>
      </w:r>
    </w:p>
    <w:p>
      <w:r>
        <w:rPr>
          <w:b/>
        </w:rPr>
        <w:t xml:space="preserve">[24:29] </w:t>
      </w:r>
      <w:r>
        <w:t>ek bada dilchasp waqya hai kisi ne mujhe bataya tha ke jab chand gaya chand ke upar neil amir utre to ek aisi mother bhi aadmi ne kaha ke woh yeh koi doosra chand hoga kyunke chand to devta tha yeh koi doosra chand hoga jis par woh gaya hai. to har cheez devta thi ab devta har cheez hai to aap uske upar research kaise karenge? investigation kaise karenge?</w:t>
      </w:r>
    </w:p>
    <w:p>
      <w:pPr>
        <w:jc w:val="right"/>
      </w:pPr>
      <w:r>
        <w:t>एक बड़ा दिलचस्प वाक्य है किसी ने मुझे बताया था कि जब चांद गया चांद के ऊपर नील आमिर उतरे तो एक ऐसी mother भी आदमी ने कहा कि वह यह कोई दूसरा चांद होगा क्योंकि चांद तो देवता था यह कोई दूसरा चांद होगा जिस पर वह गया है. तो हर चीज़ देवता थी अब देवता हर चीज़ है तो आप उसके ऊपर research कैसे करेंगे? Investigation कैसे करेंगे?</w:t>
      </w:r>
    </w:p>
    <w:p>
      <w:r>
        <w:rPr>
          <w:b/>
        </w:rPr>
        <w:t xml:space="preserve">[24:56] </w:t>
      </w:r>
      <w:r>
        <w:t>to sari blessings jaise rasoolla susslam ke pehle koi koi woh nahi ho rahi thi na discoveries ho hi nahi rahi thi. to woh sari ruki rehti hain aaj bhi to is wajah se allah taalah ne direct iska charge liya aur dushmano ko khatam karke is quran ko mehfoz kiya yeh pura jab tak aap yeh background nahi lenge tab tak samajh mein nahi aage itni jang kyun ho rahi hai? Shukriya apa.</w:t>
      </w:r>
    </w:p>
    <w:p>
      <w:pPr>
        <w:jc w:val="right"/>
      </w:pPr>
      <w:r>
        <w:t>तो सारी blessings जैसे रसूल्ला सुस्लाम के पहले कोई कोई वह नहीं हो रही थी ना discoveries हो ही नहीं रही थी. तो वो सारी रुकी रहती हैं आज भी तो इस वजह से अल्लाह तालाह ने direct इसका charge लिया और दुश्मनों को खत्म करके इस कुरान को महफूज किया यह पूरा जब तक आप यह background नहीं लेंगे तब तक समझ में नहीं आ गए इतनी जंग क्यों हो रही है? शुक्रिया आपा.</w:t>
      </w:r>
    </w:p>
    <w:p>
      <w:r>
        <w:rPr>
          <w:b/>
        </w:rPr>
        <w:t xml:space="preserve">[25:24] </w:t>
      </w:r>
      <w:r>
        <w:t>yeh to bahut achhe se aapne detail mein mujhe samjha diya. bas ek aur sawal yeh hai ke pehla jo hukum aaya jang ke liye solah ke paas woh woh kaun si ayat thi yeh kuch pata chal sakta hai hamein? kis kis ayat mein jang ka hukum aaya pehli baar? pehli jan badri. Janm to badri kaun sa hai? woh exact abhi to yaad nahi hai. main baad mein bata sakta hoon. Ji. Shukriya.</w:t>
      </w:r>
    </w:p>
    <w:p>
      <w:pPr>
        <w:jc w:val="right"/>
      </w:pPr>
      <w:r>
        <w:t>यह तो बहुत अच्छे से आपने detail में मुझे समझा दिया. बस एक और सवाल यह है कि पहला जो हुकुम आया जंग के लिए सोलह के पास वह वह कौन सी आयत थी यह कुछ पता चल सकता है हमें? किस किस आयत में जंग का हुकुम आया पहली बार? पहली जन बदरी. जन्म तो बद्री कौन सा है? वह exact अभी तो याद नहीं है. मैं बाद में बता सकता हूं. जी. शुक्रिया.</w:t>
      </w:r>
    </w:p>
    <w:p>
      <w:r>
        <w:rPr>
          <w:b/>
        </w:rPr>
        <w:t xml:space="preserve">[25:52] </w:t>
      </w:r>
      <w:r>
        <w:t>badri ki thi pehle janm usi silsile mein aaya hoga. Ji. dekhna padega. Ji, shukriya aapka. Ji zyada karna. Remote. Shukriya aapka. Thank you for such a detailed answer and I najma aapka. Aapke paas koi sawal hai to aap share karein. Aap unmute karein aap?</w:t>
      </w:r>
    </w:p>
    <w:p>
      <w:pPr>
        <w:jc w:val="right"/>
      </w:pPr>
      <w:r>
        <w:t>बद्री की थी पहले जन्म उसी सिलसिले में आया होगा. जी. देखना पड़ेगा. जी, शुक्रिया आपका. जी ज़्यादा करना. Remote. शुक्रिया आपका. Thank you for such a detailed answer and I नजमा आपका. आपके पास कोई सवाल है तो आप share करें. आप unmute करें आप?</w:t>
      </w:r>
    </w:p>
    <w:p>
      <w:r>
        <w:rPr>
          <w:b/>
        </w:rPr>
        <w:t xml:space="preserve">[26:20] </w:t>
      </w:r>
      <w:r>
        <w:t>Please unmute yourself, yes. Haan, main yeh keh rahi thi ke aaj jo aapne jannat wali personality ki discussion kiya tha bahut achha tha to woh insaniyat ke yeh aala darje par pahunchna yahi hai ya isse aur zyada hai ya kam hai? uska relation zara mujhe bata dein. Hello? Ji jannat ke to beshumar darje hain.</w:t>
      </w:r>
    </w:p>
    <w:p>
      <w:pPr>
        <w:jc w:val="right"/>
      </w:pPr>
      <w:r>
        <w:t>Please unmute yourself, yes. हां, मैं यह कह रही थी कि आज जो आपने जन्नत वाली personality की discussion किया था बहुत अच्छा था तो वह इंसानियत के यह आला दर्जे पर पहुंचना यही है या इससे और ज़्यादा है या कम है? उसका relation ज़रा मुझे बता दें. Hello? जी जन्नत के तो बेशमार दर्जे हैं.</w:t>
      </w:r>
    </w:p>
    <w:p>
      <w:r>
        <w:rPr>
          <w:b/>
        </w:rPr>
        <w:t xml:space="preserve">[26:49] </w:t>
      </w:r>
      <w:r>
        <w:t>hamare koshish bhi karte rehna chahiye aur dua bhi karte rehna chahiye. ab hum sarsal dua karte the ke allah taalah hamein amriya, salim, siddiqeen. shaurav. ab bataiye to ab hum barabar dua karte the.</w:t>
      </w:r>
    </w:p>
    <w:p>
      <w:pPr>
        <w:jc w:val="right"/>
      </w:pPr>
      <w:r>
        <w:t>हमारे कोशिश भी करते रहना चाहिए और दुआ भी करते रहना चाहिए. अब हम सरसल दुआ करते थे कि अल्लाह तालाह हमें अम्रिया, सलीम, सिद्धिकीन. शौरव. अब बताइए तो अब हम बराबर दुआ करते थे.</w:t>
      </w:r>
    </w:p>
    <w:p>
      <w:r>
        <w:rPr>
          <w:b/>
        </w:rPr>
        <w:t xml:space="preserve">[27:10] </w:t>
      </w:r>
      <w:r>
        <w:t>Maulan ab barabar dua kya karte the is baat ki kairla taala achhi rifaqat wale ki sohbat tha farma jannat mein jaise ambiya, siddipind, shwada, swalik ki sohbat mile. Yeh dua karte the mala mein?</w:t>
      </w:r>
    </w:p>
    <w:p>
      <w:pPr>
        <w:jc w:val="right"/>
      </w:pPr>
      <w:r>
        <w:t>मौलान अब बराबर दुआ क्या करते थे इस बात की केरला ताला अच्छी रिफाकत वाले की सोबत था फरमा जन्मत में जैसे अम्बिया, सिद्धिपिंद, श्वादा, स्वालिक की सौवत मिले. यह दुआ क्या करते थे माला में?</w:t>
      </w:r>
    </w:p>
    <w:p>
      <w:r>
        <w:rPr>
          <w:b/>
        </w:rPr>
        <w:t xml:space="preserve">[27:25] </w:t>
      </w:r>
      <w:r>
        <w:t>to dekhiye jaise marasat koi mehdoo nahi hai usi tarike se insan ki shakhsiyat jo hai aapke development ke intellectual development ka.</w:t>
      </w:r>
    </w:p>
    <w:p>
      <w:pPr>
        <w:jc w:val="right"/>
      </w:pPr>
      <w:r>
        <w:t>तो देखिए जैसे मार्सत कोई मेहदूत नहीं है उसी तरीके से इंसान की शख्सियत जो है आपके development के intellectual development का.</w:t>
      </w:r>
    </w:p>
    <w:p>
      <w:r>
        <w:rPr>
          <w:b/>
        </w:rPr>
        <w:t xml:space="preserve">[27:50] </w:t>
      </w:r>
      <w:r>
        <w:t>to woh to silsila ek continue process hai woh chalta rahega.</w:t>
      </w:r>
    </w:p>
    <w:p>
      <w:pPr>
        <w:jc w:val="right"/>
      </w:pPr>
      <w:r>
        <w:t>तो वह तो सिलसिला एक continue process है वह चलता रहेगा.</w:t>
      </w:r>
    </w:p>
    <w:p>
      <w:r>
        <w:rPr>
          <w:b/>
        </w:rPr>
        <w:t xml:space="preserve">[27:55] </w:t>
      </w:r>
      <w:r>
        <w:t>bilkul sahi hai.</w:t>
      </w:r>
    </w:p>
    <w:p>
      <w:pPr>
        <w:jc w:val="right"/>
      </w:pPr>
      <w:r>
        <w:t>बिल्कुल सही है.</w:t>
      </w:r>
    </w:p>
    <w:p>
      <w:r>
        <w:rPr>
          <w:b/>
        </w:rPr>
        <w:t xml:space="preserve">[28:00] </w:t>
      </w:r>
      <w:r>
        <w:t>ek baar mujhe yaad aata hai ek baar bahut kaafi pehli ki baat hai pandrah bees saal ki</w:t>
      </w:r>
    </w:p>
    <w:p>
      <w:pPr>
        <w:jc w:val="right"/>
      </w:pPr>
      <w:r>
        <w:t>एक बार मुझे याद आता है एक बार बहुत काफी पहली की बात है पंद्रह बीस साल कि</w:t>
      </w:r>
    </w:p>
    <w:p>
      <w:r>
        <w:rPr>
          <w:b/>
        </w:rPr>
        <w:t xml:space="preserve">[28:05] </w:t>
      </w:r>
      <w:r>
        <w:t>maine ek khyaab dekha tha ki main ek building hai purani building hai ab main uski chhat par</w:t>
      </w:r>
    </w:p>
    <w:p>
      <w:pPr>
        <w:jc w:val="right"/>
      </w:pPr>
      <w:r>
        <w:t>मैंने एक ख्याब देखा था कि मैं एक building है पुरानी building है अब मैं उसकी छत पर</w:t>
      </w:r>
    </w:p>
    <w:p>
      <w:r>
        <w:rPr>
          <w:b/>
        </w:rPr>
        <w:t xml:space="preserve">[28:11] </w:t>
      </w:r>
      <w:r>
        <w:t>hoon aur koi bahut badi building nahi hai jaise hamara yeh ghar hai aisi koi bahut badi building</w:t>
      </w:r>
    </w:p>
    <w:p>
      <w:pPr>
        <w:jc w:val="right"/>
      </w:pPr>
      <w:r>
        <w:t>हूं और कोई बहुत बड़ी building नहीं है जैसे हमारा यह घर है ऐसी कोई बहुत बड़ी building</w:t>
      </w:r>
    </w:p>
    <w:p>
      <w:r>
        <w:rPr>
          <w:b/>
        </w:rPr>
        <w:t xml:space="preserve">[28:16] </w:t>
      </w:r>
      <w:r>
        <w:t>nahi hai lekin main chhat par chal rahi hoon, chal rahi hoon, chal rahi hoon ab woh raasta</w:t>
      </w:r>
    </w:p>
    <w:p>
      <w:pPr>
        <w:jc w:val="right"/>
      </w:pPr>
      <w:r>
        <w:t>नहीं है लेकिन मैं छत पर चल रही हूं, चल रही हूं, चल रही हूं अब वह रास्ता</w:t>
      </w:r>
    </w:p>
    <w:p>
      <w:r>
        <w:rPr>
          <w:b/>
        </w:rPr>
        <w:t xml:space="preserve">[28:21] </w:t>
      </w:r>
      <w:r>
        <w:t>jo hai khatam hi nahi hota chale ja rahi hoon, chale ja rahi hoon, chale ja rahi hoon.</w:t>
      </w:r>
    </w:p>
    <w:p>
      <w:pPr>
        <w:jc w:val="right"/>
      </w:pPr>
      <w:r>
        <w:t>जो है खत्म ही नहीं होता चले जा रही हूं, चले जा रही हूं, चले जा रही हूं.</w:t>
      </w:r>
    </w:p>
    <w:p>
      <w:r>
        <w:rPr>
          <w:b/>
        </w:rPr>
        <w:t xml:space="preserve">[28:27] </w:t>
      </w:r>
      <w:r>
        <w:t>to maine abba se pucha tha ke iska kya matlab hai? Building to badi hai nahi aur main chale ja rahi hoon, chale ja rahi hoon woh chhat ka jo rasta woh khatam hi nahi ho raha hai. to abba ne kaha tha yeh marfat ki journey hai. yeh kabhi khatam nahi hogi. is duniya mein chalti rahegi, chalti rahegi aur jo is duniya mein is safar par chalenge na unko allah akhirat mein mauka dega. asal to safar marfat ka wahin hoga. duniya mein to hamare paas kitne mehdoood zarae hain.</w:t>
      </w:r>
    </w:p>
    <w:p>
      <w:pPr>
        <w:jc w:val="right"/>
      </w:pPr>
      <w:r>
        <w:t>तो मैंने अब्बा से पुछा था कि इसका क्या मतलब है? Building तो बड़ी है नहीं और मैं चले जा रही हूं, चले जा रही हूं वह छत का जो रास्ता वह खत्म ही नहीं हो रहा है. तो अब्बा ने कहा था यह मार्फत की journey है. यह कभी खत्म नहीं होगी. इस दुनिया में चलती रहेगी, चलती रहेगी और जो इस दुनिया में इस सफर पर चलेंगे ना उनको अल्लाह आखिरत में मौका देगा. असल तो सफर मारफत का वहीं होगा. दुनिया में तो हमारे पास कितने महदूद जराए हैं.</w:t>
      </w:r>
    </w:p>
    <w:p>
      <w:r>
        <w:rPr>
          <w:b/>
        </w:rPr>
        <w:t xml:space="preserve">[28:56] </w:t>
      </w:r>
      <w:r>
        <w:t>toh asal toh maarfat ka safar wahin hoga.</w:t>
      </w:r>
    </w:p>
    <w:p>
      <w:pPr>
        <w:jc w:val="right"/>
      </w:pPr>
      <w:r>
        <w:t>तो असल तो मारफत का सफर वहीं होगा.</w:t>
      </w:r>
    </w:p>
    <w:p>
      <w:r>
        <w:rPr>
          <w:b/>
        </w:rPr>
        <w:t xml:space="preserve">[29:07] </w:t>
      </w:r>
      <w:r>
        <w:t>wahan hamare saath saare paigambar honge, wahan hamare saath tamam saal heen honge, wahan hamare saath farishte honge.</w:t>
      </w:r>
    </w:p>
    <w:p>
      <w:pPr>
        <w:jc w:val="right"/>
      </w:pPr>
      <w:r>
        <w:t>वहां हमारे साथ सारे पैगम्बर होंगे, वहां हमारे साथ तमाम साल हीन होंगे, वहां हमारे साथ फरिश्ते होंगे.</w:t>
      </w:r>
    </w:p>
    <w:p>
      <w:r>
        <w:rPr>
          <w:b/>
        </w:rPr>
        <w:t xml:space="preserve">[29:19] </w:t>
      </w:r>
      <w:r>
        <w:t>ab wahan khuda ki poori duniya hogi jahan matlab humko woh bhi toh chahiye sara sadhu saamaan maarfat ka.</w:t>
      </w:r>
    </w:p>
    <w:p>
      <w:pPr>
        <w:jc w:val="right"/>
      </w:pPr>
      <w:r>
        <w:t>अब वहां खुदा की पूरी दुनिया होगी जहां मतलब हमको वह भी तो चाहिए सारा साधु सामान मारफत का.</w:t>
      </w:r>
    </w:p>
    <w:p>
      <w:r>
        <w:rPr>
          <w:b/>
        </w:rPr>
        <w:t xml:space="preserve">[29:31] </w:t>
      </w:r>
      <w:r>
        <w:t>jaise khade hain ya utar rahe hain to mohrana keh rahe the ke wahan sab kuch hoga wahan kitabein hongi wahan par library hogi wahan par sab kuch hoga aur asal marfat ka jo safar hai woh samajh lijiye wahin shuru hoga yahan to hamari khali hamari ek fight hai ke hamein marfat ke ke safar ki taufe mile to woh lamutnai safar hai.</w:t>
      </w:r>
    </w:p>
    <w:p>
      <w:pPr>
        <w:jc w:val="right"/>
      </w:pPr>
      <w:r>
        <w:t>जैसे खड़े हैं या उतर रहे हैं तो मोहराना कह रहे थे कि वहां सब कुछ होगा वहां किताबें होंगी वहां पर library होगी वहां पर सब कुछ होगा और असल मार्फत का जो सफर है वह समझ लीजिए वहीं शुरू होगा यहां तो हमारी खाली हमारी एक fight है कि हमें मारफत के के सफर की तौफी मिले तो वह लामुतनाई सफर है.</w:t>
      </w:r>
    </w:p>
    <w:p>
      <w:r>
        <w:rPr>
          <w:b/>
        </w:rPr>
        <w:t xml:space="preserve">[29:59] </w:t>
      </w:r>
      <w:r>
        <w:t>jazaq allah, jazaq allah main ek sawal aur puchna chah rahi thi. mere kya mute ho gaya kitni theek hai? main yeh keh rahi thi yeh jo kehte hain ke musalmanon ke liye ek kiimam ho ja raha hai iski baat zahat karden. kyunke salmanon ke liye? ek imam hona chahiye. imam zaruri hai iski vazahat karden zara. imam do qism ke hote hain.</w:t>
      </w:r>
    </w:p>
    <w:p>
      <w:pPr>
        <w:jc w:val="right"/>
      </w:pPr>
      <w:r>
        <w:t>जज़ाक़ अल्लाह, जज़ाक़ अल्लाह मैं एक सवाल और पूछना चाह रही थी. मेरे क्या mute हो गया कितनी ठीक है? मैं यह कह रही थी यह जो कहते हैं कि मुसलमानों के लिए एक किमाम हो जा रहा है इसकी बात ज़ाहत कर दें. क्योंकि सलमानों के लिए? एक इमाम होना चाहिए. इमाम ज़रूरी है इसकी वज़ाहत कर दें ज़रा. इमाम दो किस्म के होते हैं.</w:t>
      </w:r>
    </w:p>
    <w:p>
      <w:r>
        <w:rPr>
          <w:b/>
        </w:rPr>
        <w:t xml:space="preserve">[30:28] </w:t>
      </w:r>
      <w:r>
        <w:t>ek siyasi imam hota hai aur ek mazhabi imam hota hai. to dono ke apne apne zaroorat hain, takazay hain. mazhabi imam to har waqt zaruri hai ke aapko rahnumai karen.</w:t>
      </w:r>
    </w:p>
    <w:p>
      <w:pPr>
        <w:jc w:val="right"/>
      </w:pPr>
      <w:r>
        <w:t>एक सियासी इमाम होता है और एक मज़हबी इमाम होता है. तो दोनों के अपने अपने ज़रूरत हैं, तकाज़ें हैं. मज़हबी इमाम तो हर वक्त ज़रूरी है कि आपको रानुमाई करें.</w:t>
      </w:r>
    </w:p>
    <w:p>
      <w:r>
        <w:rPr>
          <w:b/>
        </w:rPr>
        <w:t xml:space="preserve">[30:42] </w:t>
      </w:r>
      <w:r>
        <w:t>yeh zaruri hai kyunke har aadmi kya hai teen ke mamle mein bohat ziyada taali mein hafta nahi hota hai to uski rahnumai ke liye woh zaruri hai aur jahan tak siyasi imam ka mamla hai agar mumkin hai to hona chahiye nahi mumkin hai to koi zaruri nahi hai. nahi main to mazhabi ki baat kar rahi thi siyasi ki nahi jaza kar la jaza kar la. ab yeh itni badi duniya hai, itni badi taadad musalmanon ki hai.</w:t>
      </w:r>
    </w:p>
    <w:p>
      <w:pPr>
        <w:jc w:val="right"/>
      </w:pPr>
      <w:r>
        <w:t>यह ज़रूरी है क्योंकि हर आदमी क्या है तीन के मामले में बहुत ज़्यादा ताली में हफ्ता नहीं होता है तो उसकी रहनुमाई के लिए वह ज़रूरी है और जहां तक सियासी इमाम का मामला है अगर मुमकिन है तो होना चाहिए नहीं मुमकिन है तो कोई ज़रूरी नहीं है. नहीं मैं तो मज़हबी की बात कर रही थी सियासी की नहीं जज़ा कर ला जज़ा कर ला. अब यह इतनी बड़ी दुनिया है, इतनी बड़ी तादाद मुसलमानों की है.</w:t>
      </w:r>
    </w:p>
    <w:p>
      <w:r>
        <w:rPr>
          <w:b/>
        </w:rPr>
        <w:t xml:space="preserve">[31:10] </w:t>
      </w:r>
      <w:r>
        <w:t>to ek par sab mutaffiq ho hi nahi sakte. haan. isliye jisko zor theek lage usko follow karen aur ab aajkal matlab duniya hi badal gayi hai na. ab sari kitabein available hain sab log usko padhte hain, samajhte hain. bas yahi hai ke jab agar kahin hamein kuch samajh mein baat na aaye to jo ziyada janne wale wala hai usse hamein jakar usko puchna chahiye. ek hai na apna kabir janne wale se pucho kya hai?</w:t>
      </w:r>
    </w:p>
    <w:p>
      <w:pPr>
        <w:jc w:val="right"/>
      </w:pPr>
      <w:r>
        <w:t>तो एक पर सब मुत्तफिक हो ही नहीं सकते. हां. इसलिए जिसको ज़ोर ठीक लगे उसको follow करें और अब आजकल मतलब दुनिया ही बदल गई है ना. अब सारी किताबें available हैं सब लोग उसको पढ़ते हैं, समझते हैं. बस यही है कि जब अगर कहीं हमें कुछ समझ में बात ना आए तो जो ज़्यादा जानने वाले वाला है उससे हमें जाकर उसको पूछना चाहिए. एक है ना अपना कबीर जानने वाले से पूछो क्या है?</w:t>
      </w:r>
    </w:p>
    <w:p>
      <w:r>
        <w:rPr>
          <w:b/>
        </w:rPr>
        <w:t xml:space="preserve">[31:40] </w:t>
      </w:r>
      <w:r>
        <w:t>haan teen aayega. hamare liye to maulana hi hai. hamare liye to har cheez ka jawab maulana hi dete hain. puran mein teen jagah hai. ek to yeh hai ke faslu alag zikri ke ez zikr yani ahl ezl se pucho agar tum nahi jante ho aur ek aur jagah fasal bhi hi khabar jo insan hai usse pucho. fasalu alag zikr kya hai? same alfaz ke sath do jagah.</w:t>
      </w:r>
    </w:p>
    <w:p>
      <w:pPr>
        <w:jc w:val="right"/>
      </w:pPr>
      <w:r>
        <w:t>हां तीन आएगा. हमारे लिए तो मौलाना ही है. हमारे लिए तो हर चीज़ का जवाब मौलाना ही देते हैं. पुरान में तीन जगह है. एक तो यह है कि फ़सलू अलग ज़िक्री के एज ज़िक्र यानी अहल एज्ल से पूछो अगर तुम नहीं जानते हो और एक और जगह फ़सल भी ही ख़बर जो इंसान है उससे पूछो. फ़सलों अलग ज़िक्र क्या है? Same अल्फाज़ के साथ दो जगह.</w:t>
      </w:r>
    </w:p>
    <w:p>
      <w:r>
        <w:rPr>
          <w:b/>
        </w:rPr>
        <w:t xml:space="preserve">[32:09] </w:t>
      </w:r>
      <w:r>
        <w:t>to woh cheez to hai ke rahmai ke liye har aadmi ko ab har field ka apna apna alag hota hai. din ke bhi alag hain. laot ke taur se alag hai. ab to zamana badal gaya. online sab kuch hota hai. maurana sare sawalat ke jawab dete the. online hi hote the ziyadatar present to kam log hote the.</w:t>
      </w:r>
    </w:p>
    <w:p>
      <w:pPr>
        <w:jc w:val="right"/>
      </w:pPr>
      <w:r>
        <w:t>तो वह चीज़ तो है कि राह्माई के लिए हर आदमी को अब हर field का अपना अपना अलग होता है. दिन के भी अलग हैं. लाओत के तौर से अलग है. अब तो ज़माना बदल गया. Online सब कुछ होता है. मौराना सारे सवालात के जवाब देते थे. Online ही होते थे ज़्यादातर present तो कम लोग होते थे.</w:t>
      </w:r>
    </w:p>
    <w:p>
      <w:r>
        <w:rPr>
          <w:b/>
        </w:rPr>
        <w:t xml:space="preserve">[32:32] </w:t>
      </w:r>
      <w:r>
        <w:t>to ab jo cheezein hain sab available hain aur jahan kahin aapko clarity chahiye to jis par bhi usko bharosa hai usse jakar puchna chahiye. jawab to maulana hi milte hain ke liye.</w:t>
      </w:r>
    </w:p>
    <w:p>
      <w:pPr>
        <w:jc w:val="right"/>
      </w:pPr>
      <w:r>
        <w:t>तो अब जो चीज़ें हैं सब available हैं और जहां कहीं आपको clarity चाहिए तो जिस पर भी उसको भरोसा है उससे जाकर पूछना चाहिए. जवाब तो मौलाना ही मिलते हैं के लिए.</w:t>
      </w:r>
    </w:p>
    <w:p>
      <w:r>
        <w:rPr>
          <w:b/>
        </w:rPr>
        <w:t xml:space="preserve">[32:59] </w:t>
      </w:r>
      <w:r>
        <w:t>main yeh keh rahi hoon ke duniya mein jo hum conditions hain aur hamara intellectual development bhi bohat limited hai. to yeh jo level of intellectual development or whatever it is in the world. is it different? it is koi yeh jo jannat mein hoga kya woh different hoga? jo hamare duniya mein intellectual development hai ya level of conditioning jo hamari hai woh kya dono mein difference hogi? nahi to jannat to unlimited hai.</w:t>
      </w:r>
    </w:p>
    <w:p>
      <w:pPr>
        <w:jc w:val="right"/>
      </w:pPr>
      <w:r>
        <w:t>मैं यह कह रही हूं कि दुनिया में जो हम conditions हैं और हमारा intellectual development भी बहुत limited है. तो यह जो level of intellectual development or whatever it is in the world. Is it different? It is कोई यह जो जन्नत में होगा क्या वह different होगा? जो हमारे दुनिया में intellectual development है या level of conditioning जो हमारी है वह क्या दोनों में difference होगी? नहीं तो जन्नत तो unlimited है.</w:t>
      </w:r>
    </w:p>
    <w:p>
      <w:r>
        <w:rPr>
          <w:b/>
        </w:rPr>
        <w:t xml:space="preserve">[33:29] </w:t>
      </w:r>
      <w:r>
        <w:t>hamara brain jo hai na hum uska do char percent hi use kar pate hain. to ab yeh sawal uthta hai na ke duniya mein har cheez allah dala ne utne hi diya jitni insan ko zaroorat hai. ab hamein do hath ki zaroorat hai do hath hi diya hai hamein lekin brain mein itna ziyada potential kyun rakha hai? yeh mauran batayen ke yeh akhirat ke liye hai.</w:t>
      </w:r>
    </w:p>
    <w:p>
      <w:pPr>
        <w:jc w:val="right"/>
      </w:pPr>
      <w:r>
        <w:t>हमारा brain जो है ना हम उसका दो चार percent ही use कर पाते हैं. तो अब यह सवाल उठता है ना कि दुनिया में हर चीज़ अल्लाह दाला ने उतने ही दिया जितनी इंसान को ज़रूरत है. अब हमें दो हाथ की ज़रूरत है दो हाथ ही दिया है हमें लेकिन brain में इतना ज़्यादा potential क्यों रखा है? यह मौरान बताएं कि यह आखिरत के लिए है.</w:t>
      </w:r>
    </w:p>
    <w:p>
      <w:r>
        <w:rPr>
          <w:b/>
        </w:rPr>
        <w:t xml:space="preserve">[33:52] </w:t>
      </w:r>
      <w:r>
        <w:t>yeh akhirat mein humko ek unlimited world hogi unlimited hamein marfat ke zarae honge to wahan yeh hoga to wahan akhirat mein koi limitation nahi hogi akhiraad mein duniya to need based hai akhiraad desire based hai. aadmi jo kuch chahega woh usko wahan milega.</w:t>
      </w:r>
    </w:p>
    <w:p>
      <w:pPr>
        <w:jc w:val="right"/>
      </w:pPr>
      <w:r>
        <w:t>यह आखिरत में हमको एक unlimited world होगी unlimited हमें मार्फत के जराए होंगे तो वहां यह होगा तो वहां आखिरत में कोई limitation नहीं होगी आखिराद में दुनिया तो need based है आखिराद desire based है. आदमी जो कुछ चाहेगा वह उसको वहां मिलेगा.</w:t>
      </w:r>
    </w:p>
    <w:p>
      <w:r>
        <w:rPr>
          <w:b/>
        </w:rPr>
        <w:t xml:space="preserve">[34:14] </w:t>
      </w:r>
      <w:r>
        <w:t>to akhiraad ka bas hum samajh sakte hain koi hum bohat hi clear tarike se jab tak hum usko dekhenge nahi tab tak hum poori baat nahi samajh sakte aap bataiye poori dekhiye do cheezein hain ek to yeh hai ke duniya ke andar hum jo bhi marfat ka kaam karte hain woh standard nahi hote yahan distraction hai mukhtalif qism ke bachche hain, shor hai, jhagda hai, mobile hai, video hai, TV hai, yeh sab distraction hai.</w:t>
      </w:r>
    </w:p>
    <w:p>
      <w:pPr>
        <w:jc w:val="right"/>
      </w:pPr>
      <w:r>
        <w:t>तो आखिराद का बस हम समझ सकते हैं कोई हम बहुत ही clear तरीके से जब तक हम उसको देखेंगे नहीं तब तक हम पूरी बात नहीं समझ सकते आप बताइए पूरी देखिए दो चीज़ें हैं एक तो यह है कि दुनिया के अंदर हम जो भी मार्फत का काम करते हैं वह standard नहीं होते यहां distraction है मुख्तलिफ किस्म के बच्चे हैं, शोर है, झगड़ा है, mobile है, video है, TV है, यह सब distraction है.</w:t>
      </w:r>
    </w:p>
    <w:p>
      <w:r>
        <w:rPr>
          <w:b/>
        </w:rPr>
        <w:t xml:space="preserve">[34:43] </w:t>
      </w:r>
      <w:r>
        <w:t>iske sath hum karte hain. jannat ke andar yeh aala paimane par hoga. bohat hi high standard level par hoga. ek cheez to yeh hai. doosri cheez yeh hai ke khuda samne hoga hamare. khuda se ko hum dekhenge aur allah taala ko jo dekhenge aur us guniyaad par jo khuda ki marfat ka safar jari rakhenge. zahir si baat hai woh aur ziyada hoga. ab ek aadmi jo jaise dekhiye hum log dawat ka kaam karte hain.</w:t>
      </w:r>
    </w:p>
    <w:p>
      <w:pPr>
        <w:jc w:val="right"/>
      </w:pPr>
      <w:r>
        <w:t>इसके साथ हम करते हैं. जन्नत के अंदर यह आला पैमाने पर होगा. बहुत ही high standard level पर होगा. एक चीज़ तो यह है. दूसरी चीज़ यह है कि खुदा सामने होगा हमारे. खुदा से को हम देखेंगे और अल्लाह ताला को जो देखेंगे और उस गुनियाद पर जो खुदा की मार्फत का सफर जारी रखेंगे. ज़ाहिर सी बात है वह और ज़्यादा होगा. अब एक आदमी जो जैसे देखिए हम लोग दावत का काम करते हैं.</w:t>
      </w:r>
    </w:p>
    <w:p>
      <w:r>
        <w:rPr>
          <w:b/>
        </w:rPr>
        <w:t xml:space="preserve">[35:12] </w:t>
      </w:r>
      <w:r>
        <w:t>toh hum karte the dawat ka kaam.</w:t>
      </w:r>
    </w:p>
    <w:p>
      <w:pPr>
        <w:jc w:val="right"/>
      </w:pPr>
      <w:r>
        <w:t>तो हम करते थे दावत का काम.</w:t>
      </w:r>
    </w:p>
    <w:p>
      <w:r>
        <w:rPr>
          <w:b/>
        </w:rPr>
        <w:t xml:space="preserve">[35:35] </w:t>
      </w:r>
      <w:r>
        <w:t>ab uske baad hua kya ki atthais aur untis tareekh ko, untis aur tees tareekh ko daily mein</w:t>
      </w:r>
    </w:p>
    <w:p>
      <w:pPr>
        <w:jc w:val="right"/>
      </w:pPr>
      <w:r>
        <w:t>अब उसके बाद हुआ क्या कि अट्ठाईस और उनतीस तारीख को, उनतीस और तीस तारीख को daily में</w:t>
      </w:r>
    </w:p>
    <w:p>
      <w:r>
        <w:rPr>
          <w:b/>
        </w:rPr>
        <w:t xml:space="preserve">[35:58] </w:t>
      </w:r>
      <w:r>
        <w:t>ek conference hui.</w:t>
      </w:r>
    </w:p>
    <w:p>
      <w:pPr>
        <w:jc w:val="right"/>
      </w:pPr>
      <w:r>
        <w:t>एक conference हुई.</w:t>
      </w:r>
    </w:p>
    <w:p>
      <w:r>
        <w:rPr>
          <w:b/>
        </w:rPr>
        <w:t xml:space="preserve">[36:22] </w:t>
      </w:r>
      <w:r>
        <w:t>sare farishte honge wahan par. haan. musalsal hamein inspire karte rahenge. woh to bas hum apne tasweer se samajh sakte hain. woh to jisko allah jannat mein jagah dega wahi wahi usko dekhega. ek ek hai hadish ek insan jis ko ki duniya mein sabse ziyada takleef hui hogi. sabse ziyada takleef pahunchi hui hogi to usko jannat mein woh jata hai.</w:t>
      </w:r>
    </w:p>
    <w:p>
      <w:pPr>
        <w:jc w:val="right"/>
      </w:pPr>
      <w:r>
        <w:t>सारे फरिश्ते होंगे वहां पर. हां. मुसलमसल हमें inspire करते रहेंगे. वह तो बस हम अपने तस्वीर से समझ सकते हैं. वह तो जिसको अल्लाह जन्नत में जगह देगा वही वही उसको देखेगा. एक एक है हदीश एक इंसान जिसको कि दुनिया में सबसे ज़्यादा तकलीफ हुई होगी. सबसे ज़्यादा तकलीफ पहुंची हुई होगी तो उसको जन्नत में वह जाता है.</w:t>
      </w:r>
    </w:p>
    <w:p>
      <w:r>
        <w:rPr>
          <w:b/>
        </w:rPr>
        <w:t xml:space="preserve">[36:52] </w:t>
      </w:r>
      <w:r>
        <w:t>taur par. waqti taur par woh jannat mein usko dikhai jati hai jannat. to woh kehta hai ke kaash ke main dobara jata duniya mein aur phir woh musibatein uthata ke mujhe dobara woh sari takleefein phir mere upar dali jayen.</w:t>
      </w:r>
    </w:p>
    <w:p>
      <w:pPr>
        <w:jc w:val="right"/>
      </w:pPr>
      <w:r>
        <w:t>तौर पर. वक्ती तौर पर वह जन्नत में उसको दिखाई जाती है जन्नत. तो वह कहता है कि काश के मैं दोबारा जाता दुनिया में और फिर वह मुसीबतें उठाता कि मुझे दोबारा वह सारी तकलीफें फिर मेरे ऊपर डाली जाए.</w:t>
      </w:r>
    </w:p>
    <w:p>
      <w:r>
        <w:rPr>
          <w:b/>
        </w:rPr>
        <w:t xml:space="preserve">[37:21] </w:t>
      </w:r>
      <w:r>
        <w:t>to jannat ko hum sirf tasabbur ki nigah se dekh sakte hain. dekh nahi sakte hain. tasabbur ki nigah se bhi nahi dekh sakte. jaza ke alawa to yeh bohat hi profound answer tha. main aapki baatein to suldar ki mujhe aap nahi samajh mein aa rahi hai.</w:t>
      </w:r>
    </w:p>
    <w:p>
      <w:pPr>
        <w:jc w:val="right"/>
      </w:pPr>
      <w:r>
        <w:t>तो जन्नत को हम सिर्फ तस्सबूर की निगाह से देख सकते हैं. देख नहीं सकते हैं. तस्सबूर की निगाह से भी नहीं देख सकते. जज़ा के अलावा तो यह बहुत ही profound answer था. मैं आपकी बातें तो सुल्दर की मुझे आप नहीं समझ में आ रही है.</w:t>
      </w:r>
    </w:p>
    <w:p>
      <w:r>
        <w:rPr>
          <w:b/>
        </w:rPr>
        <w:t xml:space="preserve">[37:39] </w:t>
      </w:r>
      <w:r>
        <w:t>yeh scientifically bara se bara scientist jo kiya jaise Einstein jaise scientist aur itne jo scientist aaye hain phir bhi unhone shayad four ya 6% apne brain aur bhi potential usko unfold kiya hai. maybe allah ne isko isiliye rakha hai ke 96% hai woh junak ho jakar unfold ho jayegi. ji. ok ok. thank you so much.</w:t>
      </w:r>
    </w:p>
    <w:p>
      <w:pPr>
        <w:jc w:val="right"/>
      </w:pPr>
      <w:r>
        <w:t>यह scientifically बड़ा से बड़ा scientist जो किया जैसे Einstein जैसे scientist और इतने जो scientist आए हैं फिर भी उन्होंने शायद four या 6% अपने brain और भी potential उसको unfold किया है. Maybe अल्लाह ने इसको इसीलिए रखा है कि 96% है वह जुनक हो जाकर unfold हो जाएगी. जी. Ok ok. Thank you so much.</w:t>
      </w:r>
    </w:p>
    <w:p>
      <w:r>
        <w:rPr>
          <w:b/>
        </w:rPr>
        <w:t xml:space="preserve">[38:07] </w:t>
      </w:r>
      <w:r>
        <w:t>now i open the session for the other ladies who have joining me in this session. i hope your questions is ready. but be prepared to give you all question very precise and meaningful. ok? i open the session. please ask the person. asunawalikum. walikum assam. malik mast. ji ji. qaza umreed namaz kya hoti hai uske sab batayenge hum log to bachpan ki namaz</w:t>
      </w:r>
    </w:p>
    <w:p>
      <w:pPr>
        <w:jc w:val="right"/>
      </w:pPr>
      <w:r>
        <w:t>Now I open the session for the other ladies who have joining me in this session. I hope your questions is ready. But be prepared to give you all question very precise and meaningful. Ok? I open the session. Please ask the person. असुनावालिकुम. वालिकुम अस्साम. मालिक मस्त. जी जी. कज़ा उम्रीद नमाज़ क्या होती है उसके सब बताएंगे हम लोग तो बचपनों की नमाज़</w:t>
      </w:r>
    </w:p>
    <w:p>
      <w:r>
        <w:rPr>
          <w:b/>
        </w:rPr>
        <w:t xml:space="preserve">[38:36] </w:t>
      </w:r>
      <w:r>
        <w:t>qaza hoti hai hum umri? ji ji woh kya kis tarah se follow kar sakte hain. haan to maine mana ka itna dar hai manasha manasha sahab ke jo videos hai to itna kabhi bhuge kyunke jo bachpan jo hum log namaz nahi pade hain bohat gaplit kiye hain. bohat kuch apne aap kabhi to halla taala manasha ke videos hum log to bohat matasi log hain. jilkul kaam kaam kapni paida ho gaya hai. to is is cheez ko breath rang dega jo breath</w:t>
      </w:r>
    </w:p>
    <w:p>
      <w:pPr>
        <w:jc w:val="right"/>
      </w:pPr>
      <w:r>
        <w:t>कज़ा होती है हम उम्री? जी जी वह क्या किस तरह से follow कर सकते हैं. हां तो मैंने मना का इतना डर है मनाषा मनाषा साहब के जो videos है तो इतना कभी भूगे क्योंकि जो बचपन जो हम लोग नमाज़ नहीं पड़े हैं बहुत गपलित किए हैं. बहुत कुछ अपने आप कभी तो हल्ला ताला मनाषा के videos हम लोग तो बहुत मतासी लोग हैं. जिल्कुल काम काम कापनी पैदा हो गया है. तो इस इस चीज़ को breath रंग देगा जो breath</w:t>
      </w:r>
    </w:p>
    <w:p>
      <w:r>
        <w:rPr>
          <w:b/>
        </w:rPr>
        <w:t xml:space="preserve">[39:04] </w:t>
      </w:r>
      <w:r>
        <w:t>ho jati hai na male. hamara sab kuch hi nahi sahab. the question is, qazai umri namaz hum kaise kya aisa koi concept hai? qazai umri namaz ki hum kaise isko ada kar sakte hain? ok, your question is being delivered. haan, theek hai. theek hai, samajh mein aa raha hai.</w:t>
      </w:r>
    </w:p>
    <w:p>
      <w:pPr>
        <w:jc w:val="right"/>
      </w:pPr>
      <w:r>
        <w:t>हो जाती है ना माले. हमारा सब कुछ ही नहीं साहब. The question is, कज़ाई उम्री नमाज़ हम कैसे क्या ऐसा कोई concept है? कज़ाई उम्री नमाज़ की हम कैसे इसको अदा कर सकते हैं? Ok, your question is being delivered. हां, ठीक है. ठीक है, समझ में आ रहा है.</w:t>
      </w:r>
    </w:p>
    <w:p>
      <w:r>
        <w:rPr>
          <w:b/>
        </w:rPr>
        <w:t xml:space="preserve">[39:24] </w:t>
      </w:r>
      <w:r>
        <w:t>samajh gaya, tauba kijiye aap.</w:t>
      </w:r>
    </w:p>
    <w:p>
      <w:pPr>
        <w:jc w:val="right"/>
      </w:pPr>
      <w:r>
        <w:t>समझ गया, तौबा कीजिए आप.</w:t>
      </w:r>
    </w:p>
    <w:p>
      <w:r>
        <w:rPr>
          <w:b/>
        </w:rPr>
        <w:t xml:space="preserve">[39:46] </w:t>
      </w:r>
      <w:r>
        <w:t>tauba ka matlab yeh hai ki allatala ke saamne netamat ka tareeka ikhtiyaar kijiye aap.</w:t>
      </w:r>
    </w:p>
    <w:p>
      <w:pPr>
        <w:jc w:val="right"/>
      </w:pPr>
      <w:r>
        <w:t>तौबा का मतलब यह है कि अल्लातला के सामने नेतामत का तरीका इख्तैयार कीजिए आप.</w:t>
      </w:r>
    </w:p>
    <w:p>
      <w:r>
        <w:rPr>
          <w:b/>
        </w:rPr>
        <w:t xml:space="preserve">[40:09] </w:t>
      </w:r>
      <w:r>
        <w:t>allatala se maafi maange ki dobara aisa nahi hoga poore din ke saath.</w:t>
      </w:r>
    </w:p>
    <w:p>
      <w:pPr>
        <w:jc w:val="right"/>
      </w:pPr>
      <w:r>
        <w:t>अल्लातला से माफी मांगे कि दोबारा ऐसा नहीं होगा पूरे दिन के साथ.</w:t>
      </w:r>
    </w:p>
    <w:p>
      <w:r>
        <w:rPr>
          <w:b/>
        </w:rPr>
        <w:t xml:space="preserve">[40:31] </w:t>
      </w:r>
      <w:r>
        <w:t>agar namaz, yeh sahi hai?</w:t>
      </w:r>
    </w:p>
    <w:p>
      <w:pPr>
        <w:jc w:val="right"/>
      </w:pPr>
      <w:r>
        <w:t>अगर नमाज़, यह सही है?</w:t>
      </w:r>
    </w:p>
    <w:p>
      <w:r>
        <w:rPr>
          <w:b/>
        </w:rPr>
        <w:t xml:space="preserve">[40:54] </w:t>
      </w:r>
      <w:r>
        <w:t>zahiri shakal agar ho gayi toh ho gayi.</w:t>
      </w:r>
    </w:p>
    <w:p>
      <w:pPr>
        <w:jc w:val="right"/>
      </w:pPr>
      <w:r>
        <w:t>ज़ाहिरी शक्ल अगर हो गई तो हो गई.</w:t>
      </w:r>
    </w:p>
    <w:p>
      <w:r>
        <w:rPr>
          <w:b/>
        </w:rPr>
        <w:t xml:space="preserve">[40:59] </w:t>
      </w:r>
      <w:r>
        <w:t>namaz toh ho gayi yaar namazen aap padhenge.</w:t>
      </w:r>
    </w:p>
    <w:p>
      <w:pPr>
        <w:jc w:val="right"/>
      </w:pPr>
      <w:r>
        <w:t>नमाज़ तो हो गई यार नामाज़ें आप पढ़ेंगे.</w:t>
      </w:r>
    </w:p>
    <w:p>
      <w:r>
        <w:rPr>
          <w:b/>
        </w:rPr>
        <w:t xml:space="preserve">[41:04] </w:t>
      </w:r>
      <w:r>
        <w:t>kaafir namaz padhenge.</w:t>
      </w:r>
    </w:p>
    <w:p>
      <w:pPr>
        <w:jc w:val="right"/>
      </w:pPr>
      <w:r>
        <w:t>काफिर नमाज़ पढ़ेंगे.</w:t>
      </w:r>
    </w:p>
    <w:p>
      <w:r>
        <w:rPr>
          <w:b/>
        </w:rPr>
        <w:t xml:space="preserve">[41:10] </w:t>
      </w:r>
      <w:r>
        <w:t>zahiri shakal mein ho gayi toh ho gayi.</w:t>
      </w:r>
    </w:p>
    <w:p>
      <w:pPr>
        <w:jc w:val="right"/>
      </w:pPr>
      <w:r>
        <w:t>ज़ाहिरी शक्ल में हो गई तो हो गई.</w:t>
      </w:r>
    </w:p>
    <w:p>
      <w:r>
        <w:rPr>
          <w:b/>
        </w:rPr>
        <w:t xml:space="preserve">[41:15] </w:t>
      </w:r>
      <w:r>
        <w:t>aapne chaar do ragat padhi aur usmein poori tareeke se aapne qayam kiya, ruku kiya, sajda kiya, dono</w:t>
      </w:r>
    </w:p>
    <w:p>
      <w:pPr>
        <w:jc w:val="right"/>
      </w:pPr>
      <w:r>
        <w:t>आपने चार दो रगात पढ़ी और उसमें पूरी तरीके से आपने क्याम किया, रुकू किया, सज्दा किया, दोनों</w:t>
      </w:r>
    </w:p>
    <w:p>
      <w:r>
        <w:rPr>
          <w:b/>
        </w:rPr>
        <w:t xml:space="preserve">[41:21] </w:t>
      </w:r>
      <w:r>
        <w:t>sajda kiya aur uske baad phir dobara qayam kiya, ruku kiya, do sajde ki, phir taiyar padhi, zaroorat</w:t>
      </w:r>
    </w:p>
    <w:p>
      <w:pPr>
        <w:jc w:val="right"/>
      </w:pPr>
      <w:r>
        <w:t>सज्दा किया और उसके बाद फिर दोबारा क्याम किया, रुकू किया, दो सज्दे की, फिर तैयार पढ़ी, ज़रूरत</w:t>
      </w:r>
    </w:p>
    <w:p>
      <w:r>
        <w:rPr>
          <w:b/>
        </w:rPr>
        <w:t xml:space="preserve">[41:26] </w:t>
      </w:r>
      <w:r>
        <w:t>padha, dua padhi, salam phir diya toh namaz ho gayi.</w:t>
      </w:r>
    </w:p>
    <w:p>
      <w:pPr>
        <w:jc w:val="right"/>
      </w:pPr>
      <w:r>
        <w:t>पढ़ा, दुआ पढ़ी, सलाम फिर दिया तो नमाज़ हो गई.</w:t>
      </w:r>
    </w:p>
    <w:p>
      <w:r>
        <w:rPr>
          <w:b/>
        </w:rPr>
        <w:t xml:space="preserve">[41:32] </w:t>
      </w:r>
      <w:r>
        <w:t>shaitan dekhiye insan ko kabhi kabhi negi ke raste se bhi kya karta hai woh dhoke mein dalta hai ke ab nawaz kehna par woh kahega ke nawaz dobara padho. phir kahega ab thodi si nahi padho to usi baat mein laga rahega.</w:t>
      </w:r>
    </w:p>
    <w:p>
      <w:pPr>
        <w:jc w:val="right"/>
      </w:pPr>
      <w:r>
        <w:t>शैतान देखिए इंसान को कभी कभी नेगी के रास्ते से भी क्या करता है वह धोखे में डालता है कि अब नवाज़ कहना पर वह कहेगा कि नवाज़ दोबारा पढ़ो. फिर कहेगा अब थोड़ी सी नहीं पढ़ो तो उसी बात में लगा रहेगा.</w:t>
      </w:r>
    </w:p>
    <w:p>
      <w:r>
        <w:rPr>
          <w:b/>
        </w:rPr>
        <w:t xml:space="preserve">[42:00] </w:t>
      </w:r>
      <w:r>
        <w:t>waswasha ko waswasha ko hataye woh shaitan ka waswasha hai.</w:t>
      </w:r>
    </w:p>
    <w:p>
      <w:pPr>
        <w:jc w:val="right"/>
      </w:pPr>
      <w:r>
        <w:t>वस्वशा को वस्वशा को हटाइए वह शैतान का वस्वशा है.</w:t>
      </w:r>
    </w:p>
    <w:p>
      <w:r>
        <w:rPr>
          <w:b/>
        </w:rPr>
        <w:t xml:space="preserve">[42:10] </w:t>
      </w:r>
      <w:r>
        <w:t>waswasha shaitan ki taraf se hota hai.</w:t>
      </w:r>
    </w:p>
    <w:p>
      <w:pPr>
        <w:jc w:val="right"/>
      </w:pPr>
      <w:r>
        <w:t>वस्वशा शैतान की तरफ से होता है.</w:t>
      </w:r>
    </w:p>
    <w:p>
      <w:r>
        <w:rPr>
          <w:b/>
        </w:rPr>
        <w:t xml:space="preserve">[42:20] </w:t>
      </w:r>
      <w:r>
        <w:t>मुझे भी असल में यह Sharnam Parvez ने जो बात कही इस तरह का शायद मैं भी aswasha</w:t>
      </w:r>
    </w:p>
    <w:p>
      <w:pPr>
        <w:jc w:val="right"/>
      </w:pPr>
      <w:r>
        <w:t>मुझे भी असल में यह शर्नम पर्वेज़ ने जो बात कही इस तरह का शायद मैं भी अस्वशा</w:t>
      </w:r>
    </w:p>
    <w:p>
      <w:r>
        <w:rPr>
          <w:b/>
        </w:rPr>
        <w:t xml:space="preserve">[42:30] </w:t>
      </w:r>
      <w:r>
        <w:t>mein aati hoon.</w:t>
      </w:r>
    </w:p>
    <w:p>
      <w:pPr>
        <w:jc w:val="right"/>
      </w:pPr>
      <w:r>
        <w:t>में आती हूं.</w:t>
      </w:r>
    </w:p>
    <w:p>
      <w:r>
        <w:rPr>
          <w:b/>
        </w:rPr>
        <w:t xml:space="preserve">[42:41] </w:t>
      </w:r>
      <w:r>
        <w:t>sukoon ka matlab aisa nahi ki ek ghanta do ghanta padhna normal jaise padhte waise padhti to ho gayi namaz. unhone bahut jaldi jaldi namaz wah padh liya to aaye honge profit se mulaqaat karne. wo ab choge masjid mein aate hain to do ragad namaz padhne jaldi jaldi padh ke aa gaye honge to matlab wo tha spirit par zor dene ke liye tha farm par zor dene ke liye nahi tha wo.</w:t>
      </w:r>
    </w:p>
    <w:p>
      <w:pPr>
        <w:jc w:val="right"/>
      </w:pPr>
      <w:r>
        <w:t>सुकून का मतलब ऐसा नहीं कि एक घंटा दो घंटा पढ़ना normal जैसे पढ़ते वैसे पढ़ती तो हो गई नमाज़. उन्होंने बहुत जल्दी जल्दी नमाज़ वह पढ़ लिया तो आए होंगे profit से मुलाक़ात करने. वो अब चोगे मस्जिद में आते हैं तो दो रगद नमाज़ पढ़ने जल्दी जल्दी पढ़ के आ गए होंगे तो मतलब वो था spirit पर ज़ोर देने के लिए था farm पर ज़ोर देने के लिए नहीं था वो.</w:t>
      </w:r>
    </w:p>
    <w:p>
      <w:r>
        <w:rPr>
          <w:b/>
        </w:rPr>
        <w:t xml:space="preserve">[43:05] </w:t>
      </w:r>
      <w:r>
        <w:t>नहीं आपकी नमाज़ें किसी दिन किसी दिन बहुत अच्छी हो ती हैं और किसी दिन इतनी हसीन नहीं लगती.</w:t>
      </w:r>
    </w:p>
    <w:p>
      <w:pPr>
        <w:jc w:val="right"/>
      </w:pPr>
      <w:r>
        <w:t>नहीं आपकी नमाज़ें किसी दिन किसी दिन बहुत अच्छी हो ती हैं और किसी दिन इतनी है चीन नहीं लगती.</w:t>
      </w:r>
    </w:p>
    <w:p>
      <w:r>
        <w:rPr>
          <w:b/>
        </w:rPr>
        <w:t xml:space="preserve">[43:21] </w:t>
      </w:r>
      <w:r>
        <w:t>bas allah se dua hi maangna hai ke allah hamari namazon ko behtar kar aur focus hamara rahe.</w:t>
      </w:r>
    </w:p>
    <w:p>
      <w:pPr>
        <w:jc w:val="right"/>
      </w:pPr>
      <w:r>
        <w:t>बस अल्लाह से दुआ ही मांगना है कि अल्लाह हमारी नमाज़ों को बेहतर कर और focus हमारा रहे.</w:t>
      </w:r>
    </w:p>
    <w:p>
      <w:r>
        <w:rPr>
          <w:b/>
        </w:rPr>
        <w:t xml:space="preserve">[43:37] </w:t>
      </w:r>
      <w:r>
        <w:t>to agli baar zyada acha karein agar kisi baar hamari kami hui hai.</w:t>
      </w:r>
    </w:p>
    <w:p>
      <w:pPr>
        <w:jc w:val="right"/>
      </w:pPr>
      <w:r>
        <w:t>तो अगली बार ज़्यादा अच्छा करें अगर किसी बार हमारी कमी हुई है.</w:t>
      </w:r>
    </w:p>
    <w:p>
      <w:r>
        <w:rPr>
          <w:b/>
        </w:rPr>
        <w:t xml:space="preserve">[43:53] </w:t>
      </w:r>
      <w:r>
        <w:t>priya wali. shikriya wali shikriya. satya khanam, aapka koi sawal hai? ji ji. ji boliye. mujhe khari ki ek hadish hai. usko uske bare mein thoda samajhna tha aur hadis number hai 1377.</w:t>
      </w:r>
    </w:p>
    <w:p>
      <w:pPr>
        <w:jc w:val="right"/>
      </w:pPr>
      <w:r>
        <w:t>प्रिय वाली. शिक्रिय वाली शिक्रिया. सत्या खानम, आपका कोई सवाल है? जी जी. जी बोलिए. मुझे खारी की एक हदीश है. उसको उसके बारे में थोड़ा समझना था और हदीस number है 1377.</w:t>
      </w:r>
    </w:p>
    <w:p>
      <w:r>
        <w:rPr>
          <w:b/>
        </w:rPr>
        <w:t xml:space="preserve">[44:11] </w:t>
      </w:r>
      <w:r>
        <w:t>rasoosral Allah is tarah dua karte the aillah main qabr ke azaab se teri pana chahta hoon aur dozakh ke azaab se aur zindagi aur maut ki azmaishon se aur khane tajjjal ki bala se teri pana chahta hoon.</w:t>
      </w:r>
    </w:p>
    <w:p>
      <w:pPr>
        <w:jc w:val="right"/>
      </w:pPr>
      <w:r>
        <w:t>रासूसराल अल्लाह इस तरह दुआ करते थे ऐल्लाह मैं कब्र के अजाब से तेरी पना चाहता हूं और दोजक के अजाब से और ज़िंदगी और मौत की आज़माइशों से और खाने तज्जाल की बला से तेरी पना चाहता हूं.</w:t>
      </w:r>
    </w:p>
    <w:p>
      <w:r>
        <w:rPr>
          <w:b/>
        </w:rPr>
        <w:t xml:space="preserve">[44:27] </w:t>
      </w:r>
      <w:r>
        <w:t>to mera question yeh hai ki zindagi ki jo azmaish hoti hain wah trial hoti hain matlab insaan ke development ke liye aur aap sallah sallah yahan jo panaah mang rahe hain to uske bare mein thoda agar aap raushni daal sakein aapaa to wahi mujhe poochna tha ismein.</w:t>
      </w:r>
    </w:p>
    <w:p>
      <w:pPr>
        <w:jc w:val="right"/>
      </w:pPr>
      <w:r>
        <w:t>तो मेरा question यह है कि ज़िंदगी की जो आज़माइश होती हैं वह trial होती हैं मतलब इंसान के development के लिए और आप सल्लाह सल्लाह यहां जो पनाह मांग रहे हैं तो उसके बारे में थोड़ा अगर आप रौशनी डाल सके आपा तो वही मुझे पूछना था इसमें.</w:t>
      </w:r>
    </w:p>
    <w:p>
      <w:r>
        <w:rPr>
          <w:b/>
        </w:rPr>
        <w:t xml:space="preserve">[44:50] </w:t>
      </w:r>
      <w:r>
        <w:t>dekhiye woh jo banaam aa gayi hai na asal mein insaan ko apne aap se kisi museebat ya</w:t>
      </w:r>
    </w:p>
    <w:p>
      <w:pPr>
        <w:jc w:val="right"/>
      </w:pPr>
      <w:r>
        <w:t>देखिए वह जो बनाम आ गई है ना असल में इंसान को अपने आप से किसी मुसीबत या</w:t>
      </w:r>
    </w:p>
    <w:p>
      <w:r>
        <w:rPr>
          <w:b/>
        </w:rPr>
        <w:t xml:space="preserve">[45:08] </w:t>
      </w:r>
      <w:r>
        <w:t>kis trial mein nahi jaana hai us sense mein woh.</w:t>
      </w:r>
    </w:p>
    <w:p>
      <w:pPr>
        <w:jc w:val="right"/>
      </w:pPr>
      <w:r>
        <w:t>किस trial में नहीं जाना है उस sense में वह.</w:t>
      </w:r>
    </w:p>
    <w:p>
      <w:r>
        <w:rPr>
          <w:b/>
        </w:rPr>
        <w:t xml:space="preserve">[45:26] </w:t>
      </w:r>
      <w:r>
        <w:t>haan, ek sorry.</w:t>
      </w:r>
    </w:p>
    <w:p>
      <w:pPr>
        <w:jc w:val="right"/>
      </w:pPr>
      <w:r>
        <w:t>हां, एक sorry.</w:t>
      </w:r>
    </w:p>
    <w:p>
      <w:r>
        <w:rPr>
          <w:b/>
        </w:rPr>
        <w:t xml:space="preserve">[45:45] </w:t>
      </w:r>
      <w:r>
        <w:t>hazrat umar hazrat aoo bakar ka ke hadeesh hai allah girusul sulasul ne kaha ke insaan ko imaan</w:t>
      </w:r>
    </w:p>
    <w:p>
      <w:pPr>
        <w:jc w:val="right"/>
      </w:pPr>
      <w:r>
        <w:t>हजरत उमर हजरत आऊ बकर का कि हदीश है अल्लाह गिरुसुल सुलासुल ने कहा कि इंसान को ईमान</w:t>
      </w:r>
    </w:p>
    <w:p>
      <w:r>
        <w:rPr>
          <w:b/>
        </w:rPr>
        <w:t xml:space="preserve">[46:03] </w:t>
      </w:r>
      <w:r>
        <w:t>ke baad jo sab se behtar cheez di gayi woh aafiyat hai.</w:t>
      </w:r>
    </w:p>
    <w:p>
      <w:pPr>
        <w:jc w:val="right"/>
      </w:pPr>
      <w:r>
        <w:t>के बाद जो सबसे बेहतर चीज़ दी गई वह आफ़ियत है.</w:t>
      </w:r>
    </w:p>
    <w:p>
      <w:r>
        <w:rPr>
          <w:b/>
        </w:rPr>
        <w:t xml:space="preserve">[46:22] </w:t>
      </w:r>
      <w:r>
        <w:t>usi bolte hain itni kism kism ki hoti hain. ab jaise Afghanistan mein jang hui saare log kitna barbaad ho gaye. to yeh sab cheezon se bana mangni chhoti moti apna wah to aate hi rehti hai masal duniya mein aate hi rehte hain to usko to matlab wah jo kaable bardasht hai to wo to theek hai lekin aisi aisi museebaten hain jisko insaan bardasht nahi kar sakta to uske liye Allah spanaah mangni chahiye.</w:t>
      </w:r>
    </w:p>
    <w:p>
      <w:pPr>
        <w:jc w:val="right"/>
      </w:pPr>
      <w:r>
        <w:t>उसी बोलते हैं इतनी किस्म किस्म की होती है. अब जैसे Afghanistan में जंग हुई सारे लोग कितना बर्बाद हो गए. तो यह सब चीज़ों से बना मांगनी छोटी मोटी अपना वह तो आते ही रहती है मसाल दुनिया में आते ही रहते हैं तो उसको तो मतलब वह जो काबले बर्दाश्त है तो वह तो ठीक है लेकिन ऐसी ऐसी मुसीबतें हैं जिसको इंसान बर्दाश्त नहीं कर सकता तो उसके लिए अल्लाह स्पनाह मांगनी चाहिए.</w:t>
      </w:r>
    </w:p>
    <w:p>
      <w:r>
        <w:rPr>
          <w:b/>
        </w:rPr>
        <w:t xml:space="preserve">[46:51] </w:t>
      </w:r>
      <w:r>
        <w:t>specially woh jo fitna wahan par hai na usmein ek aur cheez bhi muraad ho sakti hai ke</w:t>
      </w:r>
    </w:p>
    <w:p>
      <w:pPr>
        <w:jc w:val="right"/>
      </w:pPr>
      <w:r>
        <w:t>Specially वह जो फिटना वहां पर है ना उसमें एक और चीज़ भी मुराद हो सकती है कि</w:t>
      </w:r>
    </w:p>
    <w:p>
      <w:r>
        <w:rPr>
          <w:b/>
        </w:rPr>
        <w:t xml:space="preserve">[47:03] </w:t>
      </w:r>
      <w:r>
        <w:t>fitna kehte hain aisi cheez ko jismein insaan ko sahi aur durust chahta hoon ya chahti hoon taake</w:t>
      </w:r>
    </w:p>
    <w:p>
      <w:pPr>
        <w:jc w:val="right"/>
      </w:pPr>
      <w:r>
        <w:t>फिटना कहते हैं ऐसी चीज़ को जिसमें इंसान को सही और दुरुस्त चाहता हूं या चाहती हूं ताकि</w:t>
      </w:r>
    </w:p>
    <w:p>
      <w:r>
        <w:rPr>
          <w:b/>
        </w:rPr>
        <w:t xml:space="preserve">[47:16] </w:t>
      </w:r>
      <w:r>
        <w:t>mere saamne woh fit na na aaye jismein hum galat raaste ki taraf chalega.</w:t>
      </w:r>
    </w:p>
    <w:p>
      <w:pPr>
        <w:jc w:val="right"/>
      </w:pPr>
      <w:r>
        <w:t>मेरे सामने वह fit ना ना आए जिसमें हम गलत रास्ते की तरफ चलेगा.</w:t>
      </w:r>
    </w:p>
    <w:p>
      <w:r>
        <w:rPr>
          <w:b/>
        </w:rPr>
        <w:t xml:space="preserve">[47:29] </w:t>
      </w:r>
      <w:r>
        <w:t>chaliye kya question? ji jaza kallapam, jaza kalla faraad bhai for all the answers that aap log bata rahe hain jise hum bahut gaur se sun rahe hain in sawalon ka jawab jo sun rahe hain aur hamari apni learning ho rahi hai. to we are we have come to the end of the session but I would like other ladies jinka shayad sawal ho lekin wah humko time na milna ho to wah apna jaldi se sawal puch sakte hain because we have to end this session on time.</w:t>
      </w:r>
    </w:p>
    <w:p>
      <w:pPr>
        <w:jc w:val="right"/>
      </w:pPr>
      <w:r>
        <w:t>चलिए क्या question? जी जज़ा कल्लापाम, जज़ा कल्ला फराद भाई for all the answers that आप लोग बता रहे हैं जिसे हम बहुत गौर से sun रहे हैं इन सवालों का जवाब जो sun रहे हैं और हमारी अपनी learning हो रही है. तो we are we have come to the end of the session but I would like other ladies जिनका शायद सवाल हो लेकिन वह हमको time ना मिलना हो तो वह अपना जल्दी से सवाल पुछ सकते हैं because we have to end this session on time.</w:t>
      </w:r>
    </w:p>
    <w:p>
      <w:r>
        <w:rPr>
          <w:b/>
        </w:rPr>
        <w:t xml:space="preserve">[47:57] </w:t>
      </w:r>
      <w:r>
        <w:t>ek sawal hai kuch aaya hai lonon koda ka wah haj karne gayi hain. farashaab chapter seven ki verse 51. unhone poocha hai isko explain karne ke liye kaha hai.</w:t>
      </w:r>
    </w:p>
    <w:p>
      <w:pPr>
        <w:jc w:val="right"/>
      </w:pPr>
      <w:r>
        <w:t>एक सवाल है कुछ आया है लोनों कोदा का वह हज करने गई हैं. फराशाब chapter seven की verse 51. उन्होंने पुछा है इसको explain करने के लिए कहा है.</w:t>
      </w:r>
    </w:p>
    <w:p>
      <w:r>
        <w:rPr>
          <w:b/>
        </w:rPr>
        <w:t xml:space="preserve">[48:12] </w:t>
      </w:r>
      <w:r>
        <w:t>wah jinhone apne din ko khel aur tamasha bana liya tha aur jinko duniya ki zindagi ne dhoke mein daal rakha tha, bas aaj hum unko bhula denge jis tarah unhone apne is din ki mulaqaat ko bhula diya tha aur jaisa ki wah hamari nishaniyon ka inkaar karte rahe to wah isko zara sawal samajhna chah rahi thi.</w:t>
      </w:r>
    </w:p>
    <w:p>
      <w:pPr>
        <w:jc w:val="right"/>
      </w:pPr>
      <w:r>
        <w:t>वह जिन्होंने अपने दिन को खेल और तमाशा बना लिया था और जिनको दुनिया की ज़िंदगी ने धोखे में डाल रखा था, बस आज हम उनको भुला देंगे जिस तरह उन्होंने अपने इस दिन की मुलाकात को भुला दिया था और जैसा कि वह हमारी निशानियों का इंकार करते रहे तो वह इसको ज़रा सवाल समझना चाह रही थी.</w:t>
      </w:r>
    </w:p>
    <w:p>
      <w:r>
        <w:rPr>
          <w:b/>
        </w:rPr>
        <w:t xml:space="preserve">[48:42] </w:t>
      </w:r>
      <w:r>
        <w:t>dekhiye Allah taala ka at kanoon hai faz guruni adgurukum. tum mujhe yaad karo main tumhe yaad karunga. usi tarike sadish mein jo meri taraf ek balisht aage badhega main uski taraf ek haath aage badhaunga. to insaan ka kaam yeh hai insaan ki zimmedari yeh hoti hai ki Khuda ki taraf padhe to Allah kala uski taraf uski rahumahi karega uski madad karega. is sense mein yeh.</w:t>
      </w:r>
    </w:p>
    <w:p>
      <w:pPr>
        <w:jc w:val="right"/>
      </w:pPr>
      <w:r>
        <w:t>देखिए अल्लाह ताला का एट कानून है फ़ज़ गुरुनी अद्गुरुकुम. तुम मुझे याद करो मैं तुम्हें याद करूंगा. उसी तरीके सदीश में जो मेरी तरफ एक बालिश्त आगे बढ़ेगा मैं उसकी तरफ एक हाथ आगे बढ़ाऊंगा. तो इंसान का काम यह है इंसान की ज़िम्मेदारी यह होती है कि खुदा की तरफ पढ़े तो अल्लाह कला उसकी तरफ उसकी राहुमाही करेगा उसकी मदद करेगा. इस sense में यह.</w:t>
      </w:r>
    </w:p>
    <w:p>
      <w:r>
        <w:rPr>
          <w:b/>
        </w:rPr>
        <w:t xml:space="preserve">[49:07] </w:t>
      </w:r>
      <w:r>
        <w:t>duniya mein jo cheezein mil rahi hain jo aapko dozakh kehte hain ya jahan hum kehte hain wahan par lagte hain usko alag jagah. achha, usmein doosra jo portion hai wah yeh hai ki jisne khel khud ko apna deen bana liya.</w:t>
      </w:r>
    </w:p>
    <w:p>
      <w:pPr>
        <w:jc w:val="right"/>
      </w:pPr>
      <w:r>
        <w:t>दुनिया में जो चीज़ें मिल रही हैं जो आपको दोझक कहते हैं या जहां हम कहते वहां पर लगते हैं उसको अलग जगह. अच्छा, उसमें दूसरा जो portion है वह यह है कि जिसने खेल खुद को अपना दीन बना लिया.</w:t>
      </w:r>
    </w:p>
    <w:p>
      <w:r>
        <w:rPr>
          <w:b/>
        </w:rPr>
        <w:t xml:space="preserve">[49:34] </w:t>
      </w:r>
      <w:r>
        <w:t>teen banaane ka matlab islam nahi hai ke usne apna entertainment culture ko apna liya, khaai shaad ke</w:t>
      </w:r>
    </w:p>
    <w:p>
      <w:pPr>
        <w:jc w:val="right"/>
      </w:pPr>
      <w:r>
        <w:t>तीन बनाने का मतलब इस्लाम नहीं है कि उसने अपना entertainment culture को अपना लिया, खाई शाद के</w:t>
      </w:r>
    </w:p>
    <w:p>
      <w:r>
        <w:rPr>
          <w:b/>
        </w:rPr>
        <w:t xml:space="preserve">[49:40] </w:t>
      </w:r>
      <w:r>
        <w:t>peeche jalne laga.</w:t>
      </w:r>
    </w:p>
    <w:p>
      <w:pPr>
        <w:jc w:val="right"/>
      </w:pPr>
      <w:r>
        <w:t>पीछे जलने लगा.</w:t>
      </w:r>
    </w:p>
    <w:p>
      <w:r>
        <w:rPr>
          <w:b/>
        </w:rPr>
        <w:t xml:space="preserve">[49:46] </w:t>
      </w:r>
      <w:r>
        <w:t>yeh sab cheez jo karega to jo insaan aisa karega ullah tala ko bulaayega hi.</w:t>
      </w:r>
    </w:p>
    <w:p>
      <w:pPr>
        <w:jc w:val="right"/>
      </w:pPr>
      <w:r>
        <w:t>यह सब चीज़ जो करेगा तो जो इंसान ऐसा करेगा उल्लाह तला को बुलाएगा ही.</w:t>
      </w:r>
    </w:p>
    <w:p>
      <w:r>
        <w:rPr>
          <w:b/>
        </w:rPr>
        <w:t xml:space="preserve">[49:52] </w:t>
      </w:r>
      <w:r>
        <w:t>usko acche khaane, qism qism ke khaane acche lagenge.</w:t>
      </w:r>
    </w:p>
    <w:p>
      <w:pPr>
        <w:jc w:val="right"/>
      </w:pPr>
      <w:r>
        <w:t>उसको अच्छे खाने, किस्म किस्म के खाने अच्छे लगेंगे.</w:t>
      </w:r>
    </w:p>
    <w:p>
      <w:r>
        <w:rPr>
          <w:b/>
        </w:rPr>
        <w:t xml:space="preserve">[49:58] </w:t>
      </w:r>
      <w:r>
        <w:t>entertainment culture usko accha lagega.</w:t>
      </w:r>
    </w:p>
    <w:p>
      <w:pPr>
        <w:jc w:val="right"/>
      </w:pPr>
      <w:r>
        <w:t>Entertainment culture उसको अच्छा लगेगा.</w:t>
      </w:r>
    </w:p>
    <w:p>
      <w:r>
        <w:rPr>
          <w:b/>
        </w:rPr>
        <w:t xml:space="preserve">[50:05] </w:t>
      </w:r>
      <w:r>
        <w:t>jo apne rab ke saamne khada hone se dra aur khai shaad ki pairvi se apne aap ko roka, to jannat uska thikana jannat hai. to yeh to basic usool hai jannat mein jaane ke ek pehlu se ki aapko aakhir ke saamne, Khuda ke saamne khada hona isse darna hai. doosra apni khwaish ke mutabik nahi chalna har waqt.</w:t>
      </w:r>
    </w:p>
    <w:p>
      <w:pPr>
        <w:jc w:val="right"/>
      </w:pPr>
      <w:r>
        <w:t>जो अपने रब के सामने खड़ा होने से ड्रा और खाई शाद की पैरवी से अपने आप को रोका, तो जन्नत उसका ठिकाना जन्नत है. तो यह तो basic उसूल है जन्नत में जाने के एक पहलू से कि आपको आख़ित के सामने, खुदा के सामने खड़ा होना इससे डरना है. दूसरा अपनी खाइश के मुताबिक नहीं चलना हर वक्त.</w:t>
      </w:r>
    </w:p>
    <w:p>
      <w:r>
        <w:rPr>
          <w:b/>
        </w:rPr>
        <w:t xml:space="preserve">[50:29] </w:t>
      </w:r>
      <w:r>
        <w:t>matlab yeh ke alfaas ko literally nahi lena hai matlab khuda ki blessing se khuda ki rehmat se</w:t>
      </w:r>
    </w:p>
    <w:p>
      <w:pPr>
        <w:jc w:val="right"/>
      </w:pPr>
      <w:r>
        <w:t>मतलब यह कि अल्फास को literally नहीं लेना है मतलब खुदा की blessing से खुदा की रहमत से</w:t>
      </w:r>
    </w:p>
    <w:p>
      <w:r>
        <w:rPr>
          <w:b/>
        </w:rPr>
        <w:t xml:space="preserve">[50:45] </w:t>
      </w:r>
      <w:r>
        <w:t>woh mahroom ho jayega matlab yeh hai.</w:t>
      </w:r>
    </w:p>
    <w:p>
      <w:pPr>
        <w:jc w:val="right"/>
      </w:pPr>
      <w:r>
        <w:t>वो महरूम हो जाएगा मतलब यह है.</w:t>
      </w:r>
    </w:p>
    <w:p>
      <w:r>
        <w:rPr>
          <w:b/>
        </w:rPr>
        <w:t xml:space="preserve">[51:01] </w:t>
      </w:r>
      <w:r>
        <w:t>haan haan sahi woh hai na ek tasqirur quran ne ek mazmoon bhi mulano ne visha tha</w:t>
      </w:r>
    </w:p>
    <w:p>
      <w:pPr>
        <w:jc w:val="right"/>
      </w:pPr>
      <w:r>
        <w:t>हां हां सही वो है ना एक तस्किरूर कुरान ने एक मज़गून भी मुलानों ने विशा था</w:t>
      </w:r>
    </w:p>
    <w:p>
      <w:r>
        <w:rPr>
          <w:b/>
        </w:rPr>
        <w:t xml:space="preserve">[51:17] </w:t>
      </w:r>
      <w:r>
        <w:t>ji. haan karna padega sir. I hope now though we have come to the end of the session, we we do pledge that we will finish it on time. And all the questions and answers that was delivered was very profound, very we learned quite a lot, especially this session of Arida Hapa and Parad Bai is awaited for.</w:t>
      </w:r>
    </w:p>
    <w:p>
      <w:pPr>
        <w:jc w:val="right"/>
      </w:pPr>
      <w:r>
        <w:t>जी. हां करना पड़ेगा sir. I hope now though we have come to the end of the session, we we do pledge that we will finish it on time. And all the questions and answers that was delivered was very profound, very we learned quite a lot, especially this session of Arida Hapa and Parad Bai is awaited for.</w:t>
      </w:r>
    </w:p>
    <w:p>
      <w:r>
        <w:rPr>
          <w:b/>
        </w:rPr>
        <w:t xml:space="preserve">[51:42] </w:t>
      </w:r>
      <w:r>
        <w:t>And we wait for this session to be with them to grow in our learning and we when we ask questions we are ourselves growing in our intellectual development. jaza kalla farida apa and jaza kalla faraad bhai. Nevertheless we will wait another session in the end of the month in June and in shahallah we will in every week as we are doing the spiritual learning of sharing of the articles, we will be doing so.</w:t>
      </w:r>
    </w:p>
    <w:p>
      <w:pPr>
        <w:jc w:val="right"/>
      </w:pPr>
      <w:r>
        <w:t>And we wait for this session to be with them to grow in our learning and we when we ask questions we are ourselves growing in our intellectual development. जज़ा कल्ला फरीदा आपा and जज़ा कल्ला फराद भाई. Nevertheless we will wait another session in the end of the month in June and in शाहल्लाह we will in every week as we are doing the spiritual learning of sharing of the articles, we will be doing so.</w:t>
      </w:r>
    </w:p>
    <w:p>
      <w:r>
        <w:rPr>
          <w:b/>
        </w:rPr>
        <w:t xml:space="preserve">[52:12] </w:t>
      </w:r>
      <w:r>
        <w:t>So we end this session. Everyone being here and sharing their learning and sharing the question and answers. parad bhai aap is session ko dua se end karte hain. Allah taalaah main teri hum teri panah chahte hain shaitant vishish hai teri panah chahte is baat se ki hamare mamlaat bigad jayein.</w:t>
      </w:r>
    </w:p>
    <w:p>
      <w:pPr>
        <w:jc w:val="right"/>
      </w:pPr>
      <w:r>
        <w:t>So we end this session. Everyone being here and sharing their learning and sharing the question and answers. पराद भाई आप इस session को दुआ से end करते हैं. अल्लाह तालाह मैं तेरी हम तेरी पनाह चाहते हैं शैतांत विश्विशेष है तेरी पनाह चाहते इस बात से कि हमारे मामलात बिगड़ जाएं.</w:t>
      </w:r>
    </w:p>
    <w:p>
      <w:r>
        <w:rPr>
          <w:b/>
        </w:rPr>
        <w:t xml:space="preserve">[52:41] </w:t>
      </w:r>
      <w:r>
        <w:t>Allah taalaah hamein is baat ki tofeeq di hai ki hum is duniya mein wo kaam karein jis duniyat par aakhirat mein tera deedaar ho aur teri riza hasil ho, teri blessing hasil ho. aameen. So we come to the end of the session. assalam alaikum.</w:t>
      </w:r>
    </w:p>
    <w:p>
      <w:pPr>
        <w:jc w:val="right"/>
      </w:pPr>
      <w:r>
        <w:t>अल्लाह तलाह हमें इस बात की तोफ़ीक दी है कि हम इस दुनिया में वो काम करें जिस दुनियात पर आख़रत में तेरा दीदार हो और तेरी रिज़ा हासिल हो, तेरी blessing हासिल हो. आमीन. So we come to the end of the session. अस्सलाम अलिकुम.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