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conversation with Maulana Wahiduddin Khan on Aaj Saware, Doordarshan</w:t>
      </w:r>
    </w:p>
    <w:p>
      <w:r>
        <w:t>https://www.youtube.com/watch?v=vQkHY1LZz9w</w:t>
      </w:r>
    </w:p>
    <w:p>
      <w:r>
        <w:rPr>
          <w:b/>
        </w:rPr>
        <w:t xml:space="preserve">[00:05] </w:t>
      </w:r>
      <w:r>
        <w:t>Hello and welcome to our program. Religion, for most of us, is a construct, a structure of values and beliefs that helps us live our lives.</w:t>
      </w:r>
    </w:p>
    <w:p>
      <w:pPr>
        <w:jc w:val="right"/>
      </w:pPr>
      <w:r>
        <w:t>Hello and welcome to our program. Religion, for most of us, is a construct, a structure of values and beliefs that helps us live our lives.</w:t>
      </w:r>
    </w:p>
    <w:p>
      <w:r>
        <w:rPr>
          <w:b/>
        </w:rPr>
        <w:t xml:space="preserve">[00:14] </w:t>
      </w:r>
      <w:r>
        <w:t>But how we view religion is a matter of understanding and of interpretation. The challenge arises when we start stereotyping religion, when we start confusing the belief with the believer, when we start using the believer to try and judge the belief.</w:t>
      </w:r>
    </w:p>
    <w:p>
      <w:pPr>
        <w:jc w:val="right"/>
      </w:pPr>
      <w:r>
        <w:t>But how we view religion is a matter of understanding and of interpretation. The challenge arises when we start stereotyping religion, when we start confusing the belief with the believer, when we start using the believer to try and judge the belief.</w:t>
      </w:r>
    </w:p>
    <w:p>
      <w:r>
        <w:rPr>
          <w:b/>
        </w:rPr>
        <w:t xml:space="preserve">[00:33] </w:t>
      </w:r>
      <w:r>
        <w:t>That's when understanding takes a big hit. Well, today's program is dedicated to greater understanding because our guest is a repository of wisdom and learning.</w:t>
      </w:r>
    </w:p>
    <w:p>
      <w:pPr>
        <w:jc w:val="right"/>
      </w:pPr>
      <w:r>
        <w:t>That's when understanding takes a big hit. Well, today's program is dedicated to greater understanding because our guest is a repository of wisdom and learning.</w:t>
      </w:r>
    </w:p>
    <w:p>
      <w:r>
        <w:rPr>
          <w:b/>
        </w:rPr>
        <w:t xml:space="preserve">[00:46] </w:t>
      </w:r>
      <w:r>
        <w:t>One of the most eminent scholars of Islam, he has not only dedicated his life to understanding his faith but is also a very keen proponent of the ideology of peace.</w:t>
      </w:r>
    </w:p>
    <w:p>
      <w:pPr>
        <w:jc w:val="right"/>
      </w:pPr>
      <w:r>
        <w:t>One of the most eminent scholars of Islam, he has not only dedicated his life to understanding his faith but is also a very keen proponent of the ideology of peace.</w:t>
      </w:r>
    </w:p>
    <w:p>
      <w:r>
        <w:rPr>
          <w:b/>
        </w:rPr>
        <w:t xml:space="preserve">[00:58] </w:t>
      </w:r>
      <w:r>
        <w:t>Please welcome Maulana Wahiduddin Khan.</w:t>
      </w:r>
    </w:p>
    <w:p>
      <w:pPr>
        <w:jc w:val="right"/>
      </w:pPr>
      <w:r>
        <w:t>Please welcome Maulana Wahiduddin Khan.</w:t>
      </w:r>
    </w:p>
    <w:p>
      <w:r>
        <w:rPr>
          <w:b/>
        </w:rPr>
        <w:t xml:space="preserve">[01:02] </w:t>
      </w:r>
      <w:r>
        <w:t>Maulana Sahib, welcome to our show. Thank you. You are the Prophet of Peace. Why did you decide to write this book?</w:t>
      </w:r>
    </w:p>
    <w:p>
      <w:pPr>
        <w:jc w:val="right"/>
      </w:pPr>
      <w:r>
        <w:t>Maulana Sahib, welcome to our show. Thank you. You, you know, you know, you know, you know, you know, you know, you know, what you know. You know, you know, you know, you know, you know, you know, you know, you're the Prophet of Peace. Why did you decide to write this book?</w:t>
      </w:r>
    </w:p>
    <w:p>
      <w:r>
        <w:rPr>
          <w:b/>
        </w:rPr>
        <w:t xml:space="preserve">[01:14] </w:t>
      </w:r>
      <w:r>
        <w:t>Dekhiye, meri lifetime study ka ye result hai. Main bachpan se pacifist raha hoon, chote pan se.</w:t>
      </w:r>
    </w:p>
    <w:p>
      <w:pPr>
        <w:jc w:val="right"/>
      </w:pPr>
      <w:r>
        <w:t>देखिए, मेरी लाइफटाइम स्टडी का ये रिजल्ट है। मैं बचपन से पेसिफिस्ट रहा हूँ, छोटेपन से।</w:t>
      </w:r>
    </w:p>
    <w:p>
      <w:r>
        <w:rPr>
          <w:b/>
        </w:rPr>
        <w:t xml:space="preserve">[01:26] </w:t>
      </w:r>
      <w:r>
        <w:t>Mere bhai, jo mere, umm, unse main inspire hua, bade bhai, jo bahut zabardast congressi the, to wo kaha karte the ke Mahatma Gandhi ka jo satyagrah hai, wo Quran mein is tarah se hai ke "watwaso bis sabr, watwaso bil haq, watwaso bis sabr". Usi ka translation hai ye. To main wahan se sochta tha ke dekhiye, Islam koi alag cheez nahi hai.</w:t>
      </w:r>
    </w:p>
    <w:p>
      <w:pPr>
        <w:jc w:val="right"/>
      </w:pPr>
      <w:r>
        <w:t>मेरे भाई, जो मेरे, उम्म, उनसे मैं इंस्पायर हुआ, बड़े भाई, जो बहुत जबरदस्त कांग्रेसी थे, तो वो कहा करते थे कि महात्मा गांधी का जो सत्य ग्रह है, वो कुरान में इस तरीके से है कि "وتواسوا بالصبر، وتواسوا بالحق، وتواسوا بالصبر"। उसी का ट्रांसलेशन है ये। तो मैं वहाँ से सोचता था कि देखिए, इस्लाम कोई अलग चीज़ नहीं है।</w:t>
      </w:r>
    </w:p>
    <w:p>
      <w:r>
        <w:rPr>
          <w:b/>
        </w:rPr>
        <w:t xml:space="preserve">[01:55] </w:t>
      </w:r>
      <w:r>
        <w:t>Islam universal values ko advocate karta hai, jo har jagah pai jati hain. To phir main isko padhta raha, padhta raha, padhta raha, yahan tak ke maine discover kiya ke peace jo hai, wo Islam mein—peace is the summum bonum in Islam.</w:t>
      </w:r>
    </w:p>
    <w:p>
      <w:pPr>
        <w:jc w:val="right"/>
      </w:pPr>
      <w:r>
        <w:t>इस्लाम यूनिवर्सल वैल्यूज़ को एडवोकेट करता है, जो हर जगह पाई जाती है। तो फिर मैं इसको पढ़ता रहा, पढ़ता रहा, पढ़ता रहा, यहाँ तक कि मैंने डिस्कवर किया कि पीस जो है, वो इस्लाम में—पीस इज़ द समम बोरम इन इस्लाम।</w:t>
      </w:r>
    </w:p>
    <w:p>
      <w:r>
        <w:rPr>
          <w:b/>
        </w:rPr>
        <w:t xml:space="preserve">[02:16] </w:t>
      </w:r>
      <w:r>
        <w:t>Peace is the summum bonum in Islam. To usko lekar ke maine padha.</w:t>
      </w:r>
    </w:p>
    <w:p>
      <w:pPr>
        <w:jc w:val="right"/>
      </w:pPr>
      <w:r>
        <w:t>पीस इज़ द समम बोरम इन इस्लाम। तो उसको लेकर के मैंने पढ़ा।</w:t>
      </w:r>
    </w:p>
    <w:p>
      <w:r>
        <w:rPr>
          <w:b/>
        </w:rPr>
        <w:t xml:space="preserve">[02:20] </w:t>
      </w:r>
      <w:r>
        <w:t>Ji. To poora jo Islam ki jo mythology hai, jo Prophet ki jo life hai, usse explain ho gayi. To phir maine ye kitab likhi. Umm, is kitab mein aapne, Maulana Sahib, bahut aham mudde address kare hain aur kitni misunderstandings hain, aapne clear karne ki koshish kari hai. To, aur aap ye bhi kehte hain ke Islam is based on the ideology of peace. To phir itni misunderstanding kyun?</w:t>
      </w:r>
    </w:p>
    <w:p>
      <w:pPr>
        <w:jc w:val="right"/>
      </w:pPr>
      <w:r>
        <w:t>जी। तो पूरा जो इस्लाम की जो मिथोलॉजी है, जो प्रॉफिट की जो लाइफ है, उससे एक्सप्लेन हो गई। तो फिर मैंने ये किताब लिखी। उम्म, इस किताब में आपने, Maulana Sahib, बहुत अहम मुद्दे एड्रेस करे हैं और कितनी मिसअंडरस्टैंडिंग्स हैं, आपने क्लियर करने की कोशिश करी है। तो, और आप ये भी कहते हैं कि इस्लाम इज़ बेस्ड ऑन द आइडियोलॉजी ऑफ़ पीस। तो फिर इतनी मिसअंडरस्टैंडिंग क्यों?</w:t>
      </w:r>
    </w:p>
    <w:p>
      <w:r>
        <w:rPr>
          <w:b/>
        </w:rPr>
        <w:t xml:space="preserve">[02:46] </w:t>
      </w:r>
      <w:r>
        <w:t>Misunderstanding jo scripture se nahi aati,</w:t>
      </w:r>
    </w:p>
    <w:p>
      <w:pPr>
        <w:jc w:val="right"/>
      </w:pPr>
      <w:r>
        <w:t>मिसअंडरस्टैंडिंग जो स्क्रिप्चर से नहीं आती,</w:t>
      </w:r>
    </w:p>
    <w:p>
      <w:r>
        <w:rPr>
          <w:b/>
        </w:rPr>
        <w:t xml:space="preserve">[02:50] </w:t>
      </w:r>
      <w:r>
        <w:t>wo aati hai zamane se, halaat se. Scripture mein wo to eternal cheezein hoti hain. Ji. Musalman jab naye zamane mein aaye aur unhein challenge samne aaya,</w:t>
      </w:r>
    </w:p>
    <w:p>
      <w:pPr>
        <w:jc w:val="right"/>
      </w:pPr>
      <w:r>
        <w:t>वो आती है ज़माने से, हालात से। स्क्रिप्चर में वो तो इटरनल चीज़ें होती हैं। जी। मुसलमान जब नए ज़माने में आए और उन्हें चैलेंज सामने आया,</w:t>
      </w:r>
    </w:p>
    <w:p>
      <w:r>
        <w:rPr>
          <w:b/>
        </w:rPr>
        <w:t xml:space="preserve">[03:03] </w:t>
      </w:r>
      <w:r>
        <w:t>yani is, is western civilization se, aur doosre jo nayi powers thin, ubhri, to unhone samjha ke isse, yani is challenge ko compete karne ka tareeqa kya hai?</w:t>
      </w:r>
    </w:p>
    <w:p>
      <w:pPr>
        <w:jc w:val="right"/>
      </w:pPr>
      <w:r>
        <w:t>यानी इस, इस वेस्टर्न सिविलाइजेशन से, और दूसरे जो नई पावर्स थीं, उभरीं, तो उन्होंने समझा कि इससे, यानी इस चैलेंज को कंपीट करने का तरीका क्या है?</w:t>
      </w:r>
    </w:p>
    <w:p>
      <w:r>
        <w:rPr>
          <w:b/>
        </w:rPr>
        <w:t xml:space="preserve">[03:18] </w:t>
      </w:r>
      <w:r>
        <w:t>Jihad. Aur wo lag gaye jihad mein. Aur usko interpretation kiya Islam ko lekar ke. Main isko bahut gehrai se maine padha, to maine socha ke ye jo challenge tha, wo sirf peace ke zariye se usko hum meet kar sakte the. Lardne ka koi masla hi nahi tha. Umm, yani modern civilization jo thi, naye thought, nayi technology, nayi science lekar aayi thi.</w:t>
      </w:r>
    </w:p>
    <w:p>
      <w:pPr>
        <w:jc w:val="right"/>
      </w:pPr>
      <w:r>
        <w:t>जिहाद। और वो लग गए जिहाद में। और उसको इंटरप्रिटेशन किया इस्लाम को लेकर के। मैं इसको बहुत गहराई से मैंने पढ़ा, तो मैंने सोचा कि ये जो चैलेंज था, वो सिर्फ पीस के ज़रिए से उसको हम मीट कर सकते थे। लड़ने का कोई मसला ही नहीं था। उम्म, यानी मॉडर्न सिविलाइजेशन जो थी, नए थॉट, नई टेक्नोलॉजी, नई साइंस लेकर आई थी।</w:t>
      </w:r>
    </w:p>
    <w:p>
      <w:r>
        <w:rPr>
          <w:b/>
        </w:rPr>
        <w:t xml:space="preserve">[03:47] </w:t>
      </w:r>
      <w:r>
        <w:t>Poora ka po पूरा एक peaceful—main samajhta hoon ke modern civilization jo hai, peace par base karti thi, violence par nahi. To yahan par logon ne samjha ke humein lardkar isko meet karna hai isse. Yahan se derailment ho gaya. Us derailment ko maine phir koshish ki hai ismein right track par lane ki. Aapne "jihad" shabd istemal kiya. Jihad ka matlab kya hai?</w:t>
      </w:r>
    </w:p>
    <w:p>
      <w:pPr>
        <w:jc w:val="right"/>
      </w:pPr>
      <w:r>
        <w:t>पूरा का पूरा एक पीसफुल—मैं समझता हूँ कि मॉडर्न सिविलाइजेशन जो है, पीस पर बेस करती थी, वायलेंस पर नहीं। तो यहाँ पर लोगों ने समझा कि हमें लड़कर इसको मीट करना है इससे। यहाँ से डिरेलमेंट हो गया। उस डिरेलमेंट को मैंने फिर कोशिश की है इसमें राइट ट्रैक पर लाने की। आपने "जिहाद" शब्द इस्तेमाल किया। जिहाद का मतलब क्या है?</w:t>
      </w:r>
    </w:p>
    <w:p>
      <w:r>
        <w:rPr>
          <w:b/>
        </w:rPr>
        <w:t xml:space="preserve">[04:12] </w:t>
      </w:r>
      <w:r>
        <w:t>Dekhiye, literal meaning jihad ki hai "to strive, to struggle".</w:t>
      </w:r>
    </w:p>
    <w:p>
      <w:pPr>
        <w:jc w:val="right"/>
      </w:pPr>
      <w:r>
        <w:t>देखिए, लिटरल मीनिंग जिहाद की है "टू स्ट्राइव, टू स्ट्रगल"।</w:t>
      </w:r>
    </w:p>
    <w:p>
      <w:r>
        <w:rPr>
          <w:b/>
        </w:rPr>
        <w:t xml:space="preserve">[04:17] </w:t>
      </w:r>
      <w:r>
        <w:t>Yani kisi noble cause ke liye peaceful struggle. That is jihad. Ye misinterpretation ki wajah se logon ne jihad ko le liya war ke maane. Kyunke aap dictionary ko consult karein, to aap paayenge ke jihad ke maane wahi hain jo koshish ke maane hain. Koshish, struggle jo hai, wahi</w:t>
      </w:r>
    </w:p>
    <w:p>
      <w:pPr>
        <w:jc w:val="right"/>
      </w:pPr>
      <w:r>
        <w:t>यानी किसी नोबल कॉज़ के लिए पीसफुल स्ट्रगल। दैट इज़ जिहाद। ये मिसइंटरप्रिटेशन की वजह से लोगों ने जिहाद को ले लिया वार के माने। क्योंकि आप डिशली को कंसल्ट करें, तो आप पाएँगे कि जिहाद के माने वही हैं जो कोशिश के माने हैं। कोशिश, स्ट्रगल जो है, वही</w:t>
      </w:r>
    </w:p>
    <w:p>
      <w:r>
        <w:rPr>
          <w:b/>
        </w:rPr>
        <w:t xml:space="preserve">[04:37] </w:t>
      </w:r>
      <w:r>
        <w:t>jihad hai. To yahan par jo jihad chahiye tha, wo ye tha ke musalman education mein aage badhein, science mein aage badhein, technology mein aage badhein, industry mein aage badhein. Lekin unhone kya kiya ke, yani,</w:t>
      </w:r>
    </w:p>
    <w:p>
      <w:pPr>
        <w:jc w:val="right"/>
      </w:pPr>
      <w:r>
        <w:t>जिहाद है। तो यहाँ पर जो जिहाद चाहिए था, वो ये था कि मुसलमान एजुकेशन में आगे बढ़ें, साइंस में आगे बढ़ें, टेक्नोलॉजी में आगे बढ़ें, इंडस्ट्री में आगे बढ़ें। लेकिन उन्होंने क्या किया कि, यानी,</w:t>
      </w:r>
    </w:p>
    <w:p>
      <w:r>
        <w:rPr>
          <w:b/>
        </w:rPr>
        <w:t xml:space="preserve">[04:53] </w:t>
      </w:r>
      <w:r>
        <w:t>usko lardne lage. To that was a derailment, derailment from the right path of Islam. Okay. To maine meri poori zindagi isi mein lag-lag-lagi laga diya maine. Ji.</w:t>
      </w:r>
    </w:p>
    <w:p>
      <w:pPr>
        <w:jc w:val="right"/>
      </w:pPr>
      <w:r>
        <w:t>उसको लड़ने लगे। तो दैट वाज़ अ डिरेलमेंट, डिरेलमेंट फ्रॉम द राइट पाथ ऑफ़ इस्लाम। ओके। तो मैंने मेरी पूरी ज़िंदगी इसी में लग-लग-लगी लगा दिया मैंने। जी।</w:t>
      </w:r>
    </w:p>
    <w:p>
      <w:r>
        <w:rPr>
          <w:b/>
        </w:rPr>
        <w:t xml:space="preserve">[05:07] </w:t>
      </w:r>
      <w:r>
        <w:t>ke is derailment ko dobara right track par laoon. Umm, to iska matlab hai jo rozmarra ki zindagi mein hum log jo daily struggle karte hain, apne jeevan ko behtar karna ya koi achhe kaam ke liye apni spirituality ko jagane ke liye, ye bhi ek jihad hua?</w:t>
      </w:r>
    </w:p>
    <w:p>
      <w:pPr>
        <w:jc w:val="right"/>
      </w:pPr>
      <w:r>
        <w:t>कि इस डिरेलमेंट को दोबारा राइट ट्रैक पर लाऊँ। उम्म, तो इसका मतलब है जो रोज़मर्रा की ज़िंदगी में हम लोग जो डेली स्ट्रगल करते हैं, अपने जीवन को बेहतर करना या कोई अच्छे काम के लिए अपनी स्पिरिचुअलिटी को जगाने के लिए, ये भी एक जिहाद हुआ?</w:t>
      </w:r>
    </w:p>
    <w:p>
      <w:r>
        <w:rPr>
          <w:b/>
        </w:rPr>
        <w:t xml:space="preserve">[05:25] </w:t>
      </w:r>
      <w:r>
        <w:t>Ye isko Prophet ne bada jihad kaha hai. Jihad Akbar kaha hai isko</w:t>
      </w:r>
    </w:p>
    <w:p>
      <w:pPr>
        <w:jc w:val="right"/>
      </w:pPr>
      <w:r>
        <w:t>ये इसको प्रॉफिट ने बड़ा जिहाद कहा है। जिहाद अकबर कहा है इसको</w:t>
      </w:r>
    </w:p>
    <w:p>
      <w:r>
        <w:rPr>
          <w:b/>
        </w:rPr>
        <w:t xml:space="preserve">[05:30] </w:t>
      </w:r>
      <w:r>
        <w:t>. Yani apne desire se lardna, apne jo whim tarah tarah ki hoti hain, uske usse lardna, aur apne aap ko negativity se lardna, aur apne aap ko positive thinking par baqi rakhna. Umm, isko Prophet ne kaha, sabse bada jihad hai. Aapne, Maulana Sahib, negativity ki baat ki. Ah, iske bare mein bataiye. Dekhiye, aaj ab rozmarra ki zindagi mein aate hain. Ah</w:t>
      </w:r>
    </w:p>
    <w:p>
      <w:pPr>
        <w:jc w:val="right"/>
      </w:pPr>
      <w:r>
        <w:t>। यानी अपने डिजायर से लड़ना, अपने जो विम तरह-तरह की होती हैं, उसके उससे लड़ना, और अपने आप को नेगेटिविटी से लड़ना, और अपने आप को पॉजिटिव थिंकिंग पर बाकी रखना। उम्म, इसको प्रॉफिट ने कहा, सबसे बड़ा जिहाद है। आपने, Maulana Sahib, नेगेटिविटी की बात की। अह, इसके बारे में बताइए। देखिए, आज अब रोज़मर्रा की ज़िंदगी में आते हैं। अ</w:t>
      </w:r>
    </w:p>
    <w:p>
      <w:r>
        <w:rPr>
          <w:b/>
        </w:rPr>
        <w:t xml:space="preserve">[05:57] </w:t>
      </w:r>
      <w:r>
        <w:t>h, chahe insaan kisi bhi level pe kaam kar raha ho, ah, kisi bhi umr ka ho, negativity jeevan mein aa hi jati hai. Iska saamna kaise karein?</w:t>
      </w:r>
    </w:p>
    <w:p>
      <w:pPr>
        <w:jc w:val="right"/>
      </w:pPr>
      <w:r>
        <w:t>ह, चाहे इंसान किसी भी लेवल पे काम कर रहा हो, अह, किसी भी उम्र का हो, नेगेटिविटी जीवन में आ ही जाती है। इसका सामना कैसे करें?</w:t>
      </w:r>
    </w:p>
    <w:p>
      <w:r>
        <w:rPr>
          <w:b/>
        </w:rPr>
        <w:t xml:space="preserve">[06:08] </w:t>
      </w:r>
      <w:r>
        <w:t>Dekhiye, Quran ko maine is-is aise kai baar padha, samajhne ke liye. Quran mein bataya gaya hai ke insaan ko Khuda ne is duniya mein freedom di hai, freedom. Total freedom. Har aadmi ko. Sirf mujhko nahi, aapko bhi, har ek ko. To</w:t>
      </w:r>
    </w:p>
    <w:p>
      <w:pPr>
        <w:jc w:val="right"/>
      </w:pPr>
      <w:r>
        <w:t>देखिए, कुरान को मैंने इस-इस ऐसे कई बार पढ़ा, समझने के लिए। कुरान में बताया गया है कि इंसान को खुदा ने इस दुनिया में फ्रीडम दी है, फ्रीडम। टोटल फ्रीडम। हर आदमी को। सिर्फ मुझको नहीं, आपको भी, हर एक को। तो</w:t>
      </w:r>
    </w:p>
    <w:p>
      <w:r>
        <w:rPr>
          <w:b/>
        </w:rPr>
        <w:t xml:space="preserve">[06:25] </w:t>
      </w:r>
      <w:r>
        <w:t>jab aadmi apni freedom ko istemal karega, to kabhi misuse bhi karega. To ye jo negativity hai, sirf isliye hoti hai ke koi aadmi freedom ko misuse karta hai, humko usse kuch shak lagta hai, hum negative ho</w:t>
      </w:r>
    </w:p>
    <w:p>
      <w:pPr>
        <w:jc w:val="right"/>
      </w:pPr>
      <w:r>
        <w:t>जब आदमी अपनी फ्रीडम को इस्तेमाल करेगा, तो कभी मिसयूज़ भी करेगा। तो ये जो नेगेटिविटी है, सिर्फ इसलिए होती है कि कोई आदमी फ्रीडम को मिसयूज़ करता है, हमको उससे कुछ शक लगता है, हम नेगेटिव हो</w:t>
      </w:r>
    </w:p>
    <w:p>
      <w:r>
        <w:rPr>
          <w:b/>
        </w:rPr>
        <w:t xml:space="preserve">[06:39] </w:t>
      </w:r>
      <w:r>
        <w:t>jaate hain. To Quran mein bataya gaya hai ke ye jo hai, agar tum negative ho jao, to tum Khuda ke khilaf negative hote ho. Kyunke wo aadmi jo misuse kar raha hai, isliye kar raha hai ke Khuda ne usko azaadi di hai. To azaadi, azaadi kis kyun di hai?</w:t>
      </w:r>
    </w:p>
    <w:p>
      <w:pPr>
        <w:jc w:val="right"/>
      </w:pPr>
      <w:r>
        <w:t>जाते हैं। तो कुरान में बताया गया है कि ये जो है, अगर तुम नेगेटिव हो जाओ, तो तुम खुदा के खिलाफ नेगेटिव होते हो। क्योंकि वो आदमी जो मिसयूज़ कर रहा है, इसलिए कर रहा है कि खुदा ने उसको आज़ादी दी है। तो आज़ादी, आज़ादी किस क्यों दी है?</w:t>
      </w:r>
    </w:p>
    <w:p>
      <w:r>
        <w:rPr>
          <w:b/>
        </w:rPr>
        <w:t xml:space="preserve">[06:56] </w:t>
      </w:r>
      <w:r>
        <w:t>Khuda ne is duniya ka nizam jo banaya hai, ji, wo challenge ke us par banaya hai, challenge. Challenge and competition. To challenge aur competition bagair azaadi ka ho nahi sakta</w:t>
      </w:r>
    </w:p>
    <w:p>
      <w:pPr>
        <w:jc w:val="right"/>
      </w:pPr>
      <w:r>
        <w:t>खुदा ने इस दुनिया का निज़ाम जो बनाया है, जी, वो चैलेंज के उस पर बनाया है, चैलेंज। चैलेंज एंड कंपटीशन। तो चैलेंज और कंपटीशन बगैर आज़ादी का हो नहीं सकता</w:t>
      </w:r>
    </w:p>
    <w:p>
      <w:r>
        <w:rPr>
          <w:b/>
        </w:rPr>
        <w:t xml:space="preserve">[07:06] </w:t>
      </w:r>
      <w:r>
        <w:t>hai. To log azaad hon taake khoob, yani, har aadmi daud lagaye, to usse doosron ko challenge pesh aayega. To aap peaceful tareeqe se us challenge ka saamna kijiye. Aap negative mat hoiye. Negative honge to aap, aap us,</w:t>
      </w:r>
    </w:p>
    <w:p>
      <w:pPr>
        <w:jc w:val="right"/>
      </w:pPr>
      <w:r>
        <w:t>है। तो लोग आज़ाद हों ताकि खूब, यानी, हर आदमी दौड़ लगाए, तो उससे दूसरों को चैलेंज पेश आएगा। तो आप पीसफुल तरीके से उस चैलेंज का सामना कीजिए। आप नेगेटिव मत होइए। नेगेटिव होंगे तो आप, आप उस,</w:t>
      </w:r>
    </w:p>
    <w:p>
      <w:r>
        <w:rPr>
          <w:b/>
        </w:rPr>
        <w:t xml:space="preserve">[07:23] </w:t>
      </w:r>
      <w:r>
        <w:t>Khuda ke khilaf negative ho rahe hain. Kyunke Khuda ka jo creation plan hai, wo to base karta hai challenge par, competition par. To aap kya karenge? Aap badal nahi sakte.</w:t>
      </w:r>
    </w:p>
    <w:p>
      <w:pPr>
        <w:jc w:val="right"/>
      </w:pPr>
      <w:r>
        <w:t>खुदा के खिलाफ नेगेटिव हो रहे हैं। क्योंकि खुदा का जो क्रिएशन प्लान है, वो तो बेस करता है चैलेंज पर, कंपटीशन पर। तो आप क्या करेंगे? आप बदल नहीं सकते।</w:t>
      </w:r>
    </w:p>
    <w:p>
      <w:r>
        <w:rPr>
          <w:b/>
        </w:rPr>
        <w:t xml:space="preserve">[07:34] </w:t>
      </w:r>
      <w:r>
        <w:t>to is wajah se quran mein ek bahut badi baat ye mujhe milti hai ki negativity ko bajaye iske ki tum—yani, don't try to eliminate, eliminate the negativity. okay. but face it with positive thinking. ye mujhe milta hai quran majeed mein. aur isi ko main lekar ke main chal raha hoon. jab hum mazhab ki baat karte hain, koi bhi mazhab ya koi bhi religion le lijiye, usmein wo jo darr ka factor hota hai na, fear ka factor,</w:t>
      </w:r>
    </w:p>
    <w:p>
      <w:pPr>
        <w:jc w:val="right"/>
      </w:pPr>
      <w:r>
        <w:t>तो इस वजह से कुरान में एक बहुत बड़ी बात ये मुझे मिलती है कि नेगेटिविटी को बजाय इसके कि तुम—यानी, डोंट ट्राई टू एलिमिनेट, एलिमिनेट द नेगेटिविटी। ओके। बट फेस इट विद पॉजिटिव थिंकिंग। ये मुझे मिलता है कुरान मजीद में। और इसी को मैं लेकर के मैं चल रहा हूँ। जब हम मजहब की बात करते हैं, कोई भी मजहब या कोई भी रिलीजन ले लीजिए, उसमें वो जो डर का फैक्टर होता है ना, फेयर का फैक्टर,</w:t>
      </w:r>
    </w:p>
    <w:p>
      <w:r>
        <w:rPr>
          <w:b/>
        </w:rPr>
        <w:t xml:space="preserve">[08:04] </w:t>
      </w:r>
      <w:r>
        <w:t>hum bade hote hain, ah, sunte hain "bhagwan se daro, allah se daro, be scare of god, fear god." we never think, "why don't we love god?" bhagwan se pyar karo. to kaisi hamari conditioning hoti hai?</w:t>
      </w:r>
    </w:p>
    <w:p>
      <w:pPr>
        <w:jc w:val="right"/>
      </w:pPr>
      <w:r>
        <w:t>हम बड़े होते हैं, अह, सुनते हैं "भगवान से डरो, अल्लाह से डरो, बी स्केयर ऑफ गॉड, फियर गॉड।" वी नेवर थिंक, "व्हाई डोंट वी लव गॉड?" भगवान से प्यार करो। तो कैसी हमारी कंडीशनिंग होती है?</w:t>
      </w:r>
    </w:p>
    <w:p>
      <w:r>
        <w:rPr>
          <w:b/>
        </w:rPr>
        <w:t xml:space="preserve">[08:18] </w:t>
      </w:r>
      <w:r>
        <w:t>haan, isko bhi maine bahut padha, janne ki koshish ki. dekhiye, islam mein darr jo hai, wo secondary cheez hai. asli cheez to love hi hai. dekhiye, pehli verse jo quran majeed mein, pehli verse, "alhamdulillah rabbil aalameen"</w:t>
      </w:r>
    </w:p>
    <w:p>
      <w:pPr>
        <w:jc w:val="right"/>
      </w:pPr>
      <w:r>
        <w:t>हाँ, इसको भी मैंने बहुत पढ़ा, जानने की कोशिश की। देखिए, इस्लाम में डर जो है, वो सेकेंडरी चीज़ है। असली चीज़ तो लव ही है। देखिए, पहली वर्स जो कुरान मजीद में, पहली वर्स, "अल्हम्दुलिल्लाह रब्बिल आलमीन"</w:t>
      </w:r>
    </w:p>
    <w:p>
      <w:r>
        <w:rPr>
          <w:b/>
        </w:rPr>
        <w:t xml:space="preserve">[08:34] </w:t>
      </w:r>
      <w:r>
        <w:t>ke, iska matlab hai ki, ah, "i am grateful to god." to grateful kis baat ke liye hoge aap? kuch mila tab to honge. yani pehli sentence jo quran majeed mein hai, wo ye hai ki insan khuda ke liye shukr kare, usko acknowledge kare, uske bare mein thankful ho. to kyu quran mein bar bar bataya gaya hai ki khuda ne tumko itni sari boundaries di</w:t>
      </w:r>
    </w:p>
    <w:p>
      <w:pPr>
        <w:jc w:val="right"/>
      </w:pPr>
      <w:r>
        <w:t>के, इसका मतलब है कि, अह, "आई एम ग्रेटफुल टू गॉड।" तो ग्रेटफुल किस बात के लिए होगे आप? कुछ मिला तब तो होंगे। यानी पहली सेंटेंस जो कुरान मजीद में है, वो ये है कि इंसान खुदा के लिए शुक्र करे, उसको अक्नॉलेज करे, उसके बारे में थैंकफूल हो। तो क्यों कुरान में बार-बार बताया गया है कि खुदा ने तुमको इतनी सारी बाउंड्रीज दी</w:t>
      </w:r>
    </w:p>
    <w:p>
      <w:r>
        <w:rPr>
          <w:b/>
        </w:rPr>
        <w:t xml:space="preserve">[08:59] </w:t>
      </w:r>
      <w:r>
        <w:t>hain? ji. life support system, ye planet earth, ye suraj, ye chand, ye sab tumhare liye khuda ki boundaries hain. to shukr karo. aur, aur, yani darr jo hai, wo, wo secondary cheez hai. wo pehli baat, pehli cheez nahi hai islam mein. umm, to love khuda se, love insan se,</w:t>
      </w:r>
    </w:p>
    <w:p>
      <w:pPr>
        <w:jc w:val="right"/>
      </w:pPr>
      <w:r>
        <w:t>हैं? जी। लाइफ सपोर्ट सिस्टम, ये प्लेनेट अर्थ, ये सूरज, ये चाँद, ये सब तुम्हारे लिए खुदा की बाउंड्रीज हैं। तो शुक्र करो। और, और, यानी डर जो है, वो, वो सेकेंडरी चीज़ है। वो पहली बात, पहली चीज़ नहीं है इस्लाम में। उम्म, तो लव खुदा से, लव इंसान से,</w:t>
      </w:r>
    </w:p>
    <w:p>
      <w:r>
        <w:rPr>
          <w:b/>
        </w:rPr>
        <w:t xml:space="preserve">[09:20] </w:t>
      </w:r>
      <w:r>
        <w:t>ye islam ki bahut hi primary ti</w:t>
      </w:r>
    </w:p>
    <w:p>
      <w:pPr>
        <w:jc w:val="right"/>
      </w:pPr>
      <w:r>
        <w:t>ये इस्लाम की बहुत ही प्राइमरी टी</w:t>
      </w:r>
    </w:p>
    <w:p>
      <w:r>
        <w:rPr>
          <w:b/>
        </w:rPr>
        <w:t xml:space="preserve">[09:24] </w:t>
      </w:r>
      <w:r>
        <w:t>ching hai. maulana sahab, jab hum teaching ki baat karte hain, to chahe structured way of teaching hai of religion or spirituality, chahe non structured ho, kuch log bolte hain "hum, hamara bhagwan ya khuda mein vishwas nahi hai," we are atheists, kuch bhi ho. par kuch to niyam hain jinke, jinki buniyad pe hum log apna jeevan jeete hain ya apni values ya ideology base karte hain.</w:t>
      </w:r>
    </w:p>
    <w:p>
      <w:pPr>
        <w:jc w:val="right"/>
      </w:pPr>
      <w:r>
        <w:t>चिंग है। मौलाना साहब, जब हम टीचिंग की बात करते हैं, तो चाहे स्ट्रक्चर्ड वे ऑफ टीचिंग है ऑफ रिलीजन और स्पिरिचुअलिटी, चाहे नॉन स्ट्रक्चर्ड हो, कुछ लोग बोलते हैं "हम, हमारा भगवान या खुदा में विश्वास नहीं है," वी आर एथीस्ट्स, कुछ भी हो। पर कुछ तो नियम हैं जिनके, जिनकी बुनियाद पे हम लोग अपना जीवन जीते हैं या अपनी वैल्यूज या आइडियोलॉजी बेस करते हैं।</w:t>
      </w:r>
    </w:p>
    <w:p>
      <w:r>
        <w:rPr>
          <w:b/>
        </w:rPr>
        <w:t xml:space="preserve">[09:45] </w:t>
      </w:r>
      <w:r>
        <w:t>jab hum bachchon ki baat karte hain, to kaise ek aisa atmosphere create kiya jaye jisse bachche freedom, equality aur understanding ki values ke sath bade hon?</w:t>
      </w:r>
    </w:p>
    <w:p>
      <w:pPr>
        <w:jc w:val="right"/>
      </w:pPr>
      <w:r>
        <w:t>जब हम बच्चों की बात करते हैं, तो कैसे एक ऐसा एटमॉस्फियर क्रिएट किया जाए जिससे बच्चे फ्रीडम, इक्वलिटी और अंडरस्टैंडिंग की वैल्यूज के साथ बड़े हों?</w:t>
      </w:r>
    </w:p>
    <w:p>
      <w:r>
        <w:rPr>
          <w:b/>
        </w:rPr>
        <w:t xml:space="preserve">[09:59] </w:t>
      </w:r>
      <w:r>
        <w:t>dekhiye, bachchon ke bare mein jo maine padha hai, wo ye hai ki prophet ne kaha ki "kul bolti galat fitra." har bachcha nature mein paida hota hai, nature. har bachcha jo hai, nature mein paida hota hai. baat ko wo badal</w:t>
      </w:r>
    </w:p>
    <w:p>
      <w:pPr>
        <w:jc w:val="right"/>
      </w:pPr>
      <w:r>
        <w:t>देखिए, बच्चों के बारे में जो मैंने पढ़ा है, वो ये है कि प्रॉफिट ने कहा कि "कुल बोलती गलत फितरा।" हर बच्चा नेचर में पैदा होता है, नेचर। हर बच्चा जो है, नेचर में पैदा होता है। बात को वो बदल</w:t>
      </w:r>
    </w:p>
    <w:p>
      <w:r>
        <w:rPr>
          <w:b/>
        </w:rPr>
        <w:t xml:space="preserve">[10:14] </w:t>
      </w:r>
      <w:r>
        <w:t>ta hai. to nature kya hai? nature yahi hai: love, compassion, tolerance, ek doosre ke liye helpful hona. yahi to nature hai. to har bachcha positive, yani ek positive thinker hi ke roop mein paida hota hai. environment mein aane ke baad usmein badlav aata</w:t>
      </w:r>
    </w:p>
    <w:p>
      <w:pPr>
        <w:jc w:val="right"/>
      </w:pPr>
      <w:r>
        <w:t>ता है। तो नेचर क्या है? नेचर यही है: लव, कंपैशन, टॉलरेंस, एक दूसरे के लिए हेल्पफुल होना। यही तो नेचर है। तो हर बच्चा पॉजिटिव, यानी एक पॉजिटिव थिंकर ही के रूप में पैदा होता है। एनवायरमेंट में आने के बाद उसमें बदलाव आता</w:t>
      </w:r>
    </w:p>
    <w:p>
      <w:r>
        <w:rPr>
          <w:b/>
        </w:rPr>
        <w:t xml:space="preserve">[10:35] </w:t>
      </w:r>
      <w:r>
        <w:t>hai. main chahta hoon ki maa-baap jo hain, wo isko jaanein ki unka kaam bachche ko, bachche ko koi order dena nahi hai. unke potential ko active banana hai. unke potential ko padhiye aur usko active banane ki koshish kijiye. aur ek baat ye bhi maine samjhi hai, ji, ki har bachche ke andar khuda koi special quality deta hai,</w:t>
      </w:r>
    </w:p>
    <w:p>
      <w:pPr>
        <w:jc w:val="right"/>
      </w:pPr>
      <w:r>
        <w:t>है। मैं चाहता हूँ कि मां-बाप जो हैं, वो इसको जानें कि उनका काम बच्चे को, बच्चे को कोई ऑर्डर देना नहीं है। उनके पोटेंशियल को एक्टिव बनाना है। उनके पोटेंशियल को पढ़िए और उसको एक्टिव बनाने की कोशिश कीजिए। और एक बात ये भी मैंने समझी है, जी, कि हर बच्चे के अंदर खुदा कोई स्पेशल क्वालिटी देता है,</w:t>
      </w:r>
    </w:p>
    <w:p>
      <w:r>
        <w:rPr>
          <w:b/>
        </w:rPr>
        <w:t xml:space="preserve">[10:58] </w:t>
      </w:r>
      <w:r>
        <w:t>special quality. har aadmi unique hota hai. to maa-baap ko chahiye ki uske uniqueness ko padhein.</w:t>
      </w:r>
    </w:p>
    <w:p>
      <w:pPr>
        <w:jc w:val="right"/>
      </w:pPr>
      <w:r>
        <w:t>स्पेशल क्वालिटी। हर आदमी यूनिक होता है। तो मां-बाप को चाहिए कि उसके यूनिकनेस को पढ़ें।</w:t>
      </w:r>
    </w:p>
    <w:p>
      <w:r>
        <w:rPr>
          <w:b/>
        </w:rPr>
        <w:t xml:space="preserve">[11:05] </w:t>
      </w:r>
      <w:r>
        <w:t>apne mind mein ek lekar ke use gharna chahte hain maa-baap, isse reaction aata hai. to main isko manta hoon ki har bachcha nature par janm leta hai, positivity ke sath paida hota hai. plus har aadmi, har bachcha jo hai, koi special quality lekar paida hota hai. usko aap padhiye aur usko aap active banane ki koshish kijiye. ye maa-baap ko karna hai.</w:t>
      </w:r>
    </w:p>
    <w:p>
      <w:pPr>
        <w:jc w:val="right"/>
      </w:pPr>
      <w:r>
        <w:t>अपने माइंड में एक लेकर के उसे घड़ना चाहते हैं मां-बाप, इससे रिएक्शन आता है। तो मैं इसको मानता हूँ कि हर बच्चा नेचर पर जन्म लेता है, पॉजिटिविटी के साथ पैदा होता है। प्लस हर आदमी, हर बच्चा जो है, कोई स्पेशल क्वालिटी लेकर पैदा होता है। उसको आप पढ़िए और उसको आप एक्टिव बनाने की कोशिश कीजिए। ये मां-बाप को करना है।</w:t>
      </w:r>
    </w:p>
    <w:p>
      <w:r>
        <w:rPr>
          <w:b/>
        </w:rPr>
        <w:t xml:space="preserve">[11:32] </w:t>
      </w:r>
      <w:r>
        <w:t>maa-baap ka agar apne mind ko chahte hain thopen bachche ke upar. zabardasti nahi karna. usse, usse galti. that is wrong. maulana sahab kehte hain, "ummeed pe duniya qayam hai." magar ummeed karna hi dukhon ka sabse bada karan hai. to is dilemma ko kaise solve kiya jaye?</w:t>
      </w:r>
    </w:p>
    <w:p>
      <w:pPr>
        <w:jc w:val="right"/>
      </w:pPr>
      <w:r>
        <w:t>मां-बाप का अगर अपने माइंड को चाहते हैं थोपें बच्चे के ऊपर। जबरदस्ती नहीं करना। उससे, उससे गलती। दैट इज़ रॉन्ग। मौलाना साहब कहते हैं, "उम्मीद पे दुनिया कायम है।" मगर उम्मीद करना ही दुखों का सबसे बड़ा कारण है। तो इस डिलेमा को कैसे सॉल्व किया जाए?</w:t>
      </w:r>
    </w:p>
    <w:p>
      <w:r>
        <w:rPr>
          <w:b/>
        </w:rPr>
        <w:t xml:space="preserve">[11:51] </w:t>
      </w:r>
      <w:r>
        <w:t>duniya ummeed hi ki jagah hai. shoots a sizar tak ummeed hi ummeed hai. kaise</w:t>
      </w:r>
    </w:p>
    <w:p>
      <w:pPr>
        <w:jc w:val="right"/>
      </w:pPr>
      <w:r>
        <w:t>दुनिया उम्मीद ही की जगह है। शूट्स ए सिजर तक उम्मीद ही उम्मीद है। कैसे</w:t>
      </w:r>
    </w:p>
    <w:p>
      <w:r>
        <w:rPr>
          <w:b/>
        </w:rPr>
        <w:t xml:space="preserve">[11:57] </w:t>
      </w:r>
      <w:r>
        <w:t>? hum chahte hain ki duniya hamare mind ke mutabik rahe. aisa nahi ho sakta hai. duniya ekdam hamare mindset ke mutabik nahi rahegi. duniya apne dhang par chalegi. to hum cheezon ko jo hum jab samna karein, to jaisa ki maine kaha ki problem ko hum problem na samjhein, challenge samjhein. aur iska, iska, iska fayda kya hoga?</w:t>
      </w:r>
    </w:p>
    <w:p>
      <w:pPr>
        <w:jc w:val="right"/>
      </w:pPr>
      <w:r>
        <w:t>? हम चाहते हैं कि दुनिया हमारे माइंड के मुताबिक रहे। ऐसा नहीं हो सकता है। दुनिया एकदम हमारे माइंडसेट के मुताबिक नहीं रहेगी। दुनिया अपनेढंग पर चलेगी। तो हम चीजों को जो हम जब सामना करें, तो जैसा कि मैंने कहा कि प्रॉब्लम को हम प्रॉब्लम न समझें, चैलेंज समझें। और इसका, इसका, इसका फायदा क्या होगा?</w:t>
      </w:r>
    </w:p>
    <w:p>
      <w:r>
        <w:rPr>
          <w:b/>
        </w:rPr>
        <w:t xml:space="preserve">[12:24] </w:t>
      </w:r>
      <w:r>
        <w:t>ki dekhiye, basically differences par ye sab baatein aati hain, differences par. umm, to difference ko you have to learn the art of difference management. don't try to eliminate the differences. kyunki difference nahi to intellectual development nahi. difference se discussion hota hai, discussion se dialogue hota hai. aur differency ki wajah se aisa hota hai ki aaj ideas mein exchange hota hai, phir development hota hai.</w:t>
      </w:r>
    </w:p>
    <w:p>
      <w:pPr>
        <w:jc w:val="right"/>
      </w:pPr>
      <w:r>
        <w:t>कि देखिए, बेसिकली डिफरेंसेस पर ये सब बातें आती हैं, डिफरेंसेस पर। उम्म, तो डिफरेंस को यू हैव टू लर्न द आर्ट ऑफ डिफरेंस मैनेजमेंट। डोंट ट्राई टू एलिमिनेट द डिफरेंसेस। क्योंकि डिफरेंस नहीं तो इंटेलेक्चुअल डेवलपमेंट नहीं। डिफरेंस से डिस्कशन होता है, डिस्कशन से डायलॉग होता है। और डिफरेंसी की वजह से ऐसा होता है कि आज आइडियाज में एक्सचेंज होता है, फिर डेवलपमेंट होता है।</w:t>
      </w:r>
    </w:p>
    <w:p>
      <w:r>
        <w:rPr>
          <w:b/>
        </w:rPr>
        <w:t xml:space="preserve">[12:49] </w:t>
      </w:r>
      <w:r>
        <w:t>to difference is the only way to reach the goal of intellectual development. to main to difference ko invite karta hoon. aur kabhi main difference ko problem nahi samajhta. to is wajah se main 100% aashawadi hoon. meri zindagi mein nirasha koi, koi jagah nahi hai. kyunki jo cheez aati hai samne, usko main try karta hoon ki negativity ko positivity mein convert kar</w:t>
      </w:r>
    </w:p>
    <w:p>
      <w:pPr>
        <w:jc w:val="right"/>
      </w:pPr>
      <w:r>
        <w:t>तो डिफरेंस इज़ द ओनली वे टू रीच द गोल ऑफ इंटेलेक्चुअल डेवलपमेंट। तो मैं तो डिफरेंस को इनवाइट करता हूँ। और कभी मैं डिफरेंस को प्रॉब्लम नहीं समझता। तो इस वजह से मैं 100% आशावादी हूँ। मेरी जिंदगी में निराशा कोई, कोई जगह नहीं है। क्योंकि जो चीज़ आती है सामने, उसको मैं ट्राई करता हूँ कि नेगेटिविटी को पॉजिटिविटी में कन्वर्ट कर</w:t>
      </w:r>
    </w:p>
    <w:p>
      <w:r>
        <w:rPr>
          <w:b/>
        </w:rPr>
        <w:t xml:space="preserve">[13:15] </w:t>
      </w:r>
      <w:r>
        <w:t>oon. aur jab nirasha aati hai, to usko ek side mein karke phir aage chalte hain. us nirasha mein dekhiye, ek challenge hota hai hamare liye. us challenge ko agar hum samna karein, to hum dekhenge ki ek development ho gaya. hamare, hamara mind jo hai, usko ek naya, ek, ek, ek,</w:t>
      </w:r>
    </w:p>
    <w:p>
      <w:pPr>
        <w:jc w:val="right"/>
      </w:pPr>
      <w:r>
        <w:t>ूँ। और जब निराशा आती है, तो उसको एक साइड में करके फिर आगे चलते हैं। उस निराशा में देखिए, एक चैलेंज होता है हमारे लिए। उस चैलेंज को अगर हम सामना करें, तो हम देखेंगे कि एक डेवलपमेंट हो गया। हमारे, हमारा माइंड जो है, उसको एक नया, एक, एक, एक,</w:t>
      </w:r>
    </w:p>
    <w:p>
      <w:r>
        <w:rPr>
          <w:b/>
        </w:rPr>
        <w:t xml:space="preserve">[13:32] </w:t>
      </w:r>
      <w:r>
        <w:t>ek, ek naya door mil gaya tarakki ka. umm, mera to zindagi bhar ka hi tajurba hai. apne aap ko center karna. rozmarra ki zindagi mein hum sab involved hain.</w:t>
      </w:r>
    </w:p>
    <w:p>
      <w:pPr>
        <w:jc w:val="right"/>
      </w:pPr>
      <w:r>
        <w:t>एक, एक नया डोर मिल गया तरक्की का। उम्म, मेरा तो जिंदगी भर का ही तजुर्बा है। अपने आप को सेंटर करना। रोज़मर्रा की जिंदगी में हम सब इनवॉल्वड हैं।</w:t>
      </w:r>
    </w:p>
    <w:p>
      <w:r>
        <w:rPr>
          <w:b/>
        </w:rPr>
        <w:t xml:space="preserve">[13:44] </w:t>
      </w:r>
      <w:r>
        <w:t>ah, chahe koi father hai, brother hai, worker hai, son hai, itne sare husband hain, itne sare roles ek insan play karta hai. to is sab bhagdaudi mein aap apna, hum apne aap ko kho dete hain. us apne aap ko kaise talashein?</w:t>
      </w:r>
    </w:p>
    <w:p>
      <w:pPr>
        <w:jc w:val="right"/>
      </w:pPr>
      <w:r>
        <w:t>अह, चाहे कोई फादर है, ब्रदर है, वर्कर है, सन है, इतने सारे हस्बैंड हैं, इतने सारे रोल्स एक इंसान प्ले करता है। तो इस सब भागादौड़ी में आप अपना, हम अपने आप को खो देते हैं। उस अपने आप को कैसे तलाशें?</w:t>
      </w:r>
    </w:p>
    <w:p>
      <w:r>
        <w:rPr>
          <w:b/>
        </w:rPr>
        <w:t xml:space="preserve">[14:02] </w:t>
      </w:r>
      <w:r>
        <w:t>yahi to pehla question hai. first of all, you have to discover yourself. ab jaise main kya karta hoon?</w:t>
      </w:r>
    </w:p>
    <w:p>
      <w:pPr>
        <w:jc w:val="right"/>
      </w:pPr>
      <w:r>
        <w:t>यही तो पहला क्वेश्चन है। फर्स्ट ऑफ ऑल, यू हैव टू डिस्कवर योरसेल्फ। अब जैसे मैं क्या करता हूँ?</w:t>
      </w:r>
    </w:p>
    <w:p>
      <w:r>
        <w:rPr>
          <w:b/>
        </w:rPr>
        <w:t xml:space="preserve">[14:11] </w:t>
      </w:r>
      <w:r>
        <w:t>main, mere ghar ke paas park hai.</w:t>
      </w:r>
    </w:p>
    <w:p>
      <w:pPr>
        <w:jc w:val="right"/>
      </w:pPr>
      <w:r>
        <w:t>मैं, मेरे घर के पास पार्क है।</w:t>
      </w:r>
    </w:p>
    <w:p>
      <w:r>
        <w:rPr>
          <w:b/>
        </w:rPr>
        <w:t xml:space="preserve">[14:14] </w:t>
      </w:r>
      <w:r>
        <w:t>ji. yani main ghar jo hai, park ko face kar raha hai, wahan baithta hoon. har waqt sochta hoon to main kab, kya karta hoon? main sochta hoon ki is, is jo ped mere samne hai, usse zyada mere andar capacity hai. ye jo suraj chamak raha hai, wo bol nahi sakta, main bol raha hoon. ye chidiya ud rahi hain, usse zyada mere andar shakti hai. to main apne ko discover karta hoon ki main ek unique being hoon. to main kabhi,</w:t>
      </w:r>
    </w:p>
    <w:p>
      <w:pPr>
        <w:jc w:val="right"/>
      </w:pPr>
      <w:r>
        <w:t>जी। यानी मैं घर जो है, पार्क को फेस कर रहा है, वहां बैठता हूँ। हर वक्त सोचता हूँ तो मैं कब, क्या करता हूँ? मैं सोचता हूँ कि इस, इस जो पेड़ मेरे सामने है, उससे ज्यादा मेरे अंदर कैपेसिटी है। ये जो सूरज चमक रहा है, वो बोल नहीं सकता, मैं बोल रहा हूँ। ये चिड़ियां उड़ रही हैं, उससे ज्यादा मेरे अंदर शक्ति है। तो मैं अपने को डिस्कवर करता हूँ कि मैं एक यूनिक बीइंग हूँ। तो मैं कभी,</w:t>
      </w:r>
    </w:p>
    <w:p>
      <w:r>
        <w:rPr>
          <w:b/>
        </w:rPr>
        <w:t xml:space="preserve">[14:40] </w:t>
      </w:r>
      <w:r>
        <w:t>negativity kabhi aati nahi</w:t>
      </w:r>
    </w:p>
    <w:p>
      <w:pPr>
        <w:jc w:val="right"/>
      </w:pPr>
      <w:r>
        <w:t>नेगेटिविटी कभी आती नहीं</w:t>
      </w:r>
    </w:p>
    <w:p>
      <w:r>
        <w:rPr>
          <w:b/>
        </w:rPr>
        <w:t xml:space="preserve">[14:42] </w:t>
      </w:r>
      <w:r>
        <w:t>main poori universe mein apne ko mehsoos karta hoon ke main ek unique creation hoon. to phir negativity kis liye? ab jo problem aate hain, wo problem to hamare, yaani mind ke liye challenge hote hain. aur sirf is liye hote hain ke hum intellectual development ho hamara. ye jo mind hai, maulana ji, bolta jaata hai, chup nahi hota. you know, aap, ah, main aapse baat kar rahi hoon, magar dimagh ek, do, teen jagah dishaon mein kheench</w:t>
      </w:r>
    </w:p>
    <w:p>
      <w:pPr>
        <w:jc w:val="right"/>
      </w:pPr>
      <w:r>
        <w:t>। मैं पूरी यूनिवर्स में अपने को महसूस करता हूँ कि मैं एक यूनिक क्रिएशन हूँ। तो फिर नेगेटिविटी किस लिए? अब जो प्रॉब्लम आते हैं, वो प्रॉब्लम तो हमारे, यानी माइंड के लिए चैलेंज होते हैं। और सिर्फ इसलिए होते हैं कि हम इंटेलेक्चुअल डेवलपमेंट हो हमारा। ये जो माइंड है, मौलाना जी, बोलता जाता है, चुप नहीं होता। यू नो, आप, अह, मैं आपसे बात कर रही हूँ, मगर दिमाग एक, दो, तीन जगह दिशाओं में खींच</w:t>
      </w:r>
    </w:p>
    <w:p>
      <w:r>
        <w:rPr>
          <w:b/>
        </w:rPr>
        <w:t xml:space="preserve">[15:10] </w:t>
      </w:r>
      <w:r>
        <w:t>ta hai. so, this mind is constantly chattering. how do you still or how do you bring peace to the mind? haan, dekhiye, ye ek problem hai. aur ye hai, isko main kehta hoon problem of distraction. mind baar baar distract hota hai. main sochta hoon ke ye raaz hayat hai ke aap apne mind ko distract na hone dein. distraction hi se sab baat bigadti hai. ji. yaani hamara focus hat ta hai,</w:t>
      </w:r>
    </w:p>
    <w:p>
      <w:pPr>
        <w:jc w:val="right"/>
      </w:pPr>
      <w:r>
        <w:t>ता है। सो, दिस माइंड इज़ कांस्टेंटली चैटरिंग। हाउ डू यू स्टिल और हाउ डू यू ब्रिंग पीस टू द माइंड? हाँ, देखिए, ये एक प्रॉब्लम है। और ये है, इसको मैं कहता हूँ प्रॉब्लम ऑफ डिस्ट्रक्शन। माइंड बार-बार डिस्ट्रैक्ट होता है। मैं सोचता हूँ कि ये राज हयात है कि आप अपने माइंड को डिस्ट्रैक्ट न होने दें। डिस्ट्रक्शन ही से सब बात बिगड़ती है। जी। यानी हमारा फोकस हटता है,</w:t>
      </w:r>
    </w:p>
    <w:p>
      <w:r>
        <w:rPr>
          <w:b/>
        </w:rPr>
        <w:t xml:space="preserve">[15:38] </w:t>
      </w:r>
      <w:r>
        <w:t>intellectual development nahi ho paata. to sabse badi cheez jo spiritual development ke liye, intellectual development ke liye chahiye, wo ye hai ke hum apne aap ko, you have to save all kind of distraction. ye bahut zaroori hai. to inke koi khaas tareeqe jo hum apni rozmarra ki zindagi mein la sakte hain?</w:t>
      </w:r>
    </w:p>
    <w:p>
      <w:pPr>
        <w:jc w:val="right"/>
      </w:pPr>
      <w:r>
        <w:t>इंटेलेक्चुअल डेवलपमेंट नहीं हो पाता। तो सबसे बड़ी चीज़ जो स्पिरिचुअल डेवलपमेंट के लिए, इंटेलेक्चुअल डेवलपमेंट के लिए चाहिए, वो ये है कि हम अपने आप को, यू हैव टू सेफ ऑल काइंड ऑफ डिस्ट्रक्शन। ये बहुत जरूरी है। तो इनके कोई खास तरीके जो हम अपनी रोज़मर्रा की जिंदगी में ला सकते हैं?</w:t>
      </w:r>
    </w:p>
    <w:p>
      <w:r>
        <w:rPr>
          <w:b/>
        </w:rPr>
        <w:t xml:space="preserve">[16:02] </w:t>
      </w:r>
      <w:r>
        <w:t>bas activity of the mind.</w:t>
      </w:r>
    </w:p>
    <w:p>
      <w:pPr>
        <w:jc w:val="right"/>
      </w:pPr>
      <w:r>
        <w:t>बस एक्टिविटी ऑफ द माइंड।</w:t>
      </w:r>
    </w:p>
    <w:p>
      <w:r>
        <w:rPr>
          <w:b/>
        </w:rPr>
        <w:t xml:space="preserve">[16:04] </w:t>
      </w:r>
      <w:r>
        <w:t>dekhiye, insaan ke mein badlav laane ke liye koi technique nahi hua karti. it is, it is mind that governs all your activities. apne mind ko activate kijiye, mind ko train kijiye. aur jaise hi distraction ho, foran usko, yaani mind aisa ho ke jaan le ke yahan distraction ho raha hai. aur jaldi se aap lautein right path ki taraf. umm, koi bhi technique nahi. jo log technique batate hain, main us mein believe nahi karta</w:t>
      </w:r>
    </w:p>
    <w:p>
      <w:pPr>
        <w:jc w:val="right"/>
      </w:pPr>
      <w:r>
        <w:t>देखिए, इंसान के में बदलाव लाने के लिए कोई टेक्निक नहीं हुआ करती। इट इज़, इट इज़ माइंड दैट गवर्न्स ऑल योर एक्टिविटीज। अपने माइंड को एक्टिवेट कीजिए, माइंड को ट्रेन कीजिए। और जैसे ही डिस्ट्रक्शन हो, फौरन उसको, यानी माइंड ऐसा हो कि जान ले कि यहां डिस्ट्रक्शन हो रहा है। और जल्दी से आप लौटें राइट पाथ की तरफ। उम्म, कोई भी टेक्निक नहीं। जो लोग टेक्निक बताते हैं, मैं उसमें बिलीव नहीं करता</w:t>
      </w:r>
    </w:p>
    <w:p>
      <w:r>
        <w:rPr>
          <w:b/>
        </w:rPr>
        <w:t xml:space="preserve">[16:33] </w:t>
      </w:r>
      <w:r>
        <w:t>. achha. mera manna hai ke mind ko activate kijiye. aur in, in, wo aap ek, ek, in jisko kehte hain intellectual awakening. ji. intellectual awakening sabse badi technique hai. wooden conversation with eminent scholar of Islam, Maulana Wahiduddin Khan sahib. Maulana ji,</w:t>
      </w:r>
    </w:p>
    <w:p>
      <w:pPr>
        <w:jc w:val="right"/>
      </w:pPr>
      <w:r>
        <w:t>। अच्छा। मेरा मानना है कि माइंड को एक्टिवेट कीजिए। और इन, इन, वो आप एक, एक, इन जिसको कहते हैं इंटेलेक्चुअल अवेकनिंग। जी। इंटेलेक्चुअल अवेकनिंग सबसे बड़ी टेक्निक है। वुडन कन्वर्सेशन विद एमिनेंट स्कॉलर ऑफ इस्लाम, मौलाना वहीदुद्दीन खान साहब। मौलाना जी,</w:t>
      </w:r>
    </w:p>
    <w:p>
      <w:r>
        <w:rPr>
          <w:b/>
        </w:rPr>
        <w:t xml:space="preserve">[16:56] </w:t>
      </w:r>
      <w:r>
        <w:t>center for peace and spirituality, ye kaisi sanstha hai? what kind of an organization is this?</w:t>
      </w:r>
    </w:p>
    <w:p>
      <w:pPr>
        <w:jc w:val="right"/>
      </w:pPr>
      <w:r>
        <w:t>सेंटर फॉर पीस एंड स्पिरिचुअलिटी, ये कैसी संस्था है? व्हाट काइंड ऑफ एन ऑर्गेनाइजेशन इज़ दिस?</w:t>
      </w:r>
    </w:p>
    <w:p>
      <w:r>
        <w:rPr>
          <w:b/>
        </w:rPr>
        <w:t xml:space="preserve">[17:02] </w:t>
      </w:r>
      <w:r>
        <w:t>iska idea to mujhe aaj se nahi, 1950 se tha, 1950 se. lekin organization ke roop mein usko banaya maine January 2001 mein. to us waqt se, yaani 2000, 1950 se mere man mein tha ke sabse badi cheez peace hai.</w:t>
      </w:r>
    </w:p>
    <w:p>
      <w:pPr>
        <w:jc w:val="right"/>
      </w:pPr>
      <w:r>
        <w:t>इसका आइडिया तो मुझे आज से नहीं, 1950 से था, 1950 से। लेकिन ऑर्गेनाइजेशन के रूप में उसको बनाया मैंने जनवरी 2001 में। तो उस वक्त से, यानी 2000, 1950 से मेरे मन में था कि सबसे बड़ी चीज़ पीस है।</w:t>
      </w:r>
    </w:p>
    <w:p>
      <w:r>
        <w:rPr>
          <w:b/>
        </w:rPr>
        <w:t xml:space="preserve">[17:22] </w:t>
      </w:r>
      <w:r>
        <w:t>to kaun maindhoondha maine, to ek mujhe verse mili, "wallahu yad'u ila dar as-salam." jiska translation hai, "and God calls to the home of peace." yaani Khuda kehta hai ke ek peaceful society banao, peaceful home banao,</w:t>
      </w:r>
    </w:p>
    <w:p>
      <w:pPr>
        <w:jc w:val="right"/>
      </w:pPr>
      <w:r>
        <w:t>तो कौन मैंढूंढा मैंने, तो एक मुझे वर्स मिली, "वल्लाह यदू दार सलाम।" जिसका ट्रांसलेशन है, "एंड गॉड कॉल्स टू द होम ऑफ पीस।" यानी खुदा कहता है कि एक पीसफुल सोसाइटी बनाओ, पीसफुल होम बनाओ,</w:t>
      </w:r>
    </w:p>
    <w:p>
      <w:r>
        <w:rPr>
          <w:b/>
        </w:rPr>
        <w:t xml:space="preserve">[17:39] </w:t>
      </w:r>
      <w:r>
        <w:t>peaceful atmosphere banao. to wo wahan par ek exhibition tha, wo to Aadamgarh mein tha. to exhibition mein main ek star lagaya</w:t>
      </w:r>
    </w:p>
    <w:p>
      <w:pPr>
        <w:jc w:val="right"/>
      </w:pPr>
      <w:r>
        <w:t>पीसफुल एटमॉस्फियर बनाओ। तो वो वहां पर एक एग्जिबिशन था, वो तो आदमगढ़ में था। तो एग्जिबिशन में मैं एक स्टार लगाया</w:t>
      </w:r>
    </w:p>
    <w:p>
      <w:r>
        <w:rPr>
          <w:b/>
        </w:rPr>
        <w:t xml:space="preserve">[17:48] </w:t>
      </w:r>
      <w:r>
        <w:t>. ek bahut bada sign board tha, uske upar bhi yahi likha hua tha, "and God calls to the home of peace." to ye main yahan se meri beginning hui, 1950 se. aur main isi ka ambassador ban gaya, advocate ban gaya. ke bhaiyon,</w:t>
      </w:r>
    </w:p>
    <w:p>
      <w:pPr>
        <w:jc w:val="right"/>
      </w:pPr>
      <w:r>
        <w:t>। एक बहुत बड़ा साइन बोर्ड था, उसके ऊपर भी यही लिखा हुआ था, "एंड गॉड कॉल्स टू द होम ऑफ पीस।" तो ये मैं यहां से मेरी बिगिनिंग हुई, 1950 से। और मैं इसी का एंबेसडर बन गया, एडवोकेट बन गया। कि भाइयों,</w:t>
      </w:r>
    </w:p>
    <w:p>
      <w:r>
        <w:rPr>
          <w:b/>
        </w:rPr>
        <w:t xml:space="preserve">[18:05] </w:t>
      </w:r>
      <w:r>
        <w:t>peace sabse badi cheez hai. peace is the summum bonum. ghar mein, society mein, mahaul mein, nation mein, international level par har jagah.</w:t>
      </w:r>
    </w:p>
    <w:p>
      <w:pPr>
        <w:jc w:val="right"/>
      </w:pPr>
      <w:r>
        <w:t>पीस सबसे बड़ी चीज़ है। पीस इज़ द समम बोनम। घर में, सोसाइटी में, माहौल में, नेशन में, इंटरनेशनल लेवल पर हर जगह।</w:t>
      </w:r>
    </w:p>
    <w:p>
      <w:r>
        <w:rPr>
          <w:b/>
        </w:rPr>
        <w:t xml:space="preserve">[18:14] </w:t>
      </w:r>
      <w:r>
        <w:t>tab se aaj tak main peace ko liye hoon, usi, usi par qayam hoon. aap jaise hum baat kar rahe the ke ye jo center hai, CPS, ye peace pe kya kya kaam seminars karte hain, kya kya karte hain?</w:t>
      </w:r>
    </w:p>
    <w:p>
      <w:pPr>
        <w:jc w:val="right"/>
      </w:pPr>
      <w:r>
        <w:t>तब से आज तक मैं पीसी को लिए हूं, उसी, उसी पर कायम हूं। आप जैसे हम बात कर रहे थे कि ये जो सेंटर है, सीपीएस, ये पीस पे क्या-क्या काम आप सेमिनार्स करते हैं, क्या-क्या करते हैं?</w:t>
      </w:r>
    </w:p>
    <w:p>
      <w:r>
        <w:rPr>
          <w:b/>
        </w:rPr>
        <w:t xml:space="preserve">[18:27] </w:t>
      </w:r>
      <w:r>
        <w:t>asal mein yahan par mamla methodology ka hai. log aam taur pe peace ka matlab samajhte hain ke jalsa karo, stage sajao, seminar karo. main is tareeqe mein believe nahi karta</w:t>
      </w:r>
    </w:p>
    <w:p>
      <w:pPr>
        <w:jc w:val="right"/>
      </w:pPr>
      <w:r>
        <w:t>असल में यहां पर मामला मेथडोलॉजी का है। लोग आमतौर पे पीस का मतलब समझते हैं कि जलसा करो, स्टेज सजाओ, सेमिनार करो। मैं इस तरीके में बिलीव नहीं करता</w:t>
      </w:r>
    </w:p>
    <w:p>
      <w:r>
        <w:rPr>
          <w:b/>
        </w:rPr>
        <w:t xml:space="preserve">[18:40] </w:t>
      </w:r>
      <w:r>
        <w:t>. yaani stage activism, street activism se mere adhik peace duniya mein nahi aata. mera mind, mera jo manna hai, wo hai re engineering of mind. mind ko aisa banao ke uske andar soch aaye, peace wali. UNESCO ka formula aapko jante honge ke "violence begins from mind." to mind se violence shuru hota hai, wahin se peace bhi la sakte hain aap.</w:t>
      </w:r>
    </w:p>
    <w:p>
      <w:pPr>
        <w:jc w:val="right"/>
      </w:pPr>
      <w:r>
        <w:t>। यानी स्टेज एक्टिविज्म, स्ट्रीट एक्टिविज्म से मेरे अधिक पीस दुनिया में नहीं आता। मेरा माइंड, मेरा जो मानना है, वो है री इंजीनियरिंग ऑफ माइंड। माइंड को ऐसा बनाओ कि उसके अंदर सोच आए, पीस वाली। यूनेस्को का फार्मूला आपको जानते होंगे कि "वायलेंस बिगिंस फ्रॉम माइंड।" तो माइंड से वायलेंस शुरू होता है, वहीं से पीस भी ला सकते हैं आप।</w:t>
      </w:r>
    </w:p>
    <w:p>
      <w:r>
        <w:rPr>
          <w:b/>
        </w:rPr>
        <w:t xml:space="preserve">[19:07] </w:t>
      </w:r>
      <w:r>
        <w:t>to main believe karta hoon in, in mind ki engineering par, mind ko badalne par, thinking ko badalne par. ye stage activism aur street activism aur ye jalsa juloos, ye mera tareeqa nahi hai. to mere paas 200,000 literature hai, kitabein hain, har language mein. aur website hai,</w:t>
      </w:r>
    </w:p>
    <w:p>
      <w:pPr>
        <w:jc w:val="right"/>
      </w:pPr>
      <w:r>
        <w:t>तो मैं बिलीव करता हूं इन, इन माइंड की इंजीनियरिंग पर, माइंड को बदलने पर, थिंकिंग को बदलने पर। ये स्टेज एक्टिविज्म और स्ट्रीट एक्टिविज्म और ये जलसा जुलूस, ये मेरा तरीका नहीं है। तो मेरे पास 200,000 लिटरेचर है, किताबें हैं, हर लैंग्वेज में। और वेबसाइट है,</w:t>
      </w:r>
    </w:p>
    <w:p>
      <w:r>
        <w:rPr>
          <w:b/>
        </w:rPr>
        <w:t xml:space="preserve">[19:27] </w:t>
      </w:r>
      <w:r>
        <w:t>mera lecture hota hai, barabar live telecast bhi hota hai.</w:t>
      </w:r>
    </w:p>
    <w:p>
      <w:pPr>
        <w:jc w:val="right"/>
      </w:pPr>
      <w:r>
        <w:t>मेरा लेक्चर होता है, बराबर लाइव टेलीकास्ट भी होता है।</w:t>
      </w:r>
    </w:p>
    <w:p>
      <w:r>
        <w:rPr>
          <w:b/>
        </w:rPr>
        <w:t xml:space="preserve">[19:31] </w:t>
      </w:r>
      <w:r>
        <w:t>to poori duniya mein hamara mission jo hai, modern communication ko istemal karke hum chala rahe hain. aur hamare saath har jagah, har har har, almost in every country, there are some supporters of my mission. lekin ye bahut hi khamosh andaaz mein kaam ho raha hai. ismein bheedbhaad, crowd,</w:t>
      </w:r>
    </w:p>
    <w:p>
      <w:pPr>
        <w:jc w:val="right"/>
      </w:pPr>
      <w:r>
        <w:t>तो पूरी दुनिया में हमारा मिशन जो है, मॉडर्न कम्युनिकेशन को इस्तेमाल करके हम चला रहे हैं। और हमारे साथ हर जगह, हर हर हर, ऑलमोस्ट इन एवरी कंट्री, देयर आर सम सपोर्टर्स ऑफ माय मिशन। लेकिन यह बहुत ही खामोश अंदाज में काम हो रहा है। इसमें भीड़भाड़, क्राउड,</w:t>
      </w:r>
    </w:p>
    <w:p>
      <w:r>
        <w:rPr>
          <w:b/>
        </w:rPr>
        <w:t xml:space="preserve">[19:52] </w:t>
      </w:r>
      <w:r>
        <w:t>ye sab usmein nahi hai. aapka mission kya hai? mission aadmi ko peaceful tareeqe se sochna</w:t>
      </w:r>
    </w:p>
    <w:p>
      <w:pPr>
        <w:jc w:val="right"/>
      </w:pPr>
      <w:r>
        <w:t>ये सब उसमें नहीं है। आपका मिशन क्या है? मिशन आदमी को पीसफुल तरीके से सोचना</w:t>
      </w:r>
    </w:p>
    <w:p>
      <w:r>
        <w:rPr>
          <w:b/>
        </w:rPr>
        <w:t xml:space="preserve">[19:59] </w:t>
      </w:r>
      <w:r>
        <w:t>. jaise kal mere paas telephone aaya, ek, ek USA se. ji. USA mein ek sahab rehte hain. to unka telephone aaya ke main pehle bahut negative tha. yaani jo idhar udhar jo vida hoti thi ke Palestine mein, Iraq mein, Afghanistan mein lekar negative tha. America ko bura samajhta tha, British ko bura samajhta tha. aapki books padhi maine, jaise ye kitab maine padhi. to achha, ekdum mera mind badal gaya. ab main prachar karne laga hoon</w:t>
      </w:r>
    </w:p>
    <w:p>
      <w:pPr>
        <w:jc w:val="right"/>
      </w:pPr>
      <w:r>
        <w:t>। जैसे कल मेरे पास टेलीफोन आया, एक, एक यूएसए से। जी। यूएसए में एक साहब रहते हैं। तो उनका टेलीफोन आया कि मैं पहले बहुत नेगेटिव था। यानी जो इधर-उधर जो विदा होती थी कि पैलेस्टाइन में, इराक में, अफगानिस्तान में लेकर नेगेटिव था। अमेरिका को बुरा समझता था, ब्रिटिश को बुरा समझता था। आपकी बुक्स पढ़ी मैंने, जैसे ये किताब मैंने पढ़ी। तो अच्छा, एकदम मेरा माइंड बदल गया। अब मैं प्रचार करने लगा हूं</w:t>
      </w:r>
    </w:p>
    <w:p>
      <w:r>
        <w:rPr>
          <w:b/>
        </w:rPr>
        <w:t xml:space="preserve">[20:25] </w:t>
      </w:r>
      <w:r>
        <w:t>peace ka. to ek individual ko badal kar ke aap ek, ek bahut bada worker pa lete hain. phir wo worker jab kaam karta hai, to phir ek, ek group milta hai, ek society milti hai. to mera kaam tareeqa yeh hai ke individual se beginning karo, phir dheere dheere pahuncho society tak. ye hamara tareeqa kaam karne ka hai. samaj mein itna manthan ho raha hai, progress is happening at such a fast pace. ah, there are so many problems also within the world of eq</w:t>
      </w:r>
    </w:p>
    <w:p>
      <w:pPr>
        <w:jc w:val="right"/>
      </w:pPr>
      <w:r>
        <w:t>पीस का। तो एक इंडिविजुअल को बदल करके आप एक, एक बहुत बड़ा वर्कर पा लेते हैं। फिर वो वर्कर जब काम करता है, तो फिर एक, एक ग्रुप मिलता है, एक सोसाइटी मिलती है। तो मेरा काम तरीका यह है कि इंडिविजुअल से बिगिनिंग करो, फिर धीरे-धीरे पहुंचो सोसाइटी तक। ये हमारा तरीका काम करने का है। समाज में इतना मंथन हो रहा है, प्रोग्रेस इज़ हैपनिंग एट सच अ फास्ट पेस। अह, देयर आर सो मेनी प्रॉब्लम्स आल्सो विद इन द वर्ल्ड ऑफ इ</w:t>
      </w:r>
    </w:p>
    <w:p>
      <w:r>
        <w:rPr>
          <w:b/>
        </w:rPr>
        <w:t xml:space="preserve">[20:54] </w:t>
      </w:r>
      <w:r>
        <w:t>uity. you know, some nations are very rich, some nations are still struggling. aaj ka aham mudda kya hai? what is the most important issue today?</w:t>
      </w:r>
    </w:p>
    <w:p>
      <w:pPr>
        <w:jc w:val="right"/>
      </w:pPr>
      <w:r>
        <w:t>क्विटी। यू नो, सम नेशंस आर वेरी रिच, सम नेशंस आर स्टिल स्ट्रगलिंग। आज का अहम मुद्दा क्या है? व्हाट इज़ द मोस्ट इंपॉर्टेंट इशू टुडे?</w:t>
      </w:r>
    </w:p>
    <w:p>
      <w:r>
        <w:rPr>
          <w:b/>
        </w:rPr>
        <w:t xml:space="preserve">[21:04] </w:t>
      </w:r>
      <w:r>
        <w:t>bhai, main to yahi samajhta hoon ke sabse bada peace hi hai. umm, log ye bhool gaye hain ke koi bhi cheez aap achieve kar sakte hain peaceful tareeqe se. violence se kuch achieve nahi kar sakte. recently aapne dekha, kai countries mein violence hua ke kuch bhi wo achieve nahi kar paaye. to log jo hain, peace ki value ko bhool gaye hain.</w:t>
      </w:r>
    </w:p>
    <w:p>
      <w:pPr>
        <w:jc w:val="right"/>
      </w:pPr>
      <w:r>
        <w:t>भाई, मैं तो यही समझता हूं कि सपना बुद्धा पीस ही है। उम्म, लोग ये भूल गए हैं कि कोई भी चीज़ आप अचीव कर सकते हैं पीसफुल तरीके से। वायलेंस से कुछ अचीव नहीं कर सकते। रिसेंटली आपने देखा, कई कंट्रीज में वायलेंस हुआ कि कुछ भी वो अचीव नहीं कर पाए। तो लोग जो है, पीस की वैल्यू को भूल गए हैं।</w:t>
      </w:r>
    </w:p>
    <w:p>
      <w:r>
        <w:rPr>
          <w:b/>
        </w:rPr>
        <w:t xml:space="preserve">[21:24] </w:t>
      </w:r>
      <w:r>
        <w:t>wo power ki value ko samajhte hain, money ki value ko samajhte hain, aur war ki value ko samajhte hain, bombardment ki value ko samajhte hain. lekin ye nahi samajhte ke you have to see the result. main kehna chahta hoon use ke har cheez mein aap result ko dekhiye. result agar achha hai, to cheez achhi hai, nahi to achhi nahi hai. to main ye manta hoon ke sabse powerful cheez jo hai, peace hai.</w:t>
      </w:r>
    </w:p>
    <w:p>
      <w:pPr>
        <w:jc w:val="right"/>
      </w:pPr>
      <w:r>
        <w:t>वो पावर की वैल्यू को समझते हैं, मनी की वैल्यू को समझते हैं, और वार की वैल्यू को समझते हैं, बमबार्डमेंट की वैल्यू को समझते हैं। लेकिन ये नहीं समझते कि यू हैव टू सी द रिजल्ट। मैं कहना चाहता हूं उसे कि हर चीज़ में आप रिजल्ट को देखिए। रिजल्ट अगर अच्छा है, तो चीज़ अच्छी है, नहीं तो अच्छी नहीं है। तो मैं ये मानता हूं कि सबसे पावरफुल चीज़ जो है, पीस है।</w:t>
      </w:r>
    </w:p>
    <w:p>
      <w:r>
        <w:rPr>
          <w:b/>
        </w:rPr>
        <w:t xml:space="preserve">[21:49] </w:t>
      </w:r>
      <w:r>
        <w:t>Quran Majeed mein hai ke "asl khair" ke peace jo hai, sabse powerful cheez hai tumhare paas. peace le to har cheez pa sakte ho. ek bahut hi anokha, ek anokhi hadees hai ke "innallaha yuti rifq mala yuti." iska matlab ye hai ke God grants to non-violence. what he does God grant to violence?</w:t>
      </w:r>
    </w:p>
    <w:p>
      <w:pPr>
        <w:jc w:val="right"/>
      </w:pPr>
      <w:r>
        <w:t>कुरान मजीद में है कि "असल खैर" कि पीस जो है, सबसे पावरफुल चीज़ है तुम्हारे पास। पीस ले तो हर चीज़ पा सकते हो। एक बहुत ही अनोखा, एक अनोखी हदीस है कि "इन्नाल्लाह यती रिफ्क माला यती।" इसका मतलब ये है कि गॉड ग्रांट्स टू नॉन वायलेंस। व्हाट ही डज गॉड ग्रांट टू वायलेंस?</w:t>
      </w:r>
    </w:p>
    <w:p>
      <w:r>
        <w:rPr>
          <w:b/>
        </w:rPr>
        <w:t xml:space="preserve">[22:14] </w:t>
      </w:r>
      <w:r>
        <w:t>to duniya ka jo banaya hai, banane wale ne, yeh dhung par banaya hai ki yahan par aap badi, badi, badi se badi cheez bhi peace ke through pa sakte hain. aur violence ke zariye kuch nahi paenge aap. duniya mein aap dekhiye, first war se first war hui, use kaamyaab insaan ko. second war war hui, kaamyaab insaan ko. kitni war hoti rehti hain duniya mein, milta kuch bhi nahi. aur peace ke zariye dekhiye, sari jo taraqqiyan hui hain, science ki taraqqiyan, industry ki taraqqiyan, sirf peaceful activities se hi hui hain.</w:t>
      </w:r>
    </w:p>
    <w:p>
      <w:pPr>
        <w:jc w:val="right"/>
      </w:pPr>
      <w:r>
        <w:t>तो दुनिया का जो बनाया है, बनाने वाले ने, येढंग पर बनाया है कि यहां पर आप बड़ी, बड़ी, बड़ी से बड़ी चीज़ भी पीस के थ्रू पा सकते हैं। और वायलेंस के जरिए कुछ नहीं पाएंगे आप। दुनिया में आप देखिए, फर्स्ट वार से फर्स्ट वार हुई, उसे कामयाब इंसान को। सेकंड वार वार हुई, कामयाब इंसान को। कितनी वार होती रहती हैं दुनिया में, मिलता कुछ भी नहीं। और पीस के जरिए देखिए, सारी जो तरक्कियां हुई हैं, साइंस की तरक्कियां, इंडस्ट्री की तरक्कियां, सिर्फ पीसफुल एक्टिविटीज से ही हुई हैं।</w:t>
      </w:r>
    </w:p>
    <w:p>
      <w:r>
        <w:rPr>
          <w:b/>
        </w:rPr>
        <w:t xml:space="preserve">[22:43] </w:t>
      </w:r>
      <w:r>
        <w:t>to ye koi area ya koi case nahi hai jahan violence justify ho sakta hai? haan, mera manna yahi hai. violence ko manage kijiye, violence se takraiye nahi. violence ko manage kijiye, violence se takraiye nahi. negate karein. haan. maine manage karna jo hai, main bahut hi,</w:t>
      </w:r>
    </w:p>
    <w:p>
      <w:pPr>
        <w:jc w:val="right"/>
      </w:pPr>
      <w:r>
        <w:t>तो ये कोई एरिया या कोई केस नहीं है जहां वायलेंस जस्टिफाई हो सकता है? हां, मेरा मानना यही है। वायलेंस को मैनेज कीजिए, वायलेंस से टकराइए नहीं। वायलेंस को मैनेज कीजिए, वायलेंस से टकराइए नहीं। नेगेट करें। हां। मैंने मैनेज करना जो है, मैं बहुत ही,</w:t>
      </w:r>
    </w:p>
    <w:p>
      <w:r>
        <w:rPr>
          <w:b/>
        </w:rPr>
        <w:t xml:space="preserve">[23:00] </w:t>
      </w:r>
      <w:r>
        <w:t>main, main bar bar iska tajurba karta hoon. manage karna, isse main ek baat, ek misaal deta hoon ki sabse bada factor jo hai, ladai ka anger hai. ji. log anger se</w:t>
      </w:r>
    </w:p>
    <w:p>
      <w:pPr>
        <w:jc w:val="right"/>
      </w:pPr>
      <w:r>
        <w:t>मैं, मैं बार-बार इसका तजुर्बा करता हूं। मैनेज करना, इससे मैं एक बात, एक मिसाल देता हूं कि सबसे बड़ा फैक्टर जो है, लड़ाई का एंगर है। जी। लोग एंगर से</w:t>
      </w:r>
    </w:p>
    <w:p>
      <w:r>
        <w:rPr>
          <w:b/>
        </w:rPr>
        <w:t xml:space="preserve">[23:11] </w:t>
      </w:r>
      <w:r>
        <w:t>lad jaate hain, chahe individual ho, chahe nation ho. gusse mein aaye to lad gaye. achha, anger ka mamla yeh hai ki psychological studies batati hain ki anger is a matter of 30 seconds. jab aapko gussa aaya, to 30 minute chup rahiye. to 30 minute ke baad kya hoga?</w:t>
      </w:r>
    </w:p>
    <w:p>
      <w:pPr>
        <w:jc w:val="right"/>
      </w:pPr>
      <w:r>
        <w:t>लड़ जाते हैं, चाहे इंडिविजुअल हो, चाहे नेशन हो। गुस्से में आए तो लड़ गए। अच्छा, एंगर का मामला यह है कि साइकोलॉजिकल स्टडीज बताती हैं कि एंगर इज़ अ मैटर ऑफ 30 सेकंड। जब आपको गुस्सा आया, तो 30 मिनट चुप रहिए। तो 30 मिनट के बाद क्या होगा?</w:t>
      </w:r>
    </w:p>
    <w:p>
      <w:r>
        <w:rPr>
          <w:b/>
        </w:rPr>
        <w:t xml:space="preserve">[23:28] </w:t>
      </w:r>
      <w:r>
        <w:t>anger thanda hone lagta hai. 30 tak ginti karo,</w:t>
      </w:r>
    </w:p>
    <w:p>
      <w:pPr>
        <w:jc w:val="right"/>
      </w:pPr>
      <w:r>
        <w:t>एंगर ठंडा होने लगता है। 30 तक गिनती करो,</w:t>
      </w:r>
    </w:p>
    <w:p>
      <w:r>
        <w:rPr>
          <w:b/>
        </w:rPr>
        <w:t xml:space="preserve">[23:31] </w:t>
      </w:r>
      <w:r>
        <w:t>30 second. 30 second mein cooling process shuru hota hai, cooling process. pehle anger bahut bhadkega. agar ekdum chup ho jaye aap 30 second, to cooling process shuru hota hai. aur kuch der baad apne aap khatm. to main yahi karta hoon. mujhe bhi gussa aata hai. aapko aata hai gussa?</w:t>
      </w:r>
    </w:p>
    <w:p>
      <w:pPr>
        <w:jc w:val="right"/>
      </w:pPr>
      <w:r>
        <w:t>30 सेकंड। 30 सेकंड में कूलिंग प्रोसेस शुरू होता है, कूलिंग प्रोसेस। पहले एंगर बहुत भड़केगा। अगर एकदम चुप हो जाए आप 30 सेकंड, तो कूलिंग प्रोसेस शुरू होता है। और कुछ देर बाद अपने आप खत्म। तो मैं यही करता हूं। मुझे भी गुस्सा आता है। आपको आता है गुस्सा?</w:t>
      </w:r>
    </w:p>
    <w:p>
      <w:r>
        <w:rPr>
          <w:b/>
        </w:rPr>
        <w:t xml:space="preserve">[23:46] </w:t>
      </w:r>
      <w:r>
        <w:t>gussa aata hai, main chup ho jata hoon. gussa bas chup hote hi, bas dheere-dheere-dheere khatm ho jata hai. pacify kar leta hoon main apne gusse ko. dekhiye, gussa to insaan ke nature mein hai. you have to manage your anger. to sabse bada jo formula hai,</w:t>
      </w:r>
    </w:p>
    <w:p>
      <w:pPr>
        <w:jc w:val="right"/>
      </w:pPr>
      <w:r>
        <w:t>गुस्सा आता है, मैं चुप हो जाता हूं। गुस्सा बस चुप होते ही, बस धीरे-धीरे-धीरे खत्म हो जाता है। पेसिफाई कर लेता हूं मैं अपने गुस्से को। देखिए, गुस्सा तो इंसान के नेचर में है। यू हैव टू मैनेज योर एंगर। तो सबसे बड़ा जो फार्मूला है,</w:t>
      </w:r>
    </w:p>
    <w:p>
      <w:r>
        <w:rPr>
          <w:b/>
        </w:rPr>
        <w:t xml:space="preserve">[24:04] </w:t>
      </w:r>
      <w:r>
        <w:t>You have to learn the art of management.</w:t>
      </w:r>
    </w:p>
    <w:p>
      <w:pPr>
        <w:jc w:val="right"/>
      </w:pPr>
      <w:r>
        <w:t>यू हैव टू लर्न द आर्ट ऑफ मैनेजमेंट।</w:t>
      </w:r>
    </w:p>
    <w:p>
      <w:r>
        <w:rPr>
          <w:b/>
        </w:rPr>
        <w:t xml:space="preserve">[24:07] </w:t>
      </w:r>
      <w:r>
        <w:t>managing your anger.</w:t>
      </w:r>
    </w:p>
    <w:p>
      <w:pPr>
        <w:jc w:val="right"/>
      </w:pPr>
      <w:r>
        <w:t>मैनेजिंग योर एंगर।</w:t>
      </w:r>
    </w:p>
    <w:p>
      <w:r>
        <w:rPr>
          <w:b/>
        </w:rPr>
        <w:t xml:space="preserve">[24:08] </w:t>
      </w:r>
      <w:r>
        <w:t>haan. sab se bara formula ye hai.</w:t>
      </w:r>
    </w:p>
    <w:p>
      <w:pPr>
        <w:jc w:val="right"/>
      </w:pPr>
      <w:r>
        <w:t>हां। सबसे बड़ा फार्मूला ये है।</w:t>
      </w:r>
    </w:p>
    <w:p>
      <w:r>
        <w:rPr>
          <w:b/>
        </w:rPr>
        <w:t xml:space="preserve">[24:11] </w:t>
      </w:r>
      <w:r>
        <w:t>ye sab baatein, ah, maulana sahib, aap ke saath main shaant ek vatavaran mein baith ke sun rahi hoon.</w:t>
      </w:r>
    </w:p>
    <w:p>
      <w:pPr>
        <w:jc w:val="right"/>
      </w:pPr>
      <w:r>
        <w:t>ये सब बातें, अह, मौलाना साहब, आपके साथ मैं शांत एक वातावरण में बैठ के सुन रही हूं।</w:t>
      </w:r>
    </w:p>
    <w:p>
      <w:r>
        <w:rPr>
          <w:b/>
        </w:rPr>
        <w:t xml:space="preserve">[24:17] </w:t>
      </w:r>
      <w:r>
        <w:t>to bahut meaning rakhti hain.</w:t>
      </w:r>
    </w:p>
    <w:p>
      <w:pPr>
        <w:jc w:val="right"/>
      </w:pPr>
      <w:r>
        <w:t>तो बहुत मीनिंग रखती हैं।</w:t>
      </w:r>
    </w:p>
    <w:p>
      <w:r>
        <w:rPr>
          <w:b/>
        </w:rPr>
        <w:t xml:space="preserve">[24:20] </w:t>
      </w:r>
      <w:r>
        <w:t>par jab kisi pe situation ya koi situation ke andar hota hai, aur uss waqt koi bole aap ko</w:t>
      </w:r>
    </w:p>
    <w:p>
      <w:pPr>
        <w:jc w:val="right"/>
      </w:pPr>
      <w:r>
        <w:t>पर जब किसी पे सिचुएशन या कोई सिचुएशन के अंदर होता है, और उस वक्त कोई बोले आपको</w:t>
      </w:r>
    </w:p>
    <w:p>
      <w:r>
        <w:rPr>
          <w:b/>
        </w:rPr>
        <w:t xml:space="preserve">[24:26] </w:t>
      </w:r>
      <w:r>
        <w:t>कि इसको try and manage it, इसके लिए जैसे आपने बोला, माइंड को ट्रेन करना पड़ता है।</w:t>
      </w:r>
    </w:p>
    <w:p>
      <w:pPr>
        <w:jc w:val="right"/>
      </w:pPr>
      <w:r>
        <w:t>कि इसको ट्राई एंड मैनेज इट, इसके लिए जैसे आपने बोला, माइंड को ट्रेन करना पड़ता है।</w:t>
      </w:r>
    </w:p>
    <w:p>
      <w:r>
        <w:rPr>
          <w:b/>
        </w:rPr>
        <w:t xml:space="preserve">[24:31] </w:t>
      </w:r>
      <w:r>
        <w:t>to wo mind ki training kaise hoti hai?</w:t>
      </w:r>
    </w:p>
    <w:p>
      <w:pPr>
        <w:jc w:val="right"/>
      </w:pPr>
      <w:r>
        <w:t>तो वो माइंड की ट्रेनिंग कैसे होती है?</w:t>
      </w:r>
    </w:p>
    <w:p>
      <w:r>
        <w:rPr>
          <w:b/>
        </w:rPr>
        <w:t xml:space="preserve">[24:35] </w:t>
      </w:r>
      <w:r>
        <w:t>hum jo sikhaate hain apne saathiyon ko, wo sirf ek hi formula hai ki hamesha result lekar socho, result ko lekar socho. jab bhi anger aata hai, jab bhi hate aati hai, jab bhi koi negative thought aate hain, aapko action, ek action lena chahte hain aap, socho ki uska result kya niklega. always you have to see the result. jaise hi aap result ko lekar sochenge, to aapka mind kahega ki bhai, isse to kuch milne wala nahi hai.</w:t>
      </w:r>
    </w:p>
    <w:p>
      <w:pPr>
        <w:jc w:val="right"/>
      </w:pPr>
      <w:r>
        <w:t>हम जो सिखाते हैं अपने साथियों को, वो सिर्फ एक ही फार्मूला है कि हमेशा रिजल्ट लेकर सोचो, रिजल्ट को लेकर सोचो। जब भी एंगर आता है, जब भी हेट आती है, जब भी कोई नेगेटिव थॉट आते हैं, आपको एक्शन, एक एक्शन लेना चाहते हैं आप, सोचो कि उसका रिजल्ट क्या निकलेगा। ऑलवेज यू हैव टू सी द रिजल्ट। जैसे ही आप रिजल्ट को लेकर सोचेंगे, तो आपका माइंड कहेगा कि भाई, इससे तो कुछ मिलने वाला नहीं है।</w:t>
      </w:r>
    </w:p>
    <w:p>
      <w:r>
        <w:rPr>
          <w:b/>
        </w:rPr>
        <w:t xml:space="preserve">[25:03] </w:t>
      </w:r>
      <w:r>
        <w:t>peaceful tareeke se isko manage karo. hum sab saathiyon ko is formula ko batate hain ki always you have to see the result. pehle result socho, phir action. phir koi action lena hai, to action lo. result socho se pehle action mat lo. ek sawal, maulana sahab, relationships pe, rishton pe. hum sabke jeevan alag-alag rishton mein bandhe hue hain. to rishton ko manage kaise karna chahiye?</w:t>
      </w:r>
    </w:p>
    <w:p>
      <w:pPr>
        <w:jc w:val="right"/>
      </w:pPr>
      <w:r>
        <w:t>पीसफुल तरीके से इसको मैनेज करो। हम सब साथियों को इस फार्मूले को बताते हैं कि ऑलवेज यू हैव टू सी द रिजल्ट। पहले रिजल्ट सोचो, फिर एक्शन। फिर कोई एक्शन लेना है, तो एक्शन लो। रिजल्ट सोचो से पहले एक्शन मत लो। एक सवाल, मौलाना साहब, रिलेशनशिप्स पे, रिश्तों पे। हम सबके जीवन अलग-अलग रिश्तों में बंधे हुए हैं। तो रिश्तों को मैनेज कैसे करना चाहिए?</w:t>
      </w:r>
    </w:p>
    <w:p>
      <w:r>
        <w:rPr>
          <w:b/>
        </w:rPr>
        <w:t xml:space="preserve">[25:32] </w:t>
      </w:r>
      <w:r>
        <w:t>toleration. dekhiye, rishton mein zaroor aisa hoga, kuch complaint hoga. kuch na kuch ek doosre ko, yaani baat bigad jayegi, kuch na kuch aisa hoga. ji. to doosra koi option nahi, isse siway ki hum tolerate karein. koi option nahi. hum khud subah shaam tolerate karte hain. log kya karte hain ki koi baat bigdi, to jaldi se usko bahut hi seriously le lete hain. main apne saathiyon se kehta hoon, seriously mat lo.</w:t>
      </w:r>
    </w:p>
    <w:p>
      <w:pPr>
        <w:jc w:val="right"/>
      </w:pPr>
      <w:r>
        <w:t>टॉलरेशन। देखिए, रिश्तों में जरूर ऐसा होगा, कुछ कंप्लेंट होगा। कुछ न कुछ एक दूसरे को, यानी बात बिगड़ जाएगी, कुछ न कुछ ऐसा होगा। जी। तो दूसरा कोई ऑप्शन नहीं, इससे सिवाय कि हम टॉलरेट करें। कोई ऑप्शन नहीं। हम खुद सुबह शाम टॉलरेट करते हैं। लोग क्या करते हैं कि कोई बात बिगड़ी, तो जल्दी से उसको बहुत ही सीरियसली ले लेते हैं। मैं अपने साथियों से कहता हूं, सीरियसली मत लो।</w:t>
      </w:r>
    </w:p>
    <w:p>
      <w:r>
        <w:rPr>
          <w:b/>
        </w:rPr>
        <w:t xml:space="preserve">[26:02] </w:t>
      </w:r>
      <w:r>
        <w:t>is ko seriously lete ho. us ko bahut achha, uska ek saying hai, barda rasha ki. ji. usne kaha ki "the most uneducated person is one who has nothing to forget." to aap paas kuch bhulane ko hona chahiye, bhulane ko. kuch baat kahin se ho gayi, to bhula dijiye us ko. kuch baat ho gayi, bhula dijiye. bhula karke hum duniya mein peaceful tareeke se jee sakte hain. agar na bhulayein, to khamakha tension, har waqt tension.</w:t>
      </w:r>
    </w:p>
    <w:p>
      <w:pPr>
        <w:jc w:val="right"/>
      </w:pPr>
      <w:r>
        <w:t>इसको सीरियसली लेते हो। उसको बहुत अच्छा, उसका एक सेइंग है, बर्डा रशा की। जी। उसने कहा कि "द मोस्ट अनएजुकेटेड पर्सन इज़ वन हु हैज़ नथिंग टू फॉरगेट।" तो आप पास कुछ भुलाने को होना चाहिए, भुलाने को। कुछ बात कहीं से हो गई, तो भुला दीजिए उसको। कुछ बात हो गई, भुला दीजिए। भुला करके हम दुनिया में पीसफुल तरीके से जी सकते हैं। अगर ना भुलाएं, तो खामखा टेंशन, हर वक्त टेंशन।</w:t>
      </w:r>
    </w:p>
    <w:p>
      <w:r>
        <w:rPr>
          <w:b/>
        </w:rPr>
        <w:t xml:space="preserve">[26:32] </w:t>
      </w:r>
      <w:r>
        <w:t>to tension se, ab tension free hone ka jo formula hum batate hain apne saathiyon ko, wo hai ki bhulao, bhulao, bhulao, bhulao. jo bhi negative cheez hai, us ko bhula do. haan, bhulao. kyunki us se,</w:t>
      </w:r>
    </w:p>
    <w:p>
      <w:pPr>
        <w:jc w:val="right"/>
      </w:pPr>
      <w:r>
        <w:t>तो टेंशन से, अब टेंशन फ्री होने का जो फार्मूला हम बताते हैं अपने साथियों को, वो है कि भुलाओ, भुलाओ, भुलाओ, भुलाओ। जो भी नेगेटिव चीज़ है, उसको भुला दो। हां, भुलाओ। क्योंकि उससे,</w:t>
      </w:r>
    </w:p>
    <w:p>
      <w:r>
        <w:rPr>
          <w:b/>
        </w:rPr>
        <w:t xml:space="preserve">[26:46] </w:t>
      </w:r>
      <w:r>
        <w:t>"do escape from negativity." jo cheez dekhiye, mera manna yeh hai ki jis tarah gulab ka phool pe kaanta rahega, rahega,</w:t>
      </w:r>
    </w:p>
    <w:p>
      <w:pPr>
        <w:jc w:val="right"/>
      </w:pPr>
      <w:r>
        <w:t>"दू स्केप फ्रॉम नेगेटिविटी।" जो चीज़ देखिए, मेरा मानना यह है कि जिस तरह गुलाब का फूल पे कांटा रहेगा, रहेगा,</w:t>
      </w:r>
    </w:p>
    <w:p>
      <w:r>
        <w:rPr>
          <w:b/>
        </w:rPr>
        <w:t xml:space="preserve">[26:55] </w:t>
      </w:r>
      <w:r>
        <w:t>aisi creation plan jo hai khuda ka, us mein challenge, problem, compensation rahega, rahega. to kuch na kuch aisi baatein ho jayengi jo aapko achhi na lagen. to us ko manage kijiye, us ko tolerate kijiye, use bhulaiye. "there is no other option." true. ek sawal, ah, again uthta hai criticism pe, koi ninda kare aapki</w:t>
      </w:r>
    </w:p>
    <w:p>
      <w:pPr>
        <w:jc w:val="right"/>
      </w:pPr>
      <w:r>
        <w:t>ऐसी क्रिएशन प्लान जो है खुदा का, उसमें चैलेंज, प्रॉब्लम, कंपनसेशन रहेगा, रहेगा। तो कुछ न कुछ ऐसी बातें हो जाएंगी जो आपको अच्छी ना लगें। तो उसको मैनेज कीजिए, उसको टॉलरेट कीजिए, उसे भुलाइए। "देयर इज़ नो अदर ऑप्शन।" ट्रू। एक सवाल, अह, अगेन उठता है क्रिटिसिज्म पे, कोई निंदा करे आपकी</w:t>
      </w:r>
    </w:p>
    <w:p>
      <w:r>
        <w:rPr>
          <w:b/>
        </w:rPr>
        <w:t xml:space="preserve">[27:20] </w:t>
      </w:r>
      <w:r>
        <w:t>। to, ah, kuch log to criticism ko mante hain ki feedback hai, mere ko improve karna hai. par adhiktar criticism ghaav karti hai dil pe. how does one handle criticism?</w:t>
      </w:r>
    </w:p>
    <w:p>
      <w:pPr>
        <w:jc w:val="right"/>
      </w:pPr>
      <w:r>
        <w:t>। तो, अह, कुछ लोग तो क्रिटिसिज्म को मानते हैं कि फीडबैक है, मेरे को इंप्रूव करना है। पर अधिकतर क्रिटिसिज्म घाव करती है दिल पे। हाउ डज वन हैंडल क्रिटिसिज्म?</w:t>
      </w:r>
    </w:p>
    <w:p>
      <w:r>
        <w:rPr>
          <w:b/>
        </w:rPr>
        <w:t xml:space="preserve">[27:31] </w:t>
      </w:r>
      <w:r>
        <w:t>haan, dekhiye, usa mein bahut baar gaya hoon. to ek baar maine wahan ek professor se poocha ki usa ki tarakki ka raaz kya hai?</w:t>
      </w:r>
    </w:p>
    <w:p>
      <w:pPr>
        <w:jc w:val="right"/>
      </w:pPr>
      <w:r>
        <w:t>हां, देखिए, यूएसए में बहुत बार गया हूं। तो एक बार मैंने वहां एक प्रोफेसर से पूछा कि यूएसए की तरक्की का राज क्या है?</w:t>
      </w:r>
    </w:p>
    <w:p>
      <w:r>
        <w:rPr>
          <w:b/>
        </w:rPr>
        <w:t xml:space="preserve">[27:40] </w:t>
      </w:r>
      <w:r>
        <w:t>ji. usne kaha ki hum dissent ko bahut zyada, yaani pasand</w:t>
      </w:r>
    </w:p>
    <w:p>
      <w:pPr>
        <w:jc w:val="right"/>
      </w:pPr>
      <w:r>
        <w:t>जी। उसने कहा कि हम डिसेंट को बहुत ज्यादा, यानी पसंद</w:t>
      </w:r>
    </w:p>
    <w:p>
      <w:r>
        <w:rPr>
          <w:b/>
        </w:rPr>
        <w:t xml:space="preserve">[27:47] </w:t>
      </w:r>
      <w:r>
        <w:t>karte hain. koi, koi, koi criticize kare, koi apna dissent show kare, to hum us ko bahut pasand karte hain. kyunki us se ek, ek naya darwaza khulta hai. us se creativity aati hai. hum log kya hain, criticism ko for negative sense mein le lete hain. dekhiye, criticism ka positive sense mein le, baat khatm ho jati hai.</w:t>
      </w:r>
    </w:p>
    <w:p>
      <w:pPr>
        <w:jc w:val="right"/>
      </w:pPr>
      <w:r>
        <w:t>करते हैं। कोई, कोई, कोई क्रिटिसाइज करे, कोई अपना डिसेंट शो करे, तो हम उसको बहुत पसंद करते हैं। क्योंकि उससे एक, एक नया दरवाजा खुलता है। उससे क्रिएटिविटी आती है। हम लोग क्या हैं, क्रिटिसिज्म को फॉर नेगेटिव सेंस में ले लेते हैं। देखिए, क्रिटिसिज्म का पॉजिटिव सेंस में ले, बात खत्म हो जाती है।</w:t>
      </w:r>
    </w:p>
    <w:p>
      <w:r>
        <w:rPr>
          <w:b/>
        </w:rPr>
        <w:t xml:space="preserve">[28:09] </w:t>
      </w:r>
      <w:r>
        <w:t>jaise ki agar main logon se kaha karta hoon ki aap mirror ko dekha aapne, aapke face pe ek, ek dhabba koi hai, mirror ne bataya, to aap gussa nahi hote. to koi bhi critic jo hai, aapke ek dhabbe ko batata hai, to gussa hone ki kya zaroorat hai?</w:t>
      </w:r>
    </w:p>
    <w:p>
      <w:pPr>
        <w:jc w:val="right"/>
      </w:pPr>
      <w:r>
        <w:t>जैसे कि अगर मैं लोगों से कहा करता हूं कि आप मिरर को देखा आपने, आपके फेस पर एक, एक धब्बा कोई है, मिरर ने बताया, तो आप गुस्सा नहीं होते। तो कोई भी क्रिटिक जो है, आपके एक धब्बे को बताता है, तो गुस्सा होने की क्या जरूरत है?</w:t>
      </w:r>
    </w:p>
    <w:p>
      <w:r>
        <w:rPr>
          <w:b/>
        </w:rPr>
        <w:t xml:space="preserve">[28:27] </w:t>
      </w:r>
      <w:r>
        <w:t>us ko aap positive sense mein lijiye. aur samjhiye ki wo aapka bahut bada, yaani well-wisher hai. dissent is the sense of progress</w:t>
      </w:r>
    </w:p>
    <w:p>
      <w:pPr>
        <w:jc w:val="right"/>
      </w:pPr>
      <w:r>
        <w:t>उसको आप पॉजिटिव सेंस में लीजिए। और समझिए कि वो आपका बहुत बड़ा, यानी वेलविशर है। डिसेंट इज़ द सेंस ऑफ प्रोग्रेस</w:t>
      </w:r>
    </w:p>
    <w:p>
      <w:r>
        <w:rPr>
          <w:b/>
        </w:rPr>
        <w:t xml:space="preserve">[28:37] </w:t>
      </w:r>
      <w:r>
        <w:t>। i think that's what a lot of people believe in, which is also true. you know, it, this is a very philosophical question, and i don't think there is anybody better than you to answer it, maulana sahab. what is the purpose of life?</w:t>
      </w:r>
    </w:p>
    <w:p>
      <w:pPr>
        <w:jc w:val="right"/>
      </w:pPr>
      <w:r>
        <w:t>। आई थिंक दैट्स व्हाट अ लॉट ऑफ पीपल बिलीव इन, व्हिच इज़ आल्सो ट्रू। यू नो, इट, दिस इज़ अ वेरी फिलॉसफिकल क्वेश्चन, एंड आई डोंट थिंक देयर इज़ एनीबडी बेटर देन यू टू आंसर इट, मौलाना साहब। व्हाट इज़ द पर्पस ऑफ लाइफ?</w:t>
      </w:r>
    </w:p>
    <w:p>
      <w:r>
        <w:rPr>
          <w:b/>
        </w:rPr>
        <w:t xml:space="preserve">[28:51] </w:t>
      </w:r>
      <w:r>
        <w:t>purpose of life? haan, mean purpose of life. academy to islam? aap academy to islam jana chahenge? ji, bilkul.</w:t>
      </w:r>
    </w:p>
    <w:p>
      <w:pPr>
        <w:jc w:val="right"/>
      </w:pPr>
      <w:r>
        <w:t>पर्पस ऑफ लाइफ? हां, मीन पर्पस ऑफ लाइफ। अकादमी टू इस्लाम? आप अकादमी टू इस्लाम जाना चाहेंगे? जी, बिल्कुल।</w:t>
      </w:r>
    </w:p>
    <w:p>
      <w:r>
        <w:rPr>
          <w:b/>
        </w:rPr>
        <w:t xml:space="preserve">[29:00] </w:t>
      </w:r>
      <w:r>
        <w:t>dekhiye, islam ko ke jo scriptures hain, sari zindagi main us ko padhta raha hoon. jo aur bahut sari kitabein padhta raha hoon. har, har religion ko padha hai maine. islam mein jo bataya gaya hai, wo yeh hai ki khuda ne ek bahut hi beautiful duniya banayi, wo hai paradise. ab khuda ko us paradise mein basane ke liye candidate chahiye, deserving candidate.</w:t>
      </w:r>
    </w:p>
    <w:p>
      <w:pPr>
        <w:jc w:val="right"/>
      </w:pPr>
      <w:r>
        <w:t>देखिए, इस्लाम को के जो स्क्रिप्चर्स हैं, सारी जिंदगी मैं उसको पढ़ता रहा हूं। जो और बहुत सारी किताबें पढ़ता रहा हूं। हर, हर रिलजन को पढ़ा है मैंने। इस्लाम में जो बताया गया है, वो यह है कि खुदा ने एक बहुत ही ब्यूटीफुल दुनिया बनाई, वो है पैराडाइस। अब खुदा को उस पैराडाइस में बसाने के लिए कैंडिडेट चाहिए, डिजर्विंग कैंडिडेट।</w:t>
      </w:r>
    </w:p>
    <w:p>
      <w:r>
        <w:rPr>
          <w:b/>
        </w:rPr>
        <w:t xml:space="preserve">[29:29] </w:t>
      </w:r>
      <w:r>
        <w:t>yeh duniya khuda ne is liye banayi ki yahan par wo selection karna chahta hai. achha. to hum aap jo hain, yahan par khuda ki nigrani mein hain. aur khuda select kar raha hai aap ko, kaun wahan par is qabil hai ki wahan basaya jaye. who is the deserving candidate for that paradise. aur us mein sabse zyada important jo baat hai, wo peace hai. illaa kailan salaman salama quran majeed mein hai ki wahan log peaceful tareeke se rahenge.</w:t>
      </w:r>
    </w:p>
    <w:p>
      <w:pPr>
        <w:jc w:val="right"/>
      </w:pPr>
      <w:r>
        <w:t>यह दुनिया खुदा ने इसलिए बनाई कि यहां पर वो सिलेक्शन करना चाहता है। अच्छा। तो हम आप जो हैं, यहां पर खुदा की निगरानी में हैं। और खुदा सेलेक्ट कर रहा है आपको, कौन वहां पर इस काबिल है कि वहां बसाया जाए। हु इज़ द डिजर्विंग कैंडिडेट फॉर दैट पैराडाइस। और उसमें सबसे ज्यादा इंपॉर्टेंट जो बात है, वो पीसी है। इल्ला कीलन सलामन सलामा कुरान मजीद में है कि वहां लोग पीसफुल तरीके से रहेंगे।</w:t>
      </w:r>
    </w:p>
    <w:p>
      <w:r>
        <w:rPr>
          <w:b/>
        </w:rPr>
        <w:t xml:space="preserve">[29:56] </w:t>
      </w:r>
      <w:r>
        <w:t>kisi ke dil mein koi negative thought nahin, kisi ki kisi se ladai nahin, kisi ko kisi se ladna jhagadna nahin. to yahan par jo aadmi yeh prove kar raha hai ke main wo insaan hoon jo social life mein peaceful tareeke se reh sakta hai,</w:t>
      </w:r>
    </w:p>
    <w:p>
      <w:pPr>
        <w:jc w:val="right"/>
      </w:pPr>
      <w:r>
        <w:t>किसी के दिल में कोई नेगेटिव थॉट नहीं, किसी की किसी से लड़ाई नहीं, किसी को किसी से लड़ना झगड़ना नहीं। तो यहां पर जो आदमी यह प्रूव कर रहा है कि मैं वो इंसान हूं जो सोशल लाइफ में पीसफुल तरीके से रह सकता है,</w:t>
      </w:r>
    </w:p>
    <w:p>
      <w:r>
        <w:rPr>
          <w:b/>
        </w:rPr>
        <w:t xml:space="preserve">[30:13] </w:t>
      </w:r>
      <w:r>
        <w:t>to usi ko select kiya jayega us duniya mein reh</w:t>
      </w:r>
    </w:p>
    <w:p>
      <w:pPr>
        <w:jc w:val="right"/>
      </w:pPr>
      <w:r>
        <w:t>तो उसी को सेलेक्ट किया जाएगा उस दुनिया में रह</w:t>
      </w:r>
    </w:p>
    <w:p>
      <w:r>
        <w:rPr>
          <w:b/>
        </w:rPr>
        <w:t xml:space="preserve">[30:15] </w:t>
      </w:r>
      <w:r>
        <w:t>ne ke liye. to bahut hi beautiful, yaani yeh purpose hai life ka ke hum is duniya mein thode din ke liye, yaani pre death period mein hum apne ko prove kar dein ke hum wo insaan hain jo spirituality ke saath reh sakte hain, peaceful tareeke se reh sakte hain,</w:t>
      </w:r>
    </w:p>
    <w:p>
      <w:pPr>
        <w:jc w:val="right"/>
      </w:pPr>
      <w:r>
        <w:t>ने के लिए। तो बहुत ही ब्यूटीफुल, यानी यह पर्पस है लाइफ का कि हम इस दुनिया में थोड़े दिन के लिए, यानी प्री डेथ पीरियड में हम अपने को प्रूव कर दें कि हम वो इंसान हैं जो स्पिरिचुअलिटी के साथ रह सकते हैं, पीसफुल तरीके से रह सकते हैं,</w:t>
      </w:r>
    </w:p>
    <w:p>
      <w:r>
        <w:rPr>
          <w:b/>
        </w:rPr>
        <w:t xml:space="preserve">[30:32] </w:t>
      </w:r>
      <w:r>
        <w:t>love ke saath reh sakte hain, hate nahin hamare dil mein hai. to isko maane ke post death period mein hum, yaani select kiye jayenge paradise mein basane ke liye. yeh hai islam ka concept.</w:t>
      </w:r>
    </w:p>
    <w:p>
      <w:pPr>
        <w:jc w:val="right"/>
      </w:pPr>
      <w:r>
        <w:t>लव के साथ रह सकते हैं, हेट नहीं हमारे दिल में है। तो इसको माने कि पोस्ट डेथ पीरियड में हम, यानी सेलेक्ट किए जाएंगे पैराडाइस में बसाने के लिए। यह है इस्लाम का कांसेप्ट।</w:t>
      </w:r>
    </w:p>
    <w:p>
      <w:r>
        <w:rPr>
          <w:b/>
        </w:rPr>
        <w:t xml:space="preserve">[30:45] </w:t>
      </w:r>
      <w:r>
        <w:t>ah, aapke maayne mein kya hai purpose of life? bhai, dekhiye, mera, mera to mamla yeh hai ke main yeh keh sakta hoon ke main sabse zyada mohabbat main apne khuda se karta hoon, jisne mujhe paida kiya. main aksar akele mein sochta hoon ke yeh mera haath, yeh paon, yeh mind, yeh kaan, yeh kaan kisne diya mujhko?</w:t>
      </w:r>
    </w:p>
    <w:p>
      <w:pPr>
        <w:jc w:val="right"/>
      </w:pPr>
      <w:r>
        <w:t>अह, आपके मायने में क्या है पर्पस ऑफ लाइफ? भाई, देखिए, मेरा, मेरा तो मामला यह है कि मैं ये कह सकता हूं कि मैं सबसे ज्यादा मोहब्बत मैं अपने खुदा से करता हूं, जिसने मुझे पैदा किया। मैं अक्सर अकेले में सोचता हूं कि यह मेरा हाथ, यह पांव, यह माइंड, यह कान, यह कान किसने दिया मुझको?</w:t>
      </w:r>
    </w:p>
    <w:p>
      <w:r>
        <w:rPr>
          <w:b/>
        </w:rPr>
        <w:t xml:space="preserve">[31:05] </w:t>
      </w:r>
      <w:r>
        <w:t>main compare karta hoon ke yeh pahaad ke paas nahin hai, yeh samundar ke paas nahin hai, yeh suraj chand ke paas nahin hai, mere paas hai. to mere dil mein bahut zyada khuda ke liye pyaar aata hai ke khuda, tu kitna achha hai ke mujhko yeh sab cheezein de di. lovely. yeh, yahi meri zindagi ka sabse bada asset hai, khuda se pyaar karna. so j</w:t>
      </w:r>
    </w:p>
    <w:p>
      <w:pPr>
        <w:jc w:val="right"/>
      </w:pPr>
      <w:r>
        <w:t>मैं कंपेयर करता हूं कि यह पहाड़ के पास नहीं है, यह समुंदर के पास नहीं है, यह सूरज चांद के पास नहीं है, मेरे पास है। तो मेरे दिल में बहुत ज्यादा खुदा के लिए प्यार आता है कि खुदा, तू कितना अच्छा है कि मुझको ये सब चीज़ें दे दी। लवली। ये, यही मेरी जिंदगी का सबसे बड़ा एसेट है, खुदा से प्यार करना। सो ज</w:t>
      </w:r>
    </w:p>
    <w:p>
      <w:r>
        <w:rPr>
          <w:b/>
        </w:rPr>
        <w:t xml:space="preserve">[31:24] </w:t>
      </w:r>
      <w:r>
        <w:t>j islam also believe that there is only one path or they can be many paths. haan, dekhiye, ismein aur ismein jo islam ka jo concept hai, wo yeh hai ke har aadmi mister different hai, har lady misses different hai. yaani koi do aadmi ek jaise nahin hain. to yeh duniya bhari hui hai mister different se aur mrs different, miss different se</w:t>
      </w:r>
    </w:p>
    <w:p>
      <w:pPr>
        <w:jc w:val="right"/>
      </w:pPr>
      <w:r>
        <w:t>ज इस्लाम आल्सो बिलीव दैट देयर इज़ ओनली वन पाथ और दे कैन बी मेनी पाथ्स। हां, देखिए, इसमें और इसमें जो इस्लाम का जो कांसेप्ट है, वो यह है कि हर आदमी मिस्टर डिफरेंट है, हर लेडी मिसेस डिफरेंट है। यानी कोई दो आदमी एक जैसे नहीं हैं। तो यह दुनिया भरी हुई है मिस्टर डिफरेंट से और मिसेस डिफरेंट, मिस डिफरेंट से</w:t>
      </w:r>
    </w:p>
    <w:p>
      <w:r>
        <w:rPr>
          <w:b/>
        </w:rPr>
        <w:t xml:space="preserve">[31:49] </w:t>
      </w:r>
      <w:r>
        <w:t>। ji. to, to different, to jab aisa hai, to aapas mein ikhtilaf bhi hoga, aapas mein, yaani ek doosre ki kharab baatein hongi. to wo kya hai, wo isliye ke wo usko aap point of discussion banaiye. yaani agar duniya mein aisa ho ke sab bilkul ek hi dhang ke hon,</w:t>
      </w:r>
    </w:p>
    <w:p>
      <w:pPr>
        <w:jc w:val="right"/>
      </w:pPr>
      <w:r>
        <w:t>। जी। तो, तो डिफरेंट, तो जब ऐसा है, तो आपस में इख्तिलाफ भी होगा, आपस में, यानी एक दूसरे की खराब बातें होंगी। तो वो क्या है, वो इसलिए कि वो उसको आप पॉइंट ऑफ डिस्कशन बनाइए। यानी अगर दुनिया में ऐसा हो कि सब बिल्कुल एक हीढंग के हों,</w:t>
      </w:r>
    </w:p>
    <w:p>
      <w:r>
        <w:rPr>
          <w:b/>
        </w:rPr>
        <w:t xml:space="preserve">[32:08] </w:t>
      </w:r>
      <w:r>
        <w:t>to kis baat par hum baat, kis subject par baat karenge hum? bahut boring ho jayega. life bilkul boring ho jayegi. bilkul.</w:t>
      </w:r>
    </w:p>
    <w:p>
      <w:pPr>
        <w:jc w:val="right"/>
      </w:pPr>
      <w:r>
        <w:t>तो किस बात पर हम बात, किस सब्जेक्ट पर बात करेंगे हम? बहुत बोरिंग हो जाएगा। लाइफ बिल्कुल बोरिंग हो जाएगी। बिल्कुल।</w:t>
      </w:r>
    </w:p>
    <w:p>
      <w:r>
        <w:rPr>
          <w:b/>
        </w:rPr>
        <w:t xml:space="preserve">[32:16] </w:t>
      </w:r>
      <w:r>
        <w:t>jaise kisi ne kaha hai ke "when all things alike, no one thinks very much." to sab ek dhang se sochenge, to, to, to kya hoga?</w:t>
      </w:r>
    </w:p>
    <w:p>
      <w:pPr>
        <w:jc w:val="right"/>
      </w:pPr>
      <w:r>
        <w:t>जैसे किसी ने कहा है कि "व्हेन ऑल थिंग्स अलाइक, नो वन थिंक्स वेरी मच।" तो सब एकढंग से सोचेंगे, तो, तो, तो क्या होगा?</w:t>
      </w:r>
    </w:p>
    <w:p>
      <w:r>
        <w:rPr>
          <w:b/>
        </w:rPr>
        <w:t xml:space="preserve">[32:26] </w:t>
      </w:r>
      <w:r>
        <w:t>intellectual development nahin, nahin hoga. no growth. very true. to main usko positive sense mein leta hoon ke differences hain. differences na ho, to hum kaise aage badhenge?</w:t>
      </w:r>
    </w:p>
    <w:p>
      <w:pPr>
        <w:jc w:val="right"/>
      </w:pPr>
      <w:r>
        <w:t>इंटेलेक्चुअल डेवलपमेंट नहीं, नहीं होगा। नो ग्रोथ। वेरी ट्रू। तो मैं उसको पॉजिटिव सेंस में लेता हूं कि डिफरेंसेस हैं। डिफरेंसेस ना हो, तो हम कैसे आगे बढ़ेंगे?</w:t>
      </w:r>
    </w:p>
    <w:p>
      <w:r>
        <w:rPr>
          <w:b/>
        </w:rPr>
        <w:t xml:space="preserve">[32:37] </w:t>
      </w:r>
      <w:r>
        <w:t>koi bhi tarakki jo hai, spiritual development, intellectual development, yahan tak ke scientific development bhi nahin ho sakta agar differences na</w:t>
      </w:r>
    </w:p>
    <w:p>
      <w:pPr>
        <w:jc w:val="right"/>
      </w:pPr>
      <w:r>
        <w:t>कोई भी तरक्की जो है, स्पिरिचुअल डेवलपमेंट, इंटेलेक्चुअल डेवलपमेंट, यहां तक कि साइंटिफिक डेवलपमेंट भी नहीं हो सकता अगर डिफरेंसेस ना</w:t>
      </w:r>
    </w:p>
    <w:p>
      <w:r>
        <w:rPr>
          <w:b/>
        </w:rPr>
        <w:t xml:space="preserve">[32:45] </w:t>
      </w:r>
      <w:r>
        <w:t>ho. differences honge, to path bhi alag honge. magar final. dekhiye, path jo hai, hum koi absolute sense mein nahin jaanta ke path kaun sa, path kya hai. absolute sense mein kisi ko pata nahin. jo path mujhe achha lagta hai, wo mera, wahi mera ideal hai. hum baaki absolute sense mein kya ideal hai,</w:t>
      </w:r>
    </w:p>
    <w:p>
      <w:pPr>
        <w:jc w:val="right"/>
      </w:pPr>
      <w:r>
        <w:t>हो। डिफरेंसेस होंगे, तो पाथ भी अलग होंगे। मगर फाइनल। देखिए, पाथ जो है, हम कोई एब्सलूट सेंस में नहीं जानता कि पाथ कौन सा, पाथ क्या है। एब्सलूट सेंस में किसी को पता नहीं। जो पाथ मुझे अच्छा लगता है, वो मेरा, वही मेरा आइडियल है। हम बाकी एब्सलूट सेंस में क्या आइडियल है,</w:t>
      </w:r>
    </w:p>
    <w:p>
      <w:r>
        <w:rPr>
          <w:b/>
        </w:rPr>
        <w:t xml:space="preserve">[33:06] </w:t>
      </w:r>
      <w:r>
        <w:t>wo to khuda hi jaanta hoga.</w:t>
      </w:r>
    </w:p>
    <w:p>
      <w:pPr>
        <w:jc w:val="right"/>
      </w:pPr>
      <w:r>
        <w:t>वो तो खुदा ही जानता होगा।</w:t>
      </w:r>
    </w:p>
    <w:p>
      <w:r>
        <w:rPr>
          <w:b/>
        </w:rPr>
        <w:t xml:space="preserve">[33:08] </w:t>
      </w:r>
      <w:r>
        <w:t>to main, mera manna yeh hai ke main zindagi bhar padhta raha hoon, study karta raha hoon, har mazhab ko, har usko. to maine paya ke har insaan ko conviction mein jeena hai, conviction, yakeen mein jeena hai. to conviction kab hoga?</w:t>
      </w:r>
    </w:p>
    <w:p>
      <w:pPr>
        <w:jc w:val="right"/>
      </w:pPr>
      <w:r>
        <w:t>तो मैं, मेरा मानना यह है कि मैं जिंदगी भर पढ़ता रहा हूं, स्टडी करता रहा हूं, हर मजहब को, हर उसको। तो मैंने पाया कि हर इंसान को कन्विक्शन में जीना है, कन्विक्शन, यकीन में जीना है। तो कन्विक्शन कब होगा?</w:t>
      </w:r>
    </w:p>
    <w:p>
      <w:r>
        <w:rPr>
          <w:b/>
        </w:rPr>
        <w:t xml:space="preserve">[33:23] </w:t>
      </w:r>
      <w:r>
        <w:t>jab main apne soche hue raaste par hoon. to jo cheez mujhe lagti hai ke yeh sachai hai, us par qaim ho jata hoon. aur doosre ko main tolerate</w:t>
      </w:r>
    </w:p>
    <w:p>
      <w:pPr>
        <w:jc w:val="right"/>
      </w:pPr>
      <w:r>
        <w:t>जब मैं अपने सोचे हुए रास्ते पर हूं। तो जो चीज़ मुझे लगती है कि यह सच्चाई है, उस पर कायम हो जाता हूं। और दूसरे को मैं टॉलरेट</w:t>
      </w:r>
    </w:p>
    <w:p>
      <w:r>
        <w:rPr>
          <w:b/>
        </w:rPr>
        <w:t xml:space="preserve">[33:32] </w:t>
      </w:r>
      <w:r>
        <w:t>karta hoon. har aadmi ko right deta hoon main ke wo jis cheez par chahe yakeen kare. aur main usko. to islam ka formula maine yeh paya hai ke "lakum deenukum wali deen." yaani follow one and respect all. islam formula, follow one and respect all. main sabko haq deta hoon ke wo jis cheez ko sachai samjhein, us par poore yakeen ke saath qaim ho jayen. kyunke duniya mein agar main yakeen nahin paya maine, to phir maine kuch bhi nahin paya</w:t>
      </w:r>
    </w:p>
    <w:p>
      <w:pPr>
        <w:jc w:val="right"/>
      </w:pPr>
      <w:r>
        <w:t>करता हूं। हर आदमी को राइट देता हूं मैं कि वो जिस चीज़ पर चाहे यकीन करे। और मैं उसको। तो इस्लाम का फार्मूला मैंने ये पाया है कि "लकुम दीनकम वलीदीन।" यानी फॉलो वन एंड रिस्पेक्ट ऑल। इस्लाम फार्मूला, फॉलो वन एंड रिस्पेक्ट ऑल। मैं सबको हक देता हूं कि वो जिस चीज़ को सच्चाई समझें, उस पर पूरे यकीन के साथ कायम हो जाएं। क्योंकि दुनिया में अगर मैं यकीन नहीं पाया मैंने, तो फिर मैंने कुछ भी नहीं पाया</w:t>
      </w:r>
    </w:p>
    <w:p>
      <w:r>
        <w:rPr>
          <w:b/>
        </w:rPr>
        <w:t xml:space="preserve">[34:00] </w:t>
      </w:r>
      <w:r>
        <w:t>। lekin yakeen ke saath-saath zaroori hai ke main doosre ka respect karna janoon. aur main apni baat bata sakta hoon ke main kisi ke khilaf bhi hate nahin. ji. main bilkul empty mind hokar ke kisi ki baat sun sakta hoon. bilkul chahe mere against ho</w:t>
      </w:r>
    </w:p>
    <w:p>
      <w:pPr>
        <w:jc w:val="right"/>
      </w:pPr>
      <w:r>
        <w:t>। लेकिन यकीन के साथ-साथ जरूरी है कि मैं दूसरे का रिस्पेक्ट करना जानूं। और मैं अपनी बात बता सकता हूं कि मैं किसी के खिलाफ भी हेट नहीं। जी। मैं बिल्कुल एमपीटी माइंड होकर के किसी की बात सुन सकता हूं। बिल्कुल चाहे मेरे अगेंस्ट हो</w:t>
      </w:r>
    </w:p>
    <w:p>
      <w:r>
        <w:rPr>
          <w:b/>
        </w:rPr>
        <w:t xml:space="preserve">[34:16] </w:t>
      </w:r>
      <w:r>
        <w:t>, tab bhi wo. jab bhi hum kisi se baat karte hain, maulana ji, ah, apni zindagi mein, ghar pe, kaam pe, to ek hamare andar do-teen insaan hote hain. aur ek wo hai jo judgement pe baithta hai, jo cheezon ko assess karta hai, ek filter ki tarah. aur usmein se kaafi emotions aati hain, love, hate, respect, anger, pass, fail. to yeh filter ko kaise hatayein taake hum totally accepting</w:t>
      </w:r>
    </w:p>
    <w:p>
      <w:pPr>
        <w:jc w:val="right"/>
      </w:pPr>
      <w:r>
        <w:t>, तब भी वो। जब भी हम किसी से बात करते हैं, मौलाना जी, अह, अपनी जिंदगी में, घर पे, काम पे, तो एक हमारे अंदर दो-तीन इंसान होते हैं। और एक वो है जो जजमेंट पे बैठता है, जो चीज़ों को असेस करता है, एक फिल्टर की तरह। और उसमें से काफी इमोशंस आती हैं, लव, हेट, रिस्पेक्ट, एंगर, पास, फेल। तो यह फिल्टर को कैसे हटाएं ताकि हम टोटली एक्सेप्टिंग</w:t>
      </w:r>
    </w:p>
    <w:p>
      <w:r>
        <w:rPr>
          <w:b/>
        </w:rPr>
        <w:t xml:space="preserve">[34:42] </w:t>
      </w:r>
      <w:r>
        <w:t>ho jayen? yeh koi desired cheez nahin hai. ismein yeh peeche chhupa hua hai ke aap chahein ke bilkul har cheez normal ho jaye aur koi differences na ho. sab ek hi dhang ke ho jayen. emotions mein difference na ho, soch mein difference na ho. to there is, wo koi desired cheez nahin hai mere nazdeek. achha. main to difference hi ko samajhta hoon ke sahi hai.</w:t>
      </w:r>
    </w:p>
    <w:p>
      <w:pPr>
        <w:jc w:val="right"/>
      </w:pPr>
      <w:r>
        <w:t>हो जाएं? यह कोई डिजायर्ड चीज़ नहीं है। इसमें यह पीछे छुपा हुआ है कि आप चाहें कि बिल्कुल हर चीज़ नॉर्मल हो जाए और कोई डिफरेंसेस ना हो। सब एक हीढंग के हो जाएं। इमोशंस में डिफरेंस ना हो, सोच में डिफरेंस ना हो। तो देयर इज़, वो कोई डिजायर्ड चीज़ नहीं है मेरे नजदीक। अच्छा। मैं तो डिफरेंस ही को समझता हूं कि सही है।</w:t>
      </w:r>
    </w:p>
    <w:p>
      <w:r>
        <w:rPr>
          <w:b/>
        </w:rPr>
        <w:t xml:space="preserve">[35:07] </w:t>
      </w:r>
      <w:r>
        <w:t>ek wo, ah, wo ek, ek bahut bade scholar ne kaha tha, ah, ke "nature abhors uniformity." uniformity nature ki scheme mein hi nahin hai. to bhaiya, aisi koi cheez ismein nahin hai ke sab log ke emotions ek hon, sab logon ki thinking ek ho. main to chahta hoon ke differences hon taake mujhko point of discussion mile. jaise conflict is not bad.</w:t>
      </w:r>
    </w:p>
    <w:p>
      <w:pPr>
        <w:jc w:val="right"/>
      </w:pPr>
      <w:r>
        <w:t>एक वो, अह, वो एक, एक बहुत बड़े स्कॉलर ने कहा था, अह, कि "नेचर अबोर्स यूनिफॉर्मिटी।" यूनिफॉर्मिटी नेचर की स्कीम में ही नहीं है। तो भैया, ऐसी कोई चीज़ इसमें नहीं है कि सब लोग के इमोशंस एक हों, सब लोगों की थिंकिंग एक हो। मैं तो चाहता हूं कि डिफरेंसेस हों ताकि मुझको पॉइंट ऑफ डिस्कशन मिले। जैसे कॉन्फ्लिक्ट इज़ नॉट बैड।</w:t>
      </w:r>
    </w:p>
    <w:p>
      <w:r>
        <w:rPr>
          <w:b/>
        </w:rPr>
        <w:t xml:space="preserve">[35:32] </w:t>
      </w:r>
      <w:r>
        <w:t>how we resolve conflict and how we take the process, as you said, that is very important. aur difference milenge, to usse growth hogi. dekhiye, conflict koi negative cheez nahin hai. wo positive cheez hai. conflict ko main negative, negative maayne mein leta nahin hoon. conflict na ho, to kaise sochenge?</w:t>
      </w:r>
    </w:p>
    <w:p>
      <w:pPr>
        <w:jc w:val="right"/>
      </w:pPr>
      <w:r>
        <w:t>हाउ वी रिजॉल्व कॉन्फ्लिक्ट एंड हाउ वी टेक द प्रोसेस, एज यू सेड, दैट इज़ वेरी इंपॉर्टेंट। और डिफरेंस मिलेंगे, तो उससे ग्रोथ होगी। देखिए, कॉन्फ्लिक्ट कोई नेगेटिव चीज़ नहीं है। वो पॉजिटिव चीज़ है। कॉन्फ्लिक्ट को मैं नेगेटिव, नेगेटिव मायने में लेता नहीं हूं। कॉन्फ्लिक्ट ना हो, तो कैसे सोचेंगे?</w:t>
      </w:r>
    </w:p>
    <w:p>
      <w:r>
        <w:rPr>
          <w:b/>
        </w:rPr>
        <w:t xml:space="preserve">[35:50] </w:t>
      </w:r>
      <w:r>
        <w:t>ji. aur, aur soch, aur soch, aur soch kahan se aayegi?</w:t>
      </w:r>
    </w:p>
    <w:p>
      <w:pPr>
        <w:jc w:val="right"/>
      </w:pPr>
      <w:r>
        <w:t>जी। और, और सोच, और सोच, और सोच कहां से आएगी?</w:t>
      </w:r>
    </w:p>
    <w:p>
      <w:r>
        <w:rPr>
          <w:b/>
        </w:rPr>
        <w:t xml:space="preserve">[35:54] </w:t>
      </w:r>
      <w:r>
        <w:t>to conflict ko main sochta hoon ke ek bahut hi positive phenomena hai yeh. aur. stone hai, ah, aur tarakki ke liye. ek aur rishta hai jo hum log, hum sab apne-apne tareeke se bigaad rahe hain aas paas. kudrat ka rishta hamare saath. environment ko leke, i don't think hardly any of us are really responsible as being responsible towards the environment. we are responsible for the destruction of the</w:t>
      </w:r>
    </w:p>
    <w:p>
      <w:pPr>
        <w:jc w:val="right"/>
      </w:pPr>
      <w:r>
        <w:t>तो कॉन्फ्लिक्ट को मैं सोचता हूं कि एक बहुत ही पॉजिटिव फिनोमिना है यह। और। स्टोन है, अह, और तरक्की के लिए। एक और रिश्ता है जो हम लोग, हम सब अपने-अपने तरीके से बिगाड़ रहे हैं आसपास। कुदरत का रिश्ता हमारे साथ। एनवायरमेंट को लेके, आई डोंट थिंक हार्डली एनी ऑफ अस आर रियली रिस्पांसिबल एज बीइंग रिस्पांसिबल टुवर्ड्स द एनवायरमेंट। वी आर रिस्पांसिबल फॉर द डिस्ट्रक्शन ऑफ द ए</w:t>
      </w:r>
    </w:p>
    <w:p>
      <w:r>
        <w:rPr>
          <w:b/>
        </w:rPr>
        <w:t xml:space="preserve">[36:22] </w:t>
      </w:r>
      <w:r>
        <w:t>environment. to kudrat ke saath hamara kaisa rishta hona chahiye? haan, dekhiye, quran mein la tusdu fil arz ba'da ilaha. iska matlab yeh hai ke yeh jo hamare jo plate, yeh plate earth ke baare mein hi hai. plate earth jo hai, ismein har cheez bahut hi balance mein mein rakhi gayi hai. yaani water hai, air hai,</w:t>
      </w:r>
    </w:p>
    <w:p>
      <w:pPr>
        <w:jc w:val="right"/>
      </w:pPr>
      <w:r>
        <w:t>नवायरमेंट। तो कुदरत के साथ हमारा कैसा रिश्ता होना चाहिए? हां, देखिए, कुरान में ला तुसदू फिल अर्ज बाद इलाया। इसका मतलब यह है कि यह जो हमारे जो प्लेट, यह प्लेट अर्थ के बारे में ही है। प्लेट अर्थ जो है, इसमें हर चीज़ बहुत ही बैलेंस में में रखी गई है। यानी वाटर है, एयर है,</w:t>
      </w:r>
    </w:p>
    <w:p>
      <w:r>
        <w:rPr>
          <w:b/>
        </w:rPr>
        <w:t xml:space="preserve">[36:44] </w:t>
      </w:r>
      <w:r>
        <w:t>soil hai, har cheez. to uske as it is, usko baqi rakho. usmein, usmein corruption na lao.</w:t>
      </w:r>
    </w:p>
    <w:p>
      <w:pPr>
        <w:jc w:val="right"/>
      </w:pPr>
      <w:r>
        <w:t>सोइल है, हर चीज़। तो उसके एज इट इज़, उसको बाकी रखो। उसमें, उसमें करप्शन ना लाओ।</w:t>
      </w:r>
    </w:p>
    <w:p>
      <w:r>
        <w:rPr>
          <w:b/>
        </w:rPr>
        <w:t xml:space="preserve">[36:52] </w:t>
      </w:r>
      <w:r>
        <w:t>yani tum usko istemal to kar sakte ho. ji. wo corrupt nahi kar sakte. maslan, water ko pollute karna hamein jaiz nahi hai. air ko pollute karna hamein jaiz nahi hai. naaz pollution create karna hamein jaiz nahi hai. jaise ki aap sarkon par, aap yani car chalate hain, aap shor karein, horn bajayein. yeh, yeh hamein, iska hamein nature ne hamein right nahi diya hai. to har cheez well balanced hai.</w:t>
      </w:r>
    </w:p>
    <w:p>
      <w:pPr>
        <w:jc w:val="right"/>
      </w:pPr>
      <w:r>
        <w:t>यानी तुम उसको इस्तेमाल तो कर सकते हो। जी। वो करप्ट नहीं कर सकते। मसलन, वाटर को पोल्यूट करना हमें जायज नहीं है। एयर को पोल्यूट करना हमें जायज नहीं है। नाज़ पोल्यूशन क्रिएट करना हमें जायज नहीं है। जैसे कि आप सड़कों पर, आप यानी कार चलाते हैं, आप शोर करें, हार्न बजाएं। यह, यह हमें, इसका हमें नेचर ने हमें राइट नहीं दिया है। तो हर चीज़ वेल बैलेंस्ड है।</w:t>
      </w:r>
    </w:p>
    <w:p>
      <w:r>
        <w:rPr>
          <w:b/>
        </w:rPr>
        <w:t xml:space="preserve">[37:20] </w:t>
      </w:r>
      <w:r>
        <w:t>yani khuda ne jo paida kiya hai, to har cheez well balanced hai. us balance ko mat todo. usko baqi rakho. agar aadmi aisa kare, to water pollution, air pollution, koi bhi paida nahi hoga. sab bilkul ecological system jo hai, bilkul sahi kaam karega. aap balance ki baat karte hain. qudrat mein to hai, there is a natural beautiful balance. apni zindagi mein hum balance, Maulana sahib, nahi la paate. kahan need khatam hoti hai, kahan greed shuru hoti</w:t>
      </w:r>
    </w:p>
    <w:p>
      <w:pPr>
        <w:jc w:val="right"/>
      </w:pPr>
      <w:r>
        <w:t>यानी खुदा ने जो पैदा किया है, तो हर चीज़ वेल बैलेंस्ड है। उस बैलेंस को मत तोड़ो। उसको बाकी रखो। अगर आदमी ऐसा करे, तो वाटर पोल्यूशन, एयर पोल्यूशन, कोई भी पैदा नहीं होगा। सब बिल्कुल इकोलॉजिकल सिस्टम जो है, बिल्कुल सही काम करेगा। आप बैलेंस की बात करते हैं। कुदरत में तो है, देयर इज़ अ नेचुरल ब्यूटीफुल बैलेंस। अपनी जिंदगी में हम बैलेंस, मौलाना साहब, नहीं ला पाते। कहां नीड खत्म होती है, कहां ग्रीड शुरू होती</w:t>
      </w:r>
    </w:p>
    <w:p>
      <w:r>
        <w:rPr>
          <w:b/>
        </w:rPr>
        <w:t xml:space="preserve">[37:49] </w:t>
      </w:r>
      <w:r>
        <w:t>hai, Maulana ji? apni zindagi mein inka farq samjhein aur kaise layein? dekhiye, mera formula hai, i thinking. peace jo hai, aur chain simplicity mein hota hai. jitna aap greed badhate hain, utni tension aata hai, utni problem aati hai. ji, dekhiye, unhone bataya ki wo,</w:t>
      </w:r>
    </w:p>
    <w:p>
      <w:pPr>
        <w:jc w:val="right"/>
      </w:pPr>
      <w:r>
        <w:t>है, मौलाना जी? अपनी जिंदगी में इनका फर्क समझें और कैसे लाएं? देखिए, मेरा फार्मूला है, आई थिंकिंग। पीस जो है, और चैन सिंपलीसिटी में होता है। जितना आप ग्रीड बढ़ाते हैं, उतनी टेंशन आता है, उतनी प्रॉब्लम आती है। जी, देखिए, उन्होंने बताया कि वो,</w:t>
      </w:r>
    </w:p>
    <w:p>
      <w:r>
        <w:rPr>
          <w:b/>
        </w:rPr>
        <w:t xml:space="preserve">[38:07] </w:t>
      </w:r>
      <w:r>
        <w:t>wo oont, oont bangali family wahan par thi. to uske log bohat healthy thay. yani unke mard bhi thay, auratain theen. bachche ne kaha ki aakhir inki health ka raaz kya hai</w:t>
      </w:r>
    </w:p>
    <w:p>
      <w:pPr>
        <w:jc w:val="right"/>
      </w:pPr>
      <w:r>
        <w:t>वो ऊंट, ऊंट बंगाली फैमिली वहां पर थी। तो उसके लोग बहुत हेल्दी थे। यानी उनके मर्द भी थे, औरतें थीं। बच्चे ने कहा कि आखिर इनकी हेल्थ का राज क्या है</w:t>
      </w:r>
    </w:p>
    <w:p>
      <w:r>
        <w:rPr>
          <w:b/>
        </w:rPr>
        <w:t xml:space="preserve">[38:18] </w:t>
      </w:r>
      <w:r>
        <w:t>? to unhone kaha ki hamara chulha nahi hota. hum log phal khate hain, sabzi khate hain, doodh peete hain. bas ye hamare tareeqa hai. to main ye nahi kehta ki har aadmi ye kare. lekin ek simple life ka ek formula ye hai. achha, simple life kya karta hai aapko?</w:t>
      </w:r>
    </w:p>
    <w:p>
      <w:pPr>
        <w:jc w:val="right"/>
      </w:pPr>
      <w:r>
        <w:t>? तो उन्होंने कहा कि हमारा चूल्हा नहीं होता। हम लोग फल खाते हैं, सब्जी खाते हैं, दूध पीते हैं। बस ये हमारे तरीका है। तो मैं ये नहीं कहता कि हर आदमी ये करे। लेकिन एक सिंपल लाइफ का एक फार्मूला ये है। अच्छा, सिंपल लाइफ क्या करता है आपको?</w:t>
      </w:r>
    </w:p>
    <w:p>
      <w:r>
        <w:rPr>
          <w:b/>
        </w:rPr>
        <w:t xml:space="preserve">[38:36] </w:t>
      </w:r>
      <w:r>
        <w:t>simple life aapko destruction se bachata hai. sabse zyada bari cheez jo hai zindagi mein, wo hai ki aap apne ko destruction se bacha sakein.</w:t>
      </w:r>
    </w:p>
    <w:p>
      <w:pPr>
        <w:jc w:val="right"/>
      </w:pPr>
      <w:r>
        <w:t>सिंपल लाइफ आपको डिस्ट्रक्शन से बचाता है। सबसे ज्यादा बड़ी चीज़ जो है जिंदगी में, वो है कि आप अपने को डिस्ट्रक्शन से बचा सकें।</w:t>
      </w:r>
    </w:p>
    <w:p>
      <w:r>
        <w:rPr>
          <w:b/>
        </w:rPr>
        <w:t xml:space="preserve">[38:47] </w:t>
      </w:r>
      <w:r>
        <w:t>ab without simple life, you can not save yourself from destruction. tab simple life hogi, to high thinking aayegi. ji. high quality zindagi tarakki karti hoti chali jayegi.</w:t>
      </w:r>
    </w:p>
    <w:p>
      <w:pPr>
        <w:jc w:val="right"/>
      </w:pPr>
      <w:r>
        <w:t>अब विदाउट सिंपल लाइफ, यू कैन नॉट सेव योरसेल्फ फ्रॉम डिस्ट्रक्शन। तब सिंपल लाइफ होगी, तो हाई थिंकिंग आएगी। जी। हाई क्वालिटी जिंदगी तरक्की करती होती चली जाएगी।</w:t>
      </w:r>
    </w:p>
    <w:p>
      <w:r>
        <w:rPr>
          <w:b/>
        </w:rPr>
        <w:t xml:space="preserve">[39:02] </w:t>
      </w:r>
      <w:r>
        <w:t>aapne pehle kaha ki competition is, ye duniya ki buniyad is competition. ah, aur ah, magar competition ko hum log jaise samajhte hain, uski wajah se kitni kashmakash jeevan mein late hain. aur wahin kahan rukein?</w:t>
      </w:r>
    </w:p>
    <w:p>
      <w:pPr>
        <w:jc w:val="right"/>
      </w:pPr>
      <w:r>
        <w:t>आपने पहले कहा कि कंपटीशन इज़, ये दुनिया की बुनियाद इज़ कंपटीशन। अह, और अह, मगर कंपटीशन को हम लोग जैसे समझते हैं, उसकी वजह से कितनी कशमकश जीवन में लाते हैं। और वहीं कहां रुकें?</w:t>
      </w:r>
    </w:p>
    <w:p>
      <w:r>
        <w:rPr>
          <w:b/>
        </w:rPr>
        <w:t xml:space="preserve">[39:19] </w:t>
      </w:r>
      <w:r>
        <w:t>mere ko yeh bangla chahiye, phir itni gaadi chahiye, phir bachchon ke liye jahan jana hai, bachchon ko bahar jana hai. so, kahan hum apni need ko aage karke greed ko usmein samet</w:t>
      </w:r>
    </w:p>
    <w:p>
      <w:pPr>
        <w:jc w:val="right"/>
      </w:pPr>
      <w:r>
        <w:t>मेरे को यह बंगला चाहिए, फिर इतनी गाड़ी चाहिए, फिर बच्चों के लिए जहां जाना है, बच्चों को बाहर जाना है। सो, कहां हम अपनी नीड को आगे करके ग्रीड को उसमें समेट</w:t>
      </w:r>
    </w:p>
    <w:p>
      <w:r>
        <w:rPr>
          <w:b/>
        </w:rPr>
        <w:t xml:space="preserve">[39:28] </w:t>
      </w:r>
      <w:r>
        <w:t>te hain? to yeh competition bhi iska ek karan hai. yahan bhi main yahi kahunga ki agar log sochein, greed jo hai, usse mil kya raha hai aapko?</w:t>
      </w:r>
    </w:p>
    <w:p>
      <w:pPr>
        <w:jc w:val="right"/>
      </w:pPr>
      <w:r>
        <w:t>ते हैं? तो यह कंपटीशन भी इसका एक कारण है। यहां भी मैं यही कहूंगा कि अगर लोग सोचें, ग्रीड जो है, उससे मिल क्या रहा है आपको?</w:t>
      </w:r>
    </w:p>
    <w:p>
      <w:r>
        <w:rPr>
          <w:b/>
        </w:rPr>
        <w:t xml:space="preserve">[39:37] </w:t>
      </w:r>
      <w:r>
        <w:t>result kya mil raha hai? jin logon ko bore and bore ka maine paya hai, sab tension mein jeete hain. jaise main hoon, meri itni zyada umr ho chuki hai. late 80s mein hoon aur science loop leta hoon. aur maine apne family mein, apne family ke bahar dekha hai ki log, unko neend nahi aati. aur wo unka. goli khakar neend aa</w:t>
      </w:r>
    </w:p>
    <w:p>
      <w:pPr>
        <w:jc w:val="right"/>
      </w:pPr>
      <w:r>
        <w:t>रिजल्ट क्या मिल रहा है? जिन लोगों को बोर एंड बोर का मैंने पाया है, सब टेंशन में जीते हैं। जैसे मैं हूं, मेरी इतनी ज्यादा उम्र हो चुकी है। लेट 80ज में हूं और साइंस लूप लेता हूं। और मैंने अपने फैमिली में, अपने फैमिली के बाहर देखा है कि लोग, उनको नींद नहीं आती। और वो उनका। गोली खाकर नींद आ</w:t>
      </w:r>
    </w:p>
    <w:p>
      <w:r>
        <w:rPr>
          <w:b/>
        </w:rPr>
        <w:t xml:space="preserve">[39:58] </w:t>
      </w:r>
      <w:r>
        <w:t>ti hai. goli khakar neend aati hai. aur kya? to kyun simple living? to log jo hain, apne saman jo badhate hain, greed karte hain, to result nahi sochte ki result kya mila hamein. jitna badhaya, utni tension. jitna badhaya, utna stress. jitna badhaya, utni depression. to faida kya hai?</w:t>
      </w:r>
    </w:p>
    <w:p>
      <w:pPr>
        <w:jc w:val="right"/>
      </w:pPr>
      <w:r>
        <w:t>ती है। गोली खाकर नींद आती है। और क्या? तो क्यों सिंपल लिविंग? तो लोग जो हैं, अपने सामान जो बढ़ाते हैं, ग्रीड करते हैं, तो रिजल्ट नहीं सोचते कि रिजल्ट क्या मिला हमें। जितना बढ़ाया, उतनी टेंशन। जितना बढ़ाया, उतना स्ट्रेस। जितना बढ़ाया, उतनी डिप्रेशन। तो फायदा क्या है?</w:t>
      </w:r>
    </w:p>
    <w:p>
      <w:r>
        <w:rPr>
          <w:b/>
        </w:rPr>
        <w:t xml:space="preserve">[40:17] </w:t>
      </w:r>
      <w:r>
        <w:t>asal cheez to main hoon. agar main apne kho doon, to caron aur bangalon ka ambar kya faida? asal cheez to main hoon.</w:t>
      </w:r>
    </w:p>
    <w:p>
      <w:pPr>
        <w:jc w:val="right"/>
      </w:pPr>
      <w:r>
        <w:t>असल चीज़ तो मैं हूं। अगर मैं अपने खो दूं, तो कारों और बंगलों का अंबार क्या फायदा? असल चीज़ तो मैं हूं।</w:t>
      </w:r>
    </w:p>
    <w:p>
      <w:r>
        <w:rPr>
          <w:b/>
        </w:rPr>
        <w:t xml:space="preserve">[40:25] </w:t>
      </w:r>
      <w:r>
        <w:t>to main bohat hi, zindagi bhar ka mera tajurba yeh hai ki jo aadmi yeh chahta hai ki usko tension free life ho, peaceful zindagi ho, to simple life apnaye. simplicity is best formula hai. Maulana sahib, kuch aapke jeevan se kuch nichod ya kuch gun jo aap share karna chahenge hamare viewers ke saath, jiski wajah se hamari quality of life can really improve?</w:t>
      </w:r>
    </w:p>
    <w:p>
      <w:pPr>
        <w:jc w:val="right"/>
      </w:pPr>
      <w:r>
        <w:t>तो मैं बहुत ही, जिंदगी भर का मेरा तजुर्बा यह है कि जो आदमी यह चाहता है कि उसको टेंशन फ्री लाइफ हो, पीसफुल जिंदगी हो, तो सिंपल लाइफ अपनाए। सिंपलीसिटी इज़ बेस्ट फार्मूला है। मौलाना साहब, कुछ आपके जीवन से कुछ निचोड़ या कुछ गुण जो आप शेयर करना चाहेंगे हमारे व्यूवर्स के साथ, जिसकी वजह से हमारी क्वालिटी ऑफ लाइफ कैन रियली इंप्रूव?</w:t>
      </w:r>
    </w:p>
    <w:p>
      <w:r>
        <w:rPr>
          <w:b/>
        </w:rPr>
        <w:t xml:space="preserve">[40:53] </w:t>
      </w:r>
      <w:r>
        <w:t>dekhiye, main yeh kahunga ki sabse pehle to aap apne ko discover kijiye. yeh discover kijiye ki aapko paida karne wale ne aapko kaun si special quality di hai. us special quality ko develop karna, yeh bohat hi zaroori hai. log kya karte hain ki kisi aur cheez mein aap apna dhyan laga dete hain aur tarakki nahi kar paate zindagi mein. usi special quality ko jaankar usko develop karna, number one.</w:t>
      </w:r>
    </w:p>
    <w:p>
      <w:pPr>
        <w:jc w:val="right"/>
      </w:pPr>
      <w:r>
        <w:t>देखिए, मैं यह कहूंगा कि सबसे पहले तो आप अपने को डिस्कवर कीजिए। यह डिस्कवर कीजिए कि आपको पैदा करने वाले ने आपको कौन सी स्पेशल क्वालिटी दी है। उस स्पेशल क्वालिटी को डेवलप करना, यह बहुत ही जरूरी है। लोग क्या करते हैं कि किसी और चीज़ में आप अपना ध्यान लगा देते हैं और तरक्की नहीं कर पाते जिंदगी में। उसी स्पेशल क्वालिटी को जान करके उसको डेवलप करना, नंबर वन।</w:t>
      </w:r>
    </w:p>
    <w:p>
      <w:r>
        <w:rPr>
          <w:b/>
        </w:rPr>
        <w:t xml:space="preserve">[41:20] </w:t>
      </w:r>
      <w:r>
        <w:t>number do, simple life. kyunki simple life jo hai, aapko bachati hai time ko waste, wastage of time se bachati hai. aur waste of money se bachati hai, har cheez se bachati hai. destruction se bachati hai. to simple life, second formula. doosri cheez yeh hai, teesri cheez main yeh kahunga ki negativity ko kabhi paas aane na dijiye. har negativity ko manage kijiye. har negativity ko manage karke usko positivity mein convert kijiye.</w:t>
      </w:r>
    </w:p>
    <w:p>
      <w:pPr>
        <w:jc w:val="right"/>
      </w:pPr>
      <w:r>
        <w:t>नंबर दो, सिंपल लाइफ। क्योंकि सिंपल लाइफ जो है, आपको बचाती है टाइम को वेस्ट, वेस्टेज ऑफ टाइम से बचाती है। और वेस्ट ऑफ मनी से बचाती है, हर चीज़ से बचाती है। डिस्ट्रक्शन से बचाती है। तो सिंपल लाइफ, सेकंड फार्मूला। दूसरी चीज़ यह है, तीसरी चीज़ मैं यह कहूंगा कि नेगेटिविटी को कभी पास आने न दीजिए। हर नेगेटिविटी को मैनेज कीजिए। हर नेगेटिविटी को मैनेज करके उसको पॉजिटिविटी में कन्वर्ट कीजिए।</w:t>
      </w:r>
    </w:p>
    <w:p>
      <w:r>
        <w:rPr>
          <w:b/>
        </w:rPr>
        <w:t xml:space="preserve">[41:49] </w:t>
      </w:r>
      <w:r>
        <w:t>chauthi cheez main yeh kahunga ki duniya jo hai, wo</w:t>
      </w:r>
    </w:p>
    <w:p>
      <w:pPr>
        <w:jc w:val="right"/>
      </w:pPr>
      <w:r>
        <w:t>चौथी चीज़ मैं यह कहूंगा कि दुनिया जो है, वो</w:t>
      </w:r>
    </w:p>
    <w:p>
      <w:r>
        <w:rPr>
          <w:b/>
        </w:rPr>
        <w:t xml:space="preserve">[41:56] </w:t>
      </w:r>
      <w:r>
        <w:t>intezar kar rahi hai ki aap koi usko contribute karein, to aapko accept kare wo. magar iske ki aap usko duniya ko kuch dein, duniya aapko degi nahi. in living, that we understand. in living, that we receive. okay. Islam ke fourth Khalifa jo thay,</w:t>
      </w:r>
    </w:p>
    <w:p>
      <w:pPr>
        <w:jc w:val="right"/>
      </w:pPr>
      <w:r>
        <w:t>इंतजार कर रही है कि आप कोई उसको कंट्रीब्यूट करें, तो आपको एक्सेप्ट करे वो। मगर इसके कि आप उसको दुनिया को कुछ दें, दुनिया आपको देगी नहीं। इन लिविंग, दैट वी अंडरस्टैंड। इन लिविंग, दैट वी रिसीव। ओके। इस्लाम के फोर्थ खलीफ जो थे,</w:t>
      </w:r>
    </w:p>
    <w:p>
      <w:r>
        <w:rPr>
          <w:b/>
        </w:rPr>
        <w:t xml:space="preserve">[42:14] </w:t>
      </w:r>
      <w:r>
        <w:t>unhone kaha tha ki qimatul marh maayusun.</w:t>
      </w:r>
    </w:p>
    <w:p>
      <w:pPr>
        <w:jc w:val="right"/>
      </w:pPr>
      <w:r>
        <w:t>उन्होंने कहा था कि क़ीमतुल मरह मायूसन।</w:t>
      </w:r>
    </w:p>
    <w:p>
      <w:r>
        <w:rPr>
          <w:b/>
        </w:rPr>
        <w:t xml:space="preserve">[42:19] </w:t>
      </w:r>
      <w:r>
        <w:t>to iska English mein kaha jayega ki the value of a person lies in excellence. to excellent, excellent baniye. wahi, wahi baat hai ismein jo kaha jata hai ki there are wear room on the top. to agar aap chahte hain duniya mein aapko koi jagah mile, to kuch aapko dena padega, tab duniya aapko. magar yani giver baniye aap. taker banne ki koshish karenge, to aap sirf complaint mein jeete rahenge, complaint mein.</w:t>
      </w:r>
    </w:p>
    <w:p>
      <w:pPr>
        <w:jc w:val="right"/>
      </w:pPr>
      <w:r>
        <w:t>तो इसका इंग्लिश में कहा जाएगा कि द वैल्यू ऑफ ए पर्सन लाइज इन एक्सीलेंस। तो एक्सीलेंट, एक्सीलेंट बनिए। वही, वही बात है इसमें जो कहा जाता है कि देयर आर वेयर रूम ऑन द टॉप। तो अगर आप चाहते हैं दुनिया में आपको कोई जगह मिले, तो कुछ आपको देना पड़ेगा, तब दुनिया आपको। मगर यानी गिवर बनिए आप। टेकर बनने की कोशिश करेंगे, तो आप सिर्फ कंप्लेंट में जीते रहेंगे, कंप्लेंट में।</w:t>
      </w:r>
    </w:p>
    <w:p>
      <w:r>
        <w:rPr>
          <w:b/>
        </w:rPr>
        <w:t xml:space="preserve">[42:48] </w:t>
      </w:r>
      <w:r>
        <w:t>to isko agar sum up karoon main, to peace aur spirituality, do hi basic cheezein hain. ji. peace kya hai?</w:t>
      </w:r>
    </w:p>
    <w:p>
      <w:pPr>
        <w:jc w:val="right"/>
      </w:pPr>
      <w:r>
        <w:t>तो इसको अगर सम अप करूं मैं, तो पीस और स्पिरिचुअलिटी, दो ही बेसिक चीज़ें हैं। जी। पीस क्या है?</w:t>
      </w:r>
    </w:p>
    <w:p>
      <w:r>
        <w:rPr>
          <w:b/>
        </w:rPr>
        <w:t xml:space="preserve">[42:57] </w:t>
      </w:r>
      <w:r>
        <w:t>peace external spirituality ka naam hai. spirituality kya hai? inner peace ka naam hai. in do hi lafzon mein saari baat aa jati hai. yani peace ka jo inner, andar lana chahein, peace to usi ka naam spirituality hota hai. ji. spirituality ko jab aap external world mein lana chahein, to usi ka naam peace hota</w:t>
      </w:r>
    </w:p>
    <w:p>
      <w:pPr>
        <w:jc w:val="right"/>
      </w:pPr>
      <w:r>
        <w:t>पीस एक्सटर्नल स्पिरिचुअलिटी का नाम है। स्पिरिचुअलिटी क्या है? इनर पीस का नाम है। इन दो ही लफ्ज़ में सारी बात आ जाती है। यानी पीस का जो इनर, अंदर लाना चाहें, पीस तो उसी का नाम स्पिरिचुअलिटी होता है। जी। स्पिरिचुअलिटी को जब आप एक्सटर्नल वर्ल्ड में लाना चाहें, तो उसी का नाम पीस होता</w:t>
      </w:r>
    </w:p>
    <w:p>
      <w:r>
        <w:rPr>
          <w:b/>
        </w:rPr>
        <w:t xml:space="preserve">[43:15] </w:t>
      </w:r>
      <w:r>
        <w:t>hai. yeh mera zindagi bhar ka tajurba hai. wonderfully put. that means peace and spirituality, they complete each other and that forms a totality. ah, Maulana sahib, it is in giving that we receive. you give your time, we received a lot of learning. ah, aapka shukriya main ada karna chahungi. thank you so much for coming to our program. bohat kuch jaana aapse baat karke. shukriya.</w:t>
      </w:r>
    </w:p>
    <w:p>
      <w:pPr>
        <w:jc w:val="right"/>
      </w:pPr>
      <w:r>
        <w:t>है। यह मेरा जिंदगी भर का तजुर्बा है। वंडरफुली पुट। दैट मीन्स पीस एंड स्पिरिचुअलिटी, दे कंप्लीट ईच अदर एंड दैट फॉर्म्स अ टोटलिटी। अह, मौलाना साहब, इट इज़ इन गिविंग दैट वी रिसीव। यू गिव योर टाइम, वी रिसीव्ड अ लॉट ऑफ लर्निंग। अह, आपका शुक्रिया मैं अदा करना चाहूंगी। थैंक यू सो मच फॉर कमिंग टू आवर प्रोग्राम। बहुत कुछ जाना आपसे बात करके। शुक्रिया।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