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Experiences Peace Conference April 29-30, 2023</w:t>
      </w:r>
    </w:p>
    <w:p>
      <w:r>
        <w:t>https://www.youtube.com/watch?v=VrP-HOSml6E</w:t>
      </w:r>
    </w:p>
    <w:p>
      <w:r>
        <w:rPr>
          <w:b/>
        </w:rPr>
        <w:t xml:space="preserve">[00:14] </w:t>
      </w:r>
      <w:r>
        <w:t>Molana ne apne aakhri waqt mein, waqt ke dauran mujhse poocha tha ki aapke ko meri kaun si line bohat touch kari thi.</w:t>
      </w:r>
    </w:p>
    <w:p>
      <w:pPr>
        <w:jc w:val="right"/>
      </w:pPr>
      <w:r>
        <w:t>मोलाना ने अपने आखिरी वक्त में, वक्त के दौरान मुझसे पुछा था कि आपके को मेरी कौन सी line बहुत touch करी थी.</w:t>
      </w:r>
    </w:p>
    <w:p>
      <w:r>
        <w:rPr>
          <w:b/>
        </w:rPr>
        <w:t xml:space="preserve">[00:29] </w:t>
      </w:r>
      <w:r>
        <w:t>to maine kaha tha ki aapne likha hai ki ek beej jab matti mein dabkar apne ko fana karta hai, uske baad woh is qabil hota hai ki woh grow karein aur paudhe se darakht banein aur phir woh usmein phool aur phal nikle.</w:t>
      </w:r>
    </w:p>
    <w:p>
      <w:pPr>
        <w:jc w:val="right"/>
      </w:pPr>
      <w:r>
        <w:t>तो मैंने कहा था कि आपने लिखा है कि एक बीज जब मट्टी में दबकर अपने को फना करता है, उसके बाद वह इस काबिल होता है कि वह grow करें और पौधे से दरख्त बनें और फिर वह उसमें फ़ूल और फ़ल निकले.</w:t>
      </w:r>
    </w:p>
    <w:p>
      <w:r>
        <w:rPr>
          <w:b/>
        </w:rPr>
        <w:t xml:space="preserve">[00:47] </w:t>
      </w:r>
      <w:r>
        <w:t>aaj main aapki mulaqat hamare group ki kuch aisi ladies se karana chah rahi hoon jinhone ek beach ki tarah apne aap ko fana kara. apne ko fana karke apne ko intellectually grow kiya.</w:t>
      </w:r>
    </w:p>
    <w:p>
      <w:pPr>
        <w:jc w:val="right"/>
      </w:pPr>
      <w:r>
        <w:t>आज मैं आपकी मुलाकात हमारे गुरुप की कुछ ऐसी ladies से कराना चाह रही हूं जिन्होंने एक beach की तरह अपने आप को फना करा. अपने को फना करके अपने को intellectually गुरु किया.</w:t>
      </w:r>
    </w:p>
    <w:p>
      <w:r>
        <w:rPr>
          <w:b/>
        </w:rPr>
        <w:t xml:space="preserve">[01:09] </w:t>
      </w:r>
      <w:r>
        <w:t>to pehla naam hai Sufi Akhtar ka lena chahoongi jo ki Bihar se hain. unka beta jab bahut chhota tha, jab hi unke husband khatm ho gaye the. unka intaqal ho gaya tha.</w:t>
      </w:r>
    </w:p>
    <w:p>
      <w:pPr>
        <w:jc w:val="right"/>
      </w:pPr>
      <w:r>
        <w:t>तो पहला नाम है सूफी आख़्तर का लेना चाहूंगी जो कि बिहार से हैं. उनका बेटा जब बहुत छोटा था, जब ही उनके husband खत्म हो गए थे. उनका इन्तकाल हो गया था.</w:t>
      </w:r>
    </w:p>
    <w:p>
      <w:r>
        <w:rPr>
          <w:b/>
        </w:rPr>
        <w:t xml:space="preserve">[01:26] </w:t>
      </w:r>
      <w:r>
        <w:t>ek akeli aurat ka har tarah ke challenges ka saamna karte, karte hue apne aap ko aur apne bete ko Khuda ke liye taiyar karna aaj ke zamane ka ek mushkil tareen kaam hai aur aisi hi mushkil tareen kaam ki Khuda ke yahan qeemat hai. Sufia ne yeh kar dikhaya. woh aur unka beta ab is qabil hai ki woh doosron ko phal aur phool dein.</w:t>
      </w:r>
    </w:p>
    <w:p>
      <w:pPr>
        <w:jc w:val="right"/>
      </w:pPr>
      <w:r>
        <w:t>एक अकेली औरत का हर तरह के challenges का सामना करते, करते हुए अपने आप को और अपने बेटे को खुदा के लिए तैयार करना आज के जमाने का एक मुश्किल तरीकाम है और ऐसी ही मुश्किल तरीकाम की खुदा के यहां कीमत है. सूफिया ने यह कर दिखाया. वह और उनका बेटा अब इस काबिल है कि वह दूसरों को फ़ल और फ़ूल दें.</w:t>
      </w:r>
    </w:p>
    <w:p>
      <w:r>
        <w:rPr>
          <w:b/>
        </w:rPr>
        <w:t xml:space="preserve">[01:55] </w:t>
      </w:r>
      <w:r>
        <w:t>yeh log bahut zyada dawat ka kaam karte hain. bahut zyada is kaam mein involve hain mashallah. to Sufia aap aaye aur apne bete Shafi ko bhi bula leti. Shafi, bismillah hir rahman nir rahim.</w:t>
      </w:r>
    </w:p>
    <w:p>
      <w:pPr>
        <w:jc w:val="right"/>
      </w:pPr>
      <w:r>
        <w:t>यह लोग बहुत ज़्यादा दावत का काम करते हैं. बहुत ज़्यादा इस काम में involve हैं मशहल्ला. तो सूफिया आप आए और अपने बेटे शफी को भी बिला लेती. शफी, बिस्मिल्लाह है रहमाने रही.</w:t>
      </w:r>
    </w:p>
    <w:p>
      <w:r>
        <w:rPr>
          <w:b/>
        </w:rPr>
        <w:t xml:space="preserve">[02:20] </w:t>
      </w:r>
      <w:r>
        <w:t>rabishrali sadri, wa yassirli amri, wa halul uqdatam mil lisani, yafqahu qawli. mera naam Sufia Akhtar hai. main bihar se talluq rakhti hoon. CPS women marfa-e-dawah group ki ek member hoon.</w:t>
      </w:r>
    </w:p>
    <w:p>
      <w:pPr>
        <w:jc w:val="right"/>
      </w:pPr>
      <w:r>
        <w:t>रबिश्रैली सदरी, व यसिल्ली अमरीर, व हलुल कोदा तमिल लिसानी, यफ कौक वली. मेरा नाम सुफिया अख्तर है. मैं बिहाशीव से ताल्लुक रखती हूं. CPS women मार्फाएं दावा group की एक member हूं.</w:t>
      </w:r>
    </w:p>
    <w:p>
      <w:r>
        <w:rPr>
          <w:b/>
        </w:rPr>
        <w:t xml:space="preserve">[02:43] </w:t>
      </w:r>
      <w:r>
        <w:t>Maulana Wahiduddin Khan sahab ki behtareen kitabon mein se mere liye sabse zyada useful book Raaz-e-Hayaat rahi. jisse maine negative situation ko positive opportunity mein badalna seekha. aise mahaul mein jahan log Maulana ke naam se hi bhadak jaate hain.</w:t>
      </w:r>
    </w:p>
    <w:p>
      <w:pPr>
        <w:jc w:val="right"/>
      </w:pPr>
      <w:r>
        <w:t>मौलानु व हिदुद्धिन खान साहब के बेहतरीन किताबों में से मेरे लिए सबसे ज़्यादा useful book राजे ह्यात रही. जिससे मैंने negative situation को positive opportunity में बदलना सीखा. ऐसे माहौल में जहां लोग मौलाना के नाम से ही भड़क जाते हैं.</w:t>
      </w:r>
    </w:p>
    <w:p>
      <w:r>
        <w:rPr>
          <w:b/>
        </w:rPr>
        <w:t xml:space="preserve">[03:10] </w:t>
      </w:r>
      <w:r>
        <w:t>wahan maine apne aap ko aur apne bachche ko safe rakha aur dawah work jaari rakha. chhe saal ka hi mera bachcha tha. jab mere shauhar ka intaqal ho gaya. aage ki zindagi ke liye mujhe kamana bhi tha. bilkul ghutan wali zindagi mein.</w:t>
      </w:r>
    </w:p>
    <w:p>
      <w:pPr>
        <w:jc w:val="right"/>
      </w:pPr>
      <w:r>
        <w:t>वहां मैंने अपने आप को और अपने बच्चे को safe रखा और दावा वर्ग जारी रखा. छह साल का ही मेरा बच्चा था. जब मेरे शौर का इंताकाल हो गया. आगे की ज़िंदगी के लिए मुझे कमाना भी था. बिल्कुल घुटन वाली ज़िंदगी में.</w:t>
      </w:r>
    </w:p>
    <w:p>
      <w:r>
        <w:rPr>
          <w:b/>
        </w:rPr>
        <w:t xml:space="preserve">[03:38] </w:t>
      </w:r>
      <w:r>
        <w:t>molana ki teaching ke saath ek daai ki zindagi guzata, apne aap ko jalte hue tave par rakhna tha.</w:t>
      </w:r>
    </w:p>
    <w:p>
      <w:pPr>
        <w:jc w:val="right"/>
      </w:pPr>
      <w:r>
        <w:t>मोलाना की teaching के साथ एक दाई की ज़िंदगी गुज़ाता, अपने आप को जलते हुए तवे पर रखना था.</w:t>
      </w:r>
    </w:p>
    <w:p>
      <w:r>
        <w:rPr>
          <w:b/>
        </w:rPr>
        <w:t xml:space="preserve">[03:49] </w:t>
      </w:r>
      <w:r>
        <w:t>मुश्किल life में रोज़ाना का हौसला व जज़्बा मुझे CPS women marfan dawa group से मिलता रहा.</w:t>
      </w:r>
    </w:p>
    <w:p>
      <w:pPr>
        <w:jc w:val="right"/>
      </w:pPr>
      <w:r>
        <w:t>मुश्किल life में रोज़ाना का हौसला व जज़्बा मुझे CPS women marfan दावा group से मिलता रहा.</w:t>
      </w:r>
    </w:p>
    <w:p>
      <w:r>
        <w:rPr>
          <w:b/>
        </w:rPr>
        <w:t xml:space="preserve">[04:00] </w:t>
      </w:r>
      <w:r>
        <w:t>women's group ne mujhe kabhi bhi tanha nahi chhoda aur na hi kabhi mujhe mayoos hone diya.</w:t>
      </w:r>
    </w:p>
    <w:p>
      <w:pPr>
        <w:jc w:val="right"/>
      </w:pPr>
      <w:r>
        <w:t>Women's group ने मुझे कभी भी तन्हा नहीं छोड़ा और ना ही कभी मुझे मायूस होने दिया.</w:t>
      </w:r>
    </w:p>
    <w:p>
      <w:r>
        <w:rPr>
          <w:b/>
        </w:rPr>
        <w:t xml:space="preserve">[04:11] </w:t>
      </w:r>
      <w:r>
        <w:t>Maulana se paayi hui tarbiyat se parvarish ki maine apne bachche ki. maine use good works ke bush ke saath bada kiya. jab is Ramzan hamare shahar mein dange hue, hum dono ne dawah ki fiza ko kharab hote hue dekha.</w:t>
      </w:r>
    </w:p>
    <w:p>
      <w:pPr>
        <w:jc w:val="right"/>
      </w:pPr>
      <w:r>
        <w:t>मौलाना से पाई हुई तर्भय से परवरिश की मैंने अपने बच्चे की. मैंने उसे good works के bush के साथ बड़ा किया. जब इस रमज़ान हमारे शहर में दंगे हुए, हम दोनों ने दावत की फिजा को खराब होते हुए देखा.</w:t>
      </w:r>
    </w:p>
    <w:p>
      <w:r>
        <w:rPr>
          <w:b/>
        </w:rPr>
        <w:t xml:space="preserve">[04:34] </w:t>
      </w:r>
      <w:r>
        <w:t>apni apni jaan ki amaan woh zyada se zyada dawah work karne ke liye Khuda se duaen maangi. nayi zindagi ka shukr Shafi ne roza rakhkar ada kiya. ise main yahan isiliye lekar aayi hoon taaki woh aap sabse aur zyada seekh sake.</w:t>
      </w:r>
    </w:p>
    <w:p>
      <w:pPr>
        <w:jc w:val="right"/>
      </w:pPr>
      <w:r>
        <w:t>अपनी अपनी जान की आमान वह ज़्यादा से ज़्यादा दावा वर्ग करने के लिए खुदाएं से दुआएं मांगी. नई ज़िंदगी का शुक्र शफी ने रोज़ा रखकर अदा किया. इसे मैं यहाँ इसीलिए लेकर आई हूँ ताकि वह आप सबसे और ज़्यादा सीख सके.</w:t>
      </w:r>
    </w:p>
    <w:p>
      <w:r>
        <w:rPr>
          <w:b/>
        </w:rPr>
        <w:t xml:space="preserve">[05:03] </w:t>
      </w:r>
      <w:r>
        <w:t>meri qaum ki zyada tar afraad na to Quran mein tadabbur karti hai aur na deen aur madh ke rishte ko behtar kar paayi hai. Maulana ki teaching ki sakht zaroorat hai.</w:t>
      </w:r>
    </w:p>
    <w:p>
      <w:pPr>
        <w:jc w:val="right"/>
      </w:pPr>
      <w:r>
        <w:t>मेरी कौम की ज़्यादातर अफराद न तो कुरान में तैदाबूर करती है और न दही और मधु के रिश्ते को बेहतर कर पाई है. मौलाना की teaching की सख़्त ज़रूरत है.</w:t>
      </w:r>
    </w:p>
    <w:p>
      <w:r>
        <w:rPr>
          <w:b/>
        </w:rPr>
        <w:t xml:space="preserve">[05:21] </w:t>
      </w:r>
      <w:r>
        <w:t>Maulana ne apni kitab Immani Taqat mein Hazrat Umar Farooq RaziAllahu Anhu ka yeh call nakal kiya hai ki jab bhi hum Islam ke siwa kisi aur cheez ke zariye izzat chahenge to Allah humko zaleel kar dega. Khuda hum sabhi ko behtareen hidayat se nawaze.</w:t>
      </w:r>
    </w:p>
    <w:p>
      <w:pPr>
        <w:jc w:val="right"/>
      </w:pPr>
      <w:r>
        <w:t>मौलाना ने अपनी किताब इमानी ताकत में हज़त उमर फारुक रज़विला तालाना के का यह call नकल कर किया है कि जब भी हम इस्लाम के सेवा किसी और चीज़ के ज़रिए इज़्ज़त चाहेंगे तो अल्लाह हमको ज़लील कर देगा. खुद हम सभी को बेहतरीन हैदाय से नवाज़ीर.</w:t>
      </w:r>
    </w:p>
    <w:p>
      <w:r>
        <w:rPr>
          <w:b/>
        </w:rPr>
        <w:t xml:space="preserve">[05:48] </w:t>
      </w:r>
      <w:r>
        <w:t>Maulana ne, Maulana ne zindagi mein struggle ko bahut importance di hai. agar insaan negative na ho balki positivity ke saath mustaqil zindagi se jahad kare to struggle uski zindagi ko tarash deta hai. aisa hi kuch tarasha hua diamond hamare saath yahan par hai.</w:t>
      </w:r>
    </w:p>
    <w:p>
      <w:pPr>
        <w:jc w:val="right"/>
      </w:pPr>
      <w:r>
        <w:t>मौलाना ने, मौलाना ने ज़िंदगी में struggle को बहुत importance दी है. अगर इंसान negative ना हो बल्कि positivity के साथ मुस्तकिल ज़िंदगी से जगदोजहद करे तो struggle उसकी ज़िंदगी को तराश देता है. ऐसा ही कुछ तराशा हुआ diamond हमारे साथ यहां पर है.</w:t>
      </w:r>
    </w:p>
    <w:p>
      <w:r>
        <w:rPr>
          <w:b/>
        </w:rPr>
        <w:t xml:space="preserve">[06:14] </w:t>
      </w:r>
      <w:r>
        <w:t>Doctor Sana Zareen jo Kolkata se hain, ek kahawat hai ki har bade kaam ke peeche ek aurat ka haath hota hai. magar Doctor Sana ke case mein ek mard ka haath hai.</w:t>
      </w:r>
    </w:p>
    <w:p>
      <w:pPr>
        <w:jc w:val="right"/>
      </w:pPr>
      <w:r>
        <w:t>Doctor सना ज़रूरी जो कोलकोता से हैं, एक कहावत है कि हर बड़े काम के पीछे एक औरत का हाथ होता है. मगर doctor सना के case में एक मर्द का हाथ है.</w:t>
      </w:r>
    </w:p>
    <w:p>
      <w:r>
        <w:rPr>
          <w:b/>
        </w:rPr>
        <w:t xml:space="preserve">[06:29] </w:t>
      </w:r>
      <w:r>
        <w:t>unke father Maulana ke purane reader hain aur unhone maa baap dono ka role ada karke apne bachchon ki tarbiyat is tarah kar di hai ki woh duniya mein bhi tarakki kar sake aur aakhirat mein bhi kamyabi haasil kar paayein. Doctor Sana young group ki admin hain, woh bhi dekhti hain.</w:t>
      </w:r>
    </w:p>
    <w:p>
      <w:pPr>
        <w:jc w:val="right"/>
      </w:pPr>
      <w:r>
        <w:t>उनके father मौलाना के पुराने reader हैं और उन्होंने मां बाप दोनों का role अदा करके अपने बच्चों की तरबीयत इस तरह कर दी है कि वह दुनिया में भी तरक्की कर सके और आख़िरत में भी कामयाबी हासिल कर पाएं. Doctor सना young group की admin हैं, वह भी देखती हैं.</w:t>
      </w:r>
    </w:p>
    <w:p>
      <w:r>
        <w:rPr>
          <w:b/>
        </w:rPr>
        <w:t xml:space="preserve">[06:53] </w:t>
      </w:r>
      <w:r>
        <w:t>part time job bhi karti hain aur apni medical ki padhai bhi kar rahi hain aur Quran ki classes aur CPS ke bhi kaam karti hain. to Doctor Sana stage par aaye apni learning hamare saath. Assalamualaikum. I am Doctor Sana Zareen from Kolkata.</w:t>
      </w:r>
    </w:p>
    <w:p>
      <w:pPr>
        <w:jc w:val="right"/>
      </w:pPr>
      <w:r>
        <w:t>Part time job भी करती हैं और अपनी medical की पढ़ाई भी कर रही हैं और कुरान की classes और CPS के भी काम करती हैं. तो doctor सेना stage पर आए अपनी learning हमारे साथ. अस्लामालिकुम. I am doctor सनाज़रीन from कोलकाता.</w:t>
      </w:r>
    </w:p>
    <w:p>
      <w:r>
        <w:rPr>
          <w:b/>
        </w:rPr>
        <w:t xml:space="preserve">[07:17] </w:t>
      </w:r>
      <w:r>
        <w:t>I am working as a volunteer in CPS International and also handle our CPS young women group. Today I am sharing a very small story about my spiritual journey. I have been started following Maulana from 2010, chho mai baba. main yeh keh sakti hoon ki Maulana ki teaching se hi meri tarbiyat hui hai jismein bahut important role mere baba ka raha hai. jinhone mujhe Maulana se introduce karwaya. unke literature se introduce karwaya.</w:t>
      </w:r>
    </w:p>
    <w:p>
      <w:pPr>
        <w:jc w:val="right"/>
      </w:pPr>
      <w:r>
        <w:t>I am working as a volunteer in CPS International and also handle our CPS young women group. Today I am sharing a very small story about my spiritual journey. I have been started following मौलाना from 2010, छो मई बाबा. मैं यह कह सकती हूं कि मौलाना की teaching से ही मेरी दरवियत हुई है जिसमें बहुत important role मेरे बाबा करा है. जिन्होंने मुझे मौलाना से introduce करवाया. उनके literature से introduce करवाया.</w:t>
      </w:r>
    </w:p>
    <w:p>
      <w:r>
        <w:rPr>
          <w:b/>
        </w:rPr>
        <w:t xml:space="preserve">[07:46] </w:t>
      </w:r>
      <w:r>
        <w:t>Now, 2010, that time I was 14 years old aur maine us time class tenth ko pass kiya tha second division se aur us waqt main bahut disappoint thi apne number ko lekar ke.</w:t>
      </w:r>
    </w:p>
    <w:p>
      <w:pPr>
        <w:jc w:val="right"/>
      </w:pPr>
      <w:r>
        <w:t>Now, 2010, that time I was 14 years old और मैंने उस time class tenth को pass किया था second division से और उस वक्त मैं बहुत disappoint थी अपने number को लेकर के.</w:t>
      </w:r>
    </w:p>
    <w:p>
      <w:r>
        <w:rPr>
          <w:b/>
        </w:rPr>
        <w:t xml:space="preserve">[07:59] </w:t>
      </w:r>
      <w:r>
        <w:t>jab mere father ne mera result dekha to unhone mujhe bola ke aapne class tenth jo hai woh</w:t>
      </w:r>
    </w:p>
    <w:p>
      <w:pPr>
        <w:jc w:val="right"/>
      </w:pPr>
      <w:r>
        <w:t>जब मेरे father ने मेरा result देखा तो उन्होंने मुझे बोला कि आपने class tenth जो है वो</w:t>
      </w:r>
    </w:p>
    <w:p>
      <w:r>
        <w:rPr>
          <w:b/>
        </w:rPr>
        <w:t xml:space="preserve">[08:09] </w:t>
      </w:r>
      <w:r>
        <w:t>silver number se qualify kiya hai and aap class twelfth golden number se qualify kar sakti hain aur</w:t>
      </w:r>
    </w:p>
    <w:p>
      <w:pPr>
        <w:jc w:val="right"/>
      </w:pPr>
      <w:r>
        <w:t>silver number से qualify किया है and आप class twelfth golden number से qualify कर सकती हैं और</w:t>
      </w:r>
    </w:p>
    <w:p>
      <w:r>
        <w:rPr>
          <w:b/>
        </w:rPr>
        <w:t xml:space="preserve">[08:19] </w:t>
      </w:r>
      <w:r>
        <w:t>yeh baat kehte hue unhone mujhe molana ki ek kitaab di jiska naam hai rajehaat aur us kitaab</w:t>
      </w:r>
    </w:p>
    <w:p>
      <w:pPr>
        <w:jc w:val="right"/>
      </w:pPr>
      <w:r>
        <w:t>ये बात कहते हुए उन्होंने मुझे मौलाना की एक किताब दी जिसका नाम है राजेहात और उस किताब</w:t>
      </w:r>
    </w:p>
    <w:p>
      <w:r>
        <w:rPr>
          <w:b/>
        </w:rPr>
        <w:t xml:space="preserve">[08:29] </w:t>
      </w:r>
      <w:r>
        <w:t>ko dete waqt unhone mujhe kaha ke rakhi jis se maine class twelfth golden hi balki diamond number se qualify kiya.</w:t>
      </w:r>
    </w:p>
    <w:p>
      <w:pPr>
        <w:jc w:val="right"/>
      </w:pPr>
      <w:r>
        <w:t>को देते वक्त उन्होंने मुझे कहा कि रखी जिससे मैंने class twelfth golden ही बल्कि diamond number से qualify किया.</w:t>
      </w:r>
    </w:p>
    <w:p>
      <w:r>
        <w:rPr>
          <w:b/>
        </w:rPr>
        <w:t xml:space="preserve">[08:40] </w:t>
      </w:r>
      <w:r>
        <w:t>I am medication and biology with 95%. yeh meri life ki sabse pehli achievement thi jo mujhe Maulana ke literature se mili. jo meri sabse badi success rahi hai life mein. 2021 mein meri mulaqat miss Fahmida ma'am se bhi aur maine CPS group ko join kiya. CPS women group ko join kiya. is group ki learning and interaction se mere andar ek nayi salahiyat aayi.</w:t>
      </w:r>
    </w:p>
    <w:p>
      <w:pPr>
        <w:jc w:val="right"/>
      </w:pPr>
      <w:r>
        <w:t>I am medication and biology with 95%. यह मेरी life की सबसे पहली achievement थी जो मुझे मौलाना के literature से मिली. जो मेरी सबसे बड़ी success रही है life में. 2021 में मेरी मुलाकात miss फ़मीदा ma'am से भी और मैंने c p s group को join किया. C p s women group को join किया. इस group की learning and interaction से मेरे अंदर एक नई सलाहियत आई.</w:t>
      </w:r>
    </w:p>
    <w:p>
      <w:r>
        <w:rPr>
          <w:b/>
        </w:rPr>
        <w:t xml:space="preserve">[09:09] </w:t>
      </w:r>
      <w:r>
        <w:t>main keh sakti hoon ki mujhe ek naya platform mila. meri learning ko ek naya platform mila. jisse mujhe daily life mein bahut hi positivity milti thi and sabse important cheez jo maine is group se seekhi woh hai dawah work jo meri life mein bahut important raha hai aur aaj main apne aap ko as a dai present karti hoon.</w:t>
      </w:r>
    </w:p>
    <w:p>
      <w:pPr>
        <w:jc w:val="right"/>
      </w:pPr>
      <w:r>
        <w:t>मैं कह सकती हूँ कि मुझे एक नया platform मिला. मेरी learning को एक नया platform मिला. जिसे मुझे daily life में बहुत ही positivity मिलती थी and सबसे important चीज़ जो मैंने इस group से सीखी वो है दावा वर्ग जो मेरी life में बहुत important रहा है और आज मैं अपने आप को as a दाई present करती हूँ.</w:t>
      </w:r>
    </w:p>
    <w:p>
      <w:r>
        <w:rPr>
          <w:b/>
        </w:rPr>
        <w:t xml:space="preserve">[09:28] </w:t>
      </w:r>
      <w:r>
        <w:t>as a dai character ka role play karte karte meri life ka ek bahut hi achha result raha ki maine sign language ko seekha aur sign language ko seekhne ke baad un logon tak Khuda ke paigham ko pahunchaya. jo log bol sun nahi paate. main keh sakti hoon ki woh hamare beach rehte hue bhi hum na unhe samajh paate hain, na woh hamein samajh paate hain. to yeh ek bahut badi achievement mere andar aayi.</w:t>
      </w:r>
    </w:p>
    <w:p>
      <w:pPr>
        <w:jc w:val="right"/>
      </w:pPr>
      <w:r>
        <w:t>As a दाई character का role play करते करते मेरी life का एक बहुत ही अच्छा result रहा कि मैंने sign language को सीखा और sign language को सीखने के बाद उन लोगों तक खुदा के पैगाम को पहुंचाया. जो लोग बोल sun नहीं पाते. मैं कह सकती हूँ कि वो हमारे beach रहते हुए भी हम ना उन्हें समझ पाते हैं, ना वह हमें समझ पाते हैं. तो यह एक बहुत बड़ी achievement मेरे अंदर आई.</w:t>
      </w:r>
    </w:p>
    <w:p>
      <w:r>
        <w:rPr>
          <w:b/>
        </w:rPr>
        <w:t xml:space="preserve">[09:52] </w:t>
      </w:r>
      <w:r>
        <w:t>aaj main yeh keh sakti hoon ki yeh group jo hai sirf ek group nahi balki Khuda ki awaaz hai. jo hum ladies ko daily life mein active rakhta hai aur hamein har negative situation mein positive rakhta hai. jise meri life mein kaafi aisi cheezein hui hain jo agar main is time par kehna bhi chahoon to bahut mushkil ho jayega. lekin yeh ladies group actually hum jitna chhota samajhte hain isko yeh hai nahi.</w:t>
      </w:r>
    </w:p>
    <w:p>
      <w:pPr>
        <w:jc w:val="right"/>
      </w:pPr>
      <w:r>
        <w:t>आज मैं यह कह सकती हूं कि यह group जो है सिर्फ एक group नहीं बल्कि खुदा की आवाज़ है. जो हम ladies को daily life में active रखता है और हमें हर negative situation में positive रखता है. जिसे मेरी life में काफी ऐसी चीज़ें हुई हैं जो अगर मैं इस time पर कहना भी चाहूं तो बहुत मुश्किल हो जाएगा. लेकिन ये ladies group actually हम जितना छोटा समझते हैं इसको ये है नहीं.</w:t>
      </w:r>
    </w:p>
    <w:p>
      <w:r>
        <w:rPr>
          <w:b/>
        </w:rPr>
        <w:t xml:space="preserve">[10:19] </w:t>
      </w:r>
      <w:r>
        <w:t>yeh bahut main keh nahi sakti is time pe ki meri life mein iska kya asar pada hai? And meri ghar mein, meri family mein iska kya asar pada hai? to yeh bahut badi achievement hai. hum ladies ke liye bhi aur specially mere liye bhi. is group ki learning and interaction se mere andar yeh salahiyat aayi ki. aaj hum ek Quran class ko chala rahe hain jismein mere saath hamare kuch saathi bhi maujood hain. us class mein hum Maulana ke literatures aur tasneef-e-Quran ka mutala karte hain.</w:t>
      </w:r>
    </w:p>
    <w:p>
      <w:pPr>
        <w:jc w:val="right"/>
      </w:pPr>
      <w:r>
        <w:t>ये बहुत मैं कह नहीं सकती इस time पे कि मेरी life में इसका क्या असर पड़ा है? And मेरी घर में, मेरी family में इसका क्या असर पड़ा है? तो ये बहुत बड़ी achievement है. हम ladies के लिए भी और specially मेरे लिए भी. इस group की learning and interaction से मेरे अंदर यह सलाहियत आई की. आज हम एक कुरान class को चला रहे हैं जिसमें मेरे साथ हमारे कुछ साथी भी मौजूद हैं. उस class में हम मौलाना के literatures और तस्किलों कुरान का मुताला करते हैं.</w:t>
      </w:r>
    </w:p>
    <w:p>
      <w:r>
        <w:rPr>
          <w:b/>
        </w:rPr>
        <w:t xml:space="preserve">[10:47] </w:t>
      </w:r>
      <w:r>
        <w:t>jisme hamare sath background mein kuch muslims and non muslim sisters bhi joined hote hain. isi ke sath hamara CPS aaj ek new group ko launch karne ja raha hai. jaise ki doctor Safeena ma'am ne bola hai brovisor. yeh group specially hamari non muslim sisters ke liye hoga.</w:t>
      </w:r>
    </w:p>
    <w:p>
      <w:pPr>
        <w:jc w:val="right"/>
      </w:pPr>
      <w:r>
        <w:t>जिसमें हमारे साथ background में कुछ मुस्लिमs and non मुस्लिम sisters भी joined होते हैं. इसी के साथ हमारा CPS आज एक new group को launch करने जा रहा है. जैसे कि doctor सफीना ma'am ने बोला है brovisor. यह group specially हमारी non muslim sisters के लिए होगा.</w:t>
      </w:r>
    </w:p>
    <w:p>
      <w:r>
        <w:rPr>
          <w:b/>
        </w:rPr>
        <w:t xml:space="preserve">[11:06] </w:t>
      </w:r>
      <w:r>
        <w:t>jaha wo hamare sath Maulana ke literatures ko discuss karenge and is group mein hamare sath joined honge Fahmida ma'am, doctor Safeena Tabassum, Nazma ma'am and Aisha Yoshwara ji.</w:t>
      </w:r>
    </w:p>
    <w:p>
      <w:pPr>
        <w:jc w:val="right"/>
      </w:pPr>
      <w:r>
        <w:t>जहा वो हमारे साथ मुराना के literatures को discuss करेंगे and इस group में हमारे साथ joined होंगे फैमिदा ma'am, doctor सफीना तबस्लुम, नजमा ma'am and ऐशा योश्वरा जी.</w:t>
      </w:r>
    </w:p>
    <w:p>
      <w:r>
        <w:rPr>
          <w:b/>
        </w:rPr>
        <w:t xml:space="preserve">[11:17] </w:t>
      </w:r>
      <w:r>
        <w:t>So basically yeh thi meri choti si story jo Maulana ki teaching se aaj yahan tak pahunchi hai ki aaj main keh sakti hoon ki main khud jo hai Khuda ko daryabft kar pa rahi hoon bahut hi aasan tarike se aur logon ko Khuda ka paigham as a dawa bhar ke ke zariye bahut hi achhe tarike se pahuncha pa rahi hoon. to in sab mein ek to bahut important role jo hai Fahmida ma'am ka raha hai hamesha se. Thank you ma'am so much.</w:t>
      </w:r>
    </w:p>
    <w:p>
      <w:pPr>
        <w:jc w:val="right"/>
      </w:pPr>
      <w:r>
        <w:t>So basically ये थी मेरी छोटी सी story जो मौलाना की teaching से आज यहाँ तक पहुंची है कि आज मैं कह सकती हूँ कि मैं खुद जो है खुदा को दर्याब्त कर पा रही हूँ बहुत ही आसान तरीके से और लोगों को खुदा का पैगाम as a दावा भर के के ज़रिए बहुत ही अच्छे तरीके से पहुंचा पा रही हूँ. तो इन सब में एक तो बहुत important role जो है famida ma'am का रहा है हमेशा से. Thank you ma'am so much.</w:t>
      </w:r>
    </w:p>
    <w:p>
      <w:r>
        <w:rPr>
          <w:b/>
        </w:rPr>
        <w:t xml:space="preserve">[11:44] </w:t>
      </w:r>
      <w:r>
        <w:t>agar shayad mujhe Fahmida ma'am nahin milte to jo mera das saal ka experience tha, das saal ki jo journey maine ki to shayad main aaj yahan na bata pati ya group mein main isko share na kar pati ya kabhi in logon se mil na paate hain. to yeh mere liye bahut badi success rahi hai life ki ki maine itna kuch jo hai itne is do saal ke timing mein jitna maine das saal mein seekha hoga mere khayal se is do saal ke timing mein maine usse double seekh liya aur daily sabse interaction karna, daily sabse baatein karna.</w:t>
      </w:r>
    </w:p>
    <w:p>
      <w:pPr>
        <w:jc w:val="right"/>
      </w:pPr>
      <w:r>
        <w:t>अगर शायद मुझे famida ma'am नहीं मिलते तो जो मेरा दस साल का experience था, दस साल की जो journey मैंने की तो शायद मैं आज यहाँ न बता पाती या group में मैं इसको share न कर पाती या कभी इन लोगों से मिल ना पाते हैं. तो यह मेरे लिए बहुत बड़ी success रही है life की कि मैंने इतना कुछ जो है इतने इस दो साल के timing में जितना मैंने दस साल में सीखा होगा मेरे ख्याल से इस दो साल के timing में मैंने उससे double सीख लिया और daily सबसे interaction करना, daily सबसे बातें करना.</w:t>
      </w:r>
    </w:p>
    <w:p>
      <w:r>
        <w:rPr>
          <w:b/>
        </w:rPr>
        <w:t xml:space="preserve">[12:13] </w:t>
      </w:r>
      <w:r>
        <w:t>to yeh mere liye bahut badi achievement rahi hai. to thank you so much. Jaza kallah, Asslam u alaikum. ab main Nurul Huda ko, Nurul Huda se ko mulana chahungi. Nurul Huda se meri mulakat women group ke interaction ke dauran hui. wo Delhi se hain aur dawa ka kaam bahut lagan ke sath karti hain.</w:t>
      </w:r>
    </w:p>
    <w:p>
      <w:pPr>
        <w:jc w:val="right"/>
      </w:pPr>
      <w:r>
        <w:t>तो यह मेरे लिए बहुत बड़ी achievement रही है. तो thank you so much. जिज़ा कल्लाह, अस्लाम अलीको. अब मैं नूरूल होदा को, नूरूल होदा से को मुलाना चाहूंगी. नूरूल होदा से मेरी मुलाकात women group के interaction के दौरान हुई. वह दिल्ली से हैं और दावा का काम बहुत लगन के साथ करती हैं.</w:t>
      </w:r>
    </w:p>
    <w:p>
      <w:r>
        <w:rPr>
          <w:b/>
        </w:rPr>
        <w:t xml:space="preserve">[12:37] </w:t>
      </w:r>
      <w:r>
        <w:t>jab pehli bar maine unko phone par baat kiya tha to maine unse poocha tha ki aap CPS ke liye koi kaam karna chahengi? unhone kaha tha ki apan meri aankh mein takleef rehti hai magar mere husband kaam karenge.</w:t>
      </w:r>
    </w:p>
    <w:p>
      <w:pPr>
        <w:jc w:val="right"/>
      </w:pPr>
      <w:r>
        <w:t>जब पहली बार मैंने उनको phone पर बात किया था तो मैंने उनसे पुछा था कि आप CPS के लिए कोई काम करना चाहेंगी? उन्होंने कहा था कि आपां मेरी आंख में तकलीफ रहती है मगर मेरे husband काम करेंगे.</w:t>
      </w:r>
    </w:p>
    <w:p>
      <w:r>
        <w:rPr>
          <w:b/>
        </w:rPr>
        <w:t xml:space="preserve">[12:55] </w:t>
      </w:r>
      <w:r>
        <w:t>yahi woh jazba hai jo Khuda ke qanoon ke mutabiq har aurat ko karna chahiye ki wo apne partner ko material cheezon se na involve karke Khuda ke kaam ke liye de sake. to Nurul Huda aap yahan aayen. Asslam u alaikum. I am Nurul Huda from Delhi team.</w:t>
      </w:r>
    </w:p>
    <w:p>
      <w:pPr>
        <w:jc w:val="right"/>
      </w:pPr>
      <w:r>
        <w:t>यही वह जज़्बा है जो खुदा के कानून के मुताबिक हर औरत को करना चाहिए कि वह अपने partner को material चीज़ों से ना involve करके खुदा के काम के लिए दे सके. तो नुरूल होदा आप यहां आएं. अस्लामुल अलेकुम. I am नुरुल हुदा from Delhi team.</w:t>
      </w:r>
    </w:p>
    <w:p>
      <w:r>
        <w:rPr>
          <w:b/>
        </w:rPr>
        <w:t xml:space="preserve">[13:20] </w:t>
      </w:r>
      <w:r>
        <w:t>I was introduced to Maulana's ideology at a very young age by my father. He used to read out to us al Risala articles and then we used to have discussions on various aspects related to the topic. Gradually, I started understanding the mission, the Dawa mission.</w:t>
      </w:r>
    </w:p>
    <w:p>
      <w:pPr>
        <w:jc w:val="right"/>
      </w:pPr>
      <w:r>
        <w:t>I was introduced to मालाना's ideology at a very young age by my father. He used to read out to us al Risala articles and then we used to have discussions on various aspects related to the topic. Gradually, I started understanding the mission, the Dava mission.</w:t>
      </w:r>
    </w:p>
    <w:p>
      <w:r>
        <w:rPr>
          <w:b/>
        </w:rPr>
        <w:t xml:space="preserve">[13:44] </w:t>
      </w:r>
      <w:r>
        <w:t>I started reading Maulana's literature that compelled me to do something fruitful. But due to my profession as a homemaker, I did not have that much time. Reading literature was necessary to enlighten my mind, but that was not happening. At that time, my father told me that Maulana has asked us to start distributing the Quran.</w:t>
      </w:r>
    </w:p>
    <w:p>
      <w:pPr>
        <w:jc w:val="right"/>
      </w:pPr>
      <w:r>
        <w:t>I started reading Molana's literature that compelled me to do something fruitful. But due to my profession as a homemaker, I did not have that much time. Reading literature was necessary to enlighten my mind, but that was not happening. At that time, my father told me that Molana has asked us to start distributing the Quran.</w:t>
      </w:r>
    </w:p>
    <w:p>
      <w:r>
        <w:rPr>
          <w:b/>
        </w:rPr>
        <w:t xml:space="preserve">[14:13] </w:t>
      </w:r>
      <w:r>
        <w:t>We started distributing Quran but it was not very often. Then I needed some more inspiration. Then I joined CPS Ladies WhatsApp group. This group helped me learn more in very less time, interacting with different different minds. In fact, intellectual minds help me, actually they give me a kind of super energy.</w:t>
      </w:r>
    </w:p>
    <w:p>
      <w:pPr>
        <w:jc w:val="right"/>
      </w:pPr>
      <w:r>
        <w:t>We started distributing Quran but it was not very often. Then I needed some more inspiration. Then I joined CPS Ladies WhatsApp group. This group helped me learn more in very less time, interacting with different different minds. In fact, intellectual minds help me, actually they give me a kind of super energy.</w:t>
      </w:r>
    </w:p>
    <w:p>
      <w:r>
        <w:rPr>
          <w:b/>
        </w:rPr>
        <w:t xml:space="preserve">[14:43] </w:t>
      </w:r>
      <w:r>
        <w:t>The learning which I got from this group was not actually the learning, but it was the realization. I realize the importance of women in Dawa work. The role of a woman in Dawa work is very similar to a well known African saying that if a man is educated, then only he is educated.</w:t>
      </w:r>
    </w:p>
    <w:p>
      <w:pPr>
        <w:jc w:val="right"/>
      </w:pPr>
      <w:r>
        <w:t>The learning which I got from this group was not actually the learning, but it was the realization. I realize the importance of women in Dawa work. The role of a woman in Dawa work is very similar to a well known African saying that if a man is educated, then only he is educated.</w:t>
      </w:r>
    </w:p>
    <w:p>
      <w:r>
        <w:rPr>
          <w:b/>
        </w:rPr>
        <w:t xml:space="preserve">[15:11] </w:t>
      </w:r>
      <w:r>
        <w:t>But if a woman is educated, then generations are educated. Keeping this in mind, I started discussing and sharing whatever I learned in the class with other members of my family. We at our home have random classes on various Islamic topics with our kids.</w:t>
      </w:r>
    </w:p>
    <w:p>
      <w:pPr>
        <w:jc w:val="right"/>
      </w:pPr>
      <w:r>
        <w:t>But if a woman is educated, then generations are educated. Keeping this in mind, I started discussing and sharing whatever I learned in the class with other members of my family. We at our home have random classes on various Islamic topics with our kids.</w:t>
      </w:r>
    </w:p>
    <w:p>
      <w:r>
        <w:rPr>
          <w:b/>
        </w:rPr>
        <w:t xml:space="preserve">[15:36] </w:t>
      </w:r>
      <w:r>
        <w:t>Today, if we will teach our kids, then only our future generations will be educated. And as for my Dawa work, I have made this goal in my life that if I am going out, I will carry with myself Quran translations and give it to whoever I meet. I do not look for occasions to distribute Quran.</w:t>
      </w:r>
    </w:p>
    <w:p>
      <w:pPr>
        <w:jc w:val="right"/>
      </w:pPr>
      <w:r>
        <w:t>Today, if we will teach our kids, then only our future generations will be educated. And as for my दावा work, I have made this goal in my life that if I am going out, I will carry with myself Quran translations and give it to whoever I meet. I do not look for occasions to distribute Quran.</w:t>
      </w:r>
    </w:p>
    <w:p>
      <w:r>
        <w:rPr>
          <w:b/>
        </w:rPr>
        <w:t xml:space="preserve">[16:01] </w:t>
      </w:r>
      <w:r>
        <w:t>My motto in life is to give Quran translations to anyone and everyone and anywhere. I pray to Almighty to please guide us and enlighten us and to give us more power and strength to carry forward Dawa work till our last breath. Thank you all, Jaza kallah. ab main Aisha Yusra ko bulana chahungi.</w:t>
      </w:r>
    </w:p>
    <w:p>
      <w:pPr>
        <w:jc w:val="right"/>
      </w:pPr>
      <w:r>
        <w:t>My motto in life is to give Quran translations to anyone and everyone and anywhere. I pray to Almighty to please guide us and enlighten us and to give us more power and strength to carry forward दावा म्वर्ग till our last breath. Thank you all, जज़ा गल्ला. अब मैं आयशा युसरा को बुलाना चाहूंगी.</w:t>
      </w:r>
    </w:p>
    <w:p>
      <w:r>
        <w:rPr>
          <w:b/>
        </w:rPr>
        <w:t xml:space="preserve">[16:28] </w:t>
      </w:r>
      <w:r>
        <w:t>Aisha Yusra ek jana pehchana naam hai, aisa Dai jo hum sabke liye example hai. Aisha Yusra CPS young group bhi dekhti hain. wo Telugu mein Maulana ki kitabon ko bhi translation karti hain aur sath hi CPS ke liye bhi kaam karti hain. apne aap ko Khuda ke kaam mein laga dene wali Aisha Yusra jo Vishakhapatnam se aayi hain aur mujhe bahut khushi ho rahi hai ki wo aaj hamare sath hain.</w:t>
      </w:r>
    </w:p>
    <w:p>
      <w:pPr>
        <w:jc w:val="right"/>
      </w:pPr>
      <w:r>
        <w:t>आयशा युसरा एक जाना पहचाना नाम है, ऐसा दाई जो हम सबके लिए example है. आयशा यूसरा CPS young group भी देखती हैं. वह तेलुगू में मलाना की किताबों को भी translation करती हैं और साथ ही CPS के लिए भी काम करती हैं. अपने आप को खुदा के काम में लगा देने वाली आयशा यूसरा जो विशाखा पटनम से आई हैं और मुझे बहुत खुशी हो रही है कि वो आज हमारे साथ हैं.</w:t>
      </w:r>
    </w:p>
    <w:p>
      <w:r>
        <w:rPr>
          <w:b/>
        </w:rPr>
        <w:t xml:space="preserve">[16:57] </w:t>
      </w:r>
      <w:r>
        <w:t>to Aisha Yusra aap yahan aayen. Everyone. I'm Aisha Isra from Vishakhapatnam. Through my sir, mister Abdul Mubeen, I joined this divine mission as a volunteer in 2019.</w:t>
      </w:r>
    </w:p>
    <w:p>
      <w:pPr>
        <w:jc w:val="right"/>
      </w:pPr>
      <w:r>
        <w:t>तो आयशा युसरा आप यहां आए. Everyone. I'm Aisha Isra from Vishakahpatnam. Through my sir, mister अब्दुल मुबीन, I joined this divine mission as a volunteer in 2019.</w:t>
      </w:r>
    </w:p>
    <w:p>
      <w:r>
        <w:rPr>
          <w:b/>
        </w:rPr>
        <w:t xml:space="preserve">[17:25] </w:t>
      </w:r>
      <w:r>
        <w:t>For this, I'm so grateful to him. After reading Maulana Wahiduddin Khan sahib literature, I clearly understood the creation plan of God. After that, I came to know my purpose of life. I started cycle Dawa on March '20 '19. By the grace of God almighty and the support of my sir, I have been continuing the divine work for the last four years.</w:t>
      </w:r>
    </w:p>
    <w:p>
      <w:pPr>
        <w:jc w:val="right"/>
      </w:pPr>
      <w:r>
        <w:t>For this, I'm so grateful to him. After reading मौलाना वाहिद्दीन खान साहब literature, I clearly understood the creation plan of God. After that, I came to know my purpose of life. I started cycle Dava on March '20 '19. By the grace of God almighty and the support of my sir, I have been continuing the divine work for the last four years.</w:t>
      </w:r>
    </w:p>
    <w:p>
      <w:r>
        <w:rPr>
          <w:b/>
        </w:rPr>
        <w:t xml:space="preserve">[17:52] </w:t>
      </w:r>
      <w:r>
        <w:t>From the day one to till date, number of people have been taking the word of God and peace literature in their native languages with so much respect. Many of them told me we have been searching for the Quran for a long time. Finally, we got it here. Through Facebook, I met miss Fahmeda Khan. She is such a nice woman. She added me to the CPS women Marifa group in 2020.</w:t>
      </w:r>
    </w:p>
    <w:p>
      <w:pPr>
        <w:jc w:val="right"/>
      </w:pPr>
      <w:r>
        <w:t>From the day one to till date, number of people have been taking the word of God and peace literature in their native languages with so much respect. Many of them told me we have been searching for the Quran for a long time. Finally, we got it here. Through Facebook, I met miss Fahmeda Khan. She is such a nice woman. She added me to the CPS women Marifa group in 2020.</w:t>
      </w:r>
    </w:p>
    <w:p>
      <w:r>
        <w:rPr>
          <w:b/>
        </w:rPr>
        <w:t xml:space="preserve">[18:22] </w:t>
      </w:r>
      <w:r>
        <w:t>I'm always thankful to her. Before joining the group, I was completely unaware of my potential. But after joining the group by interacting with other women, I recognized my hidden potential. Miss Sara Fatima and Miss Sabina Ali inspired me a lot to improve my English speaking skills and communication skills. After that, I focused on my writing skills. I got inspired by Miss Sutti Malhotra.</w:t>
      </w:r>
    </w:p>
    <w:p>
      <w:pPr>
        <w:jc w:val="right"/>
      </w:pPr>
      <w:r>
        <w:t>I'm always thankful to her. Before joining the group, I was completely unaware of my potential. But after joining the group by interacting with other women, I recognized my hidden potential. Miss Sara Fatima and Miss Sabina Ali inspired me a lot to improve my English speaking skills and communication skills. After that, I focused on my writing skills. I got inspired by Miss Sutti Malhotra.</w:t>
      </w:r>
    </w:p>
    <w:p>
      <w:r>
        <w:rPr>
          <w:b/>
        </w:rPr>
        <w:t xml:space="preserve">[18:52] </w:t>
      </w:r>
      <w:r>
        <w:t>I started translating of Maulana's English leaflets into Telugu language. There is one more woman who taught me the importance of deep thinking through health learnings is doctor Safinha Tabassum. Because of CPS women book discussion classes and daily interactions with other women, my passion about spirituality and spirit of inquiry are increasing day by day.</w:t>
      </w:r>
    </w:p>
    <w:p>
      <w:pPr>
        <w:jc w:val="right"/>
      </w:pPr>
      <w:r>
        <w:t>I started translating of Maulana's English leaflets into Telugu language. There is one more woman who taught me the importance of deep thinking through health learnings is doctor Safinha Tabassung. Because of CPS women book discussion classes and daily interactions with other women, my passion about spirituality and spirit of inquiry are increasing day by day.</w:t>
      </w:r>
    </w:p>
    <w:p>
      <w:r>
        <w:rPr>
          <w:b/>
        </w:rPr>
        <w:t xml:space="preserve">[19:20] </w:t>
      </w:r>
      <w:r>
        <w:t>They all are made me spiritually an awakened person. I vote to them a lot. Now I am one of the admin of CPS young women group. In this group, we discuss the realization of god, the creation of plan of god, spirituality, positive thinking, and many more topics in modern idiom. I hope through this group, women will become intellectually developed persons.</w:t>
      </w:r>
    </w:p>
    <w:p>
      <w:pPr>
        <w:jc w:val="right"/>
      </w:pPr>
      <w:r>
        <w:t>They all are made me spiritually an awakened person. I vote to them a lot. Now I am one of the admin of CPS young women group. In this group, we discuss the realization of god, the creation of plan of god, spirituality, positive thinking, and many more topics in modern idiom. I hope through this group, women will become intellectually developed persons.</w:t>
      </w:r>
    </w:p>
    <w:p>
      <w:r>
        <w:rPr>
          <w:b/>
        </w:rPr>
        <w:t xml:space="preserve">[19:48] </w:t>
      </w:r>
      <w:r>
        <w:t>The foremost thing is they can easily identify their roles in this vast universe in a rational way. Inshallah, I wish I will continue my intellectual journey till my last breath to become grow wiser. Finally, trust in God, work hard, you are unstoppable. Thank you all.</w:t>
      </w:r>
    </w:p>
    <w:p>
      <w:pPr>
        <w:jc w:val="right"/>
      </w:pPr>
      <w:r>
        <w:t>The foremost thing is they can easily identify their roles in this vast universe in a rational way. Inshallah, I wish I will continue my intellectual journey till my last breath to become grow wiser. Finally, trust in God, work hard, you are unstoppable. Thank you all.</w:t>
      </w:r>
    </w:p>
    <w:p>
      <w:r>
        <w:rPr>
          <w:b/>
        </w:rPr>
        <w:t xml:space="preserve">[20:10] </w:t>
      </w:r>
      <w:r>
        <w:t>Tazeen Begum, jo CPS Bangalore ki ek member hai, jo Fatima Sara ki activities mein closely involve hain. main unke andar Fatima Sara ki teaching ki jhalak dekhti hoon. to Zainab aap stage par aayen apni learning hamare sath share kariyen. Asslam u alaikum. Rahmatullah hi wa barakatuh.</w:t>
      </w:r>
    </w:p>
    <w:p>
      <w:pPr>
        <w:jc w:val="right"/>
      </w:pPr>
      <w:r>
        <w:t>तज़ाइन बेगम, जो CPS बैंगलोर की एक member है, जो फात्मा सारा की activities में closely involve हैं. मैं उनके अंदर फात्मा सारा की teaching की झलक देखती हूं. तो जाइन आप stage पर आइए अपनी learning हमारे साथ share करिए. अस्सलामुलायकुम. बरह्मत उल्लाही व बराकातु हूँ.</w:t>
      </w:r>
    </w:p>
    <w:p>
      <w:r>
        <w:rPr>
          <w:b/>
        </w:rPr>
        <w:t xml:space="preserve">[20:38] </w:t>
      </w:r>
      <w:r>
        <w:t>main kuch Maulana ke teachings share karna chahti hoon jisse yeh saaf saaf zahir hota hai ki meri zindagi ya soch is mission se judne se pehle kya thi aur uske baad kya hui? Point number one, tragedies aur turning point. hamari zindagi mein bahut se tragedies aaye honge. lekin Maulana in tragedies ko turning point kehte hain. meri zindagi mein bhi do bade tragedies aaye.</w:t>
      </w:r>
    </w:p>
    <w:p>
      <w:pPr>
        <w:jc w:val="right"/>
      </w:pPr>
      <w:r>
        <w:t>मैं कुछ मौलाना के teachings share करना चाहती हूँ जिससे यह साफ साफ जाहिर होता है कि मेरी ज़िंदगी या सोच इस mission से जुड़ने से पहले क्या थी और उसके बाद क्या हुई? Point number one, tragedies और turning point. हमारी ज़िंदगी में बहुत से tragedies आए होंगे. लेकिन मौलाना इन tragedies को turning point कहते हैं. मेरी ज़िंदगी में भी दो बड़े tragedies आए.</w:t>
      </w:r>
    </w:p>
    <w:p>
      <w:r>
        <w:rPr>
          <w:b/>
        </w:rPr>
        <w:t xml:space="preserve">[21:04] </w:t>
      </w:r>
      <w:r>
        <w:t>agar main inhe tragedies ke taur par dekhun to ho sakta hai main negative rahoon but if I take this as turning point I will be positive. meri bhai ki death mere liye ek turning point tha. jiske baad duniya se mera lagav kam ho gaya aur meri training ek muddat tak madrasay mein hui. phir doosra turning point tha covid. jiske baad main bahut zyada sanjeeda ho gayi aur is mission se completely jud gayi. bas insaan ko chahiye ki wo cheezon ko right word aur sahi nazariye se dekhe.</w:t>
      </w:r>
    </w:p>
    <w:p>
      <w:pPr>
        <w:jc w:val="right"/>
      </w:pPr>
      <w:r>
        <w:t>अगर मैं इन्हें tragedies के तौर पर देखूँ तो हो सकता है मैं negative रहूँ but if I take this as turning point I will be positive. मेरी भाई की death मेरे लिए एक turning point था. जिसके बाद दुनिया से मेरा लगाव कम हो गया और मेरी training एक मुद्दत तक मद्रेसे में हुई. फिर दूसरा turning point था covid. जिसके बाद मैं बहुत ज़्यादा संजीदा हो गई और इस mission से completely जुड़ गई. बस इंसान को चाहिए कि वो चीज़ों को right word और सही नजरिए से देखे.</w:t>
      </w:r>
    </w:p>
    <w:p>
      <w:r>
        <w:rPr>
          <w:b/>
        </w:rPr>
        <w:t xml:space="preserve">[21:33] </w:t>
      </w:r>
      <w:r>
        <w:t>Point number two, god's love. agar koi bachcha galti karta hai to instead of telling its consequences, we say that allah will throw you out in the hell fire. bachpan se hi allah ke bare mein khatarnak khauf paida kar dete hain aur main bhi isi stage se guzri hoon. is mission se judne ke baad pata chala ki allah to rehmano raheem hai jo har bande ko jannat dena chahta hai.</w:t>
      </w:r>
    </w:p>
    <w:p>
      <w:pPr>
        <w:jc w:val="right"/>
      </w:pPr>
      <w:r>
        <w:t>Point number two, god's love. अगर कोई बच्चा गलती करता है तो instead of telling its consequences, we say that allah will throw you out in the hell fire. बचपन से ही allah के बारे में खतरनाक खौफ पैदा कर देते हैं और मैं भी इसी stage से गुजरी हूँ. इस mission से जुड़ने के बाद पता चला कि allah तो रहमानु रहीम है जो हर बंदे को जन्नत देना चाहता है.</w:t>
      </w:r>
    </w:p>
    <w:p>
      <w:r>
        <w:rPr>
          <w:b/>
        </w:rPr>
        <w:t xml:space="preserve">[21:56] </w:t>
      </w:r>
      <w:r>
        <w:t>lekin main kitni galat thi allah ki rahmaniyat samajhne ki bajaye allah ke bare mein apne mind mein ek dahshat paida ki hui thi. Point number three, discover and rediscover islam. main yeh sochti thi ki paidaishi taur par musalman hona ek fortunate hai aur non muslims unfortunate kyunki jannat to musalmanon ke liye already booked hai.</w:t>
      </w:r>
    </w:p>
    <w:p>
      <w:pPr>
        <w:jc w:val="right"/>
      </w:pPr>
      <w:r>
        <w:t>लेकिन मैं कितनी गलत थी अल्लाह की रहमानियत समझने की बजाय अल्लाह के बारे में अपने mind में एक दहशत पैदा की हुई थी. Point number three, discover and rediscover islam. मैं यह सोचती थी कि पैदाइशी तौर पर मुसलमान होना एक fortunate है और non muslims unfortunate क्योंकि जन्नत तो मुसलमानों के लिए already booked है.</w:t>
      </w:r>
    </w:p>
    <w:p>
      <w:r>
        <w:rPr>
          <w:b/>
        </w:rPr>
        <w:t xml:space="preserve">[22:20] </w:t>
      </w:r>
      <w:r>
        <w:t>lekin is mission se judne ke baad pata chala ki musalmanon ko chahiye ki wo islam rediscover kare aur non muslims ko chahiye ki wo islam discover kare. It really does justice to both muslims and non muslims. No one is unfortunate. Point number four, mumin aur kafir. jaise hi mumin ka naam sunti to back of my mind yaad jata ki yeh to musalman hai aur non muslims kafir.</w:t>
      </w:r>
    </w:p>
    <w:p>
      <w:pPr>
        <w:jc w:val="right"/>
      </w:pPr>
      <w:r>
        <w:t>लेकिन इस mission से जुड़ने के बाद पता चला कि मुसलमानों को चाहिए कि वो इस्लाम rediscover करे और non muslims को चाहिए कि वो इस्लाम discover करे. It really does justice to both muslims and non muslims. No one is unfortunate. Point number four, मुमीन और काफिर. जैसे ही मुमिन का नाम सुनती तो back of my mind याद जाता कि ये तो मुसलमान है और non मुस्लिमs काफिर.</w:t>
      </w:r>
    </w:p>
    <w:p>
      <w:r>
        <w:rPr>
          <w:b/>
        </w:rPr>
        <w:t xml:space="preserve">[22:45] </w:t>
      </w:r>
      <w:r>
        <w:t>lekin is mission se judne ke baad pata chala ki kafir woh hai jo Allah ko deny kare.</w:t>
      </w:r>
    </w:p>
    <w:p>
      <w:pPr>
        <w:jc w:val="right"/>
      </w:pPr>
      <w:r>
        <w:t>लेकिन इस mission से जुड़ने के बाद पता चला कि काफिर वो है जो अल्लाह को deny करे.</w:t>
      </w:r>
    </w:p>
    <w:p>
      <w:r>
        <w:rPr>
          <w:b/>
        </w:rPr>
        <w:t xml:space="preserve">[22:51] </w:t>
      </w:r>
      <w:r>
        <w:t>Allah ke commands ko deny kare.</w:t>
      </w:r>
    </w:p>
    <w:p>
      <w:pPr>
        <w:jc w:val="right"/>
      </w:pPr>
      <w:r>
        <w:t>अल्लाह के commands को deny करे.</w:t>
      </w:r>
    </w:p>
    <w:p>
      <w:r>
        <w:rPr>
          <w:b/>
        </w:rPr>
        <w:t xml:space="preserve">[22:57] </w:t>
      </w:r>
      <w:r>
        <w:t>agar is perspective se main dekhun to kitne musalmanon ko bhi yeh title lagu hota hai and I</w:t>
      </w:r>
    </w:p>
    <w:p>
      <w:pPr>
        <w:jc w:val="right"/>
      </w:pPr>
      <w:r>
        <w:t>अगर इस perspective से मैं देखूं तो कितने मुसलमानों को भी यह title लागू होता है and I</w:t>
      </w:r>
    </w:p>
    <w:p>
      <w:r>
        <w:rPr>
          <w:b/>
        </w:rPr>
        <w:t xml:space="preserve">[23:03] </w:t>
      </w:r>
      <w:r>
        <w:t>am not exceptional.</w:t>
      </w:r>
    </w:p>
    <w:p>
      <w:pPr>
        <w:jc w:val="right"/>
      </w:pPr>
      <w:r>
        <w:t>am not exceptional.</w:t>
      </w:r>
    </w:p>
    <w:p>
      <w:r>
        <w:rPr>
          <w:b/>
        </w:rPr>
        <w:t xml:space="preserve">[23:09] </w:t>
      </w:r>
      <w:r>
        <w:t>isme bhi saaf saaf nazar aata hai ki main kitni galat thi.</w:t>
      </w:r>
    </w:p>
    <w:p>
      <w:pPr>
        <w:jc w:val="right"/>
      </w:pPr>
      <w:r>
        <w:t>इसमें भी साफ साफ नज़र आता है कि मैं कितनी गलत थी.</w:t>
      </w:r>
    </w:p>
    <w:p>
      <w:r>
        <w:rPr>
          <w:b/>
        </w:rPr>
        <w:t xml:space="preserve">[23:16] </w:t>
      </w:r>
      <w:r>
        <w:t>aise bahut se points hai jaise ki creation plan of god, intellectual partner, taking spiritual lesson from material events, et caetera. is mission se judne ke baad meri khud ki bahut zyada correction hui aur meri zindagi jo people and worldly oriented thi ya wo god and aakhirat oriented ho gayi hai. tamam tareef sirf allah hi ki hai jisne mujhe ek sahi mission ka member banaya warna to main to iske ahal bhi na thi.</w:t>
      </w:r>
    </w:p>
    <w:p>
      <w:pPr>
        <w:jc w:val="right"/>
      </w:pPr>
      <w:r>
        <w:t>ऐसे बहुत से points है जैसे कि creation plan of god, intellectual partner, taking spiritual lesson from material events, et caetera. इस mission से जुड़ने के बाद मेरी खुद की बहुत ज़्यादा correction हुई और मेरी ज़िंदगी जो people and worldly oriented थी या वो god and आख़िरत oriented हो गई है. तमाम तारीफ सिर्फ अल्लाह ही की है जिसने मुझे एक सही mission का member बनाया वरना तो मैं तो इसके अहल भी ना थी.</w:t>
      </w:r>
    </w:p>
    <w:p>
      <w:r>
        <w:rPr>
          <w:b/>
        </w:rPr>
        <w:t xml:space="preserve">[23:42] </w:t>
      </w:r>
      <w:r>
        <w:t>mera husband, mere husband aur sara apwa ka bahut ahum role raha hai. My husband never miss the chance to make me realize that this is the right mission to know about islam, to know about almighty. aur sarapa jo tazeerul, quran aur maulana ke articles ko simplify karke relevant examples dekar mujhe samjhaya karte.</w:t>
      </w:r>
    </w:p>
    <w:p>
      <w:pPr>
        <w:jc w:val="right"/>
      </w:pPr>
      <w:r>
        <w:t>मेरा husband, मेरे husband और सारा अपवा का बहुत अहम् role रहा है. My husband never miss the chance to make me realize that this is the right mission to know about islam, to know about almighty. और सारापा जो तस्कीरूल, quran और मौलाना के articles को simplify करके relevant examples देकर मुझे समझाया करते.</w:t>
      </w:r>
    </w:p>
    <w:p>
      <w:r>
        <w:rPr>
          <w:b/>
        </w:rPr>
        <w:t xml:space="preserve">[24:04] </w:t>
      </w:r>
      <w:r>
        <w:t>agar aap aaj simplify karke na samjhate to main is machine ko theek se kabhi samajh na paati, apne arab ko kabhi pehchan na paati aur na hi meri zindagi god and aakhirat oriented bana paati. jaza kallapa, jaza kallah to everyone. assalam walekum. main shamshad ko bulana chahungi jo ki karnataka se hain. shamshad urdu ki kitabon ki proofreading ka kaam kar rahi hain.</w:t>
      </w:r>
    </w:p>
    <w:p>
      <w:pPr>
        <w:jc w:val="right"/>
      </w:pPr>
      <w:r>
        <w:t>अगर आप आज simplify करके ना समझाते तो मैं इस machine को ठीक से कभी समझ ना पाती, अपने अरब को कभी पहचान ना पाती और ना ही मेरी ज़िंदगी god and आखिरीद oriented बना पाती. जज़ा कल्लापा, जज़ा कल्लाह to everyone. अस्सलाम वालेकुम. मैं शमशाद को बुलाना चाहूंगी जो कि कर्नाटक से हैं. शमशाद उर्दू की किताबों की proofreading का काम कर रही हैं.</w:t>
      </w:r>
    </w:p>
    <w:p>
      <w:r>
        <w:rPr>
          <w:b/>
        </w:rPr>
        <w:t xml:space="preserve">[24:32] </w:t>
      </w:r>
      <w:r>
        <w:t>woh apne father ke sath yahan is conference mein aayi hui hain. unke father bahut purane al-salah ke reader hain aur unhone apne bachchon ko yeh tarbiyat di ki woh al-salah ke article ko padhen aur jisse woh duniya ke masail ko hal kar saken, aasani se hal kar saken aur is par shamshad unke ghar wale quran distribution ka kaam kar rahe hain.</w:t>
      </w:r>
    </w:p>
    <w:p>
      <w:pPr>
        <w:jc w:val="right"/>
      </w:pPr>
      <w:r>
        <w:t>वह अपने father के साथ यहां इस conference में आई हुई हैं. उनके father बहुत पुराने अल्लेसाला के reader हैं और उन्होंने अपने बच्चों को यह तरबीयत दी कि वह अल्लेसाला के article को पढ़ें और जिससे वह दुनिया के मसाल को हल कर सकें, आसानी से हल कर सकें और इस पर श्रमशाद उनके घर वाले कुरान distribution का काम कर रहे हैं.</w:t>
      </w:r>
    </w:p>
    <w:p>
      <w:r>
        <w:rPr>
          <w:b/>
        </w:rPr>
        <w:t xml:space="preserve">[25:01] </w:t>
      </w:r>
      <w:r>
        <w:t>to shamshad aap yahan aayen aur hamare sath learning share karen. assalamualekum. mera naam shamshad hai aur main karnataka se baat kar rahi hoon. mere walid 1987 se maulana ki khitabon ka mutala kar rahe hain. hamare wale hum sabko kehte the ki aap sab log maulana ki khitabon ka mutala kijiye. tab maine maulana ki khitabon ka mutala nahi kiya.</w:t>
      </w:r>
    </w:p>
    <w:p>
      <w:pPr>
        <w:jc w:val="right"/>
      </w:pPr>
      <w:r>
        <w:t>तो श्रमशाद आप यहां आएं और हमारे साथ learning share करें. अस्सलामुलेकुम. मेरा नाम शमशाद है और मैं कर्नाटक से बात कर रही हूं. मेरे वालिद 1987 से मोलाना की खिताबों का मुताला कर रहे हैं. हमारे वाले हम सबको कहते थे कि आप सब लोग मोलाना की खिताबों का मुताला कीजिए. तब मैंने मोलाना की खिताबों का मुताला नहीं किया.</w:t>
      </w:r>
    </w:p>
    <w:p>
      <w:r>
        <w:rPr>
          <w:b/>
        </w:rPr>
        <w:t xml:space="preserve">[25:30] </w:t>
      </w:r>
      <w:r>
        <w:t>jab meri shadi hui to mujhe bahut se challenges ka muqabla karna pada. karna pada. tab maine maulana ki khitabon ka mutaila kiya. jab main ghar mein rehti to har ek baat par mujhe shikayat hoti thi aur chhoti si baaton par bahut bada masla paida hota tha. tab maine maulana ki khitabon ka mutahila kiya.</w:t>
      </w:r>
    </w:p>
    <w:p>
      <w:pPr>
        <w:jc w:val="right"/>
      </w:pPr>
      <w:r>
        <w:t>जब मेरी शादी हुई तो मुझे बहुत से challenges का मुकाबला करना पड़ा. करना पड़ा. तब मैंने मौलाना की खिताबों का मुताइला किया. जब मैं घर में रहती तो हर एक बात पर मुझे शिकायत होती थी और छोटी सी बातों पर बहुत बड़ा मसला पैदा होता था. तब मैंने मौलाना की खिताबों का मुताहिला किया.</w:t>
      </w:r>
    </w:p>
    <w:p>
      <w:r>
        <w:rPr>
          <w:b/>
        </w:rPr>
        <w:t xml:space="preserve">[25:53] </w:t>
      </w:r>
      <w:r>
        <w:t>to maine Iraz ki policy ko apnaya aur aai taraf I was wrong ki policy ko maine ikyar</w:t>
      </w:r>
    </w:p>
    <w:p>
      <w:pPr>
        <w:jc w:val="right"/>
      </w:pPr>
      <w:r>
        <w:t>तो मैंने Iraz की policy को अपनाया और आई तरफ I was wrong की policy को मैंने इक्यार</w:t>
      </w:r>
    </w:p>
    <w:p>
      <w:r>
        <w:rPr>
          <w:b/>
        </w:rPr>
        <w:t xml:space="preserve">[26:00] </w:t>
      </w:r>
      <w:r>
        <w:t>kiya aur main Maulana ke khitabon se samjha ki mujhe duniya ki zindagi mein zyada waqt ka istemal</w:t>
      </w:r>
    </w:p>
    <w:p>
      <w:pPr>
        <w:jc w:val="right"/>
      </w:pPr>
      <w:r>
        <w:t>किया और मैं मौलाना के खिताबों से समझा कि मुझे दुनिया की ज़िंदगी में ज़्यादा वक्त का इस्तेमाल</w:t>
      </w:r>
    </w:p>
    <w:p>
      <w:r>
        <w:rPr>
          <w:b/>
        </w:rPr>
        <w:t xml:space="preserve">[26:08] </w:t>
      </w:r>
      <w:r>
        <w:t>nahi karna chahiye aur mujhe god oriented life guzarni hai aur mujhe material life ko hazat ke liye</w:t>
      </w:r>
    </w:p>
    <w:p>
      <w:pPr>
        <w:jc w:val="right"/>
      </w:pPr>
      <w:r>
        <w:t>नहीं करना चाहिए और मुझे god oriented life गुज़ारनी है और मुझे material life को हाज़त के लिए</w:t>
      </w:r>
    </w:p>
    <w:p>
      <w:r>
        <w:rPr>
          <w:b/>
        </w:rPr>
        <w:t xml:space="preserve">[26:16] </w:t>
      </w:r>
      <w:r>
        <w:t>istemal karna hai aur mujhe ab bhi zindagi ki tayyari karni hai aur mere walid ne mujhe bataya</w:t>
      </w:r>
    </w:p>
    <w:p>
      <w:pPr>
        <w:jc w:val="right"/>
      </w:pPr>
      <w:r>
        <w:t>इस्तेमाल करना है और मुझे अब भी ज़िंदगी की तैयारी करनी है और मेरे वालिद ने मुझे बताया</w:t>
      </w:r>
    </w:p>
    <w:p>
      <w:r>
        <w:rPr>
          <w:b/>
        </w:rPr>
        <w:t xml:space="preserve">[26:24] </w:t>
      </w:r>
      <w:r>
        <w:t>ki WhatsApp par CPS women's group start hua hai.</w:t>
      </w:r>
    </w:p>
    <w:p>
      <w:pPr>
        <w:jc w:val="right"/>
      </w:pPr>
      <w:r>
        <w:t>कि WhatsApp पर CPS women's group start हुआ है.</w:t>
      </w:r>
    </w:p>
    <w:p>
      <w:r>
        <w:rPr>
          <w:b/>
        </w:rPr>
        <w:t xml:space="preserve">[26:32] </w:t>
      </w:r>
      <w:r>
        <w:t>to maine group se judne ki koshish ki, to meri mulaqat fahmida apa se hui. aur fahmida apa ne mujhe pucha ki aur tum kahan se ho? aur maulana ki khitabon ke bare mein kya janti ho? aur fahmida apa ne mujhe group mein shamil kiya aur mere mindset ko badalne ke liye chand kitaben mujhe bheji.</w:t>
      </w:r>
    </w:p>
    <w:p>
      <w:pPr>
        <w:jc w:val="right"/>
      </w:pPr>
      <w:r>
        <w:t>तो मैंने group से जुड़ने की कोशिश की, तो मेरी मुलाकात फहमीदा आपा से हुई. और फहमीदा आपा ने मुझे पुछा कि और तुम कहां से हो? और मौलाना की खिताबों के बारे में क्या जानती हो? और फहमीदा अपा ने मुझे group में शामिल किया और मेरे mindset को बदलने के लिए चंद किताबें मुझे भेजी.</w:t>
      </w:r>
    </w:p>
    <w:p>
      <w:r>
        <w:rPr>
          <w:b/>
        </w:rPr>
        <w:t xml:space="preserve">[26:56] </w:t>
      </w:r>
      <w:r>
        <w:t>al rabbani, kal al rasool, aurat fummar e insaniyat aur allah waqbar kitaben bheji. aur fahmida apa ne mujhe proofreading ke liye chand kitaben bheji. aur fahmida apa ne phone par mere wali se baat ki aur quran distribute ke liye hamko salah di. aur allah ka shukr, allah ka shukr da karti hoon ki allah ne hamein is kaam ke liye chuna.</w:t>
      </w:r>
    </w:p>
    <w:p>
      <w:pPr>
        <w:jc w:val="right"/>
      </w:pPr>
      <w:r>
        <w:t>अल रब्बानी, काल अल रसूल, औरत फुम्मार ए इंसानियत और अल्लाह वक्बर किताबें भेजी. और फ़हमीदा अपा ने मुझे proofreading के लिए चंद किताबें भेजी. और फ़हमीदा अपा ने phone पर मेरे वाली से बात की और कुरान distribute के लिए हमको सलाह दी. और अल्लाह का शुक्र, अल्लाह का शुक्र दा करती हूँ कि अल्लाह ने हमें इस काम के लिए चुना.</w:t>
      </w:r>
    </w:p>
    <w:p>
      <w:r>
        <w:rPr>
          <w:b/>
        </w:rPr>
        <w:t xml:space="preserve">[27:23] </w:t>
      </w:r>
      <w:r>
        <w:t>aur aaj bhi mere wale quran distribute ka kaam kar rahe hain. aur main dua karti hoon ki hum sab log is mission ke liye kaam karenge aur hamare aakhirat ki tayyari karenge aur mujhe is group se judne ke baad meri soch mein badlav aaya hai aur mujhe samajh mein aaya hai ki mujhe har lama taqwe ki zindagi guzarni hai aur mere paas waqt bahut kam hai.</w:t>
      </w:r>
    </w:p>
    <w:p>
      <w:pPr>
        <w:jc w:val="right"/>
      </w:pPr>
      <w:r>
        <w:t>और आज भी मेरे वाले कुरान distribute का काम कर रहे हैं. और मैं दुआ करती हूं कि हम सब लोग इस मशन के लिए काम करेंगे और हमारे आख़िरत की तैयारी करेंगे और मुझे इस group से जुड़ने के बाद मेरी सोच में बदलाव आया है और मुझे समझ में आया है कि मुझे हर लमा तकवे की ज़िंदगी गुज़ारनी है और मेरे पास वक्त बहुत कम है.</w:t>
      </w:r>
    </w:p>
    <w:p>
      <w:r>
        <w:rPr>
          <w:b/>
        </w:rPr>
        <w:t xml:space="preserve">[27:52] </w:t>
      </w:r>
      <w:r>
        <w:t>mujhe dawa varg ka kaam karna hai aur main allah ka shukr ada karti hoon ki allah ne mujhe is opportunity ko diya hai aur main isko istemal karke meri abdi zindagi ki tayyari kar karni hai aur main is group se judne ke baad mera zyada waqt mutale mein guzarnne lagi aur mujhe samajh mein aaya ki mujhe individual life guzarni hai aur mujhe aakhirat ki tayyari karni hai.</w:t>
      </w:r>
    </w:p>
    <w:p>
      <w:pPr>
        <w:jc w:val="right"/>
      </w:pPr>
      <w:r>
        <w:t>मुझे दावा वर्ग का काम करना है और मैं अल्लाह का शुक्र अदा करती हूं कि अल्लाह ने मुझे इस opportunity को दिया है और मैं इसको इस्तेमाल करके मेरी अब्दी ज़िंदगी की तैयारी कर करनी है और मैं इस group से जुड़ने के बाद मेरा ज़्यादा वक्त मुताले में गुज़ारने लगी और मुझे समझ में आया कि मुझे individual life गुज़ारनी है और मुझे आख़िरत की तैयारी करनी है.</w:t>
      </w:r>
    </w:p>
    <w:p>
      <w:r>
        <w:rPr>
          <w:b/>
        </w:rPr>
        <w:t xml:space="preserve">[28:21] </w:t>
      </w:r>
      <w:r>
        <w:t>allah ka ehsan hai ki allah ne mujhe iska mauka diya ki main is kaam ko karun aur main dua karti hoon ki lekin mujhe ek afsos hai ki hum log maulana se nahi mile. lekin phir bhi main allah se dua karti hoon ki maulana ko allah taala jannat mein allah muqam ata kare. daza karo. ab main kuch logon ke audio ko aap, ke sath share karna chahungi. jo yeh woh log hain jo kisi wajah se yahan aa nahi paaye.</w:t>
      </w:r>
    </w:p>
    <w:p>
      <w:pPr>
        <w:jc w:val="right"/>
      </w:pPr>
      <w:r>
        <w:t>अल्लाह का हिसान है कि अल्लाह ने मुझे इसका मौका दिया कि मैं इस काम को करूं और मैं दुआ करती हूं कि लेकिन मुझे एक अफसोस है कि हम लोग मौलाना से नहीं मिले. लेकिन फिर भी मैं अल्लाह से दुआ करती हूं कि मौलाना को अल्लाह तालाह जनत में अल्लाह मुकाम अता करे. दज़ा करो. अब मैं कुछ लोगों के audio को आप, के साथ share करना चाहूंगी. जो यह वह लोग हैं जो किसी वजह से यहां आ नहीं पाए.</w:t>
      </w:r>
    </w:p>
    <w:p>
      <w:r>
        <w:rPr>
          <w:b/>
        </w:rPr>
        <w:t xml:space="preserve">[28:51] </w:t>
      </w:r>
      <w:r>
        <w:t>isliye unhone apni learning audio ke form mein bheji hai. bismillahir rahmanir rahim. This is kausar izzar from Center for Peace and Spirituality USA. I am here with my friend zeba. We have been together in Quran sharing sessions. We go to book fairs together.</w:t>
      </w:r>
    </w:p>
    <w:p>
      <w:pPr>
        <w:jc w:val="right"/>
      </w:pPr>
      <w:r>
        <w:t>इसलिए उन्होंने अपनी learning audio के form में भेजी है. बिस्मिलारमाल वाहीम. This is कौसर इज़ार from Center for Peace and Spirituality USA. I am here with my friend zeba. We have been together in Quran sharing sessions. We go to book fairs together.</w:t>
      </w:r>
    </w:p>
    <w:p>
      <w:r>
        <w:rPr>
          <w:b/>
        </w:rPr>
        <w:t xml:space="preserve">[29:13] </w:t>
      </w:r>
      <w:r>
        <w:t>So March we went to Seattle together, and it was a three day event. Had we were with with Fatima, Fatima Ahmed. So Fatima, Zeba, and myself, we were there in Seattle. And it was a convention. It was not only a book fair, but convention of publishers and writers.</w:t>
      </w:r>
    </w:p>
    <w:p>
      <w:pPr>
        <w:jc w:val="right"/>
      </w:pPr>
      <w:r>
        <w:t>So March we went to Seattle together, and it was a three day event. Had we were with with Fatima, Fatima Ahmed. So Fatima, Zeba, and myself, we were there in Seattle. And it was a convention. It was not only a book fair, but convention of publishers and writers.</w:t>
      </w:r>
    </w:p>
    <w:p>
      <w:r>
        <w:rPr>
          <w:b/>
        </w:rPr>
        <w:t xml:space="preserve">[29:43] </w:t>
      </w:r>
      <w:r>
        <w:t>It was a first time event. We found all the organizers, and the participants, and our neighbors. They were very friendly with us, and they appreciated that we had a booth there. Everybody came in, they got their copy of the Qur'an, and they were engaged in meaningful conversations.</w:t>
      </w:r>
    </w:p>
    <w:p>
      <w:pPr>
        <w:jc w:val="right"/>
      </w:pPr>
      <w:r>
        <w:t>It was a first time event. We found all the organizers, and the participants, and our neighbors. They were very friendly with us, and they appreciated that we had a booth there. Everybody came in, they got their copy of the Qur'an, and they were engaged in meaningful conversations.</w:t>
      </w:r>
    </w:p>
    <w:p>
      <w:r>
        <w:rPr>
          <w:b/>
        </w:rPr>
        <w:t xml:space="preserve">[30:11] </w:t>
      </w:r>
      <w:r>
        <w:t>We found, we felt, and we observed that we were all in the same journey of spiritual fulfillment, and we were all seekers of truth. Let me just give you an example. Like, we, there were, like, the the good thing is that, there were so many young people there, and people from all over The U. S.</w:t>
      </w:r>
    </w:p>
    <w:p>
      <w:pPr>
        <w:jc w:val="right"/>
      </w:pPr>
      <w:r>
        <w:t>We found, we felt, and we observed that we were all in the same journey of spiritual fulfillment, and we were all seekers of truth. Let me just give you an example. Like, we, there were, like, the the good thing is that, there were so many young people there, and people from all over The U. S.</w:t>
      </w:r>
    </w:p>
    <w:p>
      <w:r>
        <w:rPr>
          <w:b/>
        </w:rPr>
        <w:t xml:space="preserve">[30:40] </w:t>
      </w:r>
      <w:r>
        <w:t>Were participating there. And there were, like, more than, 700 or 800 booths. We distributed more than five fifty per ann, two fifty books, and lots of magazines. And the crowd was such a diverse crowd. We have never seen it in our life. And mostly there were women.</w:t>
      </w:r>
    </w:p>
    <w:p>
      <w:pPr>
        <w:jc w:val="right"/>
      </w:pPr>
      <w:r>
        <w:t>Were participating there. And there were, like, more than, 700 or 800 booths. We distributed more than five fifty per ann, two fifty books, and lots of magazines. And the crowd was such a diverse crowd. We have never seen it in our life. And mostly there were women.</w:t>
      </w:r>
    </w:p>
    <w:p>
      <w:r>
        <w:rPr>
          <w:b/>
        </w:rPr>
        <w:t xml:space="preserve">[31:09] </w:t>
      </w:r>
      <w:r>
        <w:t>We three women were there in our booth, on our table, and everybody appreciated that. They kept on coming, and they had their own spiritual stories, their own spiritual experiences. And they wanted to, as they got their copy of the Qur'an, they wanted to share their own experiences. And almost everyone said that they had been waiting to get their copy of the Qur'an.</w:t>
      </w:r>
    </w:p>
    <w:p>
      <w:pPr>
        <w:jc w:val="right"/>
      </w:pPr>
      <w:r>
        <w:t>We three women were there in our booth, on our table, and everybody appreciated that. They kept on coming, and they had their own spiritual stories, their own spiritual experiences. And they wanted to, as they got their copy of the Qur'an, they wanted to share their own experiences. And almost everyone said that they had been waiting to get their copy of the Qur'an.</w:t>
      </w:r>
    </w:p>
    <w:p>
      <w:r>
        <w:rPr>
          <w:b/>
        </w:rPr>
        <w:t xml:space="preserve">[31:39] </w:t>
      </w:r>
      <w:r>
        <w:t>Most of them said that, Oh, you know, something... We went to the mosque, we tried to get a copy of the Quran, but for some reason we didn't get an English copy or a Spanish copy. In that convention, there were poets as well.</w:t>
      </w:r>
    </w:p>
    <w:p>
      <w:pPr>
        <w:jc w:val="right"/>
      </w:pPr>
      <w:r>
        <w:t>Most of them said that, Oh, you know, something... We went to the mosque, we tried to get a copy of the Quran, but for some reason we didn't get an English copy or a Spanish copy. In that convention, there were poets as well.</w:t>
      </w:r>
    </w:p>
    <w:p>
      <w:r>
        <w:rPr>
          <w:b/>
        </w:rPr>
        <w:t xml:space="preserve">[31:57] </w:t>
      </w:r>
      <w:r>
        <w:t>So as the poets come came in, visited our booth, they, you know, we we requested them if they would like to read any passage of the Quran. One of the Spanish poets, she, when she read the Quran, she said that, May I read Quran? And I said, Yeah, of course. You go ahead.</w:t>
      </w:r>
    </w:p>
    <w:p>
      <w:pPr>
        <w:jc w:val="right"/>
      </w:pPr>
      <w:r>
        <w:t>So as the poets come came in, visited our booth, they, you know, we we requested them if they would like to read any passage of the Quran. One of the Spanish poets, she, when she read the Quran, she said that, May I read Quran? And I said, Yeah, of course. You go ahead.</w:t>
      </w:r>
    </w:p>
    <w:p>
      <w:r>
        <w:rPr>
          <w:b/>
        </w:rPr>
        <w:t xml:space="preserve">[32:25] </w:t>
      </w:r>
      <w:r>
        <w:t>And when she started reading, she enjoyed it so much. She read it in Spanish. And then at the end she said, You know something? What I was reading? I said, What? She said, It was a creation story. It was the story of the creation. And she said that she has never enjoyed it in her life, the story of the creation.</w:t>
      </w:r>
    </w:p>
    <w:p>
      <w:pPr>
        <w:jc w:val="right"/>
      </w:pPr>
      <w:r>
        <w:t>And when she started reading, she enjoyed it so much. She read it in Spanish. And then at the end she said, You know something? What I was reading? I said, What? She said, It was a creation story. It was the story of the creation. And she said that she has never enjoyed it in her life, the story of the creation.</w:t>
      </w:r>
    </w:p>
    <w:p>
      <w:r>
        <w:rPr>
          <w:b/>
        </w:rPr>
        <w:t xml:space="preserve">[32:49] </w:t>
      </w:r>
      <w:r>
        <w:t>So this is how, you know, when when people came in, people were so much open minded that, they they just wanted to read the Quran. And, you know, I, I am here with seba so I just want her to share her experience as well. seba? ji, asslamulikum.</w:t>
      </w:r>
    </w:p>
    <w:p>
      <w:pPr>
        <w:jc w:val="right"/>
      </w:pPr>
      <w:r>
        <w:t>So this is how, you know, when when people came in, people were so much open minded that, they they just wanted to read the Quran. And, you know, I, I am here with सेबा so I just want her to share her experience as well. सेबा? जी, अस्क्लामुलिकुम.</w:t>
      </w:r>
    </w:p>
    <w:p>
      <w:r>
        <w:rPr>
          <w:b/>
        </w:rPr>
        <w:t xml:space="preserve">[33:11] </w:t>
      </w:r>
      <w:r>
        <w:t>mera naam guli seba ahmad hai aur main USA, SCPS USA se mazlik hoon aur mera journey discovery</w:t>
      </w:r>
    </w:p>
    <w:p>
      <w:pPr>
        <w:jc w:val="right"/>
      </w:pPr>
      <w:r>
        <w:t>मेरा नाम गुली सेबा अहमद है और मैं USA, SCPS USA से मज़लिक हूँ और मेरा journey discovery</w:t>
      </w:r>
    </w:p>
    <w:p>
      <w:r>
        <w:rPr>
          <w:b/>
        </w:rPr>
        <w:t xml:space="preserve">[33:18] </w:t>
      </w:r>
      <w:r>
        <w:t>ka yeh 2,004 mein start hua tha jab maine do kitabein padhi thi, Allah waffar aur raje ayyar</w:t>
      </w:r>
    </w:p>
    <w:p>
      <w:pPr>
        <w:jc w:val="right"/>
      </w:pPr>
      <w:r>
        <w:t>का यह 2,004 में start हुआ था जब मैंने दो किताबें पढ़ी थीं, अल्लाह वफ्वर और राजे आयार</w:t>
      </w:r>
    </w:p>
    <w:p>
      <w:r>
        <w:rPr>
          <w:b/>
        </w:rPr>
        <w:t xml:space="preserve">[33:26] </w:t>
      </w:r>
      <w:r>
        <w:t>aur yeh journey aisa start hua ki yeh bahut smooth journey tha aur, aur isme mujhe bahut sari</w:t>
      </w:r>
    </w:p>
    <w:p>
      <w:pPr>
        <w:jc w:val="right"/>
      </w:pPr>
      <w:r>
        <w:t>और यह journey ऐसा start हुआ कि यह बहुत smooth journey था और, और इसमें मुझे बहुत सारी</w:t>
      </w:r>
    </w:p>
    <w:p>
      <w:r>
        <w:rPr>
          <w:b/>
        </w:rPr>
        <w:t xml:space="preserve">[33:33] </w:t>
      </w:r>
      <w:r>
        <w:t>cheezein jo mujhe nai maloom thi woh maine seekhi aur mujhe Allahalah ki discovery hui is mission ke</w:t>
      </w:r>
    </w:p>
    <w:p>
      <w:pPr>
        <w:jc w:val="right"/>
      </w:pPr>
      <w:r>
        <w:t>चीज़ें जो मुझे नई मालूम थी वह मैंने सीखी और मुझे अल्लाहालाह की discovery हुई इस mission के</w:t>
      </w:r>
    </w:p>
    <w:p>
      <w:r>
        <w:rPr>
          <w:b/>
        </w:rPr>
        <w:t xml:space="preserve">[33:41] </w:t>
      </w:r>
      <w:r>
        <w:t>through aur us, us discovery ne meri journey ko aur zyada khoobsurat bana diya aur pehle jo sabse</w:t>
      </w:r>
    </w:p>
    <w:p>
      <w:pPr>
        <w:jc w:val="right"/>
      </w:pPr>
      <w:r>
        <w:t>through और उस, उस discovery ने मेरी journey को और ज़्यादा खूबसूरत बना दिया और पहले जो सबसे</w:t>
      </w:r>
    </w:p>
    <w:p>
      <w:r>
        <w:rPr>
          <w:b/>
        </w:rPr>
        <w:t xml:space="preserve">[33:48] </w:t>
      </w:r>
      <w:r>
        <w:t>badi cheez humne Quran se discover ki, woh yeh thi ki Allah ke prakam ko doosron tak pahunchana</w:t>
      </w:r>
    </w:p>
    <w:p>
      <w:pPr>
        <w:jc w:val="right"/>
      </w:pPr>
      <w:r>
        <w:t>बड़ी चीज़ हमने कुरान से discover की, वह यह थी कि अल्लाह के प्रकाम को दूसरों तक पहुँचाना</w:t>
      </w:r>
    </w:p>
    <w:p>
      <w:r>
        <w:rPr>
          <w:b/>
        </w:rPr>
        <w:t xml:space="preserve">[33:56] </w:t>
      </w:r>
      <w:r>
        <w:t>aur isse pehle sirf hamara hamein yeh lagta tha ki yeh message jo hai woh sirf hamein apni</w:t>
      </w:r>
    </w:p>
    <w:p>
      <w:pPr>
        <w:jc w:val="right"/>
      </w:pPr>
      <w:r>
        <w:t>और इससे पहले सिर्फ हमारा हमें यह लगता था कि यह message जो है वह सिर्फ हमें अपनी</w:t>
      </w:r>
    </w:p>
    <w:p>
      <w:r>
        <w:rPr>
          <w:b/>
        </w:rPr>
        <w:t xml:space="preserve">[34:03] </w:t>
      </w:r>
      <w:r>
        <w:t>community ki had tak rakhna hai.</w:t>
      </w:r>
    </w:p>
    <w:p>
      <w:pPr>
        <w:jc w:val="right"/>
      </w:pPr>
      <w:r>
        <w:t>community की हद तक रखना है.</w:t>
      </w:r>
    </w:p>
    <w:p>
      <w:r>
        <w:rPr>
          <w:b/>
        </w:rPr>
        <w:t xml:space="preserve">[34:11] </w:t>
      </w:r>
      <w:r>
        <w:t>lekin mulanr sahib ki kitabein padhne ke baad aur quran ko samajhne ke baad humein yeh samajh aai ke is pyagam ko humne allah allah ke is pyagam ko humne nan muslim tak pahunchane hain aur yeh kitab unki bhi hai. to is safar par jab humne chalna shuru kiya, to humein mushkilat bhi pesh aain lekin allah ki us se kahin zyada allah ki madad bhi humein milti rahi.</w:t>
      </w:r>
    </w:p>
    <w:p>
      <w:pPr>
        <w:jc w:val="right"/>
      </w:pPr>
      <w:r>
        <w:t>लेकिन मुलान्र साहब की किताबें पढ़ने के बाद और कुरान को समझने के बाद हमें यह समझ आई कि इस प्यागाम को हमने अल्लाह अल्लाह के इस प्यागाम को हमने नान मुस्लिम तक पहुँचाने हैं और यह किताब उनकी भी है. तो इस सफर पर जब हमने चलना शुरू किया, तो हमें मुश्किलात भी पेश आईं लेकिन अल्लाह की उससे कहीं ज़्यादा अल्लाह की मदद भी हमें मिलती रही.</w:t>
      </w:r>
    </w:p>
    <w:p>
      <w:r>
        <w:rPr>
          <w:b/>
        </w:rPr>
        <w:t xml:space="preserve">[34:36] </w:t>
      </w:r>
      <w:r>
        <w:t>aur kausar aur main aur hamare aur sathi humein saath milte gaye aur us mein yeh hai ke hum log different talash karte hain, different book fairs aur wahan pe hum apni booking karwate hain aur phir uske baad hum wahan pe quran pahunchate hain jaise ke main aapko batati hoon ke humne aise chand saal pehle parliament of world religions ke ek program tha jo canada mein hua tha.</w:t>
      </w:r>
    </w:p>
    <w:p>
      <w:pPr>
        <w:jc w:val="right"/>
      </w:pPr>
      <w:r>
        <w:t>और कौसर और मैं और हमारे और साथी हमें साथ मिलते गए और उसमें यह है कि हम लोग different तलाश करते हैं, different book fairs और वहाँ पे हम अपनी booking करवाते हैं और फिर उसके बाद हम वहाँ पे कुरान पहुँचाते हैं जैसे कि मैं आपको बताती हूँ कि हमने ऐसे चंद साल पहले parliament of world religions के एक program था जो canada में हुआ था.</w:t>
      </w:r>
    </w:p>
    <w:p>
      <w:r>
        <w:rPr>
          <w:b/>
        </w:rPr>
        <w:t xml:space="preserve">[35:06] </w:t>
      </w:r>
      <w:r>
        <w:t>us mein hum logon ne participate kiya hai. woh one week ka program tha aur us mein taqreeban teen se chaar hazar quran ya mujhe aisa lagta hai is se bhi zyada quran hum logon ne logon ke saath share kiye aur uske baad humein laga ke logon ke andar bahut zyada seeking spirit hai aur woh quran ko aur islam ko janna chahte hain.</w:t>
      </w:r>
    </w:p>
    <w:p>
      <w:pPr>
        <w:jc w:val="right"/>
      </w:pPr>
      <w:r>
        <w:t>उसमें हम लोगों ने participate किया है. वह one week का program था और उसमें तकरीबन तीन से चार हज़ार कुरान या मुझे ऐसा लगता है इससे भी ज़्यादा कुरान हम लोगों ने लोगों के साथ share किए और उसके बाद हमें लगा कि लोगों के अंदर बहुत ज़्यादा seeking spirit है और वो कुरान को और इस्लाम को जानना चाहते हैं.</w:t>
      </w:r>
    </w:p>
    <w:p>
      <w:r>
        <w:rPr>
          <w:b/>
        </w:rPr>
        <w:t xml:space="preserve">[35:28] </w:t>
      </w:r>
      <w:r>
        <w:t>to hum logon ne talash karna shuru kiya ke aur USA mein aur kahan pe aise book peir dein aur main is mein zyada credit kausar ko doongi kyunke kausar hamesha is cheez ke us mein rehti hain ke hum book fairs ko talash karein aur wahan pe jaake hum allah ka message ek, ek bare platform pe share karein. iske ilawa hum log chote chote levels pe hamesha share karte rehte hain aur us cheez ne humein bahut zyada motivation diya ke hum isko bare level pe le ke jaen.</w:t>
      </w:r>
    </w:p>
    <w:p>
      <w:pPr>
        <w:jc w:val="right"/>
      </w:pPr>
      <w:r>
        <w:t>तो हम लोगों ने तलाश करना शुरू किया कि और USA में और कहाँ पे ऐसे book पेड़ दें और मैं इसमें ज़्यादा credit कौसर को दूंगी क्योंकि कौसर हमेशा इस चीज़ के उसमें रहती हैं कि हम book fairs को तलाश करें और वहाँ पे जाके हम अल्लाह का message एक, एक बड़े platform पे share करें. इसके अलावा हम लोग छोटे छोटे levels पे हमेशा share करते रहते हैं और उस चीज़ ने हमें बहुत ज़्यादा motivation दिया कि हम इसको बड़े level पे ले के जाएं.</w:t>
      </w:r>
    </w:p>
    <w:p>
      <w:r>
        <w:rPr>
          <w:b/>
        </w:rPr>
        <w:t xml:space="preserve">[35:58] </w:t>
      </w:r>
      <w:r>
        <w:t>aur uske baad phir humne jaise arizona, tuxan university mein ek, tuxan university mein ek book fair hua tha. us mein hum shamil hue aur wahan pe woh teen din ka program tha. friday evening ko shurwata aur phir saturday aur sunday ka tha aur us mein more than 2,000 quran hum logon ne share kiye aur mujhe lagta hai us se bhi zyada the.</w:t>
      </w:r>
    </w:p>
    <w:p>
      <w:pPr>
        <w:jc w:val="right"/>
      </w:pPr>
      <w:r>
        <w:t>और उसके बाद फिर हमने जैसे Arizona, tuxan university में एक, tuxan university में एक book fair हुआ था. उसमें हम शामिल हुए और वहाँ पे वो तीन दिन का program था. Friday evening को शुरुआता और फिर saturday और sunday का था और उसमें more than 2,000 quran हम लोगों ने share किए और मुझे लगता है उससे भी ज़्यादा थे.</w:t>
      </w:r>
    </w:p>
    <w:p>
      <w:r>
        <w:rPr>
          <w:b/>
        </w:rPr>
        <w:t xml:space="preserve">[36:25] </w:t>
      </w:r>
      <w:r>
        <w:t>aur books bhi jaise purn Maulana kehte hain ke jo helping material jo hote hain islam ko samajhne ke liye, woh bhi hum logon ne share kiye aur abhi recently hum logon ne seattle mein jo book fair tha, usko humne join kiya aur kuch book fairs aise hote hain jo open hote hain public ke liye.</w:t>
      </w:r>
    </w:p>
    <w:p>
      <w:pPr>
        <w:jc w:val="right"/>
      </w:pPr>
      <w:r>
        <w:t>और books भी जैसे पूर्ण मुलाना कहते हैं कि जो helping material जो होते हैं इस्लाम को समझने के लिए, वो भी हम लोगों ने share किए और अभी recently हम लोगों ने seattle में जो book fair था, उसको हमने join किया और कुछ book fairs ऐसे होते हैं जो open होते हैं public के लिए.</w:t>
      </w:r>
    </w:p>
    <w:p>
      <w:r>
        <w:rPr>
          <w:b/>
        </w:rPr>
        <w:t xml:space="preserve">[36:46] </w:t>
      </w:r>
      <w:r>
        <w:t>lekin kuch book fairs aise hote hain jo public ke liye open to nahi hote, lekin yeh hai ke us mein zyada tar intellectual log shamil hote hain aur jaise jo seattle wala tha, us mein hum logon ne jab hum shamil hoon to us mein zyada tar writer aur publishers un logon ne shamulgiyat ki thi aur sirf ek jo hamara booth tha woh ek religious booth tha.</w:t>
      </w:r>
    </w:p>
    <w:p>
      <w:pPr>
        <w:jc w:val="right"/>
      </w:pPr>
      <w:r>
        <w:t>लेकिन कुछ book fairs ऐसे होते हैं जो public के लिए open तो नहीं होते, लेकिन यह है कि उसमें ज़्यादातर intellectual लोग शामिल होते हैं और जैसे जो seattle वाला था, उसमें हम लोगों ने जब हम शामिल हूँ तो उसमें ज़्यादातर writer और publishers उन लोगों ने शमुलगियत की थी और सिर्फ एक जो हमारा booth था वो एक religious booth था.</w:t>
      </w:r>
    </w:p>
    <w:p>
      <w:r>
        <w:rPr>
          <w:b/>
        </w:rPr>
        <w:t xml:space="preserve">[37:13] </w:t>
      </w:r>
      <w:r>
        <w:t>iske ilawa christianity the ya kisi aur religion the, kisi qism ka bhi koi aur religious booth wahan pe nahi tha. to log bahut zyada appreciate kar rahe the aur ek cheez mujhe is, is kaam mein, ek aur cheez mujhe bahut zyada achi lagti hai ke jab koi nahi lena chahta, to woh kabhi bhi rudely nahi jawab deta. woh balkeh yeh kehte hain ke no thank you, but I am so glad you are here.</w:t>
      </w:r>
    </w:p>
    <w:p>
      <w:pPr>
        <w:jc w:val="right"/>
      </w:pPr>
      <w:r>
        <w:t>इसके अलावा christianity थे या किसी और religion थे, किसी किस्म का भी कोई और religious booth वहाँ पे नहीं था. तो लोग बहुत ज़्यादा appreciate कर रहे थे और एक चीज़ मुझे इस, इस काम में, एक और चीज़ मुझे बहुत ज़्यादा अच्छी लगती है कि जब कोई नहीं लेना चाहता, तो वह कभी भी rudely नहीं जवाब देता. वह बल्कि यह कहते हैं कि no thank you, but I am so glad you are here.</w:t>
      </w:r>
    </w:p>
    <w:p>
      <w:r>
        <w:rPr>
          <w:b/>
        </w:rPr>
        <w:t xml:space="preserve">[37:41] </w:t>
      </w:r>
      <w:r>
        <w:t>to woh aapko smile dete hain aur aap unko smile dete hain. to mujhe aisa lagta hai ke yeh bhi ek giving hi thi jo, jo, jo hum logon ne ek doosre ke saath share ki aur istefa hum logon ne yeh kiya tha seattle wale mein ke chote quran aur purani wisdom ke ilawa.</w:t>
      </w:r>
    </w:p>
    <w:p>
      <w:pPr>
        <w:jc w:val="right"/>
      </w:pPr>
      <w:r>
        <w:t>तो वो आपको smile देते हैं और आप उनको smile देते हैं. तो मुझे ऐसा लगता है कि यह भी एक giving ही थी जो, जो, जो हम लोगों ने एक दूसरे के साथ share की और इस्तेफा हम लोगों ने यह किया था seattle वाले में के छोटे कुरान और पुरानी wisdom के अलावा.</w:t>
      </w:r>
    </w:p>
    <w:p>
      <w:r>
        <w:rPr>
          <w:b/>
        </w:rPr>
        <w:t xml:space="preserve">[38:01] </w:t>
      </w:r>
      <w:r>
        <w:t>hum logon ne do tasir ul quran english ki copies bhi rakhi thi aur humne, hum yeh dekhna cha rahe the ke kya koi log interested hain ya nahi. to chunke travel hum log karte hain to is liye zyada saman le jana thoda sa mushkil hota hai. to hum log do quran leke gaye the. to ek lady aai aur unhone kaha ke main bahut zyada interested hoon is tafsir ko padhne mein. iski jo commentary hai usko padhne mein. to can I have this quran?</w:t>
      </w:r>
    </w:p>
    <w:p>
      <w:pPr>
        <w:jc w:val="right"/>
      </w:pPr>
      <w:r>
        <w:t>हम लोगों ने दो तस्कीर उल कुरान english की copies भी रखी थी और हमने, हम यह देखना चाह रहे थे कि क्या कोई लोग interested हैं या नहीं. तो चूँकि travel हम लोग करते हैं तो इसलिए ज़्यादा सामान ले जाना थोड़ा सा मुश्किल होता है. तो हम लोग दो कुरान लेके गए थे. तो एक lady आई और उन्होंने कहा कि मैं बहुत ज़्यादा interested हूँ इस तफ्सीर को पढ़ने में. इसकी जो commentary है उसको पढ़ने में. तो can I have this कुरान?</w:t>
      </w:r>
    </w:p>
    <w:p>
      <w:r>
        <w:rPr>
          <w:b/>
        </w:rPr>
        <w:t xml:space="preserve">[38:30] </w:t>
      </w:r>
      <w:r>
        <w:t>to maine phir usko bola ke hamare paas just, we just have two copies aur hum logon ne isko sirf display ke liye rakha hua hai, lekin if you give me your address, in shahAllah we will, you know, mail you. to woh bahut khush hui aur humne phir usko baad mein mail kiya, quran mail kiya aur yeh unka phir humein thank you ka card aaya.</w:t>
      </w:r>
    </w:p>
    <w:p>
      <w:pPr>
        <w:jc w:val="right"/>
      </w:pPr>
      <w:r>
        <w:t>तो मैंने फिर उसको बोला कि हमारे पास just, we just have two copies और हम लोगों ने इसको सिर्फ display के लिए रखा हुआ है, लेकिन if you give me your address, in shahAllah we will, you know, mail you. तो वो बहुत खोशिब हुई और हमने फिर उसको बाद में mail किया, कुरान mail किया और यह उनका फिर हमें thank you का card आया.</w:t>
      </w:r>
    </w:p>
    <w:p>
      <w:r>
        <w:rPr>
          <w:b/>
        </w:rPr>
        <w:t xml:space="preserve">[38:52] </w:t>
      </w:r>
      <w:r>
        <w:t>to yeh hamare liye bahut zyada khushi ki baat hoti hai ke logon ke andar chahe woh kisi bhi religion se talluq rakhte hon, to hamare liye bahut khushi ki baat hoti hai ke unke andar spirituality maujood hoti hai. unko bas puran milne ki der hoti hai ke woh spirituality jo hai woh aur zyada brighten ho jati hai.</w:t>
      </w:r>
    </w:p>
    <w:p>
      <w:pPr>
        <w:jc w:val="right"/>
      </w:pPr>
      <w:r>
        <w:t>तो यह हमारे लिए बहुत ज़्यादा खुशी की बात होती है कि लोगों के अंदर चाहे वह किसी भी religion से ताल्लुक रखते हों, तो हमारे लिए बहुत खुशी की बात होती है कि उनके अंदर spirituality मौजूद होती है. उनको बस पुरान मिलने की देर होती है कि वह spirituality जो है वह और ज़्यादा brighten हो जाती है.</w:t>
      </w:r>
    </w:p>
    <w:p>
      <w:r>
        <w:rPr>
          <w:b/>
        </w:rPr>
        <w:t xml:space="preserve">[39:16] </w:t>
      </w:r>
      <w:r>
        <w:t>to yeh ki yeh hamein latala se yahi dua karte hain ki latala hamein aur zyada yahan par</w:t>
      </w:r>
    </w:p>
    <w:p>
      <w:pPr>
        <w:jc w:val="right"/>
      </w:pPr>
      <w:r>
        <w:t>तो यह कि यह हमें लताला से यही दुआ करते हैं कि लताला हमें और ज़्यादा यहाँ पर</w:t>
      </w:r>
    </w:p>
    <w:p>
      <w:r>
        <w:rPr>
          <w:b/>
        </w:rPr>
        <w:t xml:space="preserve">[39:21] </w:t>
      </w:r>
      <w:r>
        <w:t>achhe saathi milwayein aur yeh ki hamein Kaleem sahab ka bahut zyada support rehta hai aur doctor Waqar</w:t>
      </w:r>
    </w:p>
    <w:p>
      <w:pPr>
        <w:jc w:val="right"/>
      </w:pPr>
      <w:r>
        <w:t>अच्छे साथी मिलवाएं और यह कि हमें कलीम साहब का बहुत ज़्यादा support रहता है और doctor वकार</w:t>
      </w:r>
    </w:p>
    <w:p>
      <w:r>
        <w:rPr>
          <w:b/>
        </w:rPr>
        <w:t xml:space="preserve">[39:27] </w:t>
      </w:r>
      <w:r>
        <w:t>alam, Kaleem sahab aur jaise ab asar hain, to hamein in sab ko bahut zyada support rehta hai</w:t>
      </w:r>
    </w:p>
    <w:p>
      <w:pPr>
        <w:jc w:val="right"/>
      </w:pPr>
      <w:r>
        <w:t>आलम, कलीम साहब और जैसे अब असर हैं, तो हमें इन सब को बहुत ज़्यादा support रहता है</w:t>
      </w:r>
    </w:p>
    <w:p>
      <w:r>
        <w:rPr>
          <w:b/>
        </w:rPr>
        <w:t xml:space="preserve">[39:32] </w:t>
      </w:r>
      <w:r>
        <w:t>hum dono khawateen ko aur hum bahut khush hote hain aur, aur maza ki baat yeh hai ki</w:t>
      </w:r>
    </w:p>
    <w:p>
      <w:pPr>
        <w:jc w:val="right"/>
      </w:pPr>
      <w:r>
        <w:t>हम दोनों खवातीन को और हम बहुत खुश होते हैं और, और मजे की बात यह है कि</w:t>
      </w:r>
    </w:p>
    <w:p>
      <w:r>
        <w:rPr>
          <w:b/>
        </w:rPr>
        <w:t xml:space="preserve">[39:38] </w:t>
      </w:r>
      <w:r>
        <w:t>jab hamare booth par log aate hain, to woh yeh dekh ke bahut hairaan hote hain ki isko</w:t>
      </w:r>
    </w:p>
    <w:p>
      <w:pPr>
        <w:jc w:val="right"/>
      </w:pPr>
      <w:r>
        <w:t>जब हमारे booth पर लोग आते हैं, तो वो यह देख के बहुत हैरान होते हैं कि इसको</w:t>
      </w:r>
    </w:p>
    <w:p>
      <w:r>
        <w:rPr>
          <w:b/>
        </w:rPr>
        <w:t xml:space="preserve">[39:43] </w:t>
      </w:r>
      <w:r>
        <w:t>muslim ladies chala rahi hain.</w:t>
      </w:r>
    </w:p>
    <w:p>
      <w:pPr>
        <w:jc w:val="right"/>
      </w:pPr>
      <w:r>
        <w:t>मुस्लिम ladies चला रही हैं.</w:t>
      </w:r>
    </w:p>
    <w:p>
      <w:r>
        <w:rPr>
          <w:b/>
        </w:rPr>
        <w:t xml:space="preserve">[39:49] </w:t>
      </w:r>
      <w:r>
        <w:t>muslim ladies ne isko organize kiya hua hai. to unke liye yeh bahut zyada hairat ki baat hoti hai. to hum unko phir yahi batate hain ke islam mein aisa bilkul nahi hai ke auratein is kaam mein shamil na ho balkeh islam to encourage karta hai ke auratein apna hissa zyada se zyada har kaam mein dalen. aage aage hon.</w:t>
      </w:r>
    </w:p>
    <w:p>
      <w:pPr>
        <w:jc w:val="right"/>
      </w:pPr>
      <w:r>
        <w:t>मुस्लिम ladies ने इसको organize किया हुआ है. तो उनके लिए यह बहुत ज़्यादा हैरत की बात होती है. तो हम उनको फिर यही बताते हैं कि इस्लाम में ऐसा बिल्कुल नहीं है कि औरतें इस काम में शामिल ना हो बल्कि इस्लाम तो encourage करता है कि औरतें अपना हिस्सा ज़्यादा से ज़्यादा हर काम में डालें. आगे आगे हों.</w:t>
      </w:r>
    </w:p>
    <w:p>
      <w:r>
        <w:rPr>
          <w:b/>
        </w:rPr>
        <w:t xml:space="preserve">[40:11] </w:t>
      </w:r>
      <w:r>
        <w:t>to yeh, yeh ek aisi cheez hai ke yeh ek aisa kaam hai ke hum really isko enjoy karte hain aur hum is se bahut zyada hamari learning bhi hoti hai aur hum alatalah hum bahut zyada shukr guzar hain ke alatalah ne humein is kaam ke liye humein chuna hai aur hum molana sahib ke bhi bahut zyada shukr guzar hain.</w:t>
      </w:r>
    </w:p>
    <w:p>
      <w:pPr>
        <w:jc w:val="right"/>
      </w:pPr>
      <w:r>
        <w:t>तो यह, यह एक ऐसी चीज़ है कि यह एक ऐसा काम है कि हम really इसको enjoy करते हैं और हम इससे बहुत ज़्यादा हमारी learning भी होती है और हम अलाताला हम बहुत ज़्यादा शुकुर गुदार हैं कि अलाताला ने हमें इस काम के लिए हमें चुना है और हम मोहलाना साहब के भी बहुत ज़्यादा शुकुर गुदार हैं.</w:t>
      </w:r>
    </w:p>
    <w:p>
      <w:r>
        <w:rPr>
          <w:b/>
        </w:rPr>
        <w:t xml:space="preserve">[40:33] </w:t>
      </w:r>
      <w:r>
        <w:t>CPS team jo poori India ki CPS team hai uske bhi hum bahut zyada shukr budare hain ke humein hamesha achhi support milti rehti hai aur hum umeed karenge ke aise hi humein jo support hai woh milti rahe. to inshallah is kaam ko hum aur aage lekar padhen aur aur dinai. thank you so much.</w:t>
      </w:r>
    </w:p>
    <w:p>
      <w:pPr>
        <w:jc w:val="right"/>
      </w:pPr>
      <w:r>
        <w:t>CPS team जो पूरी India की CPS team है उसके भी हम बहुत ज़्यादा शुकुर बुधारे हैं कि हमें हमेशा अच्छी support मिलती रहती है और हम उम्मीद करेंगे कि ऐसे ही हमें जो support है वह मिलती रहे. तो इंशालाह इस काम को हम और आगे लेकर पढ़ें और और दिनाई. Thank you so much.</w:t>
      </w:r>
    </w:p>
    <w:p>
      <w:r>
        <w:rPr>
          <w:b/>
        </w:rPr>
        <w:t xml:space="preserve">[40:56] </w:t>
      </w:r>
      <w:r>
        <w:t>ab is kaam ko jo hum aage lekar chal rahe hain, to uske liye what we are doing</w:t>
      </w:r>
    </w:p>
    <w:p>
      <w:pPr>
        <w:jc w:val="right"/>
      </w:pPr>
      <w:r>
        <w:t>अब इस काम को जो हम आगे लेकर चल रहे हैं, तो उसके लिए what we are doing</w:t>
      </w:r>
    </w:p>
    <w:p>
      <w:r>
        <w:rPr>
          <w:b/>
        </w:rPr>
        <w:t xml:space="preserve">[41:02] </w:t>
      </w:r>
      <w:r>
        <w:t>is that we have set up study circles.</w:t>
      </w:r>
    </w:p>
    <w:p>
      <w:pPr>
        <w:jc w:val="right"/>
      </w:pPr>
      <w:r>
        <w:t>is that we have set up study circles.</w:t>
      </w:r>
    </w:p>
    <w:p>
      <w:r>
        <w:rPr>
          <w:b/>
        </w:rPr>
        <w:t xml:space="preserve">[41:08] </w:t>
      </w:r>
      <w:r>
        <w:t>There are, inshallah, ladies are getting prepared to do dawa on their own.</w:t>
      </w:r>
    </w:p>
    <w:p>
      <w:pPr>
        <w:jc w:val="right"/>
      </w:pPr>
      <w:r>
        <w:t>There are, inshallah, ladies are getting prepared to do dawa on their own.</w:t>
      </w:r>
    </w:p>
    <w:p>
      <w:r>
        <w:rPr>
          <w:b/>
        </w:rPr>
        <w:t xml:space="preserve">[41:14] </w:t>
      </w:r>
      <w:r>
        <w:t>These study circles are based on, we are studying the skirul Quran and the books written by Maulana</w:t>
      </w:r>
    </w:p>
    <w:p>
      <w:pPr>
        <w:jc w:val="right"/>
      </w:pPr>
      <w:r>
        <w:t>These study circles are based on, we are studying the skirul Quran and the books written by Maulana</w:t>
      </w:r>
    </w:p>
    <w:p>
      <w:r>
        <w:rPr>
          <w:b/>
        </w:rPr>
        <w:t xml:space="preserve">[41:20] </w:t>
      </w:r>
      <w:r>
        <w:t>Bahidur Dill Khan.</w:t>
      </w:r>
    </w:p>
    <w:p>
      <w:pPr>
        <w:jc w:val="right"/>
      </w:pPr>
      <w:r>
        <w:t>Bahidur Dill Khan.</w:t>
      </w:r>
    </w:p>
    <w:p>
      <w:r>
        <w:rPr>
          <w:b/>
        </w:rPr>
        <w:t xml:space="preserve">[41:27] </w:t>
      </w:r>
      <w:r>
        <w:t>the discovery process that Maulana has taught us, is, you know, is becoming part of our life. and we are getting into all those kind of eureka moments that Molana taught us. and those eureka moments are transforming our life into into these kind of, you know, inventors or or discoverers, explorers.</w:t>
      </w:r>
    </w:p>
    <w:p>
      <w:pPr>
        <w:jc w:val="right"/>
      </w:pPr>
      <w:r>
        <w:t>The discovery process that Maulana has taught us, is, you know, is becoming part of our life. And we are getting into all those kind of eureka moments that Molana taught us. And those eureka moments are transforming our life into into these kind of, you know, inventors or or discoverers, explorers.</w:t>
      </w:r>
    </w:p>
    <w:p>
      <w:r>
        <w:rPr>
          <w:b/>
        </w:rPr>
        <w:t xml:space="preserve">[41:55] </w:t>
      </w:r>
      <w:r>
        <w:t>and that is not only transforming our lives, but also motivating us to do bigger and better things. inshallah, what we are doing is that we are we are doing not only these book festivals, but we are doing street fairs as well.</w:t>
      </w:r>
    </w:p>
    <w:p>
      <w:pPr>
        <w:jc w:val="right"/>
      </w:pPr>
      <w:r>
        <w:t>And that is not only transforming our lives, but also motivating us to do bigger and better things. Inshallah, what we are doing is that we are we are doing not only these book festivals, but we are doing street fairs as well.</w:t>
      </w:r>
    </w:p>
    <w:p>
      <w:r>
        <w:rPr>
          <w:b/>
        </w:rPr>
        <w:t xml:space="preserve">[42:15] </w:t>
      </w:r>
      <w:r>
        <w:t>street fairs are less expensive, and there are other things that, you know, in parks, for example, there are people, and people go to parks every day. and it is a very inexpensive way to distribute the Word of God to other people. all we have to do is get permissions from them, and we can set up a table there.</w:t>
      </w:r>
    </w:p>
    <w:p>
      <w:pPr>
        <w:jc w:val="right"/>
      </w:pPr>
      <w:r>
        <w:t>Street fairs are less expensive, and there are other things that, you know, in parks, for example, there are people, and people go to parks every day. And it is a very inexpensive way to distribute the Word of God to other people. All we have to do is get permissions from them, and we can set up a table there.</w:t>
      </w:r>
    </w:p>
    <w:p>
      <w:r>
        <w:rPr>
          <w:b/>
        </w:rPr>
        <w:t xml:space="preserve">[42:42] </w:t>
      </w:r>
      <w:r>
        <w:t>we also did little free library projects where we put quran, you know, in different places where people could go and get their quran. and, you know, these kind of things are that... and also when we go there, in... when we visit any fairs, any book festivals, we make sure that we find any local people there.</w:t>
      </w:r>
    </w:p>
    <w:p>
      <w:pPr>
        <w:jc w:val="right"/>
      </w:pPr>
      <w:r>
        <w:t>We also did little free library projects where we put Quran, you know, in different places where people could go and get their Quran. And, you know, these kind of things are that... And also when we go there, in... When we visit any fairs, any book festivals, we make sure that we find any local people there.</w:t>
      </w:r>
    </w:p>
    <w:p>
      <w:r>
        <w:rPr>
          <w:b/>
        </w:rPr>
        <w:t xml:space="preserve">[43:11] </w:t>
      </w:r>
      <w:r>
        <w:t>we engage them in the book fairs. they get their own practice. they, you know, spend the time with us. they get into this brand distribution or book sharing or faith sharing spirit, and then they can embark on this journey themselves.</w:t>
      </w:r>
    </w:p>
    <w:p>
      <w:pPr>
        <w:jc w:val="right"/>
      </w:pPr>
      <w:r>
        <w:t>We engage them in the book fairs. They get their own practice. They, you know, spend the time with us. They get into this brand distribution or book sharing or faith sharing spirit, and then they can embark on this journey themselves.</w:t>
      </w:r>
    </w:p>
    <w:p>
      <w:r>
        <w:rPr>
          <w:b/>
        </w:rPr>
        <w:t xml:space="preserve">[43:33] </w:t>
      </w:r>
      <w:r>
        <w:t>believe the koran and their books with them so that they can look for more events know, in their states. this is what what we want to do, that wherever we go, we find those people, and then so that we can, you know, do the network, start the network of people in every state.</w:t>
      </w:r>
    </w:p>
    <w:p>
      <w:pPr>
        <w:jc w:val="right"/>
      </w:pPr>
      <w:r>
        <w:t>Believe the Koran and their books with them so that they can look for more events know, in their states. This is what what we want to do, that wherever we go, we find those people, and then so that we can, you know, do the network, start the network of people in every state.</w:t>
      </w:r>
    </w:p>
    <w:p>
      <w:r>
        <w:rPr>
          <w:b/>
        </w:rPr>
        <w:t xml:space="preserve">[44:01] </w:t>
      </w:r>
      <w:r>
        <w:t>So, inshallah, let's just, as Eber said, that, we are thinking of new ideas, and, inshallah, with, you know, with with Allah's help, we will, you know, be be more proactive, and, we can think of more avenues, inshaAllah. And thank you very much, and may Allah bless you all. Assalamualikum. Main</w:t>
      </w:r>
    </w:p>
    <w:p>
      <w:pPr>
        <w:jc w:val="right"/>
      </w:pPr>
      <w:r>
        <w:t>So, inshallah, let's just, as Eber said, that, we are thinking of new ideas, and, inshallah, with, you know, with with Allah's help, we will, you know, be be more proactive, and, we can think of more avenues, inshaAllah. And thank you very much, and may Allah bless you all. अस्सलामालिकुम. मैं</w:t>
      </w:r>
    </w:p>
    <w:p>
      <w:r>
        <w:rPr>
          <w:b/>
        </w:rPr>
        <w:t xml:space="preserve">[44:29] </w:t>
      </w:r>
      <w:r>
        <w:t>Ghaziabad se CPS women interaction group mein member hoon. Main Jamia Millia Islamia se jab PhD kar rahi thi to us dauran Maulana sahib ki Sunday classes attend kiya karti thi. Lekin phir job ke silsile mein Lucknow, Meerut aur Ghaziabad mein rehna pada aur life ke naye challenges ko face karna pada. Tab Maulana sahib ki teaching se connection khatm sa ho gaya tha. Lekin zindagi ke challenges badh rahe the.</w:t>
      </w:r>
    </w:p>
    <w:p>
      <w:pPr>
        <w:jc w:val="right"/>
      </w:pPr>
      <w:r>
        <w:t>गाज़ियाबाद से CPS women interaction group में member हूं. मैं जामिया मिलिया इस्लामिया से जब PhD कर रही थी तो उस दौरान मुलाना साहब की Sunday classes attend किया करती थी. लेकिन फिर job के सिलसिले में लखनऊ, मेरठ और गाजियाबाद में रहना पड़ा और life के नए challenges को face करना पड़ा. तब मुलाना साहब की teaching से connection खत्म सा हो गया था. लेकिन ज़िंदगी के challenges बढ़ रहे थे.</w:t>
      </w:r>
    </w:p>
    <w:p>
      <w:r>
        <w:rPr>
          <w:b/>
        </w:rPr>
        <w:t xml:space="preserve">[44:54] </w:t>
      </w:r>
      <w:r>
        <w:t>Aise mein mujhe zyada zaroorat mehsoos ho rahi thi spiritual upliftment ki. Kabhi YouTube par search karti thi, kabhi kisi Maulana se baat karti thi, kabhi kisi psychologist se milne koi sochti thi lekin job ke saath manage nahi kar pa rahi thi.</w:t>
      </w:r>
    </w:p>
    <w:p>
      <w:pPr>
        <w:jc w:val="right"/>
      </w:pPr>
      <w:r>
        <w:t>ऐसे में मुझे ज़्यादा ज़रूरत महसूस हो रही थी spiritual upliftment की. कभी YouTube पर search करती थी, कभी किसी मोलाना से बात करती थी, कभी किसी psychologist से मिलने कोई सोचती थी लेकिन job के साथ manage नहीं कर पा रही थी.</w:t>
      </w:r>
    </w:p>
    <w:p>
      <w:r>
        <w:rPr>
          <w:b/>
        </w:rPr>
        <w:t xml:space="preserve">[45:11] </w:t>
      </w:r>
      <w:r>
        <w:t>Ek baar kisi problem ko face kar rahi thi, tab Rajat Malhotra sir se contact kiya to unhone mujhe CPS Omen interaction group join karne ke liye kaha aur group join karne ke baad jo group mein rozana Maulana sahib ki teachings par full day discussion hona aur jo intellectual development ho raha tha aur to usmein mujhe do level par mujhe faayda hua.</w:t>
      </w:r>
    </w:p>
    <w:p>
      <w:pPr>
        <w:jc w:val="right"/>
      </w:pPr>
      <w:r>
        <w:t>एक बार किसी problem को face कर रही थी, तब रजत मलोत्रा sir से contact किया तो उन्होंने मुझे CPS Omen interaction group join करने के लिए कहा और group join करने के बाद जो group में रोज़ाना मोलाना साहब की teachings पर full day discussion होना और जो intellectual development हो रहा था और तो उसमें मुझे दो level पर मुझे फ़ायदा हुआ.</w:t>
      </w:r>
    </w:p>
    <w:p>
      <w:r>
        <w:rPr>
          <w:b/>
        </w:rPr>
        <w:t xml:space="preserve">[45:35] </w:t>
      </w:r>
      <w:r>
        <w:t>Ek to Khuda ki marifat badh rahi thi aur Khuda ki marifat ke saath pata chal raha tha ki god oriented life kya hai? Taqwa kya hai? Rabbani shaksiyat kaise banayi jati hai? Aur isi ke saath saath jo zindagi mein aane wali chunautiyan thi, unke liye bhi taiyar ho raha tha mera zehan. Jaise stress management ke liye, anger management aur koi provoke kare to use ignore karna chahiye. Use kaise avoid kare?</w:t>
      </w:r>
    </w:p>
    <w:p>
      <w:pPr>
        <w:jc w:val="right"/>
      </w:pPr>
      <w:r>
        <w:t>एक तो खुदा की मारफत बढ़ रही थी और खुदा की मारफत के साथ पता चल रहा था कि god oriented life क्या है? तकवाह क्या है? रब्बानी शख्सियत कैसे बनाई जाती है? और इसी के साथ साथ जो ज़िंदगी में आने वाली चुनौतियां थीं, उनके लिए भी तैयार हो रहा था मेरा ज़हन. जैसे stress management के लिए, anger management और कोई provoke करें तो उसे ignore करना चाहिए. उसे कैसे avoid करें?</w:t>
      </w:r>
    </w:p>
    <w:p>
      <w:r>
        <w:rPr>
          <w:b/>
        </w:rPr>
        <w:t xml:space="preserve">[46:03] </w:t>
      </w:r>
      <w:r>
        <w:t>Khud apni problem ko khud aakar khane mein daal dein aur problems mein opportunity ko dekhna kyunki har mushkil ke saath aasani hai. Is tarah ke jo teachings hain us par rozana baat hoti thi to negative situation mein bhi positive mind ke saath rehna aasan ho raha tha.</w:t>
      </w:r>
    </w:p>
    <w:p>
      <w:pPr>
        <w:jc w:val="right"/>
      </w:pPr>
      <w:r>
        <w:t>खुद अपनी problem को खुद आकर खाने में डाल दें और problems में opportunity को देखना क्योंकि हर मुश्किल के साथ आसानी है. इस तरह के जो teachings हैं उस पर रोज़ाना बात होती थी तो negative situation में भी positive mind के साथ रहना आसान हो रहा था.</w:t>
      </w:r>
    </w:p>
    <w:p>
      <w:r>
        <w:rPr>
          <w:b/>
        </w:rPr>
        <w:t xml:space="preserve">[46:19] </w:t>
      </w:r>
      <w:r>
        <w:t>Saath saath ismein yeh faayda yeh hua ki jaise mujhe phir ek as a volunteer ke taur par kaam karne ka mauka mila, to mujhe pehli baar apni zindagi mein maine Quran Sharif ko itna deeply padha, uske deep meaning mujhe samajh aaye.</w:t>
      </w:r>
    </w:p>
    <w:p>
      <w:pPr>
        <w:jc w:val="right"/>
      </w:pPr>
      <w:r>
        <w:t>साथ साथ इसमें यह फ़ायदा यह हुआ कि जैसे मुझे फिर एक as a volunteer के तौर पर काम करने का मौका मिला, तो मुझे पहली बार अपनी ज़िंदगी में मैंने कुरान शरीफ को इतना deeply पढ़ा, उसके deep meaning मुझे समझ आए.</w:t>
      </w:r>
    </w:p>
    <w:p>
      <w:r>
        <w:rPr>
          <w:b/>
        </w:rPr>
        <w:t xml:space="preserve">[46:39] </w:t>
      </w:r>
      <w:r>
        <w:t>to mujhe to kafi fayda hua hai is WhatsApp group se judne ke baad kyunki yahan se seekhne</w:t>
      </w:r>
    </w:p>
    <w:p>
      <w:pPr>
        <w:jc w:val="right"/>
      </w:pPr>
      <w:r>
        <w:t>तो मुझे तो काफी फ़ायदा हुआ है इस WhatsApp group से जुड़ने के बाद क्योंकि यहाँ से सीखने</w:t>
      </w:r>
    </w:p>
    <w:p>
      <w:r>
        <w:rPr>
          <w:b/>
        </w:rPr>
        <w:t xml:space="preserve">[46:44] </w:t>
      </w:r>
      <w:r>
        <w:t>ke baad hum jab apni life mein use apply karte hain aur uske fruitful result nazar aate hain,</w:t>
      </w:r>
    </w:p>
    <w:p>
      <w:pPr>
        <w:jc w:val="right"/>
      </w:pPr>
      <w:r>
        <w:t>के बाद हम जब अपनी life में उसे apply करते हैं और उसके fruitful result नज़र आते हैं,</w:t>
      </w:r>
    </w:p>
    <w:p>
      <w:r>
        <w:rPr>
          <w:b/>
        </w:rPr>
        <w:t xml:space="preserve">[46:49] </w:t>
      </w:r>
      <w:r>
        <w:t>to hamein phir kahin tension, stress aur jo problems aati hain unko face karne ke liye kisi ke</w:t>
      </w:r>
    </w:p>
    <w:p>
      <w:pPr>
        <w:jc w:val="right"/>
      </w:pPr>
      <w:r>
        <w:t>तो हमें फिर कहीं tension, stress और जो problems आती हैं उनको face करने के लिए किसी के</w:t>
      </w:r>
    </w:p>
    <w:p>
      <w:r>
        <w:rPr>
          <w:b/>
        </w:rPr>
        <w:t xml:space="preserve">[46:54] </w:t>
      </w:r>
      <w:r>
        <w:t>sahare ki zaroorat nahin padti hai.</w:t>
      </w:r>
    </w:p>
    <w:p>
      <w:pPr>
        <w:jc w:val="right"/>
      </w:pPr>
      <w:r>
        <w:t>सहारे की ज़रूरत नहीं पड़ती है.</w:t>
      </w:r>
    </w:p>
    <w:p>
      <w:r>
        <w:rPr>
          <w:b/>
        </w:rPr>
        <w:t xml:space="preserve">[46:59] </w:t>
      </w:r>
      <w:r>
        <w:t>yahan par jo mera personality development hua hai uske liye Allah ka bahut shukr hai aur main chah</w:t>
      </w:r>
    </w:p>
    <w:p>
      <w:pPr>
        <w:jc w:val="right"/>
      </w:pPr>
      <w:r>
        <w:t>यहां पर जो मेरा personality development हुआ है उसके लिए अल्लाह का बहुत शुक्र है और मैं चाह</w:t>
      </w:r>
    </w:p>
    <w:p>
      <w:r>
        <w:rPr>
          <w:b/>
        </w:rPr>
        <w:t xml:space="preserve">[47:04] </w:t>
      </w:r>
      <w:r>
        <w:t>aur log bhi isse fayda uthaen. Thank you.</w:t>
      </w:r>
    </w:p>
    <w:p>
      <w:pPr>
        <w:jc w:val="right"/>
      </w:pPr>
      <w:r>
        <w:t>और लोग भी इससे फ़ायदा उठाएं. Thank you.</w:t>
      </w:r>
    </w:p>
    <w:p>
      <w:r>
        <w:rPr>
          <w:b/>
        </w:rPr>
        <w:t xml:space="preserve">[47:10] </w:t>
      </w:r>
      <w:r>
        <w:t>Aslam likhpur.</w:t>
      </w:r>
    </w:p>
    <w:p>
      <w:pPr>
        <w:jc w:val="right"/>
      </w:pPr>
      <w:r>
        <w:t>अस्लाम लिखपुर.</w:t>
      </w:r>
    </w:p>
    <w:p>
      <w:r>
        <w:rPr>
          <w:b/>
        </w:rPr>
        <w:t xml:space="preserve">[47:16] </w:t>
      </w:r>
      <w:r>
        <w:t>Mera naam Safia Khana main Pujabad UP se hoon.</w:t>
      </w:r>
    </w:p>
    <w:p>
      <w:pPr>
        <w:jc w:val="right"/>
      </w:pPr>
      <w:r>
        <w:t>मेरा नाम सफ़िया खाना मैं पूजाबाद UP से हूं.</w:t>
      </w:r>
    </w:p>
    <w:p>
      <w:r>
        <w:rPr>
          <w:b/>
        </w:rPr>
        <w:t xml:space="preserve">[47:22] </w:t>
      </w:r>
      <w:r>
        <w:t>Main ek MS doctor hoon.</w:t>
      </w:r>
    </w:p>
    <w:p>
      <w:pPr>
        <w:jc w:val="right"/>
      </w:pPr>
      <w:r>
        <w:t>मैं एक MS doctor हूं.</w:t>
      </w:r>
    </w:p>
    <w:p>
      <w:r>
        <w:rPr>
          <w:b/>
        </w:rPr>
        <w:t xml:space="preserve">[47:29] </w:t>
      </w:r>
      <w:r>
        <w:t>Mere father Arishala padhte the to unke zariye se hi maine Maulana ke bare mein jaana aur unki</w:t>
      </w:r>
    </w:p>
    <w:p>
      <w:pPr>
        <w:jc w:val="right"/>
      </w:pPr>
      <w:r>
        <w:t>मेरे father अरेशाला पढ़ते थे तो उनके ज़रिए से ही मैंने मौलाना के बारे में जाना और उनकी</w:t>
      </w:r>
    </w:p>
    <w:p>
      <w:r>
        <w:rPr>
          <w:b/>
        </w:rPr>
        <w:t xml:space="preserve">[47:35] </w:t>
      </w:r>
      <w:r>
        <w:t>books ki study ki aur unki jo teachings thi unko apni zindagi mein apply kiya aur Maulana ke</w:t>
      </w:r>
    </w:p>
    <w:p>
      <w:pPr>
        <w:jc w:val="right"/>
      </w:pPr>
      <w:r>
        <w:t>books की study की और उनकी जो teachings थी उनको अपनी ज़िंदगी में apply किया और मोलाना के</w:t>
      </w:r>
    </w:p>
    <w:p>
      <w:r>
        <w:rPr>
          <w:b/>
        </w:rPr>
        <w:t xml:space="preserve">[47:41] </w:t>
      </w:r>
      <w:r>
        <w:t>jo videos aur audios the unko suna, unse kafi seekha.</w:t>
      </w:r>
    </w:p>
    <w:p>
      <w:pPr>
        <w:jc w:val="right"/>
      </w:pPr>
      <w:r>
        <w:t>जो videos और audios थे उनको सुना, उनसे काफी सीखा.</w:t>
      </w:r>
    </w:p>
    <w:p>
      <w:r>
        <w:rPr>
          <w:b/>
        </w:rPr>
        <w:t xml:space="preserve">[47:48] </w:t>
      </w:r>
      <w:r>
        <w:t>Lekin 2021 mein Maulana ke jaane ke baad, jo Maulana ka Sunday lecture jo Facebook par live hota tha, to kaafi time se woh nahi hua. To ek us lecture ko bhi kaafi miss kar rahe the aur Maulana ko bhi miss kar rahe the unke jaane ke baad.</w:t>
      </w:r>
    </w:p>
    <w:p>
      <w:pPr>
        <w:jc w:val="right"/>
      </w:pPr>
      <w:r>
        <w:t>लेकिन 2021 में मौलाना के जाने के बाद, जो मौलाना का Sunday lecture जो Facebook पर live होता था, तो काफी time से वह नहीं हुआ. तो एक उस lecture को भी काफी miss कर रहे थे और मोलाना को भी miss कर रहे थे उनके जाने के बाद.</w:t>
      </w:r>
    </w:p>
    <w:p>
      <w:r>
        <w:rPr>
          <w:b/>
        </w:rPr>
        <w:t xml:space="preserve">[48:13] </w:t>
      </w:r>
      <w:r>
        <w:t>To phir Allah taala ka shukr rahe ki unhone Fahimadapak ke zariye CPS women marfan dawa group se mujhe joda phir main is group ki member bani.</w:t>
      </w:r>
    </w:p>
    <w:p>
      <w:pPr>
        <w:jc w:val="right"/>
      </w:pPr>
      <w:r>
        <w:t>तो फिर अल्लाताला का शुभ रहे कि उन्होंने फैमीदापक के ज़रिए CPS women marfan दावा group से मुझे जोड़ा फिर मैं इस group की member बनी.</w:t>
      </w:r>
    </w:p>
    <w:p>
      <w:r>
        <w:rPr>
          <w:b/>
        </w:rPr>
        <w:t xml:space="preserve">[48:28] </w:t>
      </w:r>
      <w:r>
        <w:t>Maine Maulana ki kitab Khatm-e-Islam padhi thi to usmein Maulana ne bataya tha ki ek woman apna role society mein aur khud aakar mission ke liye kis tarike se apna role ada kar sakti hai.</w:t>
      </w:r>
    </w:p>
    <w:p>
      <w:pPr>
        <w:jc w:val="right"/>
      </w:pPr>
      <w:r>
        <w:t>मैंने मुलाना की किताब खत्म इस्लाम पढ़ी थी तो उसमें मुलाने ने बताया था कि एक woman अपना role society में और खुद आकर mission के लिए किस तरीके से अपना role अदा कर सकती है.</w:t>
      </w:r>
    </w:p>
    <w:p>
      <w:r>
        <w:rPr>
          <w:b/>
        </w:rPr>
        <w:t xml:space="preserve">[48:49] </w:t>
      </w:r>
      <w:r>
        <w:t>To is group ke through mujhe janne ka mauka mila ki log kis tarike se dawa work karte hain, kis tarike se woh apni learning share karte hain. To is jo dawa work ke liye unko jo opportunities milti hain, woh usko kaise avail karte hain?</w:t>
      </w:r>
    </w:p>
    <w:p>
      <w:pPr>
        <w:jc w:val="right"/>
      </w:pPr>
      <w:r>
        <w:t>तो इस group के through मुझे जानने का मौका मिला कि लोग किस तरीके से दावा work करते हैं, किस तरीके से वह अपनी learning share करते हैं. तो इस जो दावा work के लिए उनको जो opportunities मिलती हैं, वह उसको कैसे avail करते हैं?</w:t>
      </w:r>
    </w:p>
    <w:p>
      <w:r>
        <w:rPr>
          <w:b/>
        </w:rPr>
        <w:t xml:space="preserve">[49:08] </w:t>
      </w:r>
      <w:r>
        <w:t>to isse kafi seekhne ko mila aur CPS ka volunteer banne ke baad jo ek tarike se mujhe</w:t>
      </w:r>
    </w:p>
    <w:p>
      <w:pPr>
        <w:jc w:val="right"/>
      </w:pPr>
      <w:r>
        <w:t>तो इससे काफी सीखने को मिला और CPS का volunteer बनने के बाद जो एक तरीके से मुझे</w:t>
      </w:r>
    </w:p>
    <w:p>
      <w:r>
        <w:rPr>
          <w:b/>
        </w:rPr>
        <w:t xml:space="preserve">[49:15] </w:t>
      </w:r>
      <w:r>
        <w:t>ek direction mein kaam karne ka mauka mila aur jo Sunday discussion hota hai, jo book mein se</w:t>
      </w:r>
    </w:p>
    <w:p>
      <w:pPr>
        <w:jc w:val="right"/>
      </w:pPr>
      <w:r>
        <w:t>एक direction में काम करने का मौका मिला और जो Sunday discussion होता है, जो book में से</w:t>
      </w:r>
    </w:p>
    <w:p>
      <w:r>
        <w:rPr>
          <w:b/>
        </w:rPr>
        <w:t xml:space="preserve">[49:23] </w:t>
      </w:r>
      <w:r>
        <w:t>ek jo topic choose karke us par jo discuss karte hain usmein different different log apne experience aur</w:t>
      </w:r>
    </w:p>
    <w:p>
      <w:pPr>
        <w:jc w:val="right"/>
      </w:pPr>
      <w:r>
        <w:t>एक जो topic choose करके उस पर जो discuss करते हैं उसमें different different लोग अपने experience और</w:t>
      </w:r>
    </w:p>
    <w:p>
      <w:r>
        <w:rPr>
          <w:b/>
        </w:rPr>
        <w:t xml:space="preserve">[49:31] </w:t>
      </w:r>
      <w:r>
        <w:t>apni learning share karte hain.</w:t>
      </w:r>
    </w:p>
    <w:p>
      <w:pPr>
        <w:jc w:val="right"/>
      </w:pPr>
      <w:r>
        <w:t>अपनी learning share करते हैं.</w:t>
      </w:r>
    </w:p>
    <w:p>
      <w:r>
        <w:rPr>
          <w:b/>
        </w:rPr>
        <w:t xml:space="preserve">[49:39] </w:t>
      </w:r>
      <w:r>
        <w:t>To woh ek aisa platform hota hai ki wahan par aap apne jo thoughts hote hain woh exchange kar sakte hain. Aap logon ko aap logon se seekh sakte hain. To yahan par aapko ek tarike se practical example jo hai woh milta hai.</w:t>
      </w:r>
    </w:p>
    <w:p>
      <w:pPr>
        <w:jc w:val="right"/>
      </w:pPr>
      <w:r>
        <w:t>तो वह एक ऐसा platform होता है कि वहां पर आप अपने जो thoughts होते हैं वह exchange कर सकते हैं. आप लोगों को आप लोगों से सीख सकते हैं. तो यहां पर आपको एक तरीके से practical example जो है वह मिलता है.</w:t>
      </w:r>
    </w:p>
    <w:p>
      <w:r>
        <w:rPr>
          <w:b/>
        </w:rPr>
        <w:t xml:space="preserve">[50:00] </w:t>
      </w:r>
      <w:r>
        <w:t>To meri Allah taala se dua hai ki zyada se zyada log is group se judein aur actively ismein participate karein aur Allah taala hamara jo potential hai uske mutabik humse apna kaam le sake aur humein apni aalam aur fatah tafarmaayein aur jannat ke abdi inaam humein dein jazakallah.</w:t>
      </w:r>
    </w:p>
    <w:p>
      <w:pPr>
        <w:jc w:val="right"/>
      </w:pPr>
      <w:r>
        <w:t>तो मेरी अल्लताला से दुआ है कि ज़्यादा से ज़्यादा लोग इस group से जुड़ें और actively इसमें participate करें और अल्लताला हमारा जो potential है उसके मुताबिक हमसे अपना काम ले सके और हमें अपनी आलाम और फत तफ़रमाएं और जन्नत के अब्दी इनाम हमें देव जज़ अकिला.</w:t>
      </w:r>
    </w:p>
    <w:p>
      <w:r>
        <w:rPr>
          <w:b/>
        </w:rPr>
        <w:t xml:space="preserve">[50:30] </w:t>
      </w:r>
      <w:r>
        <w:t>Assalamualikum everyone. I am Sehir from CPS Kashmir and right now I am pursuing my PhD from Delhi and if I have to talk about my meeting and my experience with Maulana Wahiduddin Khan sahib, it's extremely difficult for me because it's not possible to speak about it in words. As there have been so many experiences that I have with him has been a turning points in my life.</w:t>
      </w:r>
    </w:p>
    <w:p>
      <w:pPr>
        <w:jc w:val="right"/>
      </w:pPr>
      <w:r>
        <w:t>असालामुलायकुम everyone. I am सेहिर from CPS कश्मीर and right now I am pursuing my PhD from Delhi and if I have to talk about my meeting and my experience with मुलाना वेद्दुतीन खान साहब, it's extremely difficult for me because it's not possible to speak about it in words. As there have been so many experiences that I have with him has been a turning points in my life.</w:t>
      </w:r>
    </w:p>
    <w:p>
      <w:r>
        <w:rPr>
          <w:b/>
        </w:rPr>
        <w:t xml:space="preserve">[50:57] </w:t>
      </w:r>
      <w:r>
        <w:t>But if I have to talk about my first meet, they are very clear to my head that</w:t>
      </w:r>
    </w:p>
    <w:p>
      <w:pPr>
        <w:jc w:val="right"/>
      </w:pPr>
      <w:r>
        <w:t>But if I have to talk about my first meet, they are very clear to my head that</w:t>
      </w:r>
    </w:p>
    <w:p>
      <w:r>
        <w:rPr>
          <w:b/>
        </w:rPr>
        <w:t xml:space="preserve">[51:02] </w:t>
      </w:r>
      <w:r>
        <w:t>how I met Maulana Wahiduddin Khan sahib with so many questions inside my head which I thought were</w:t>
      </w:r>
    </w:p>
    <w:p>
      <w:pPr>
        <w:jc w:val="right"/>
      </w:pPr>
      <w:r>
        <w:t>how I met मुलाना वेदुद्दीन खान साहिब with so many questions inside my head which I thought were</w:t>
      </w:r>
    </w:p>
    <w:p>
      <w:r>
        <w:rPr>
          <w:b/>
        </w:rPr>
        <w:t xml:space="preserve">[51:07] </w:t>
      </w:r>
      <w:r>
        <w:t>very silly and I was so reluctant to ask him.</w:t>
      </w:r>
    </w:p>
    <w:p>
      <w:pPr>
        <w:jc w:val="right"/>
      </w:pPr>
      <w:r>
        <w:t>very silly and I was so reluctant to ask him.</w:t>
      </w:r>
    </w:p>
    <w:p>
      <w:r>
        <w:rPr>
          <w:b/>
        </w:rPr>
        <w:t xml:space="preserve">[51:12] </w:t>
      </w:r>
      <w:r>
        <w:t>But Maulana Bahiduddin Khan sahib being such a active and a patient listener.</w:t>
      </w:r>
    </w:p>
    <w:p>
      <w:pPr>
        <w:jc w:val="right"/>
      </w:pPr>
      <w:r>
        <w:t>But मनाना बहिदुद्दीन खान साहिब being such a active and a patient listener.</w:t>
      </w:r>
    </w:p>
    <w:p>
      <w:r>
        <w:rPr>
          <w:b/>
        </w:rPr>
        <w:t xml:space="preserve">[51:17] </w:t>
      </w:r>
      <w:r>
        <w:t>How he answered each question with so much calmness and he made sure that I am satisfied with</w:t>
      </w:r>
    </w:p>
    <w:p>
      <w:pPr>
        <w:jc w:val="right"/>
      </w:pPr>
      <w:r>
        <w:t>How he answered each question with so much calmness and he made sure that I am satisfied with</w:t>
      </w:r>
    </w:p>
    <w:p>
      <w:r>
        <w:rPr>
          <w:b/>
        </w:rPr>
        <w:t xml:space="preserve">[51:22] </w:t>
      </w:r>
      <w:r>
        <w:t>all the answers.</w:t>
      </w:r>
    </w:p>
    <w:p>
      <w:pPr>
        <w:jc w:val="right"/>
      </w:pPr>
      <w:r>
        <w:t>all the answers.</w:t>
      </w:r>
    </w:p>
    <w:p>
      <w:r>
        <w:rPr>
          <w:b/>
        </w:rPr>
        <w:t xml:space="preserve">[51:28] </w:t>
      </w:r>
      <w:r>
        <w:t>I am extremely grateful to God that how Maulana Wahiduddin Khan sahib has been a motivator and my mentor because I remember I was doing my masters then and I remember sometimes going back to him and meeting him with so many experiences which were not very good and how he, with his experience and how with his talk, made them the most beautiful ones. I'm extremely grateful.</w:t>
      </w:r>
    </w:p>
    <w:p>
      <w:pPr>
        <w:jc w:val="right"/>
      </w:pPr>
      <w:r>
        <w:t>I am extremely grateful to God that how मुलाना भाईदुद्दीन खान साहब has been a motivator and my mentor because I remember I was doing my masters then and I remember sometimes going back to him and meeting him with so many experiences which were not very good and how he, with his experience and how with his talk, made them the most beautiful ones. I'm extremely grateful.</w:t>
      </w:r>
    </w:p>
    <w:p>
      <w:r>
        <w:rPr>
          <w:b/>
        </w:rPr>
        <w:t xml:space="preserve">[51:56] </w:t>
      </w:r>
      <w:r>
        <w:t>And this also takes me to the talk and to the experience that Maulana used to mention so much about is the actor role of woman in in the mission. How he used to be so much encouraging, especially women to participate and be the backbone of the mission. And same is with our CPS women group. How it has also been a motivational board for me.</w:t>
      </w:r>
    </w:p>
    <w:p>
      <w:pPr>
        <w:jc w:val="right"/>
      </w:pPr>
      <w:r>
        <w:t>And this also takes me to the talk and to the experience that मुलाना used to mention so much about is the actor role of woman in in the mission. How he used to be so much encouraging, especially women to participate and be the backbone of the mission. And same is with our CPS women group. How it has also been a motivational board for me.</w:t>
      </w:r>
    </w:p>
    <w:p>
      <w:r>
        <w:rPr>
          <w:b/>
        </w:rPr>
        <w:t xml:space="preserve">[52:24] </w:t>
      </w:r>
      <w:r>
        <w:t>You know, at times when you feel especially if I talk about myself, I feel sometimes that, you know, now I don't get the answer to this question or I'm feeling like this today. Whenever I read the experience of the people who are actively there writing, sharing their knowledge, it is delightful for me to read. It changes my day. It it it helps me to go through the day very nicely. And I just hope that more women come up and interact in the group and jazaakallah.</w:t>
      </w:r>
    </w:p>
    <w:p>
      <w:pPr>
        <w:jc w:val="right"/>
      </w:pPr>
      <w:r>
        <w:t>You know, at times when you feel especially if I talk about myself, I feel sometimes that, you know, now I don't get the answer to this question or I'm feeling like this today. Whenever I read the experience of the people who are actively there writing, sharing their knowledge, it is delightful for me to read. It changes my day. It it it helps me to go through the day very nicely. And I just hope that more women come up and interact in the group and जाता अल्ला.</w:t>
      </w:r>
    </w:p>
    <w:p>
      <w:r>
        <w:rPr>
          <w:b/>
        </w:rPr>
        <w:t xml:space="preserve">[52:54] </w:t>
      </w:r>
      <w:r>
        <w:t>I am sure it will be a period of growth and engagement for all of us. Ameen. Assalamualikum. Mera naam Shah Bano hai. Mujhe CPS se jude taqreeban chaar saal ho gaye hain.</w:t>
      </w:r>
    </w:p>
    <w:p>
      <w:pPr>
        <w:jc w:val="right"/>
      </w:pPr>
      <w:r>
        <w:t>I am sure it will be a period of growth and engagement for all of us. आमीन. अस्सलामुलायकुम. मेरा नाम शाह बानो है. मुझे CPS से जुड़े तकरीबन चार साल हो गए हैं.</w:t>
      </w:r>
    </w:p>
    <w:p>
      <w:r>
        <w:rPr>
          <w:b/>
        </w:rPr>
        <w:t xml:space="preserve">[53:12] </w:t>
      </w:r>
      <w:r>
        <w:t>Meri silsila CPS se judne ka, Maulana sahib ki ta'limat se judne ka, silsila CPS USA team ke zariye hua aur uske baad main CPS interaction group se judi jismein ki humein har topic ko bahut hi detail se samjhaya gaya. Ek ek topic par hamare kai aur bahut taf taf tafseeli sawalon ke bhi bahut detail se jawab mile.</w:t>
      </w:r>
    </w:p>
    <w:p>
      <w:pPr>
        <w:jc w:val="right"/>
      </w:pPr>
      <w:r>
        <w:t>मेरी सिलसिला CPS से जुड़ने का, मोलाना साहब की तारीमात से जुड़ने का, सिलसिला CPS USA team के ज़रिए हुआ और उसके बाद मैं CPS interaction group से जुड़ी जिसमें कि हमें हर topic को बहुत ही detail से समझाया गया. एक एक topic पर हमारे कई और बहुत तफ़ तफ़ा बेतू के सवालों के भी बहुत detail से जवाब मिले.</w:t>
      </w:r>
    </w:p>
    <w:p>
      <w:r>
        <w:rPr>
          <w:b/>
        </w:rPr>
        <w:t xml:space="preserve">[53:37] </w:t>
      </w:r>
      <w:r>
        <w:t>Hamari bahut si zehnon ki girhein khuli aur to mujhe sabse, important baat lagi ki humein kya sochna hai yeh sikhaya gaya. Insaan sochta hai, sochne ka aadi hota hai lekin mujhe yeh samajh aayi ki, kya sochna hai? Maine apne thought pattern ko kidhar set karna hai?</w:t>
      </w:r>
    </w:p>
    <w:p>
      <w:pPr>
        <w:jc w:val="right"/>
      </w:pPr>
      <w:r>
        <w:t>हमारी बहुत सी ज़हनों की गिरहें खुली और तो मुझे सबसे, important बात लगी कि हमें क्या सोचना है यह सिखाया गया. इंसान सोचता है, सोचने का आदी होता है लेकिन मुझे यह समझ आई कि, क्या सोचना है? मैंने अपने thought pattern को किधर set करना है?</w:t>
      </w:r>
    </w:p>
    <w:p>
      <w:r>
        <w:rPr>
          <w:b/>
        </w:rPr>
        <w:t xml:space="preserve">[54:00] </w:t>
      </w:r>
      <w:r>
        <w:t>Aur itne time judne jude rehne se yeh faayda hua aur humein andaaza hua, responsibility ka andaaza hua ki ab hum humein mujhe lagta hai ki hum woh parinde hain jinko udaan bharna sikha di gayi hai aur hum apne apne maidan mein da'iye, Islam ke taur par jahan bhi jo possible humein pattern mile hum us par chale.</w:t>
      </w:r>
    </w:p>
    <w:p>
      <w:pPr>
        <w:jc w:val="right"/>
      </w:pPr>
      <w:r>
        <w:t>और इतने time जुड़ने जुड़े रहने से यह फ़ायदा हुआ और हमें अंदाज़ा हुआ, responsibility का अंदाज़ा हुआ कि अब हम हमें मुझे लगता है कि हम वह परिंदे हैं जिनको उड़ान भरना सिखा दी गई है और हम अपने अपने मैदान में दाईए, इस्लाम के तौर पर जहां भी जो possible हमें pattern मिले हम उस पर चलें.</w:t>
      </w:r>
    </w:p>
    <w:p>
      <w:r>
        <w:rPr>
          <w:b/>
        </w:rPr>
        <w:t xml:space="preserve">[54:27] </w:t>
      </w:r>
      <w:r>
        <w:t>meri duaen ke jo hamare seniors hain aur jo team hai aur, woh hamare saath isi tarah se judi rahe aur hamein inspire karti rahe.</w:t>
      </w:r>
    </w:p>
    <w:p>
      <w:pPr>
        <w:jc w:val="right"/>
      </w:pPr>
      <w:r>
        <w:t>मेरी दुआएं के जो हमारे seniors हैं और जो team है और, वह हमारे साथ इसी तरह से जुड़ी रहे और हमें inspire करती रहे.</w:t>
      </w:r>
    </w:p>
    <w:p>
      <w:r>
        <w:rPr>
          <w:b/>
        </w:rPr>
        <w:t xml:space="preserve">[54:36] </w:t>
      </w:r>
      <w:r>
        <w:t>hamare liye yeh bohat bara task hai jo ke CPS ki, jo training ke baad hamein milta hai</w:t>
      </w:r>
    </w:p>
    <w:p>
      <w:pPr>
        <w:jc w:val="right"/>
      </w:pPr>
      <w:r>
        <w:t>हमारे लिए यह बहुत बड़ा task है जो कि CPS की, जो training के बाद हमें मिलता है</w:t>
      </w:r>
    </w:p>
    <w:p>
      <w:r>
        <w:rPr>
          <w:b/>
        </w:rPr>
        <w:t xml:space="preserve">[54:43] </w:t>
      </w:r>
      <w:r>
        <w:t>aur woh yeh ke hamein kitni, kitna responsible hona hai apne apne kirdaar ko lekar especially being women</w:t>
      </w:r>
    </w:p>
    <w:p>
      <w:pPr>
        <w:jc w:val="right"/>
      </w:pPr>
      <w:r>
        <w:t>और वह यह कि हमें कितनी, कितना responsible होना है अपने अपने किरदार को लेकर especially being women</w:t>
      </w:r>
    </w:p>
    <w:p>
      <w:r>
        <w:rPr>
          <w:b/>
        </w:rPr>
        <w:t xml:space="preserve">[54:50] </w:t>
      </w:r>
      <w:r>
        <w:t>aur jo woh ek self pity ka phase tha ya insaan ko opportunist agar banna hai to uske</w:t>
      </w:r>
    </w:p>
    <w:p>
      <w:pPr>
        <w:jc w:val="right"/>
      </w:pPr>
      <w:r>
        <w:t>और जो वह एक self pity का phase था या इंसान को opportunist अगर बनना है तो उसके</w:t>
      </w:r>
    </w:p>
    <w:p>
      <w:r>
        <w:rPr>
          <w:b/>
        </w:rPr>
        <w:t xml:space="preserve">[54:57] </w:t>
      </w:r>
      <w:r>
        <w:t>liye bohat zaroori hai ke Maulana sahib ki jo thought process ko samjha jaye aur uske liye alhamdulillah</w:t>
      </w:r>
    </w:p>
    <w:p>
      <w:pPr>
        <w:jc w:val="right"/>
      </w:pPr>
      <w:r>
        <w:t>लिए बहुत ज़रूरी है कि मुलाना साहब की जो thought process को समझा जाए और उसके लिए अलहम्दुलिला</w:t>
      </w:r>
    </w:p>
    <w:p>
      <w:r>
        <w:rPr>
          <w:b/>
        </w:rPr>
        <w:t xml:space="preserve">[55:04] </w:t>
      </w:r>
      <w:r>
        <w:t>alhamdulillah we are blessed, I am blessed ke hamein jo yeh seniors hain woh available rahe, available hain.</w:t>
      </w:r>
    </w:p>
    <w:p>
      <w:pPr>
        <w:jc w:val="right"/>
      </w:pPr>
      <w:r>
        <w:t>अलहम्दुलिला we are blessed, I am blessed कि हमें जो यह seniors हैं वह available रहे, available हैं.</w:t>
      </w:r>
    </w:p>
    <w:p>
      <w:r>
        <w:rPr>
          <w:b/>
        </w:rPr>
        <w:t xml:space="preserve">[55:12] </w:t>
      </w:r>
      <w:r>
        <w:t>Alata Allah se duaen ke, hamara saath salamat rahe aur hum apne jo bhi zimmedari hai daai Islam ke taur par munyabhte rahe. Bizaaq Allah khair amin. Asslam aleko. Main Yasmeen Nigwal Mumbai team se.</w:t>
      </w:r>
    </w:p>
    <w:p>
      <w:pPr>
        <w:jc w:val="right"/>
      </w:pPr>
      <w:r>
        <w:t>अलाता अलाह से दुआएं के, हमारा साथ सलामत रहे और हम अपने जो भी ज़िम्मेदारी है दाई इस्लाम के तौर पर मुन्यभाते रहें. बिज़ाक़ अल्लाह खैर आमिन. अस्लाम अलेको. मैं यासमें निग्वाल Mumbai team से.</w:t>
      </w:r>
    </w:p>
    <w:p>
      <w:r>
        <w:rPr>
          <w:b/>
        </w:rPr>
        <w:t xml:space="preserve">[55:29] </w:t>
      </w:r>
      <w:r>
        <w:t>CPS ke saath meri special journey do hazar atharah se shuru hui aur junne ke kuch waqt ke saath hi mera zehan is baat ko lekar bilkul saaf ho gaya ke Allah ka jo deen hai woh marifat aur zimmedari wala hai na ke fazilat wala. Hidayat ka rasta, zimmedari aur sanjeet ki pashalne ka rasta hai.</w:t>
      </w:r>
    </w:p>
    <w:p>
      <w:pPr>
        <w:jc w:val="right"/>
      </w:pPr>
      <w:r>
        <w:t>CPS के साथ मेरी special journey दो हज़ार अठारह से शुरू हुई और जुनने के कुछ वक्त के साथ ही मेरा ज़हन इस बात को लेकर बिल्कुल साफ हो गया कि अल्लाह का जो दीन है वह मारीफत और ज़िम्मेदारी वाला है ना कि फज़ीलत वाला. हिदायत का रास्ता, ज़िम्मेदारी और संजीत की पशलने का रास्ता है.</w:t>
      </w:r>
    </w:p>
    <w:p>
      <w:r>
        <w:rPr>
          <w:b/>
        </w:rPr>
        <w:t xml:space="preserve">[55:53] </w:t>
      </w:r>
      <w:r>
        <w:t>Maulana ke literature ko padhte hue unke videos aur audios ko sunte aur dekhte hue mujhe dawat ke kaam ki hamein samajh aayi aur use poori khairkhwahi aur zimmedari ke saath karna hai. Sirf nahi ki samajhkar nahi karna hai aur zimmedari aur khairwahi ke saath kaam karne ke liye ek positive personality ka hona bohat zaroori hai. Jo Maulana ne bataya ke woh negative experiences se banti hai.</w:t>
      </w:r>
    </w:p>
    <w:p>
      <w:pPr>
        <w:jc w:val="right"/>
      </w:pPr>
      <w:r>
        <w:t>मालाना के literature को पढ़ते हुए उनके videos और audios को सुनते और देखते हुए मुझे दावत के काम किए हमें समझ आई और उसे पूरी खैरखवाही और ज़िम्मेदारी के साथ करना है. सिर्फ नहीं की समझकर नहीं करना है और ज़िम्मेदारी और खैरवाई के साथ काम करने के लिए एक positive personality का होना बहुत ज़रूरी है. जो मोलाना ने बताया कि वह negative experiences से बनती है.</w:t>
      </w:r>
    </w:p>
    <w:p>
      <w:r>
        <w:rPr>
          <w:b/>
        </w:rPr>
        <w:t xml:space="preserve">[56:21] </w:t>
      </w:r>
      <w:r>
        <w:t>isi dauran main bohat beemar hui aur CPS women group bhi seedha usi dauran bana jo halki taraf</w:t>
      </w:r>
    </w:p>
    <w:p>
      <w:pPr>
        <w:jc w:val="right"/>
      </w:pPr>
      <w:r>
        <w:t>इसी दौरान मैं बहुत बीमार हुई और CPS women group भी सीधा उसी दौरान बना जो हल्की तरफ</w:t>
      </w:r>
    </w:p>
    <w:p>
      <w:r>
        <w:rPr>
          <w:b/>
        </w:rPr>
        <w:t xml:space="preserve">[56:27] </w:t>
      </w:r>
      <w:r>
        <w:t>se mere liye bohat bari madad thi ke meri personality ke andar jo missing gaps the, positive banna</w:t>
      </w:r>
    </w:p>
    <w:p>
      <w:pPr>
        <w:jc w:val="right"/>
      </w:pPr>
      <w:r>
        <w:t>से मेरे लिए बहुत बड़ी मदद थी कि मेरी personality के अंदर जो missing gaps थे, positive बनना</w:t>
      </w:r>
    </w:p>
    <w:p>
      <w:r>
        <w:rPr>
          <w:b/>
        </w:rPr>
        <w:t xml:space="preserve">[56:33] </w:t>
      </w:r>
      <w:r>
        <w:t>hai yeh pata tha.</w:t>
      </w:r>
    </w:p>
    <w:p>
      <w:pPr>
        <w:jc w:val="right"/>
      </w:pPr>
      <w:r>
        <w:t>है यह पता था.</w:t>
      </w:r>
    </w:p>
    <w:p>
      <w:r>
        <w:rPr>
          <w:b/>
        </w:rPr>
        <w:t xml:space="preserve">[56:40] </w:t>
      </w:r>
      <w:r>
        <w:t>positive kis tarah banna hai?</w:t>
      </w:r>
    </w:p>
    <w:p>
      <w:pPr>
        <w:jc w:val="right"/>
      </w:pPr>
      <w:r>
        <w:t>Positive किस तरह बनना है?</w:t>
      </w:r>
    </w:p>
    <w:p>
      <w:r>
        <w:rPr>
          <w:b/>
        </w:rPr>
        <w:t xml:space="preserve">[56:46] </w:t>
      </w:r>
      <w:r>
        <w:t>yeh mujhe CPS women group se judne ke baad mere andar woh process shuru hua.</w:t>
      </w:r>
    </w:p>
    <w:p>
      <w:pPr>
        <w:jc w:val="right"/>
      </w:pPr>
      <w:r>
        <w:t>यह मुझे CPS women group से जुड़ने के बाद मेरे अंदर वह process शुरू हुआ.</w:t>
      </w:r>
    </w:p>
    <w:p>
      <w:r>
        <w:rPr>
          <w:b/>
        </w:rPr>
        <w:t xml:space="preserve">[56:53] </w:t>
      </w:r>
      <w:r>
        <w:t>Uske baad volunteer banne ke baad mujhe bohat zyada barikiyon ko samajhne ka mauka mila. Mujhe kis tarah focused rehna hai, bohat zyada sunne wala kis tarah banna hai? Aur apne mutale ko kis tarah badhana hai ke hum focus reh sake, hum sabr karne wale bane, hum positive personality vansake.</w:t>
      </w:r>
    </w:p>
    <w:p>
      <w:pPr>
        <w:jc w:val="right"/>
      </w:pPr>
      <w:r>
        <w:t>उसके बाद volunteer बनने के बाद मुझे बहुत ज़्यादा बारीकियों को समझने का मौका मिला. मुझे किस तरह focused रहना है, बहुत ज़्यादा सुनने वाला किस तरह बनना है? और अपने मुताले को किस तरह बढ़ाना है कि हम focus रह सके, हम सब्र करने वाले बने, हम positive personality वन सके.</w:t>
      </w:r>
    </w:p>
    <w:p>
      <w:r>
        <w:rPr>
          <w:b/>
        </w:rPr>
        <w:t xml:space="preserve">[57:17] </w:t>
      </w:r>
      <w:r>
        <w:t>Yeh sari cheezein mujhe group ke saath judne ke baad samajh aayi hai. Toh yeh hamari chhoti si koshish thi ladies ko intellectually grow karne ki.</w:t>
      </w:r>
    </w:p>
    <w:p>
      <w:pPr>
        <w:jc w:val="right"/>
      </w:pPr>
      <w:r>
        <w:t>यह सारी चीज़ें मुझे group के साथ जुड़ने के बाद समझ आई है. तो यह हमारी छोटी सी कोशिश थी ladies को intellectually grow करने 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