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Session Peace Conference April 29-30, 2023</w:t>
      </w:r>
    </w:p>
    <w:p>
      <w:r>
        <w:t>https://www.youtube.com/watch?v=xsD04dOvGeE</w:t>
      </w:r>
    </w:p>
    <w:p>
      <w:r>
        <w:rPr>
          <w:b/>
        </w:rPr>
        <w:t xml:space="preserve">[00:13] </w:t>
      </w:r>
      <w:r>
        <w:t>CPS women are not only the strength of the mission but also the backbone of the mission. In fact, I would admit that even I did not realize the potential of a woman till I joined CPS international and I spent time with Maulana sahab. Maulana used to say that CPS women are different. In fact ek riwayat hai Hazrat Aisha se.</w:t>
      </w:r>
    </w:p>
    <w:p>
      <w:pPr>
        <w:jc w:val="right"/>
      </w:pPr>
      <w:r>
        <w:t>CPS women are not only the strength of the mission but also the backbone of the mission. In fact, I would admit that even I did not realize the potential of a woman till I joined CPS international and I spent time with मुलाना साहब. मुलाना used to say that CPS women are different. In fact एक रिवायत है हजरत आईशा से.</w:t>
      </w:r>
    </w:p>
    <w:p>
      <w:r>
        <w:rPr>
          <w:b/>
        </w:rPr>
        <w:t xml:space="preserve">[00:42] </w:t>
      </w:r>
      <w:r>
        <w:t>She said that the women of Ansar are the best. Shyness didn't prevent them from questioning regarding the religion and acquiring religious understanding. So I would say that the same spirit of Ansar is reflecting in CPS women.</w:t>
      </w:r>
    </w:p>
    <w:p>
      <w:pPr>
        <w:jc w:val="right"/>
      </w:pPr>
      <w:r>
        <w:t>She said that the women of अंसार are the best. Shyness didn't prevent them from questioning regarding the religion and acquiring religious understanding. So I would say that the same spirit of अंसार is reflecting in CPS women.</w:t>
      </w:r>
    </w:p>
    <w:p>
      <w:r>
        <w:rPr>
          <w:b/>
        </w:rPr>
        <w:t xml:space="preserve">[01:04] </w:t>
      </w:r>
      <w:r>
        <w:t>From India to Middle East to USA, the amount of work and the quality of work that CPS women are doing in the area of Dawa work is nothing less than incredibly amazing. I would request doctor Nagma Siddiqui to come here and conduct the session and moderate the session. Doctor Nagma Siddiqui does not need any introduction.</w:t>
      </w:r>
    </w:p>
    <w:p>
      <w:pPr>
        <w:jc w:val="right"/>
      </w:pPr>
      <w:r>
        <w:t>From India to Middle East to USA, the amount of work and the quality of work that CPS women are doing in the area of बावा work is nothing less than incredibly amazing. I would request doctor नगमा सिद्धिकी to come here and conduct the session and moderate the session. Doctor नगमा स्थितिकी does not need any introduction.</w:t>
      </w:r>
    </w:p>
    <w:p>
      <w:r>
        <w:rPr>
          <w:b/>
        </w:rPr>
        <w:t xml:space="preserve">[01:27] </w:t>
      </w:r>
      <w:r>
        <w:t>Maulana Wahiduddin Khan sahab unhe Miss Nagma nahi kehte the, unhe Mister Nagma kehte the because of, you know, the kind of work and the deep sense of responsibility that she had. If there is one person who understands every aspect of the mission, it is none other than doctor Nagma Siddiqui. She's indeed a great blessing for all of us.</w:t>
      </w:r>
    </w:p>
    <w:p>
      <w:pPr>
        <w:jc w:val="right"/>
      </w:pPr>
      <w:r>
        <w:t>मुलाना भईदुद्दीन खान साहब उन्हें miss नगमा नहीं कहते थे, उन्हें mister नगमा कहते थे because of, you know, the kind of work and the deep sense of responsibility that she had. If there is one person who understands every aspect of the mission, it is none other than doctor नगमा सिद्धिकी. She's indeed a great blessing for all of us.</w:t>
      </w:r>
    </w:p>
    <w:p>
      <w:r>
        <w:rPr>
          <w:b/>
        </w:rPr>
        <w:t xml:space="preserve">[01:53] </w:t>
      </w:r>
      <w:r>
        <w:t>So I would request doctor Nagma Siddiqui to come here and conduct and moderate the session. Doctor Nagma Siddiqui.</w:t>
      </w:r>
    </w:p>
    <w:p>
      <w:pPr>
        <w:jc w:val="right"/>
      </w:pPr>
      <w:r>
        <w:t>So I would request doctor नगमा सिद्धिगी to come here and conduct and moderate the session. Doctor नगमा सिद्धिगी.</w:t>
      </w:r>
    </w:p>
    <w:p>
      <w:r>
        <w:rPr>
          <w:b/>
        </w:rPr>
        <w:t xml:space="preserve">[02:07] </w:t>
      </w:r>
      <w:r>
        <w:t>I would like to welcome you to the CPS women session and I would like to start by thanking Allah for giving all CPS women this opportunity. I say this because of a personal experience. I came to Maulana in 2004.</w:t>
      </w:r>
    </w:p>
    <w:p>
      <w:pPr>
        <w:jc w:val="right"/>
      </w:pPr>
      <w:r>
        <w:t>I would like to welcome you to the CPS women session and I would like to start by thanking Allah for giving all CPS women this opportunity. I say this because of a personal experience. I came to Maulana in 2004.</w:t>
      </w:r>
    </w:p>
    <w:p>
      <w:r>
        <w:rPr>
          <w:b/>
        </w:rPr>
        <w:t xml:space="preserve">[02:37] </w:t>
      </w:r>
      <w:r>
        <w:t>Excuse me, before that, main koi paanch saal different different organizations ke paas gayi hoon. Sabse poocha ke mujhe koi kaam de de Allah ke liye khadi ho sakoon. Kisi ne nahi diya aur phir jab hum do hazar chaar mein Maulana ke paas aaye, woh C 29 mein classes lete the unke apne kamre mein. Wahan saat aath log hote the.</w:t>
      </w:r>
    </w:p>
    <w:p>
      <w:pPr>
        <w:jc w:val="right"/>
      </w:pPr>
      <w:r>
        <w:t>Excuse me before that मैं कोई पांच साल different different organizations के पास गई हूँ. सबसे पुछा कि मुझे कोई काम दे दे अल्लाह के लिए खड़ी हो सकूँ. किसी ने नहीं दिया और फिर जब हम दो हज़ार चार में मलाना के पास आए, वो C 29 में classes लेते थे उनके अपने कमरे में. वहां सात आठ लोग होते थे.</w:t>
      </w:r>
    </w:p>
    <w:p>
      <w:r>
        <w:rPr>
          <w:b/>
        </w:rPr>
        <w:t xml:space="preserve">[03:04] </w:t>
      </w:r>
      <w:r>
        <w:t>Toh main teen chaar classes ke baad when I realized ke itna important message hai yeh. Toh main Maulana ke paas gayi ke Maulana aap yeh chaar diwari mein saat aath logon ko kyun sirf baat kar rahe hain? Yeh toh poori duniya ke liye hai. Poori duniya ko iski zaroorat hai. And he just smiled at me and said aapko kaun rok raha hai? Aap le jaiye. Aise kisi ne nahi baat kari thi humse.</w:t>
      </w:r>
    </w:p>
    <w:p>
      <w:pPr>
        <w:jc w:val="right"/>
      </w:pPr>
      <w:r>
        <w:t>तो मैं तीन चार classes के बाद when I realized कि इतना important message है यह. तो मैं मालाने के पास गई कि मालाना आप यह चार दिवारी में सात आठ लोगों को क्यों सिर्फ बात कर रहे हैं? ये तो पूरी दुनिया के लिए है. पूरी दुनिया को इसकी ज़रूरत है. And he just smiled at me and said आपको कौन रोक रहा है? आप ले जाइए. ऐसे किसी ने नहीं बात करी थी हमसे.</w:t>
      </w:r>
    </w:p>
    <w:p>
      <w:r>
        <w:rPr>
          <w:b/>
        </w:rPr>
        <w:t xml:space="preserve">[03:33] </w:t>
      </w:r>
      <w:r>
        <w:t>Women ko koi opportunity aise nahi di gayi thi aur sirf unhone kaha nahi. Unhone ek ek cheez hamein backup kari. Unhone poori freedom di hamein. Hum bas lag gaye doctor sahab aur apa ke saath ke kisi jo hum sochte the unke paas jaate the. Sabse pehle toh humne woh video recording shuru kari.</w:t>
      </w:r>
    </w:p>
    <w:p>
      <w:pPr>
        <w:jc w:val="right"/>
      </w:pPr>
      <w:r>
        <w:t>Women को कोई opportunity ऐसे नहीं दी गई थी और सिर्फ उन्होंने कहा नहीं. उन्होंने एक एक चीज़ हमें backup करी. उन्होंने पूरी freedom दी हमें. हम बस लग गए doctor साहब और आपा के साथ के किसी जो हम सोचते थे उनके पास जाते थे. सबसे पहले तो हमने वो video recording शुरू करी.</w:t>
      </w:r>
    </w:p>
    <w:p>
      <w:r>
        <w:rPr>
          <w:b/>
        </w:rPr>
        <w:t xml:space="preserve">[03:57] </w:t>
      </w:r>
      <w:r>
        <w:t>Do hazar paanch ki baat hai toh do hazar cheh tak usko properly recording shuru ho gayi thi aur ismein doctor sahab ka</w:t>
      </w:r>
    </w:p>
    <w:p>
      <w:pPr>
        <w:jc w:val="right"/>
      </w:pPr>
      <w:r>
        <w:t>दो हज़ार पांच की बात है तो दो हज़ार छह तक उसको properly recording शुरू हो गई थी और इसमें doctor साहब का बहुत बड़ा role है. हम तो एक छोटा handycam लेके आ गए थे. Doctor साहब ने professional camera वो करे, studio arrange करा वान्निज़ामददीन में, editing studio करा और फिर इस level के broadcast quality videos बनाए जो अभी तक islamic और religious उसमें पाए नहीं जाते थे.</w:t>
      </w:r>
    </w:p>
    <w:p>
      <w:r>
        <w:rPr>
          <w:b/>
        </w:rPr>
        <w:t xml:space="preserve">[04:25] </w:t>
      </w:r>
      <w:r>
        <w:t>I remember hum Z TV pe hamare</w:t>
      </w:r>
    </w:p>
    <w:p>
      <w:pPr>
        <w:jc w:val="right"/>
      </w:pPr>
      <w:r>
        <w:t>I remember हम Z TV पे हमारे आते थे. तो जो production head थे Z TV के वो आए थे good word और उन्होंने कहा यह frame किसने बनाया? यह quality of video किसने वो कराया? तो मैं doctor साहब के पास लेके गई. उन्होंने कहा ऐसे हमने कोई religious programs ऐसे इस quality के देखे नहीं है. इस्लाम तो दूर की बात है कोई और religious programs भी हमें इस quality के, इस frame के, नहीं देखे हमने.</w:t>
      </w:r>
    </w:p>
    <w:p>
      <w:r>
        <w:rPr>
          <w:b/>
        </w:rPr>
        <w:t xml:space="preserve">[04:52] </w:t>
      </w:r>
      <w:r>
        <w:t>Toh jaise doctor sahab karte hain har ek cheez international quality ki ho waise unhone videos bhi international quality ke banaye aur hum phir doosre aapke saath lage kyunki mujhe Urdu nahi aati thi. English mein humne dekha ke most of the material was not available as soft copies.</w:t>
      </w:r>
    </w:p>
    <w:p>
      <w:pPr>
        <w:jc w:val="right"/>
      </w:pPr>
      <w:r>
        <w:t>तो जैसे doctor साहब करते हैं हर एक चीज़ international quality की हो वैसे उन्होंने videos भी international quality के बनाए और हम फिर दूसरे आपा के साथ लगे क्योंकि मुझे उर्दू नहीं आती थी. English में हमने देखा कि most of the material was not available as soft copies.</w:t>
      </w:r>
    </w:p>
    <w:p>
      <w:r>
        <w:rPr>
          <w:b/>
        </w:rPr>
        <w:t xml:space="preserve">[05:11] </w:t>
      </w:r>
      <w:r>
        <w:t>to humne Navdeep ne poora apna office at our disposal kara aur humne sara books aur risala soft</w:t>
      </w:r>
    </w:p>
    <w:p>
      <w:pPr>
        <w:jc w:val="right"/>
      </w:pPr>
      <w:r>
        <w:t>तो हमने नबदीप ने पूरा अपना office at our disposal करा और हमने सारा books और अल्रसाला soft</w:t>
      </w:r>
    </w:p>
    <w:p>
      <w:r>
        <w:rPr>
          <w:b/>
        </w:rPr>
        <w:t xml:space="preserve">[05:18] </w:t>
      </w:r>
      <w:r>
        <w:t>copies banane ki koshish kari aur phir us cpsglobal.org shuru kara aur sare Rajat, Stuti sab log doctor</w:t>
      </w:r>
    </w:p>
    <w:p>
      <w:pPr>
        <w:jc w:val="right"/>
      </w:pPr>
      <w:r>
        <w:t>copies बनाने की कोशिश करी और फिर उस cpsglobal.org शुरू करा और सारे रजत, स्तुति सब लोग doctor</w:t>
      </w:r>
    </w:p>
    <w:p>
      <w:r>
        <w:rPr>
          <w:b/>
        </w:rPr>
        <w:t xml:space="preserve">[05:25] </w:t>
      </w:r>
      <w:r>
        <w:t>Pradhan are part and parcel of this jo initial team thi and ek shuruat mili aur usmein women</w:t>
      </w:r>
    </w:p>
    <w:p>
      <w:pPr>
        <w:jc w:val="right"/>
      </w:pPr>
      <w:r>
        <w:t>प्रधान are part and parcel of this जो initial team थी and एक शुरुआत मिली और उसमें women</w:t>
      </w:r>
    </w:p>
    <w:p>
      <w:r>
        <w:rPr>
          <w:b/>
        </w:rPr>
        <w:t xml:space="preserve">[05:32] </w:t>
      </w:r>
      <w:r>
        <w:t>ke ek bohat bara role Maulana ne diya jo kahin bhi hum nahi dekhte and Rajat ne kaha</w:t>
      </w:r>
    </w:p>
    <w:p>
      <w:pPr>
        <w:jc w:val="right"/>
      </w:pPr>
      <w:r>
        <w:t>के एक बहुत बड़ा role मोलाना ने दिया जो कहीं भी हम नहीं देखते and रजत ने कहा</w:t>
      </w:r>
    </w:p>
    <w:p>
      <w:r>
        <w:rPr>
          <w:b/>
        </w:rPr>
        <w:t xml:space="preserve">[05:39] </w:t>
      </w:r>
      <w:r>
        <w:t>ke CPS women are different.</w:t>
      </w:r>
    </w:p>
    <w:p>
      <w:pPr>
        <w:jc w:val="right"/>
      </w:pPr>
      <w:r>
        <w:t>कि CPS women are different.</w:t>
      </w:r>
    </w:p>
    <w:p>
      <w:r>
        <w:rPr>
          <w:b/>
        </w:rPr>
        <w:t xml:space="preserve">[05:47] </w:t>
      </w:r>
      <w:r>
        <w:t>I think CPS, Maulana and CPS has given women the platform to perform the role that Islam has given them. Nobody, no other organization in the world, Muslim organization offers that sort of platform for women.</w:t>
      </w:r>
    </w:p>
    <w:p>
      <w:pPr>
        <w:jc w:val="right"/>
      </w:pPr>
      <w:r>
        <w:t>I think CPS, मुलाना and CPS has given women the platform to perform the role that Islam has given them. Nobody, no other organization in the world, मुस्लिम organization offers that sort of platform for women.</w:t>
      </w:r>
    </w:p>
    <w:p>
      <w:r>
        <w:rPr>
          <w:b/>
        </w:rPr>
        <w:t xml:space="preserve">[06:02] </w:t>
      </w:r>
      <w:r>
        <w:t>I can say that with full conviction aur Maulana ek, Khuda ne Maulana ko ek visionary matlab banaya aur before hum session shuru karein main aapko kuch Maulana ne jo hamein guidance di for women. Woh hum main chahungi ke hum log dekhein use phir hum session shuru karein. Woh visit bilkul any jaagte hain bhi maine dekha tha usko.</w:t>
      </w:r>
    </w:p>
    <w:p>
      <w:pPr>
        <w:jc w:val="right"/>
      </w:pPr>
      <w:r>
        <w:t>I can say that with full conviction और मोलाना एक, खुदा ने मोलाना को एक visionary मतलब बनाया और before हम session शुरू करें मैं आपको कुछ मोलाना ने जो हमें guidance दी for women. वह हम मैं चाहूंगी कि हम लोग देखें उसे फिर हम session शुरू करें. वह visit बिल्कुल any जागते हैं भी मैंने देखा था उसको.</w:t>
      </w:r>
    </w:p>
    <w:p>
      <w:r>
        <w:rPr>
          <w:b/>
        </w:rPr>
        <w:t xml:space="preserve">[06:30] </w:t>
      </w:r>
      <w:r>
        <w:t>bilkul saaf saaf abhi bhi yaad hai mujhe.</w:t>
      </w:r>
    </w:p>
    <w:p>
      <w:pPr>
        <w:jc w:val="right"/>
      </w:pPr>
      <w:r>
        <w:t>बिल्कुल साफ साफ अभी भी याद है मुझे.</w:t>
      </w:r>
    </w:p>
    <w:p>
      <w:r>
        <w:rPr>
          <w:b/>
        </w:rPr>
        <w:t xml:space="preserve">[06:46] </w:t>
      </w:r>
      <w:r>
        <w:t>kyunke mard kam milenge aur khawateen mil nahi humko bohat zyada ummeed nahi ghirra.</w:t>
      </w:r>
    </w:p>
    <w:p>
      <w:pPr>
        <w:jc w:val="right"/>
      </w:pPr>
      <w:r>
        <w:t>क्योंकि मर्द कम मिलेंगे और ख्वातिर मिल नहीं हमको बहुत ज़्यादा उम्मीद नहीं गिनशर्रा.</w:t>
      </w:r>
    </w:p>
    <w:p>
      <w:r>
        <w:rPr>
          <w:b/>
        </w:rPr>
        <w:t xml:space="preserve">[07:02] </w:t>
      </w:r>
      <w:r>
        <w:t>Ekdam sahab maine woh khwab nahi tha lekin vision tha lekin main jaise dekh raha tha khuli aankhon se. Bahut baar maidan hai khoob, baak ki tarah.</w:t>
      </w:r>
    </w:p>
    <w:p>
      <w:pPr>
        <w:jc w:val="right"/>
      </w:pPr>
      <w:r>
        <w:t>एकदम साहब मैंने वो खाब नहीं था लेकिन विजन था लेकिन मैं जैसे देख रहा था खुली आंखों से. बहुत बार मैदान है खूब, बाक की तरह</w:t>
      </w:r>
    </w:p>
    <w:p>
      <w:r>
        <w:rPr>
          <w:b/>
        </w:rPr>
        <w:t xml:space="preserve">[07:32] </w:t>
      </w:r>
      <w:r>
        <w:t>yeh vijay bahut sahi tha. main adhik aurat ki zyada badi weakness yeh nahi ki usko equality nahi milti. mumerde se kartik cheez hai. asisi ki auratein hoti hain by nature emotional.</w:t>
      </w:r>
    </w:p>
    <w:p>
      <w:pPr>
        <w:jc w:val="right"/>
      </w:pPr>
      <w:r>
        <w:t>यह विजय बहुत सही था. मैं अधिक औरत की ज़्यादा बड़ी weakness यह नहीं कि उसको equality नहीं मिलती. मुमेर्दे से कार्तिक चीज़ है. असीसी की औरतें होती हैं by nature emotional.</w:t>
      </w:r>
    </w:p>
    <w:p>
      <w:r>
        <w:rPr>
          <w:b/>
        </w:rPr>
        <w:t xml:space="preserve">[07:59] </w:t>
      </w:r>
      <w:r>
        <w:t>agar apne emotional ko control kar le aur toh phir woh bardasht aage chal jayegi. bardasht kiye jati hai isliye ki emotional control nahi kar pati hai. kyunki emotional control kar le toh yeh khel woh bardasht aage badh jayegi. toh auto commercial zyada equality nahi hai. apne emotional control karna hai.</w:t>
      </w:r>
    </w:p>
    <w:p>
      <w:pPr>
        <w:jc w:val="right"/>
      </w:pPr>
      <w:r>
        <w:t>अगर अपने emotional को control कर ले और तो फिर वह बर्दोस्त आगे चल जाएगी. बर्दोस्त पिए जाती है इसलिए कि emotional control नहीं कर पाती है. क्योंकि emotional control कर ले तो यह खेल वह बर्दोस्त आगे बढ़ जाएगी. तो auto commercial ज़्यादा equality नहीं है. अपने emotional control करना है.</w:t>
      </w:r>
    </w:p>
    <w:p>
      <w:r>
        <w:rPr>
          <w:b/>
        </w:rPr>
        <w:t xml:space="preserve">[08:25] </w:t>
      </w:r>
      <w:r>
        <w:t>iske wajah se kya hota hai ki jo potential risk hai,</w:t>
      </w:r>
    </w:p>
    <w:p>
      <w:pPr>
        <w:jc w:val="right"/>
      </w:pPr>
      <w:r>
        <w:t>इसके वजह से क्या होता है कि जो potential risk है, उसको avail नहीं कर पाती है. लेकिन अगर emotional control कर सके, तब अपने potential को aware करना उसके आसान हो जाएगा. यह जो कहा गया है कि there is a woman at the beginning of all great things.</w:t>
      </w:r>
    </w:p>
    <w:p>
      <w:r>
        <w:rPr>
          <w:b/>
        </w:rPr>
        <w:t xml:space="preserve">[08:53] </w:t>
      </w:r>
      <w:r>
        <w:t>toh shayad woh hamare mission mein bhi hone wala hai. main ek baar do gaya tha Manchester toh wahan par ek hai Mohammad Al Arya, ek Arya. unki biwi bahut hi simple churf kiye hain, bahut hi seedhi shaadi. mujhko mere bare mein woh kuch bhi nahi jaanti thi woh.</w:t>
      </w:r>
    </w:p>
    <w:p>
      <w:pPr>
        <w:jc w:val="right"/>
      </w:pPr>
      <w:r>
        <w:t>तो शायद वह हमारे mission में भी होने वाला है. मैं एक बार दो गया था Manchester तो वहां पर एक है मोहम्मद अल आर्य, एक आर्य. उनकी बीवी बहुत ही simple चुर्फ़ किए हैं, बहुत ही सीधी शादी. मुझको मेरे बारे में वह कुछ भी नहीं जानती थी वह.</w:t>
      </w:r>
    </w:p>
    <w:p>
      <w:r>
        <w:rPr>
          <w:b/>
        </w:rPr>
        <w:t xml:space="preserve">[09:20] </w:t>
      </w:r>
      <w:r>
        <w:t>toh jis din main pahuncha usi din raat ko urdkhaav dekha ki Manchester mein ek prophet aaye hain aur unke saath aurta chal rahi. zyada tar auratein chal rahi hain. dop</w:t>
      </w:r>
    </w:p>
    <w:p>
      <w:pPr>
        <w:jc w:val="right"/>
      </w:pPr>
      <w:r>
        <w:t>तो जिस दिन मैं पहुंचा उसी दिन रात को उड़खाव देखा कि Manchester में एक prophet आए हैं और उनके साथ औरता चल रही. ज़्यादातर औरतें चल रही हैं. दोपहर मर्दों के role तो है, हमेशा रहेगा, लेकिन मर्दों के साथ औरतों के role बहुत ज़्यादा इस mission में है, ऐसा लगता है मुझे.</w:t>
      </w:r>
    </w:p>
    <w:p>
      <w:r>
        <w:rPr>
          <w:b/>
        </w:rPr>
        <w:t xml:space="preserve">[09:47] </w:t>
      </w:r>
      <w:r>
        <w:t>mardon ke saath auraton ko is mission mein bohat important hai.</w:t>
      </w:r>
    </w:p>
    <w:p>
      <w:pPr>
        <w:jc w:val="right"/>
      </w:pPr>
      <w:r>
        <w:t>मर्दों के साथ औरतों करोड़ इस mission में बहुत important है.</w:t>
      </w:r>
    </w:p>
    <w:p>
      <w:r>
        <w:rPr>
          <w:b/>
        </w:rPr>
        <w:t xml:space="preserve">[09:54] </w:t>
      </w:r>
      <w:r>
        <w:t>in baaton ko samjhiye, in baaton ko jaaniye.</w:t>
      </w:r>
    </w:p>
    <w:p>
      <w:pPr>
        <w:jc w:val="right"/>
      </w:pPr>
      <w:r>
        <w:t>इन बातों को समझिए, इन बातों को जानिए.</w:t>
      </w:r>
    </w:p>
    <w:p>
      <w:r>
        <w:rPr>
          <w:b/>
        </w:rPr>
        <w:t xml:space="preserve">[10:02] </w:t>
      </w:r>
      <w:r>
        <w:t>aapki energy, aapka time, jo kuch bhi aapke paas hai, sab par sabse pehla haq jo hai woh</w:t>
      </w:r>
    </w:p>
    <w:p>
      <w:pPr>
        <w:jc w:val="right"/>
      </w:pPr>
      <w:r>
        <w:t>आपकी energy, आपका time, जो कुछ भी आपके पास है, सब पर सबसे पहला हक जो है वो</w:t>
      </w:r>
    </w:p>
    <w:p>
      <w:r>
        <w:rPr>
          <w:b/>
        </w:rPr>
        <w:t xml:space="preserve">[10:10] </w:t>
      </w:r>
      <w:r>
        <w:t>Khuda ka hai.</w:t>
      </w:r>
    </w:p>
    <w:p>
      <w:pPr>
        <w:jc w:val="right"/>
      </w:pPr>
      <w:r>
        <w:t>खुदा का है.</w:t>
      </w:r>
    </w:p>
    <w:p>
      <w:r>
        <w:rPr>
          <w:b/>
        </w:rPr>
        <w:t xml:space="preserve">[10:18] </w:t>
      </w:r>
      <w:r>
        <w:t>aur Khuda kaha ki yahi hai ki aap Khuda ke message ko pahuncha de. sab toh woh jo hadith mein hai ki hoda ka word har ghar mein daakhir ho jayega. toh log samajhte hain isko mysterious sense mein lete hain.</w:t>
      </w:r>
    </w:p>
    <w:p>
      <w:pPr>
        <w:jc w:val="right"/>
      </w:pPr>
      <w:r>
        <w:t>और खुदा कहा कि यही है कि आप खुदा के message को पहुंचा दे. सब तो वह जो हदीस में है कि होदा का word हर घर में दाखिर हो जाएगा. तो लोग समझते हैं इसको mysterious sense मिलेते हैं.</w:t>
      </w:r>
    </w:p>
    <w:p>
      <w:r>
        <w:rPr>
          <w:b/>
        </w:rPr>
        <w:t xml:space="preserve">[10:46] </w:t>
      </w:r>
      <w:r>
        <w:t>yaani iska matlab aise saadhan ho jayenge kisi dimane mein. aise saadhan aise kariye. kya ghar ghar mein pahunchana possible ho jayega? yeh matlab hai uska? yeh matlab hai ki mysteriously pahunch jayega. toh woh woh age parivar aaya hai is vani mein.</w:t>
      </w:r>
    </w:p>
    <w:p>
      <w:pPr>
        <w:jc w:val="right"/>
      </w:pPr>
      <w:r>
        <w:t>यानी इसका मतलब ऐसे साधन हो जाएंगे किसी दिमाने में. ऐसे साधन ऐसे करिए. क्या घर घर में पहुंचाना possible हो जाएगा? यह मतलब है उसका? यह मतलब है कि mysteriously पहुंच जाएगा. तो वह वो age परिवार आया है इस वाणी में.</w:t>
      </w:r>
    </w:p>
    <w:p>
      <w:r>
        <w:rPr>
          <w:b/>
        </w:rPr>
        <w:t xml:space="preserve">[11:13] </w:t>
      </w:r>
      <w:r>
        <w:t>allah na aise hi hamein guide karte rehte the. jab bhi hum jaate the koi na koi unhe motivation hamein dete the ki hum kaam karte rahe.</w:t>
      </w:r>
    </w:p>
    <w:p>
      <w:pPr>
        <w:jc w:val="right"/>
      </w:pPr>
      <w:r>
        <w:t>अलाह ना ऐसे ही हमें guide करते रहते थे. जब भी हम जाते थे कोई ना कोई उन्हें motivation हमें देते थे कि हम काम करते रहे.</w:t>
      </w:r>
    </w:p>
    <w:p>
      <w:r>
        <w:rPr>
          <w:b/>
        </w:rPr>
        <w:t xml:space="preserve">[11:23] </w:t>
      </w:r>
      <w:r>
        <w:t>hum aaj aapko CPS woman jo platform bana hai uske bare mein thoda batayenge aur jaise ke Maulana</w:t>
      </w:r>
    </w:p>
    <w:p>
      <w:pPr>
        <w:jc w:val="right"/>
      </w:pPr>
      <w:r>
        <w:t>हम आज आपको CPS woman जो platform बना है उसके बारे में थोड़ा बताएंगे और जैसे कि मुलाने</w:t>
      </w:r>
    </w:p>
    <w:p>
      <w:r>
        <w:rPr>
          <w:b/>
        </w:rPr>
        <w:t xml:space="preserve">[11:31] </w:t>
      </w:r>
      <w:r>
        <w:t>ne kaha ke CPS mission mein aadmi to hain hi hain, woh to apna role perform karenge hi</w:t>
      </w:r>
    </w:p>
    <w:p>
      <w:pPr>
        <w:jc w:val="right"/>
      </w:pPr>
      <w:r>
        <w:t>ने कहा कि CPS mission में आदमी तो हैं ही हैं, वो तो अपना role perform करेंगे ही</w:t>
      </w:r>
    </w:p>
    <w:p>
      <w:r>
        <w:rPr>
          <w:b/>
        </w:rPr>
        <w:t xml:space="preserve">[11:40] </w:t>
      </w:r>
      <w:r>
        <w:t>karenge, but auratein auraton ko bhi opportunity milegi apna role perform karne ke liye and I personally feel</w:t>
      </w:r>
    </w:p>
    <w:p>
      <w:pPr>
        <w:jc w:val="right"/>
      </w:pPr>
      <w:r>
        <w:t>करेंगे, but औरतें औरतों को भी opportunity मिलेगी अपना role perform करने के लिए and I personally feel</w:t>
      </w:r>
    </w:p>
    <w:p>
      <w:r>
        <w:rPr>
          <w:b/>
        </w:rPr>
        <w:t xml:space="preserve">[11:48] </w:t>
      </w:r>
      <w:r>
        <w:t>the first lady jisne apna role discover kiya aur ek opportunity carve out kari for herself is professor Fareeda Khanam.</w:t>
      </w:r>
    </w:p>
    <w:p>
      <w:pPr>
        <w:jc w:val="right"/>
      </w:pPr>
      <w:r>
        <w:t>the first lady जिसने अपना role discover किया और एक opportunity carve out करी for herself is professor फरीदा खानम.</w:t>
      </w:r>
    </w:p>
    <w:p>
      <w:r>
        <w:rPr>
          <w:b/>
        </w:rPr>
        <w:t xml:space="preserve">[11:57] </w:t>
      </w:r>
      <w:r>
        <w:t>Molana used to say ki main unko jab se woh chhah saal ki thi jab se train kar raha hoon aur ye bhi kehte the ki agar ab 2010 onwards jab unhone hamein batana keh rahe ki agar main na rahoon toh agar aap pata karna chahein ki main is particular situation mein kya kahunga ya kya karunga, toh apa se poochhiye.</w:t>
      </w:r>
    </w:p>
    <w:p>
      <w:pPr>
        <w:jc w:val="right"/>
      </w:pPr>
      <w:r>
        <w:t>मोलाना used to say कि मैं उनको जब से वो छह साल की थी जब से train कर रहा हूँ और ये भी कहते थे कि अगर अब 2010 onwards जब उन्होंने हमें बताना कह रहे कि अगर मैं ना रहूँ तो अगर आप पता करना चाहें कि मैं इस particular situation में क्या कहूंगा या क्या करूंगा, तो आपा से पूछिए.</w:t>
      </w:r>
    </w:p>
    <w:p>
      <w:r>
        <w:rPr>
          <w:b/>
        </w:rPr>
        <w:t xml:space="preserve">[12:23] </w:t>
      </w:r>
      <w:r>
        <w:t>apa ne apni puri zindagi waqt kardi hai mission ke liye. chahe woh Urdu ideology ho, chahe woh English ho, chahe woh kuch bhi hamein guidance chahiye, woh apa hamein deti hain. itni baar main khud pareshan ho gayi hoon, mujhe samajh mein nahi aaya, woh ghar aayi hain ki mujhe bataiye apna problem kya hai?</w:t>
      </w:r>
    </w:p>
    <w:p>
      <w:pPr>
        <w:jc w:val="right"/>
      </w:pPr>
      <w:r>
        <w:t>आपा ने अपनी पूरी ज़िंदगी वक्त कर दी है mission के लिए. चाहे वो उर्दू ideology हो, चाहे वो english हो, चाहे वो कुछ भी हमें guidance चाहिए, वो आपा हमें देती हैं. इतनी बार मैं खुद परेशान हो गई हूँ, मुझे समझ में नहीं आया, वो घर आई हैं कि मुझे बताइए अपना problem क्या है?</w:t>
      </w:r>
    </w:p>
    <w:p>
      <w:r>
        <w:rPr>
          <w:b/>
        </w:rPr>
        <w:t xml:space="preserve">[12:44] </w:t>
      </w:r>
      <w:r>
        <w:t>aur hamein guide karke us situation se aage badhvaya hai taaki mission aage badhe and I can, I</w:t>
      </w:r>
    </w:p>
    <w:p>
      <w:pPr>
        <w:jc w:val="right"/>
      </w:pPr>
      <w:r>
        <w:t>और हमें guide करके उस situation से आगे बढ़वाया है ताकि mission आगे बढ़े and I can, I</w:t>
      </w:r>
    </w:p>
    <w:p>
      <w:r>
        <w:rPr>
          <w:b/>
        </w:rPr>
        <w:t xml:space="preserve">[12:49] </w:t>
      </w:r>
      <w:r>
        <w:t>have spent a lot of time with her and I can say she is a complete missionary?</w:t>
      </w:r>
    </w:p>
    <w:p>
      <w:pPr>
        <w:jc w:val="right"/>
      </w:pPr>
      <w:r>
        <w:t>have spent a lot of time with her and I can say she is a complete missionary?</w:t>
      </w:r>
    </w:p>
    <w:p>
      <w:r>
        <w:rPr>
          <w:b/>
        </w:rPr>
        <w:t xml:space="preserve">[12:55] </w:t>
      </w:r>
      <w:r>
        <w:t>ek second nahi waste karti.</w:t>
      </w:r>
    </w:p>
    <w:p>
      <w:pPr>
        <w:jc w:val="right"/>
      </w:pPr>
      <w:r>
        <w:t>एक second नहीं waste करती.</w:t>
      </w:r>
    </w:p>
    <w:p>
      <w:r>
        <w:rPr>
          <w:b/>
        </w:rPr>
        <w:t xml:space="preserve">[13:00] </w:t>
      </w:r>
      <w:r>
        <w:t>poora har waqt mission, mission, mission.</w:t>
      </w:r>
    </w:p>
    <w:p>
      <w:pPr>
        <w:jc w:val="right"/>
      </w:pPr>
      <w:r>
        <w:t>पूरा हर वक्त mission, mission, mission.</w:t>
      </w:r>
    </w:p>
    <w:p>
      <w:r>
        <w:rPr>
          <w:b/>
        </w:rPr>
        <w:t xml:space="preserve">[13:06] </w:t>
      </w:r>
      <w:r>
        <w:t>I would like to ask Apa to start the session by talking about the role of women.</w:t>
      </w:r>
    </w:p>
    <w:p>
      <w:pPr>
        <w:jc w:val="right"/>
      </w:pPr>
      <w:r>
        <w:t>I would like to ask आपा to start the session by talking about the role of women.</w:t>
      </w:r>
    </w:p>
    <w:p>
      <w:r>
        <w:rPr>
          <w:b/>
        </w:rPr>
        <w:t xml:space="preserve">[13:11] </w:t>
      </w:r>
      <w:r>
        <w:t>Apa please aaiye.</w:t>
      </w:r>
    </w:p>
    <w:p>
      <w:pPr>
        <w:jc w:val="right"/>
      </w:pPr>
      <w:r>
        <w:t>आपा please आइए.</w:t>
      </w:r>
    </w:p>
    <w:p>
      <w:r>
        <w:rPr>
          <w:b/>
        </w:rPr>
        <w:t xml:space="preserve">[13:17] </w:t>
      </w:r>
      <w:r>
        <w:t>Assamulyul. kahan se shuru karein? hum jab paida hue toh hum gaon mein paida hue. wahan toh koi school bhi nahi tha, kuch nahi tha. toh kuch bhi nahi hum jaante the. hamare khandan ke log English schoolon mein padhte the.</w:t>
      </w:r>
    </w:p>
    <w:p>
      <w:pPr>
        <w:jc w:val="right"/>
      </w:pPr>
      <w:r>
        <w:t>अस्सलामूल्युल. कहां से शुरू करें? हम जब पैदा हुए तो हम गांव में पैदा हुए. वहां तो कोई school भी नहीं था, कुछ नहीं था. तो कुछ भी नहीं हम जानते थे. हमारे खानदान के लोग english schoolओं में पढ़ते थे.</w:t>
      </w:r>
    </w:p>
    <w:p>
      <w:r>
        <w:rPr>
          <w:b/>
        </w:rPr>
        <w:t xml:space="preserve">[13:46] </w:t>
      </w:r>
      <w:r>
        <w:t>abba toh hum sirf library mein hi rehte the. woh toh koi aur doosra kaam hi nahi karte the. toh hum log wahin gaon mein rehte the. toh ek hamare rishtedar vagairah aam ke zamane mein, aam ke bagaat the, aam ke zamane mein picnic banane aaya karte the.</w:t>
      </w:r>
    </w:p>
    <w:p>
      <w:pPr>
        <w:jc w:val="right"/>
      </w:pPr>
      <w:r>
        <w:t>अब्बा तो हम सिर्फ library में ही रहते थे. वो तो कोई और दूसरा काम ही नहीं करते थे. तो हम लोग वहीं गांव में रहते थे. तो एक हमारे रिश्तेदार वगैरह आम के ज़माने में, आम के बागात थे, आम के ज़माने में picnic बनाने आया करते थे.</w:t>
      </w:r>
    </w:p>
    <w:p>
      <w:r>
        <w:rPr>
          <w:b/>
        </w:rPr>
        <w:t xml:space="preserve">[14:07] </w:t>
      </w:r>
      <w:r>
        <w:t>toh ek naam yaad nahi aa raha hai, toh ek aaye nephew hamare woh kisi FRCS ke bete the mujhe jahan tak yaad hai. ab unhone kisi baad mein seed ka loves istemal kiya, toh maine kaha yeh toh koi bahut achha lafz lag raha hai. hum seed ke maane bhi nahi jaante the, kuch nahi jaante the.</w:t>
      </w:r>
    </w:p>
    <w:p>
      <w:pPr>
        <w:jc w:val="right"/>
      </w:pPr>
      <w:r>
        <w:t>तो एक नाम याद नहीं आ रहा है, तो एक आए nephew हमारे वो किसी FRCS के बेटे थे मुझे जहां तक याद है. अब उन्होंने किसी बाद में seed का loves इस्तेमाल किया, तो मैंने कहा यह तो कोई बहुत अच्छा लफ्ज़ लग रहा है. हम seat के माने भी नहीं जानते थे, कुछ नहीं जानते थे.</w:t>
      </w:r>
    </w:p>
    <w:p>
      <w:r>
        <w:rPr>
          <w:b/>
        </w:rPr>
        <w:t xml:space="preserve">[14:35] </w:t>
      </w:r>
      <w:r>
        <w:t>aur isi mein humko chaudah pandrah saal guzar gaya. ab mujhe lagta hai ki yeh allah talan hai mere dil mein angrezi ke liye ek fascination daal diya tha ki main fascinate hoti thi koi word sun liya, koi phrase sun liya, koi sentence sun liya, bas usko yaad karne lag jati thi.</w:t>
      </w:r>
    </w:p>
    <w:p>
      <w:pPr>
        <w:jc w:val="right"/>
      </w:pPr>
      <w:r>
        <w:t>और इसी में हमको चौदह पंद्रह साल गुज़र गया. अब मुझे लगता है कि यह अल्लाह तालन है मेरे दिल में अंग्रेज़ी के लिए एक fascination डाल दिया था कि मैं fascinate होती थी कोई love sun लिया, कोई phrase sun लिया, कोई sentence sun लिया, बस उसको याद करने लग जाती थी.</w:t>
      </w:r>
    </w:p>
    <w:p>
      <w:r>
        <w:rPr>
          <w:b/>
        </w:rPr>
        <w:t xml:space="preserve">[14:57] </w:t>
      </w:r>
      <w:r>
        <w:t>phir hamein mauka mila jab Maulana Delhi aaye, alzamiyat, jamma edition ke editor honge toh wahan hamein mauka mila padhne ka. toh humne daswan gyarhavan Aligarh se kiya uske baad English honors mein dakhla liya. woh Maulana ne kaha tha hum persian lekar aa gaye the. Maulana kaha persian padh ke kya karogi? toh humne English aana se budakhla liya, English toh hamein aati hi nahi thi.</w:t>
      </w:r>
    </w:p>
    <w:p>
      <w:pPr>
        <w:jc w:val="right"/>
      </w:pPr>
      <w:r>
        <w:t>फिर हमें मौका मिला जब मौलाना दिल्ली आए, अलज़मियत, जम्मा edition के editor होंगे तो वहां हमको मौका मिला पढ़ने का. तो हमने दसवां ग्यारहवां अलीगढ़ से किया उसके बाद english honors में दाखला लिया. वह मौलाना ने कहा था हम persian लेकर आ गए थे. मौलाना कहा persian पढ़ के क्या करोगी? तो हमने english आना से बुदाखला लिया, english तो हमें आती ही नहीं थी.</w:t>
      </w:r>
    </w:p>
    <w:p>
      <w:r>
        <w:rPr>
          <w:b/>
        </w:rPr>
        <w:t xml:space="preserve">[15:27] </w:t>
      </w:r>
      <w:r>
        <w:t>hum peeche baithe, sote rehte the, lecture bhi nahi samajhte the. lekin yeh baat thi, ki hum ne apna determination zabardast tha. humne nahi chhoda. jo ladkiyon ko bhi kam laga ki mushkil hai English honors, woh bhi Delhi University ke English honors. toh un logon ne chhod chhod ke doosre subject le liye. humne chhoda nahi, usi mein lage rahe, lage rahe. yahan tak ke badi badi mustibaton se English mein MA kar liya.</w:t>
      </w:r>
    </w:p>
    <w:p>
      <w:pPr>
        <w:jc w:val="right"/>
      </w:pPr>
      <w:r>
        <w:t>हम पीछे बैठे, सोते रहते थे, lecture भी नहीं समझते थे. लेकिन यह बात थी, कि हम ने अपना determination ज़बरदस्त था. हमने नहीं छोड़ा. जो लड़कियों को भी कम लगा कि मुश्किल है english honors, वो भी दिल्ली university के english honors. तो उन लोगों ने छोड़ छोड़ के दूसरे subject ले लिए. हमने छोड़ा नहीं, उसी में लगे रहे, लगे रहे. यहां तक के बड़ी बड़ी मुस्तीबतों से english में m में कर लिया.</w:t>
      </w:r>
    </w:p>
    <w:p>
      <w:r>
        <w:rPr>
          <w:b/>
        </w:rPr>
        <w:t xml:space="preserve">[15:56] </w:t>
      </w:r>
      <w:r>
        <w:t>uske baad, us waqt bhi itni angrezi nahi aati thi ki hum translation karte hain. toh hamare bhai Sanis Nayan ne ek English lady thi. Mrs. Ayana Khanna. unhone ek Indian se shaadi ki thi. toh woh yahan rehti thi. Moti Bagh mein. toh Sanis Nayan ne unko discover kiya.</w:t>
      </w:r>
    </w:p>
    <w:p>
      <w:pPr>
        <w:jc w:val="right"/>
      </w:pPr>
      <w:r>
        <w:t>उसके बाद, उस वक्त भी इतनी अंग्रेज़ी नहीं आती थी कि हम translation करते हैं. तो हमारे भाई सानीस नयन ने एक english lady थी. Mrs. अयाना खन्ना. उन्होंने एक indian से शादी की थी. तो वो यहां रहती थी. मोती भाग में. तो सानीस नयन ने उनको discover किया.</w:t>
      </w:r>
    </w:p>
    <w:p>
      <w:r>
        <w:rPr>
          <w:b/>
        </w:rPr>
        <w:t xml:space="preserve">[16:23] </w:t>
      </w:r>
      <w:r>
        <w:t>phir hum log unse padhne jaane lage aur kaafi angrezi unse padhi. uske baad translation kar karke unko hum dikhate rahe. toh woh jo bhi correction karti thi, revise karti thi usko hum yaad karte the. toh is tarike se barson barson lag gaya, english mein.</w:t>
      </w:r>
    </w:p>
    <w:p>
      <w:pPr>
        <w:jc w:val="right"/>
      </w:pPr>
      <w:r>
        <w:t>फिर हम लोग उनसे पढ़ने जाने लगे और काफी अंग्रेज़ी उनसे पढ़ी. उसके बाद translation कर करके उनको हम दिखाते रहे. तो वह जो भी correction करती थी, revise करती थी उसको हम याद करते थे. तो इस तरीके से बरसों बरसों लग गया, english में.</w:t>
      </w:r>
    </w:p>
    <w:p>
      <w:r>
        <w:rPr>
          <w:b/>
        </w:rPr>
        <w:t xml:space="preserve">[16:43] </w:t>
      </w:r>
      <w:r>
        <w:t>toh main isliye apni kahani sunaya ki dekhiye mere jaisi ladki jo gaon mein rahi chaudah pandrah saal, woh kuch kar sakti hai toh, baaki toh sab log humse zyada padhe likhe hain, humse zyada achha background hai unka toh har ladki ke andar, har aurat ke andar potential hota hai.</w:t>
      </w:r>
    </w:p>
    <w:p>
      <w:pPr>
        <w:jc w:val="right"/>
      </w:pPr>
      <w:r>
        <w:t>तो मैं इसलिए अपनी कहानी सुनाया कि देखिए मेरे जैसी लड़की जो गांव में रही चौदह पंद्रह साल, वो कुछ कर सकती है तो, बाकी तो सब लोग हमसे ज़्यादा पढ़े लिखे हैं, हमसे ज़्यादा अच्छा background है उनका तो हर लड़की के अंदर, हर औरत के अंदर potential होता है.</w:t>
      </w:r>
    </w:p>
    <w:p>
      <w:r>
        <w:rPr>
          <w:b/>
        </w:rPr>
        <w:t xml:space="preserve">[17:07] </w:t>
      </w:r>
      <w:r>
        <w:t>us potential ko realize karna jo hai, woh asal kaam hai. toh uske liye determination chahiye. focus chahiye. toh hum log ab, hamara na kahin jaane bhi nahi dete the rishtedariyon mein, na hamare yahan yeh sab hota tha. toh hum log sirf har baat padh, padhte likhte rehte the. toh us tarike se hum logon ko bahut zyada, mauka mila kaam karne ka.</w:t>
      </w:r>
    </w:p>
    <w:p>
      <w:pPr>
        <w:jc w:val="right"/>
      </w:pPr>
      <w:r>
        <w:t>उस potential को realize करना जो है, वो असल काम है. तो उसके लिए determination चाहिए. Focus चाहिए. तो हम लोग अब, हमारा ना कहीं जाने भी नहीं देते थे रिश्तेदारियों में, ना हमारे यहां यह सब होता था. तो हम लोग सिर्फ हर बात पढ़, पढ़ते लिखते रहते थे. तो उस तरीके से हम लोगों को बहुत ज़्यादा, मौका मिला काम करने का.</w:t>
      </w:r>
    </w:p>
    <w:p>
      <w:r>
        <w:rPr>
          <w:b/>
        </w:rPr>
        <w:t xml:space="preserve">[17:36] </w:t>
      </w:r>
      <w:r>
        <w:t>uske baad jab rishala nikla, toh main Maulana jaise, Maulana zyada tar kaam khud hi karte the. kabhi jaise dictation dena hua, ya kabhi proof reading pehle hoti thi toh uske liye do aadmi chahiye hota tha. woh humne saath mein kar liya. toh hum bahut fascinate hote the. koi bhi naya idea, nayi baat, toh fascinate hote the.</w:t>
      </w:r>
    </w:p>
    <w:p>
      <w:pPr>
        <w:jc w:val="right"/>
      </w:pPr>
      <w:r>
        <w:t>उसके बाद जब रिशाला निकला, तो मैं मौराना जैसे, मौराना ज़्यादातर काम खुद ही करते थे. कभी जैसे dictation देना हुआ, या कभी proof reading पहले होती थी तो उसके लिए दो आदमी चाहिए होता था. वो हमने साथ में कर लिया. तो हम बहुत fascinate होते थे. कोई भी नया idea, नई बात, तो fascinate होते थे.</w:t>
      </w:r>
    </w:p>
    <w:p>
      <w:r>
        <w:rPr>
          <w:b/>
        </w:rPr>
        <w:t xml:space="preserve">[18:02] </w:t>
      </w:r>
      <w:r>
        <w:t>toh hum jab inshallah nikla toh phir uske baad jab humne padhai poori ho gayi thi. toh humne kaha ab iska English edition, Sanisnayan ne kaha ki iska English edition hona chahiye. toh us English, asal English ke chakkar mein hum translation karna shuru kar diya. toh is tarike se hamara jo hai progress badhti gayi, badhti gayi hai.</w:t>
      </w:r>
    </w:p>
    <w:p>
      <w:pPr>
        <w:jc w:val="right"/>
      </w:pPr>
      <w:r>
        <w:t>तो हम जब अर्नशाला निकला तो फिर उसके बाद जब हमने पढ़ाई पूरी हो गई थी. तो हमने कहा अब इसका english edition, सानिस्नयन ने कहा कि इसका english edition होना चाहिए. तो उस english, असल english के चक्कर में हम translation करना शुरू कर दिया. तो इस तरीके से हमारा जो है progress बढ़ती गई, बढ़ती गई है.</w:t>
      </w:r>
    </w:p>
    <w:p>
      <w:r>
        <w:rPr>
          <w:b/>
        </w:rPr>
        <w:t xml:space="preserve">[18:27] </w:t>
      </w:r>
      <w:r>
        <w:t>hum jab pehla translation jab humne kiya, to poora din mein ek, ek page bhi nahi hua tha. to agar aisa hota, kisi aur ke saath, to ho sakta hai wo himmat haar jata hai ki ye hamare bas ki baat nahi hai. lekin wahi tha ki humne himmat nahi haari. karte reh karte reh karte allah ki madad aati rahi.</w:t>
      </w:r>
    </w:p>
    <w:p>
      <w:pPr>
        <w:jc w:val="right"/>
      </w:pPr>
      <w:r>
        <w:t>हम जब पहला translation जब हमने किया, तो पूरा दिन में एक, एक page भी नहीं हुआ था. तो अगर ऐसा होता, किसी और के साथ, तो हो सकता है वो हिम्मत हार जाता है कि ये हमारे बस की बात नहीं है. लेकिन वही था कि हमने हिम्मत नहीं हारी. करते रह करते रह करते अल्लाह की मदद आती रही.</w:t>
      </w:r>
    </w:p>
    <w:p>
      <w:r>
        <w:rPr>
          <w:b/>
        </w:rPr>
        <w:t xml:space="preserve">[18:49] </w:t>
      </w:r>
      <w:r>
        <w:t>to ye bahut zaroori hai kisi ko bhi, koi bhi aurat, ladki, yeh na samjhe ki hum yeh kaam nahi kar sakte. dekhiye sabse pehle asullah sarsolam ke zamane mein aap jaiye. auratein saara kaam karti thi. auratein Prophet ke saath namaz padhti thi. auratein masjid mein sunne jati thi. auratein battlefield mein jati thi. auratein gharon mein taleem bachchon ko deti thi. har kaam karti thi.</w:t>
      </w:r>
    </w:p>
    <w:p>
      <w:pPr>
        <w:jc w:val="right"/>
      </w:pPr>
      <w:r>
        <w:t>तो ये बहुत ज़रूरी है किसी को भी, कोई भी औरत, लड़की, यह न समझे कि हम यह काम नहीं कर सकते. देखिए सबसे पहले असुल्लाह सरसोलम के ज़माने में आप जाइए. औरतें सारा काम करती थी. औरतें profit के साथ नमाज़ पढ़ती थी. औरतें मस्जिद में सुनने जाती थी. औरतें battlefield में जाती थी. औरतें घरों में तालीम बच्चों को देती थी. हर काम करती थी.</w:t>
      </w:r>
    </w:p>
    <w:p>
      <w:r>
        <w:rPr>
          <w:b/>
        </w:rPr>
        <w:t xml:space="preserve">[19:17] </w:t>
      </w:r>
      <w:r>
        <w:t>to saara jo praday education hoti thi sab auratein karti thi. yeh baad mein yeh culture, convert culture main isko kehti hoon ki Iran wagera se aaya ki auratein gharon mein rahe, auratein bahar nahi nikle. yeh islam nahi hai. This is a part of culture, not Islam. This should be very very clear to everyone.</w:t>
      </w:r>
    </w:p>
    <w:p>
      <w:pPr>
        <w:jc w:val="right"/>
      </w:pPr>
      <w:r>
        <w:t>तो सारा जो प्रदाय education होती थी सब औरतें करती थी. यह बाद में यह culture, convert culture मैं इसको कहती हूं कि Iran वगैरह से आया कि औरतें घरों में रहे, औरतें बाहर नहीं निकले. यह इस्लाम नहीं है. This is a part of culture, not इस्लाम. This should be very very clear to everyone.</w:t>
      </w:r>
    </w:p>
    <w:p>
      <w:r>
        <w:rPr>
          <w:b/>
        </w:rPr>
        <w:t xml:space="preserve">[19:42] </w:t>
      </w:r>
      <w:r>
        <w:t>dekhiye itna bada kaam jo hum logon ka hai itsaal e kalima ka, ki ghar ghar tak kaam pahunchana hai aur iska bahut bada sawab hai. aakhirat mein ek hadith hai ki prophet tak rush karenge kyunki global dawah prophet ke zamane mein bhi nahi hua kyunki wo sadhan hi nahi the.</w:t>
      </w:r>
    </w:p>
    <w:p>
      <w:pPr>
        <w:jc w:val="right"/>
      </w:pPr>
      <w:r>
        <w:t>देखिए इतना बड़ा काम जो हम लोगों का है इत्साल ए कलिमा का, कि घर घर प्याकाम पहुंचाना है और इसका बहुत बड़ा स्वाभ है. आखिरत में एक हदीश है कि प्याकंबर तक rush करेंगे क्योंकि global दावा प्यगंबर के जमाने में भी नहीं हुआ क्योंकि वो साधन ही नहीं थे.</w:t>
      </w:r>
    </w:p>
    <w:p>
      <w:r>
        <w:rPr>
          <w:b/>
        </w:rPr>
        <w:t xml:space="preserve">[20:05] </w:t>
      </w:r>
      <w:r>
        <w:t>pyagambar tak rush karenge ki ye kaise log hain jinke paas wahi nahi aayi, jinke paas koi aise hidayat nahi aayi, farishte nahi utre, unhone kaise itna bada kaam kar dala? to aap sochiye ki jab itna bada kaam hai, khudai mission hai, iska ajar bhi utna hi bada hoga to kya woh ajar sirf mardon ko mile, auratein uski haqdar nahi hai?</w:t>
      </w:r>
    </w:p>
    <w:p>
      <w:pPr>
        <w:jc w:val="right"/>
      </w:pPr>
      <w:r>
        <w:t>प्यगंबर तक rush करेंगे कि ये कैसे लोग हैं जिनके पास वही नहीं आई, जिनके पास कोई ऐसी हिदायत नहीं आई, फरिश्ते नहीं उतरे, उन्होंने कैसे इतना बड़ा काम कर डाला? तो आप सोचिए कि जब इतना बड़ा काम है, खुदाई mission है, इसका अजर भी उतना ही बड़ा होगा तो क्या वो अजर सिर्फ मर्दों को मिले, औरतें उसकी हकदार नहीं है?</w:t>
      </w:r>
    </w:p>
    <w:p>
      <w:r>
        <w:rPr>
          <w:b/>
        </w:rPr>
        <w:t xml:space="preserve">[20:30] </w:t>
      </w:r>
      <w:r>
        <w:t>to auraton ko is kaam mein lagna hai, sanjeedgi ke saath unhein kaam karna hai, aur jo sanjeeda dress, sanjeeda behavior, aur ek maqasidi, maqasidi shakhsiyat jo hoti hai, uske saath unko kaam karna chahiye. kyunki unko bhi utna hi reward ka, wo bhi haqdar hai jitni ke mard haqdar hai aur agar aurat dekhiye jab badalti hai na to poora ghar badalta hai.</w:t>
      </w:r>
    </w:p>
    <w:p>
      <w:pPr>
        <w:jc w:val="right"/>
      </w:pPr>
      <w:r>
        <w:t>तो औरतों को इस काम में लगना है, संजीदगी के साथ उन्हें काम करना है, और जो संजीदा dress, संजीदा behavior, और एक मकसदी, मकसदी शख्सियत जो होती है, उसके साथ उनको काम करना चाहिए. क्योंकि उनको भी उतना ही reward का, वह भी हकदार है जितनी के मर्द हकदार है और अगर औरत देखिए जब बदलती है ना तो पूरा घर बदलता है.</w:t>
      </w:r>
    </w:p>
    <w:p>
      <w:r>
        <w:rPr>
          <w:b/>
        </w:rPr>
        <w:t xml:space="preserve">[20:58] </w:t>
      </w:r>
      <w:r>
        <w:t>to aurat ka badalna, aurat ka din ki ram mein lagna, aurat ka is mission mein lagna, bahut zyada zaroori hai aur yahi islam hai. yeh islam nahi hai ki auratein gharon mein baithi rahein. yahi islam hai ki auratein jo hai mardon ka saath dein aur apne ghar ke kaamon mein kami karein.</w:t>
      </w:r>
    </w:p>
    <w:p>
      <w:pPr>
        <w:jc w:val="right"/>
      </w:pPr>
      <w:r>
        <w:t>तो औरत का बदलना, औरत का दिन की राम में लगना, औरत का इस mission में लगना, बहुत ज़्यादा ज़रूरी है और यही इस्लाम है. यह इस्लाम नहीं है कि औरतें घरों में बैठी रहे हैं. यही इस्लाम है कि औरतें जो है मर्दों का साथ दें और अपने घर के कामों में कमी करें.</w:t>
      </w:r>
    </w:p>
    <w:p>
      <w:r>
        <w:rPr>
          <w:b/>
        </w:rPr>
        <w:t xml:space="preserve">[21:21] </w:t>
      </w:r>
      <w:r>
        <w:t>jab jab bahut zyada ghar mein agar ehtimam hota hai to usko kam karein aur apna time nikalein. apni ek to marfat hasil karni hai, uske liye study karni hai aur uske baad doosron ko woh marfat ka pragaam doosron ko pahunchana hai. to yeh aurat ke liye bhi utna hi zaroori hai jitna mard ke liye zaroori hai.</w:t>
      </w:r>
    </w:p>
    <w:p>
      <w:pPr>
        <w:jc w:val="right"/>
      </w:pPr>
      <w:r>
        <w:t>जब जब बहुत ज़्यादा घर में अगर एहतेमाम होता है तो उसको कम करें और अपना time निकालें. अपनी एक तो मार्फत हासिल करनी है, उसके लिए study करनी है और उसके बाद दूसरों को वह मार्फत का प्रागाम दूसरों को पहुंचाना है. तो यह औरत के लिए भी उतना ही ज़रूरी है जितना मर्द के लिए ज़रूरी है.</w:t>
      </w:r>
    </w:p>
    <w:p>
      <w:r>
        <w:rPr>
          <w:b/>
        </w:rPr>
        <w:t xml:space="preserve">[21:44] </w:t>
      </w:r>
      <w:r>
        <w:t>to main, main yahi chahoongi ki is silsile mein auraton ka yeh confusion, yeh misunderstanding door ho jaye ki yeh islam nahi hai. aurat ko islam ghar mein rehna sikhata hai, yeh bilkul galat hai. yeh culture hai jo convert culture tamam duniya ke log musalman hue wo apna apna culture lekar islam mein aaye. agar yeh islam hota to rasoolah sab sallam ke zamane mein, sahaba ke zamane mein, sab auratein gharon mein hoti.</w:t>
      </w:r>
    </w:p>
    <w:p>
      <w:pPr>
        <w:jc w:val="right"/>
      </w:pPr>
      <w:r>
        <w:t>तो मैं, मैं यही चाहूंगी कि इस सिलसिले में औरतों का यह confusion, यह misunderstanding दूर हो जाए कि यह इस्लाम नहीं है. औरत को इस्लाम घर में रहना सिखाता है, यह बिल्कुल गलत है. यह culture है जो convert culture तमाम दुनिया के लोग मुसलमान हुए वह अपना अपना culture लेकर इस्लाम में आए. अगर यह इस्लाम होता तो रसूल्लाह सब सल्लम के जमाने में, सहाबा के जमाने में, सब औरतें घरों में होती.</w:t>
      </w:r>
    </w:p>
    <w:p>
      <w:r>
        <w:rPr>
          <w:b/>
        </w:rPr>
        <w:t xml:space="preserve">[22:13] </w:t>
      </w:r>
      <w:r>
        <w:t>bahar kyun nikalti thi woh? to yeh dekhiye bahut bada kaam hai aur ismein aap sab logon ko saath dena padega. isi mein aapki duniya ki bhi fala hai, isi mein aakhirat ki bhi fala hai.</w:t>
      </w:r>
    </w:p>
    <w:p>
      <w:pPr>
        <w:jc w:val="right"/>
      </w:pPr>
      <w:r>
        <w:t>बाहर क्यों निकलती थी वह? तो यह देखिए बहुत बड़ा काम है और इसमें आप सब लोगों को साथ देना पड़ेगा. इसी में आपकी दुनिया की भी फला है, इसी में आखिरत की भी फला है.</w:t>
      </w:r>
    </w:p>
    <w:p>
      <w:r>
        <w:rPr>
          <w:b/>
        </w:rPr>
        <w:t xml:space="preserve">[22:27] </w:t>
      </w:r>
      <w:r>
        <w:t>allah taala hum sab logon ko is kaam ke liye qubool farmaayein aur is hum sab logon ko jaisa ki maulana ne abhi dekha vision, khule aankhon se vision dekha ki auratein jo hain bahut zyada ekdam jannati mahol mein hain aur bahut celebration mode mein hain. to yeh wahi to auratein hain jinhone allah ke liye, yeh yeh allah ka kaam hai. yeh allah ki madad karna isko kaha gaya hai.</w:t>
      </w:r>
    </w:p>
    <w:p>
      <w:pPr>
        <w:jc w:val="right"/>
      </w:pPr>
      <w:r>
        <w:t>अल्लाह तालाह हम सब लोगों को इस काम के लिए कुबूल फरमाएं और इस हम सब लोगों को जैसा कि मौलाना ने अभी देखा vision, खुले आंखों से vision देखा कि औरतें जो हैं बहुत ज़्यादा एकदम जन्नति माहौल में हैं और बहुत celebration mode में हैं. तो यह वही तो औरतें हैं जिन्होंने अल्लाह के लिए, यह यह अल्लाह का काम है. यह अल्लाह की मदद करना इसको कहा गया है.</w:t>
      </w:r>
    </w:p>
    <w:p>
      <w:r>
        <w:rPr>
          <w:b/>
        </w:rPr>
        <w:t xml:space="preserve">[22:54] </w:t>
      </w:r>
      <w:r>
        <w:t>jab wo allah ka kaam karengi to allah bhi bahut bada reward denge uska. to is reward ke liye humko is kaam mein aakhri dam tak lage rehna hai aur iske bagair humko na duniya mein koi bhala hoga hamara na aakhirat mein bhala hoga.</w:t>
      </w:r>
    </w:p>
    <w:p>
      <w:pPr>
        <w:jc w:val="right"/>
      </w:pPr>
      <w:r>
        <w:t>जब वो अल्लाह का काम करेंगी तो अल्लाह भी बहुत बड़ा reward देंगे उसका. तो इस reward के लिए हमको इस काम में आखिरी दम तक लगे रहना है और इसके बगैर हमको न दुनिया में कोई भला होगा हमारा न आखिरत में भला होगा.</w:t>
      </w:r>
    </w:p>
    <w:p>
      <w:r>
        <w:rPr>
          <w:b/>
        </w:rPr>
        <w:t xml:space="preserve">[23:12] </w:t>
      </w:r>
      <w:r>
        <w:t>to main aap logon se subject se yeh request karoongi ki aap log apne apne gharon mein, apne ladies ko taiyar karein ki wo is mission mein lagen aur aap logon ko double reward milega ki aap log khud bhi kaam karein aur auraton ko bhi iske liye train karein.</w:t>
      </w:r>
    </w:p>
    <w:p>
      <w:pPr>
        <w:jc w:val="right"/>
      </w:pPr>
      <w:r>
        <w:t>तो मैं आप लोगों से subject से यह request करूंगी कि आप लोग अपने अपने घरों में, अपने ladies को तैयार करें कि वह इस mission में लगें और आप लोगों को double reward मिलेगा कि आप लोग खुद भी काम करें और औरतों को भी इसके लिए train करें.</w:t>
      </w:r>
    </w:p>
    <w:p>
      <w:r>
        <w:rPr>
          <w:b/>
        </w:rPr>
        <w:t xml:space="preserve">[23:32] </w:t>
      </w:r>
      <w:r>
        <w:t>to inshallah taala yeh, yeh, yeh, yeh jo mission hai global dawa mission, yeh bahut jald sari duniya mein phail jayega aur iska bahut bada ajr hai jo aapko aakrat mein dikhai dega. phir aapki samajh mein aayega ki hum to isko chhota kaam samajhte the lekin yeh chhota kaam nahi tha. yeh bahut bada kaam tha. iski wajah se jab tak yeh kaam nahi ho jayega, qayamat nahi aayegi.</w:t>
      </w:r>
    </w:p>
    <w:p>
      <w:pPr>
        <w:jc w:val="right"/>
      </w:pPr>
      <w:r>
        <w:t>तो इंशाल लताला यह, यह, यह, यह जो mission है global दावा mission, यह बहुत जल्द सारी दुनिया में फ़ैल जाएगा और इसका बहुत बड़ा अज्र है जो आपको आकृत में दिखाई देगा. फिर आपकी समझ में आएगा कि हम तो इसको छोटा काम समझते थे लेकिन यह छोटा काम नहीं था. यह बहुत बड़ा काम था. इसकी वजह से जब तक यह काम नहीं हो जाएगा, क्यामत नहीं आएगी.</w:t>
      </w:r>
    </w:p>
    <w:p>
      <w:r>
        <w:rPr>
          <w:b/>
        </w:rPr>
        <w:t xml:space="preserve">[24:00] </w:t>
      </w:r>
      <w:r>
        <w:t>to chahe hum kitni bhi musibaton mein fansa rahe hain to yeh kaam sabko karna hai. yeh isko farze ke fire nahi farze and samjhiye isko. har har individual ko yeh kaam karna hai. tabhi yeh kaam hoga. dekhiye billionon billionon log hain is duniya mein, to sabhi ko kaam karna sabka alag circle hota hai, sabke alag contracts hote hain. to sab log apne apne circle mein, apne apne contract mein kaam karein.</w:t>
      </w:r>
    </w:p>
    <w:p>
      <w:pPr>
        <w:jc w:val="right"/>
      </w:pPr>
      <w:r>
        <w:t>तो चाहे हम कितनी भी मुसीबतों में फ़ंसे रहे हैं तो यह काम सबको करना है. यह इसको फर्जे के fire नहीं फर्जे and समझिए इसको. हर हर individual को यह काम करना है. तभी यह काम होगा. देखिए billionओं billionओं लोग हैं इस दुनिया में, तो सभी को काम करना सबका अलग circle होता है, सबके अलग contracts होते हैं. तो सब लोग अपने अपने circle में, अपने अपने contract में काम करें.</w:t>
      </w:r>
    </w:p>
    <w:p>
      <w:r>
        <w:rPr>
          <w:b/>
        </w:rPr>
        <w:t xml:space="preserve">[24:29] </w:t>
      </w:r>
      <w:r>
        <w:t>is tarike se bahut jald yeh cheez jo hai, yeh kaam jo hai inshallah takmeel tak pahunchega. allah taala hum sab logon ki madad farmaayein. shukriya apa. maulana humse kehte the ki humein prophet abraham ki wife hajra ke footsteps mein chalna hai.</w:t>
      </w:r>
    </w:p>
    <w:p>
      <w:pPr>
        <w:jc w:val="right"/>
      </w:pPr>
      <w:r>
        <w:t>इस तरीके से बहुत जल्द यह चीज़ जो है, यह काम जो है इंशालाह तकमील तक पहुंचेगा. अल्लाह तालाह हम सब लोगों की मदद फरमाएं. शुक्रिया आपा. मौलाना हमसे कहते थे कि हमें prophet abraham की wife हाजरा के footsteps में चलना है.</w:t>
      </w:r>
    </w:p>
    <w:p>
      <w:r>
        <w:rPr>
          <w:b/>
        </w:rPr>
        <w:t xml:space="preserve">[24:53] </w:t>
      </w:r>
      <w:r>
        <w:t>wo kehte the ki traditional age mein unhone monothistic religion ka foundation le kiya tha. hum scientific age mein hain ab. aap logon ko ek opportunity hai ki aap unke footsteps mein chale aur wahi same tahid ka religion ko modern idiom mein jo mulana ne sab kuch taiyar kar diya hai, humein to sirf pahunchana hai.</w:t>
      </w:r>
    </w:p>
    <w:p>
      <w:pPr>
        <w:jc w:val="right"/>
      </w:pPr>
      <w:r>
        <w:t>वो कहते थे कि traditional age में उन्होंने monothistic religion का foundation ले किया था. हम scientific age में हैं अब. आप लोगों को एक opportunity है कि आप उनके footsteps में चले और वही same तहीद का religion को modern idiom में जो मुलाना ने सब कुछ तैयार कर दिया है, हमें तो सिर्फ पहुंचाना है.</w:t>
      </w:r>
    </w:p>
    <w:p>
      <w:r>
        <w:rPr>
          <w:b/>
        </w:rPr>
        <w:t xml:space="preserve">[25:21] </w:t>
      </w:r>
      <w:r>
        <w:t>usko avail karein aur usko ghar ghar pahunchaye and this yeh I think das barah saal se keh rahe the humein samajh mein nahi aata tha. hum karte rehte the kaam, matlab jo humein opportunities milti thi hum karte rehte the chahe main hoon, chahe sadiya hai, stuti hai, apa hai, sara hai, hum apna karte rehte the.</w:t>
      </w:r>
    </w:p>
    <w:p>
      <w:pPr>
        <w:jc w:val="right"/>
      </w:pPr>
      <w:r>
        <w:t>उसको avail करें और उसको घर घर पहुंचाए and this यह I think दस बारह साल से कह रहे थे हमें समझ में नहीं आता था. हम करते रहते थे काम, मतलब जो हमें opportunities मिलती थी हम करते रहते थे चाहे मैं हूं, चाहे सादिया है, स्तुति है, आपा है, सारा है, हम अपना करते रहते थे.</w:t>
      </w:r>
    </w:p>
    <w:p>
      <w:r>
        <w:rPr>
          <w:b/>
        </w:rPr>
        <w:t xml:space="preserve">[25:47] </w:t>
      </w:r>
      <w:r>
        <w:t>February 2020 mein maulana ka phone aaya us waqt main sadiya ke ghar thi aur mujhse kaha ki aap jo kar rahi hain wo mere nazar mein nothing hai. pehle to maine unko samjhane ki koshish kari, maulana hum ye kar rahe hain, ye kar rahe hain, ye kar rahe hain. kehte hain nahi main isko bilkul nothing samajhta hoon. to malana maine kaha ki malana phir bataiye hum kya karein? unhone kaha aap auraton ko jodiye.</w:t>
      </w:r>
    </w:p>
    <w:p>
      <w:pPr>
        <w:jc w:val="right"/>
      </w:pPr>
      <w:r>
        <w:t>February 2020 में मौलाना का phone आया उस वक्त मैं सादिया के घर थी और मुझसे कहा कि आप जो कर रही हैं वो मेरे नज़र में nothing है. पहले तो मैंने उनको समझाने की कोशिश करी, मौलाना हम ये कर रहे हैं, ये कर रहे हैं, ये कर रहे हैं. कहते हैं नहीं मैं इसको बिल्कुल nothing समझता हूँ. तो मलाना मैंने कहा कि मलाना फिर बताइए हम क्या करें? उन्होंने कहा आप औरतों को जोड़िए.</w:t>
      </w:r>
    </w:p>
    <w:p>
      <w:r>
        <w:rPr>
          <w:b/>
        </w:rPr>
        <w:t xml:space="preserve">[26:13] </w:t>
      </w:r>
      <w:r>
        <w:t>hamein mujhe nahi samajh mein aaya kya karoon, kaise karoon? to to mujhe bulaya alag. kehte hain aap pareshan mat hoiye. yeh technology ka daur hai. aapko kuch nahi karna. bas aap jitni bhi ladies hain unse connected rahiye.</w:t>
      </w:r>
    </w:p>
    <w:p>
      <w:pPr>
        <w:jc w:val="right"/>
      </w:pPr>
      <w:r>
        <w:t>हमें मुझे नहीं समझ में आया क्या करूँ, कैसे करूँ? तो तो मुझे बुलाया अलग. कहते हैं आप परेशान मत होइए. यह technology का दौर है. आपको कुछ नहीं करना. बस आप जितनी भी ladies हैं उनसे connected रहिए.</w:t>
      </w:r>
    </w:p>
    <w:p>
      <w:r>
        <w:rPr>
          <w:b/>
        </w:rPr>
        <w:t xml:space="preserve">[26:43] </w:t>
      </w:r>
      <w:r>
        <w:t>unko technology se jod dijiye. phir maine aur shadiya ne bahut socha samjha aur logon se mashwara kiya to yeh socha ki ek whatsapp group banate hain. jitne bhi ladies hain mission ki, usmein unko involve matlab uske andar connect karte hain lekin hum bas one way communication kar pa rahe the kyunki koi hum logon ke paas na samajh thi ki isko khole ko kaise moderate karein.</w:t>
      </w:r>
    </w:p>
    <w:p>
      <w:pPr>
        <w:jc w:val="right"/>
      </w:pPr>
      <w:r>
        <w:t>उनको technology से जोड़ दीजिए. फिर मैंने और शादिया ने बहुत सोचा समझा और लोगों से मशवरा किया तो यह सोचा कि एक WhatsApp group बनाते हैं. जितने भी ladies हैं mission की, उसमें उनको involve मतलब उसके अंदर connect करते हैं लेकिन हम बस one way communication कर पा रहे थे क्योंकि कोई हम लोगों के पास ना समझ थी कि इसको खोले को कैसे moderate करें.</w:t>
      </w:r>
    </w:p>
    <w:p>
      <w:r>
        <w:rPr>
          <w:b/>
        </w:rPr>
        <w:t xml:space="preserve">[27:12] </w:t>
      </w:r>
      <w:r>
        <w:t>to March 2020 se November 2020 tak yeh as a one way communication broadcast group chala. humein pata hi nahi tha kya response aa raha hai lekin log bahut join karna chahte the humein messages aati thi to koi do sau ladies ho gayi thi by the end of november. tab femida appa ka phone aaya mere paas aur hum itni baat nahi karte the.</w:t>
      </w:r>
    </w:p>
    <w:p>
      <w:pPr>
        <w:jc w:val="right"/>
      </w:pPr>
      <w:r>
        <w:t>तो March 2020 से November 2020 तक ये as a one way communication broadcast group चला. हमें पता ही नहीं था क्या response आ रहा है लेकिन लोग बहुत join करना चाहते थे हमें messages आती थी तो कोई दो सौ ladies हो गई थी by the end of november. तब फैमिदा आप्पा का phone आया मेरे पास और हम इतनी बात नहीं करते थे.</w:t>
      </w:r>
    </w:p>
    <w:p>
      <w:r>
        <w:rPr>
          <w:b/>
        </w:rPr>
        <w:t xml:space="preserve">[27:36] </w:t>
      </w:r>
      <w:r>
        <w:t>unhone jab mujhe phone kiya toh unke awaaz mein ek sense of urgency thi ki Nakma yeh group</w:t>
      </w:r>
    </w:p>
    <w:p>
      <w:pPr>
        <w:jc w:val="right"/>
      </w:pPr>
      <w:r>
        <w:t>उन्होंने जब मुझे phone किया तो उनके आवाज़ में एक sense of urgency थी कि नकमा यह group</w:t>
      </w:r>
    </w:p>
    <w:p>
      <w:r>
        <w:rPr>
          <w:b/>
        </w:rPr>
        <w:t xml:space="preserve">[27:41] </w:t>
      </w:r>
      <w:r>
        <w:t>ko interact karna hai yeh aise thodi chhodna hai.</w:t>
      </w:r>
    </w:p>
    <w:p>
      <w:pPr>
        <w:jc w:val="right"/>
      </w:pPr>
      <w:r>
        <w:t>को interact करना है यह ऐसे थोड़ी छोड़ना है.</w:t>
      </w:r>
    </w:p>
    <w:p>
      <w:r>
        <w:rPr>
          <w:b/>
        </w:rPr>
        <w:t xml:space="preserve">[27:46] </w:t>
      </w:r>
      <w:r>
        <w:t>maine kaha Fahmidaba mujhe nahi samajh mein aa raha hai kaise kholun main yeh?</w:t>
      </w:r>
    </w:p>
    <w:p>
      <w:pPr>
        <w:jc w:val="right"/>
      </w:pPr>
      <w:r>
        <w:t>मैंने कहा फहमिदाबा मुझे नहीं समझ में आ रहा है कैसे खोलूं मैं यह?</w:t>
      </w:r>
    </w:p>
    <w:p>
      <w:r>
        <w:rPr>
          <w:b/>
        </w:rPr>
        <w:t xml:space="preserve">[27:51] </w:t>
      </w:r>
      <w:r>
        <w:t>मेरे पास time नहीं है मैं नहीं skimp kar paungi mere mein woh capability bhi nahi hai interact karne ki.</w:t>
      </w:r>
    </w:p>
    <w:p>
      <w:pPr>
        <w:jc w:val="right"/>
      </w:pPr>
      <w:r>
        <w:t>मेरे पास time नहीं है मैं नहीं skimp कर पाऊंगी मेरे में वह capability भी नहीं है interact करने की.</w:t>
      </w:r>
    </w:p>
    <w:p>
      <w:r>
        <w:rPr>
          <w:b/>
        </w:rPr>
        <w:t xml:space="preserve">[27:56] </w:t>
      </w:r>
      <w:r>
        <w:t>jab unhone bahut push kara toh maine kaha achha aap aisa kariye aap do teen ladies se baat</w:t>
      </w:r>
    </w:p>
    <w:p>
      <w:pPr>
        <w:jc w:val="right"/>
      </w:pPr>
      <w:r>
        <w:t>जब उन्होंने बहुत push करा तो मैंने कहा अच्छा आप ऐसा करिए आप दो तीन ladies से बात</w:t>
      </w:r>
    </w:p>
    <w:p>
      <w:r>
        <w:rPr>
          <w:b/>
        </w:rPr>
        <w:t xml:space="preserve">[28:01] </w:t>
      </w:r>
      <w:r>
        <w:t>kariye, Apa se baat kariye aur sochiye kaise isko khol sake?</w:t>
      </w:r>
    </w:p>
    <w:p>
      <w:pPr>
        <w:jc w:val="right"/>
      </w:pPr>
      <w:r>
        <w:t>करिए, आपा से बात करिए और सोचिए कैसे इसको खोल सके?</w:t>
      </w:r>
    </w:p>
    <w:p>
      <w:r>
        <w:rPr>
          <w:b/>
        </w:rPr>
        <w:t xml:space="preserve">[28:07] </w:t>
      </w:r>
      <w:r>
        <w:t>unhone doctor safina, shvina, ali, apa ki guidance se woh group interaction ke liye khola and the rest is history. mujhe yeh nahi pata wo kaise hua hai? fahmida apa wo poori team ne kara hai. main to ek back seat role ada kara hai maine yeh teen saal mein. In three years maulana kehte the insaan ko banana hai aur insaan matlab ek program makers banane hain.</w:t>
      </w:r>
    </w:p>
    <w:p>
      <w:pPr>
        <w:jc w:val="right"/>
      </w:pPr>
      <w:r>
        <w:t>उन्होंने doctor सफ़ीना, शवीना, अली, आपा की guidance से वह group interaction के लिए खोला and the rest is history. मुझे यह नहीं पता वह कैसे हुआ है? फहमिदा आपा वह पूरी team ने करा है. मैं तो एक back seat role अदा करा है मैंने यह तीन साल में. In three years मौलाना कहते थे इंसान को बनाना है और इंसान मतलब एक program makers बनाने हैं.</w:t>
      </w:r>
    </w:p>
    <w:p>
      <w:r>
        <w:rPr>
          <w:b/>
        </w:rPr>
        <w:t xml:space="preserve">[28:37] </w:t>
      </w:r>
      <w:r>
        <w:t>yeh platform ban gaya hai practically insaan ko banana through study of malana's material and dawat ka jazba jab ek baar khuda koi iska naam hai CPS woman marfat dawat. to marfat ek focus hai aur dawat. to marfat jab andar aapke andar aa jayegi to automatically dawat aap karna chahenge. to ek yeh process teen saal mein ek woh hua hai.</w:t>
      </w:r>
    </w:p>
    <w:p>
      <w:pPr>
        <w:jc w:val="right"/>
      </w:pPr>
      <w:r>
        <w:t>यह platform वन गया है practically इंसान को बनाना through study of मलाना's material and दावत का जज़्बा जब एक बार खुदा कोई इसका नाम है CPS woman मार्फत दावत. तो मार्फत एक focus है और दावत. तो मार्फत जब अंदर आपके अंदर आ जाएगी तो automatically दावत आप करना चाहेंगे. तो एक यह process तीन साल में एक वह हुआ है.</w:t>
      </w:r>
    </w:p>
    <w:p>
      <w:r>
        <w:rPr>
          <w:b/>
        </w:rPr>
        <w:t xml:space="preserve">[29:05] </w:t>
      </w:r>
      <w:r>
        <w:t>main chahoongi ke fahmida aap aaye aur apni team ke saath aapko bataaye ke yeh process kya tha? fahmda aapa? miss milla hi rahi hai. assila mile.</w:t>
      </w:r>
    </w:p>
    <w:p>
      <w:pPr>
        <w:jc w:val="right"/>
      </w:pPr>
      <w:r>
        <w:t>मैं चाहूंगी कि फहमिदा आप आए और अपनी team के साथ आपको बताएं कि यह process क्या था? फहमदा आपा? Miss मिल्ला ही रही है. अस्सिला मिले.</w:t>
      </w:r>
    </w:p>
    <w:p>
      <w:r>
        <w:rPr>
          <w:b/>
        </w:rPr>
        <w:t xml:space="preserve">[29:30] </w:t>
      </w:r>
      <w:r>
        <w:t>aaj main aap sabke saath CBSE mission se judne ki jo meri journey hai, mujhe share karna chahti hoon.</w:t>
      </w:r>
    </w:p>
    <w:p>
      <w:pPr>
        <w:jc w:val="right"/>
      </w:pPr>
      <w:r>
        <w:t>आज मैं आप सबके साथ CBSE mission से जुड़ने की जो मेरी journey है, मुझे share करना चाहती हूं.</w:t>
      </w:r>
    </w:p>
    <w:p>
      <w:r>
        <w:rPr>
          <w:b/>
        </w:rPr>
        <w:t xml:space="preserve">[29:37] </w:t>
      </w:r>
      <w:r>
        <w:t>Maulana se aapse mera connection ya attachment bachpan se hi bahut zyada tha.</w:t>
      </w:r>
    </w:p>
    <w:p>
      <w:pPr>
        <w:jc w:val="right"/>
      </w:pPr>
      <w:r>
        <w:t>मौजाना से आपसे मेरा connection या attachment बचपन से ही बहुत ज़्यादा था.</w:t>
      </w:r>
    </w:p>
    <w:p>
      <w:r>
        <w:rPr>
          <w:b/>
        </w:rPr>
        <w:t xml:space="preserve">[29:45] </w:t>
      </w:r>
      <w:r>
        <w:t>bachpan se hi shuru ho gaya tha.</w:t>
      </w:r>
    </w:p>
    <w:p>
      <w:pPr>
        <w:jc w:val="right"/>
      </w:pPr>
      <w:r>
        <w:t>बचपन से ही शुरू हो गया था.</w:t>
      </w:r>
    </w:p>
    <w:p>
      <w:r>
        <w:rPr>
          <w:b/>
        </w:rPr>
        <w:t xml:space="preserve">[29:53] </w:t>
      </w:r>
      <w:r>
        <w:t>Maulana mere bade abba hain.</w:t>
      </w:r>
    </w:p>
    <w:p>
      <w:pPr>
        <w:jc w:val="right"/>
      </w:pPr>
      <w:r>
        <w:t>मौलाना मेरे बड़े अब्बा हैं.</w:t>
      </w:r>
    </w:p>
    <w:p>
      <w:r>
        <w:rPr>
          <w:b/>
        </w:rPr>
        <w:t xml:space="preserve">[30:01] </w:t>
      </w:r>
      <w:r>
        <w:t>mujhe yaad hai ke bachpan mein main molana ke paas khamoshi se baithna, unko khali khamoshi se dekhna bahut pasand karti thi. mujhe unka likhna, padhna, khamshi se sochna gaur kata, bahut inspire karta tha. ek vaaqi aapke saath share karna chahoongi.</w:t>
      </w:r>
    </w:p>
    <w:p>
      <w:pPr>
        <w:jc w:val="right"/>
      </w:pPr>
      <w:r>
        <w:t>मुझे याद है कि बचपन में मैं मोलाना के पास खामोशी से बैठना, उनको खाली खामोशी से देखना बहुत पसंद करती थी. मुझे उनका लिखना, पढ़ना, खामशी से सोचना गौर कटा, बहुत inspire करता था. एक वाकई आपके साथ share करना चाहूंगी.</w:t>
      </w:r>
    </w:p>
    <w:p>
      <w:r>
        <w:rPr>
          <w:b/>
        </w:rPr>
        <w:t xml:space="preserve">[30:27] </w:t>
      </w:r>
      <w:r>
        <w:t>main kareeb aath nau saal ki thi aur meri aankh mein bahut zyada takleef thi.</w:t>
      </w:r>
    </w:p>
    <w:p>
      <w:pPr>
        <w:jc w:val="right"/>
      </w:pPr>
      <w:r>
        <w:t>मैं करीब आठ नौ साल की थी और मेरी आंख में बहुत ज़्यादा तकलीफ थी.</w:t>
      </w:r>
    </w:p>
    <w:p>
      <w:r>
        <w:rPr>
          <w:b/>
        </w:rPr>
        <w:t xml:space="preserve">[30:34] </w:t>
      </w:r>
      <w:r>
        <w:t>kuch bhoda nikla tha aur bahut takleef thi.</w:t>
      </w:r>
    </w:p>
    <w:p>
      <w:pPr>
        <w:jc w:val="right"/>
      </w:pPr>
      <w:r>
        <w:t>कुछ भोड़ा निकला था और बहुत तकलीफ थी.</w:t>
      </w:r>
    </w:p>
    <w:p>
      <w:r>
        <w:rPr>
          <w:b/>
        </w:rPr>
        <w:t xml:space="preserve">[30:42] </w:t>
      </w:r>
      <w:r>
        <w:t>mere abba ne kaha ki aaj doctor ke paas jaana hai, operation karwana hai.</w:t>
      </w:r>
    </w:p>
    <w:p>
      <w:pPr>
        <w:jc w:val="right"/>
      </w:pPr>
      <w:r>
        <w:t>मेरे अब्बा ने कहा कि आज doctor के पास जाना है, operation करवाना है.</w:t>
      </w:r>
    </w:p>
    <w:p>
      <w:r>
        <w:rPr>
          <w:b/>
        </w:rPr>
        <w:t xml:space="preserve">[30:50] </w:t>
      </w:r>
      <w:r>
        <w:t>main bahut dar gayi aur kamre mein jaakar dopahar ke time jaakar so gayi.</w:t>
      </w:r>
    </w:p>
    <w:p>
      <w:pPr>
        <w:jc w:val="right"/>
      </w:pPr>
      <w:r>
        <w:t>मैं बहुत डर गई और कमरे में जाकर दोपहर के time जाकर सो गई.</w:t>
      </w:r>
    </w:p>
    <w:p>
      <w:r>
        <w:rPr>
          <w:b/>
        </w:rPr>
        <w:t xml:space="preserve">[30:58] </w:t>
      </w:r>
      <w:r>
        <w:t>khaab dekha ke ek bahut bada sa hall hai aur usmein dono taraf log baithe hue hain aur saamne stage par koi baithe hain buzuruk. logon ne humse kaha ke tum main wahin pahunch gayi toh unhone logon ne kaha tum wahan jaao. woh jo baithe hain woh tumhara dukh door kar denge.</w:t>
      </w:r>
    </w:p>
    <w:p>
      <w:pPr>
        <w:jc w:val="right"/>
      </w:pPr>
      <w:r>
        <w:t>खाब देखा कि एक बहुत बड़ा सा hall है और उसमें दोनों तरफ लोग बैठे हुए हैं और सामने stage पर कोई बैठे हैं बुज़रूक. लोगों ने हमसे कहा कि तुम मैं वहीं पहुंच गई तो उन्होंने लोगों ने कहा तुम वहां जाओ. वह जो बैठे हैं वह तुम्हारा दुख दूर कर देंगे.</w:t>
      </w:r>
    </w:p>
    <w:p>
      <w:r>
        <w:rPr>
          <w:b/>
        </w:rPr>
        <w:t xml:space="preserve">[31:24] </w:t>
      </w:r>
      <w:r>
        <w:t>main kareeb gayi toh dekha ke woh toh bade appa hain. toh unhone mere saath ek haath rakha aur phir meri aankh khul gayi. do din ke baad mere jo takleef thi aankh mein woh bilkul theek ho gayi thi mujhe yeh khaab itni gehraai se yaad hai jaise nakk ho gaya.</w:t>
      </w:r>
    </w:p>
    <w:p>
      <w:pPr>
        <w:jc w:val="right"/>
      </w:pPr>
      <w:r>
        <w:t>मैं करीब गई तो देखा कि वह तो बड़े हप्पा हैं. तो उन्होंने मेरे साथ एक हाथ रखा और फिर मेरी आंख खुल गई. दो दिन के बाद मेरे जो तकलीफ थी आंख में वह बिल्कुल ठीक हो गई थी मुझे यह खाब इतनी गहराई से याद है जैसे नक्श हो गया.</w:t>
      </w:r>
    </w:p>
    <w:p>
      <w:r>
        <w:rPr>
          <w:b/>
        </w:rPr>
        <w:t xml:space="preserve">[31:51] </w:t>
      </w:r>
      <w:r>
        <w:t>phir nineteen eighty four mein meri shaadi ke baad meri zindagi mein kaafi challenges aaye aur mera connection maulana se bilkul khatm ho gaya. phir do hazaar das mein mere abba ka achaanak se inteqaal ho gaya. ek din achaanak hi gire aur khatm ho gaye. mere amba maulana ko ki books, taseer, quran ko bahut hi gehraai se karte the aur bahut hi taqwah wale insaan the.</w:t>
      </w:r>
    </w:p>
    <w:p>
      <w:pPr>
        <w:jc w:val="right"/>
      </w:pPr>
      <w:r>
        <w:t>फिर nineteen eighty four में मेरी शादी के बाद मेरी ज़िंदगी में काफी challenges आए और मेरा connection मौलाना से बिल्कुल खत्म हो गया. फिर दो हज़ार दस में मेरे अब्बा का अचानक से इंतकाल हो गया. एक दिन अचानक ही गिरे और खत्म हो गए. मेरे अम्बा मौलाना को कि books, तस्कीर, कुरान को बहुत ही गहराई से करते थे और बहुत ही तक़वाह वाले इंसान थे.</w:t>
      </w:r>
    </w:p>
    <w:p>
      <w:r>
        <w:rPr>
          <w:b/>
        </w:rPr>
        <w:t xml:space="preserve">[32:21] </w:t>
      </w:r>
      <w:r>
        <w:t>unki achaanak ki maut ne mujhe ekdum jhanjhod ke rakh diya. ab waqt in daqaal ke baad mein maulana se milne delhi aayi. delhi se wapas jaane ke baad maulana phone par barabar mujhse baat karte the. us waqt phone par jo unse meri baat hoti thi woh mere zakhmon par marham ki tarah kaam kar rahi thi.</w:t>
      </w:r>
    </w:p>
    <w:p>
      <w:pPr>
        <w:jc w:val="right"/>
      </w:pPr>
      <w:r>
        <w:t>उनकी अचानक की मौत ने मुझे एकदम झंझोड़ के रख दिया. अब वक्त इन दकाल के बाद में मौलाना से मिलने दिल्ली आई. दिल्ली से वापस जाने के बाद मौलाना phone पर बराबर मुझसे बात करते थे. उस वक्त phone पर जो उनसे मेरी बात होती थी वह मेरे ज़ख्मों पर मरहम की तरह काम कर रही थी.</w:t>
      </w:r>
    </w:p>
    <w:p>
      <w:r>
        <w:rPr>
          <w:b/>
        </w:rPr>
        <w:t xml:space="preserve">[32:48] </w:t>
      </w:r>
      <w:r>
        <w:t>uske baad do hazaar chaudah mein maulana sabke saath mere ghar aaye the. appa rajat sab log the nakma aur maulana ne ek line mujhse kaha tha aansu sirf khuda ke liye. us line ne mujhe bahut hi hit kiya.</w:t>
      </w:r>
    </w:p>
    <w:p>
      <w:pPr>
        <w:jc w:val="right"/>
      </w:pPr>
      <w:r>
        <w:t>उसके बाद दो हज़ार चौदह में मौलाना सबके साथ मेरे घर आए थे. आपा रजत सब लोग थे नकमा और मौलाना ने एक line मुझसे कहा था आंसू सिर्फ खुदा के लिए. उस line ने मुझे बहुत ही hit किया.</w:t>
      </w:r>
    </w:p>
    <w:p>
      <w:r>
        <w:rPr>
          <w:b/>
        </w:rPr>
        <w:t xml:space="preserve">[33:11] </w:t>
      </w:r>
      <w:r>
        <w:t>mujhe laga ke main kuen mein giri padi hoon aur malana ne mujhe mujhe khuda ki door pakda diya main taaki main bahar aa jaaoon yahin se meri zindagi ka turning point shuru hua tha. phir shaadiya ne facebook live karwaya tha mujhse. main karti thi main.</w:t>
      </w:r>
    </w:p>
    <w:p>
      <w:pPr>
        <w:jc w:val="right"/>
      </w:pPr>
      <w:r>
        <w:t>मुझे लगा कि मैं कुएं में गिरी पड़ी हूं और मलाना ने मुझे मुझे खुदा की door पकड़ा दिया मैं ताकि मैं बाहर आ जाऊं यहीं से मेरी ज़िंदगी का turning point शुरू हुआ था. फिर शादिया ने Facebook live करवाया था मुझसे. मैं करती थी मैं.</w:t>
      </w:r>
    </w:p>
    <w:p>
      <w:r>
        <w:rPr>
          <w:b/>
        </w:rPr>
        <w:t xml:space="preserve">[33:39] </w:t>
      </w:r>
      <w:r>
        <w:t>phir do hazaar unnis mein bola na ki class barabar le rahi thi. ek din unhone mujhse kaha tha ke aap kuch karengi nahi, aise hi chali jaayengi. yeh sunkar main bahut fikr mein hui ke main kya karoon? kaise karoon? allah se dua kari aur phir tareek sahib ke zariye mujhe maulana ki books ki recording karne ka mauka mila.</w:t>
      </w:r>
    </w:p>
    <w:p>
      <w:pPr>
        <w:jc w:val="right"/>
      </w:pPr>
      <w:r>
        <w:t>फिर दो हज़ार उन्नीस में बोला ना कि class बराबर ले रही थी. एक दिन उन्होंने मुझसे कहा था कि आप कुछ करेंगी नहीं, ऐसे ही चली जाएंगी. यह सुनकर मैं बहुत फ़िक्र में हुई कि मैं क्या करूं? कैसे करूं? अल्लाह से दुआ करी और फिर तारिक साहब के ज़रिए मुझे मौलाना की books की recording करने का मौका मिला.</w:t>
      </w:r>
    </w:p>
    <w:p>
      <w:r>
        <w:rPr>
          <w:b/>
        </w:rPr>
        <w:t xml:space="preserve">[34:05] </w:t>
      </w:r>
      <w:r>
        <w:t>recording karne se mujhe maulana ko gehraai se samajhne ka kaafi mauka mila. phir nahuma ne mujhe cpc par maine guru handover kara tha. march do hazaar bees mein gurup ki buniyaad nakhma aur sadhiyaan ne daali thi aur yeh group band group tha. usmein maulana ke material daale jaate the.</w:t>
      </w:r>
    </w:p>
    <w:p>
      <w:pPr>
        <w:jc w:val="right"/>
      </w:pPr>
      <w:r>
        <w:t>Recording करने से मुझे मौलाना को गहराई से समझने का काफ़ी मौका मिला. फिर नाहुमा ने मुझे CPS पर मैंने गुरु handover करा था. March दो हज़ार बीस में गुरुप की बुनियाद नख्मा और साधियां ने डाली थी और यह group बंद group था. उसमें मौलाना के material डाले जाते थे.</w:t>
      </w:r>
    </w:p>
    <w:p>
      <w:r>
        <w:rPr>
          <w:b/>
        </w:rPr>
        <w:t xml:space="preserve">[34:33] </w:t>
      </w:r>
      <w:r>
        <w:t>main group mein injection karna cha rahi thi kyunke maulana ki taseeron se jo mere andar saccha islam jaaga tha, uski raushni mein sabhi tak pahunchana cha rahi thi. november do hazaar bees mein nagma ne cpc women group open kara aur mujhe aage karke peeche se poora support kara.</w:t>
      </w:r>
    </w:p>
    <w:p>
      <w:pPr>
        <w:jc w:val="right"/>
      </w:pPr>
      <w:r>
        <w:t>मैं group में injection करना चाह रही थी क्योंकि मौलाना की तैरीरों से जो मेरे अंदर सच्चा इस्लाम जागा था, उसकी रौशनी में सभी तक पहुंचाना चाह रही थी. November दो हज़ार बीस में नगमा ने CPS women group open करा और मुझे आगे करके पीछे से पूरा support करा.</w:t>
      </w:r>
    </w:p>
    <w:p>
      <w:r>
        <w:rPr>
          <w:b/>
        </w:rPr>
        <w:t xml:space="preserve">[34:57] </w:t>
      </w:r>
      <w:r>
        <w:t>nagma ke saath main un sabhi logon ka ehsaan band hoon jo ilmah likhmat mein bahut aage hain. bahut, jinke saare mein kuch karne ke kaagil van sake. jaise faridabad, unki main raat mein bhi phone karti thi toh mera phone uthati thi. jab bhi maine unko kuch bhi pucha ho itna busy hone ke baad kabhi nahi unhone inkaar nahi kiya.</w:t>
      </w:r>
    </w:p>
    <w:p>
      <w:pPr>
        <w:jc w:val="right"/>
      </w:pPr>
      <w:r>
        <w:t>नगमा के साथ मैं उन सभी लोगों का एहसान बंद हूं जो इल्माह लिखमत में बहुत आगे हैं. बहुत, जिनके सारे में कुछ करने के कागिल वन सके. जैसे फरीदाबाद, उनकी मैं रात में भी phone करती थी तो मेरा phone उठाती थी. जब भी मैंने उनको कुछ भी पुछा हो इतना busy होने के बाद कभी नहीं उन्होंने इंकार नहीं किया.</w:t>
      </w:r>
    </w:p>
    <w:p>
      <w:r>
        <w:rPr>
          <w:b/>
        </w:rPr>
        <w:t xml:space="preserve">[35:27] </w:t>
      </w:r>
      <w:r>
        <w:t>saara itna busy hone ke baad bhi mujhe ekdum meri itne parib ho gayi. narma rajat sabka main dil se shukr ehsaan maanti hoon. farah sahib jo mere liye computer van gaye. ek bant damane se fauran jawab aata tha. is tarah se unhone meri madad ki hai.</w:t>
      </w:r>
    </w:p>
    <w:p>
      <w:pPr>
        <w:jc w:val="right"/>
      </w:pPr>
      <w:r>
        <w:t>सारा इतना busy होने के बाद भी मुझे एकदम मेरी इतने परीब हो गई. नरमा रजत सबका मैं दिल से शुक्र एहसान मानती हूं. फराह साहब जो मेरे लिए computer वन गए. एक बंट दमाने से फ़ौरन जवाब आता था. इस तरह से उन्होंने मेरी मदद की है.</w:t>
      </w:r>
    </w:p>
    <w:p>
      <w:r>
        <w:rPr>
          <w:b/>
        </w:rPr>
        <w:t xml:space="preserve">[35:52] </w:t>
      </w:r>
      <w:r>
        <w:t>yeh Allah ki taraf se mere liye farishta ban gaya aur last mein main Allah ka bahut shukr</w:t>
      </w:r>
    </w:p>
    <w:p>
      <w:pPr>
        <w:jc w:val="right"/>
      </w:pPr>
      <w:r>
        <w:t>यह अल्लाह की तरफ से मेरे लिए फरिश्ता वन गया और last में मैं अल्लाह का बहुत शुक्र</w:t>
      </w:r>
    </w:p>
    <w:p>
      <w:r>
        <w:rPr>
          <w:b/>
        </w:rPr>
        <w:t xml:space="preserve">[35:59] </w:t>
      </w:r>
      <w:r>
        <w:t>ada karti hoon ki usne mujhe Taraf jaisi beti di jo mere liye har waqt ki supporter ban gayi.</w:t>
      </w:r>
    </w:p>
    <w:p>
      <w:pPr>
        <w:jc w:val="right"/>
      </w:pPr>
      <w:r>
        <w:t>अदा करती हूं कि उसने मुझे तरफ जैसी बेटी दी जो मेरे लिए हर वक्त की supporter वन गई.</w:t>
      </w:r>
    </w:p>
    <w:p>
      <w:r>
        <w:rPr>
          <w:b/>
        </w:rPr>
        <w:t xml:space="preserve">[36:07] </w:t>
      </w:r>
      <w:r>
        <w:t>usne woh kiya jo mere bas ki baat nahi thi aur jiski bagair koi kaam ho nahi sakta</w:t>
      </w:r>
    </w:p>
    <w:p>
      <w:pPr>
        <w:jc w:val="right"/>
      </w:pPr>
      <w:r>
        <w:t>उसने वह किया जो मेरे बस की बात नहीं थी और जिसकी बिगैर कोई काम हो नहीं सकता</w:t>
      </w:r>
    </w:p>
    <w:p>
      <w:r>
        <w:rPr>
          <w:b/>
        </w:rPr>
        <w:t xml:space="preserve">[36:15] </w:t>
      </w:r>
      <w:r>
        <w:t>tha yaani ki technology ka kaam.</w:t>
      </w:r>
    </w:p>
    <w:p>
      <w:pPr>
        <w:jc w:val="right"/>
      </w:pPr>
      <w:r>
        <w:t>था यानी कि technology का काम.</w:t>
      </w:r>
    </w:p>
    <w:p>
      <w:r>
        <w:rPr>
          <w:b/>
        </w:rPr>
        <w:t xml:space="preserve">[36:23] </w:t>
      </w:r>
      <w:r>
        <w:t>yeh sab kuch saara support jo allah ki taraf se tha. yeh aisa hi tha jaise ke ek building banane mein bahut saare material ki zaroorat hoti hai. bahut hi important cheezon ki zaroorat hoti hai. tab ek building khadi hoti hai.</w:t>
      </w:r>
    </w:p>
    <w:p>
      <w:pPr>
        <w:jc w:val="right"/>
      </w:pPr>
      <w:r>
        <w:t>यह सब कुछ सारा support जो अल्लाह की तरफ से था. यह ऐसा ही था जैसे कि एक building बनाने में बहुत सारे material की ज़रूरत होती है. बहुत ही important चीज़ों की ज़रूरत होती है. तब एक building खड़ी होती है.</w:t>
      </w:r>
    </w:p>
    <w:p>
      <w:r>
        <w:rPr>
          <w:b/>
        </w:rPr>
        <w:t xml:space="preserve">[36:40] </w:t>
      </w:r>
      <w:r>
        <w:t>isi tarah cpc women group ko yahan tak pahunchane ke liye yeh saare log mera saath na dete toh mera jaisa pahij insaan kuch nahi kar sakta tha. ab main group ke baare mein batana chahoongi. cpc women group jab band group tha toh usmein maulana kaam ke material daale jaate the.</w:t>
      </w:r>
    </w:p>
    <w:p>
      <w:pPr>
        <w:jc w:val="right"/>
      </w:pPr>
      <w:r>
        <w:t>इसी तरह CPS women group को यहां तक पहुंचाने के लिए यह सारे लोग मेरा साथ ना देते तो मेरा जैसा पाहिज इंसान कुछ नहीं कर सकता था. अब मैं group के बारे में बताना चाहूंगी. CPS women group जब बंद group था तो उसमें मौलाना काम के material डाले जाते थे.</w:t>
      </w:r>
    </w:p>
    <w:p>
      <w:r>
        <w:rPr>
          <w:b/>
        </w:rPr>
        <w:t xml:space="preserve">[37:07] </w:t>
      </w:r>
      <w:r>
        <w:t>toh woh aisa hi tha jaise zameen mein matti mein jab beej daal diye jaate hain aur jab group open hua toh usmein topic daalkar interaction hota tha. interaction aisa hi tha jaise ke jab zameen mein beach daalne ke baad kheton mein hariyali aa jaati hai. maine logon ke andar khuda ke ko paani ki beinteha talab dekhi.</w:t>
      </w:r>
    </w:p>
    <w:p>
      <w:pPr>
        <w:jc w:val="right"/>
      </w:pPr>
      <w:r>
        <w:t>तो वह ऐसा ही था जैसे ज़मीन में मट्टी में जब बीज डाल दिए जाते हैं और जब group open हुआ तो उसमें topic डालकर interaction होता था. Interaction ऐसा ही था जैसे कि जब ज़मीन में beach डालने के बाद खेतों में हरियाली आ जाती है. मैंने लोगों के अंदर खुदा के को पानी की बेइंतहा तलब देखी.</w:t>
      </w:r>
    </w:p>
    <w:p>
      <w:r>
        <w:rPr>
          <w:b/>
        </w:rPr>
        <w:t xml:space="preserve">[37:37] </w:t>
      </w:r>
      <w:r>
        <w:t>kuch log bahut sawaal karte the. bahut der der tak phone kar baat karte the aur maulana ki tehreeron se apni conditioning ko todne mein kaamyaab bhi ho gaye. kuch log jinko apni conditioning todne mein mushkil hoti thi, unki madad saara karti thi. logon ne jaise jaise baaton ko samjha toh unhone apni family aur janne walon ko bhi add karwaya, karwana shuru kara.</w:t>
      </w:r>
    </w:p>
    <w:p>
      <w:pPr>
        <w:jc w:val="right"/>
      </w:pPr>
      <w:r>
        <w:t>कुछ लोग बहुत सवाल करते थे. बहुत देर देर तक phone कर बात करते थे और मौलाना की तहरीरों से अपनी conditioning को तोड़ने में कामयाब भी हो गए. कुछ लोग जिनको अपनी conditioning तोड़ने में मुश्किल होती थी, उनकी मदद सारा करती थी. लोगों ने जैसे जैसे बातों को समझा तो उन्होंने अपनी family और जानने वालों को भी add करवाया, करवाना शुरू करा.</w:t>
      </w:r>
    </w:p>
    <w:p>
      <w:r>
        <w:rPr>
          <w:b/>
        </w:rPr>
        <w:t xml:space="preserve">[38:06] </w:t>
      </w:r>
      <w:r>
        <w:t>is tarah logon ka connection khuda se badha toh unka focus islam ki spirit par hua. itna busy hone ke baad bhi khuda ke kaam ke liye itna unka jazbat tha. mere liye kaafi strange tha. yeh mujhe aisa hi laga ke ladies apni zindagi ki gaadi jis taraf le ja rahi thi woh use mutmai nahi thi.</w:t>
      </w:r>
    </w:p>
    <w:p>
      <w:pPr>
        <w:jc w:val="right"/>
      </w:pPr>
      <w:r>
        <w:t>इस तरह लोगों का connection खुदा से बढ़ा तो उनका focus इस्लाम की spirit पर हुआ. इतना busy होने के बाद भी खुदा के काम के लिए इतना उनका जज़्बत था. मेरे लिए काफी strange था. यह मुझे ऐसा ही लगा कि ladies अपनी ज़िंदगी की गाड़ी जिस तरफ ले जा रही थी वह उसे मुतमई नहीं थी.</w:t>
      </w:r>
    </w:p>
    <w:p>
      <w:r>
        <w:rPr>
          <w:b/>
        </w:rPr>
        <w:t xml:space="preserve">[38:34] </w:t>
      </w:r>
      <w:r>
        <w:t>isiliye woh sab kuch khudai nakshe ke mutabik jaanna aur samajhna jaa rahi thi. yeh unki pitrat ki pukaar thi. malana ne apni kitaab aurat mein mari insaniyat mein bataya hai ke zyada tar mard aurat ka kamtar istemaal karte hain yahan tak ke dono mar kar is duniya se chale jaate hain. yeh line bahut hi important hai hum sabke liye.</w:t>
      </w:r>
    </w:p>
    <w:p>
      <w:pPr>
        <w:jc w:val="right"/>
      </w:pPr>
      <w:r>
        <w:t>इसीलिए वह सब कुछ खुदाई नक्शे के मुताबिक जानना और समझना जा रही थी. यह उनकी पितरत की पुकार थी. मालाना ने अपनी किताब औरत में मारी इंसानियत में बताया है कि ज़्यादातर मर्द औरत का कमतर इस्तेमाल करते हैं यहां तक कि दोनों मर कर इस दुनिया से चले जाते हैं. यह line बहुत ही important है हम सबके लिए.</w:t>
      </w:r>
    </w:p>
    <w:p>
      <w:r>
        <w:rPr>
          <w:b/>
        </w:rPr>
        <w:t xml:space="preserve">[39:00] </w:t>
      </w:r>
      <w:r>
        <w:t>yeh line mujhe bhi bahut hit kari thi. yaani mard apni auraton ko khuda ke liye de nahi paate aur auratein apne mizaaj ke itwaar se apne ko jeb aur zeenat ki taraf lekar chali jaati hain. ab us waqt mard ka kaam hota hai ke woh aurat ke is mizaaj ko ek healthy mod dein.</w:t>
      </w:r>
    </w:p>
    <w:p>
      <w:pPr>
        <w:jc w:val="right"/>
      </w:pPr>
      <w:r>
        <w:t>यह line मुझे भी बहुत hit करी थी. यानी मर्द अपनी औरतों को खुदा के लिए दे नहीं पाते और औरतें अपने मिजाज़ के इतवार से अपने को जेब और जीनत की तरफ लेकर चली जाती हैं. अब उस वक्त मर्द का काम होता है कि वह औरत के इस मिजाज़ को एक healthy मोड़ दें.</w:t>
      </w:r>
    </w:p>
    <w:p>
      <w:r>
        <w:rPr>
          <w:b/>
        </w:rPr>
        <w:t xml:space="preserve">[39:22] </w:t>
      </w:r>
      <w:r>
        <w:t>woh aurat ki thinking ko intellectually develop hone mein uski madad karein aur agar mard aisa nahi kar pa rahe hain toh aurat khud apne ko intellectually develop karein kyunke khuda ke hukoom ke aage koi choice nahi hoti. humein haalaat se adjust karna hai taaki khuda ka haqada kar sakein.</w:t>
      </w:r>
    </w:p>
    <w:p>
      <w:pPr>
        <w:jc w:val="right"/>
      </w:pPr>
      <w:r>
        <w:t>वह औरत की thinking को intellectually develop होने में उसकी मदद करें और अगर मर्द ऐसा नहीं कर पा रहे हैं तो औरत ख़ुद अपने को intellectually develop करें क्योंकि ख़ुदा के हुकूम के आगे कोई choice नहीं होती. हमें हालात से adjust करना है ताकि ख़ुदा का हक़दा कर सकें.</w:t>
      </w:r>
    </w:p>
    <w:p>
      <w:r>
        <w:rPr>
          <w:b/>
        </w:rPr>
        <w:t xml:space="preserve">[39:49] </w:t>
      </w:r>
      <w:r>
        <w:t>kyunki aakhirat mein hum akele hi monge, koi hamara saath hi na hoga aur hamare group mein yahi hua tha. toh jo log daawa ke kaam ke liye aage aaye aur jo kuch log the jo daawa ke kaam ke liye aage aa gaye aur jo log naye group mein naye aaye the unko maulana ki books bheji jaati thi woh usko padhte the.</w:t>
      </w:r>
    </w:p>
    <w:p>
      <w:pPr>
        <w:jc w:val="right"/>
      </w:pPr>
      <w:r>
        <w:t>क्योंकि आख़िरत में हम अकेले ही मोंगे, कोई हमारा साथ ही ना होगा और हमारे group में यही हुआ था. तो जो लोग दावा के काम के लिए आगे आए और जो कुछ लोग थे जो दावा के काम के लिए आगे आ गए और जो लोग नए group में नए आए थे उनको मौलाना की books भेजी जाती थी वह उसको पढ़ते थे.</w:t>
      </w:r>
    </w:p>
    <w:p>
      <w:r>
        <w:rPr>
          <w:b/>
        </w:rPr>
        <w:t xml:space="preserve">[40:19] </w:t>
      </w:r>
      <w:r>
        <w:t>hamara pehla group amariifa group hai jisme log tayar hain. is group mein is waqt jo hota hai wah ye hai ke Maulana ki different kitabon ki, kitabon se aur talk se interaction hota hai aur CPS senior senior CPS member ke sath interaction unse baat karte hain unki jo problem hai usko solve karte hain.</w:t>
      </w:r>
    </w:p>
    <w:p>
      <w:pPr>
        <w:jc w:val="right"/>
      </w:pPr>
      <w:r>
        <w:t>हमारा पहला group अमारिफा group है जिसमें लोग तैयार हैं. इस group में इस वक्त जो होता है वह यह कि मालाना कि different किताबों की, किताबों से और talk से interaction होता है और CPS senior senior CPS member के साथ interaction उनसे बात करते हैं उनकी जो problem है उसको solve करते हैं.</w:t>
      </w:r>
    </w:p>
    <w:p>
      <w:r>
        <w:rPr>
          <w:b/>
        </w:rPr>
        <w:t xml:space="preserve">[40:49] </w:t>
      </w:r>
      <w:r>
        <w:t>Zoom mein discussion hota hai Maulana ke articles different kitabon ka use dale jate hain. har Sunday ko Zoom mein article ke upar discussion hota hai aur monthly question answer session hote hain Apa aur Farha Sahab ke sath. ye sare Zoom session Shabina Ali coordinate karti hain bahut hi responsibility ke sath.</w:t>
      </w:r>
    </w:p>
    <w:p>
      <w:pPr>
        <w:jc w:val="right"/>
      </w:pPr>
      <w:r>
        <w:t>Zoom में discussion होता है अमोलाना के articles different किताबों का उसे डाले जाते हैं. हर Sunday को Zoom में article के ऊपर discussion होता है और monthly question answer session होते हैं आपा और फरहा साहब के साथ. यह सारे Zoom session शबीना अली coordinate करती हैं बहुत ही responsibility के साथ.</w:t>
      </w:r>
    </w:p>
    <w:p>
      <w:r>
        <w:rPr>
          <w:b/>
        </w:rPr>
        <w:t xml:space="preserve">[41:16] </w:t>
      </w:r>
      <w:r>
        <w:t>do hazar ekis, November ki do hazar ekis mein hamara dusra group CPS young women group bana aur usmein English mein interaction hote hain. iska purpose hai ke Maulana ki kahreeron se aaj ke young women ki reengineering kari jaye.</w:t>
      </w:r>
    </w:p>
    <w:p>
      <w:pPr>
        <w:jc w:val="right"/>
      </w:pPr>
      <w:r>
        <w:t>दो हज़ार इक्कीस, November की दो हज़ार इक्कीस में हमारा दूसरा group CPS young women group बना और उसमें English में interaction होते हैं. इसका purpose है कि मौलाना की कहरीरों से आज के young women की reengineering करी जाए.</w:t>
      </w:r>
    </w:p>
    <w:p>
      <w:r>
        <w:rPr>
          <w:b/>
        </w:rPr>
        <w:t xml:space="preserve">[41:36] </w:t>
      </w:r>
      <w:r>
        <w:t>is group ke admin hamare pehle wale group jo marfa group hai, uske young bachiyan hain jinhone Maulana ki tehreeron se apne ko is qabil bana liya hai ke wah apne ko Khuda ke kaam ke liye de chuki hain. to yahi kuch information thi jo maine aapke sath share kari. ab main Nazma Apa ko bulana invite karna chahungi.</w:t>
      </w:r>
    </w:p>
    <w:p>
      <w:pPr>
        <w:jc w:val="right"/>
      </w:pPr>
      <w:r>
        <w:t>इस group के admin हमारे पहले वाले group जो मार्फा group है, उसके young बच्चियां हैं जिन्होंने मौलाना की तहरीरों से अपने को इस काबिल बना लिया है कि वह अपने को खुदा के काम के लिए दे चुकी हैं. तो यही कुछ information थी जो मैंने आपके साथ share करी. अब मैं नजमा आपा को बुलाना invite करना चाहूंगी.</w:t>
      </w:r>
    </w:p>
    <w:p>
      <w:r>
        <w:rPr>
          <w:b/>
        </w:rPr>
        <w:t xml:space="preserve">[42:03] </w:t>
      </w:r>
      <w:r>
        <w:t>jinhone interaction ke dauran CPS women group yani Marfa group mein logon ko bahut encourage kiya, bahut zyada motivate kiya. Nazma Apa aap comments ke sath Maulana ki ek line ko attach kiya karti thi, jisse baatein bilkul clear ho jati thin. Nazma ab aap aap please aap aayen aur apni blessing ke sath apne experience ko hamare sath share karen.</w:t>
      </w:r>
    </w:p>
    <w:p>
      <w:pPr>
        <w:jc w:val="right"/>
      </w:pPr>
      <w:r>
        <w:t>जिन्होंने interaction के दौरान CPS women group यानी Marfa group में लोगों को बहुत encourage किया, बहुत ज़्यादा motivate किया. नज़मा अपा आपने comments के साथ मौलानक एक line को attach किया करती थी, जिससे बातें बिल्कुल clear हो जाती थीं. नजमा अब आप आप please आप आएं और अपनी blessing के साथ अपने experience को हमारे साथ share करें.</w:t>
      </w:r>
    </w:p>
    <w:p>
      <w:r>
        <w:rPr>
          <w:b/>
        </w:rPr>
        <w:t xml:space="preserve">[42:32] </w:t>
      </w:r>
      <w:r>
        <w:t>Jaza Kalkah. Assalamualaikum. Bismillahir Rahman Rahim. Main Delhi University Department of Education mein professor thi. Head and Dean bhi reh chuki hoon Maa ki aur ab retire hoon.</w:t>
      </w:r>
    </w:p>
    <w:p>
      <w:pPr>
        <w:jc w:val="right"/>
      </w:pPr>
      <w:r>
        <w:t>जज़ा कल्का. अस्सलामालायकू. बिस्मिल्लाहिल रहमान ए रहीम. मैं Delhi university department of education में professor थी. Head and dean भी रह चुकी हूं मां की और अब retire हूं.</w:t>
      </w:r>
    </w:p>
    <w:p>
      <w:r>
        <w:rPr>
          <w:b/>
        </w:rPr>
        <w:t xml:space="preserve">[42:57] </w:t>
      </w:r>
      <w:r>
        <w:t>jaise Nagma ne bataya ke Nagma aur Navdeep dono mere damad aur beti pehle Maulana se mile unhone apna detail bataya aur phir unhone hamein is baat ke liye bataya to phir main aur mere husband ne Maulana ke classes join kare.</w:t>
      </w:r>
    </w:p>
    <w:p>
      <w:pPr>
        <w:jc w:val="right"/>
      </w:pPr>
      <w:r>
        <w:t>जैसे नगमा ने बताया कि नगमा और नवदीप दोनों मेरे दामाज और बेटी पहले मौलाना से मिले उन्होंने अपना detail बताया और फिर उन्होंने हमें इस बात के लिए बताया तो फिर मैं और मेरे husband ने मौलाना के classes join करे.</w:t>
      </w:r>
    </w:p>
    <w:p>
      <w:r>
        <w:rPr>
          <w:b/>
        </w:rPr>
        <w:t xml:space="preserve">[43:26] </w:t>
      </w:r>
      <w:r>
        <w:t>yeh 2,004 ke baad humne shuru kare.</w:t>
      </w:r>
    </w:p>
    <w:p>
      <w:pPr>
        <w:jc w:val="right"/>
      </w:pPr>
      <w:r>
        <w:t>यह 2,004 के बाद हमने शुरू करे.</w:t>
      </w:r>
    </w:p>
    <w:p>
      <w:r>
        <w:rPr>
          <w:b/>
        </w:rPr>
        <w:t xml:space="preserve">[43:34] </w:t>
      </w:r>
      <w:r>
        <w:t>aur main phir jab main university mein thi to Maulana ko humne ek aadh baar wahan bulaya bhi</w:t>
      </w:r>
    </w:p>
    <w:p>
      <w:pPr>
        <w:jc w:val="right"/>
      </w:pPr>
      <w:r>
        <w:t>और मैं फिर जब मैं university में थी तो मौलाना को हमने एक आध बार वहाँ बुलाया भी</w:t>
      </w:r>
    </w:p>
    <w:p>
      <w:r>
        <w:rPr>
          <w:b/>
        </w:rPr>
        <w:t xml:space="preserve">[43:43] </w:t>
      </w:r>
      <w:r>
        <w:t>aur wahan pe literature kyunki Maulana ne itna motivate kiya tha dawat ke kaam ke liye to wahan</w:t>
      </w:r>
    </w:p>
    <w:p>
      <w:pPr>
        <w:jc w:val="right"/>
      </w:pPr>
      <w:r>
        <w:t>और वहाँ पे literature क्योंकि मौलाना ने इतना motivate किया था दावत के काम के लिए तो वहां</w:t>
      </w:r>
    </w:p>
    <w:p>
      <w:r>
        <w:rPr>
          <w:b/>
        </w:rPr>
        <w:t xml:space="preserve">[43:52] </w:t>
      </w:r>
      <w:r>
        <w:t>par humne kitabein distribute karna shuru kari aur main ab tak CPS se judi hui hoon aur inshallah</w:t>
      </w:r>
    </w:p>
    <w:p>
      <w:pPr>
        <w:jc w:val="right"/>
      </w:pPr>
      <w:r>
        <w:t>पर हमने किताबें distribute करना शुरू करी और मैं अब तक CPS से जुड़ी हुई हूं और इंशालाह</w:t>
      </w:r>
    </w:p>
    <w:p>
      <w:r>
        <w:rPr>
          <w:b/>
        </w:rPr>
        <w:t xml:space="preserve">[44:01] </w:t>
      </w:r>
      <w:r>
        <w:t>hamesha judi rahungi.</w:t>
      </w:r>
    </w:p>
    <w:p>
      <w:pPr>
        <w:jc w:val="right"/>
      </w:pPr>
      <w:r>
        <w:t>हमेशा जुड़ी रहूंगी.</w:t>
      </w:r>
    </w:p>
    <w:p>
      <w:r>
        <w:rPr>
          <w:b/>
        </w:rPr>
        <w:t xml:space="preserve">[44:10] </w:t>
      </w:r>
      <w:r>
        <w:t>Maulana ke lectures, literature aur unse discussions kabhi kabhi woh bahut hammer karte the, gussa karte the kuch</w:t>
      </w:r>
    </w:p>
    <w:p>
      <w:pPr>
        <w:jc w:val="right"/>
      </w:pPr>
      <w:r>
        <w:t>मौलाना के lectures, literature और उनसे discussions कभी कभी वो बहुत hammer करते थे, गुस्सा करते थे कुछ</w:t>
      </w:r>
    </w:p>
    <w:p>
      <w:r>
        <w:rPr>
          <w:b/>
        </w:rPr>
        <w:t xml:space="preserve">[44:19] </w:t>
      </w:r>
      <w:r>
        <w:t>cheezon par, lekin usse hamari personality mein bahut positive changes aaye, jo is duniya mein bhi hamare liye</w:t>
      </w:r>
    </w:p>
    <w:p>
      <w:pPr>
        <w:jc w:val="right"/>
      </w:pPr>
      <w:r>
        <w:t>चीज़ों पर, लेकिन उससे हमारी personality में बहुत positive changes आए, जो इस दुनिया में भी हमारे लिए</w:t>
      </w:r>
    </w:p>
    <w:p>
      <w:r>
        <w:rPr>
          <w:b/>
        </w:rPr>
        <w:t xml:space="preserve">[44:28] </w:t>
      </w:r>
      <w:r>
        <w:t>bahut achhe hain aur aakhirat mein bhi inshallah woh hamare liye faydemand honge aur jaise abhi aapne Maulana</w:t>
      </w:r>
    </w:p>
    <w:p>
      <w:pPr>
        <w:jc w:val="right"/>
      </w:pPr>
      <w:r>
        <w:t>बहुत अच्छे हैं और आख़िरत में भी इंशालाह वो हमारे लिए फायदेमंद होंगे और जैसे अभी आपने मौलाना</w:t>
      </w:r>
    </w:p>
    <w:p>
      <w:r>
        <w:rPr>
          <w:b/>
        </w:rPr>
        <w:t xml:space="preserve">[44:38] </w:t>
      </w:r>
      <w:r>
        <w:t>ko suna to unlike bahut zyada bahut aalim ke Maulana jo the woh hamesha auraton ko encourage karte</w:t>
      </w:r>
    </w:p>
    <w:p>
      <w:pPr>
        <w:jc w:val="right"/>
      </w:pPr>
      <w:r>
        <w:t>को सुना तो unlike बहुत ज़्यादा बहुत आलिम के मौलाना जो थे वो हमेशा औरतों को encourage करते</w:t>
      </w:r>
    </w:p>
    <w:p>
      <w:r>
        <w:rPr>
          <w:b/>
        </w:rPr>
        <w:t xml:space="preserve">[44:47] </w:t>
      </w:r>
      <w:r>
        <w:t>the aapne unki zubaan se sun liya.</w:t>
      </w:r>
    </w:p>
    <w:p>
      <w:pPr>
        <w:jc w:val="right"/>
      </w:pPr>
      <w:r>
        <w:t>थे आपने उनकी ज़बान से sun लिया.</w:t>
      </w:r>
    </w:p>
    <w:p>
      <w:r>
        <w:rPr>
          <w:b/>
        </w:rPr>
        <w:t xml:space="preserve">[44:57] </w:t>
      </w:r>
      <w:r>
        <w:t>Nagma ne jaise bataya ke usko kitna encourage kiya aur kabhi unke dimagh mein koi baat aati thi to foran raat ko wo phone bhi kar lete the ke phir baat wo nikal na jaye.</w:t>
      </w:r>
    </w:p>
    <w:p>
      <w:pPr>
        <w:jc w:val="right"/>
      </w:pPr>
      <w:r>
        <w:t>नकमा ने जैसे बताया कि उसको कितना encourage किया और कभी उनके दिमाग में कोई बात आती थी तो फ़ौरन रात को वो phone भी कर लेते थे कि फिर बात वो निकल ना जाए.</w:t>
      </w:r>
    </w:p>
    <w:p>
      <w:r>
        <w:rPr>
          <w:b/>
        </w:rPr>
        <w:t xml:space="preserve">[45:09] </w:t>
      </w:r>
      <w:r>
        <w:t>to Maulana ne hamesha auraton ko encourage kiya aur usi wajah se jaise aapne sun li yeh baat</w:t>
      </w:r>
    </w:p>
    <w:p>
      <w:pPr>
        <w:jc w:val="right"/>
      </w:pPr>
      <w:r>
        <w:t>तो मौलाना ने हमेशा औरतों को encourage किया और उसी वजह से जैसे आपने sun ली यह बात</w:t>
      </w:r>
    </w:p>
    <w:p>
      <w:r>
        <w:rPr>
          <w:b/>
        </w:rPr>
        <w:t xml:space="preserve">[45:18] </w:t>
      </w:r>
      <w:r>
        <w:t>ki yeh jo hamara women group hai, yeh unhi ke encouragement se bana pehle Naghma ko, Sadhia ko,</w:t>
      </w:r>
    </w:p>
    <w:p>
      <w:pPr>
        <w:jc w:val="right"/>
      </w:pPr>
      <w:r>
        <w:t>कि यह जो हमारा women group है, यह उन्हीं के encouragement से बना पहले नागुमा को, साधिया को,</w:t>
      </w:r>
    </w:p>
    <w:p>
      <w:r>
        <w:rPr>
          <w:b/>
        </w:rPr>
        <w:t xml:space="preserve">[45:28] </w:t>
      </w:r>
      <w:r>
        <w:t>uske baad ab yeh group open ho gaya aur Maulana kehte the ki dawat ke kaam mein lago</w:t>
      </w:r>
    </w:p>
    <w:p>
      <w:pPr>
        <w:jc w:val="right"/>
      </w:pPr>
      <w:r>
        <w:t>उसके बाद अब यह group open हो गया और मौलाना कहते थे कि दावत के काम में लगो</w:t>
      </w:r>
    </w:p>
    <w:p>
      <w:r>
        <w:rPr>
          <w:b/>
        </w:rPr>
        <w:t xml:space="preserve">[45:37] </w:t>
      </w:r>
      <w:r>
        <w:t>aur Quran ko doosron tak pahunchao aur apna intellectual development karo.</w:t>
      </w:r>
    </w:p>
    <w:p>
      <w:pPr>
        <w:jc w:val="right"/>
      </w:pPr>
      <w:r>
        <w:t>और कुरान को दूसरों तक पहुंचाओ और अपना intellectual development करो.</w:t>
      </w:r>
    </w:p>
    <w:p>
      <w:r>
        <w:rPr>
          <w:b/>
        </w:rPr>
        <w:t xml:space="preserve">[45:47] </w:t>
      </w:r>
      <w:r>
        <w:t>ye re engineering of mind ye Maulana ka hi ek term tha jo hamare dimaghon mein bahut clear hua. unke bahut sare terms the jiski clarity hamein hamare samajh mein aayi. to aur phir jab ye WhatsApp group ban gaya to Allah ki rehmat se duniya different parts hai duniya ke more than 200 ladies hain ab ismein.</w:t>
      </w:r>
    </w:p>
    <w:p>
      <w:pPr>
        <w:jc w:val="right"/>
      </w:pPr>
      <w:r>
        <w:t>यह re engineering of mind यह मौलाना का ही एक term था जो हमारे दिमागों में बहुत clear हुआ. उनके बहुत सारे terms थे जिसकी clarity हमें हमारे समझ में आई. तो और फिर जब यह WhatsApp group वन गया तो अल्लाह की रहमत से दुनिया different parts है दुनिया के more than 200 ladies हैं अब इसमें.</w:t>
      </w:r>
    </w:p>
    <w:p>
      <w:r>
        <w:rPr>
          <w:b/>
        </w:rPr>
        <w:t xml:space="preserve">[46:12] </w:t>
      </w:r>
      <w:r>
        <w:t>dheere dheere judti rahi hui ek naya group bhi ban gaya jaise aapne sun liya. to is group mein hum Islamic concepts par, Quran ki ayaton pe, hadison pe, Maulana ke articles ko padhkar, samajhkar, interaction karte hain. ye ek aisa platform hai jisse judkar hamare Islamic concepts bahut clear hue hain aur bahut maturity aayi hai sab mein.</w:t>
      </w:r>
    </w:p>
    <w:p>
      <w:pPr>
        <w:jc w:val="right"/>
      </w:pPr>
      <w:r>
        <w:t>धीरे धीरे जुड़ती रही हुई एक नया group भी वन गया जैसे आपने sun लिया. तो इस group में हम Islamic concepts पर, कुरान की आयतों पे, हदीसों पे, मौलाना के articles को पढ़कर, समझकर, interaction करते हैं. यह एक ऐसा platform है जिससे जुड़कर हमारे Islamic concepts बहुत clear हुए हैं और बहुत maturity आई है सब में.</w:t>
      </w:r>
    </w:p>
    <w:p>
      <w:r>
        <w:rPr>
          <w:b/>
        </w:rPr>
        <w:t xml:space="preserve">[46:39] </w:t>
      </w:r>
      <w:r>
        <w:t>ye unke discussion se, unke interaction se pata chalta hai ke kitni maturity aayi hai logon mein. har din kuch hamein naya seekhne ko milta hai aur sabki personality bahut positive, positive changes aaye hain aur logon ki zindagiyaan badal gayi hain. jaisa ke ye log example de de ke batate hain ke wo kya karte the aur ab kya karte hain?</w:t>
      </w:r>
    </w:p>
    <w:p>
      <w:pPr>
        <w:jc w:val="right"/>
      </w:pPr>
      <w:r>
        <w:t>यह उनके discussion से, उनके interaction से पता चलता है कि कितनी maturity आई है लोगों में. हर दिन कुछ हमें नया सीखने को मिलता है और सबकी personality बहुत positive, positive changes आए हैं और लोगों की ज़िंदगियां बदल गई हैं. जैसा कि ये लोग example दे दे के बताते हैं कि वो क्या करते थे और अब क्या करते हैं?</w:t>
      </w:r>
    </w:p>
    <w:p>
      <w:r>
        <w:rPr>
          <w:b/>
        </w:rPr>
        <w:t xml:space="preserve">[47:05] </w:t>
      </w:r>
      <w:r>
        <w:t>to Quran ki ayaton par discussion jab hue to tadhkir aur Quran padhne, samajhne ki process jari hui jisase Allah ke mutabiq zindagi hum kaise guzarein ye humne internalize kiya. isko samjha.</w:t>
      </w:r>
    </w:p>
    <w:p>
      <w:pPr>
        <w:jc w:val="right"/>
      </w:pPr>
      <w:r>
        <w:t>तो कुरान की आयतों पर discussion जब हुए तो तस्कीर और कुरान पढ़ने, समझने की process जारी हुई जिससे अल्लाह के मुताबिक ज़िंदगी हम कैसे गुज़ाने यह हमने internalize किया. इसको समझा.</w:t>
      </w:r>
    </w:p>
    <w:p>
      <w:r>
        <w:rPr>
          <w:b/>
        </w:rPr>
        <w:t xml:space="preserve">[47:24] </w:t>
      </w:r>
      <w:r>
        <w:t>Maulana ke class, Maulana ke videos se, literature vagairah se hamein apni khwahishon par, emotions par control karna humne seekha aur adjustment ki importance seekhi.</w:t>
      </w:r>
    </w:p>
    <w:p>
      <w:pPr>
        <w:jc w:val="right"/>
      </w:pPr>
      <w:r>
        <w:t>मौलाना के class, मौलाना के videos से, literature वगैरह से हमें अपनी ख्वाहिशों पर, emotions पर control करना हमने सीखा और adjustment की importance सीखी.</w:t>
      </w:r>
    </w:p>
    <w:p>
      <w:r>
        <w:rPr>
          <w:b/>
        </w:rPr>
        <w:t xml:space="preserve">[47:41] </w:t>
      </w:r>
      <w:r>
        <w:t>yeh yeh sari cheezein badi positive rahi aur no reaction, voluntarily sabr karna, creation plan ko jab samjha</w:t>
      </w:r>
    </w:p>
    <w:p>
      <w:pPr>
        <w:jc w:val="right"/>
      </w:pPr>
      <w:r>
        <w:t>यह यह सारी चीज़ें बड़ी positive रही और no reaction, voluntarily सब्र करना, creation plan को जब समझा</w:t>
      </w:r>
    </w:p>
    <w:p>
      <w:r>
        <w:rPr>
          <w:b/>
        </w:rPr>
        <w:t xml:space="preserve">[47:51] </w:t>
      </w:r>
      <w:r>
        <w:t>to usse bahut saare jawab jo the woh mile humein aur ye sab unka zindagi ka part bana</w:t>
      </w:r>
    </w:p>
    <w:p>
      <w:pPr>
        <w:jc w:val="right"/>
      </w:pPr>
      <w:r>
        <w:t>तो उससे बहुत सारे जवाब जो थे वो मिले हमें और ये सब उनका ज़िंदगी का part बना</w:t>
      </w:r>
    </w:p>
    <w:p>
      <w:r>
        <w:rPr>
          <w:b/>
        </w:rPr>
        <w:t xml:space="preserve">[48:01] </w:t>
      </w:r>
      <w:r>
        <w:t>aur Allah ki discovery, Allah se mohabbat aur Allah se dar dono ko internalize kiya aur yeh ek</w:t>
      </w:r>
    </w:p>
    <w:p>
      <w:pPr>
        <w:jc w:val="right"/>
      </w:pPr>
      <w:r>
        <w:t>और अल्लाह की discovery, अल्लाह से मोहब्बत और अल्लाह से डर दोनों को internalize किया और यह एक</w:t>
      </w:r>
    </w:p>
    <w:p>
      <w:r>
        <w:rPr>
          <w:b/>
        </w:rPr>
        <w:t xml:space="preserve">[48:11] </w:t>
      </w:r>
      <w:r>
        <w:t>aisa platform hai jisse main alag hone ka soch hi nahi sakti.</w:t>
      </w:r>
    </w:p>
    <w:p>
      <w:pPr>
        <w:jc w:val="right"/>
      </w:pPr>
      <w:r>
        <w:t>ऐसा platform है जिससे मैं अलग होने का सोच ही नहीं सकती.</w:t>
      </w:r>
    </w:p>
    <w:p>
      <w:r>
        <w:rPr>
          <w:b/>
        </w:rPr>
        <w:t xml:space="preserve">[48:21] </w:t>
      </w:r>
      <w:r>
        <w:t>is group mein jo bhi zimmedari mujhe di jayegi main hamesha lene ke liye tayar hoon zindagi bhar aur Islam ka bahut bada jo zindagi individual ki zindagi ko badalna hi Islam ka ek bada important kaam hai to ye hamein Maulana ki literature se individual ko badalne ki process hai.</w:t>
      </w:r>
    </w:p>
    <w:p>
      <w:pPr>
        <w:jc w:val="right"/>
      </w:pPr>
      <w:r>
        <w:t>इस group में जो भी ज़िम्मेदारी मुझे दी जाएगी मैं हमेशा लेने के लिए तैयार हूं ज़िंदगी भर और इस्लाम का बहुत बड़ा जो ज़िंदगी individual की ज़िंदगियों को बदलना ही इस्लाम का एक बड़ा important काम है तो यह हमें बोलाना कि literature से individual को बदलने की process है.</w:t>
      </w:r>
    </w:p>
    <w:p>
      <w:r>
        <w:rPr>
          <w:b/>
        </w:rPr>
        <w:t xml:space="preserve">[48:50] </w:t>
      </w:r>
      <w:r>
        <w:t>main abhi jaise Seema ne bataya tha Dubai mein kuch ladkiyan thi, unse baat kar rahe the to jab unse baat kari to unhone kaha ke aap log jo baat batati hai wo bahut samajh mein aati hai, koi aur nahi batata aise. to hum mere aankhon mein aansu aa gaye us waqt ke ye hum kuch nahi kar rahe hain. ye to sab Maulana ki tarbiyat hai. Maulana ka literature hai jo hum usko samajhte hain.</w:t>
      </w:r>
    </w:p>
    <w:p>
      <w:pPr>
        <w:jc w:val="right"/>
      </w:pPr>
      <w:r>
        <w:t>मैं अभी जैसे सीमा ने बताया था Dubai में कुछ लड़कियां थी, उनसे बात कर रहे थे तो जब उनसे बात करी तो उन्होंने कहा कि आप लोग जो बात बताती है वह बहुत समझ में आती है, कोई और नहीं बताता ऐसे. तो हम मेरे आंखों में आंसू आ गए उस वक्त कि यह हम कुछ नहीं कर रहे हैं. यह तो सब मौलाना की तर्वियत है. मौलाना का literature है जो हम उसको समझते हैं.</w:t>
      </w:r>
    </w:p>
    <w:p>
      <w:r>
        <w:rPr>
          <w:b/>
        </w:rPr>
        <w:t xml:space="preserve">[49:16] </w:t>
      </w:r>
      <w:r>
        <w:t>to meri Allah se dua hai ki yeh group hamesha achhi tarah se chalta rahe taaki sabki meaningful</w:t>
      </w:r>
    </w:p>
    <w:p>
      <w:pPr>
        <w:jc w:val="right"/>
      </w:pPr>
      <w:r>
        <w:t>तो मेरी अल्लाह से ध्वाह है कि यह group हमेशा अच्छी तरह से चलता रहे ताकि सबकी meaningful</w:t>
      </w:r>
    </w:p>
    <w:p>
      <w:r>
        <w:rPr>
          <w:b/>
        </w:rPr>
        <w:t xml:space="preserve">[49:23] </w:t>
      </w:r>
      <w:r>
        <w:t>learning ho aur ladies ki ismein aur ladies bhi ismein judti rahe aur right thinking ho aur knowledge</w:t>
      </w:r>
    </w:p>
    <w:p>
      <w:pPr>
        <w:jc w:val="right"/>
      </w:pPr>
      <w:r>
        <w:t>learning हो और ladies की इसमें और ladies भी इसमें जुड़ती रहे और right thinking हो और knowledge</w:t>
      </w:r>
    </w:p>
    <w:p>
      <w:r>
        <w:rPr>
          <w:b/>
        </w:rPr>
        <w:t xml:space="preserve">[49:31] </w:t>
      </w:r>
      <w:r>
        <w:t>badhe kyunki Maulana knowledge ko bahut importance dete the, intellectual development ko bahut importance dete the aur hum</w:t>
      </w:r>
    </w:p>
    <w:p>
      <w:pPr>
        <w:jc w:val="right"/>
      </w:pPr>
      <w:r>
        <w:t>बढ़े क्योंकि मौलाना knowledge को बहुत importance देते थे, intellectual development को बहुत importance देते थे और हम</w:t>
      </w:r>
    </w:p>
    <w:p>
      <w:r>
        <w:rPr>
          <w:b/>
        </w:rPr>
        <w:t xml:space="preserve">[49:39] </w:t>
      </w:r>
      <w:r>
        <w:t>aakhirat based simple life guzane apni aur hum sabko marifat hasil ho aur akhir, akhir mein pehle jannat</w:t>
      </w:r>
    </w:p>
    <w:p>
      <w:pPr>
        <w:jc w:val="right"/>
      </w:pPr>
      <w:r>
        <w:t>आखिरत based simple life गुज़ाने अपनी और हम सबको मार्फत हासिल हो और आखिर, आखिर में पहले जन्मत</w:t>
      </w:r>
    </w:p>
    <w:p>
      <w:r>
        <w:rPr>
          <w:b/>
        </w:rPr>
        <w:t xml:space="preserve">[49:47] </w:t>
      </w:r>
      <w:r>
        <w:t>banne ke woh saheeh hon.</w:t>
      </w:r>
    </w:p>
    <w:p>
      <w:pPr>
        <w:jc w:val="right"/>
      </w:pPr>
      <w:r>
        <w:t>बनने के वो सहित हों.</w:t>
      </w:r>
    </w:p>
    <w:p>
      <w:r>
        <w:rPr>
          <w:b/>
        </w:rPr>
        <w:t xml:space="preserve">[49:55] </w:t>
      </w:r>
      <w:r>
        <w:t>Ameen. mujhe ab main Doctor Safeena ko invite karna chahti hoon. jo mera right hand hai. jab CPS women group ban gaya tha, us dauran Maulana barabar baat karte aur group ki ladies ka feedback lena, lete the. hum Maulana ke paas ladies ke audios bhi bheja karte the.</w:t>
      </w:r>
    </w:p>
    <w:p>
      <w:pPr>
        <w:jc w:val="right"/>
      </w:pPr>
      <w:r>
        <w:t>आमिन. मुझे अब मैं doctor सफीना को invite करना चाहती हूं. जो मेरा right hand है. जब CPS women group वन गया था, उस दौरान बोलाना बराबर बात करते और group की ladies का feedback लेना, लेते थे. हम मोलाना के पास ladies के audios भी भेजा करते थे.</w:t>
      </w:r>
    </w:p>
    <w:p>
      <w:r>
        <w:rPr>
          <w:b/>
        </w:rPr>
        <w:t xml:space="preserve">[50:22] </w:t>
      </w:r>
      <w:r>
        <w:t>usi dauran ek din Maulana ka phone aaya tha aur unhone kaha tha ke aap Doctor Safeena ko lekar chaliye aur aise hi hua. group upset hone ke baad, kuch din ke baad meri amma ki tabiyat bahut kharab ho gayi thi. to mujhe unki taraf bhi dekhna tha. phir maine Doctor Safeena ko handover kiya ye group.</w:t>
      </w:r>
    </w:p>
    <w:p>
      <w:pPr>
        <w:jc w:val="right"/>
      </w:pPr>
      <w:r>
        <w:t>उसी दौरान एक दिन मोलाना का phone आया था और उन्होंने कहा था कि आप doctor सफ़ीना को लेकर चलिए और ऐसे ही हुआ. गुरु upset होने के बाद, कुछ दिन के बाद मेरी अम्मा की तबीयत बहुत खराब हो गई थी. तो मुझे उनकी तरफ भी देखना था. फिर मैंने doctor सफीना को handover किया यह गुरु.</w:t>
      </w:r>
    </w:p>
    <w:p>
      <w:r>
        <w:rPr>
          <w:b/>
        </w:rPr>
        <w:t xml:space="preserve">[50:45] </w:t>
      </w:r>
      <w:r>
        <w:t>unhone puri zimmedari ke sath ab is waqt bhi dekhti hain balki jo dusra hamara young group hai usko bhi dekhti hain aur itna busy life hone ke baad jis tarah se Khuda ke liye apni zimmedari ko samajhti hai, wo hum sabke liye inspiration hai. Doctor Safeena aap aayen aur apna experience hamare sath share karen.</w:t>
      </w:r>
    </w:p>
    <w:p>
      <w:pPr>
        <w:jc w:val="right"/>
      </w:pPr>
      <w:r>
        <w:t>उन्होंने पूरी ज़िम्मेदारी के साथ अब इस वक्त भी देखती हैं बल्कि जो दूसरा हमारा young group है उसको भी देखती हैं और इतना busy life होने के बाद जिस तरह से खुदा के लिए अपनी ज़िम्मेदारी को समझती है, वह हम सबके लिए inspiration है. Doctor सफीना आप आएं और अपना experience हमारे साथ share करें.</w:t>
      </w:r>
    </w:p>
    <w:p>
      <w:r>
        <w:rPr>
          <w:b/>
        </w:rPr>
        <w:t xml:space="preserve">[51:15] </w:t>
      </w:r>
      <w:r>
        <w:t>Bismillahir Rahman Rahim. I am Safeena member CPS woman Saharanpur chapter. pehle main apna CPS ka safar aur experience thoda sa share karna chahungi. Al-risala se main bachpan se wakif thi. hamare father hamesha se CPS mission se jude hue the Doctor Aslam Sahab.</w:t>
      </w:r>
    </w:p>
    <w:p>
      <w:pPr>
        <w:jc w:val="right"/>
      </w:pPr>
      <w:r>
        <w:t>मिस्मिलाई रमानी रहीम. I am सफ़ीना member CPS woman सहारनपुर chapter. पहले मैं अपना CPS का सफर और experience थोड़ा सा share करना चाहूंगी. अल्रेसाला से मैं बचपन से वाकिफ थी. हमारे father हमेशा से CPS mission से जुड़े हुए थे doctor असलम साहब.</w:t>
      </w:r>
    </w:p>
    <w:p>
      <w:r>
        <w:rPr>
          <w:b/>
        </w:rPr>
        <w:t xml:space="preserve">[51:44] </w:t>
      </w:r>
      <w:r>
        <w:t>magar jaise Maulana Sahab kehte hain ke insan negativity ka asar bahut aasani se le leta hai aur positive items ko usko discover karna padta hai. to main bhi shayad negative mindset ke sath hi apna Islam chalti, sochti thi aur mere yahi jo feelings the AMU mein maine jab padhai kari to ye feelings aur bhi propagate hue.</w:t>
      </w:r>
    </w:p>
    <w:p>
      <w:pPr>
        <w:jc w:val="right"/>
      </w:pPr>
      <w:r>
        <w:t>मगर जैसे मुलामा साहब कहते हैं कि इंसान negativity का असर बहुत आसानी से ले लेता है और positive items को उसको discover करना पड़ता है. तो मैं भी शायद negative mindset के साथ ही अपना इस्लाम चल, सोचती थी और मेरे यही जो feelings थे AMU में मैंने जब पढ़ाई करी तो ये feelings और भी propagate हुए.</w:t>
      </w:r>
    </w:p>
    <w:p>
      <w:r>
        <w:rPr>
          <w:b/>
        </w:rPr>
        <w:t xml:space="preserve">[52:10] </w:t>
      </w:r>
      <w:r>
        <w:t>meri negativity badhi aur mujhe kyunki aisa lagta tha ki kisi doosre ke upar blame dalna bahut aasan</w:t>
      </w:r>
    </w:p>
    <w:p>
      <w:pPr>
        <w:jc w:val="right"/>
      </w:pPr>
      <w:r>
        <w:t>मेरी negativity बढ़ी और मुझे क्योंकि ऐसा लगता था कि किसी दूसरे के ऊपर blame डालना बहुत आसान</w:t>
      </w:r>
    </w:p>
    <w:p>
      <w:r>
        <w:rPr>
          <w:b/>
        </w:rPr>
        <w:t xml:space="preserve">[52:17] </w:t>
      </w:r>
      <w:r>
        <w:t>hai aur agar main positive line par sochungi to apne upar mehnat karni padegi.</w:t>
      </w:r>
    </w:p>
    <w:p>
      <w:pPr>
        <w:jc w:val="right"/>
      </w:pPr>
      <w:r>
        <w:t>है और अगर मैं positive line पर सोचूंगी तो अपने ऊपर मेहनत करनी पड़ेगी.</w:t>
      </w:r>
    </w:p>
    <w:p>
      <w:r>
        <w:rPr>
          <w:b/>
        </w:rPr>
        <w:t xml:space="preserve">[52:25] </w:t>
      </w:r>
      <w:r>
        <w:t>to woh cheez to bahut mushkil hai, discover karni padti hai.</w:t>
      </w:r>
    </w:p>
    <w:p>
      <w:pPr>
        <w:jc w:val="right"/>
      </w:pPr>
      <w:r>
        <w:t>तो वह चीज़ तो बहुत मुश्किल है, discover करनी पड़ती है.</w:t>
      </w:r>
    </w:p>
    <w:p>
      <w:r>
        <w:rPr>
          <w:b/>
        </w:rPr>
        <w:t xml:space="preserve">[52:33] </w:t>
      </w:r>
      <w:r>
        <w:t>magar jaise allah taala ne raaste khole, padhai khatm hui to uske baad main Delhi aa gayi. sorry.</w:t>
      </w:r>
    </w:p>
    <w:p>
      <w:pPr>
        <w:jc w:val="right"/>
      </w:pPr>
      <w:r>
        <w:t>मगर जैसे अल्लाह ताला ने रास्ते खोले, पढ़ाई खत्म हुई तो उसके बाद मैं Delhi आ गई. Sorry.</w:t>
      </w:r>
    </w:p>
    <w:p>
      <w:r>
        <w:rPr>
          <w:b/>
        </w:rPr>
        <w:t xml:space="preserve">[52:41] </w:t>
      </w:r>
      <w:r>
        <w:t>jab hum log Delhi aaye to mere saare matchmates ko unki marzi ke hisaab se training mein offer mil gaya. sab log apne apne hospitals mein join kar gaye. magar us waqt par mujhe is tarah ki koi offer nahi mili.</w:t>
      </w:r>
    </w:p>
    <w:p>
      <w:pPr>
        <w:jc w:val="right"/>
      </w:pPr>
      <w:r>
        <w:t>जब हम लोग दिल्ली आए तो मेरे सारे matchmates को उनकी मर्ज़ी के हिसाब से training में offer मिल गया. सब लोग अपने अपने hospitals में join कर गए. मगर उस वक्त पर मुझे इस तरह की कोई offer नहीं मिली.</w:t>
      </w:r>
    </w:p>
    <w:p>
      <w:r>
        <w:rPr>
          <w:b/>
        </w:rPr>
        <w:t xml:space="preserve">[53:03] </w:t>
      </w:r>
      <w:r>
        <w:t>mujhe lagta hai ke meri yeh mehroomi mere liye sab se bari blessing ban gayi kyunke mere paas waqt hota to main Sunday ko Maulana sahib ki class mein chali jaati. jis din main pehli hi class mein gayi to meri aankhon se lagaataar aansu bahte rahe.</w:t>
      </w:r>
    </w:p>
    <w:p>
      <w:pPr>
        <w:jc w:val="right"/>
      </w:pPr>
      <w:r>
        <w:t>मुझे लगता है कि मेरी यह महरूमी मेरे लिए सबसे बड़ी blessing वन गई क्योंकि मेरे पास वक्त होता तो मैं Sunday को मुलाना साहब की class में चली जाती. जिस दिन मैं पहली ही class में गई तो मेरी आंखों से लगातार आंसू भाते रहे.</w:t>
      </w:r>
    </w:p>
    <w:p>
      <w:r>
        <w:rPr>
          <w:b/>
        </w:rPr>
        <w:t xml:space="preserve">[53:18] </w:t>
      </w:r>
      <w:r>
        <w:t>mujhe pata nahi chala main lagaataar roti rahi aur kuch hi classes attend karne ke baad mujhe ehsaas ho gaya ke yahi sachchai hai aur abhi tak jo bhi main follow karti thi woh sab ek gumrahi thi, woh Islam nahi tha.</w:t>
      </w:r>
    </w:p>
    <w:p>
      <w:pPr>
        <w:jc w:val="right"/>
      </w:pPr>
      <w:r>
        <w:t>मुझे पता नहीं चला मैं लगातार होती रही और कुछ ही classes attend करने के बाद मुझे एहसास हो गया कि यही सच्चाई है और अभी तक जो भी मैं follow करती थी वह सब एक गुमराही थी, वह इस्लाम नहीं था.</w:t>
      </w:r>
    </w:p>
    <w:p>
      <w:r>
        <w:rPr>
          <w:b/>
        </w:rPr>
        <w:t xml:space="preserve">[53:36] </w:t>
      </w:r>
      <w:r>
        <w:t>woh mujhe lagta hai ke aaj main jab sochti hoon to yeh CPS mission meri zindagi ka sab se bada asset hai aur iske baghair main andheron mein, gumrahi ke andheron mein aise hi apni zindagi kama deti hai aur yeh mauka khatam ho jaata. Maulana sahib ne CPS members ko hamesha do bol diye, apne liye maarfat aur doosron ke liye dawat.</w:t>
      </w:r>
    </w:p>
    <w:p>
      <w:pPr>
        <w:jc w:val="right"/>
      </w:pPr>
      <w:r>
        <w:t>वह मुझे लगता है कि आज मैं जब सोचती हूं तो यह CPS mission मेरी ज़िंदगी का सबसे बड़ा asset है और इसके बगैर मैं अंधेरों में, गुमराही के अंधेरों में ऐसे ही अपनी ज़िंदगी कमा देती है और यह मौका खत्म हो जाता. मोलाना साहब ने CPS members को हमेशा दो बोल दिए, अपने लिए मार्फत और दूसरों के लिए दावत.</w:t>
      </w:r>
    </w:p>
    <w:p>
      <w:r>
        <w:rPr>
          <w:b/>
        </w:rPr>
        <w:t xml:space="preserve">[54:02] </w:t>
      </w:r>
      <w:r>
        <w:t>yahi har CPS member ka two point formula bhi raha hai. maarfat Maulana sahib ke lectures aur classes se milne lagi aur dawat ke liye hum Quran aur peace literature distribution mein apna apna effort sab karte the. Public places par jaate the, individually bhi karte the aur team ke saath bhi karte the. lekin mujhe mehsoos hua mere profession ki wajah se kyunke main doctor thi to main kam socialize kar paati thi.</w:t>
      </w:r>
    </w:p>
    <w:p>
      <w:pPr>
        <w:jc w:val="right"/>
      </w:pPr>
      <w:r>
        <w:t>यही हर CPS member का two point formula भी रहा है. मारफत महलाना साहब के lectures और classes से मिलने लगी और दावत के लिए हम कुरान और peace literature distribution में अपना अपना effort सब करते थे. Public places पर जाते थे, individually भी करते थे और team के साथ भी करते थे. लेकिन मुझे महसूस हुआ मेरे profession की वजह से क्योंकि मैं doctor थी तो मैं कम socialize कर पाती थी.</w:t>
      </w:r>
    </w:p>
    <w:p>
      <w:r>
        <w:rPr>
          <w:b/>
        </w:rPr>
        <w:t xml:space="preserve">[54:30] </w:t>
      </w:r>
      <w:r>
        <w:t>bohat kam hi hota tha ke bahar jaake main is tarah ke bare dawati event mein participate kar paoon. to main andar ki jo dawati zimmedari thi na woh bohat zyada bechaini deti thi aur mujhe lagta tha ke I am not doing enough. yeh soch kar bohat anxiety hoti thi. Maulana sahib ne yeh bhi kaha tha ke humein apna role discover karna hai. to main yeh sochti thi mera role kya hai? main to kuch bhi nahi karti.</w:t>
      </w:r>
    </w:p>
    <w:p>
      <w:pPr>
        <w:jc w:val="right"/>
      </w:pPr>
      <w:r>
        <w:t>बहुत कम ही होता था कि बाहर जाके मैं इस तरह के बड़े दावती event में participate कर पाऊं. तो मैं अंदर की जो दावती ज़िम्मेदारी थी ना वह बहुत ज़्यादा बेचैनी देती थी और मुझे लगता था कि I am not doing enough. यह सोच कर बहुत anxiety होती थी. मोलाना साहब ने यह भी कहा था कि हमें अपना role discover करना है. तो मैं यह सोचती थी मेरा role क्या है? मैं तो कुछ भी नहीं करती.</w:t>
      </w:r>
    </w:p>
    <w:p>
      <w:r>
        <w:rPr>
          <w:b/>
        </w:rPr>
        <w:t xml:space="preserve">[54:59] </w:t>
      </w:r>
      <w:r>
        <w:t>mujhe lagta tha kya main apne potential ko avail kar paungi ya us se pehle hi main duniya se chali jaungi? to us waqt par Fahimda apa ne November do hazar bees mein jab mujhe phone kiya aur unhone is group ko interaction ke liye kholna chaha aur kaha ke woh apni team mein mujhe lena chahti hain. to mujhe lagta hai ke woh point mere liye ekdum se different turning point ban gaya jaise meri life ka.</w:t>
      </w:r>
    </w:p>
    <w:p>
      <w:pPr>
        <w:jc w:val="right"/>
      </w:pPr>
      <w:r>
        <w:t>मुझे लगता था क्या मैं अपने potential को avail कर पाऊंगी या उससे पहले ही मैं दुनिया से चली जाऊंगी? तो उस वक्त पर फैमीदापा ने November दो हज़ार बीस में जब मुझे phone किया और उन्होंने इस group को interaction के लिए खोलना चाहा और कहा कि वो अपनी team में मुझे लेना चाहती हैं. तो मुझे लगता है कि वो point मेरे लिए एकदम से different turning point वन गया जैसे मेरी life का.</w:t>
      </w:r>
    </w:p>
    <w:p>
      <w:r>
        <w:rPr>
          <w:b/>
        </w:rPr>
        <w:t xml:space="preserve">[55:27] </w:t>
      </w:r>
      <w:r>
        <w:t>Group mein jab daily topic dalta tha us se related articles dhoondh ke daalte the. un par ladies apne comments bhejti thi, apni learnings share karti thi. in sabki wajah se mera bohat intellectual development hua. meri maarfat mein lagaataar izafa hua. har waqt patients ke beech mein main phone dekhti thi to phone par Allah ka zikr maarfat ki baatein, Islami kirdaar ka charcha, is se sab poori tarah se personality development hone laga.</w:t>
      </w:r>
    </w:p>
    <w:p>
      <w:pPr>
        <w:jc w:val="right"/>
      </w:pPr>
      <w:r>
        <w:t>Group में जब daily topic डलता था उससे related articles ढूंढ के डालते थे. उन पर ladies अपने comments भेजती थी, अपनी learnings share करती थी. इन सबकी वजह से मेरा बहुत intellectual development हुआ. मेरी मार्फत में लगातार इज़ाफा हुआ. हर वक्त patients के beach में मैं phone देखती थी तो phone पर अल्लाह का ज़िक्र मार्फत की बातें, इस्लामी किरदार का चर्चा, इससे सब पूरी तरह से personality development होने लगा.</w:t>
      </w:r>
    </w:p>
    <w:p>
      <w:r>
        <w:rPr>
          <w:b/>
        </w:rPr>
        <w:t xml:space="preserve">[55:54] </w:t>
      </w:r>
      <w:r>
        <w:t>pehlay jab hum parhte thay article to bhool jaya karte thay. ab yeh lagaataar ka reminder phone par dekho aur baar baar wohi cheez yaad aati thi. to meri anxiety maine mehsoos ki ke kam ho gayi, khatam ho gayi. mujhe mehsoos hua ke is team mein hi jude rehna yahi mera role tha. yahi mere liye muqaddar tha aur mujhe andar se bohat itminaan mehsoos hua. Maulana sahib ne bhi is baat ko ek phone call par mujhe tasdeeq di.</w:t>
      </w:r>
    </w:p>
    <w:p>
      <w:pPr>
        <w:jc w:val="right"/>
      </w:pPr>
      <w:r>
        <w:t>पहले जब हम पढ़ते थे article तो भूल जाया करते थे. अब यह लगातार का reminder phone पर देखो और बार बार वही चीज़ याद आती थी. तो मेरी anxiety मैंने महसूस की कि कम हो गई, खत्म हो गई. मुझे महसूस हुआ कि इस team में ही जुड़े रहना यही मेरा role था. यही मेरे लिए मुकद्दर था और मुझे अंदर से बहुत इदमिनाम महसूस हुआ. मोलाना साहब ने भी इस बात को एक phone call पर मुझे तस्दीक दी.</w:t>
      </w:r>
    </w:p>
    <w:p>
      <w:r>
        <w:rPr>
          <w:b/>
        </w:rPr>
        <w:t xml:space="preserve">[56:22] </w:t>
      </w:r>
      <w:r>
        <w:t>February do hazar ekis mein unhone call karke bataya. unhone kaha ke mera potential yahi hai aur baqi saare kaam mere liye secondary hone chahiye. to maine bhi yahi determine kiya us din se ke main poore dedication ke saath kaafi saans tak kisi ke saath rahungi aur apna yeh role bakhoobi ada karne ki koshish karti rahungi. to iske liye sab se pehle main phir Fahimda apa ki bohat shukraguzar hoon ke inhone mujhe is group se joda aur yeh role diya.</w:t>
      </w:r>
    </w:p>
    <w:p>
      <w:pPr>
        <w:jc w:val="right"/>
      </w:pPr>
      <w:r>
        <w:t>फरवरी दो हज़ार इक्कीस में उन्होंने call करके बताया. उन्होंने कहा कि मेरा potential यही है और बाकी सारे काम मेरे लिए secondary होने चाहिए. तो मैंने भी यही determine किया उस दिन से कि मैं पूरे dedication के साथ काफी सांस तक किसी के साथ रहूंगी और अपना यह role बखूबी अदा करने की कोशिश करती रहूंगी. तो इसके लिए सबसे पहले मैं फिर विदापा की बहुत शप्रगुज़ार हूं कि इन्होंने मुझे इस group से जोड़ा और यह role दिया.</w:t>
      </w:r>
    </w:p>
    <w:p>
      <w:r>
        <w:rPr>
          <w:b/>
        </w:rPr>
        <w:t xml:space="preserve">[56:52] </w:t>
      </w:r>
      <w:r>
        <w:t>ji yeh to mera apna experience tha lekin jin ladies ko humne is group se joda jab unka feedback liya to unhone bhi bohat positive feedback diya. kaafi ladies ne bataya ke unke andar ki negativity kam hui hai is group mein rehne se. kuch ka kehna tha ke unki soch badal gayi hai. unhone apni lifestyle change ki hai. Simplicity mein ab unhone apni zindagi ko guzarna shuru kar diya. Material culture se woh door ho gayin.</w:t>
      </w:r>
    </w:p>
    <w:p>
      <w:pPr>
        <w:jc w:val="right"/>
      </w:pPr>
      <w:r>
        <w:t>जी यह तो मेरा अपना experience था लेकिन जिन ladies को हमने इस group से जोड़ा जब उनका feedback लिया तो उन्होंने भी बहुत positive feedback दिया. काफी ladies ने बताया कि उनके अंदर की negativity कम हुई है इस group में रहने से. कुछ का कहना था कि उनकी सोच बदल गई है. उन्होंने अपनी lifestyle change की है. Simplicity में अब उन्होंने अपनी ज़िंदगी को गुज़ारना शुरू कर दिया. Material culture माध्यम से वो दूर हो गईं.</w:t>
      </w:r>
    </w:p>
    <w:p>
      <w:r>
        <w:rPr>
          <w:b/>
        </w:rPr>
        <w:t xml:space="preserve">[57:20] </w:t>
      </w:r>
      <w:r>
        <w:t>yeh group unke liye tazkiya ka zariya ban gaya aur unhe Allah se jodta tha yeh group. to yeh bohat bari baat thi jab hum iska feedback lete thay to apne andar humein khud ko mehsoos hota tha ke zimmedari aur barhti ja rahi hai hamari. isi liye aisa hua ke ek saal ke baad CPS ke liye jab volunteers ki zaroorat hui, translations, proofreadings, editing, har tarah ke kaam mein CPS women ke volunteers ne bohat enthusiastically participate kiya.</w:t>
      </w:r>
    </w:p>
    <w:p>
      <w:pPr>
        <w:jc w:val="right"/>
      </w:pPr>
      <w:r>
        <w:t>यह group उनके लिए तज़गिया का ज़रिया वन गया और उन्हें अल्लाह से जोड़ता था यह group. तो यह बहुत बड़ी बात थी जब हम इसका feedback लेते थे तो अपने अंदर हमें खुद को महसूस होता था कि ज़िम्मेदारी और बढ़ती जा रही है हमारी. इसीलिए ऐसा हुआ कि एक साल के बाद CPS के लिए जब volunteers की ज़रूरत हुई, translations, proofreadings, editing, हर तरह के काम में CPS women के volunteers ने बहुत enthusiastically participate किया.</w:t>
      </w:r>
    </w:p>
    <w:p>
      <w:r>
        <w:rPr>
          <w:b/>
        </w:rPr>
        <w:t xml:space="preserve">[57:49] </w:t>
      </w:r>
      <w:r>
        <w:t>bohat zyada number mein unhone participation kiya hai. Youth ke mindset ko address karne ke liye CPS young woman naam se ek alag platform bana aur iska bhi young ladies ne bohat positive feedback diya.</w:t>
      </w:r>
    </w:p>
    <w:p>
      <w:pPr>
        <w:jc w:val="right"/>
      </w:pPr>
      <w:r>
        <w:t>बहुत ज़्यादा number में उन्होंने participation किया है. Youth के mindset को address करने के लिए CPS young woman नाम से एक अलग platform बना और इसका भी young ladies ने बहुत positive feedback दिया.</w:t>
      </w:r>
    </w:p>
    <w:p>
      <w:r>
        <w:rPr>
          <w:b/>
        </w:rPr>
        <w:t xml:space="preserve">[58:04] </w:t>
      </w:r>
      <w:r>
        <w:t>isme unhe ek creation plan se introduce kiya gaya aur Telegram aur Facebook se lagaataar humein nayi ladies join karne ke liye aati rahin aur wahan se unka lagaataar hamare group mein participation badhta chala gaya.</w:t>
      </w:r>
    </w:p>
    <w:p>
      <w:pPr>
        <w:jc w:val="right"/>
      </w:pPr>
      <w:r>
        <w:t>इसमें उन्हें एक creation plan से introduce किया गया और Telegram और Facebook से लगातार हमें नई ladies join करने के लिए आती रहीं और वहां से उनका लगातार हमारे group में participation बढ़ता चला गया.</w:t>
      </w:r>
    </w:p>
    <w:p>
      <w:r>
        <w:rPr>
          <w:b/>
        </w:rPr>
        <w:t xml:space="preserve">[58:21] </w:t>
      </w:r>
      <w:r>
        <w:t>jaise FM mein Dawa apa ne bataya ke hum har hafte Maulana sahib ke article par discussion karte hain apni Zoom session mein aur har mahine Professor Farida Khanam aur Maulana Farhad ladies ke questions aur unke doubts ko clear karne ke liye waqt nikalte hain. Zoom session par humse milte hain.</w:t>
      </w:r>
    </w:p>
    <w:p>
      <w:pPr>
        <w:jc w:val="right"/>
      </w:pPr>
      <w:r>
        <w:t>जैसे FM में दापा ने बताया कि हम हर हफ्ते मुलाना साहब के article पर discussion करते हैं अपनी Zoom session में और हर महीने professor फरीदा खानम और मुलाना फरहाद ladies के questions और उनके doubts को clear करने के लिए वक्त निकालते हैं. Zoom session पर हमसे मिलते हैं.</w:t>
      </w:r>
    </w:p>
    <w:p>
      <w:r>
        <w:rPr>
          <w:b/>
        </w:rPr>
        <w:t xml:space="preserve">[58:40] </w:t>
      </w:r>
      <w:r>
        <w:t>hamari marfat mein izaafe ke saath group ne daavati zimmedari ada karne mein bhi hamari help ki kyunki</w:t>
      </w:r>
    </w:p>
    <w:p>
      <w:pPr>
        <w:jc w:val="right"/>
      </w:pPr>
      <w:r>
        <w:t>हमारी मार्फत में इज़ाफ़े के साथ group ने दावती ज़िम्मेदारी अदा करने में भी हमारी help की क्योंकि</w:t>
      </w:r>
    </w:p>
    <w:p>
      <w:r>
        <w:rPr>
          <w:b/>
        </w:rPr>
        <w:t xml:space="preserve">[58:46] </w:t>
      </w:r>
      <w:r>
        <w:t>ek naya group daily wisdom naam se nagmapa ne shuru kiya jismein rozana hamein daavati material, chhota video,</w:t>
      </w:r>
    </w:p>
    <w:p>
      <w:pPr>
        <w:jc w:val="right"/>
      </w:pPr>
      <w:r>
        <w:t>एक नया group daily wisdom नाम से नगमापा ने शुरू किया जिसमें रोज़ाना हमें दावती material, छोटा video,</w:t>
      </w:r>
    </w:p>
    <w:p>
      <w:r>
        <w:rPr>
          <w:b/>
        </w:rPr>
        <w:t xml:space="preserve">[58:53] </w:t>
      </w:r>
      <w:r>
        <w:t>ek article aur ek poster diya jaata jo ki madhu se, madhu ke mind ko address karne wala</w:t>
      </w:r>
    </w:p>
    <w:p>
      <w:pPr>
        <w:jc w:val="right"/>
      </w:pPr>
      <w:r>
        <w:t>एक article और एक poster दिया जाता जो कि मधु से, मधु के mind को address करने वाला</w:t>
      </w:r>
    </w:p>
    <w:p>
      <w:r>
        <w:rPr>
          <w:b/>
        </w:rPr>
        <w:t xml:space="preserve">[59:00] </w:t>
      </w:r>
      <w:r>
        <w:t>hota tha aur woh teeno cheezein, woh article aur woh videos hum apne contacts mein aur apne groups</w:t>
      </w:r>
    </w:p>
    <w:p>
      <w:pPr>
        <w:jc w:val="right"/>
      </w:pPr>
      <w:r>
        <w:t>होता था और वो तीनों चीज़ें, वो article और वो videos हम अपने contacts में और अपने groups</w:t>
      </w:r>
    </w:p>
    <w:p>
      <w:r>
        <w:rPr>
          <w:b/>
        </w:rPr>
        <w:t xml:space="preserve">[59:07] </w:t>
      </w:r>
      <w:r>
        <w:t>mein roz share karke daily daavat ki zimmedari mein ek apna hissedari lete hain aur yeh lagataar roz</w:t>
      </w:r>
    </w:p>
    <w:p>
      <w:pPr>
        <w:jc w:val="right"/>
      </w:pPr>
      <w:r>
        <w:t>में रोज़ share करके daily दावत की ज़िम्मेदारी में एक अपना हिस्सेदारी लेते हैं और यह लगातार रोज़</w:t>
      </w:r>
    </w:p>
    <w:p>
      <w:r>
        <w:rPr>
          <w:b/>
        </w:rPr>
        <w:t xml:space="preserve">[59:14] </w:t>
      </w:r>
      <w:r>
        <w:t>bina kisi rukawat ke process chalta hai aur ab sabse latest grow wiser naam se ek group launch</w:t>
      </w:r>
    </w:p>
    <w:p>
      <w:pPr>
        <w:jc w:val="right"/>
      </w:pPr>
      <w:r>
        <w:t>बिना किसी रुकावट के process चलता है और अब सबसे latest grow wiser नाम से एक group launch</w:t>
      </w:r>
    </w:p>
    <w:p>
      <w:r>
        <w:rPr>
          <w:b/>
        </w:rPr>
        <w:t xml:space="preserve">[59:21] </w:t>
      </w:r>
      <w:r>
        <w:t>hua hai jo ki madhus ko creation plan of god ko samjhane ke liye introduce kiya gaya hai</w:t>
      </w:r>
    </w:p>
    <w:p>
      <w:pPr>
        <w:jc w:val="right"/>
      </w:pPr>
      <w:r>
        <w:t>हुआ है जो कि मधुस को creation plan of god को समझाने के लिए introduce किया गया है</w:t>
      </w:r>
    </w:p>
    <w:p>
      <w:r>
        <w:rPr>
          <w:b/>
        </w:rPr>
        <w:t xml:space="preserve">[59:28] </w:t>
      </w:r>
      <w:r>
        <w:t>aur us unse khuda ke nakshe takleeki nakshe se introduce kiya ja raha hai.</w:t>
      </w:r>
    </w:p>
    <w:p>
      <w:pPr>
        <w:jc w:val="right"/>
      </w:pPr>
      <w:r>
        <w:t>और उस उनसे खुदा के नक्शे तकलीकी नक्शे से introduce किया जा रहा है.</w:t>
      </w:r>
    </w:p>
    <w:p>
      <w:r>
        <w:rPr>
          <w:b/>
        </w:rPr>
        <w:t xml:space="preserve">[59:35] </w:t>
      </w:r>
      <w:r>
        <w:t>isi tarah se yeh jo timeline timeline par agar ek nazar mare to hum dekhenge ke November ekis mein yeh young women group bana. January baais se humne book discussions ke session start kiye hain aur uske baad ab hum February tezees se testimonials ko humne introduce kiya hai ke jinki ladies ki zindagi mein in groups ne changes kiye hain woh apni testimonials ko record karein.</w:t>
      </w:r>
    </w:p>
    <w:p>
      <w:pPr>
        <w:jc w:val="right"/>
      </w:pPr>
      <w:r>
        <w:t>इसी तरह से यह जो timeline timeline पर अगर एक नज़र मारे तो हम देखेंगे कि November इक्कीस में यह young women group बना. January बाइस से हमने book discussions के session start किए हैं और उसके बाद अब हम February तेईस से testimonials को हमने introduce किया है कि जिनकी ladies की ज़िंदगी में इन groups ने changes किए हैं वो अपनी testimonials को record करें.</w:t>
      </w:r>
    </w:p>
    <w:p>
      <w:r>
        <w:rPr>
          <w:b/>
        </w:rPr>
        <w:t xml:space="preserve">[1:00:04] </w:t>
      </w:r>
      <w:r>
        <w:t>usko website par dala jaye taake aur logon ko motivation mile isko sunkar. ab hamare paas mawaqon ka ambaar hai. Technology ka istemal karke ladies aaj jaise abhi baat hui ke maximum dawa kar sakti hain, jitna participation ladies kar sakti hain.</w:t>
      </w:r>
    </w:p>
    <w:p>
      <w:pPr>
        <w:jc w:val="right"/>
      </w:pPr>
      <w:r>
        <w:t>उसको website पर डाला जाए ताकि और लोगों को motivation मिले इसको सुनकर. अब हमारे पास मवाकों का अंबार है. Technology का इस्तेमाल करके ladies आज जैसे अभी बात हुई कि maximum दावा कर सकती हैं, जितना participation ladies कर सकती हैं.</w:t>
      </w:r>
    </w:p>
    <w:p>
      <w:r>
        <w:rPr>
          <w:b/>
        </w:rPr>
        <w:t xml:space="preserve">[1:00:20] </w:t>
      </w:r>
      <w:r>
        <w:t>shayad itna participation aaj male members bhi nahi kar paate hain kyunke hum bharpoor taur par faida utha ke technology ka Khuda ke paigham ko sab tak pahuncha rahe hain aur humein is par aur mazeed kaam karna hai. sab se pehle humein apne gharon ko dawa centers banana hai kyunke gharon mein hone wale discussions hamare future ki naslon par asar daalte hain, unki tarbiyat karte hain.</w:t>
      </w:r>
    </w:p>
    <w:p>
      <w:pPr>
        <w:jc w:val="right"/>
      </w:pPr>
      <w:r>
        <w:t>शायद इतना participation आज male members भी नहीं कर पाते हैं क्योंकि हम भरपूर तौर पर फ़ायदा उठा के technology का खुदा के पैगाम को सब तक पहुंचा रहे हैं और हमें इस पर और मज़ीक काम करना है. सबसे पहले हमें अपने घरों को दावा centers बनाना है क्योंकि घरों में होने वाले discussions हमारे future की नस्लों पर असर डालते हैं, उनकी तरबीयत करते हैं.</w:t>
      </w:r>
    </w:p>
    <w:p>
      <w:r>
        <w:rPr>
          <w:b/>
        </w:rPr>
        <w:t xml:space="preserve">[1:00:46] </w:t>
      </w:r>
      <w:r>
        <w:t>to humein apne gharon mein ek, ek is tarah ke spiritual interactions aur discussions ko karna hai. saath mein spiritual library humein apne gharon mein qaim karne ki koshish karni hai taake aate jaate log aur aas paas ke rehne wale log aap apna Islam ka sahi message wahan par pa sakein. ek aur baat main kehna chahungi ke CPS website par aane wali Quran request ko CPS women ke members bhi poora karte hain. woh apne aas paas ke area mein personally jaakar Quran ko pahunchate hain.</w:t>
      </w:r>
    </w:p>
    <w:p>
      <w:pPr>
        <w:jc w:val="right"/>
      </w:pPr>
      <w:r>
        <w:t>तो हमें अपने घरों में एक, एक इस तरह के spiritual interactions और discussions को करना है. साथ में spiritual library हमें अपने घरों में कायम करने की कोशिश करनी है ताकि आते जाते लोग और आस पास के रहने वाले लोग आप अपना इस्लाम का सही message वहां पर पा सकें. एक और बात मैं कहना चाहूंगी कि CPS website पर आने वाली कुरान request को CPS women के members भी पूरा करते हैं. वो अपने आसपास के area में personally जाकर कुरान को पहुंचाते हैं.</w:t>
      </w:r>
    </w:p>
    <w:p>
      <w:r>
        <w:rPr>
          <w:b/>
        </w:rPr>
        <w:t xml:space="preserve">[1:01:15] </w:t>
      </w:r>
      <w:r>
        <w:t>ismein hamein bahut se immense potential wale log mile.</w:t>
      </w:r>
    </w:p>
    <w:p>
      <w:pPr>
        <w:jc w:val="right"/>
      </w:pPr>
      <w:r>
        <w:t>इसमें हमें बहुत से immense potential वाले लोग मिले.</w:t>
      </w:r>
    </w:p>
    <w:p>
      <w:r>
        <w:rPr>
          <w:b/>
        </w:rPr>
        <w:t xml:space="preserve">[1:01:19] </w:t>
      </w:r>
      <w:r>
        <w:t>kyunki being a woman main allah se dua karti thi ke allah taalaah.</w:t>
      </w:r>
    </w:p>
    <w:p>
      <w:pPr>
        <w:jc w:val="right"/>
      </w:pPr>
      <w:r>
        <w:t>क्योंकि being a woman मैं अल्लाह से द्वाह करती थी कैल्लाह तालाह.</w:t>
      </w:r>
    </w:p>
    <w:p>
      <w:r>
        <w:rPr>
          <w:b/>
        </w:rPr>
        <w:t xml:space="preserve">[1:01:24] </w:t>
      </w:r>
      <w:r>
        <w:t>main bahar ka kaam nahi kar pa rahi hoon.</w:t>
      </w:r>
    </w:p>
    <w:p>
      <w:pPr>
        <w:jc w:val="right"/>
      </w:pPr>
      <w:r>
        <w:t>मैं बाहर का काम नहीं कर पा रही हूं.</w:t>
      </w:r>
    </w:p>
    <w:p>
      <w:r>
        <w:rPr>
          <w:b/>
        </w:rPr>
        <w:t xml:space="preserve">[1:01:29] </w:t>
      </w:r>
      <w:r>
        <w:t>mujhe aur daavati kaam karna hai.</w:t>
      </w:r>
    </w:p>
    <w:p>
      <w:pPr>
        <w:jc w:val="right"/>
      </w:pPr>
      <w:r>
        <w:t>मुझे और दावती काम करना है.</w:t>
      </w:r>
    </w:p>
    <w:p>
      <w:r>
        <w:rPr>
          <w:b/>
        </w:rPr>
        <w:t xml:space="preserve">[1:01:33] </w:t>
      </w:r>
      <w:r>
        <w:t>to maine maine uska answer paya.</w:t>
      </w:r>
    </w:p>
    <w:p>
      <w:pPr>
        <w:jc w:val="right"/>
      </w:pPr>
      <w:r>
        <w:t>तो मैंने मैंने उसका answer पाया.</w:t>
      </w:r>
    </w:p>
    <w:p>
      <w:r>
        <w:rPr>
          <w:b/>
        </w:rPr>
        <w:t xml:space="preserve">[1:01:38] </w:t>
      </w:r>
      <w:r>
        <w:t>mujhe ek request aayi CPS website par.</w:t>
      </w:r>
    </w:p>
    <w:p>
      <w:pPr>
        <w:jc w:val="right"/>
      </w:pPr>
      <w:r>
        <w:t>मुझे एक request आई CPS website पर.</w:t>
      </w:r>
    </w:p>
    <w:p>
      <w:r>
        <w:rPr>
          <w:b/>
        </w:rPr>
        <w:t xml:space="preserve">[1:01:43] </w:t>
      </w:r>
      <w:r>
        <w:t>javed sahab naam ke ek insaan the.</w:t>
      </w:r>
    </w:p>
    <w:p>
      <w:pPr>
        <w:jc w:val="right"/>
      </w:pPr>
      <w:r>
        <w:t>जावेद साहब नाम के एक इंसान थे.</w:t>
      </w:r>
    </w:p>
    <w:p>
      <w:r>
        <w:rPr>
          <w:b/>
        </w:rPr>
        <w:t xml:space="preserve">[1:01:48] </w:t>
      </w:r>
      <w:r>
        <w:t>aur us din ka din hai aur aaj tak woh har doosre mahine mujh se kam se kam tees chaalis Quran aur tees chaalis tarah ki kitabein Hindi Urdu ki lekar jaate hain aur Allahabad university mein distribute karte hain. jahan ka mujhe koi koi ilm nahi tha ke wahan par mera koi is tarah ka link nikal aayega. yeh Allah ke karne se hua aur aaj bhi unhone ek library set ki hai apne department mein jahan Maulana ki library ka poora set rakhwaya hai.</w:t>
      </w:r>
    </w:p>
    <w:p>
      <w:pPr>
        <w:jc w:val="right"/>
      </w:pPr>
      <w:r>
        <w:t>और उस दिन का दिन है और आज तक वह हर दूसरे महीने मुझसे कम से कम तीस चालीस पुरान और तीस चालीस तरह की किताबें हिंदी उर्दू की लेकर जाते हैं और इलाहाबाद university में distribute करते हैं. जहां का मुझे कोई कोई वुमान नहीं था कि वहां पर मेरा कोई इस तरह का link निकल आएगा. यह अल्लाह के करने से हुआ और आज भी उन्होंने एक library set की है अपने department में जहां मोलाना की library का पूरा set रखवाया है.</w:t>
      </w:r>
    </w:p>
    <w:p>
      <w:r>
        <w:rPr>
          <w:b/>
        </w:rPr>
        <w:t xml:space="preserve">[1:02:16] </w:t>
      </w:r>
      <w:r>
        <w:t>to is tarah ke potential humein ek website ki demand se nikal aaye. bohat zyada zaroori hai ke hum unko personally interact karke un logon se baat karein aur Allah ki madad to har waqt hai is mission ke saath to zaroor aage badhta rahega. hum chahte hain ke zyada se zyada ladies humein join karein taake unke gharon mein tarbiyat agli naslon tak pahunche aur yeh mission aage tak chalta rahe. to aap logon se bhi request hai ke apni sab ladies ko is mein hamare saath jodein.</w:t>
      </w:r>
    </w:p>
    <w:p>
      <w:pPr>
        <w:jc w:val="right"/>
      </w:pPr>
      <w:r>
        <w:t>तो इस तरह के potential हमें एक website की demand से निकल आए. बहुत ज़्यादा ज़रूरी है कि हम उनको personally interact करके उन लोगों से बात करें और अल्लाह की मदद तो हर वक्त है इस mission के साथ तो ज़रूर आगे बढ़ता रहेगा. हम चाहते हैं कि ज़्यादा से ज़्यादा ladies हमें join करें ताकि उनके घरों में तरबीयत अगली नस्लों तक पहुंचे और यह mission आगे तक चलता रहे. तो आप लोगों से भी request है कि अपनी सब ladies को इसमें हमारे साथ जोड़ें.</w:t>
      </w:r>
    </w:p>
    <w:p>
      <w:r>
        <w:rPr>
          <w:b/>
        </w:rPr>
        <w:t xml:space="preserve">[1:02:46] </w:t>
      </w:r>
      <w:r>
        <w:t>Mission ki reach ko barhane ke liye Maulana sahib ki books mein apni samajh hum barha rahe hain. Zoom sessions hum kar rahe hain. hum usko chahte hain ke zyada se zyada ladies join karein. nayi ladies aayen aur jo purani ladies hain woh bhi apne apne aap group bana ke in materials ko forward karein, share karein, zyada se zyada logon tak pahunche. aur Quran ki wisdom aur uska application seekhne ke liye har hafte Zoom par sessions start ho gaye hain.</w:t>
      </w:r>
    </w:p>
    <w:p>
      <w:pPr>
        <w:jc w:val="right"/>
      </w:pPr>
      <w:r>
        <w:t>Mission की reach को बढ़ाने के लिए मुलाना साहब की books में अपनी समझ हम बढ़ा रहे हैं. Zoom sessions हम कर रहे हैं. हम उसको चाहते हैं कि ज़्यादा से ज़्यादा ladies join करें. नई ladies आएं और जो पुरानी ladies हैं वो भी अपने अपने आप group बना के इन materials को forward करें, share करें, ज़्यादा से ज़्यादा लोगों तक पहुंचे. और कुरान की wisdom और उसका application सीखने के लिए हर हफ्ते Zoom पर sessions start हो गए हैं.</w:t>
      </w:r>
    </w:p>
    <w:p>
      <w:r>
        <w:rPr>
          <w:b/>
        </w:rPr>
        <w:t xml:space="preserve">[1:03:15] </w:t>
      </w:r>
      <w:r>
        <w:t>usko bhi faroog dena hai. usse sab ladies apne ghar ke bachchon ko apne woh basically woh bachchon ke liye start hue hain lekin usko ladies bhi attend kar sakti hain aur tazgeer ul quran se usmein understanding badhai jaati hai. in efforts ke saath mujhe lagta hai CPS women platform har ghar tak pahunch sakta hai aur yeh global dawa commission kaamyaab ho sakta hai. mujhe lagta hai ki mere paas itna hi hai kehne ke liye.</w:t>
      </w:r>
    </w:p>
    <w:p>
      <w:pPr>
        <w:jc w:val="right"/>
      </w:pPr>
      <w:r>
        <w:t>उसको भी फ़रोक देना है. उससे सब ladies अपने घर के बच्चों को अपने वह basically वह बच्चों के लिए start हुए हैं लेकिन उसको ladies भी attend कर सकती हैं और तज़गीर उल्कुरान से उसमें understanding बढ़ाई जाती है. इन efforts के साथ मुझे लगता है CPS women platform हर घर तक पहुंच सकता है और यह global दावा commission कामयाब हो सकता है. मुझे लगता है कि मेरे पास इतना ही है कहने के लिए.</w:t>
      </w:r>
    </w:p>
    <w:p>
      <w:r>
        <w:rPr>
          <w:b/>
        </w:rPr>
        <w:t xml:space="preserve">[1:03:45] </w:t>
      </w:r>
      <w:r>
        <w:t>jiza kalla main FMidaap paise kahungi aaye woh aage continue karein. jiza kalla. Maulana sahib kehte the ki women's ko builder of humanity kehte the. guru banane ka maqsad yeh hai ki auraton ke mind ki reengineering kari jaaye taake woh apne ko is qabil bana sake ki khuda ki marfat haasil kar sakein aur dawa ka kaam kar sakein.</w:t>
      </w:r>
    </w:p>
    <w:p>
      <w:pPr>
        <w:jc w:val="right"/>
      </w:pPr>
      <w:r>
        <w:t>जिज़ा कल्ला मैं FMिदाप पैसे कहूंगी आए वह आगे continue करें. जिज़ा कल्ला. मलाना साहब कहते थे कि women's को builder of humanity कहते थे. गुरु बनाने का मकसद यह है कि औरतों के mind की reengineering करी जाए ताकि वह अपने को इस काबिल बना सके कि खुदा की मार्फत हासिल कर सकें और दावा का काम कर सकें.</w:t>
      </w:r>
    </w:p>
    <w:p>
      <w:r>
        <w:rPr>
          <w:b/>
        </w:rPr>
        <w:t xml:space="preserve">[1:04:12] </w:t>
      </w:r>
      <w:r>
        <w:t>woh is qabil ho sakein ki woh apne ghar aur apne mahaul ko khuda ki glory se bhar dein. shabeena ali, please. hi.</w:t>
      </w:r>
    </w:p>
    <w:p>
      <w:pPr>
        <w:jc w:val="right"/>
      </w:pPr>
      <w:r>
        <w:t>वह इस काबिल हो सकें कि वह अपने घर और अपने माहौल को खुदा की ग्लोरी से भर दें. शबीना अली, please. Hi.</w:t>
      </w:r>
    </w:p>
    <w:p>
      <w:r>
        <w:rPr>
          <w:b/>
        </w:rPr>
        <w:t xml:space="preserve">[1:04:37] </w:t>
      </w:r>
      <w:r>
        <w:t>main shabinali, coordinator of CPS Women's kolkata chapter since february 2015. february 2015 mere zindagi ka ek turning point tha. main mission mein kaise aayi? main apna ek personal experience aap sabse share karna chahti hoon.</w:t>
      </w:r>
    </w:p>
    <w:p>
      <w:pPr>
        <w:jc w:val="right"/>
      </w:pPr>
      <w:r>
        <w:t>मैं शबिनाली, coordinator of CPS Women's कोलकाता chapter since February 2015. February 2015 मेरे ज़िंदगी का एक turning point था. मैं mission में कैसे आई? मैं अपना एक personal experience आप सबसे share करना चाहती हूँ.</w:t>
      </w:r>
    </w:p>
    <w:p>
      <w:r>
        <w:rPr>
          <w:b/>
        </w:rPr>
        <w:t xml:space="preserve">[1:04:59] </w:t>
      </w:r>
      <w:r>
        <w:t>mission se pehle main jamaat e islami jo hamare mohalle mein ek women's group tha, kaafi auratein wahan jaati thin. toh main bachpan se hi bahut zyada khuda ki baaton aur janne mein bahut zyada dil chashpi rakhti thi. toh main us group, ek incident bata rahi hoon. unke ek ek session mein main gayi.</w:t>
      </w:r>
    </w:p>
    <w:p>
      <w:pPr>
        <w:jc w:val="right"/>
      </w:pPr>
      <w:r>
        <w:t>Mission से पहले मैं जमात ए इस्लामी जो हमारे मोहल्ले में एक women's group था, काफी औरतें वहाँ जाती थीं. तो मैं बचपन से ही बहुत ज़्यादा खुदा की बातों और जानने में बहुत ज़्यादा दिल छस्पी रखती थी. तो मैं उस group, एक incident बता रही हूँ. उनके एक एक session में मैं गई.</w:t>
      </w:r>
    </w:p>
    <w:p>
      <w:r>
        <w:rPr>
          <w:b/>
        </w:rPr>
        <w:t xml:space="preserve">[1:05:22] </w:t>
      </w:r>
      <w:r>
        <w:t>toh session jab end hua toh unhone bahar ka darwaza grill band kar diya aur unki jo duaen hui, woh ek ghanta chali. mere haath pair poore phool gaye aur aisa lag raha tha ki balloon ki tarah main phool rahi hoon and I am not able to do anything about it. dua se bahar bhi nahi nikal sakti. haathon ka kya karoon? aur itna congested tha. poora room packed tha. doosra yeh cheez hua ki unhone grill band kar diya.</w:t>
      </w:r>
    </w:p>
    <w:p>
      <w:pPr>
        <w:jc w:val="right"/>
      </w:pPr>
      <w:r>
        <w:t>तो session जब end हुआ तो उन्होंने बाहर का दरवाज़ा grill बंद कर दिया और उनकी जो दुआएं हुई, वो एक घंटा चली. मेरे हाथ पैर पूरे फ़ूल गए और ऐसा लग रहा था कि balloon की तरह मैं फ़ूल रही हूँ and I am not able to do anything about it. दुआ से बाहर भी नहीं निकल सकती. हाथों का क्या करूँ? और इतना congested था. पूरा room packed था. दूसरा यह चीज़ हुआ कि उन्होंने grill बंद कर दिया.</w:t>
      </w:r>
    </w:p>
    <w:p>
      <w:r>
        <w:rPr>
          <w:b/>
        </w:rPr>
        <w:t xml:space="preserve">[1:05:50] </w:t>
      </w:r>
      <w:r>
        <w:t>bole jab tak asar ki namaz nahi padhengi, aurtein nikal nahi sakti hain.</w:t>
      </w:r>
    </w:p>
    <w:p>
      <w:pPr>
        <w:jc w:val="right"/>
      </w:pPr>
      <w:r>
        <w:t>बोले जब तक असर की नमाज़ नहीं पड़ेंगी, औरतें निकल नहीं सकती है.</w:t>
      </w:r>
    </w:p>
    <w:p>
      <w:r>
        <w:rPr>
          <w:b/>
        </w:rPr>
        <w:t xml:space="preserve">[1:05:55] </w:t>
      </w:r>
      <w:r>
        <w:t>to maine socha ki yeh kya islam hai?</w:t>
      </w:r>
    </w:p>
    <w:p>
      <w:pPr>
        <w:jc w:val="right"/>
      </w:pPr>
      <w:r>
        <w:t>तो मैंने सोचा कि यह क्या इस्लाम है?</w:t>
      </w:r>
    </w:p>
    <w:p>
      <w:r>
        <w:rPr>
          <w:b/>
        </w:rPr>
        <w:t xml:space="preserve">[1:06:00] </w:t>
      </w:r>
      <w:r>
        <w:t>is tarah ki zabardasti, yeh islam kyun, kaise sikha raha hai humse?</w:t>
      </w:r>
    </w:p>
    <w:p>
      <w:pPr>
        <w:jc w:val="right"/>
      </w:pPr>
      <w:r>
        <w:t>इस तरह की ज़बरदस्ती, यह इस्लाम क्यों, कैसे सिखा रहा है हमसे?</w:t>
      </w:r>
    </w:p>
    <w:p>
      <w:r>
        <w:rPr>
          <w:b/>
        </w:rPr>
        <w:t xml:space="preserve">[1:06:06] </w:t>
      </w:r>
      <w:r>
        <w:t>aur yeh jamaat kaafi saalon se chal rahi thi.</w:t>
      </w:r>
    </w:p>
    <w:p>
      <w:pPr>
        <w:jc w:val="right"/>
      </w:pPr>
      <w:r>
        <w:t>और यह जमात काफी सालों से चल रही थी.</w:t>
      </w:r>
    </w:p>
    <w:p>
      <w:r>
        <w:rPr>
          <w:b/>
        </w:rPr>
        <w:t xml:space="preserve">[1:06:11] </w:t>
      </w:r>
      <w:r>
        <w:t>uske baad se main wahan pe kabhi nahi gayi us session mein.</w:t>
      </w:r>
    </w:p>
    <w:p>
      <w:pPr>
        <w:jc w:val="right"/>
      </w:pPr>
      <w:r>
        <w:t>उसके बाद से मैं वहाँ पे कभी नहीं गई उस session में.</w:t>
      </w:r>
    </w:p>
    <w:p>
      <w:r>
        <w:rPr>
          <w:b/>
        </w:rPr>
        <w:t xml:space="preserve">[1:06:16] </w:t>
      </w:r>
      <w:r>
        <w:t>February 2015 mein sara apa bangalore chapter IIT kharagpur ke program ke liye kolkata aayi.</w:t>
      </w:r>
    </w:p>
    <w:p>
      <w:pPr>
        <w:jc w:val="right"/>
      </w:pPr>
      <w:r>
        <w:t>February 2015 में सारा आपा बैंगलोर chapter IIT खड़कपुर के program के लिए कोलकाता आई.</w:t>
      </w:r>
    </w:p>
    <w:p>
      <w:r>
        <w:rPr>
          <w:b/>
        </w:rPr>
        <w:t xml:space="preserve">[1:06:22] </w:t>
      </w:r>
      <w:r>
        <w:t>CPS kolkata chapter pehle se hi kaam kar rahi thi aur main inke programs ko kuch kuch follow karti thi. toh isi wajah se main jab sara apa kolkata aayi toh main unke saath do din poora maine apne time diya aur choonke mere andar ek pyaas thi, khuda ke bare mein zyada janana aur mujhe, mere sawalon ka jawab mujhe kahin nahi mil raha tha.</w:t>
      </w:r>
    </w:p>
    <w:p>
      <w:pPr>
        <w:jc w:val="right"/>
      </w:pPr>
      <w:r>
        <w:t>CPS कोलकाता chapter पहले से ही काम कर रही थी और मैं इनके programs को कुछ कुछ follow करती थी. तो इसी वजह से मैं जब सारा अपा कोलकाता आई तो मैं उनके साथ दो दिन पूरा मैंने अपने time दिया और चूँकि मेरे अंदर एक प्यास थी, खुदा के बारे में ज़्यादा जानना और मुझे, मेरे सवालों का जवाब मुझे कहीं नहीं मिल रहा था.</w:t>
      </w:r>
    </w:p>
    <w:p>
      <w:r>
        <w:rPr>
          <w:b/>
        </w:rPr>
        <w:t xml:space="preserve">[1:06:50] </w:t>
      </w:r>
      <w:r>
        <w:t>toh jab sara apa aayi aur bahut sari baatein CPS ke bare mein batai aur Maulana Wahiduddin Khan ke CPS international organization ke bare mein bataya aur us ideology ke bare mein bataya aisa laga ki main isi ki talash hai mujhe aur mere sawalon ka jaise jaise woh batati gayin, mere sawalon ka jawab mujhe milta gaya.</w:t>
      </w:r>
    </w:p>
    <w:p>
      <w:pPr>
        <w:jc w:val="right"/>
      </w:pPr>
      <w:r>
        <w:t>तो जब सारा आपा आई और बहुत सारी बातें CPS के बारे में बताई और मौलाना वहीद उद्दीन खान के CPS international organization के बारे में बताया और उस ideology के बारे में बताया ऐसा लगा कि मैं इसी की तलाश है मुझे और मेरे सवालों का जैसे जैसे वो बताती गईं, मेरे सवालों का जवाब मुझे मिलता गया.</w:t>
      </w:r>
    </w:p>
    <w:p>
      <w:r>
        <w:rPr>
          <w:b/>
        </w:rPr>
        <w:t xml:space="preserve">[1:07:12] </w:t>
      </w:r>
      <w:r>
        <w:t>suraj maida ki yeh ayat aur jab ve us kalam ko sunte hain, jo rasool par utra gaya hai, toh tum dekhoge ki unki aankhon se aansu jaari hain. is sabab se ki unhone haq ki pehchan liya. ve pukar uthte hain ki ae hamare rab hum himaan laaye. bas tu hamein gawahi dene walon mein likh le. main bachpan se hi khuda ke bare mein trut seekh rahi thi.</w:t>
      </w:r>
    </w:p>
    <w:p>
      <w:pPr>
        <w:jc w:val="right"/>
      </w:pPr>
      <w:r>
        <w:t>सूरज मैदा की यह आयत और जब वे उस कलाम को सुनते हैं, जो रसूल पर उतरा गया है, तो तुम देखोगे कि उनकी आंखों से आंसू जारी हैं. इस सबब से कि उन्होंने हक की पहचान लिया. वे पुकार उठते हैं कि ऐ हमारे रब हम हिमान लाए. बस तू हमें गवाही देने वालों में लिख ले. मैं बचपन से ही खुदा के बारे में त्रुत सीखर थी.</w:t>
      </w:r>
    </w:p>
    <w:p>
      <w:r>
        <w:rPr>
          <w:b/>
        </w:rPr>
        <w:t xml:space="preserve">[1:07:39] </w:t>
      </w:r>
      <w:r>
        <w:t>khuda ke bare mein ghanton baitho toh mujhe lagta tha ki main jannat mein jab hamesha hamesha rahungi toh mujhe bahut boring lagega. main bore ho jaungi wahan par rehte rehte.</w:t>
      </w:r>
    </w:p>
    <w:p>
      <w:pPr>
        <w:jc w:val="right"/>
      </w:pPr>
      <w:r>
        <w:t>खुदा के बारे में घंटों बैठो तो मुझे लगता था कि मैं जन्नत में जब हमेशा हमेशा रहूंगी तो मुझे बहुत boring लगेगा. मैं bore हो जाऊंगी वहां पर रहते रहते.</w:t>
      </w:r>
    </w:p>
    <w:p>
      <w:r>
        <w:rPr>
          <w:b/>
        </w:rPr>
        <w:t xml:space="preserve">[1:08:06] </w:t>
      </w:r>
      <w:r>
        <w:t>woh lamha mujhe achhi tarah yaad hai jab sara apa ka jaane do din ke session ke baad jab sara apa jaane lagi aur abdullah bhai aur hamari poori team, abdullah bhai jo hamari team ke kolkata team ke coordinator hain, toh unhone kaha apa se, sarapa se ki ki hamare kolkata team mein koi women group team nahi hai. toh main bhi woh sarapa ke bagal mein khadi thi.</w:t>
      </w:r>
    </w:p>
    <w:p>
      <w:pPr>
        <w:jc w:val="right"/>
      </w:pPr>
      <w:r>
        <w:t>वह लम्हा मुझे अच्छी तरह याद है जब सारा आपा का जाने दो दिन के session के बाद जब सारा आपा जाने लगी और अब्दुला भाई और हमारी पूरी team, अब्दुला भाई जो हमारी team के कोलकाता team के coordinator हैं, तो उन्होंने कहा आपा से, सारापा से कि कि हमारे कोलकाता team में कोई women group team नहीं है. तो मैं भी वह सारापा के बगल में खड़ी थी.</w:t>
      </w:r>
    </w:p>
    <w:p>
      <w:r>
        <w:rPr>
          <w:b/>
        </w:rPr>
        <w:t xml:space="preserve">[1:08:34] </w:t>
      </w:r>
      <w:r>
        <w:t>ekdam se spontaneously unka haath mere kandhe par utha. unhone kaha ki yeh toh hai. is baat ki authentication mujhe unke jaane ke ek hi hafte baad mujhe mili. maine khwab mein dekha ki gap se kuch aawaz aa rahi hai. mujhe kuch commands diye ja rahe hain aur kuch kitabein mere haathon mein diya ja raha hai. jismein ki ek quran hai.</w:t>
      </w:r>
    </w:p>
    <w:p>
      <w:pPr>
        <w:jc w:val="right"/>
      </w:pPr>
      <w:r>
        <w:t>एकदम से spontaneously उनका हाथ मेरे कंधे पर उठा. उन्होंने कहा कि यह तो है. इस बात की authentication मुझे उनके जाने के एक ही हफ्ते बाद मुझे मिली. मैंने खाब में देखा कि gap से कुछ आवाज़ आ रही है. मुझे कुछ commands दिए जा रहे हैं और कुछ किताबें मेरे हाथों में दिया जा रहा है. जिसमें कि एक कुरान है.</w:t>
      </w:r>
    </w:p>
    <w:p>
      <w:r>
        <w:rPr>
          <w:b/>
        </w:rPr>
        <w:t xml:space="preserve">[1:09:01] </w:t>
      </w:r>
      <w:r>
        <w:t>bahut jald maine mission join kar liya choonke mission pehle se hi establish thi aur mere husband istefaali. pehle se hi kolkata chapter ke bahut purane member hain.</w:t>
      </w:r>
    </w:p>
    <w:p>
      <w:pPr>
        <w:jc w:val="right"/>
      </w:pPr>
      <w:r>
        <w:t>बहुत जल्द मैंने mission join कर लिया चूँकि mission पहले से ही establish थी और मेरे husband इस्तेफाली. पहले से ही कोलकाता chapter के बहुत पुराने member हैं.</w:t>
      </w:r>
    </w:p>
    <w:p>
      <w:r>
        <w:rPr>
          <w:b/>
        </w:rPr>
        <w:t xml:space="preserve">[1:09:14] </w:t>
      </w:r>
      <w:r>
        <w:t>toh main program mein hissa lene lagi aur dheere dheere auraton ko jodne ka silsila jaari hua aur bahut jald hum log is baat ko achieve karein kyunke hamare kolkata mein bahut sare aise programs hote rehte hain jaha par ladies hoti hain jaise urdu academy book fair. toh woh sab programs mein hum log jaane lage aur jodne lagi ladies ko aur giredeene hamari ek chhoti si team ban gayi. phir farida aayi.</w:t>
      </w:r>
    </w:p>
    <w:p>
      <w:pPr>
        <w:jc w:val="right"/>
      </w:pPr>
      <w:r>
        <w:t>तो मैं program में हिस्सा लेने लगी और धीरे धीरे औरतों को जोड़ने का सिलसिला जारी हुआ और बहुत जल्द हम लोग इस बात को achieve करें क्योंकि हमारे कोलकाता में बहुत सारे ऐसे programs होते रहते हैं जहा पर ladies होती हैं जैसे उर्दू academy book fair. तो वो सब programs में हम लोग जाने लगे और जोड़ने लगी ladies को और गिरेदीने हमारी एक छोटी सी team वन गई. फिर फरीदा आप आईं.</w:t>
      </w:r>
    </w:p>
    <w:p>
      <w:r>
        <w:rPr>
          <w:b/>
        </w:rPr>
        <w:t xml:space="preserve">[1:09:44] </w:t>
      </w:r>
      <w:r>
        <w:t>kolkata universe, kalkatti university mein ek program tha. toh main unke saath saath thi. ek din shaam ko unke paas baithi thi ki Maulana ka usi waqt phone aaya unke paas. maine apa se kaha ki apa main Maulana se baat karna chahti hoon. isse pehle maine sirf unke bare mein suna tha. toh apa ne phone diya mujhe.</w:t>
      </w:r>
    </w:p>
    <w:p>
      <w:pPr>
        <w:jc w:val="right"/>
      </w:pPr>
      <w:r>
        <w:t>कोलकाता universe, कलकत्ती university में एक program था. तो मैं उनके साथ साथ थी. एक दिन शाम को उनके पास बैठी थी कि मौलाना का उसी वक्त phone आया उनके पास. मैंने आपा से कहा कि आपा मैं मौलाना से बात करना चाहती हूँ. इससे पहले मैंने सिर्फ उनके बारे में सुना था. तो आपा ने phone दिया मुझे.</w:t>
      </w:r>
    </w:p>
    <w:p>
      <w:r>
        <w:rPr>
          <w:b/>
        </w:rPr>
        <w:t xml:space="preserve">[1:10:08] </w:t>
      </w:r>
      <w:r>
        <w:t>maine Molana se, Maulana ne mujhse poocha, miss kolkata, aap delhi kab aa rahi hain? Maulana ki aawaz bahut hi overpowering aur bahut hi overwhelming thi. maine aisi aawaz real life mein nahi suni thi. iske baad maine kaha main Maulana kaise aa sakti hoon? main bahut zimmedari hoon aur bahut responsibilities hain mere upar.</w:t>
      </w:r>
    </w:p>
    <w:p>
      <w:pPr>
        <w:jc w:val="right"/>
      </w:pPr>
      <w:r>
        <w:t>मैंने मोलाना से, मोलाना ने मुझसे पुछा, miss कलकत्ता, आप दिल्ली कब आ रही हैं? मोलाना की आवाज़ बहुत ही overpowering और बहुत ही overwhelming थी. मैंने ऐसी आवाज़ real life में नहीं सुनी थी. इसके बाद मैंने कहा मैं मौलाना कैसे आ सकती हूँ? मैं बहुत ज़िम्मेदारी हूँ और बहुत responsibilities हैं मेरे ऊपर.</w:t>
      </w:r>
    </w:p>
    <w:p>
      <w:r>
        <w:rPr>
          <w:b/>
        </w:rPr>
        <w:t xml:space="preserve">[1:10:38] </w:t>
      </w:r>
      <w:r>
        <w:t>phir Maulana ne kaha mujhse where there is intention, there is a way. ki yeh baat jaise mere poore consciousness ko, poore wajood ko poora hila diya and I started working towards it. teen mahine ke andar main delhi pahunch gayi. Maulana ke ek session ko attend karne ke liye.</w:t>
      </w:r>
    </w:p>
    <w:p>
      <w:pPr>
        <w:jc w:val="right"/>
      </w:pPr>
      <w:r>
        <w:t>फिर मौलाना ने कहा मुझसे where there is intention, there is a way. की यह बात जैसे मेरे पूरे consciousness को, पूरे वजूद को पूरा हिला दिया and I started working towards it. तीन महीने के अंदर मैं दिल्ली पहुंच गई. मौलाना के एक session को attend करने के लिए.</w:t>
      </w:r>
    </w:p>
    <w:p>
      <w:r>
        <w:rPr>
          <w:b/>
        </w:rPr>
        <w:t xml:space="preserve">[1:11:02] </w:t>
      </w:r>
      <w:r>
        <w:t>dekhte dekhte main aur meri poori women's team with the help of my own kolkata chapter team. kaafi unhone saath diya is women team ko banane mein. tarah tarah ke programs mein hum log shamil hone lage aur bahut sari ladies interaction ke through humse judne lagi. ek aisa hi program rama krishna mission mein sabse pehla mera venture tha.</w:t>
      </w:r>
    </w:p>
    <w:p>
      <w:pPr>
        <w:jc w:val="right"/>
      </w:pPr>
      <w:r>
        <w:t>देखते देखते मैं और मेरी पूरी women's team with the help of my own कोलकाता chapter team. काफी उन्होंने साथ दिया इस women team को बनाने में. तरह तरह के programs में हम लोग शामिल होने लगे और बहुत सारी ladies interaction के through हमसे जुड़ने लगी. एक ऐसा ही program रामा कृष्ण mission में सबसे पहला मेरा venture था.</w:t>
      </w:r>
    </w:p>
    <w:p>
      <w:r>
        <w:rPr>
          <w:b/>
        </w:rPr>
        <w:t xml:space="preserve">[1:11:28] </w:t>
      </w:r>
      <w:r>
        <w:t>rama krishna mission hum log gaye the aur wahan pe monks jo hote hain unse maine interaction kiya. ekdam se unke office mein bina kisi appointment wagera ke. I was so motivated and so inspired with the ideology of CPS. aisa lag raha tha ki mujhe, mujhe poori zindagi ab tak ki zindagi jo mujhe talash thi, wahi mujhe yahan pe mil gaya. toh maine ek pal bhi waste nahi kiya.</w:t>
      </w:r>
    </w:p>
    <w:p>
      <w:pPr>
        <w:jc w:val="right"/>
      </w:pPr>
      <w:r>
        <w:t>रामा कृष्ण mission हम लोग गए थे और वहाँ पे monks जो होते हैं उनसे मैंने interaction किया. एकदम से उनके office में बिना किसी appointment वगैरह के. I was so motivated and so inspired with the ideology of CPS. ऐसा लग रहा था कि मुझे, मुझे पूरी ज़िंदगी अब तक की ज़िंदगी जो मुझे तलाश थी, वही मुझे यहाँ पे मिल गया. तो मैंने एक पल भी waste नहीं किया.</w:t>
      </w:r>
    </w:p>
    <w:p>
      <w:r>
        <w:rPr>
          <w:b/>
        </w:rPr>
        <w:t xml:space="preserve">[1:11:53] </w:t>
      </w:r>
      <w:r>
        <w:t>main moms ke saamne mein unke office mein baithi hui thi aur main tarah tarah ke sawal puch rahi thi. phir uske baad unhone hamein invite karna shuru kar diya conferences mein. toh hamari kuch ladies group tab tak humse join kar chuki thi. hamare, hum kaafi dawa wahan pe karte the. quran ka distribution unke conferences khatam hote the. unke lectures khatam hote the. wahan pahunch jaate the. choonke mong se meri interaction achhi hui thi toh woh mujhe har program ke bare mein khabar de diya karte the.</w:t>
      </w:r>
    </w:p>
    <w:p>
      <w:pPr>
        <w:jc w:val="right"/>
      </w:pPr>
      <w:r>
        <w:t>मैं moms के सामने में उनके office में बैठी हुई थी और मैं तरह तरह के सवाल पुछ रही थी. फिर उसके बाद उन्होंने हमें invite करना शुरू कर दिया conferences में. तो हमारी कुछ ladies group तब तक हमसे join कर चुकी थी. हमारे, हम काफी दावा वहाँ पे करते थे. कुरान का distribution उनके conferences खत्म होते थे. उनके lectures खत्म होते थे. वहाँ पहुंच जाते थे. चूँकि मोंग से मेरी interaction अच्छी हुई थी तो वो मुझे हर program के बारे में खबर दे दिया करते थे.</w:t>
      </w:r>
    </w:p>
    <w:p>
      <w:r>
        <w:rPr>
          <w:b/>
        </w:rPr>
        <w:t xml:space="preserve">[1:12:22] </w:t>
      </w:r>
      <w:r>
        <w:t>toh ek din aisa hua ki ek journalist ne dekha ki yeh toh bahut ajeeb gareeb amazing baat hai. rama krishna mission jo ek totally hindu organization hai, wahan pe quran ka distribution ho raha hai. toh woh mere paas aaye. unhone mera interview liya aur unhone apne paper mein apne report kiya. what an amazing book of, work of peace. quran distribution in rama krishna mission.</w:t>
      </w:r>
    </w:p>
    <w:p>
      <w:pPr>
        <w:jc w:val="right"/>
      </w:pPr>
      <w:r>
        <w:t>तो एक दिन ऐसा हुआ कि एक journalist ने देखा कि यह तो बहुत अजीब गरीब amazing बात है. रामा कृष्ण mission जो एक totally हिंदू organization है, वहाँ पे कुरान का distribution हो रहा है. तो वो मेरे पास आए. उन्होंने मेरा interview लिया और उन्होंने अपने paper में अपने report किया. What an amazing book of, work of peace. Quran distribution in रामा कृष्ण mission.</w:t>
      </w:r>
    </w:p>
    <w:p>
      <w:r>
        <w:rPr>
          <w:b/>
        </w:rPr>
        <w:t xml:space="preserve">[1:12:48] </w:t>
      </w:r>
      <w:r>
        <w:t>ab main aapse women's team ki amplification ke bare mein kuch raushni dalna chahungi. sadhiya khan, mariya khan and sufia khan 2,018 mein kolkata aayi thi. wahan par humne bahut sari auraton ko ek platform par jama kiya aur unke bahut sare sawal the. toh unhone sawalon ka sara jawab diya aur ladies is tarah se ek aur aisa program hua jisse ki hum, ladies ko hum jod sakein.</w:t>
      </w:r>
    </w:p>
    <w:p>
      <w:pPr>
        <w:jc w:val="right"/>
      </w:pPr>
      <w:r>
        <w:t>अब मैं आपसे women's team की amplification के बारे में कुछ रौशनी डालना चाहूंगी. साधिया खान, मार्या खान and सुफिया खान 2,018 में कोलकाता आई थी. वहां पर हमने बहुत सारी औरतों को एक platform पर जमा किया और उनके बहुत सारे सवाल थे. तो उन्होंने सवालों का सारा जवाब दिया और ladies इस तरह से एक और ऐसा program हुआ जिससे कि हम, ladies को हम जोड़ सकें.</w:t>
      </w:r>
    </w:p>
    <w:p>
      <w:r>
        <w:rPr>
          <w:b/>
        </w:rPr>
        <w:t xml:space="preserve">[1:13:18] </w:t>
      </w:r>
      <w:r>
        <w:t>farida apa abhi aati rahi aur hamara kolkata team ke coordinator abdullah bhai har saal urdu academy mein jismein ladies ka ek bahut bada group aata hai, usmein hum ek din un sare ladies ko jodte aur unke sawalon ka jawab dete hain aur mission mein unko jod lete hain. is tarah se hamara ek time to time ek groups badhta rehta hai. women's team mein sirf muslim hi ladies nahi hai balki non muslims ladies hai. kuch logon ka main, kuch ladies ka main naam lena chahungi.</w:t>
      </w:r>
    </w:p>
    <w:p>
      <w:pPr>
        <w:jc w:val="right"/>
      </w:pPr>
      <w:r>
        <w:t>फरीदा आप अभी आती रही और हमारा कोलकाता team के coordinator अब्दुल्ला भाई हर साल उर्दू academy में जिसमें ladies का एक बहुत बड़ा group आता है, उसमें हम एक दिन उन सारे ladies को जोड़ते और उनके सवालों का जवाब देते हैं और mission में उनको जोड़ लेते हैं. इस तरह से हमारा एक time to time एक groups बढ़ता रहता है. Women's team में सिर्फ मुस्लिम ही ladies नहीं है बल्कि non muslims ladies है. कुछ लोगों का मैं, कुछ ladies का मैं नाम लेना चाहूंगी.</w:t>
      </w:r>
    </w:p>
    <w:p>
      <w:r>
        <w:rPr>
          <w:b/>
        </w:rPr>
        <w:t xml:space="preserve">[1:13:48] </w:t>
      </w:r>
      <w:r>
        <w:t>jaise ki sohini jana hai, ek kayasit fellow hai aur woh bahut zyada contribute karti hai dawa varg balki mere saath khadi hokar ke quran ka distribution karti hain. ek hai mayuri dutt, jo ek principal hai aur board ke member hain. woh unhone apne class 12 ke fairway party mein poore students ko school mein reality of life ka booklet ka distribution kiya tha.</w:t>
      </w:r>
    </w:p>
    <w:p>
      <w:pPr>
        <w:jc w:val="right"/>
      </w:pPr>
      <w:r>
        <w:t>जैसे कि सोहीनी जाना है, एक कायसित fellow है और वो बहुत ज़्यादा contribute करती है दावा वर्ग बल्कि मेरे साथ खड़ी होकर के कुरान का distribution करती हैं. एक है मयूरी दत्त, जो एक principal है और board के member हैं. वो उन्होंने अपने class 12 के fairway party में पूरे students को school में reality of life का booklet का distribution किया था.</w:t>
      </w:r>
    </w:p>
    <w:p>
      <w:r>
        <w:rPr>
          <w:b/>
        </w:rPr>
        <w:t xml:space="preserve">[1:14:11] </w:t>
      </w:r>
      <w:r>
        <w:t>to is tarah se aur bhi ladies hain Seema, doctor Sanaazareen, Shavana Khatoon, Sana Khan, doctor Sadia Kamal jo apne poore medical department mein unhone Maulana ke literatures jab unka farewell tha to unhone poore department mein Maulana ke literatures ko distribute kiya tha. Application, amplification ka ek bahut bada aspect hai hamara ambassador form.</w:t>
      </w:r>
    </w:p>
    <w:p>
      <w:pPr>
        <w:jc w:val="right"/>
      </w:pPr>
      <w:r>
        <w:t>तो इस तरह से और भी ladies हैं सीमा, doctor सनाज़ारीन, शवाना खातुन, सना खान, doctor सादिया कमाल जो अपने पूरे medical department में उन्होंने मोलाना के literatures जब उनका farewell था तो उन्होंने पूरे department में मोलाना के literatures को distribute किया था. Application, amplification का एक बहुत बड़ा aspect है हमारा ambassador form.</w:t>
      </w:r>
    </w:p>
    <w:p>
      <w:r>
        <w:rPr>
          <w:b/>
        </w:rPr>
        <w:t xml:space="preserve">[1:14:35] </w:t>
      </w:r>
      <w:r>
        <w:t>jo Delhi team se mere paas aata hai aur desh videsh se tamam jo ladies hain, jo hamare mission mein koi kahin na kahin social media platform pe wo CPS international ke bare mein jaanti hain to wahan se mujhe mail aata hai aur main unse interact karti hoon aur Masha Allah se is tarah se maine yahan bhi kuch ladies maujood hain jo ambassador form se ki wajah se wo humse judi hain.</w:t>
      </w:r>
    </w:p>
    <w:p>
      <w:pPr>
        <w:jc w:val="right"/>
      </w:pPr>
      <w:r>
        <w:t>जो delhi team से मेरे पास आता है और देश विदेश से तमाम जो ladies हैं, जो हमारे mission में कोई कहीं ना कहीं social media platform पे वो CPS international के बारे में जानती हैं तो वहाँ से मुझे mail आता है और मैं उनसे interact करती हूँ और माशाल्लाह से इस तरह से मैंने यहाँ भी कुछ ladies मौजूद हैं जो ambassador form से की वजह से वो हमसे जुड़ी हैं.</w:t>
      </w:r>
    </w:p>
    <w:p>
      <w:r>
        <w:rPr>
          <w:b/>
        </w:rPr>
        <w:t xml:space="preserve">[1:14:58] </w:t>
      </w:r>
      <w:r>
        <w:t>to yeh ek bahut bada aspect hai hamara amplification ka aur ek aur cheez jo main chahti hoon ki hamari CPS international mein yeh cheez promote ho dawa travels. Yeh ek bahut learning phase hai. Hum sab ladies ke liye ladies hum nikal nahi paate apna time.</w:t>
      </w:r>
    </w:p>
    <w:p>
      <w:pPr>
        <w:jc w:val="right"/>
      </w:pPr>
      <w:r>
        <w:t>तो यह एक बहुत बड़ा aspect है हमारा amplification का और एक और चीज़ जो मैं चाहती हूँ कि हमारी CPS international में यह चीज़ promote हो दावा travels. यह एक बहुत learning phase है. हम सब ladies के लिए ladies हम निकाल नहीं पाते अपना time.</w:t>
      </w:r>
    </w:p>
    <w:p>
      <w:r>
        <w:rPr>
          <w:b/>
        </w:rPr>
        <w:t xml:space="preserve">[1:15:16] </w:t>
      </w:r>
      <w:r>
        <w:t>lekin Faizabad ke 2,000 do saal pehle hum logon ne Faizabad ka ek javal, dawa meet kiya tha jahan par humne Apaon, Fahmida Apaon uske saath hum logon ne wahan par bahut saare ek Zoom session kiya tha with the help of Tarab.</w:t>
      </w:r>
    </w:p>
    <w:p>
      <w:pPr>
        <w:jc w:val="right"/>
      </w:pPr>
      <w:r>
        <w:t>लेकिन फैज़ाबाद के 2,000 दो साल पहले हम लोगों ने फैज़ाबाद का एक जावल, दावा meet किया था जहां पर हमने आपाओं, फहमीदा आपाओं उसके साथ हम लोगों ने वहां पर बहुत सारे एक Zoom session किया था with the help of तरब.</w:t>
      </w:r>
    </w:p>
    <w:p>
      <w:r>
        <w:rPr>
          <w:b/>
        </w:rPr>
        <w:t xml:space="preserve">[1:15:34] </w:t>
      </w:r>
      <w:r>
        <w:t>to wo kaafi successful hua tha aur hum bahut saari ladies se unke jab comments hum padh rahe the, to unke itne achhe achhe comments the ki main chahti hoon ki isko with the help of the senior ladies hum is potential ko actual mein badal sakein through dawa travels aur CPS young women ko popularize karna aur guide karna under the guidance of Fareeda Apa, Nagma Apa, Femida Apa, and Sara Apa. This is one of her important aspect of amplification.</w:t>
      </w:r>
    </w:p>
    <w:p>
      <w:pPr>
        <w:jc w:val="right"/>
      </w:pPr>
      <w:r>
        <w:t>तो वो काफी successful हुआ था और हम बहुत सारी ladies से उनके जब comments हम पढ़ रहे थे, तो उनके इतने अच्छे अच्छे comments थे कि मैं चाहती हूँ कि इसको with the help of the senior ladies हम इस potential को actual में बदल सकें through दावा travels और CPS young women को popularize करना और guide करना under the guidance of फरीदा आपा, नगमा आपा, फेमीदा आपा, and सारा आपा. This is one of her important aspect of amplification.</w:t>
      </w:r>
    </w:p>
    <w:p>
      <w:r>
        <w:rPr>
          <w:b/>
        </w:rPr>
        <w:t xml:space="preserve">[1:16:04] </w:t>
      </w:r>
      <w:r>
        <w:t>Our CPS ladies have also the potential to spread the peaceful message of Islam, the message of prophets worldwide. I had an opportunity to participate in three international conferences, and huge potential I saw. So many educated ladies are here. Inshallah, we will work on it and be a participant in it.</w:t>
      </w:r>
    </w:p>
    <w:p>
      <w:pPr>
        <w:jc w:val="right"/>
      </w:pPr>
      <w:r>
        <w:t>Our CPS ladies have also the potential to spread the peaceful message of Islam, the message of prophets worldwide. I had an opportunity to participate in three international conferences, and huge potential I saw. So many educated ladies are here. Inshallah, we will work on it and be a participant in it.</w:t>
      </w:r>
    </w:p>
    <w:p>
      <w:r>
        <w:rPr>
          <w:b/>
        </w:rPr>
        <w:t xml:space="preserve">[1:16:29] </w:t>
      </w:r>
      <w:r>
        <w:t>literary festival is also a great platform for participation for our ladies where they can interact with dignitaries,</w:t>
      </w:r>
    </w:p>
    <w:p>
      <w:pPr>
        <w:jc w:val="right"/>
      </w:pPr>
      <w:r>
        <w:t>Literary festival is also a great platform for participation for our ladies where they can interact with dignitaries,</w:t>
      </w:r>
    </w:p>
    <w:p>
      <w:r>
        <w:rPr>
          <w:b/>
        </w:rPr>
        <w:t xml:space="preserve">[1:16:36] </w:t>
      </w:r>
      <w:r>
        <w:t>authors and academicians.</w:t>
      </w:r>
    </w:p>
    <w:p>
      <w:pPr>
        <w:jc w:val="right"/>
      </w:pPr>
      <w:r>
        <w:t>authors and academicians.</w:t>
      </w:r>
    </w:p>
    <w:p>
      <w:r>
        <w:rPr>
          <w:b/>
        </w:rPr>
        <w:t xml:space="preserve">[1:16:44] </w:t>
      </w:r>
      <w:r>
        <w:t>to yeh toh main sum up kar rahi hoon isko chunki time bahut kam hai.</w:t>
      </w:r>
    </w:p>
    <w:p>
      <w:pPr>
        <w:jc w:val="right"/>
      </w:pPr>
      <w:r>
        <w:t>तो यह तो मैं sum up कर रही हूं इसको चूंकि time बहुत कम है.</w:t>
      </w:r>
    </w:p>
    <w:p>
      <w:r>
        <w:rPr>
          <w:b/>
        </w:rPr>
        <w:t xml:space="preserve">[1:16:52] </w:t>
      </w:r>
      <w:r>
        <w:t>jazaak allah for giving your time and listening to me. assalamualikum.</w:t>
      </w:r>
    </w:p>
    <w:p>
      <w:pPr>
        <w:jc w:val="right"/>
      </w:pPr>
      <w:r>
        <w:t>जिज़ाक़ अल्लाह for giving your time and listening to me. अस्सलामालिकुम.</w:t>
      </w:r>
    </w:p>
    <w:p>
      <w:r>
        <w:rPr>
          <w:b/>
        </w:rPr>
        <w:t xml:space="preserve">[1:17:00] </w:t>
      </w:r>
      <w:r>
        <w:t>I would like to invite sara to come and conclude the session.</w:t>
      </w:r>
    </w:p>
    <w:p>
      <w:pPr>
        <w:jc w:val="right"/>
      </w:pPr>
      <w:r>
        <w:t>I would like to invite Sara to come and conclude the session.</w:t>
      </w:r>
    </w:p>
    <w:p>
      <w:r>
        <w:rPr>
          <w:b/>
        </w:rPr>
        <w:t xml:space="preserve">[1:17:08] </w:t>
      </w:r>
      <w:r>
        <w:t>After a very motivating and inspiring session, I would like to tell you the generosity of Nakama and team. They have prepared everything in this. They have worked hard, and so generous of them. I reward them. They wanted me to come and conclude the session. Now this is about actually making CPS a movement together. We talk, we plan, we have ideas.</w:t>
      </w:r>
    </w:p>
    <w:p>
      <w:pPr>
        <w:jc w:val="right"/>
      </w:pPr>
      <w:r>
        <w:t>After a very motivating and inspiring session, I would like to tell you the generosity of Nakama and team. They have prepared everything in this. They have worked hard, and so generous of them. I reward them. They wanted me to come and conclude the session. Now this is about actually making CPS a movement together. We talk, we plan, we have ideas.</w:t>
      </w:r>
    </w:p>
    <w:p>
      <w:r>
        <w:rPr>
          <w:b/>
        </w:rPr>
        <w:t xml:space="preserve">[1:17:37] </w:t>
      </w:r>
      <w:r>
        <w:t>But until and unless we know that first step, we won't be able to take it forward. Maulana Sab used to talk about this about to actually begin taking that one step in the way of Allah. So here, first of all, we should be very clear that we have to unitedly stand for Allah. No other considerations of any kind.</w:t>
      </w:r>
    </w:p>
    <w:p>
      <w:pPr>
        <w:jc w:val="right"/>
      </w:pPr>
      <w:r>
        <w:t>But until and unless we know that first step, we won't be able to take it forward. Maulana Sab used to talk about this about to actually begin taking that one step in the way of Allah. So here, first of all, we should be very clear that we have to unitedly stand for Allah. No other considerations of any kind.</w:t>
      </w:r>
    </w:p>
    <w:p>
      <w:r>
        <w:rPr>
          <w:b/>
        </w:rPr>
        <w:t xml:space="preserve">[1:18:06] </w:t>
      </w:r>
      <w:r>
        <w:t>And then secondly, we should be very clear about our target. Clarity of speech and clarity of thought is something which Molana Sahib spoke time and again because we are talking to people about Allah, about Ahira, so we cannot afford any kind of confusion. So we need to be very clear about our target and what is our target.</w:t>
      </w:r>
    </w:p>
    <w:p>
      <w:pPr>
        <w:jc w:val="right"/>
      </w:pPr>
      <w:r>
        <w:t>And then secondly, we should be very clear about our target. Clarity of speech and clarity of thought is something which Molana Sahib spoke time and again because we are talking to people about Allah, about Ahira, so we cannot afford any kind of confusion. So we need to be very clear about our target and what is our target.</w:t>
      </w:r>
    </w:p>
    <w:p>
      <w:r>
        <w:rPr>
          <w:b/>
        </w:rPr>
        <w:t xml:space="preserve">[1:18:31] </w:t>
      </w:r>
      <w:r>
        <w:t>marfat for ourselves and dawa for others aur dawat ka matlab hai, uran se bata rahi hoon. Teen points hain, Allah ke charche karna, jannat ki khushkhabri dena logon ko aur akhirat ki jawabdehi.</w:t>
      </w:r>
    </w:p>
    <w:p>
      <w:pPr>
        <w:jc w:val="right"/>
      </w:pPr>
      <w:r>
        <w:t>मार्फ़त for ourselves and दावा for others और दावात का मतलब है, उरान से बता रही हूं. तीन points हैं, अल्लाह के चर्चे करना, जनत की ख़ुशख़ब्री देना लोगों को और आख़िरत की जवाबदही.</w:t>
      </w:r>
    </w:p>
    <w:p>
      <w:r>
        <w:rPr>
          <w:b/>
        </w:rPr>
        <w:t xml:space="preserve">[1:18:49] </w:t>
      </w:r>
      <w:r>
        <w:t>Baki sab kaam, we need the other things as common points, as something to start a conversation, something to relate to people, everything. But our ultimate target is giving the message of these three things to people. For this, we are we have to have realistic goals.</w:t>
      </w:r>
    </w:p>
    <w:p>
      <w:pPr>
        <w:jc w:val="right"/>
      </w:pPr>
      <w:r>
        <w:t>बाकी सब काम, we need the other things as common points, as something to start a conversation, something to relate to people, everything. But our ultimate target is giving the message of these three things to people. For this, we are we have to have realistic goals.</w:t>
      </w:r>
    </w:p>
    <w:p>
      <w:r>
        <w:rPr>
          <w:b/>
        </w:rPr>
        <w:t xml:space="preserve">[1:19:12] </w:t>
      </w:r>
      <w:r>
        <w:t>Now this is a very nice explanation of a plan which has helped me, which I'm sharing with you. A plan has to be smart, and the word smart is being explained in this way. It should be specific, measurable, attainable, realistic, and time bound. Otherwise, it'll just stay as a a blueprint on a paper. Now by I'll give you a small example.</w:t>
      </w:r>
    </w:p>
    <w:p>
      <w:pPr>
        <w:jc w:val="right"/>
      </w:pPr>
      <w:r>
        <w:t>Now this is a very nice explanation of a plan which has helped me, which I'm sharing with you. A plan has to be smart, and the word smart is being explained in this way. It should be specific, measurable, attainable, realistic, and time bound. Otherwise, it'll just stay as a a blueprint on a paper. Now by I'll give you a small example.</w:t>
      </w:r>
    </w:p>
    <w:p>
      <w:r>
        <w:rPr>
          <w:b/>
        </w:rPr>
        <w:t xml:space="preserve">[1:19:42] </w:t>
      </w:r>
      <w:r>
        <w:t>When we say specific, like, one could say, five copies of the Quran I would like to distribute in maybe a family gathering. That is an example of being specific. And measurable, that is the number of copies. That's what comes under that heading.</w:t>
      </w:r>
    </w:p>
    <w:p>
      <w:pPr>
        <w:jc w:val="right"/>
      </w:pPr>
      <w:r>
        <w:t>When we say specific, like, one could say, five copies of the Quran I would like to distribute in maybe a family gathering. That is an example of being specific. And measurable, that is the number of copies. That's what comes under that heading.</w:t>
      </w:r>
    </w:p>
    <w:p>
      <w:r>
        <w:rPr>
          <w:b/>
        </w:rPr>
        <w:t xml:space="preserve">[1:20:04] </w:t>
      </w:r>
      <w:r>
        <w:t>Attainable, like, I should have the time, I should make the time and go to that place wherever I'm getting those people. Like, somebody says, okay, I my relatives are visiting from US, and I'll just give them some copies. And by the time they realize, those people would have gone back. So it should be measurable, attainable and time bound also.</w:t>
      </w:r>
    </w:p>
    <w:p>
      <w:pPr>
        <w:jc w:val="right"/>
      </w:pPr>
      <w:r>
        <w:t>Attainable, like, I should have the time, I should make the time and go to that place wherever I'm getting those people. Like, somebody says, okay, I my relatives are visiting from US, and I'll just give them some copies. And by the time they realize, those people would have gone back. So it should be measurable, attainable and time bound also.</w:t>
      </w:r>
    </w:p>
    <w:p>
      <w:r>
        <w:rPr>
          <w:b/>
        </w:rPr>
        <w:t xml:space="preserve">[1:20:31] </w:t>
      </w:r>
      <w:r>
        <w:t>Like, you give a specific time, the number of copies you're going to give, how you're going to go there. Do you want an should you seek an appointment? Then fix that. So this is something we need to do for every kind of work we plan. Then as we go along doing this work, we need to build help others who will soon join us as we take them with us for this work.</w:t>
      </w:r>
    </w:p>
    <w:p>
      <w:pPr>
        <w:jc w:val="right"/>
      </w:pPr>
      <w:r>
        <w:t>Like, you give a specific time, the number of copies you're going to give, how you're going to go there. Do you want an should you seek an appointment? Then fix that. So this is something we need to do for every kind of work we plan. Then as we go along doing this work, we need to build help others who will soon join us as we take them with us for this work.</w:t>
      </w:r>
    </w:p>
    <w:p>
      <w:r>
        <w:rPr>
          <w:b/>
        </w:rPr>
        <w:t xml:space="preserve">[1:21:01] </w:t>
      </w:r>
      <w:r>
        <w:t>That is like setting off a chain reaction of one person, again taking in another person, and that person taking in another person. So this sets off a chain reaction, and soon there'll be many people together doing this work.</w:t>
      </w:r>
    </w:p>
    <w:p>
      <w:pPr>
        <w:jc w:val="right"/>
      </w:pPr>
      <w:r>
        <w:t>That is like setting off a chain reaction of one person, again taking in another person, and that person taking in another person. So this sets off a chain reaction, and soon there'll be many people together doing this work.</w:t>
      </w:r>
    </w:p>
    <w:p>
      <w:r>
        <w:rPr>
          <w:b/>
        </w:rPr>
        <w:t xml:space="preserve">[1:21:17] </w:t>
      </w:r>
      <w:r>
        <w:t>Now for this, the most important thing I've understood from all my experiences of Dava work and working with Muslims and with family, All human beings somehow tend to complicate things. Even in many of the Dava interfaith programs, people from other religions, they speak in such a complicated way that their own people don't understand.</w:t>
      </w:r>
    </w:p>
    <w:p>
      <w:pPr>
        <w:jc w:val="right"/>
      </w:pPr>
      <w:r>
        <w:t>Now for this, the most important thing I've understood from all my experiences of Dava work and working with Muslims and with family, All human beings somehow tend to complicate things. Even in many of the Dava interfaith programs, people from other religions, they speak in such a complicated way that their own people don't understand.</w:t>
      </w:r>
    </w:p>
    <w:p>
      <w:r>
        <w:rPr>
          <w:b/>
        </w:rPr>
        <w:t xml:space="preserve">[1:21:46] </w:t>
      </w:r>
      <w:r>
        <w:t>Like, there was one program where the from the person from the audience said to the person who spoke about a particular topic from another religion, he said, sir, to understand what you said, we should have had a dictionary with us. This is somehow people want to make things complicated. I have even spoken to very good speakers and asked them why people tend to do that.</w:t>
      </w:r>
    </w:p>
    <w:p>
      <w:pPr>
        <w:jc w:val="right"/>
      </w:pPr>
      <w:r>
        <w:t>Like, there was one program where the from the person from the audience said to the person who spoke about a particular topic from another religion, he said, sir, to understand what you said, we should have had a dictionary with us. This is somehow people want to make things complicated. I have even spoken to very good speakers and asked them why people tend to do that.</w:t>
      </w:r>
    </w:p>
    <w:p>
      <w:r>
        <w:rPr>
          <w:b/>
        </w:rPr>
        <w:t xml:space="preserve">[1:22:13] </w:t>
      </w:r>
      <w:r>
        <w:t>Got the answers but maybe in my next session I'll share that. But look at what prophet has taught us. He said, make things easy. Do not make things complicated. So this in other words means, Allah has made things easy. If Allah wants us to do Dava work, he's made it easy. Otherwise, he wouldn't give a commandment to us. So it's human beings who tend to do that. So we need to avoid this.</w:t>
      </w:r>
    </w:p>
    <w:p>
      <w:pPr>
        <w:jc w:val="right"/>
      </w:pPr>
      <w:r>
        <w:t>Got the answers but maybe in my next session I'll share that. But look at what prophet has taught us. He said, make things easy. Do not make things complicated. So this in other words means, Allah has made things easy. If Allah wants us to do Dava work, he's made it easy. Otherwise, he wouldn't give a commandment to us. So it's human beings who tend to do that. So we need to avoid this.</w:t>
      </w:r>
    </w:p>
    <w:p>
      <w:r>
        <w:rPr>
          <w:b/>
        </w:rPr>
        <w:t xml:space="preserve">[1:22:41] </w:t>
      </w:r>
      <w:r>
        <w:t>And there are many things which we can discuss in this as we go along together as a CPS team. So CPS can become a movement if we work cohesively and in low profile by sharing with others. Low profile is a highly important aspect.</w:t>
      </w:r>
    </w:p>
    <w:p>
      <w:pPr>
        <w:jc w:val="right"/>
      </w:pPr>
      <w:r>
        <w:t>And there are many things which we can discuss in this as we go along together as a CPS team. So CPS can become a movement if we work cohesively and in low profile by sharing with others. Low profile is a highly important aspect.</w:t>
      </w:r>
    </w:p>
    <w:p>
      <w:r>
        <w:rPr>
          <w:b/>
        </w:rPr>
        <w:t xml:space="preserve">[1:22:58] </w:t>
      </w:r>
      <w:r>
        <w:t>Molana Saab always insisted because it has its own advantages, because this work has to go on till our last breaths for ourselves or and till the end of time. So it has to be in low profile. One, we shouldn't be working like they have these words in English.</w:t>
      </w:r>
    </w:p>
    <w:p>
      <w:pPr>
        <w:jc w:val="right"/>
      </w:pPr>
      <w:r>
        <w:t>Molana Saab always insisted because it has its own advantages, because this work has to go on till our last breaths for ourselves or and till the end of time. So it has to be in low profile. One, we shouldn't be working like they have these words in English.</w:t>
      </w:r>
    </w:p>
    <w:p>
      <w:r>
        <w:rPr>
          <w:b/>
        </w:rPr>
        <w:t xml:space="preserve">[1:23:19] </w:t>
      </w:r>
      <w:r>
        <w:t>I found I find them very they explain this aspect of one should be working shouldn't be working like a spasmodic hercules. Like, we suddenly get up one day and we do something very big. And then, again, for so many days, we just don't do anything. So low profile, constant, continuous work. So let's all work together to make this a reality.</w:t>
      </w:r>
    </w:p>
    <w:p>
      <w:pPr>
        <w:jc w:val="right"/>
      </w:pPr>
      <w:r>
        <w:t>I found I find them very they explain this aspect of one should be working shouldn't be working like a spasmodic hercules. Like, we suddenly get up one day and we do something very big. And then, again, for so many days, we just don't do anything. So low profile, constant, continuous work. So let's all work together to make this a reality.</w:t>
      </w:r>
    </w:p>
    <w:p>
      <w:r>
        <w:rPr>
          <w:b/>
        </w:rPr>
        <w:t xml:space="preserve">[1:23:47] </w:t>
      </w:r>
      <w:r>
        <w:t>May Allah help us and guide us. Amin. Aslamalaikum.</w:t>
      </w:r>
    </w:p>
    <w:p>
      <w:pPr>
        <w:jc w:val="right"/>
      </w:pPr>
      <w:r>
        <w:t>May Allah help us and guide us. Аминь. Aslamalaikum.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