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May 03, 2009</w:t>
      </w:r>
    </w:p>
    <w:p>
      <w:r>
        <w:t>https://youtu.be/wGde_cOIw9Q</w:t>
      </w:r>
    </w:p>
    <w:p>
      <w:r>
        <w:rPr>
          <w:b/>
        </w:rPr>
        <w:t xml:space="preserve">[00:13] </w:t>
      </w:r>
      <w:r>
        <w:t>Bismillah Rehman ur Rahim, wa sallallahu ala nabi al kareem. Rabb ishrah li sadri, wa yassir li amri, wah lul uqdatan min lisani,</w:t>
      </w:r>
    </w:p>
    <w:p>
      <w:pPr>
        <w:jc w:val="right"/>
      </w:pPr>
      <w:r>
        <w:t>بسماللہ الرحمن الرحیم ، وصلیاللہ علی النبی الکریم ۔ رب اشرحلیصدری، و یسرلیامری، واحلالعقدۃ منلسانی ،</w:t>
      </w:r>
    </w:p>
    <w:p>
      <w:r>
        <w:rPr>
          <w:b/>
        </w:rPr>
        <w:t xml:space="preserve">[00:29] </w:t>
      </w:r>
      <w:r>
        <w:t>yafqahu qawli.</w:t>
      </w:r>
    </w:p>
    <w:p>
      <w:pPr>
        <w:jc w:val="right"/>
      </w:pPr>
      <w:r>
        <w:t>یفقہ قولی۔</w:t>
      </w:r>
    </w:p>
    <w:p>
      <w:r>
        <w:rPr>
          <w:b/>
        </w:rPr>
        <w:t xml:space="preserve">[00:34] </w:t>
      </w:r>
      <w:r>
        <w:t>aaj ke liye jo topic hai woh hai khuda se mohabbat, love of god.</w:t>
      </w:r>
    </w:p>
    <w:p>
      <w:pPr>
        <w:jc w:val="right"/>
      </w:pPr>
      <w:r>
        <w:t>آجکےلیےجو ٹاپکہے وہ ہے خداسے مح بت ،لو آف گاڈ۔</w:t>
      </w:r>
    </w:p>
    <w:p>
      <w:r>
        <w:rPr>
          <w:b/>
        </w:rPr>
        <w:t xml:space="preserve">[00:48] </w:t>
      </w:r>
      <w:r>
        <w:t>quran mein aur hadith mein bar bar yeh bataya gaya hai ke bande ko khuda se mohabbat ka talluq hona chahiye.</w:t>
      </w:r>
    </w:p>
    <w:p>
      <w:pPr>
        <w:jc w:val="right"/>
      </w:pPr>
      <w:r>
        <w:t>قرآنمیں اور حدیثمیں باربار یہبتایاگیاہےکہ بندےکو خداسے مح بتکا تعلق ہوناچاہیے۔</w:t>
      </w:r>
    </w:p>
    <w:p>
      <w:r>
        <w:rPr>
          <w:b/>
        </w:rPr>
        <w:t xml:space="preserve">[01:04] </w:t>
      </w:r>
      <w:r>
        <w:t>mohabbat ka talluq. aap jante hain ke insaan ke andar sab se zyada jo powerful jazba hai, sab se taqatwar jazba jo woh hai woh mohabbat hai.</w:t>
      </w:r>
    </w:p>
    <w:p>
      <w:pPr>
        <w:jc w:val="right"/>
      </w:pPr>
      <w:r>
        <w:t>محبتکا تعلق ۔ آپ جانتےہیںکہانسان کےاندر سبسےزیادہ جو پاورفل جذبہہے، سبسےطاقتورجذبہجوہےوہ محبتہے۔</w:t>
      </w:r>
    </w:p>
    <w:p>
      <w:r>
        <w:rPr>
          <w:b/>
        </w:rPr>
        <w:t xml:space="preserve">[01:19] </w:t>
      </w:r>
      <w:r>
        <w:t>to yeh jo taqatwar jazba hai, isko mohabbat kaha jata hai, aur yeh sirf khuda ke liye hai. quran</w:t>
      </w:r>
    </w:p>
    <w:p>
      <w:pPr>
        <w:jc w:val="right"/>
      </w:pPr>
      <w:r>
        <w:t>تویہجو طاقتورجذبہہے، اسکو محبت کہاجاتاہے، اور یہ صرف خداکےلیے ہے۔ قر</w:t>
      </w:r>
    </w:p>
    <w:p>
      <w:r>
        <w:rPr>
          <w:b/>
        </w:rPr>
        <w:t xml:space="preserve">[01:29] </w:t>
      </w:r>
      <w:r>
        <w:t>mein hai ke wa minan naasi man yattakhiz min doonillahi andaa-dan yuhbbunahum kahubbillah. wal lazeena aamanoo ashadd hubbillah.</w:t>
      </w:r>
    </w:p>
    <w:p>
      <w:pPr>
        <w:jc w:val="right"/>
      </w:pPr>
      <w:r>
        <w:t>آنمیںہےکہ ومن الناسمنيت خذ مندون اللہ ی حبونہم قحب اللہ وال ذین آمنوااشدحباللہ</w:t>
      </w:r>
    </w:p>
    <w:p>
      <w:r>
        <w:rPr>
          <w:b/>
        </w:rPr>
        <w:t xml:space="preserve">[01:43] </w:t>
      </w:r>
      <w:r>
        <w:t>bohat se log hain jo doosron se is tarah mohabbat karte hain jis tarah khuda se karna chahiye, yaani doosron ko khuda ka partner banate hain.</w:t>
      </w:r>
    </w:p>
    <w:p>
      <w:pPr>
        <w:jc w:val="right"/>
      </w:pPr>
      <w:r>
        <w:t>بہت سےلوگ ہیںجو دوسروںسے اسطرحمحبتکرتےہیں جسطرحخداسےکرناچاہیے، یعنیدوسروںکو خداکا پارٹنربناتےہیں۔</w:t>
      </w:r>
    </w:p>
    <w:p>
      <w:r>
        <w:rPr>
          <w:b/>
        </w:rPr>
        <w:t xml:space="preserve">[01:56] </w:t>
      </w:r>
      <w:r>
        <w:t>lekin jo Allah, jo Allah ko manne wale hain sach much, to unko sab se zyada mohabbat khuda se hoti hai.</w:t>
      </w:r>
    </w:p>
    <w:p>
      <w:pPr>
        <w:jc w:val="right"/>
      </w:pPr>
      <w:r>
        <w:t>لیکن جواللہ ،جو اللہ کو ماننےوالے ہیںسچمچ، تو انکو سبسےزیادہ محبت خداسےہوتیہے۔</w:t>
      </w:r>
    </w:p>
    <w:p>
      <w:r>
        <w:rPr>
          <w:b/>
        </w:rPr>
        <w:t xml:space="preserve">[02:06] </w:t>
      </w:r>
      <w:r>
        <w:t>believers love god most. ahl-e-iman jo hain, woh sab se zyada mohabbat khuda se karte hain.</w:t>
      </w:r>
    </w:p>
    <w:p>
      <w:pPr>
        <w:jc w:val="right"/>
      </w:pPr>
      <w:r>
        <w:t>بیلیورز لو گاڈ موسٹ۔ اہلایمانجوہیں، وہ سبسےزیادہ محبتخداسےکرتے ہیں۔</w:t>
      </w:r>
    </w:p>
    <w:p>
      <w:r>
        <w:rPr>
          <w:b/>
        </w:rPr>
        <w:t xml:space="preserve">[02:17] </w:t>
      </w:r>
      <w:r>
        <w:t>believers love god most. mohabbat ko agar aap lughat ke aitbaar se janna chahein to dictionary mein iska matlab bataya jata hai:</w:t>
      </w:r>
    </w:p>
    <w:p>
      <w:pPr>
        <w:jc w:val="right"/>
      </w:pPr>
      <w:r>
        <w:t>بیلیورز لو گاڈ موسٹ۔ محبتکو اگر آپ لغتکےاعتبارسے جانناچاہیںتو ڈکشنریمیںاسکامطلببتایاجاتاہے:</w:t>
      </w:r>
    </w:p>
    <w:p>
      <w:r>
        <w:rPr>
          <w:b/>
        </w:rPr>
        <w:t xml:space="preserve">[02:33] </w:t>
      </w:r>
      <w:r>
        <w:t>strong affection. mohabbat kya hai? strong affection.</w:t>
      </w:r>
    </w:p>
    <w:p>
      <w:pPr>
        <w:jc w:val="right"/>
      </w:pPr>
      <w:r>
        <w:t>اسٹرانگ افیکشن۔ مح بتکیاہے؟ اسٹرانگافیکشن۔</w:t>
      </w:r>
    </w:p>
    <w:p>
      <w:r>
        <w:rPr>
          <w:b/>
        </w:rPr>
        <w:t xml:space="preserve">[02:42] </w:t>
      </w:r>
      <w:r>
        <w:t>yeh strong affection kisse hota hai?</w:t>
      </w:r>
    </w:p>
    <w:p>
      <w:pPr>
        <w:jc w:val="right"/>
      </w:pPr>
      <w:r>
        <w:t>یہاسٹرانگافیکشنکسسےہوتاہے؟</w:t>
      </w:r>
    </w:p>
    <w:p>
      <w:r>
        <w:rPr>
          <w:b/>
        </w:rPr>
        <w:t xml:space="preserve">[02:45] </w:t>
      </w:r>
      <w:r>
        <w:t>jisse aadmi ko inherently milta hai kuch. receiving favour without payment.</w:t>
      </w:r>
    </w:p>
    <w:p>
      <w:pPr>
        <w:jc w:val="right"/>
      </w:pPr>
      <w:r>
        <w:t>جسسے آدمیکو انریٹر لطورپر ملےکچھ۔ ریسیونگفی ور وداآؤٹ پیمنٹ۔</w:t>
      </w:r>
    </w:p>
    <w:p>
      <w:r>
        <w:rPr>
          <w:b/>
        </w:rPr>
        <w:t xml:space="preserve">[02:59] </w:t>
      </w:r>
      <w:r>
        <w:t>jaise maa se aap ko milta hai jo kuch, woh ek taraf milta hai. aap iski koi price nahi dete, to aap ko maa se bohat zyada mohabbat ho jati hai.</w:t>
      </w:r>
    </w:p>
    <w:p>
      <w:pPr>
        <w:jc w:val="right"/>
      </w:pPr>
      <w:r>
        <w:t>جیسے ماںسےآپکو ملتاہے جوکچھ،وہیکطرفہملتاہے۔ آپ اسکی کوئیپرائزنہیںدیتے، تو آپکو ماںسےبہتزیادہمحبتہوجاتیہے۔</w:t>
      </w:r>
    </w:p>
    <w:p>
      <w:r>
        <w:rPr>
          <w:b/>
        </w:rPr>
        <w:t xml:space="preserve">[03:10] </w:t>
      </w:r>
      <w:r>
        <w:t>lekin sab se zyada dene wala to Khuda hai.</w:t>
      </w:r>
    </w:p>
    <w:p>
      <w:pPr>
        <w:jc w:val="right"/>
      </w:pPr>
      <w:r>
        <w:t>لیکن سب سےزیادہدینےوالاتوخداہے۔</w:t>
      </w:r>
    </w:p>
    <w:p>
      <w:r>
        <w:rPr>
          <w:b/>
        </w:rPr>
        <w:t xml:space="preserve">[03:16] </w:t>
      </w:r>
      <w:r>
        <w:t>maa se jo kuch milta hai aap ko, us se bilaterally se bhi zyada milta hai aap ko Khuda se.</w:t>
      </w:r>
    </w:p>
    <w:p>
      <w:pPr>
        <w:jc w:val="right"/>
      </w:pPr>
      <w:r>
        <w:t>ماںسےجوکچھملتاہےآپکو،اسسے بل ینٹریلینسےبھیزیادہ ملتاہےآپکوخداسے ۔</w:t>
      </w:r>
    </w:p>
    <w:p>
      <w:r>
        <w:rPr>
          <w:b/>
        </w:rPr>
        <w:t xml:space="preserve">[03:24] </w:t>
      </w:r>
      <w:r>
        <w:t>to sab se zyada mohabbat insaan ko Khuda se honi chahiye.</w:t>
      </w:r>
    </w:p>
    <w:p>
      <w:pPr>
        <w:jc w:val="right"/>
      </w:pPr>
      <w:r>
        <w:t>تو سبسےزیادہ محبت انسانکوخداسےہونیچاہیے۔</w:t>
      </w:r>
    </w:p>
    <w:p>
      <w:r>
        <w:rPr>
          <w:b/>
        </w:rPr>
        <w:t xml:space="preserve">[03:31] </w:t>
      </w:r>
      <w:r>
        <w:t>yahan mein ek arz karunga ke insaan ke andar yeh jazba rakha Allah ta'ala ne mohabbat ka.</w:t>
      </w:r>
    </w:p>
    <w:p>
      <w:pPr>
        <w:jc w:val="right"/>
      </w:pPr>
      <w:r>
        <w:t>یہاںمیں ایکعرضکروںگاکہانسان کےاندریہجذبہرکھااللہتعالینے محبتکا۔</w:t>
      </w:r>
    </w:p>
    <w:p>
      <w:r>
        <w:rPr>
          <w:b/>
        </w:rPr>
        <w:t xml:space="preserve">[03:40] </w:t>
      </w:r>
      <w:r>
        <w:t>yaani mohabbat jo hai, woh aisa nahi ke koi bataya aap ko to mohabbat ho aap ko.</w:t>
      </w:r>
    </w:p>
    <w:p>
      <w:pPr>
        <w:jc w:val="right"/>
      </w:pPr>
      <w:r>
        <w:t>یعنیمحبتجوہے،وہ ایسا نہیںکہکوئیبتایاآپکو تو محبت ہوآپکو ۔</w:t>
      </w:r>
    </w:p>
    <w:p>
      <w:r>
        <w:rPr>
          <w:b/>
        </w:rPr>
        <w:t xml:space="preserve">[03:47] </w:t>
      </w:r>
      <w:r>
        <w:t>ashadd hubbillah ka matlab yeh nahi hai ke bataya jaye to aap mohabbat karne lagen. maa se mohabbat aap ko hoti hai to aisa nahi hai ke koi batata hai aap ko ke dekho maa se mohabbat karo.</w:t>
      </w:r>
    </w:p>
    <w:p>
      <w:pPr>
        <w:jc w:val="right"/>
      </w:pPr>
      <w:r>
        <w:t>اشدحبللہکامطلبیہنہیںہے کہ بتایاجائےتوآپمحبتکرنے لگیں۔ ماںسےمحبتآپکوہوتیہےتوایسانہیںہے کہ کوئیبتاتاہےآپکو کہدیکھو ماںسےمحبتکرو ۔</w:t>
      </w:r>
    </w:p>
    <w:p>
      <w:r>
        <w:rPr>
          <w:b/>
        </w:rPr>
        <w:t xml:space="preserve">[04:01] </w:t>
      </w:r>
      <w:r>
        <w:t>nahi, apne aap hoti hai. to Khuda se mohabbat ka matlab yeh nahi hai ke kahin likha hua hai to isko padha aap ne to lage aap Khuda se mohabbat karne.</w:t>
      </w:r>
    </w:p>
    <w:p>
      <w:pPr>
        <w:jc w:val="right"/>
      </w:pPr>
      <w:r>
        <w:t>نہیں ، اپنےآپ ہوتیہے۔ تو خداسےمحبتکامطلبیہنہیںہےکہکہیںلکھاہواہےتو اسکوپڑھا آپنے تولگےآپخداسےمحبتکرنے ۔</w:t>
      </w:r>
    </w:p>
    <w:p>
      <w:r>
        <w:rPr>
          <w:b/>
        </w:rPr>
        <w:t xml:space="preserve">[04:13] </w:t>
      </w:r>
      <w:r>
        <w:t>yeh matlab nahi hai.</w:t>
      </w:r>
    </w:p>
    <w:p>
      <w:pPr>
        <w:jc w:val="right"/>
      </w:pPr>
      <w:r>
        <w:t>یہمطلبنہیںہے۔</w:t>
      </w:r>
    </w:p>
    <w:p>
      <w:r>
        <w:rPr>
          <w:b/>
        </w:rPr>
        <w:t xml:space="preserve">[04:16] </w:t>
      </w:r>
      <w:r>
        <w:t>woh to bohat hi strong feeling aap ke andar already maujood hai mohabbat ki. ab sawal yeh hai ke woh strong feeling jo hai mohabbat ki, iska object kaun ho?</w:t>
      </w:r>
    </w:p>
    <w:p>
      <w:pPr>
        <w:jc w:val="right"/>
      </w:pPr>
      <w:r>
        <w:t>وہتو بہت ہی سٹرانگفیل نگآپکےاندرالریڈیموجود ہے محبتکی۔ ابسوالیہہےکہوہسٹرانگفیلنگجوہےمحبتکی، اسکا ابجیکٹکونہو ؟</w:t>
      </w:r>
    </w:p>
    <w:p>
      <w:r>
        <w:rPr>
          <w:b/>
        </w:rPr>
        <w:t xml:space="preserve">[04:30] </w:t>
      </w:r>
      <w:r>
        <w:t>yeh hai masla. to mein sochta hoon ke is maamle mein do tareeqe hain. ek hai true object of love, ek hai false object of love.</w:t>
      </w:r>
    </w:p>
    <w:p>
      <w:pPr>
        <w:jc w:val="right"/>
      </w:pPr>
      <w:r>
        <w:t>یہہےمسئلہ۔ تومیںسوچتاہوںکہ اس معاملےمیں دوطریقےہیں۔ ایک ہے ٹرو ابجیکٹآف لو ، ایک ہے فالسابجیکٹآف لو۔</w:t>
      </w:r>
    </w:p>
    <w:p>
      <w:r>
        <w:rPr>
          <w:b/>
        </w:rPr>
        <w:t xml:space="preserve">[04:45] </w:t>
      </w:r>
      <w:r>
        <w:t>yaani already jo aap ke andar mohabbat ka jazba rakha hua hai, iska sachha object kaun ho aur false object kaun ban jata hai.</w:t>
      </w:r>
    </w:p>
    <w:p>
      <w:pPr>
        <w:jc w:val="right"/>
      </w:pPr>
      <w:r>
        <w:t>یعنیالریڈیجو آپ کےاندر محبت کاجذبہ رکھاہواہے، اسکا سچاابجیکٹکونہو اورفالسابجیکٹکونہو بنجاتا ہے۔</w:t>
      </w:r>
    </w:p>
    <w:p>
      <w:r>
        <w:rPr>
          <w:b/>
        </w:rPr>
        <w:t xml:space="preserve">[04:56] </w:t>
      </w:r>
      <w:r>
        <w:t>yeh hai masla. to khuda is jazbe ka true object of love, aur khuda ke siwa jo kuch bhi aap banate hain, jo kuch bhi aap karte hain, woh sab false object of love hota hai.</w:t>
      </w:r>
    </w:p>
    <w:p>
      <w:pPr>
        <w:jc w:val="right"/>
      </w:pPr>
      <w:r>
        <w:t>یہ ہےمسئلہ۔ تو خ دااس جذبےکا ٹروابجیکٹآف لوہے، اورخداکےسواجوکچھبھیآپبناتےہیں،جوکچھبھیآپکرتے ہیں،وہسب فالسابجیکٹآفلوہوتاہے۔</w:t>
      </w:r>
    </w:p>
    <w:p>
      <w:r>
        <w:rPr>
          <w:b/>
        </w:rPr>
        <w:t xml:space="preserve">[05:11] </w:t>
      </w:r>
      <w:r>
        <w:t>yani right aap yeh keh sakte hain: right object of love aur wrong object of love. isi baat ko samajhne ki zaroorat hai.</w:t>
      </w:r>
    </w:p>
    <w:p>
      <w:pPr>
        <w:jc w:val="right"/>
      </w:pPr>
      <w:r>
        <w:t>یعنیرائٹآپ یہکہہسکتےہیں:رائٹابجیکٹآفلو اور رانگابجیکٹآفلو ۔ اسیباتکوسمجھنےکیضرورتہے۔</w:t>
      </w:r>
    </w:p>
    <w:p>
      <w:r>
        <w:rPr>
          <w:b/>
        </w:rPr>
        <w:t xml:space="preserve">[05:24] </w:t>
      </w:r>
      <w:r>
        <w:t>to aisa nahi hai ke kahin likha hua hai ke aye logon! khuda se mohabbat karo to aap lagay mohabbat karne. nahi, woh toh dil ki awaz hoti hai.</w:t>
      </w:r>
    </w:p>
    <w:p>
      <w:pPr>
        <w:jc w:val="right"/>
      </w:pPr>
      <w:r>
        <w:t>تو ایسانہیںہے کہ کہیںلکھاہواہےکہاےلوگوں!خداسےمحبتکرو توآپلگےمحبتکرنے ۔ نہیں،وہتودلکیآوازہوتیہے۔</w:t>
      </w:r>
    </w:p>
    <w:p>
      <w:r>
        <w:rPr>
          <w:b/>
        </w:rPr>
        <w:t xml:space="preserve">[05:34] </w:t>
      </w:r>
      <w:r>
        <w:t>andar se dil se mohabbat ka chashma ubalta hai,</w:t>
      </w:r>
    </w:p>
    <w:p>
      <w:pPr>
        <w:jc w:val="right"/>
      </w:pPr>
      <w:r>
        <w:t>اندرسےدل سے محبتکا چشمہابلتاہے،</w:t>
      </w:r>
    </w:p>
    <w:p>
      <w:r>
        <w:rPr>
          <w:b/>
        </w:rPr>
        <w:t xml:space="preserve">[05:39] </w:t>
      </w:r>
      <w:r>
        <w:t>apne aap ubalta hai, khud nature mein inter woven hai yeh mohabbat. lekin log object banane mein ghalti karte hain.</w:t>
      </w:r>
    </w:p>
    <w:p>
      <w:pPr>
        <w:jc w:val="right"/>
      </w:pPr>
      <w:r>
        <w:t>اپنے آپابلتاہے، خود نیچرمیںانٹربوبنہے یہ مح بت۔ لیکن لوگ ابجیکٹبنانےمیںغلطیکرتےہیں۔</w:t>
      </w:r>
    </w:p>
    <w:p>
      <w:r>
        <w:rPr>
          <w:b/>
        </w:rPr>
        <w:t xml:space="preserve">[05:49] </w:t>
      </w:r>
      <w:r>
        <w:t>yani false cheezon ko aur cheezon ko object bana lete hain.</w:t>
      </w:r>
    </w:p>
    <w:p>
      <w:pPr>
        <w:jc w:val="right"/>
      </w:pPr>
      <w:r>
        <w:t>یعنیفالسلیکسیاورچیزکوابجیکٹبنالیتےہیں۔</w:t>
      </w:r>
    </w:p>
    <w:p>
      <w:r>
        <w:rPr>
          <w:b/>
        </w:rPr>
        <w:t xml:space="preserve">[05:56] </w:t>
      </w:r>
      <w:r>
        <w:t>to agar aap kisi insaan ko deconditioning kar saken uski aur sach much usko wahan tak pahuncha saken to apne aap jaise taar se taar jud jaata hai, woh baat hoti hai.</w:t>
      </w:r>
    </w:p>
    <w:p>
      <w:pPr>
        <w:jc w:val="right"/>
      </w:pPr>
      <w:r>
        <w:t>تواگر آپ کسی انسانکو ڈی کنڈیشننگکرسکیںاسکی اور سچمچاسکووہاںتکپہنچاسکیںتو اپنےآپ جیسےتارسےتارجڑجاتاہے،وہباتہوتیہے۔</w:t>
      </w:r>
    </w:p>
    <w:p>
      <w:r>
        <w:rPr>
          <w:b/>
        </w:rPr>
        <w:t xml:space="preserve">[06:09] </w:t>
      </w:r>
      <w:r>
        <w:t>iska mujhe kai baar tajurba hua hai ke jo log false object liye hue thay, unhi ko agar samjhaya gaya, unke dil ke unki deconditioning ki gayi,</w:t>
      </w:r>
    </w:p>
    <w:p>
      <w:pPr>
        <w:jc w:val="right"/>
      </w:pPr>
      <w:r>
        <w:t>اسکامجھے کئیبار تجربہہواہے کہجولوگ فالس ابجیکٹ لیےہوئےتھے، انہیکواگر سمجھایاگیا، انکےدل کے انکیڈیکنڈیشننگکیگئی،</w:t>
      </w:r>
    </w:p>
    <w:p>
      <w:r>
        <w:rPr>
          <w:b/>
        </w:rPr>
        <w:t xml:space="preserve">[06:23] </w:t>
      </w:r>
      <w:r>
        <w:t>unke dil ke taar ko khuda se joda gaya to achaanak unka dil roshan ho gaya. to iska mujhe ek experience bhi jo parson mujhe hua, uska batana chahta hoon. main us waqt parson, yani first may ko, main saharanpur mein tha.</w:t>
      </w:r>
    </w:p>
    <w:p>
      <w:pPr>
        <w:jc w:val="right"/>
      </w:pPr>
      <w:r>
        <w:t>انکے دل کے تارکو خداسےجوڑاگیا تو اچانک انکادل روشنہوگیا۔ تواسکامیںایک ایکسپیرینسابھیجوپرسوںمجھےہوا،اسکوبتاناچاہتاہوں۔میںاسوقت پرسوں،یعنیفرسٹمئیکو، میں سہارنپورمیںتھا۔</w:t>
      </w:r>
    </w:p>
    <w:p>
      <w:r>
        <w:rPr>
          <w:b/>
        </w:rPr>
        <w:t xml:space="preserve">[06:39] </w:t>
      </w:r>
      <w:r>
        <w:t>wahan par ek public gathering thi, selected logon ki thi, woh ba-ilam parhe likhe log wahan thay, hindu musalman dono.</w:t>
      </w:r>
    </w:p>
    <w:p>
      <w:pPr>
        <w:jc w:val="right"/>
      </w:pPr>
      <w:r>
        <w:t>وہاںپر ایک پبلکگیدرنگتھی، سلیکٹڈلوگوںکیتھی،وہ بالپڑھےلکھےلوگوہاں تھے، ہندو مس لماندونوں۔</w:t>
      </w:r>
    </w:p>
    <w:p>
      <w:r>
        <w:rPr>
          <w:b/>
        </w:rPr>
        <w:t xml:space="preserve">[06:52] </w:t>
      </w:r>
      <w:r>
        <w:t>to mujhse pehle kuch aur speeches wahan ho rahi theen, to maine dekha ke log bar bar uthte thay mobile ke liye, bar bar, ek ke baad doosra, doosre ke baad teesra.</w:t>
      </w:r>
    </w:p>
    <w:p>
      <w:pPr>
        <w:jc w:val="right"/>
      </w:pPr>
      <w:r>
        <w:t>تو مجھسےپہلے کچھاور اسپیچزوہاںہورہیتھیں، تو میںنےدیکھاکہ لوگ بارباراٹھتےتھے موبائلکےلیے، بار بار، ایک کےبعد دوسرا،دوسرےکےبعدتیسرا۔</w:t>
      </w:r>
    </w:p>
    <w:p>
      <w:r>
        <w:rPr>
          <w:b/>
        </w:rPr>
        <w:t xml:space="preserve">[07:09] </w:t>
      </w:r>
      <w:r>
        <w:t>to main bohat perturba tha is se. phir kya hua ke jab meri bari aayi to maine ek cheez batayi, usko sunte hi ek dum wahan ka mahaul badal gaya.</w:t>
      </w:r>
    </w:p>
    <w:p>
      <w:pPr>
        <w:jc w:val="right"/>
      </w:pPr>
      <w:r>
        <w:t>تومیںبہت پرٹربتھااسسے۔ پھرکیا ہوا کہجبمیریباریآئی تومیںنےایکچیزبتائی، اسکو سن تےہیایکدموہاںکاماحولبدلگیا۔</w:t>
      </w:r>
    </w:p>
    <w:p>
      <w:r>
        <w:rPr>
          <w:b/>
        </w:rPr>
        <w:t xml:space="preserve">[07:24] </w:t>
      </w:r>
      <w:r>
        <w:t>maine woh hadith sunayi jisme bataya gaya hai ke kuch log aise honge akhir zaman mein jinke bare mein aata hai ke yutabaahum malakul malaikah ke khuda unse malaika ke samne fakhr ke taur par kahega ke dekho yeh mere bande hain.</w:t>
      </w:r>
    </w:p>
    <w:p>
      <w:pPr>
        <w:jc w:val="right"/>
      </w:pPr>
      <w:r>
        <w:t>میںنےوہحدیثسن ائی جسمیںبتایاگیاہےکہ کچھلوگ ایسےہوںگے آخرتمیں جنکےبارےمیںآتاہےکہ يت باہ بهم الملائکہ کہخداانسے ملائکہکےسامنے فخرکےطورپر کہےگاکہدیکھویہمیرےبندےہیں۔</w:t>
      </w:r>
    </w:p>
    <w:p>
      <w:r>
        <w:rPr>
          <w:b/>
        </w:rPr>
        <w:t xml:space="preserve">[07:44] </w:t>
      </w:r>
      <w:r>
        <w:t>yani khud khuda fakhr karega in bandon ke upar.</w:t>
      </w:r>
    </w:p>
    <w:p>
      <w:pPr>
        <w:jc w:val="right"/>
      </w:pPr>
      <w:r>
        <w:t>یعنیخودخدافخرکرےگاانبندوںکےاوپر ۔</w:t>
      </w:r>
    </w:p>
    <w:p>
      <w:r>
        <w:rPr>
          <w:b/>
        </w:rPr>
        <w:t xml:space="preserve">[07:50] </w:t>
      </w:r>
      <w:r>
        <w:t>yeh kaun log honge?</w:t>
      </w:r>
    </w:p>
    <w:p>
      <w:pPr>
        <w:jc w:val="right"/>
      </w:pPr>
      <w:r>
        <w:t>یہکونلوگہوںگے؟</w:t>
      </w:r>
    </w:p>
    <w:p>
      <w:r>
        <w:rPr>
          <w:b/>
        </w:rPr>
        <w:t xml:space="preserve">[07:53] </w:t>
      </w:r>
      <w:r>
        <w:t>to main maine kaha ke yeh woh log honge jinhone duniya mein khuda ki umeed ko sach kar dikhaya. phir maine quran mein jo history hai, story hai, bataya. maine kaha dekhe, allah ta'ala ne jab insaan ko banaya aur kaha ke main isko zameen ko main iske charjameen dene wala hoon, inni ja'al fil ardi khaleefah ka matlab yeh hai ke main isko zameen ka ancharj banane wala hoon.</w:t>
      </w:r>
    </w:p>
    <w:p>
      <w:pPr>
        <w:jc w:val="right"/>
      </w:pPr>
      <w:r>
        <w:t>تومیں میںنےکہاکہیہوہلوگہوںگےجنہوںنےدنیا میں خدا کی امید کوسچکردکھایا۔ پھرمیںنےقرآنمیںجو ہسٹریہے، سٹوریہے،بتایا۔میںنےکہدیکھے، اللہ تعالینےجبانسانکو بنایا اور کہاکہمیںاسکو زمین کو میںاسکےچارجمیںدینےوالاہوں، انیجالفیالخ لیفہکامطلبیہہےکہ میں اسکوزمین کاانچارجبنانےوالاہوں۔</w:t>
      </w:r>
    </w:p>
    <w:p>
      <w:r>
        <w:rPr>
          <w:b/>
        </w:rPr>
        <w:t xml:space="preserve">[08:23] </w:t>
      </w:r>
      <w:r>
        <w:t>to farishton ne kaha ke ataj'alu fiha man yufsidu fiha wa yasfikud dimaa' phirat o yeh fasad machayenge aur wahan par blood shed karenge.</w:t>
      </w:r>
    </w:p>
    <w:p>
      <w:pPr>
        <w:jc w:val="right"/>
      </w:pPr>
      <w:r>
        <w:t>تو فرشتوںنےکہاکہ ات جل فی ہویس ف کدوا پھرتویہفسادمچائیںگے اور وہاںپر بلڈشیڈکریںگے۔</w:t>
      </w:r>
    </w:p>
    <w:p>
      <w:r>
        <w:rPr>
          <w:b/>
        </w:rPr>
        <w:t xml:space="preserve">[08:36] </w:t>
      </w:r>
      <w:r>
        <w:t>to aisa kyun hua? is liye ke farishte jo thay, wohi yeh jaante thay ke is universe mein kisi ko bhi azadi hasil nahi hai. material world hai, animal world hai, plant world hai, malaika hain,</w:t>
      </w:r>
    </w:p>
    <w:p>
      <w:pPr>
        <w:jc w:val="right"/>
      </w:pPr>
      <w:r>
        <w:t>توایساکیوںہوا؟اسلیےکہفرشتےجوتھے،وہیہجانتےتھےکہ اس یونیورس میںکسی کوبھی آز ادیحاصل نہیںہے۔ مٹیریلورلڈہے، اینیملورلڈہے، پلانٹورلڈہے، ملائکہ ہیں،</w:t>
      </w:r>
    </w:p>
    <w:p>
      <w:r>
        <w:rPr>
          <w:b/>
        </w:rPr>
        <w:t xml:space="preserve">[08:49] </w:t>
      </w:r>
      <w:r>
        <w:t>sab ke sab hundred percent khuda ke hukum par chal rahe hain.</w:t>
      </w:r>
    </w:p>
    <w:p>
      <w:pPr>
        <w:jc w:val="right"/>
      </w:pPr>
      <w:r>
        <w:t>سب کےسب ہنڈرڈپرسنٹخداکےحکمپرچلرہےہیں۔</w:t>
      </w:r>
    </w:p>
    <w:p>
      <w:r>
        <w:rPr>
          <w:b/>
        </w:rPr>
        <w:t xml:space="preserve">[08:53] </w:t>
      </w:r>
      <w:r>
        <w:t>yani unhe koi freedom of choice nahi hai.</w:t>
      </w:r>
    </w:p>
    <w:p>
      <w:pPr>
        <w:jc w:val="right"/>
      </w:pPr>
      <w:r>
        <w:t>یعنیانہیں کوئی فریڈمآفچوائسنہیںہے۔</w:t>
      </w:r>
    </w:p>
    <w:p>
      <w:r>
        <w:rPr>
          <w:b/>
        </w:rPr>
        <w:t xml:space="preserve">[08:59] </w:t>
      </w:r>
      <w:r>
        <w:t>kisi ko choice nahi hai ke woh khuda se khilaf jaye, khuda ka jo rasta hai, uske khilaf jaye. na material world ko hai, na plant world ko hai, na animal world ko hai, na angel ko hai.</w:t>
      </w:r>
    </w:p>
    <w:p>
      <w:pPr>
        <w:jc w:val="right"/>
      </w:pPr>
      <w:r>
        <w:t>کسی کوچوائسنہیںہےکہوہخداسے خلاف جائے ،خدا کاجوراستہہے،اسکےخلاف جائے۔ نہمٹیریلورلڈکوہے،نہ پلانٹورلڈکوہے،نہاینیملورلڈکوہے، نہ اینجل کوہے۔</w:t>
      </w:r>
    </w:p>
    <w:p>
      <w:r>
        <w:rPr>
          <w:b/>
        </w:rPr>
        <w:t xml:space="preserve">[09:12] </w:t>
      </w:r>
      <w:r>
        <w:t>to kisi ko freedom of choice nahi hai. ab khuda ne kaha ke main insaan ko freedom of choice dunga.</w:t>
      </w:r>
    </w:p>
    <w:p>
      <w:pPr>
        <w:jc w:val="right"/>
      </w:pPr>
      <w:r>
        <w:t>توکسی کو فریڈمآفچوائسنہیںہے۔ ابخدانےکہاکہمیں انسانکو فریڈمآفچوائسدوںگا۔</w:t>
      </w:r>
    </w:p>
    <w:p>
      <w:r>
        <w:rPr>
          <w:b/>
        </w:rPr>
        <w:t xml:space="preserve">[09:19] </w:t>
      </w:r>
      <w:r>
        <w:t>to farishton ko laga ke yeh jab inko azadi milegi to yeh fasad machayenge.</w:t>
      </w:r>
    </w:p>
    <w:p>
      <w:pPr>
        <w:jc w:val="right"/>
      </w:pPr>
      <w:r>
        <w:t>تو فر شتوںکولگاکہیہجبانکوآز ادیملےگی تویہفسادمچائیںگے۔</w:t>
      </w:r>
    </w:p>
    <w:p>
      <w:r>
        <w:rPr>
          <w:b/>
        </w:rPr>
        <w:t xml:space="preserve">[09:27] </w:t>
      </w:r>
      <w:r>
        <w:t>to khuda ne kaha ke nahi. khuda jo alim ul ghaib wal shahadah hai, usko mazi ka bhi pata hai, present ka bhi pata hai, future ka</w:t>
      </w:r>
    </w:p>
    <w:p>
      <w:pPr>
        <w:jc w:val="right"/>
      </w:pPr>
      <w:r>
        <w:t>تو خدانےکہاکہنہیں ۔ خداجوعالمالغیبوالشہادہ ہے، اسکو ماضیکابھیپتہہے، پریزنٹکابھیپتہہے،فیوچرکا</w:t>
      </w:r>
    </w:p>
    <w:p>
      <w:r>
        <w:rPr>
          <w:b/>
        </w:rPr>
        <w:t xml:space="preserve">[09:36] </w:t>
      </w:r>
      <w:r>
        <w:t>bhi pata hai. usne kaha ke nahi. aise mere bande niklenge</w:t>
      </w:r>
    </w:p>
    <w:p>
      <w:pPr>
        <w:jc w:val="right"/>
      </w:pPr>
      <w:r>
        <w:t>بھیپتہہے۔ اسنےکہاکہنہیں۔ ایسےمیرےبندےنکلیںگے</w:t>
      </w:r>
    </w:p>
    <w:p>
      <w:r>
        <w:rPr>
          <w:b/>
        </w:rPr>
        <w:t xml:space="preserve">[09:43] </w:t>
      </w:r>
      <w:r>
        <w:t>keh dekhen, baghair mujh par iman layenge, dekhen, baghair mujh se darenge, dekhen, baghair mujh ko yaad karenge, dekhen, baghair mere aage surrender kar denge.</w:t>
      </w:r>
    </w:p>
    <w:p>
      <w:pPr>
        <w:jc w:val="right"/>
      </w:pPr>
      <w:r>
        <w:t>کہ دیکھیں،بغیرمجھپرایمانلائیںگے، دیکھیں،بغیرمجھسےڈریںگے، دیکھیں،بغیرمجھکویادکریںگے، دیکھیں،بغیرمیرےآگےسرینڈرکردیںگے۔</w:t>
      </w:r>
    </w:p>
    <w:p>
      <w:r>
        <w:rPr>
          <w:b/>
        </w:rPr>
        <w:t xml:space="preserve">[09:56] </w:t>
      </w:r>
      <w:r>
        <w:t>yeh Khuda ne as waqt farishton ke samne yeh baat kahi, goya keh Khuda ne ek ummeed qaim ki insano mein se ke bare mein.</w:t>
      </w:r>
    </w:p>
    <w:p>
      <w:pPr>
        <w:jc w:val="right"/>
      </w:pPr>
      <w:r>
        <w:t>یہخدانےاسوقت فرشتوںکےسامنےیہباتکہی، گویاکہخدانےایک امید قائمکی انسان وںمیںسے کےبارےمیں ۔</w:t>
      </w:r>
    </w:p>
    <w:p>
      <w:r>
        <w:rPr>
          <w:b/>
        </w:rPr>
        <w:t xml:space="preserve">[10:07] </w:t>
      </w:r>
      <w:r>
        <w:t>to jab yeh duniya mein insan phaila, survival aayi, ilm phaila, kya kya hua, kya kya hua, kya kya hua.</w:t>
      </w:r>
    </w:p>
    <w:p>
      <w:pPr>
        <w:jc w:val="right"/>
      </w:pPr>
      <w:r>
        <w:t>توجب یہدنیا میںانسانپھیلا، سروائشنآئی، علم پھیلا، کیاکیاہوا،کیاکیاہوا،کیا کیاہوا۔</w:t>
      </w:r>
    </w:p>
    <w:p>
      <w:r>
        <w:rPr>
          <w:b/>
        </w:rPr>
        <w:t xml:space="preserve">[10:17] </w:t>
      </w:r>
      <w:r>
        <w:t>ab is mein se kuch log aise nikle, bande Allah Ta'ala ke, jinhon ne Khuda ko dekhe baghair discover kiya.</w:t>
      </w:r>
    </w:p>
    <w:p>
      <w:pPr>
        <w:jc w:val="right"/>
      </w:pPr>
      <w:r>
        <w:t>اباسمیںسےکچھلوگایسےنکلے،بندےاللہتعالی کے، جنہوںنے خداکو دیکھےبغیرڈسکورکیا۔</w:t>
      </w:r>
    </w:p>
    <w:p>
      <w:r>
        <w:rPr>
          <w:b/>
        </w:rPr>
        <w:t xml:space="preserve">[10:28] </w:t>
      </w:r>
      <w:r>
        <w:t>dekhe baghair Khuda ko discover kiya, dekhe baghair Khuda par iman kiya,</w:t>
      </w:r>
    </w:p>
    <w:p>
      <w:pPr>
        <w:jc w:val="right"/>
      </w:pPr>
      <w:r>
        <w:t>دیکھےبغیرخداکوڈسکورکیا، دیکھےبغیرخداپریقینکیا،</w:t>
      </w:r>
    </w:p>
    <w:p>
      <w:r>
        <w:rPr>
          <w:b/>
        </w:rPr>
        <w:t xml:space="preserve">[10:34] </w:t>
      </w:r>
      <w:r>
        <w:t>dekhe baghair Khuda ke surrender kar diya,</w:t>
      </w:r>
    </w:p>
    <w:p>
      <w:pPr>
        <w:jc w:val="right"/>
      </w:pPr>
      <w:r>
        <w:t>دیکھےبغیرخداکے سرینڈرکردیا،</w:t>
      </w:r>
    </w:p>
    <w:p>
      <w:r>
        <w:rPr>
          <w:b/>
        </w:rPr>
        <w:t xml:space="preserve">[10:42] </w:t>
      </w:r>
      <w:r>
        <w:t>dekhe baghair unhon ne Khuda ke hukumon ko follow kiya. To yeh woh log hain jinhon ne Khuda ki ummeed ko poora kiya jo Khuda ne angel ke samne kaha tha.</w:t>
      </w:r>
    </w:p>
    <w:p>
      <w:pPr>
        <w:jc w:val="right"/>
      </w:pPr>
      <w:r>
        <w:t>دیکھےبغیرانہوںنےخداکے حکموںکو فالوکیا۔ تویہوہلوگہیںجنہوںنےخداکیامیدکوپوراکیا جوخدانےاینجلکےسامنے کہاتھا۔</w:t>
      </w:r>
    </w:p>
    <w:p>
      <w:r>
        <w:rPr>
          <w:b/>
        </w:rPr>
        <w:t xml:space="preserve">[10:54] </w:t>
      </w:r>
      <w:r>
        <w:t>to Khuda as waqt pesh karega akhir mein farishton ke samne keh dekho, yeh yeh bande hain,</w:t>
      </w:r>
    </w:p>
    <w:p>
      <w:pPr>
        <w:jc w:val="right"/>
      </w:pPr>
      <w:r>
        <w:t>تو خدااسوقت پیشکرےگاآخرتمیں فرشتوںکےسامنےکہدیکھو،یہ یہبندےہیں،</w:t>
      </w:r>
    </w:p>
    <w:p>
      <w:r>
        <w:rPr>
          <w:b/>
        </w:rPr>
        <w:t xml:space="preserve">[11:01] </w:t>
      </w:r>
      <w:r>
        <w:t>tum kehte the keh jab fasad machayenge, khoon bahayenge. Lekin dekho, is mein aise bande nikle. Mujhe fakhr hai aise bandon ke upar.</w:t>
      </w:r>
    </w:p>
    <w:p>
      <w:pPr>
        <w:jc w:val="right"/>
      </w:pPr>
      <w:r>
        <w:t>تم کہتےتھےکہجب فسادمچائیںگے،خونبہائیںگے۔ لیکن دیکھو،اسیمیںایسےبندےبھینکلے۔ مجھےفخرہےایسےبندوںکےاوپر۔</w:t>
      </w:r>
    </w:p>
    <w:p>
      <w:r>
        <w:rPr>
          <w:b/>
        </w:rPr>
        <w:t xml:space="preserve">[11:12] </w:t>
      </w:r>
      <w:r>
        <w:t>aaj mein in ko jannaton mein dakhil karunga.</w:t>
      </w:r>
    </w:p>
    <w:p>
      <w:pPr>
        <w:jc w:val="right"/>
      </w:pPr>
      <w:r>
        <w:t>آجمیںانکوجنتمیںداخلکروںگا۔</w:t>
      </w:r>
    </w:p>
    <w:p>
      <w:r>
        <w:rPr>
          <w:b/>
        </w:rPr>
        <w:t xml:space="preserve">[11:18] </w:t>
      </w:r>
      <w:r>
        <w:t>yeh duniya jis mein hum rehte hain, yeh bhi ek imperfect paradise hai ya temporary paradise hai.</w:t>
      </w:r>
    </w:p>
    <w:p>
      <w:pPr>
        <w:jc w:val="right"/>
      </w:pPr>
      <w:r>
        <w:t>یہدنیا جسمیںہمرہتےہیں،یہبھی ایک امپرفیکٹپیراڈائزہے یا ٹیمپرریپیراڈائزہے۔</w:t>
      </w:r>
    </w:p>
    <w:p>
      <w:r>
        <w:rPr>
          <w:b/>
        </w:rPr>
        <w:t xml:space="preserve">[11:27] </w:t>
      </w:r>
      <w:r>
        <w:t>is mein dekho, itna boota hai, itni husn hai, itna itna is mein enjoy ka saman hai keh aaj just like jannat hai yeh.</w:t>
      </w:r>
    </w:p>
    <w:p>
      <w:pPr>
        <w:jc w:val="right"/>
      </w:pPr>
      <w:r>
        <w:t>اسمیں دیکھیں،اتنابوٹیہوئے، اتنیحسنہے، اتنا اتنا اسمیں انجوائے کاسامانہے کہابھی جسٹلائکجنتہےیہ۔</w:t>
      </w:r>
    </w:p>
    <w:p>
      <w:r>
        <w:rPr>
          <w:b/>
        </w:rPr>
        <w:t xml:space="preserve">[11:42] </w:t>
      </w:r>
      <w:r>
        <w:t>lekin yeh hai temporary, yeh hai imperfect, yeh hai less than ideal. To yeh hai goya Khuda ka ek temporary guest house.</w:t>
      </w:r>
    </w:p>
    <w:p>
      <w:pPr>
        <w:jc w:val="right"/>
      </w:pPr>
      <w:r>
        <w:t>لیکن یہہے ٹیمپر ری ،یہہےامپرفیکٹ ،یہہےلیسدینآئیڈیل۔ تویہہے گویاخداکاایک ٹیمپرری گیسٹ ہاؤس۔</w:t>
      </w:r>
    </w:p>
    <w:p>
      <w:r>
        <w:rPr>
          <w:b/>
        </w:rPr>
        <w:t xml:space="preserve">[11:55] </w:t>
      </w:r>
      <w:r>
        <w:t>is mein rakha gaya hai is test ke liye keh kaun hai jo apne aap ko mesmerize nahi karta? Kaun hai jo dekhe baghair Khuda ko ke aage surrender karta hai?</w:t>
      </w:r>
    </w:p>
    <w:p>
      <w:pPr>
        <w:jc w:val="right"/>
      </w:pPr>
      <w:r>
        <w:t>اس میںرکھاگیاہےاسیٹیسٹ کےلیے کہکونہےجو اپنے آپ شنکو مسیوزنہیںکرتا؟ کونہےجودیکھےبغیر خداکو کےآگےسرینڈرکرتاہے؟</w:t>
      </w:r>
    </w:p>
    <w:p>
      <w:r>
        <w:rPr>
          <w:b/>
        </w:rPr>
        <w:t xml:space="preserve">[12:11] </w:t>
      </w:r>
      <w:r>
        <w:t>kaun hai jo ghaib mein Khuda ko discover karta hai?</w:t>
      </w:r>
    </w:p>
    <w:p>
      <w:pPr>
        <w:jc w:val="right"/>
      </w:pPr>
      <w:r>
        <w:t>کونہےجو غیبمیںخداکوڈسکورکرتاہے ؟</w:t>
      </w:r>
    </w:p>
    <w:p>
      <w:r>
        <w:rPr>
          <w:b/>
        </w:rPr>
        <w:t xml:space="preserve">[12:17] </w:t>
      </w:r>
      <w:r>
        <w:t>isi liye rakha gaya hai yeh keh jo yahan par test mein poora utrega, jo test par stand karega, us ko Khuda select karega aur phir us ko permanently apne guest house mein rakh ke jagah dega jo eternal hoga, jo ideal hoga, jo perfect hoga,</w:t>
      </w:r>
    </w:p>
    <w:p>
      <w:pPr>
        <w:jc w:val="right"/>
      </w:pPr>
      <w:r>
        <w:t>اسیلیےرکھاگیاہےیہ کہجویہاںپر ٹیسٹ میں پورااترےگا، جو اسٹیسٹ پرسٹینڈکرےگا، اسکوخداسلیکٹکرےگا اورپھراسکوپرماننٹلی اپنے گیسٹہاؤسمیںرکھکےجگہدےگا جو ایٹرنلہوگا،جوآئیڈیلہوگا،جوپرفیکٹہوگا،</w:t>
      </w:r>
    </w:p>
    <w:p>
      <w:r>
        <w:rPr>
          <w:b/>
        </w:rPr>
        <w:t xml:space="preserve">[12:38] </w:t>
      </w:r>
      <w:r>
        <w:t>jahan aadmi ko apne sare desire ka fulfillment</w:t>
      </w:r>
    </w:p>
    <w:p>
      <w:pPr>
        <w:jc w:val="right"/>
      </w:pPr>
      <w:r>
        <w:t>جہاں آدمیکو اپنے سارےڈیزائرکافلفلم</w:t>
      </w:r>
    </w:p>
    <w:p>
      <w:r>
        <w:rPr>
          <w:b/>
        </w:rPr>
        <w:t xml:space="preserve">[12:41] </w:t>
      </w:r>
      <w:r>
        <w:t>na milega. To jab maine yeh kaha keh yeh jo log yahan ikatthe hain, agar woh woh insan apne ko sabit kar saken, woh insan jo Khuda ki ummeed ban saken, to yeh woh insan hai jis par Khuda fakhr karega farishton ke samne.</w:t>
      </w:r>
    </w:p>
    <w:p>
      <w:pPr>
        <w:jc w:val="right"/>
      </w:pPr>
      <w:r>
        <w:t>نٹملےگا۔توجبمیںنےیہکہاکہیہجولوگیہاںاکٹھاہیں، اگر وہ وہ انسان اپنے کوثابتکرسکیں،وہانسان جو خداکیامیدبنسکیں، تویہ وہانسانہےجسپرخدافخرکرےگا فرشتوںکےسامنے۔</w:t>
      </w:r>
    </w:p>
    <w:p>
      <w:r>
        <w:rPr>
          <w:b/>
        </w:rPr>
        <w:t xml:space="preserve">[12:58] </w:t>
      </w:r>
      <w:r>
        <w:t>to maine dekha keh sare mobile band ho gaye, ek dam pandrapsilence ho gaya wahan par,</w:t>
      </w:r>
    </w:p>
    <w:p>
      <w:pPr>
        <w:jc w:val="right"/>
      </w:pPr>
      <w:r>
        <w:t>تومیںنےدیکھاکہ سارے موبائلبندہوگئے، ایک دم پنڈراپسائلنسہوگاوہاںپر ،</w:t>
      </w:r>
    </w:p>
    <w:p>
      <w:r>
        <w:rPr>
          <w:b/>
        </w:rPr>
        <w:t xml:space="preserve">[13:08] </w:t>
      </w:r>
      <w:r>
        <w:t>jaise sans ki awaz bhi na aa rahi ho keh acha, hum woh qeemti log hain</w:t>
      </w:r>
    </w:p>
    <w:p>
      <w:pPr>
        <w:jc w:val="right"/>
      </w:pPr>
      <w:r>
        <w:t>جیسےسانسکیآوازبھینہآرہیہو کہاچھا،ہموہقیمتیلوگہیں</w:t>
      </w:r>
    </w:p>
    <w:p>
      <w:r>
        <w:rPr>
          <w:b/>
        </w:rPr>
        <w:t xml:space="preserve">[13:15] </w:t>
      </w:r>
      <w:r>
        <w:t>jo Khuda ka pride ban sakte hain. Un ki rooh ne pukara, koi nature ne unhein awaz di keh tum woh log ho jo Khuda ka pride ban sakte ho.</w:t>
      </w:r>
    </w:p>
    <w:p>
      <w:pPr>
        <w:jc w:val="right"/>
      </w:pPr>
      <w:r>
        <w:t>جو خداکاپرائیڈبنسکتےہیں۔ انکیروحنےپکارا، کوئینیچرنےانہیں آواز دی کہتموہلوگہوجوخداکاپرائیڈبنسکتےہو۔</w:t>
      </w:r>
    </w:p>
    <w:p>
      <w:r>
        <w:rPr>
          <w:b/>
        </w:rPr>
        <w:t xml:space="preserve">[13:29] </w:t>
      </w:r>
      <w:r>
        <w:t>un ka andar bol pada, andar un ka jo hai, un ka jo andar woh bol pada.</w:t>
      </w:r>
    </w:p>
    <w:p>
      <w:pPr>
        <w:jc w:val="right"/>
      </w:pPr>
      <w:r>
        <w:t>انکااندربول پڑا،اندرانکاجوہے، انکاجواندروہبول پڑا۔</w:t>
      </w:r>
    </w:p>
    <w:p>
      <w:r>
        <w:rPr>
          <w:b/>
        </w:rPr>
        <w:t xml:space="preserve">[13:38] </w:t>
      </w:r>
      <w:r>
        <w:t>aur phir wahan pandrapsilence tha, wahan kisi ka mobile is ke baad nahi baja, kisi ne koi mobile le ke daud ke baat karne ke liye.</w:t>
      </w:r>
    </w:p>
    <w:p>
      <w:pPr>
        <w:jc w:val="right"/>
      </w:pPr>
      <w:r>
        <w:t>اورپھروہاںپنڈراپسائلنستھا،وہاں کسی کاموبائلاسکےبعدنہیںبجا، کسی نےکوئیموبائللےکےدوڑانہیںباتکرنےکےلیے۔</w:t>
      </w:r>
    </w:p>
    <w:p>
      <w:r>
        <w:rPr>
          <w:b/>
        </w:rPr>
        <w:t xml:space="preserve">[13:50] </w:t>
      </w:r>
      <w:r>
        <w:t>yeh hai ashadd hubbullah. To mein yeh kahunga keh ashadd hubbullah ka matlab yeh nahi hai keh kahin likha hua hai keh aye logon! Tum log Khuda se mohabbat karo aur is ko parh ke aap lagay mohabbat karne.</w:t>
      </w:r>
    </w:p>
    <w:p>
      <w:pPr>
        <w:jc w:val="right"/>
      </w:pPr>
      <w:r>
        <w:t>یہہےاشدحبللہ۔ تومیںیہکہوںگاکہ اشدحبللہکامطلبیہنہیںہے کہ کہیںلکھاہواہےکہاےلوگوں! تم لوگخداسےمحبتکرو اور اسکوپڑھکرآپلگےمحبتکرنے ۔</w:t>
      </w:r>
    </w:p>
    <w:p>
      <w:r>
        <w:rPr>
          <w:b/>
        </w:rPr>
        <w:t xml:space="preserve">[14:03] </w:t>
      </w:r>
      <w:r>
        <w:t>nahi</w:t>
      </w:r>
    </w:p>
    <w:p>
      <w:pPr>
        <w:jc w:val="right"/>
      </w:pPr>
      <w:r>
        <w:t>نہیں</w:t>
      </w:r>
    </w:p>
    <w:p>
      <w:r>
        <w:rPr>
          <w:b/>
        </w:rPr>
        <w:t xml:space="preserve">[14:04] </w:t>
      </w:r>
      <w:r>
        <w:t>, iska matlab hai ki tum apne nature ko padho, andar likhe hue quran ko padho, tumhare neechre mein jo khuda ne likh diya, us din usko jano,</w:t>
      </w:r>
    </w:p>
    <w:p>
      <w:pPr>
        <w:jc w:val="right"/>
      </w:pPr>
      <w:r>
        <w:t>، اسکامطلبہےکہتماپنےنیچرکوپڑھو، اندرلکھےہوئےقرآنکوپڑھو، تمہارےنیچرمیںجوخدانےلکھدیا،اسدن اسکو جانو،</w:t>
      </w:r>
    </w:p>
    <w:p>
      <w:r>
        <w:rPr>
          <w:b/>
        </w:rPr>
        <w:t xml:space="preserve">[14:18] </w:t>
      </w:r>
      <w:r>
        <w:t>usko unfold karo. unfold!</w:t>
      </w:r>
    </w:p>
    <w:p>
      <w:pPr>
        <w:jc w:val="right"/>
      </w:pPr>
      <w:r>
        <w:t>اسکو ان فولڈکرو۔انفولڈ!</w:t>
      </w:r>
    </w:p>
    <w:p>
      <w:r>
        <w:rPr>
          <w:b/>
        </w:rPr>
        <w:t xml:space="preserve">[14:23] </w:t>
      </w:r>
      <w:r>
        <w:t>jab tum unfold karoge to achaanak ek nayi duniya tumhare saamne aa jayegi aur phir tum woh insaan banoge jis par qyamat mein khuda fakhr kare.</w:t>
      </w:r>
    </w:p>
    <w:p>
      <w:pPr>
        <w:jc w:val="right"/>
      </w:pPr>
      <w:r>
        <w:t>جب تمانفولڈکروگےتواچانکایکنئیدنیا تمہارےسامنےآجائےگی اورپھرتموہانسانبنوگےجسپر قیامتمیںخدافخرکرے۔</w:t>
      </w:r>
    </w:p>
    <w:p>
      <w:r>
        <w:rPr>
          <w:b/>
        </w:rPr>
        <w:t xml:space="preserve">[14:34] </w:t>
      </w:r>
      <w:r>
        <w:t>yeh woh log hain jinhone shaitan ko, shaitan ko qareefoot kiya, apne apne apni khwahishon ke khilaaf chale, jo bin dekhe baghair khuda par yaqeen kiya.</w:t>
      </w:r>
    </w:p>
    <w:p>
      <w:pPr>
        <w:jc w:val="right"/>
      </w:pPr>
      <w:r>
        <w:t>یہوہلوگہیںجنہوںنے شیطانکو، شیطانکو کو ریفیوٹکیا، اپنے اپنے اپنی خواہشوں کےخلاف چلے، جو بندیکھےبغیرخداپریقینکیا۔</w:t>
      </w:r>
    </w:p>
    <w:p>
      <w:r>
        <w:rPr>
          <w:b/>
        </w:rPr>
        <w:t xml:space="preserve">[14:49] </w:t>
      </w:r>
      <w:r>
        <w:t>unhone, unhone be-yaqini ke jangale mein yaqeen ka hasil kiya. yaad rakhiye, be-yaqini ka jangala hai. duniya aaj har taraf tarah tarah ki baatein hain, jangala aafat hat hai. har taraf</w:t>
      </w:r>
    </w:p>
    <w:p>
      <w:pPr>
        <w:jc w:val="right"/>
      </w:pPr>
      <w:r>
        <w:t>انہوںنے، انہوں نےبےیقینیکےجنگلمیںیقینکاحاصل کیا۔ یادرکھیے،بےیقینیکاجنگلہے۔دنیا آج ہرطرف طرحطرحکیباتیںہیں، جنگل آفتھاٹہے۔ہرطرف</w:t>
      </w:r>
    </w:p>
    <w:p>
      <w:r>
        <w:rPr>
          <w:b/>
        </w:rPr>
        <w:t xml:space="preserve">[15:03] </w:t>
      </w:r>
      <w:r>
        <w:t>yahi fitna do he meh hai. hum be-yaqini ke jangale mein jee rahe hain, hum thought ke jangale mein jee rahe hain.</w:t>
      </w:r>
    </w:p>
    <w:p>
      <w:pPr>
        <w:jc w:val="right"/>
      </w:pPr>
      <w:r>
        <w:t>یہیفتنہدوہیمہہے۔ ہم بےیقینیکےجنگلمیںجیرہےہیں، ہم تھاٹکےجنگلمیںجیرہےہیں۔</w:t>
      </w:r>
    </w:p>
    <w:p>
      <w:r>
        <w:rPr>
          <w:b/>
        </w:rPr>
        <w:t xml:space="preserve">[15:13] </w:t>
      </w:r>
      <w:r>
        <w:t>beshumaar aawazein hain har taraf, chaaron taraf . ismein woh insaan kitna qeemti hoga Allah ki nazar mein jo saare parde ko phaade, saari siyahi ko mitaye,</w:t>
      </w:r>
    </w:p>
    <w:p>
      <w:pPr>
        <w:jc w:val="right"/>
      </w:pPr>
      <w:r>
        <w:t>بےشمار آوازیںہیںہرطرف،چاروںطرف ۔ اسمیں وہانسان کتنا قیمتیہوگااللہ کینظر میں جوسارےپردوںکوپھاڑے، ساری سیاہیوںکومٹائے،</w:t>
      </w:r>
    </w:p>
    <w:p>
      <w:r>
        <w:rPr>
          <w:b/>
        </w:rPr>
        <w:t xml:space="preserve">[15:27] </w:t>
      </w:r>
      <w:r>
        <w:t>saara jhanjha gadak ko saaf kare aur phir khuda ke chehre ko dekhe. woh</w:t>
      </w:r>
    </w:p>
    <w:p>
      <w:pPr>
        <w:jc w:val="right"/>
      </w:pPr>
      <w:r>
        <w:t>ساراجھانجھاگاڑکوصافکرے اور پھرخداکےچہرےکودیکھے۔وہ</w:t>
      </w:r>
    </w:p>
    <w:p>
      <w:r>
        <w:rPr>
          <w:b/>
        </w:rPr>
        <w:t xml:space="preserve">[15:39] </w:t>
      </w:r>
      <w:r>
        <w:t>bila shubah khuda suraj 84 se zyada roshan hai. yaad rakhiye, khuda chupa hua nahin hai,</w:t>
      </w:r>
    </w:p>
    <w:p>
      <w:pPr>
        <w:jc w:val="right"/>
      </w:pPr>
      <w:r>
        <w:t>بلاشبہخداسورج 84سےزیادہ روشنہے۔ یادرکھیے، خداچھپاہوانہیںہے،</w:t>
      </w:r>
    </w:p>
    <w:p>
      <w:r>
        <w:rPr>
          <w:b/>
        </w:rPr>
        <w:t xml:space="preserve">[15:48] </w:t>
      </w:r>
      <w:r>
        <w:t>khuda suraj 84 se zyada roshan hai. lekin kiske liye? jo taarikiyon ke parde ko phaad sake, jo shubahat ke jangale ko phaad sake, jo be be-yaqini ke jangale mein saare jhad jhanjhar ko saaf kar sake.</w:t>
      </w:r>
    </w:p>
    <w:p>
      <w:pPr>
        <w:jc w:val="right"/>
      </w:pPr>
      <w:r>
        <w:t>خدا سورج 84سےزیادہ روشنہے۔ لیکن کسکےلیے؟ جو تاریکیوںکےپردےکوپھاڑسکے، جوشبہاتکےجنگلکوپھاڑسکے، جو بے بےیقینیکےجنگلسے میںسارے جھاڑجھنکارکوصافکرسکے۔</w:t>
      </w:r>
    </w:p>
    <w:p>
      <w:r>
        <w:rPr>
          <w:b/>
        </w:rPr>
        <w:t xml:space="preserve">[16:07] </w:t>
      </w:r>
      <w:r>
        <w:t>aise insaan ke liye khuda suraj 84 se bhi zyada roshan hai. isi insaan ke liye khuda ne yeh duniya banayi. qyamat ka intezar isi liye ho raha hai ki woh insaan jab select ho chuke honge to phir achaanak qyamat aa jayegi.</w:t>
      </w:r>
    </w:p>
    <w:p>
      <w:pPr>
        <w:jc w:val="right"/>
      </w:pPr>
      <w:r>
        <w:t>ایسےانسانکےلیے خداسورج 84سےبھیزیادہ روشن ہے۔ اسیانسان کےلیے خدا نےیہدنیا بنائی۔ قیامت کا انتظاراسیلیےہورہاہےکہوہ انسان جب سلیکٹہوچکےہوںگےتوپھراچانکقیامتآجائےگی۔</w:t>
      </w:r>
    </w:p>
    <w:p>
      <w:r>
        <w:rPr>
          <w:b/>
        </w:rPr>
        <w:t xml:space="preserve">[16:25] </w:t>
      </w:r>
      <w:r>
        <w:t>la tatakum al abkhta! jis din khuda mahsus karega ki aakhri din, aakhri insaan mil chuka,</w:t>
      </w:r>
    </w:p>
    <w:p>
      <w:pPr>
        <w:jc w:val="right"/>
      </w:pPr>
      <w:r>
        <w:t>لاتاتکمالابختہ! جسدنخدامحسوسکرےگا کہ آخری دن،آخریانسانملچکا،</w:t>
      </w:r>
    </w:p>
    <w:p>
      <w:r>
        <w:rPr>
          <w:b/>
        </w:rPr>
        <w:t xml:space="preserve">[16:36] </w:t>
      </w:r>
      <w:r>
        <w:t>aakhri insaan jo khuda ki ameed ban sakta tha, woh mil chuka to bas achaanak qyamat aa jayegi.</w:t>
      </w:r>
    </w:p>
    <w:p>
      <w:pPr>
        <w:jc w:val="right"/>
      </w:pPr>
      <w:r>
        <w:t>آخریانسان جوخداکیامیدبنسکتاتھا، وہملچکا توبس اچانکقیامتآجائےگی۔</w:t>
      </w:r>
    </w:p>
    <w:p>
      <w:r>
        <w:rPr>
          <w:b/>
        </w:rPr>
        <w:t xml:space="preserve">[16:47] </w:t>
      </w:r>
      <w:r>
        <w:t>la tatakum al abkhta!</w:t>
      </w:r>
    </w:p>
    <w:p>
      <w:pPr>
        <w:jc w:val="right"/>
      </w:pPr>
      <w:r>
        <w:t>لا تاتکم الابختہ!</w:t>
      </w:r>
    </w:p>
    <w:p>
      <w:r>
        <w:rPr>
          <w:b/>
        </w:rPr>
        <w:t xml:space="preserve">[16:52] </w:t>
      </w:r>
      <w:r>
        <w:t>yeh jo baat hai, yeh pehli quran ki pehli aayat hi bata di gayi hai. pehli aayat bilkul alhamdulillah rabbil alameen hum jo hain, sirf Allah rabbil alameen ke liye hain. hamd kya hai?</w:t>
      </w:r>
    </w:p>
    <w:p>
      <w:pPr>
        <w:jc w:val="right"/>
      </w:pPr>
      <w:r>
        <w:t>یہجو باتہے، یہپہلیقرآنکیپہلیآیتہیبتادیگئیہے۔ پہلیآیتبالکل الحمدللہ رب العالم ین ہمجوہیں،صرف اللہ ربالعالم ینکےلیے ہیں۔حمد کیاہے؟</w:t>
      </w:r>
    </w:p>
    <w:p>
      <w:r>
        <w:rPr>
          <w:b/>
        </w:rPr>
        <w:t xml:space="preserve">[17:03] </w:t>
      </w:r>
      <w:r>
        <w:t>hamd darasal mohabbat plus salkanama hai.</w:t>
      </w:r>
    </w:p>
    <w:p>
      <w:pPr>
        <w:jc w:val="right"/>
      </w:pPr>
      <w:r>
        <w:t>حمد دراصل محبتپلسکانامہے۔</w:t>
      </w:r>
    </w:p>
    <w:p>
      <w:r>
        <w:rPr>
          <w:b/>
        </w:rPr>
        <w:t xml:space="preserve">[17:07] </w:t>
      </w:r>
      <w:r>
        <w:t>mohabbat plus salkanama hamd hai, yaani hamd mohabbat ma zaafa ka nama. mohabbat ma zaafa ka nam hamd hota hai.</w:t>
      </w:r>
    </w:p>
    <w:p>
      <w:pPr>
        <w:jc w:val="right"/>
      </w:pPr>
      <w:r>
        <w:t>مح بت پلسکانامحمدہے، یعنیحمد محبت مااضافہکانام۔ محبت مااضافہکانامحمدہوتاہے۔</w:t>
      </w:r>
    </w:p>
    <w:p>
      <w:r>
        <w:rPr>
          <w:b/>
        </w:rPr>
        <w:t xml:space="preserve">[17:18] </w:t>
      </w:r>
      <w:r>
        <w:t>yeh saari mohabbat, dil o jaan ki mohabbat, saari tareefein, saare achhe alfaaz aapke jo khuda ke liye waqf ho jayein, sab kuch aap khuda ko shor karne ke qabil ban jayein to wahi aap hamd karne wale banein.</w:t>
      </w:r>
    </w:p>
    <w:p>
      <w:pPr>
        <w:jc w:val="right"/>
      </w:pPr>
      <w:r>
        <w:t>یہساریمحبت،دلوجانکیمحبت، ساری تعریفیں، سارے اچھےالفاظآپکےجوخداکےلیےوقفہوجائیں، سبکچھآپ خدا کورشورکرنے کے قابلبنجائیں تووہیآپحمدکرنےوالے بنیں۔</w:t>
      </w:r>
    </w:p>
    <w:p>
      <w:r>
        <w:rPr>
          <w:b/>
        </w:rPr>
        <w:t xml:space="preserve">[17:37] </w:t>
      </w:r>
      <w:r>
        <w:t>isi ko bible mein is tarah kaha gaya hai. bible ki ek aayat mujhe bahut pasand hai.</w:t>
      </w:r>
    </w:p>
    <w:p>
      <w:pPr>
        <w:jc w:val="right"/>
      </w:pPr>
      <w:r>
        <w:t>اسیکو بائبلمیں اسطرح کہاگیاہے۔ بائبل کی ایک آیتمجھےبہتپسندہے۔</w:t>
      </w:r>
    </w:p>
    <w:p>
      <w:r>
        <w:rPr>
          <w:b/>
        </w:rPr>
        <w:t xml:space="preserve">[17:48] </w:t>
      </w:r>
      <w:r>
        <w:t>bible, aap jante hain ki ismein</w:t>
      </w:r>
    </w:p>
    <w:p>
      <w:pPr>
        <w:jc w:val="right"/>
      </w:pPr>
      <w:r>
        <w:t>بائبل،آپجانتےہیںکہاسمیں</w:t>
      </w:r>
    </w:p>
    <w:p>
      <w:r>
        <w:rPr>
          <w:b/>
        </w:rPr>
        <w:t xml:space="preserve">[17:53] </w:t>
      </w:r>
      <w:r>
        <w:t>bahut si cheezein alteration hua hai, lekin ismein bahut si abhi bhi jhalakiyan hain paighambar ke kalam ki.</w:t>
      </w:r>
    </w:p>
    <w:p>
      <w:pPr>
        <w:jc w:val="right"/>
      </w:pPr>
      <w:r>
        <w:t>بہت سیچیزیں ال ٹریشنہواہے، لیکن اسمیںبہتسی اببھی جھلکیاںہیںپیغمبرکےکلام کی۔</w:t>
      </w:r>
    </w:p>
    <w:p>
      <w:r>
        <w:rPr>
          <w:b/>
        </w:rPr>
        <w:t xml:space="preserve">[18:03] </w:t>
      </w:r>
      <w:r>
        <w:t>to ismein paighambar ki zuban se yeh aaya hai ki love god with all your heart, with all your soul, with all your might.</w:t>
      </w:r>
    </w:p>
    <w:p>
      <w:pPr>
        <w:jc w:val="right"/>
      </w:pPr>
      <w:r>
        <w:t>تواسمیں پیغمبرکیزبانسے یہآیاہے کہلو گاڈ ود آل یور ہارٹ، ودآلیور سول،ودآلیور مائٹ۔</w:t>
      </w:r>
    </w:p>
    <w:p>
      <w:r>
        <w:rPr>
          <w:b/>
        </w:rPr>
        <w:t xml:space="preserve">[18:16] </w:t>
      </w:r>
      <w:r>
        <w:t>love god with all your heart, with all your soul, with all your might. yaani khuda se mohabbat karo apne saare dil,</w:t>
      </w:r>
    </w:p>
    <w:p>
      <w:pPr>
        <w:jc w:val="right"/>
      </w:pPr>
      <w:r>
        <w:t>لو گاڈ ودآلیور ہارٹ، ودآلیور سول،ودآلیورمائٹ۔ یعنیخداسےمحبتکرو اپنے سارےدل،</w:t>
      </w:r>
    </w:p>
    <w:p>
      <w:r>
        <w:rPr>
          <w:b/>
        </w:rPr>
        <w:t xml:space="preserve">[18:28] </w:t>
      </w:r>
      <w:r>
        <w:t>apni saari rooh, apni saari jaan , aap saare wajood ke saath . yahi hai hamd . isliye maine kaha ki hamd jo hai, mohabbat plus salkanama hai.</w:t>
      </w:r>
    </w:p>
    <w:p>
      <w:pPr>
        <w:jc w:val="right"/>
      </w:pPr>
      <w:r>
        <w:t>اپنی ساری روح،اپنی ساری جان ،آپسارےوجود کےساتھ ۔یہیہےحمد ۔اسلیےمیںنےکہاحمدجوہے، محبت پلسکانامہے۔</w:t>
      </w:r>
    </w:p>
    <w:p>
      <w:r>
        <w:rPr>
          <w:b/>
        </w:rPr>
        <w:t xml:space="preserve">[18:39] </w:t>
      </w:r>
      <w:r>
        <w:t>aur yahi bataya gaya hai pehli ayat, bilkul pehli jo ayat hai, wahi khulasa deen hai, khulasa quran hai, khulasa kalam elahi hai.</w:t>
      </w:r>
    </w:p>
    <w:p>
      <w:pPr>
        <w:jc w:val="right"/>
      </w:pPr>
      <w:r>
        <w:t>اور یہیبتایاگیاہےپہلیآیت ،بالکل پہلیجوآیتہے،وہی خلاصہ دینہے، خلاصہقرآنہے، خلاصہ کلام الہیہے۔</w:t>
      </w:r>
    </w:p>
    <w:p>
      <w:r>
        <w:rPr>
          <w:b/>
        </w:rPr>
        <w:t xml:space="preserve">[18:50] </w:t>
      </w:r>
      <w:r>
        <w:t>alhamdulillah rabbul alameen</w:t>
      </w:r>
    </w:p>
    <w:p>
      <w:pPr>
        <w:jc w:val="right"/>
      </w:pPr>
      <w:r>
        <w:t>الحمدللہ ربالعالم ین</w:t>
      </w:r>
    </w:p>
    <w:p>
      <w:r>
        <w:rPr>
          <w:b/>
        </w:rPr>
        <w:t xml:space="preserve">[18:52] </w:t>
      </w:r>
      <w:r>
        <w:t>jo rabbul alameen hai, iska bohat chota sa zariya maa ki mohabbat mein dikhaya gaya hai. aap jante hain, har aadmi ko maa se bohat mohabbat hoti hai.</w:t>
      </w:r>
    </w:p>
    <w:p>
      <w:pPr>
        <w:jc w:val="right"/>
      </w:pPr>
      <w:r>
        <w:t>جوربالعالم ینہے، اسکا بہت چھوٹا سا ذریعہ ماںکیمحبت میں دکھایاگیاہے۔ آپجانتےہیں،ہرآدمیکوماںسےبہتمحبتہوتیہے۔</w:t>
      </w:r>
    </w:p>
    <w:p>
      <w:r>
        <w:rPr>
          <w:b/>
        </w:rPr>
        <w:t xml:space="preserve">[19:04] </w:t>
      </w:r>
      <w:r>
        <w:t>to ek chota sa, bohat hi tiny ek ka ek hissa hai is mohabbat ka.</w:t>
      </w:r>
    </w:p>
    <w:p>
      <w:pPr>
        <w:jc w:val="right"/>
      </w:pPr>
      <w:r>
        <w:t>توایکچھوٹا سا،بہت ہی ٹائنی ایک کا ایک حصہہےاسمحبتکا ۔</w:t>
      </w:r>
    </w:p>
    <w:p>
      <w:r>
        <w:rPr>
          <w:b/>
        </w:rPr>
        <w:t xml:space="preserve">[19:10] </w:t>
      </w:r>
      <w:r>
        <w:t>bohat hi chote darje mein aapko paalti poshti hai maa. isse brilliant intelligence se bhi zyada, zyada, zyada khuda aapka rabb hai jisne aapko paida kiya.</w:t>
      </w:r>
    </w:p>
    <w:p>
      <w:pPr>
        <w:jc w:val="right"/>
      </w:pPr>
      <w:r>
        <w:t>بہت ہی چھوٹےدرج ےمیں آپکو پالتیپوچھتیہےماں۔ اسسے بل ینٹریلینسےبھیزیادہ ،زیادہ ،زیادہ خداآپکاربہے جسنےآپکو پیدا کیا۔</w:t>
      </w:r>
    </w:p>
    <w:p>
      <w:r>
        <w:rPr>
          <w:b/>
        </w:rPr>
        <w:t xml:space="preserve">[19:22] </w:t>
      </w:r>
      <w:r>
        <w:t>ab dekhein ke yeh insaan jo paida kiya gaya hai, kaisa ajeeb hai insaan.</w:t>
      </w:r>
    </w:p>
    <w:p>
      <w:pPr>
        <w:jc w:val="right"/>
      </w:pPr>
      <w:r>
        <w:t>ابدیکھیںکہیہانسان جوپیدا کیاگیاہے، کیسا عجیبہےانسان۔</w:t>
      </w:r>
    </w:p>
    <w:p>
      <w:r>
        <w:rPr>
          <w:b/>
        </w:rPr>
        <w:t xml:space="preserve">[19:30] </w:t>
      </w:r>
      <w:r>
        <w:t>ek zamane mein mujhe yeh electric burn ho gaya tha, to mera mera mera angotha chalta nahi tha.</w:t>
      </w:r>
    </w:p>
    <w:p>
      <w:pPr>
        <w:jc w:val="right"/>
      </w:pPr>
      <w:r>
        <w:t>ایک زمانےمیں مجھےیہ الیکٹرکبرن ہواتھا ،تومیرامی رامیراانگوٹھاچلتانہیںتھا۔</w:t>
      </w:r>
    </w:p>
    <w:p>
      <w:r>
        <w:rPr>
          <w:b/>
        </w:rPr>
        <w:t xml:space="preserve">[19:38] </w:t>
      </w:r>
      <w:r>
        <w:t>electric burn ki wajah se yeh ho gaya tha. mujhe kai mahine tak aisa tha ke mera angotha nahi chalta tha. to wahan jo surgeon the, main jab hospital mein tha to surgeon mere paas aate the to aisa hath dikhate the. main kehta dekhein, angotha jo hai, kangha hai,</w:t>
      </w:r>
    </w:p>
    <w:p>
      <w:pPr>
        <w:jc w:val="right"/>
      </w:pPr>
      <w:r>
        <w:t>الیکٹرکبرنکیوجہسےیہہوگیاتھا۔مجھے کئیمہینےتکایساتھاکہمیراانگوٹھانہیںچلتاتھا۔ تو وہاںجوسرجنتھے، میںجب ہاسپٹلمیںتھا تو سرجنمیرےپاسآتےتھے توایساہاتھدکھاتےتھے۔میں کہدیکھیں، انگوٹھاجوہے، کنگہے،</w:t>
      </w:r>
    </w:p>
    <w:p>
      <w:r>
        <w:rPr>
          <w:b/>
        </w:rPr>
        <w:t xml:space="preserve">[19:54] </w:t>
      </w:r>
      <w:r>
        <w:t>ungliyon ka kangha hai. angotha, angotha na ho to kuch bhi nahi. to mujhe bada ajeeb lagta tha yeh ke angotha kangha ungliyon ka.</w:t>
      </w:r>
    </w:p>
    <w:p>
      <w:pPr>
        <w:jc w:val="right"/>
      </w:pPr>
      <w:r>
        <w:t>انگلی وںکاکنگہے۔ انگوٹھا، انگوٹھانہہوتوکچھبھینہیں ۔ تومجھےبڑاعجیبلگتاتھایہ کہانگوٹھا کنگہےانگلی وںکا۔</w:t>
      </w:r>
    </w:p>
    <w:p>
      <w:r>
        <w:rPr>
          <w:b/>
        </w:rPr>
        <w:t xml:space="preserve">[20:05] </w:t>
      </w:r>
      <w:r>
        <w:t>isi ke sath agar aap surgery hum karte hain to angotha na ho to surgeon nahi kar sakein hum. qalam pakadte hain aap to angotha na ho to qalam nahi pakad sakein aap.</w:t>
      </w:r>
    </w:p>
    <w:p>
      <w:pPr>
        <w:jc w:val="right"/>
      </w:pPr>
      <w:r>
        <w:t>اسیکےساتھ اگر آپ سرجریہمکرتےہیںتوانگوٹھانہہوتوسرجرینہکرسکیںہم۔ قلمپکڑتےہیںآپ توانگوٹھانہہوتوقلمنہپکڑسکیںآپ۔</w:t>
      </w:r>
    </w:p>
    <w:p>
      <w:r>
        <w:rPr>
          <w:b/>
        </w:rPr>
        <w:t xml:space="preserve">[20:15] </w:t>
      </w:r>
      <w:r>
        <w:t>to aise hath dikhate the woh.</w:t>
      </w:r>
    </w:p>
    <w:p>
      <w:pPr>
        <w:jc w:val="right"/>
      </w:pPr>
      <w:r>
        <w:t>توایسےہاتھدکھاتےتھےوہ ۔</w:t>
      </w:r>
    </w:p>
    <w:p>
      <w:r>
        <w:rPr>
          <w:b/>
        </w:rPr>
        <w:t xml:space="preserve">[20:19] </w:t>
      </w:r>
      <w:r>
        <w:t>to kya ek angotha koi bana sakta hai? koi maa, koi baap, koi rishtedar, koi bank balance aapko angotha de sakta hai? to angothe se khuda ne sirf angotha nahi diya hai, sara wajood diya hai aapko.</w:t>
      </w:r>
    </w:p>
    <w:p>
      <w:pPr>
        <w:jc w:val="right"/>
      </w:pPr>
      <w:r>
        <w:t>توکیاایکانگوٹھاکوئیبناسکتاہے؟ کوئی ماں،کوئیباپ،کوئیرشتہدار ،کوئی بینکبیلنسآپکوانگوٹھادےسکتاہے؟ تو انگوٹھے سےخدانےصرفانگوٹھانہیںدیاہے، ساراوجود دیاہےآپکو ۔</w:t>
      </w:r>
    </w:p>
    <w:p>
      <w:r>
        <w:rPr>
          <w:b/>
        </w:rPr>
        <w:t xml:space="preserve">[20:36] </w:t>
      </w:r>
      <w:r>
        <w:t>to aise khuda ke liye jo mohabbat hai, isi ko hamd kaha gaya hai. yani mohabbat ka aakhri darja,</w:t>
      </w:r>
    </w:p>
    <w:p>
      <w:pPr>
        <w:jc w:val="right"/>
      </w:pPr>
      <w:r>
        <w:t>تواسخداکےلیے جو محبتہے، اسیکوحمدکہاگیاہے۔ یعنیمحبتکا آخریدرج ہ،</w:t>
      </w:r>
    </w:p>
    <w:p>
      <w:r>
        <w:rPr>
          <w:b/>
        </w:rPr>
        <w:t xml:space="preserve">[20:47] </w:t>
      </w:r>
      <w:r>
        <w:t>ek knowledge karne ka aakhri darja, itraaf karne ka aakhri darja jo hota hai ke khuda hai, tu hi sab kuch hai. khuda hai, sari tareef tere liye hai,</w:t>
      </w:r>
    </w:p>
    <w:p>
      <w:pPr>
        <w:jc w:val="right"/>
      </w:pPr>
      <w:r>
        <w:t>ایکنالجکرنے کاآخریدرجہ، اعترافکرنے کاآخریدرجہجوہوتاہے کہخداہے،توہیسبکچھہے۔ خداہے،ساریتعریفتیرےلیےہے،</w:t>
      </w:r>
    </w:p>
    <w:p>
      <w:r>
        <w:rPr>
          <w:b/>
        </w:rPr>
        <w:t xml:space="preserve">[21:04] </w:t>
      </w:r>
      <w:r>
        <w:t>tere siwa jo kuch hai, woh sab kuch bhi nahi, be haqeeqat hai. hamd ko main lafzon mein bayan nahi kar sakta.</w:t>
      </w:r>
    </w:p>
    <w:p>
      <w:pPr>
        <w:jc w:val="right"/>
      </w:pPr>
      <w:r>
        <w:t>تیرےسواجوکچھہے،وہسبکچھبھینہیں، بےحقیقتہے۔ حمد کومیں لفظوںمیںبیاننہیںکرسکتا۔</w:t>
      </w:r>
    </w:p>
    <w:p>
      <w:r>
        <w:rPr>
          <w:b/>
        </w:rPr>
        <w:t xml:space="preserve">[21:15] </w:t>
      </w:r>
      <w:r>
        <w:t>ek bohat hi tiny part uska maa ki mohabbat mein hota hai. aap ko apne maa se jo mohabbat hoti hai, isi ko multiply kijiye, multiply kijiye, multiply kijiye, trillion time, trillion time.</w:t>
      </w:r>
    </w:p>
    <w:p>
      <w:pPr>
        <w:jc w:val="right"/>
      </w:pPr>
      <w:r>
        <w:t>ایکبہت ہی ٹائنی پارٹاسکا ماںکیمحبتمیںہوتاہے۔ آپ کواپنے ماںسےجومحبتہوتیہے، اسیکوملٹیپلائیکیجئے،ملٹیپلائیکیجئے،ملٹیپلائیکیجئے،ٹریلینٹائم،ٹریلینٹائم۔</w:t>
      </w:r>
    </w:p>
    <w:p>
      <w:r>
        <w:rPr>
          <w:b/>
        </w:rPr>
        <w:t xml:space="preserve">[21:26] </w:t>
      </w:r>
      <w:r>
        <w:t>tab aap zara samajh payenge ke hamd kya cheez hoti hai. tab samajh payenge aap is hamd ke darje ko pahunchna.</w:t>
      </w:r>
    </w:p>
    <w:p>
      <w:pPr>
        <w:jc w:val="right"/>
      </w:pPr>
      <w:r>
        <w:t>تبآپذراسمجھپائیںگےکہحمدکیاچیزہوتیہے۔ تبسمجھپائیںگےآپ اس حمدکےدرجےکوپہنچنا۔</w:t>
      </w:r>
    </w:p>
    <w:p>
      <w:r>
        <w:rPr>
          <w:b/>
        </w:rPr>
        <w:t xml:space="preserve">[21:35] </w:t>
      </w:r>
      <w:r>
        <w:t>aur yeh keh sakta hai ke alhamdulillah rabbul alameen jab insaan yahan pahunchta hai, tab woh khuda ka fakhr mit jata hai.</w:t>
      </w:r>
    </w:p>
    <w:p>
      <w:pPr>
        <w:jc w:val="right"/>
      </w:pPr>
      <w:r>
        <w:t>اوریہکہہسکتاہےکہالحمدللہ ربالعالم ین جب انسانیہاںپہنچتاہے، تب وہخداکافخرمٹجاتاہے۔</w:t>
      </w:r>
    </w:p>
    <w:p>
      <w:r>
        <w:rPr>
          <w:b/>
        </w:rPr>
        <w:t xml:space="preserve">[21:47] </w:t>
      </w:r>
      <w:r>
        <w:t>kaisa ajeeb lamha hoga woh jab khuda ne kaha hoga ke main insaan ko zameen par ek ba ikhtiyar makhlooq ke taur par basane wala hoon,</w:t>
      </w:r>
    </w:p>
    <w:p>
      <w:pPr>
        <w:jc w:val="right"/>
      </w:pPr>
      <w:r>
        <w:t>کیساعجیبلمحہہوگاوہ جب خدانےکہاہوگاکہمیںانسانکو زمین پر ایک بااختیار مخلوقکےطورپربسانےوالاہوں،</w:t>
      </w:r>
    </w:p>
    <w:p>
      <w:r>
        <w:rPr>
          <w:b/>
        </w:rPr>
        <w:t xml:space="preserve">[21:58] </w:t>
      </w:r>
      <w:r>
        <w:t>aazad makhlooq ke taur par basane wala hoon. aur phir farishton ne kaha hoga ke yeh to wahan fasad karega, yeh to wahan khoon bahayega.</w:t>
      </w:r>
    </w:p>
    <w:p>
      <w:pPr>
        <w:jc w:val="right"/>
      </w:pPr>
      <w:r>
        <w:t>آزادمخلوقکےطورپربسانےوالاہوں۔ اورپھرفرشتوںنےکہاہوگاکہ یہتو وہاںفسادکرےگا، یہتووہاںخونبہائےگا۔</w:t>
      </w:r>
    </w:p>
    <w:p>
      <w:r>
        <w:rPr>
          <w:b/>
        </w:rPr>
        <w:t xml:space="preserve">[22:09] </w:t>
      </w:r>
      <w:r>
        <w:t>phir khuda ne kaha hoga ke nahi, tum dekhoge ke iske khilaf bhi karne wale insaan niklenge isi mein se.</w:t>
      </w:r>
    </w:p>
    <w:p>
      <w:pPr>
        <w:jc w:val="right"/>
      </w:pPr>
      <w:r>
        <w:t>پھرخدانےکہاہوگا کہنہیں،تمدیکھوگےکہاسکےخلاف بھیکرنے والےانسان نکلیںگےاسیمیںسے۔</w:t>
      </w:r>
    </w:p>
    <w:p>
      <w:r>
        <w:rPr>
          <w:b/>
        </w:rPr>
        <w:t xml:space="preserve">[22:17] </w:t>
      </w:r>
      <w:r>
        <w:t>zara dekhein, is sochiye ke as waqt, is lamhe ko sochiye, aap</w:t>
      </w:r>
    </w:p>
    <w:p>
      <w:pPr>
        <w:jc w:val="right"/>
      </w:pPr>
      <w:r>
        <w:t>ذرادیکھیں،اساس سو چیےکہاسوقت ،اس لمحےکوسوچیے،آپ</w:t>
      </w:r>
    </w:p>
    <w:p>
      <w:r>
        <w:rPr>
          <w:b/>
        </w:rPr>
        <w:t xml:space="preserve">[22:24] </w:t>
      </w:r>
      <w:r>
        <w:t>is lamhe ko sochiye</w:t>
      </w:r>
    </w:p>
    <w:p>
      <w:pPr>
        <w:jc w:val="right"/>
      </w:pPr>
      <w:r>
        <w:t>اسلمحےکوسوچیے</w:t>
      </w:r>
    </w:p>
    <w:p>
      <w:r>
        <w:rPr>
          <w:b/>
        </w:rPr>
        <w:t xml:space="preserve">[22:28] </w:t>
      </w:r>
      <w:r>
        <w:t>ke ek taraf insaan khada hua hoga, ek taraf farishte honge, ek taraf khuda hoga.</w:t>
      </w:r>
    </w:p>
    <w:p>
      <w:pPr>
        <w:jc w:val="right"/>
      </w:pPr>
      <w:r>
        <w:t>کہایکطرف انسانکھڑاہواہوگا، ایک طرف فرشتےہوںگے،ایکطرف خداہوگا۔</w:t>
      </w:r>
    </w:p>
    <w:p>
      <w:r>
        <w:rPr>
          <w:b/>
        </w:rPr>
        <w:t xml:space="preserve">[22:38] </w:t>
      </w:r>
      <w:r>
        <w:t>insaan ka mustaqbil, insaan ka future abhi dark mein hai,</w:t>
      </w:r>
    </w:p>
    <w:p>
      <w:pPr>
        <w:jc w:val="right"/>
      </w:pPr>
      <w:r>
        <w:t>انسان کا مستقبل،انسانکیفیوچرابھیڈارکمیںہے،</w:t>
      </w:r>
    </w:p>
    <w:p>
      <w:r>
        <w:rPr>
          <w:b/>
        </w:rPr>
        <w:t xml:space="preserve">[22:41] </w:t>
      </w:r>
      <w:r>
        <w:t>abhikch Nahin maloom ke insan kya banega aindah. is waqt farishte kehte hain ke yeh to fasad karega, yeh to khoon bahayega. is waqt Khuda kehta hai ghaib ko janne wala ke nahin, tum dekhoge ke nahin mein se, nahin ki naslon mein se aise log niklen ge.</w:t>
      </w:r>
    </w:p>
    <w:p>
      <w:pPr>
        <w:jc w:val="right"/>
      </w:pPr>
      <w:r>
        <w:t>ابھیکچھنہیںمعلومکہانسان کیا بنےگاآئندہ۔ اسوقت فرشتےکہتےہیںکہیہتو فسادکرےگا، یہتوخونبہائےگا۔ اسوقت خداکہتاہے غیبکوجاننےوالا کہنہیں،تم دیکھوگےکہانہیمیںسے،انہیکینسلوںمیںسے ایسےلوگنکلیںگے۔</w:t>
      </w:r>
    </w:p>
    <w:p>
      <w:r>
        <w:rPr>
          <w:b/>
        </w:rPr>
        <w:t xml:space="preserve">[22:57] </w:t>
      </w:r>
      <w:r>
        <w:t>mere paas, mein khud fakhr karunga.</w:t>
      </w:r>
    </w:p>
    <w:p>
      <w:pPr>
        <w:jc w:val="right"/>
      </w:pPr>
      <w:r>
        <w:t>میرےپاس،میںخودفخرکروںگا۔</w:t>
      </w:r>
    </w:p>
    <w:p>
      <w:r>
        <w:rPr>
          <w:b/>
        </w:rPr>
        <w:t xml:space="preserve">[23:03] </w:t>
      </w:r>
      <w:r>
        <w:t>yeh kaun log hain? wohi log hain jo duniya mein keh sake ga Alhamdulillah Rabb al-Alameen yeh wohi log hain,</w:t>
      </w:r>
    </w:p>
    <w:p>
      <w:pPr>
        <w:jc w:val="right"/>
      </w:pPr>
      <w:r>
        <w:t>یہ کونلوگہیں؟وہیلوگہیںجودنیا میںکہہسکےگاالحمدللہربالعالم ین یہوہیلوگہیں،</w:t>
      </w:r>
    </w:p>
    <w:p>
      <w:r>
        <w:rPr>
          <w:b/>
        </w:rPr>
        <w:t xml:space="preserve">[23:10] </w:t>
      </w:r>
      <w:r>
        <w:t>sach much keh sake, lafz saros nahin, lafz saros ke taur par nahin, sach much keh sake.</w:t>
      </w:r>
    </w:p>
    <w:p>
      <w:pPr>
        <w:jc w:val="right"/>
      </w:pPr>
      <w:r>
        <w:t>سچمچکہہسکے، لفظسروسنہیں، لفظسروسکےطورپرنہیں، سچمچکہہسکے۔</w:t>
      </w:r>
    </w:p>
    <w:p>
      <w:r>
        <w:rPr>
          <w:b/>
        </w:rPr>
        <w:t xml:space="preserve">[23:21] </w:t>
      </w:r>
      <w:r>
        <w:t>jo sach much keh saka Alhamdulillah Rabb al-Alameen woh saare samundaron se zyada bada chashma munh se ubhla. iske yeh koi saada baat nahin hai, yeh</w:t>
      </w:r>
    </w:p>
    <w:p>
      <w:pPr>
        <w:jc w:val="right"/>
      </w:pPr>
      <w:r>
        <w:t>جوسچمچکہہسکاالحمدللہربالعالم ین وہ سارےسمندروںسےزیادہ بڑا چشمہ منہسےابھلا۔اسکے یہکوئیسادہباتنہیںہے،یہ</w:t>
      </w:r>
    </w:p>
    <w:p>
      <w:r>
        <w:rPr>
          <w:b/>
        </w:rPr>
        <w:t xml:space="preserve">[23:32] </w:t>
      </w:r>
      <w:r>
        <w:t>jiske munh se sach much nikla, sach much nikla Alhamdulillah Rabb al-Alameen</w:t>
      </w:r>
    </w:p>
    <w:p>
      <w:pPr>
        <w:jc w:val="right"/>
      </w:pPr>
      <w:r>
        <w:t>جسکےمنہسےسچمچنکلا،سچمچنکلا الحمدللہ ربالعالم ین</w:t>
      </w:r>
    </w:p>
    <w:p>
      <w:r>
        <w:rPr>
          <w:b/>
        </w:rPr>
        <w:t xml:space="preserve">[23:37] </w:t>
      </w:r>
      <w:r>
        <w:t>isne ek aisi baat kahi jo saari kainat se zyada badi baat thi. woh isi liye Hadees mein aata hai ke Alhamdulillah tamal Mizaan Alhamdulillah itni badi cheez hai ke woh Mizaan ko, tarazu ko bhar deti hai.</w:t>
      </w:r>
    </w:p>
    <w:p>
      <w:pPr>
        <w:jc w:val="right"/>
      </w:pPr>
      <w:r>
        <w:t>اسنےایکایسیباتکہیجوساری کائناتسےزیادہبڑیباتتھی۔وہ اسیلیےحدیثمیںآتاہےکہالحمدللہ تمل المیزان الحمدللہ اتنیبڑیچیزہےکہ وہ میزانکو،ترازوکوبھردیتیہے۔</w:t>
      </w:r>
    </w:p>
    <w:p>
      <w:r>
        <w:rPr>
          <w:b/>
        </w:rPr>
        <w:t xml:space="preserve">[23:53] </w:t>
      </w:r>
      <w:r>
        <w:t>Alhamdulillah Rabb al-Alameen saari zameen o aasman se zyada badi haqeeqat hai, lekin lafz saros nahin.</w:t>
      </w:r>
    </w:p>
    <w:p>
      <w:pPr>
        <w:jc w:val="right"/>
      </w:pPr>
      <w:r>
        <w:t>الحمدللہربالعالم ین ساری زمین وآسمانسےزیادہ بڑی حقیقتہے، لیکن لفظسروسنہیں۔</w:t>
      </w:r>
    </w:p>
    <w:p>
      <w:r>
        <w:rPr>
          <w:b/>
        </w:rPr>
        <w:t xml:space="preserve">[24:02] </w:t>
      </w:r>
      <w:r>
        <w:t>woh, woh, woh Alhamdulillah jis mein saara insan ka, saari hasti dhal jati hai, saari personality is mein abzaar ho jati hai. woh saare jazbaat is mein shamil ho jate hain.</w:t>
      </w:r>
    </w:p>
    <w:p>
      <w:pPr>
        <w:jc w:val="right"/>
      </w:pPr>
      <w:r>
        <w:t>وہ ،وہ ،وہ الحمدللہ جسمیںساراانسانکا ،ساریہستیڈھلجاتیہے، ساری پرسنیلٹیاسیمیں ابزاربہوجاتیہے۔ وہسارےجذبات اسیمیںشامل ہوجاتےہیں۔</w:t>
      </w:r>
    </w:p>
    <w:p>
      <w:r>
        <w:rPr>
          <w:b/>
        </w:rPr>
        <w:t xml:space="preserve">[24:14] </w:t>
      </w:r>
      <w:r>
        <w:t>insan apne aap ko is mein daal kar khali ho jata hai, bilkul. phir insan ke paas kuch bhi ailan nahin rehta. iska poora wajood jo hai, Alhamdulillah Rabb al-Alameen mein dhal chuka hota hai.</w:t>
      </w:r>
    </w:p>
    <w:p>
      <w:pPr>
        <w:jc w:val="right"/>
      </w:pPr>
      <w:r>
        <w:t>انسان اپنےآپکواسمیںڈالکرخالیہوجاتاہے،بالکل۔پھرانسانکےپاسکچھبھیالگنہیںرہتا۔ اسکاپوراوجود جوہے، الحمدللہربالعالم ینمیںڈھلچکاہوتاہے۔</w:t>
      </w:r>
    </w:p>
    <w:p>
      <w:r>
        <w:rPr>
          <w:b/>
        </w:rPr>
        <w:t xml:space="preserve">[24:29] </w:t>
      </w:r>
      <w:r>
        <w:t>jo ke insan ka embodiment ho jata hai. to jo insan yeh keh sake</w:t>
      </w:r>
    </w:p>
    <w:p>
      <w:pPr>
        <w:jc w:val="right"/>
      </w:pPr>
      <w:r>
        <w:t>جوکہانسانکا ایمبارڈمنٹہوجاتاہے۔ توجو انسان یہکہہسکے</w:t>
      </w:r>
    </w:p>
    <w:p>
      <w:r>
        <w:rPr>
          <w:b/>
        </w:rPr>
        <w:t xml:space="preserve">[24:36] </w:t>
      </w:r>
      <w:r>
        <w:t>ke is duniya mein jahan Khuda dikhai nahin deta, jahan humein azadi mili hui hai, yeh humein option mila hua hai, wahan yeh keh sakna itni badi cheez hai, itni badi cheez hai ke aap Khuda ke liye fakhr ban jate hain.</w:t>
      </w:r>
    </w:p>
    <w:p>
      <w:pPr>
        <w:jc w:val="right"/>
      </w:pPr>
      <w:r>
        <w:t>کہاسدنیامیں جہاںخدادکھائینہیںدیتا، جہاںہمیںآزادیملی ہوئیہے، یہ ہمیںآپشنملاہواہے، وہاںیہکہہسکنا اتنیبڑیچیزہے،اتنیبڑیچیزہے کہآپ خداکےلیےفخربنجاتےہیں۔</w:t>
      </w:r>
    </w:p>
    <w:p>
      <w:r>
        <w:rPr>
          <w:b/>
        </w:rPr>
        <w:t xml:space="preserve">[24:54] </w:t>
      </w:r>
      <w:r>
        <w:t>to jab maine Saharanpur ke is jalse mein yeh kaha, jahan Hindu the, Musalman the, parhe likhe the, bade bade log the wahan par, bohat parhe likhe log the, aap ek dam sunhera sa aa gaya.</w:t>
      </w:r>
    </w:p>
    <w:p>
      <w:pPr>
        <w:jc w:val="right"/>
      </w:pPr>
      <w:r>
        <w:t>توجب میںنےسہارنپورکےاسجلسےمیںیہکہا، جہاںہندو تھے،مسلمانتھے،پڑھےلکھےتھے،بڑےبڑے لوگ تھےوہاںپر، بہت پڑھےلکھےلوگتھے،آپ ایک دمسنہراساآگیا۔</w:t>
      </w:r>
    </w:p>
    <w:p>
      <w:r>
        <w:rPr>
          <w:b/>
        </w:rPr>
        <w:t xml:space="preserve">[25:07] </w:t>
      </w:r>
      <w:r>
        <w:t>halan ke sab ke mobile bajte the us se pehle, sab daudte the mobile ke liye. to unka nature address ho gaya, unka jo angle ka nature hai, woh address ho gaya.</w:t>
      </w:r>
    </w:p>
    <w:p>
      <w:pPr>
        <w:jc w:val="right"/>
      </w:pPr>
      <w:r>
        <w:t>حالانکہسبکےموبائلبچتےتھےاسسےپہلے ، سب دوڑتےتھےموبائلکےلیے۔ توانکانیچرایڈریسہوگیا، انکاجوانجلکانیچرہے، وہایڈریسہوگیا۔</w:t>
      </w:r>
    </w:p>
    <w:p>
      <w:r>
        <w:rPr>
          <w:b/>
        </w:rPr>
        <w:t xml:space="preserve">[25:18] </w:t>
      </w:r>
      <w:r>
        <w:t>woh chupa hua jo tha, chupa hua jazba, chupa hua jazba e mohabbat jo tha, woh address ho gaya. to sab ki bol band ho gayi, sab speechless ho gaye.</w:t>
      </w:r>
    </w:p>
    <w:p>
      <w:pPr>
        <w:jc w:val="right"/>
      </w:pPr>
      <w:r>
        <w:t>وہچھپاہواجوتھا،چھپاہواجذبہ، چھپاہوا جذبہمحبتجوتھا،وہایڈریسہوگیا۔ توسبکیبول بندہوگئی،سب اسپیچلیسہوگئے۔</w:t>
      </w:r>
    </w:p>
    <w:p>
      <w:r>
        <w:rPr>
          <w:b/>
        </w:rPr>
        <w:t xml:space="preserve">[25:29] </w:t>
      </w:r>
      <w:r>
        <w:t>ab kisi ke paas lafz nahin tha us se mobile par kalam karen, kisi se sab speechless ho gaye.</w:t>
      </w:r>
    </w:p>
    <w:p>
      <w:pPr>
        <w:jc w:val="right"/>
      </w:pPr>
      <w:r>
        <w:t>ابکسیپاس لفظنہیںتھااسسےموبائلپر کلامکریں،کسی سے سب اسپیچلیسہوگئے۔</w:t>
      </w:r>
    </w:p>
    <w:p>
      <w:r>
        <w:rPr>
          <w:b/>
        </w:rPr>
        <w:t xml:space="preserve">[25:42] </w:t>
      </w:r>
      <w:r>
        <w:t>is baat ko janiye,</w:t>
      </w:r>
    </w:p>
    <w:p>
      <w:pPr>
        <w:jc w:val="right"/>
      </w:pPr>
      <w:r>
        <w:t>اسباتکو ج انیے،</w:t>
      </w:r>
    </w:p>
    <w:p>
      <w:r>
        <w:rPr>
          <w:b/>
        </w:rPr>
        <w:t xml:space="preserve">[25:49] </w:t>
      </w:r>
      <w:r>
        <w:t>is baat ko janiye.</w:t>
      </w:r>
    </w:p>
    <w:p>
      <w:pPr>
        <w:jc w:val="right"/>
      </w:pPr>
      <w:r>
        <w:t>اسباتکوجانیے۔</w:t>
      </w:r>
    </w:p>
    <w:p>
      <w:r>
        <w:rPr>
          <w:b/>
        </w:rPr>
        <w:t xml:space="preserve">[25:55] </w:t>
      </w:r>
      <w:r>
        <w:t>hamd ke bare mein ek Hadees hai khair ibad Allah al-hammadun</w:t>
      </w:r>
    </w:p>
    <w:p>
      <w:pPr>
        <w:jc w:val="right"/>
      </w:pPr>
      <w:r>
        <w:t>حمد کےبارےمیںایکحدیثہے خیر عباد اللہ الحمادون</w:t>
      </w:r>
    </w:p>
    <w:p>
      <w:r>
        <w:rPr>
          <w:b/>
        </w:rPr>
        <w:t xml:space="preserve">[26:06] </w:t>
      </w:r>
      <w:r>
        <w:t>khair ibad Allah al-hammadun sab se achhe bande Khuda ke woh hain jo Khuda ki hamd karne wale hote hain, sab se zyada hamd karne wale hote hain.</w:t>
      </w:r>
    </w:p>
    <w:p>
      <w:pPr>
        <w:jc w:val="right"/>
      </w:pPr>
      <w:r>
        <w:t>خیر عباد اللہ الحمادون سبسےاچھےبندےخداکےوہہیں جو خداکیحمدکرنےوالےہوتےہیں، سبسےزیادہ حمدکرنےوالےہوتےہیں۔</w:t>
      </w:r>
    </w:p>
    <w:p>
      <w:r>
        <w:rPr>
          <w:b/>
        </w:rPr>
        <w:t xml:space="preserve">[26:17] </w:t>
      </w:r>
      <w:r>
        <w:t>Khuda ke sab se achhe bande woh hain jo Khuda ke sab se zyada, sab se zyada hamd karne wale hain. isi ma'ne mein hai yeh. iska matlab yeh nahin ke lakhon bar hum Alhamdulillah, Alhamdulillah, Alhamdulillah kehte rahen.</w:t>
      </w:r>
    </w:p>
    <w:p>
      <w:pPr>
        <w:jc w:val="right"/>
      </w:pPr>
      <w:r>
        <w:t>خداکےسبسےاچھےبندےوہہیں جوخداکےسبسےزیادہ ،سبسےزیادہحمدکرنےوالے ہیں۔ اسیمعنیمیںہےیہ۔ اسکامطلبیہنہیں کہ لاکھوںبار ہم الحمدللہ،الحمدللہ،الحمدللہکہتےرہیں۔</w:t>
      </w:r>
    </w:p>
    <w:p>
      <w:r>
        <w:rPr>
          <w:b/>
        </w:rPr>
        <w:t xml:space="preserve">[26:31] </w:t>
      </w:r>
      <w:r>
        <w:t>yeh matlab nahin hai iska ke iske ko repeat karte rahen, bar bar,</w:t>
      </w:r>
    </w:p>
    <w:p>
      <w:pPr>
        <w:jc w:val="right"/>
      </w:pPr>
      <w:r>
        <w:t>یہمطلبنہیںہےاسکا کہ اسکے کوریپیٹکرتے رہیں،باربار،</w:t>
      </w:r>
    </w:p>
    <w:p>
      <w:r>
        <w:rPr>
          <w:b/>
        </w:rPr>
        <w:t xml:space="preserve">[26:36] </w:t>
      </w:r>
      <w:r>
        <w:t>lakh bar repeat karen, das hazar bar repeat karen. yeh iska underestimation hai. yeh hamd ka underestimation hai ke aap yeh samjhen ke is Hadees ka matlab yeh hai ke ek lakh bar Alhamdulillah kaho,</w:t>
      </w:r>
    </w:p>
    <w:p>
      <w:pPr>
        <w:jc w:val="right"/>
      </w:pPr>
      <w:r>
        <w:t>لاکھبارریپیٹکریں،دسہزاربارریپیٹکریں۔ یہ اسکا انڈرایسٹیمیشنہے۔ یہ حمدکاانڈرایسٹیمیشنہےکہآپیہسمجھیںکہ اسحدیثکامطلبیہہے کہ ایک لاکھبار الحمدللہکہو،</w:t>
      </w:r>
    </w:p>
    <w:p>
      <w:r>
        <w:rPr>
          <w:b/>
        </w:rPr>
        <w:t xml:space="preserve">[26:50] </w:t>
      </w:r>
      <w:r>
        <w:t>iska underestimation hai.</w:t>
      </w:r>
    </w:p>
    <w:p>
      <w:pPr>
        <w:jc w:val="right"/>
      </w:pPr>
      <w:r>
        <w:t>اسکاانڈرایسٹیمیشنہے۔</w:t>
      </w:r>
    </w:p>
    <w:p>
      <w:r>
        <w:rPr>
          <w:b/>
        </w:rPr>
        <w:t xml:space="preserve">[26:56] </w:t>
      </w:r>
      <w:r>
        <w:t>woh to apne poore wajood jis mein dhal jaye, woh Alhamdulillah Allah Ta'ala ko matloob hai.</w:t>
      </w:r>
    </w:p>
    <w:p>
      <w:pPr>
        <w:jc w:val="right"/>
      </w:pPr>
      <w:r>
        <w:t>وہتواپنے پورےوجود جسمیںڈھلجائے، وہ الحمدللہ اللہ تعالیکو مطلوبہے۔</w:t>
      </w:r>
    </w:p>
    <w:p>
      <w:r>
        <w:rPr>
          <w:b/>
        </w:rPr>
        <w:t xml:space="preserve">[27:06] </w:t>
      </w:r>
      <w:r>
        <w:t>ab dekhiye, main</w:t>
      </w:r>
    </w:p>
    <w:p>
      <w:pPr>
        <w:jc w:val="right"/>
      </w:pPr>
      <w:r>
        <w:t>ابدیکھیے،میں</w:t>
      </w:r>
    </w:p>
    <w:p>
      <w:r>
        <w:rPr>
          <w:b/>
        </w:rPr>
        <w:t xml:space="preserve">[27:11] </w:t>
      </w:r>
      <w:r>
        <w:t>ek baat yeh arz karna chahta hoon ke aisa kyun hota hai ke insaan Khuda ko apni mohabbat ka markaz nahin bana pata. Majority logon ki to Quran mein hai ke zannas hub-ush-shahwat</w:t>
      </w:r>
    </w:p>
    <w:p>
      <w:pPr>
        <w:jc w:val="right"/>
      </w:pPr>
      <w:r>
        <w:t>ایکباتیہعرضکرناچاہتاہوںکہایساکیوںہوتاہےکہانسان خداکواپنی محبتکامرکزنہیںبناپاتا۔ میجورٹیلوگوںکی توقرآنمیںہےکہز ین الناسحب الشہوات</w:t>
      </w:r>
    </w:p>
    <w:p>
      <w:r>
        <w:rPr>
          <w:b/>
        </w:rPr>
        <w:t xml:space="preserve">[27:25] </w:t>
      </w:r>
      <w:r>
        <w:t>ek aayat hai ke Khuda ne farmaya Quran Majeed mein ke insaan ke liye duniya ki cheezein, world ki cheezein mazeen kardi gayi hain, beautified kardi gayi hain.</w:t>
      </w:r>
    </w:p>
    <w:p>
      <w:pPr>
        <w:jc w:val="right"/>
      </w:pPr>
      <w:r>
        <w:t>ایکآیتہے کہخدا نےفرمایاقرآنمجیدمیں کہ انسانکےلیے دنیا کیچیزیں،ورلڈلیچیزیںمز ینکردیگئیہیں، بیوٹیفائیکردیگئیہیں۔</w:t>
      </w:r>
    </w:p>
    <w:p>
      <w:r>
        <w:rPr>
          <w:b/>
        </w:rPr>
        <w:t xml:space="preserve">[27:36] </w:t>
      </w:r>
      <w:r>
        <w:t>awlad, maal, property, paisa, yeh sab Quran Majeed mein hai. Yeh sab cheezein beautified kardi gayi hain.</w:t>
      </w:r>
    </w:p>
    <w:p>
      <w:pPr>
        <w:jc w:val="right"/>
      </w:pPr>
      <w:r>
        <w:t>اول اد ،مال ، پراپر ٹی، پیسہ ،یہسب قرآنمجیدمیںہے۔ یہسبچیزیں بیوٹیفائیکردیگئیہیں۔</w:t>
      </w:r>
    </w:p>
    <w:p>
      <w:r>
        <w:rPr>
          <w:b/>
        </w:rPr>
        <w:t xml:space="preserve">[27:47] </w:t>
      </w:r>
      <w:r>
        <w:t>bas isi par toot padta hai aadmi,</w:t>
      </w:r>
    </w:p>
    <w:p>
      <w:pPr>
        <w:jc w:val="right"/>
      </w:pPr>
      <w:r>
        <w:t>بس اسیپرٹوٹپڑتاہےآدمی،</w:t>
      </w:r>
    </w:p>
    <w:p>
      <w:r>
        <w:rPr>
          <w:b/>
        </w:rPr>
        <w:t xml:space="preserve">[27:52] </w:t>
      </w:r>
      <w:r>
        <w:t>isi par toot padta hai aadmi.</w:t>
      </w:r>
    </w:p>
    <w:p>
      <w:pPr>
        <w:jc w:val="right"/>
      </w:pPr>
      <w:r>
        <w:t>اسیپرٹوٹپڑتاہےآدمی۔</w:t>
      </w:r>
    </w:p>
    <w:p>
      <w:r>
        <w:rPr>
          <w:b/>
        </w:rPr>
        <w:t xml:space="preserve">[28:00] </w:t>
      </w:r>
      <w:r>
        <w:t>yeh kyun ki gayi? Yeh price hai. Agar woh beautification na ki gayi hoti to ab price kahan se dete hain? Aap</w:t>
      </w:r>
    </w:p>
    <w:p>
      <w:pPr>
        <w:jc w:val="right"/>
      </w:pPr>
      <w:r>
        <w:t>یہکیوںکیگئی؟یہ پرائسہے۔ اگر وہ بیوٹیفائینہکیگئیہوتی تو ابپرائسکہاںسےدیتےہیں؟آپ</w:t>
      </w:r>
    </w:p>
    <w:p>
      <w:r>
        <w:rPr>
          <w:b/>
        </w:rPr>
        <w:t xml:space="preserve">[28:12] </w:t>
      </w:r>
      <w:r>
        <w:t>aur deen-gaad jo cheezein hain, unko bohat beautiful bana diya Khuda ne.</w:t>
      </w:r>
    </w:p>
    <w:p>
      <w:pPr>
        <w:jc w:val="right"/>
      </w:pPr>
      <w:r>
        <w:t>ادردینگاڈجوچیزیںہیں،انکوبہت بیوٹیفلبنادیاخدانے۔</w:t>
      </w:r>
    </w:p>
    <w:p>
      <w:r>
        <w:rPr>
          <w:b/>
        </w:rPr>
        <w:t xml:space="preserve">[28:18] </w:t>
      </w:r>
      <w:r>
        <w:t>aur deen-gaad, awlad hai, property hai, paisa hai, business hai, daulat hai, shohrat hai, political power hai, fame hai.</w:t>
      </w:r>
    </w:p>
    <w:p>
      <w:pPr>
        <w:jc w:val="right"/>
      </w:pPr>
      <w:r>
        <w:t>ادردینگاڈ ،اولادہے، پراپرٹیہے، پیسہہے، بزنس ہے، دولتہے، شہرتہے، پولیٹیکلپاورہے، فیمہے۔</w:t>
      </w:r>
    </w:p>
    <w:p>
      <w:r>
        <w:rPr>
          <w:b/>
        </w:rPr>
        <w:t xml:space="preserve">[28:29] </w:t>
      </w:r>
      <w:r>
        <w:t>in sab cheezon ko Khuda ne bohat hi beautiful bana diya insaan ke liye.</w:t>
      </w:r>
    </w:p>
    <w:p>
      <w:pPr>
        <w:jc w:val="right"/>
      </w:pPr>
      <w:r>
        <w:t>انسبچیزوںکوخدانےبہتہی بیوٹیفلبنادیا انسانکےلیے۔</w:t>
      </w:r>
    </w:p>
    <w:p>
      <w:r>
        <w:rPr>
          <w:b/>
        </w:rPr>
        <w:t xml:space="preserve">[28:35] </w:t>
      </w:r>
      <w:r>
        <w:t>yeh hi to, yeh hi to, yeh hi to, yeh hi to test hai.</w:t>
      </w:r>
    </w:p>
    <w:p>
      <w:pPr>
        <w:jc w:val="right"/>
      </w:pPr>
      <w:r>
        <w:t>یہیتو،یہیتو،یہیتو،یہیتوٹیسٹ ہے۔</w:t>
      </w:r>
    </w:p>
    <w:p>
      <w:r>
        <w:rPr>
          <w:b/>
        </w:rPr>
        <w:t xml:space="preserve">[28:42] </w:t>
      </w:r>
      <w:r>
        <w:t>yeh hi to test hai jo</w:t>
      </w:r>
    </w:p>
    <w:p>
      <w:pPr>
        <w:jc w:val="right"/>
      </w:pPr>
      <w:r>
        <w:t>یہیتوٹیسٹ ہے جو</w:t>
      </w:r>
    </w:p>
    <w:p>
      <w:r>
        <w:rPr>
          <w:b/>
        </w:rPr>
        <w:t xml:space="preserve">[28:45] </w:t>
      </w:r>
      <w:r>
        <w:t>is false beautification ka parda phaad sake. That is false beautification. Woh real beauty nahin hoti jisko aap dekhte hain, woh real beauty nahin hoti hai.</w:t>
      </w:r>
    </w:p>
    <w:p>
      <w:pPr>
        <w:jc w:val="right"/>
      </w:pPr>
      <w:r>
        <w:t>اس فالس بیوٹیفیکیشنکاپردہپھاڑسکے۔ دیٹازفالسبیوٹیفیکیشن۔ وہ ریئلبیوٹینہیںہوتیجسکوآپدیکھتےہیں، وہریئلبیوٹینہیںہوتیہے۔</w:t>
      </w:r>
    </w:p>
    <w:p>
      <w:r>
        <w:rPr>
          <w:b/>
        </w:rPr>
        <w:t xml:space="preserve">[28:59] </w:t>
      </w:r>
      <w:r>
        <w:t>That is false beautification. Is false beautification ko samajh paana, iska parda phaad sakna,</w:t>
      </w:r>
    </w:p>
    <w:p>
      <w:pPr>
        <w:jc w:val="right"/>
      </w:pPr>
      <w:r>
        <w:t>دیٹازفالسبیوٹیفیکیشن۔ اس فالسبیوٹیفیکیشنکو سمجھپانا،اسکاپردہپھاڑسکنا،</w:t>
      </w:r>
    </w:p>
    <w:p>
      <w:r>
        <w:rPr>
          <w:b/>
        </w:rPr>
        <w:t xml:space="preserve">[29:09] </w:t>
      </w:r>
      <w:r>
        <w:t>is is false mohabbatton ke jungle se nikal sakna, yeh hi to price hai jo aapko Khuda ka pride banati hai, Khuda ke liye qabil-e-fakhr banati hai.</w:t>
      </w:r>
    </w:p>
    <w:p>
      <w:pPr>
        <w:jc w:val="right"/>
      </w:pPr>
      <w:r>
        <w:t>اس اس فالسمحبتوںکےجنگلسےنکل سکنا، یہیتوپرائسہے جوآپکو خداکا پرائیڈبناتیہے، خدا کےلیے قابل فخربن اتیہے۔</w:t>
      </w:r>
    </w:p>
    <w:p>
      <w:r>
        <w:rPr>
          <w:b/>
        </w:rPr>
        <w:t xml:space="preserve">[29:26] </w:t>
      </w:r>
      <w:r>
        <w:t>to yeh sab kaise hota hai? Sochne se hota hai. Bohat zyada sochna padta hai, apni aqal ko bohat zyada activate karna padta hai.</w:t>
      </w:r>
    </w:p>
    <w:p>
      <w:pPr>
        <w:jc w:val="right"/>
      </w:pPr>
      <w:r>
        <w:t>تو یہسب کیسےہوتاہے؟ سوچنےسےہوتاہے۔ بہت زیادہ سوچناپڑتاہے، اپنیعقلکو بہت زیادہایکٹیویٹکرناپڑتاہے۔</w:t>
      </w:r>
    </w:p>
    <w:p>
      <w:r>
        <w:rPr>
          <w:b/>
        </w:rPr>
        <w:t xml:space="preserve">[29:38] </w:t>
      </w:r>
      <w:r>
        <w:t>Deen ka مدار aqal par hai, yaad rakhiye, Deen ka مدار aqal par hai. Khuda ke Deen ka مدار aqal par hai. Aqal ko activate karna hai, apne mind ko activate karna hai, apni thinking process ko bohat zyada chalana hai.</w:t>
      </w:r>
    </w:p>
    <w:p>
      <w:pPr>
        <w:jc w:val="right"/>
      </w:pPr>
      <w:r>
        <w:t>دین کامدارعقلپرہے،یادرکھیے، دینکامدارعقلپرہے۔ خداکےدینکامدارعقلپرہے۔ عقلکو ایکٹیویٹکرناہے، اپنے مائنڈکوایکٹیویٹکرناہے، اپنی تھنکنگپروسیسکوبہتزیادہچلاناہے۔</w:t>
      </w:r>
    </w:p>
    <w:p>
      <w:r>
        <w:rPr>
          <w:b/>
        </w:rPr>
        <w:t xml:space="preserve">[29:54] </w:t>
      </w:r>
      <w:r>
        <w:t>tab ja kar aap in baaton ko samajh paayenge, aur tab ja kar aap woh insaan banenge jo Khuda ke liye pride ban jaye aakhir mein. Yahi, yahi iski price hai.</w:t>
      </w:r>
    </w:p>
    <w:p>
      <w:pPr>
        <w:jc w:val="right"/>
      </w:pPr>
      <w:r>
        <w:t>تب جاکرآپانباتوںکوسمجھپائیںگے،اورتب جاکرآپوہانسان بنیںگے جو خداکےلیے پرائیڈبنجائےآخرتمیں۔ یہی،یہیاسکیپرائسہے۔</w:t>
      </w:r>
    </w:p>
    <w:p>
      <w:r>
        <w:rPr>
          <w:b/>
        </w:rPr>
        <w:t xml:space="preserve">[30:08] </w:t>
      </w:r>
      <w:r>
        <w:t>Iska ek chhota sa test hota hai taluqat mein. Ek hadith mein aata hai ke wajabat wajabat mahabbati lil mutahabbeen feeh. Yeh ek hadith hai.</w:t>
      </w:r>
    </w:p>
    <w:p>
      <w:pPr>
        <w:jc w:val="right"/>
      </w:pPr>
      <w:r>
        <w:t>اسکاایکچھوٹاسا ٹیسٹ ہوتاہے تعلقاتمیں ۔ ایکحدیثمیںآتاہےکہ وجب واجبت مح بتی للمتحابین فیہ یہایکحدیثہے۔</w:t>
      </w:r>
    </w:p>
    <w:p>
      <w:r>
        <w:rPr>
          <w:b/>
        </w:rPr>
        <w:t xml:space="preserve">[30:24] </w:t>
      </w:r>
      <w:r>
        <w:t>Wajabat mahabbati lil mutahabbeen feeh. Un do aadmiyon ke liye meri mohabbat wajib ho gayi jo aapas mein sirf Allah ke liye mohabbat karein.</w:t>
      </w:r>
    </w:p>
    <w:p>
      <w:pPr>
        <w:jc w:val="right"/>
      </w:pPr>
      <w:r>
        <w:t>وج بت مح بتی للمتحابین فیہ ان دوآدمیوںکےلیے میری محبتواجبہوگئی جو آپسمیں صرفاللہ کےلیے محبتکریں۔</w:t>
      </w:r>
    </w:p>
    <w:p>
      <w:r>
        <w:rPr>
          <w:b/>
        </w:rPr>
        <w:t xml:space="preserve">[30:39] </w:t>
      </w:r>
      <w:r>
        <w:t>Do insaan jo sirf Allah ke liye aapas mein mohabbat karein, unke liye Khuda ki mohabbat wajib ho gayi. Yani is mein yeh bataya gaya ke kaun si qurbani tumko deni hai duniya mein.</w:t>
      </w:r>
    </w:p>
    <w:p>
      <w:pPr>
        <w:jc w:val="right"/>
      </w:pPr>
      <w:r>
        <w:t>دوانسان جو صرفاللہکےلیےآپسمیںمحبتکریں، انکےلیےخداکیمحبتواجبہوگئی۔ یعنی اس میں یہبتایاگیا کہ کون سی قربانیتمکودیناہےدنیا میں۔</w:t>
      </w:r>
    </w:p>
    <w:p>
      <w:r>
        <w:rPr>
          <w:b/>
        </w:rPr>
        <w:t xml:space="preserve">[30:55] </w:t>
      </w:r>
      <w:r>
        <w:t>Dekhein, aap Deen ka kaam karein, jaise aap daawa-e-worka karein. Daawa-e-worka ke liye to hota nahin, mil jul kar hota hai.</w:t>
      </w:r>
    </w:p>
    <w:p>
      <w:pPr>
        <w:jc w:val="right"/>
      </w:pPr>
      <w:r>
        <w:t>دیکھیں،آپدینکاکامکریں، جیسےآپدعویٰورکہے۔ دعویٰورکاکیلےتوہوتانہیں ، ملجلکرہوتاہے۔</w:t>
      </w:r>
    </w:p>
    <w:p>
      <w:r>
        <w:rPr>
          <w:b/>
        </w:rPr>
        <w:t xml:space="preserve">[31:03] </w:t>
      </w:r>
      <w:r>
        <w:t>Mil jul kar aap jab daawa-e-worka karenge to bar bar ek doosre ko shikayat hogi. Dekhein, shikayat is part of nature.</w:t>
      </w:r>
    </w:p>
    <w:p>
      <w:pPr>
        <w:jc w:val="right"/>
      </w:pPr>
      <w:r>
        <w:t>ملجلکرآپ جب دعویٰورککریںگے تو باربار ایک دوسرےکو شکایتہوگی۔ دیکھیں،شکایت ازپارٹآفنیچر۔</w:t>
      </w:r>
    </w:p>
    <w:p>
      <w:r>
        <w:rPr>
          <w:b/>
        </w:rPr>
        <w:t xml:space="preserve">[31:14] </w:t>
      </w:r>
      <w:r>
        <w:t>Yeh na samjhiye ke kabhi bhi aisa ho sakta hai ke shikayatein na hon.</w:t>
      </w:r>
    </w:p>
    <w:p>
      <w:pPr>
        <w:jc w:val="right"/>
      </w:pPr>
      <w:r>
        <w:t>یہ نہسمجھئےکہکبھیبھیایساہوسکتاہےکہشکایتیںنہہوں۔</w:t>
      </w:r>
    </w:p>
    <w:p>
      <w:r>
        <w:rPr>
          <w:b/>
        </w:rPr>
        <w:t xml:space="preserve">[31:20] </w:t>
      </w:r>
      <w:r>
        <w:t>Shikayat to Sahaba ko hui. Shikayat to jab do paygambar the duniya mein, to do paygambaron ko shikayat ho gayi. Yeh Quran se sabit hai.</w:t>
      </w:r>
    </w:p>
    <w:p>
      <w:pPr>
        <w:jc w:val="right"/>
      </w:pPr>
      <w:r>
        <w:t>شک ایت تو صحابہکوہوئی۔ شک ایتتوجبدوپیغمبرتھےدنیامیں،تو دوپیغمبروںکوشکایتہوگئی۔ یہقرآنسےثابتہے۔</w:t>
      </w:r>
    </w:p>
    <w:p>
      <w:r>
        <w:rPr>
          <w:b/>
        </w:rPr>
        <w:t xml:space="preserve">[31:30] </w:t>
      </w:r>
      <w:r>
        <w:t>hazrat moosa peghambar the, hazrat haroon peghambar the,</w:t>
      </w:r>
    </w:p>
    <w:p>
      <w:pPr>
        <w:jc w:val="right"/>
      </w:pPr>
      <w:r>
        <w:t>حضرتموسیٰپیغمبرتھے،حضرتہارونپیغمبرتھے،</w:t>
      </w:r>
    </w:p>
    <w:p>
      <w:r>
        <w:rPr>
          <w:b/>
        </w:rPr>
        <w:t xml:space="preserve">[31:33] </w:t>
      </w:r>
      <w:r>
        <w:t>aur is mein bhi shikayat paida ho gayi. la ta khuz bilawala birasi shikaait az part of furniture.</w:t>
      </w:r>
    </w:p>
    <w:p>
      <w:pPr>
        <w:jc w:val="right"/>
      </w:pPr>
      <w:r>
        <w:t>اوراسمیںبھیشکایتپیدا ہوگئی۔ لا تاخذبلاولا براسی شک ایت از پارٹآفنیچر۔</w:t>
      </w:r>
    </w:p>
    <w:p>
      <w:r>
        <w:rPr>
          <w:b/>
        </w:rPr>
        <w:t xml:space="preserve">[31:45] </w:t>
      </w:r>
      <w:r>
        <w:t>to shikaait se opar uth kar ke aap ko mohabbat baqi rakhna hai apni taake ijtema'iyat baqi rahe, taake mil kar kaam karna ho sake. mil kar kaam karne ke liye zaroori hai ke aap shikayaton se opar uth sakte hain.</w:t>
      </w:r>
    </w:p>
    <w:p>
      <w:pPr>
        <w:jc w:val="right"/>
      </w:pPr>
      <w:r>
        <w:t>تو شک ایت سےاوپراٹھکرکے آپکو محبتباقیرکھناہےاپنی تاکہ اجتماع یتباقیرہے،تاکہ ملکرکامکرناہوسکے۔ مل کر کام کرنے کےلیےضروریہےکہآپ شکایت وںسےاوپراٹھسکتےہیں۔</w:t>
      </w:r>
    </w:p>
    <w:p>
      <w:r>
        <w:rPr>
          <w:b/>
        </w:rPr>
        <w:t xml:space="preserve">[31:59] </w:t>
      </w:r>
      <w:r>
        <w:t>shikaait to hogi, zaroor hogi.</w:t>
      </w:r>
    </w:p>
    <w:p>
      <w:pPr>
        <w:jc w:val="right"/>
      </w:pPr>
      <w:r>
        <w:t>شک ایتتوہوگی،ضرورہوگی۔</w:t>
      </w:r>
    </w:p>
    <w:p>
      <w:r>
        <w:rPr>
          <w:b/>
        </w:rPr>
        <w:t xml:space="preserve">[32:02] </w:t>
      </w:r>
      <w:r>
        <w:t>yeh impossible hai ke do aadmi, chaar aadmi, das aadmi mil kar kaam karein aur shikayatein na hon. woh to honi honi hai. isi liye farmaya ke Allah ki mohabbat in insano par wajib ho jati hai jo shikayaton ke bawajood aapas mein mohabbat karein deen ke liye, Allah ke liye.</w:t>
      </w:r>
    </w:p>
    <w:p>
      <w:pPr>
        <w:jc w:val="right"/>
      </w:pPr>
      <w:r>
        <w:t>یہ امپاسیبلہے کہ دوآدمی،چارآدمی،دسآدمیملکرکامکریںاورشکایتیںنہہوں۔ وہتوہونہیںہوناہے۔ اسیلیےفرمایاکہ اللہ کی محبت انانسانوںپرواجبہوجاتیہے جو شک ایتوںکےباوجود آپسمیںمحبتکریں دینکےلیے،اللہ کےلیے۔</w:t>
      </w:r>
    </w:p>
    <w:p>
      <w:r>
        <w:rPr>
          <w:b/>
        </w:rPr>
        <w:t xml:space="preserve">[32:24] </w:t>
      </w:r>
      <w:r>
        <w:t>to hum aap ko dawat jo kar rahe hain, is mein bar bar aise mauqe aayenge ke hum dawat ke naam par ek ho gaye aur phir shikayat ke naam par alag ho jayenge.</w:t>
      </w:r>
    </w:p>
    <w:p>
      <w:pPr>
        <w:jc w:val="right"/>
      </w:pPr>
      <w:r>
        <w:t>توہمآپدعوت جوکررہےہیں،اسمیں باربار ایسےمواقعآئیںگے کہہم دعوتکےنامپرایکہوگئے اورپھرشکایتکےنامپرالگہوجائیںگے۔</w:t>
      </w:r>
    </w:p>
    <w:p>
      <w:r>
        <w:rPr>
          <w:b/>
        </w:rPr>
        <w:t xml:space="preserve">[32:35] </w:t>
      </w:r>
      <w:r>
        <w:t>yani Khuda ke deen ki dawat ke naam par ikhatta honge. jab mil kar kaam karenge to shikayatein paida hongi, phir shikayatein woh le kar door ho jayenge.</w:t>
      </w:r>
    </w:p>
    <w:p>
      <w:pPr>
        <w:jc w:val="right"/>
      </w:pPr>
      <w:r>
        <w:t>یعنیخداکےدینکیدعوت کےنامپراکٹھاہوںگے۔ جبملکرکامکریںگےتوشکایتیںپیداہوںگی، پھرشکایتیںوہلےکردورہوجائیںگے۔</w:t>
      </w:r>
    </w:p>
    <w:p>
      <w:r>
        <w:rPr>
          <w:b/>
        </w:rPr>
        <w:t xml:space="preserve">[32:45] </w:t>
      </w:r>
      <w:r>
        <w:t>aise logo ke liye Khuda ki mohabbat nahi hai. aise log Khuda ka pride banne wale nahi hain.</w:t>
      </w:r>
    </w:p>
    <w:p>
      <w:pPr>
        <w:jc w:val="right"/>
      </w:pPr>
      <w:r>
        <w:t>ایسےلوگوںکےلیےخداکیمحبتنہیںہے۔ ایسےلوگخداکاپرائیڈبننےوالے نہیںہیں۔</w:t>
      </w:r>
    </w:p>
    <w:p>
      <w:r>
        <w:rPr>
          <w:b/>
        </w:rPr>
        <w:t xml:space="preserve">[32:51] </w:t>
      </w:r>
      <w:r>
        <w:t>Khuda ka pride banne wale woh log hain jo shikayaton se opar uth sakein, complaints se opar uth sakein,</w:t>
      </w:r>
    </w:p>
    <w:p>
      <w:pPr>
        <w:jc w:val="right"/>
      </w:pPr>
      <w:r>
        <w:t>خداکاپرائیڈبننےوالےوہلوگہیں جو شک ایتوںسےاوپراٹھسکیں، کمپلینٹسےاوپراٹھسکیں،</w:t>
      </w:r>
    </w:p>
    <w:p>
      <w:r>
        <w:rPr>
          <w:b/>
        </w:rPr>
        <w:t xml:space="preserve">[33:03] </w:t>
      </w:r>
      <w:r>
        <w:t>aur sirf Khuda ke liye jiyein. sirf Khuda ke liye doosre se ta'alluq qaim karein, sirf Khuda ke liye doosre se mohabbat karein. shikayaton ko hamesha brush side karte rahein, shikayaton ko avoid karte</w:t>
      </w:r>
    </w:p>
    <w:p>
      <w:pPr>
        <w:jc w:val="right"/>
      </w:pPr>
      <w:r>
        <w:t>اور صرف خداکےلیے جیئیں۔ صرفخداکےلیےدوسرےسے تعلققائمکریں، صرفخداکےلیےدوسرےسےمحبتکریں۔ شک ایتوںکو ہمیشہ برشسائیڈکرتے رہیں، شکایتوںکو اوائڈکرتے</w:t>
      </w:r>
    </w:p>
    <w:p>
      <w:r>
        <w:rPr>
          <w:b/>
        </w:rPr>
        <w:t xml:space="preserve">[33:18] </w:t>
      </w:r>
      <w:r>
        <w:t>rahein, shikayaton ko bhool ke khane mein daalte rahein.</w:t>
      </w:r>
    </w:p>
    <w:p>
      <w:pPr>
        <w:jc w:val="right"/>
      </w:pPr>
      <w:r>
        <w:t>رہیں، شکایتوںکو بھولکےخانےمیںڈالتےرہیں۔</w:t>
      </w:r>
    </w:p>
    <w:p>
      <w:r>
        <w:rPr>
          <w:b/>
        </w:rPr>
        <w:t xml:space="preserve">[33:26] </w:t>
      </w:r>
      <w:r>
        <w:t>yeh hai qimat is cheez ki jo aap ko, jo ek insaan ko Khuda ka pride banati hai.</w:t>
      </w:r>
    </w:p>
    <w:p>
      <w:pPr>
        <w:jc w:val="right"/>
      </w:pPr>
      <w:r>
        <w:t>یہ ہےقیمت اسچیزکی جو آپکو ،جو ایکانسانکو خداکاپرائیڈبن اتیہے۔</w:t>
      </w:r>
    </w:p>
    <w:p>
      <w:r>
        <w:rPr>
          <w:b/>
        </w:rPr>
        <w:t xml:space="preserve">[33:35] </w:t>
      </w:r>
      <w:r>
        <w:t>mein samajhta hoon ke is duniya mein sab se bari cheez jo hamein paane ki hai, wohi yeh hai ke hum aakhirat mein Khuda ka pride ban sakein.</w:t>
      </w:r>
    </w:p>
    <w:p>
      <w:pPr>
        <w:jc w:val="right"/>
      </w:pPr>
      <w:r>
        <w:t>میںسمجھتاہوںکہاسدنیامیں سبسےبڑی چیزجوہمیںپانےکیہے،وہیہیہے کہہمآخرتمیںخداکاپرائیڈبنسکیں۔</w:t>
      </w:r>
    </w:p>
    <w:p>
      <w:r>
        <w:rPr>
          <w:b/>
        </w:rPr>
        <w:t xml:space="preserve">[33:46] </w:t>
      </w:r>
      <w:r>
        <w:t>yani woh log jo farishton ke ke jo doubt tha, farishton ke is doubt ko galat sabit kar dein ke farishton ne galat socha tha.</w:t>
      </w:r>
    </w:p>
    <w:p>
      <w:pPr>
        <w:jc w:val="right"/>
      </w:pPr>
      <w:r>
        <w:t>یعنیوہلوگجو فرشتوںکے کہجو ڈاؤٹتھا،فرشتوںکےاسڈ اؤٹکو غلطثابتکردیں کہ فرشتوںنےغلطسوچاتھا۔</w:t>
      </w:r>
    </w:p>
    <w:p>
      <w:r>
        <w:rPr>
          <w:b/>
        </w:rPr>
        <w:t xml:space="preserve">[33:57] </w:t>
      </w:r>
      <w:r>
        <w:t>jo aur Khuda ki soch ko sahi sabit karein, yani Khuda ki soch ko sahi sabit kar dein, us ko confirm kar dein, Khuda ki soch sahi thi.</w:t>
      </w:r>
    </w:p>
    <w:p>
      <w:pPr>
        <w:jc w:val="right"/>
      </w:pPr>
      <w:r>
        <w:t>جو اورخداکیسوچکوصحیحثابتکریں، یعنیخداکیسوچکو صحیح ثابتکردیں،اسکوکنفرمکردیں، خداکیسوچصحیحتھی۔</w:t>
      </w:r>
    </w:p>
    <w:p>
      <w:r>
        <w:rPr>
          <w:b/>
        </w:rPr>
        <w:t xml:space="preserve">[34:11] </w:t>
      </w:r>
      <w:r>
        <w:t>un ko Khuda apna apna pride ban</w:t>
      </w:r>
    </w:p>
    <w:p>
      <w:pPr>
        <w:jc w:val="right"/>
      </w:pPr>
      <w:r>
        <w:t>انکو خدااپنا اپناپرائیڈبن</w:t>
      </w:r>
    </w:p>
    <w:p>
      <w:r>
        <w:rPr>
          <w:b/>
        </w:rPr>
        <w:t xml:space="preserve">[34:13] </w:t>
      </w:r>
      <w:r>
        <w:t>aayega. dekho, aye farishton! dekho, jo maine kehta tha, woh sach nikla. aise bhi insaan the is duniya mein</w:t>
      </w:r>
    </w:p>
    <w:p>
      <w:pPr>
        <w:jc w:val="right"/>
      </w:pPr>
      <w:r>
        <w:t>ائےگا۔دیکھو، اےفرشتوں!دیکھو، جو میںنےکہاتھا،وہسچنکلا۔ ایسےبھیانسانتھےاسدنیا میں</w:t>
      </w:r>
    </w:p>
    <w:p>
      <w:r>
        <w:rPr>
          <w:b/>
        </w:rPr>
        <w:t xml:space="preserve">[34:22] </w:t>
      </w:r>
      <w:r>
        <w:t>jinhone duniya ki jannat ko mere liye choda. duniya ki jannat ko mere liye choda.</w:t>
      </w:r>
    </w:p>
    <w:p>
      <w:pPr>
        <w:jc w:val="right"/>
      </w:pPr>
      <w:r>
        <w:t>جنہوںنےدنیا کیجنتکو میرےلیےچھوڑا۔ دنیا کیجنتکومیرےلیےچھوڑا۔</w:t>
      </w:r>
    </w:p>
    <w:p>
      <w:r>
        <w:rPr>
          <w:b/>
        </w:rPr>
        <w:t xml:space="preserve">[34:32] </w:t>
      </w:r>
      <w:r>
        <w:t>ab main un ko yahan jannat doonga.</w:t>
      </w:r>
    </w:p>
    <w:p>
      <w:pPr>
        <w:jc w:val="right"/>
      </w:pPr>
      <w:r>
        <w:t>ابمیںانکویہاںجنتدوںگا۔</w:t>
      </w:r>
    </w:p>
    <w:p>
      <w:r>
        <w:rPr>
          <w:b/>
        </w:rPr>
        <w:t xml:space="preserve">[34:39] </w:t>
      </w:r>
      <w:r>
        <w:t>abhi maine bible mein aap ko ek sunaya tha,</w:t>
      </w:r>
    </w:p>
    <w:p>
      <w:pPr>
        <w:jc w:val="right"/>
      </w:pPr>
      <w:r>
        <w:t>ابھیمیںنےبائبلمیں آپکوایک سنایاتھا،</w:t>
      </w:r>
    </w:p>
    <w:p>
      <w:r>
        <w:rPr>
          <w:b/>
        </w:rPr>
        <w:t xml:space="preserve">[34:46] </w:t>
      </w:r>
      <w:r>
        <w:t>to ek aur bible ka main aap ko sunaoonga jo mujhe bohat hi zyada meaning full dikhai deta hai. ek peghambar ki zuban se hai bible mein.</w:t>
      </w:r>
    </w:p>
    <w:p>
      <w:pPr>
        <w:jc w:val="right"/>
      </w:pPr>
      <w:r>
        <w:t>تو ایکاور بائبلکامیںآپکوسناؤںگا جو مجھےبہتہی زیادہ میننگفلدکھائیدیتاہے۔ ایک پیغمبرکیزبان سےہےبائبلمیں۔</w:t>
      </w:r>
    </w:p>
    <w:p>
      <w:r>
        <w:rPr>
          <w:b/>
        </w:rPr>
        <w:t xml:space="preserve">[35:01] </w:t>
      </w:r>
      <w:r>
        <w:t>bible mein bohat hi qimti cheezein hain, agar che is mein blot'ein bhi hain. blot'on se alag kar ke dekhein, aap to bohat qimti cheezein hain bible mein.</w:t>
      </w:r>
    </w:p>
    <w:p>
      <w:pPr>
        <w:jc w:val="right"/>
      </w:pPr>
      <w:r>
        <w:t>بائبلمیںبہتہیقیمتیچیزیںہیں،اگر چہاسمیںبلاوٹیںبھیہیں۔ بلاوٹسےالگکرکےدیکھیں،آپتوبہت قیمتیچیزیںہیںبائبلمیں۔</w:t>
      </w:r>
    </w:p>
    <w:p>
      <w:r>
        <w:rPr>
          <w:b/>
        </w:rPr>
        <w:t xml:space="preserve">[35:10] </w:t>
      </w:r>
      <w:r>
        <w:t>to ek peghambar ki zuban se hai ke in az marnal kumfariq sitam anaz marnal kumfariq sitam</w:t>
      </w:r>
    </w:p>
    <w:p>
      <w:pPr>
        <w:jc w:val="right"/>
      </w:pPr>
      <w:r>
        <w:t>توایکپیغمبرکیزبان سےہےکہ ان از مرنالکمفمارق ستم انا زمرنالکمفمارقستم</w:t>
      </w:r>
    </w:p>
    <w:p>
      <w:r>
        <w:rPr>
          <w:b/>
        </w:rPr>
        <w:t xml:space="preserve">[35:23] </w:t>
      </w:r>
      <w:r>
        <w:t>iska translation angrezi mein is mein jo hai, woh yeh hai: "gave we played the flute for you and you did not dance.</w:t>
      </w:r>
    </w:p>
    <w:p>
      <w:pPr>
        <w:jc w:val="right"/>
      </w:pPr>
      <w:r>
        <w:t>اسکا ٹرانسلیشنانگریزیمیںاسمیںجوہے، وہیہہے: "گی ویپلیٹ دا فلوٹ فار یو اینڈیو ڈیڈناٹڈانس۔</w:t>
      </w:r>
    </w:p>
    <w:p>
      <w:r>
        <w:rPr>
          <w:b/>
        </w:rPr>
        <w:t xml:space="preserve">[35:35] </w:t>
      </w:r>
      <w:r>
        <w:t>"</w:t>
      </w:r>
    </w:p>
    <w:p>
      <w:pPr>
        <w:jc w:val="right"/>
      </w:pPr>
      <w:r>
        <w:t>"</w:t>
      </w:r>
    </w:p>
    <w:p>
      <w:r>
        <w:rPr>
          <w:b/>
        </w:rPr>
        <w:t xml:space="preserve">[35:36] </w:t>
      </w:r>
      <w:r>
        <w:t>humne tumhare liye bansuri bajai, magar tum, magar tumne raqs nahin kiya.</w:t>
      </w:r>
    </w:p>
    <w:p>
      <w:pPr>
        <w:jc w:val="right"/>
      </w:pPr>
      <w:r>
        <w:t>ہمنے تمہارےلیے بانسریبجائی، مگرتم ،مگرتمنےرقصنہیںکیا۔</w:t>
      </w:r>
    </w:p>
    <w:p>
      <w:r>
        <w:rPr>
          <w:b/>
        </w:rPr>
        <w:t xml:space="preserve">[35:44] </w:t>
      </w:r>
      <w:r>
        <w:t>kesi ajeeb baat hai! "we played flute for you and you did not dance."</w:t>
      </w:r>
    </w:p>
    <w:p>
      <w:pPr>
        <w:jc w:val="right"/>
      </w:pPr>
      <w:r>
        <w:t>کیسیعجیبباتہے! "وی پلیٹ فلوٹفاریو اینڈیو ڈیڈناٹڈانس۔"</w:t>
      </w:r>
    </w:p>
    <w:p>
      <w:r>
        <w:rPr>
          <w:b/>
        </w:rPr>
        <w:t xml:space="preserve">[35:59] </w:t>
      </w:r>
      <w:r>
        <w:t>"we played flute for you and you did not dance." humne tumhare liye bansuri bajai,</w:t>
      </w:r>
    </w:p>
    <w:p>
      <w:pPr>
        <w:jc w:val="right"/>
      </w:pPr>
      <w:r>
        <w:t>"ویپلیٹفلوٹفاریو اینڈیوڈیڈناٹڈانس۔ "ہمنےتمہارےلیےبانسریبجائی،</w:t>
      </w:r>
    </w:p>
    <w:p>
      <w:r>
        <w:rPr>
          <w:b/>
        </w:rPr>
        <w:t xml:space="preserve">[36:07] </w:t>
      </w:r>
      <w:r>
        <w:t>magar tumne raqs nahin kiya. iska matlab kya hai? humne tumhare liye Khuda ka naghma chhora. humne tumhare liye Khuda ki boat kholi.</w:t>
      </w:r>
    </w:p>
    <w:p>
      <w:pPr>
        <w:jc w:val="right"/>
      </w:pPr>
      <w:r>
        <w:t>مگرتمنےرقصنہیںکیا۔ اسکامطلبکیاہے؟ ہمنے تمہارےلیےخداکاڈغمہچھوڑا۔ ہمنے تمہارےلیےخداکیبوٹیکھولی۔</w:t>
      </w:r>
    </w:p>
    <w:p>
      <w:r>
        <w:rPr>
          <w:b/>
        </w:rPr>
        <w:t xml:space="preserve">[36:18] </w:t>
      </w:r>
      <w:r>
        <w:t>humne tumhare liye Khuda ki kya kya cheezein jo hain, usko tumhare samne khol diya. tumhare dil paida ho. kainat ki beauty, kainat ki meaning, kitna meaningful hai yeh dunya.</w:t>
      </w:r>
    </w:p>
    <w:p>
      <w:pPr>
        <w:jc w:val="right"/>
      </w:pPr>
      <w:r>
        <w:t>ہمنےتمہارےلیےخداکی کیا کیاچیزیںجوہیں،اسکوتمہارےسامنےکھولدیا۔ تمہارےدل پیدا ہو۔ کائناتکیبیوٹی ، کائناتکیمیننگ، کتنامیننگفلہےیہدنیا۔</w:t>
      </w:r>
    </w:p>
    <w:p>
      <w:r>
        <w:rPr>
          <w:b/>
        </w:rPr>
        <w:t xml:space="preserve">[36:36] </w:t>
      </w:r>
      <w:r>
        <w:t>aur kya kya cheezein hain is is is khare shanam mein jis ke beech mein hum hain, in sab ko bayan kiya jis se aadmi ka thrill paida ho. thrill! yahan yahan dance ke maani thrill nahin, tumhare andar paida hua.</w:t>
      </w:r>
    </w:p>
    <w:p>
      <w:pPr>
        <w:jc w:val="right"/>
      </w:pPr>
      <w:r>
        <w:t>اورکیا کیاچیزیںہیں اس اس اسکری شنمیں جس کےبیچمیںہمہیں، انسبکوبیانکیا جسسےآدمیکاتھرلپیداہو۔تھرل !یہاں یہاں ڈانسکےمعنی تھرلنہیں،تمہارےاندرپیدا ہوا۔</w:t>
      </w:r>
    </w:p>
    <w:p>
      <w:r>
        <w:rPr>
          <w:b/>
        </w:rPr>
        <w:t xml:space="preserve">[36:55] </w:t>
      </w:r>
      <w:r>
        <w:t>to paighambar ki zuban se yeh hai Bible mein: ana azmarnalakum fumaraq satam</w:t>
      </w:r>
    </w:p>
    <w:p>
      <w:pPr>
        <w:jc w:val="right"/>
      </w:pPr>
      <w:r>
        <w:t>تو پیغمبرکیزبان سے یہہے بائبلمیں: انازمرنالکمفمارق ستم</w:t>
      </w:r>
    </w:p>
    <w:p>
      <w:r>
        <w:rPr>
          <w:b/>
        </w:rPr>
        <w:t xml:space="preserve">[37:03] </w:t>
      </w:r>
      <w:r>
        <w:t>kesi anokhi baat hai!</w:t>
      </w:r>
    </w:p>
    <w:p>
      <w:pPr>
        <w:jc w:val="right"/>
      </w:pPr>
      <w:r>
        <w:t>کیسیانوکھیباتہے!</w:t>
      </w:r>
    </w:p>
    <w:p>
      <w:r>
        <w:rPr>
          <w:b/>
        </w:rPr>
        <w:t xml:space="preserve">[37:15] </w:t>
      </w:r>
      <w:r>
        <w:t>"we played a flute for you and you did not dance."</w:t>
      </w:r>
    </w:p>
    <w:p>
      <w:pPr>
        <w:jc w:val="right"/>
      </w:pPr>
      <w:r>
        <w:t>"ویپلیٹدافلوٹفار یو اینڈیوڈیڈناٹڈانس۔"</w:t>
      </w:r>
    </w:p>
    <w:p>
      <w:r>
        <w:rPr>
          <w:b/>
        </w:rPr>
        <w:t xml:space="preserve">[37:28] </w:t>
      </w:r>
      <w:r>
        <w:t>ab dekhiye, mohabbat kuch log jo hain, khaas taur par sufi log, mohabbat ko ishq ke maani mein lete hain. yeh bilkul be maani hai, bilkul</w:t>
      </w:r>
    </w:p>
    <w:p>
      <w:pPr>
        <w:jc w:val="right"/>
      </w:pPr>
      <w:r>
        <w:t>ابدیکھیے، محبت کچھلوگجوہیں، خاص طورپرصوفیلوگ ،محبتکوعشقکےمعنیمیںلیتےہیں۔یہبالکل بےمعنیہے،بالکل</w:t>
      </w:r>
    </w:p>
    <w:p>
      <w:r>
        <w:rPr>
          <w:b/>
        </w:rPr>
        <w:t xml:space="preserve">[37:43] </w:t>
      </w:r>
      <w:r>
        <w:t>yani bes bes less hai. Khuda se koi ishq aashiqi ka ta'alluq nahin hota hai. Khuda aisi koi cheez nahin ke aap ishq aashiqi karein uske saath.</w:t>
      </w:r>
    </w:p>
    <w:p>
      <w:pPr>
        <w:jc w:val="right"/>
      </w:pPr>
      <w:r>
        <w:t>یعنی بیس بیس لیسہے۔ خداسےکوئیعشقعاشقیکاتعلقنہیںہوتاہے۔ خدا ایسیکوئیچیزنہیںکہآپعشقعاشقیکریںاسکےساتھ ۔</w:t>
      </w:r>
    </w:p>
    <w:p>
      <w:r>
        <w:rPr>
          <w:b/>
        </w:rPr>
        <w:t xml:space="preserve">[37:55] </w:t>
      </w:r>
      <w:r>
        <w:t>mohabbat bohat hi oonchi cheez hai. doosre lafzon mein kahun ga ke mohabbat ka matlab hai sole consent banna. Khuda se mohabbat ka matlab hai Khuda ko sole consent banna.</w:t>
      </w:r>
    </w:p>
    <w:p>
      <w:pPr>
        <w:jc w:val="right"/>
      </w:pPr>
      <w:r>
        <w:t>محبت بہت ہیاونچیچیزہے۔ دوسرےلفظوںمیںکہوںگاکہمحبتکامطلبہےسولڈکنسنٹبن انا۔ خداسےمحبتکامطلبہےخداکو سولڈکنسنٹبن انا۔</w:t>
      </w:r>
    </w:p>
    <w:p>
      <w:r>
        <w:rPr>
          <w:b/>
        </w:rPr>
        <w:t xml:space="preserve">[38:09] </w:t>
      </w:r>
      <w:r>
        <w:t>Khuda ko sole consent banna yani agar aap kisi aur ko apna consent banayein to yeh shirk hai, aur agar aap Khuda ko apna sole consent banayein to yeh yeh toheed hai.</w:t>
      </w:r>
    </w:p>
    <w:p>
      <w:pPr>
        <w:jc w:val="right"/>
      </w:pPr>
      <w:r>
        <w:t>خداکوسولڈکنسنٹبن انا یعنیاگرآپ کسی اور کو اپنا کنسنٹبنائیں تویہ شرکہے، اور اگرآپ خداکو اپنا سولڈکنسنٹبنائیںتو یہ یہتوحیدہے۔</w:t>
      </w:r>
    </w:p>
    <w:p>
      <w:r>
        <w:rPr>
          <w:b/>
        </w:rPr>
        <w:t xml:space="preserve">[38:26] </w:t>
      </w:r>
      <w:r>
        <w:t>aap jante hain, Quran mein ek ayat hai ke innalaha la yaghfir yushrika fihi wa yaghfiru ma duna dhalika liman yashaa</w:t>
      </w:r>
    </w:p>
    <w:p>
      <w:pPr>
        <w:jc w:val="right"/>
      </w:pPr>
      <w:r>
        <w:t>آپجانتےہیں،قرآنمیںایکآیتہےکہ ان اللہ لایغفر یشرک فی ہویغفر معدونذالکلمنیشاء</w:t>
      </w:r>
    </w:p>
    <w:p>
      <w:r>
        <w:rPr>
          <w:b/>
        </w:rPr>
        <w:t xml:space="preserve">[38:36] </w:t>
      </w:r>
      <w:r>
        <w:t>Khuda Khuda usko maaf nahin karega ke Khuda ke saath shirk kiya jaye. yeh sakht ayat hai Quran mein, shayad sab se sakht ayat yeh hai.</w:t>
      </w:r>
    </w:p>
    <w:p>
      <w:pPr>
        <w:jc w:val="right"/>
      </w:pPr>
      <w:r>
        <w:t>خدا خدااسکومعافنہیںکرےگا کہخداکےساتھ شرککیاجائے۔ بڑیسختآیتہےقرآنمیں، شایدسبسےسختآیتیہیہے۔</w:t>
      </w:r>
    </w:p>
    <w:p>
      <w:r>
        <w:rPr>
          <w:b/>
        </w:rPr>
        <w:t xml:space="preserve">[38:49] </w:t>
      </w:r>
      <w:r>
        <w:t>Khuda usko maaf nahin karega ke Khuda ke saath shirk kiya jaye. iske siwa woh hai, usko maaf kardega.</w:t>
      </w:r>
    </w:p>
    <w:p>
      <w:pPr>
        <w:jc w:val="right"/>
      </w:pPr>
      <w:r>
        <w:t>خدااسکومعافنہیں کرےگا کہخداکےساتھ شرککیا جائے۔ اسکے سواجوہے،اسکومعافکردےگا۔</w:t>
      </w:r>
    </w:p>
    <w:p>
      <w:r>
        <w:rPr>
          <w:b/>
        </w:rPr>
        <w:t xml:space="preserve">[38:58] </w:t>
      </w:r>
      <w:r>
        <w:t>iska matlab jo mujhe samajh mein aata hai, wohi yeh hai ke Khuda ke siwa kisi aur ko agar aap apna sole consent banate hain to yeh shirk hai, aur agar sirf Khuda ko aap apna sole consent banate hain to yeh toheed hai.</w:t>
      </w:r>
    </w:p>
    <w:p>
      <w:pPr>
        <w:jc w:val="right"/>
      </w:pPr>
      <w:r>
        <w:t>اسکامطلبجومجھےسمجھمیںآتاہے،وہیہیہے کہخدا کےسواکسی اورکواگرآپ اپناسولڈکنسنٹبناتےہیںتو یہشرکہے، اوراگر صرفخداکوآپ اپناسولڈکنسنٹبناتےہیںتویہتوحیدہے۔</w:t>
      </w:r>
    </w:p>
    <w:p>
      <w:r>
        <w:rPr>
          <w:b/>
        </w:rPr>
        <w:t xml:space="preserve">[39:18] </w:t>
      </w:r>
      <w:r>
        <w:t>yeh bohat hi bari baat hai jise humein sochna chahiye.</w:t>
      </w:r>
    </w:p>
    <w:p>
      <w:pPr>
        <w:jc w:val="right"/>
      </w:pPr>
      <w:r>
        <w:t>یہبہت ہی بڑیباتہے جسےہمیںسوچناچاہیے۔</w:t>
      </w:r>
    </w:p>
    <w:p>
      <w:r>
        <w:rPr>
          <w:b/>
        </w:rPr>
        <w:t xml:space="preserve">[39:27] </w:t>
      </w:r>
      <w:r>
        <w:t>bohat zyada sochne ki baat hai,</w:t>
      </w:r>
    </w:p>
    <w:p>
      <w:pPr>
        <w:jc w:val="right"/>
      </w:pPr>
      <w:r>
        <w:t>بہت زیادہ سوچنےکیباتہے،</w:t>
      </w:r>
    </w:p>
    <w:p>
      <w:r>
        <w:rPr>
          <w:b/>
        </w:rPr>
        <w:t xml:space="preserve">[39:33] </w:t>
      </w:r>
      <w:r>
        <w:t>bohat zyada sochne ki baat hai. is cheez ka ta'alluq sochne se hai, lafzon ko ejab karne se nahin hai. bohat se lafzon ko ejab karte rehte hain, woh samajhte hain ke hum Alhamdulillah keh rahe hain, hum Allahu Akbar keh rahe hain, hum Subhan Allah keh rahe hain.</w:t>
      </w:r>
    </w:p>
    <w:p>
      <w:pPr>
        <w:jc w:val="right"/>
      </w:pPr>
      <w:r>
        <w:t>بہت زیادہسوچنےکیباتہے۔ اسچیزکاتعلقسوچنےسےہے، لفظوںکو ایجابکرنےسےنہیںہے۔ بہتسےلفظوںکوایجابکرتے رہتےہیں، وہسمجھتےہیںکہہم الحمدللہکہہرہےہیں،ہم اللہاکبرکہہرہےہیں،ہمسبحاناللہکہہرہےہیں۔</w:t>
      </w:r>
    </w:p>
    <w:p>
      <w:r>
        <w:rPr>
          <w:b/>
        </w:rPr>
        <w:t xml:space="preserve">[39:50] </w:t>
      </w:r>
      <w:r>
        <w:t>yeh Khuda ki tasgheer hai, zikr e Khawandvi ki ka underestimate hai. yeh</w:t>
      </w:r>
    </w:p>
    <w:p>
      <w:pPr>
        <w:jc w:val="right"/>
      </w:pPr>
      <w:r>
        <w:t>یہ خداکیتصغیرہے، ذکروخداوندی کی کاانڈرایسٹیمیشنہے۔یہ</w:t>
      </w:r>
    </w:p>
    <w:p>
      <w:r>
        <w:rPr>
          <w:b/>
        </w:rPr>
        <w:t xml:space="preserve">[39:59] </w:t>
      </w:r>
      <w:r>
        <w:t>isi liye Quran mein aaya hai ke qulil hamdulillahi wa la takthroo la yaqiloon ke wa ke hum sirf Allah ke liye hain.</w:t>
      </w:r>
    </w:p>
    <w:p>
      <w:pPr>
        <w:jc w:val="right"/>
      </w:pPr>
      <w:r>
        <w:t>اسیلیےقرآنمیںآیاہے کہ قلالحمدللہ بلاکثر لایعقلون کہ وکہ ہم صرفاللہ کےلیے ہیں۔</w:t>
      </w:r>
    </w:p>
    <w:p>
      <w:r>
        <w:rPr>
          <w:b/>
        </w:rPr>
        <w:t xml:space="preserve">[40:12] </w:t>
      </w:r>
      <w:r>
        <w:t>kaho ke maani sirf saros nahin hai. kaho ke hum sirf Allah ke liye. lekin zyada log aise hain jo aqal nahin rakhte, jo ilm nahin rakhte.</w:t>
      </w:r>
    </w:p>
    <w:p>
      <w:pPr>
        <w:jc w:val="right"/>
      </w:pPr>
      <w:r>
        <w:t>کہوکہمعنیصرفسروس نہیںہے۔ کہوکہہم صرفاللہ کےلیے۔لیکن زیادہ لوگ ایسےہیںجوعقلنہیںرکھتے،جوعلم نہیںرکھتے۔</w:t>
      </w:r>
    </w:p>
    <w:p>
      <w:r>
        <w:rPr>
          <w:b/>
        </w:rPr>
        <w:t xml:space="preserve">[40:24] </w:t>
      </w:r>
      <w:r>
        <w:t>yeh ayat bita aati hai Quran ki ke hum jo hain, iska ta'alluq ilm se hai, hum ka ta'alluq aqal se hai,</w:t>
      </w:r>
    </w:p>
    <w:p>
      <w:pPr>
        <w:jc w:val="right"/>
      </w:pPr>
      <w:r>
        <w:t>یہآیتبت اتیہےقرآنکیکہہمجوہے،اسکاتعلقعلمسےہے، ہمکاتعلقعقلسےہے،</w:t>
      </w:r>
    </w:p>
    <w:p>
      <w:r>
        <w:rPr>
          <w:b/>
        </w:rPr>
        <w:t xml:space="preserve">[40:29] </w:t>
      </w:r>
      <w:r>
        <w:t>lafz saros se nahin hai.</w:t>
      </w:r>
    </w:p>
    <w:p>
      <w:pPr>
        <w:jc w:val="right"/>
      </w:pPr>
      <w:r>
        <w:t>لفظسروسسےنہیںہے۔</w:t>
      </w:r>
    </w:p>
    <w:p>
      <w:r>
        <w:rPr>
          <w:b/>
        </w:rPr>
        <w:t xml:space="preserve">[40:35] </w:t>
      </w:r>
      <w:r>
        <w:t>asilayfarmaya qaleel am atashkrun boht kam log hain joo Allah ka shukr kerne wale log hain.</w:t>
      </w:r>
    </w:p>
    <w:p>
      <w:pPr>
        <w:jc w:val="right"/>
      </w:pPr>
      <w:r>
        <w:t>اسیلیےفرمایاقلیل اماتشكرون بہت کملوگ ہیںجواللہ کاشکرکرنےوالے لوگ ہیں۔</w:t>
      </w:r>
    </w:p>
    <w:p>
      <w:r>
        <w:rPr>
          <w:b/>
        </w:rPr>
        <w:t xml:space="preserve">[40:47] </w:t>
      </w:r>
      <w:r>
        <w:t>to jab aap apni aql ko activate kerte hain, apna thinking process chalate hain, boht ziyada sochte hain, boht ziyada sochte hain, boht ziyada sochte hain,</w:t>
      </w:r>
    </w:p>
    <w:p>
      <w:pPr>
        <w:jc w:val="right"/>
      </w:pPr>
      <w:r>
        <w:t>تو جب آپ اپنیعقلکو ایکٹیویٹکرتے ہیں، اپنا تھنکنگپروسیسچلاتےہیں، بہت زیادہسوچتےہیں،بہتزیادہسوچتےہیں،بہتزیادہ سوچتےہیں،</w:t>
      </w:r>
    </w:p>
    <w:p>
      <w:r>
        <w:rPr>
          <w:b/>
        </w:rPr>
        <w:t xml:space="preserve">[41:00] </w:t>
      </w:r>
      <w:r>
        <w:t>tab aap ko Khuda ki daryaft hoti hai. jis tarah ek scientist, aap jante hain ke science raat, scientist raat din sochta hai, sochta hai, sochta hai, bas apne dimagh ko woh har waqt kaam mein lagaye rehta hai. bas kisi cheez ki shiddat hai, usko nahi.</w:t>
      </w:r>
    </w:p>
    <w:p>
      <w:pPr>
        <w:jc w:val="right"/>
      </w:pPr>
      <w:r>
        <w:t>تبآپکوخداکیدریافت ہوتیہے۔ جسطرحایکسائنٹسٹ، آپجانتےہیںکہسائنس رات،سائنٹسٹراتدنسوچتاہے،سوچتاہے،سوچتاہے، بس اپنے دماغکووہہروقت کام میںلگائےرہتاہے۔بس کسی چیزکیشدترہی،اسکونہیں۔</w:t>
      </w:r>
    </w:p>
    <w:p>
      <w:r>
        <w:rPr>
          <w:b/>
        </w:rPr>
        <w:t xml:space="preserve">[41:19] </w:t>
      </w:r>
      <w:r>
        <w:t>jaisay Newton tha, Newton ke baray mein mein ne parha, uske paas itna time nahi hota tha ke kitchen mein ja kar woh kahay ke mujhe bhook lagi, khana do. usko itna time nahi tha uske paas.</w:t>
      </w:r>
    </w:p>
    <w:p>
      <w:pPr>
        <w:jc w:val="right"/>
      </w:pPr>
      <w:r>
        <w:t>جیسےنیوٹنتھا، نیوٹنکےبارےمیںمیںنےپڑھا، اسکے پاساتناٹائمنہیںہوتاتھا کہکچنمیںجاکروہکہےکہمجھےبھوکلگی،کھانادو۔اسکو اتناٹائمنہیںتھااسکےپاس۔</w:t>
      </w:r>
    </w:p>
    <w:p>
      <w:r>
        <w:rPr>
          <w:b/>
        </w:rPr>
        <w:t xml:space="preserve">[41:31] </w:t>
      </w:r>
      <w:r>
        <w:t>yeh uski behan thi, Newton ne shadi nahi ki thi. yani itna ziyada woh apne is mein mashgool rehta tha ke usko woh shadi nahi ki.</w:t>
      </w:r>
    </w:p>
    <w:p>
      <w:pPr>
        <w:jc w:val="right"/>
      </w:pPr>
      <w:r>
        <w:t>یہاسکیبہنتھی،نیوٹننےشادینہیںکیتھی۔ یعنیاتنازیادہ وہاپنے اسمیںمشغولرہتاتھا کہاسکو وہشادیہینہیںکی۔</w:t>
      </w:r>
    </w:p>
    <w:p>
      <w:r>
        <w:rPr>
          <w:b/>
        </w:rPr>
        <w:t xml:space="preserve">[41:42] </w:t>
      </w:r>
      <w:r>
        <w:t>usne uski ek behan thi, boht hi samajhdar behan thi.</w:t>
      </w:r>
    </w:p>
    <w:p>
      <w:pPr>
        <w:jc w:val="right"/>
      </w:pPr>
      <w:r>
        <w:t>اسنے اسکیایکبہنتھی، بہتہیسمجھدار بہنتھی۔</w:t>
      </w:r>
    </w:p>
    <w:p>
      <w:r>
        <w:rPr>
          <w:b/>
        </w:rPr>
        <w:t xml:space="preserve">[41:50] </w:t>
      </w:r>
      <w:r>
        <w:t>jab time hota to tray mein khana le kar jati, boht ahistagi se uski meza par rakh deti thi ke koi disturb na ho.</w:t>
      </w:r>
    </w:p>
    <w:p>
      <w:pPr>
        <w:jc w:val="right"/>
      </w:pPr>
      <w:r>
        <w:t>جب ٹائمہوتا تو ٹرےمکانلےکر جاتی،بہت آہستگی سے اسکی مٹھرکھدیتیتھی کہکوئی ڈ سٹ ربنہہو۔</w:t>
      </w:r>
    </w:p>
    <w:p>
      <w:r>
        <w:rPr>
          <w:b/>
        </w:rPr>
        <w:t xml:space="preserve">[42:01] </w:t>
      </w:r>
      <w:r>
        <w:t>lekin Newton ka haal yeh tha ke lunch aksar woh dinner ke waqt khana parta tha. usko</w:t>
      </w:r>
    </w:p>
    <w:p>
      <w:pPr>
        <w:jc w:val="right"/>
      </w:pPr>
      <w:r>
        <w:t>لیکن نیوٹنکاحالیہتھا کہ لنچاکثروہڈنرکےوقتکھاناپڑتاتھا۔اسکو</w:t>
      </w:r>
    </w:p>
    <w:p>
      <w:r>
        <w:rPr>
          <w:b/>
        </w:rPr>
        <w:t xml:space="preserve">[42:10] </w:t>
      </w:r>
      <w:r>
        <w:t>dopahar ka khana sham ko khana parta tha. usko koi hosh nahi, usko yaad nahi hota tha.</w:t>
      </w:r>
    </w:p>
    <w:p>
      <w:pPr>
        <w:jc w:val="right"/>
      </w:pPr>
      <w:r>
        <w:t>دوپہرکاکھاناشامکوکھاناپڑتاتھا۔اسکو کوئیکوسکوسنہیں،اسکویادنہیںہوتاتھا۔</w:t>
      </w:r>
    </w:p>
    <w:p>
      <w:r>
        <w:rPr>
          <w:b/>
        </w:rPr>
        <w:t xml:space="preserve">[42:17] </w:t>
      </w:r>
      <w:r>
        <w:t>woh behan jo thi, bechari, boht hi khamoshi ke sath aati uske kamray mein aur khana rakh deti uski meza par. ek kinare tezi se le jati woh ke koi aisa disturbance na ho.</w:t>
      </w:r>
    </w:p>
    <w:p>
      <w:pPr>
        <w:jc w:val="right"/>
      </w:pPr>
      <w:r>
        <w:t>وہ بہنجوتھی،بیچاری،بہتہیخاموشیکےساتھ آتی اسکمرےمیں اور کھانارکھدیتیاسکیمیزپر۔ایککنارے تیریسے لےجاتیوہ کہکوئیسا ڈسٹربنس نہہو۔</w:t>
      </w:r>
    </w:p>
    <w:p>
      <w:r>
        <w:rPr>
          <w:b/>
        </w:rPr>
        <w:t xml:space="preserve">[42:31] </w:t>
      </w:r>
      <w:r>
        <w:t>lekin usko to pata hi nahi hai Newton ko ke khana rakh gaya hai.</w:t>
      </w:r>
    </w:p>
    <w:p>
      <w:pPr>
        <w:jc w:val="right"/>
      </w:pPr>
      <w:r>
        <w:t>لیکن اسکوتوپتہہینہیںہےنی وٹنکو کہکھانارکھاگیاہے۔</w:t>
      </w:r>
    </w:p>
    <w:p>
      <w:r>
        <w:rPr>
          <w:b/>
        </w:rPr>
        <w:t xml:space="preserve">[42:37] </w:t>
      </w:r>
      <w:r>
        <w:t>yahan tak ke jab boht dair ho jati, tab usko boht ziyada bhook lagti. tab usko samajh mein aata to kha leta woh.</w:t>
      </w:r>
    </w:p>
    <w:p>
      <w:pPr>
        <w:jc w:val="right"/>
      </w:pPr>
      <w:r>
        <w:t>یہاںتککہجب بہت دیرہوجاتی، تب اسکو بہت زیادہ بھوکلگتی۔ تب اسکوسومیںآتاتو کھالیتاوہ۔</w:t>
      </w:r>
    </w:p>
    <w:p>
      <w:r>
        <w:rPr>
          <w:b/>
        </w:rPr>
        <w:t xml:space="preserve">[42:48] </w:t>
      </w:r>
      <w:r>
        <w:t>itna sochta tha woh, itna sochta tha ke usko woh log deewar kaha jatay tha. woh deewar kehte hain jo gum rahe apne aap mein, kisi cheez ki khabar hi usko na ho.</w:t>
      </w:r>
    </w:p>
    <w:p>
      <w:pPr>
        <w:jc w:val="right"/>
      </w:pPr>
      <w:r>
        <w:t>اتناسوچتاتھاوہ،اتناسوچتاتھاکہاسکو وولگیدررکہاجاتا تھا۔ وولگیدررکہتےہیںجو گمرہےاپنےآپ میں، کسیچیزکیخبرہیاسکونہہو۔</w:t>
      </w:r>
    </w:p>
    <w:p>
      <w:r>
        <w:rPr>
          <w:b/>
        </w:rPr>
        <w:t xml:space="preserve">[43:00] </w:t>
      </w:r>
      <w:r>
        <w:t>to bachpan se uska yeh mizaj tha, woh deewar.</w:t>
      </w:r>
    </w:p>
    <w:p>
      <w:pPr>
        <w:jc w:val="right"/>
      </w:pPr>
      <w:r>
        <w:t>تو بچپنسےاسکایہمزاجتھا، وولگیدرر۔</w:t>
      </w:r>
    </w:p>
    <w:p>
      <w:r>
        <w:rPr>
          <w:b/>
        </w:rPr>
        <w:t xml:space="preserve">[43:06] </w:t>
      </w:r>
      <w:r>
        <w:t>baad ko pata chala ke uske andar boht ziyada yeh thi apne aap ko kisi ek cheez pe focus karne ki, concentrate karne ki. to Newton aisa insan tha jo founder of modern science bana.</w:t>
      </w:r>
    </w:p>
    <w:p>
      <w:pPr>
        <w:jc w:val="right"/>
      </w:pPr>
      <w:r>
        <w:t>بعد کوپتہچلاکہاسکےاندربہت زیادہ یہتھی اپنےآپکو کسی ایکچیزپہفوکسکرنے کی، کنس نٹریٹکرنے کی۔ تو نیوٹنایساانسانتھاجو فاؤنڈرآفماڈرن سائنسبنا۔</w:t>
      </w:r>
    </w:p>
    <w:p>
      <w:r>
        <w:rPr>
          <w:b/>
        </w:rPr>
        <w:t xml:space="preserve">[43:21] </w:t>
      </w:r>
      <w:r>
        <w:t>to Newton ko kya cheez daryaft karni thi? boht choti si cheez daryaft karni thi. yani creation ka ek chota sa hissa. koi aap ko to creator ko daryaft karna hai.</w:t>
      </w:r>
    </w:p>
    <w:p>
      <w:pPr>
        <w:jc w:val="right"/>
      </w:pPr>
      <w:r>
        <w:t>تو نی وٹنکو کیا چیزدریافتکرنیتھی ؟ بہتچھوٹیسیچیزدریافتکرنیتھی۔ یعنیکریشنکاایکچھوٹاساحصہ۔کوئی آپ کو توکریٹرکودریافتکرناہے۔</w:t>
      </w:r>
    </w:p>
    <w:p>
      <w:r>
        <w:rPr>
          <w:b/>
        </w:rPr>
        <w:t xml:space="preserve">[43:32] </w:t>
      </w:r>
      <w:r>
        <w:t>creator ko</w:t>
      </w:r>
    </w:p>
    <w:p>
      <w:pPr>
        <w:jc w:val="right"/>
      </w:pPr>
      <w:r>
        <w:t>کریٹرکو</w:t>
      </w:r>
    </w:p>
    <w:p>
      <w:r>
        <w:rPr>
          <w:b/>
        </w:rPr>
        <w:t xml:space="preserve">[43:37] </w:t>
      </w:r>
      <w:r>
        <w:t>Newton se poocha gaya ke tum ne kya jana? to usne kaha ke mera haal aisa hi hai jaisay ke samandar ke kinare kuch ghonghe hain, kuch seep hain.</w:t>
      </w:r>
    </w:p>
    <w:p>
      <w:pPr>
        <w:jc w:val="right"/>
      </w:pPr>
      <w:r>
        <w:t>نیوٹنسےپوچھاگیاکہتمنےکیاجانا؟ تواسنےکہاکہمیرا حال ایساہیہےجیسےکہسمندرکےکنارے کچھ گھونگھےہیں،کچھسیپہے۔</w:t>
      </w:r>
    </w:p>
    <w:p>
      <w:r>
        <w:rPr>
          <w:b/>
        </w:rPr>
        <w:t xml:space="preserve">[43:47] </w:t>
      </w:r>
      <w:r>
        <w:t>mein wahan bachon ki manind khel raha hoon sepiyon se. woh itni bar jaan paye uske kainat ke baray mein to itni bari kainat, itna bara universe, itna bara nature, uska jo creator hai, ab woh scientist hai jisko woh creator ko daryaft karna hai.</w:t>
      </w:r>
    </w:p>
    <w:p>
      <w:pPr>
        <w:jc w:val="right"/>
      </w:pPr>
      <w:r>
        <w:t>میں وہاں بچوںکیمانندکھیلرہاہوںسیپوںسے۔وہاتنیبار جان پائے اسکائناتکےبارےمیں تواتنیبڑی کائنات،اتنابڑایونیورس ،اتنابڑانیچر، اسکاجو کریٹرہے، ابوہسائنٹسٹہےجسکووہکریٹرکودریا فتکرناہے۔</w:t>
      </w:r>
    </w:p>
    <w:p>
      <w:r>
        <w:rPr>
          <w:b/>
        </w:rPr>
        <w:t xml:space="preserve">[44:06] </w:t>
      </w:r>
      <w:r>
        <w:t>to discovery of creation mein usko ek chota sa itna hissa mila jab woh deewar ban gaya. aap ko to khud creator ko discover karna hai.</w:t>
      </w:r>
    </w:p>
    <w:p>
      <w:pPr>
        <w:jc w:val="right"/>
      </w:pPr>
      <w:r>
        <w:t>توڈسکوریآف کریشنمیں اسکو ایکچھوٹاسااتناحصہملا جبوہ وولگیدرربنگیا۔ آپ کوتو خود کریٹرکو ڈسکورکرناہے۔</w:t>
      </w:r>
    </w:p>
    <w:p>
      <w:r>
        <w:rPr>
          <w:b/>
        </w:rPr>
        <w:t xml:space="preserve">[44:18] </w:t>
      </w:r>
      <w:r>
        <w:t>kya aap samajhte hain ke aisa ho jayega? jab aap usko apna, uska solid concentration banayenge, jab isi par aap yeh thinking process ko chalayenge, isi ko apna focus karenge,</w:t>
      </w:r>
    </w:p>
    <w:p>
      <w:pPr>
        <w:jc w:val="right"/>
      </w:pPr>
      <w:r>
        <w:t>کیاآپسمجھتےہیںکہایسےہوجائےگا؟ جب آپاسکو اپنا،اسکا سولڈکنسنٹبنائیںگے، جب اسی پرآپیہتھنکنگپراسیسکو چلائیںگے، اسیکواپنافوکسکریںگے،</w:t>
      </w:r>
    </w:p>
    <w:p>
      <w:r>
        <w:rPr>
          <w:b/>
        </w:rPr>
        <w:t xml:space="preserve">[44:32] </w:t>
      </w:r>
      <w:r>
        <w:t>aap ka sara center wohi ban jayega. aur tab aap ko khud bhi nahi ho sakta hai. woh to Khuda ki tofeeq hogi,</w:t>
      </w:r>
    </w:p>
    <w:p>
      <w:pPr>
        <w:jc w:val="right"/>
      </w:pPr>
      <w:r>
        <w:t>آپ کا ساراسینٹروہیبنجائےگا۔ اورتبآپکو خود بھینہیںہوسکتاہے۔وہ تو خداکیتوفیقہوگی،</w:t>
      </w:r>
    </w:p>
    <w:p>
      <w:r>
        <w:rPr>
          <w:b/>
        </w:rPr>
        <w:t xml:space="preserve">[44:43] </w:t>
      </w:r>
      <w:r>
        <w:t>Khuda ki tofeeq hogi jis se aap daryaft kar payenge.</w:t>
      </w:r>
    </w:p>
    <w:p>
      <w:pPr>
        <w:jc w:val="right"/>
      </w:pPr>
      <w:r>
        <w:t>خداکیتوفیقہوگی جسسےآپ دریا فتکرپائیںگے۔</w:t>
      </w:r>
    </w:p>
    <w:p>
      <w:r>
        <w:rPr>
          <w:b/>
        </w:rPr>
        <w:t xml:space="preserve">[44:55] </w:t>
      </w:r>
      <w:r>
        <w:t>mein aaj aap ko aaj ka apna, Allah taala ki mere sath rabt hai ke mein rozana is tarah ki cheezein mujhe daryaft hoti rehti hain. aaj mein batata hoon kya hua mere sath.</w:t>
      </w:r>
    </w:p>
    <w:p>
      <w:pPr>
        <w:jc w:val="right"/>
      </w:pPr>
      <w:r>
        <w:t>میں آجآپکو آجکااپنا ،اللہتعالیٰکیمیرےساتھ ربطہےکہمیںروزانہاسطرحکیچیزیںمجھےدریافتہوتیرہتیہیں۔ آجمیںبتاتاہوںکیاہوامیرےساتھ ۔</w:t>
      </w:r>
    </w:p>
    <w:p>
      <w:r>
        <w:rPr>
          <w:b/>
        </w:rPr>
        <w:t xml:space="preserve">[45:06] </w:t>
      </w:r>
      <w:r>
        <w:t>aaj subah telephone aaya Mrs. Batra ka. Mrs. Batra jo rehti hain Asia Colony mein. Mrs. Batra ka telephone aaya.</w:t>
      </w:r>
    </w:p>
    <w:p>
      <w:pPr>
        <w:jc w:val="right"/>
      </w:pPr>
      <w:r>
        <w:t>آجصبحٹیلیفونآیا مسزبطراکا۔ مسزبطراجویہیرہتیہیںاسیاسیکال ونیمیں۔ مس زبطراکاٹیلیفونآیا۔</w:t>
      </w:r>
    </w:p>
    <w:p>
      <w:r>
        <w:rPr>
          <w:b/>
        </w:rPr>
        <w:t xml:space="preserve">[45:18] </w:t>
      </w:r>
      <w:r>
        <w:t>unhone kaha ke saharanpur aap gaye the to akhbaron mein chhapa hai</w:t>
      </w:r>
    </w:p>
    <w:p>
      <w:pPr>
        <w:jc w:val="right"/>
      </w:pPr>
      <w:r>
        <w:t>انہوںنےکہاکہسہارنپورآپگئےتھے تو اخباروںمیںچھپاہے</w:t>
      </w:r>
    </w:p>
    <w:p>
      <w:r>
        <w:rPr>
          <w:b/>
        </w:rPr>
        <w:t xml:space="preserve">[45:23] </w:t>
      </w:r>
      <w:r>
        <w:t>iska. woh main ne parha to unhone kaha ke aap breakfast lete hain? main breakfast aap ke liye bhejna chahti hoon.</w:t>
      </w:r>
    </w:p>
    <w:p>
      <w:pPr>
        <w:jc w:val="right"/>
      </w:pPr>
      <w:r>
        <w:t>اسکا۔ وہمیںنےپڑھا توانہوںنےکہاکہآپ بریکفاسٹکبلیتےہیں؟ میں بریکفاسٹآپکےلیےبھیجناچاہتیہوں۔</w:t>
      </w:r>
    </w:p>
    <w:p>
      <w:r>
        <w:rPr>
          <w:b/>
        </w:rPr>
        <w:t xml:space="preserve">[45:35] </w:t>
      </w:r>
      <w:r>
        <w:t>to main ne telephone de diya apni beti ko. unhone baat ki. unhone kaha ke bhai jawab jawab chahiye bhejeye, jaisa aap chahein waisa kar lijiye.</w:t>
      </w:r>
    </w:p>
    <w:p>
      <w:pPr>
        <w:jc w:val="right"/>
      </w:pPr>
      <w:r>
        <w:t>تو میںنےٹیلیفوندےدیا اپنیبیٹیکو۔انہوںنےباتکی۔انہوںنےکہاکہبھئیجواب جوابچاہیںبھیجیے، جیساآپ چاہیںویساکرلیجئے۔</w:t>
      </w:r>
    </w:p>
    <w:p>
      <w:r>
        <w:rPr>
          <w:b/>
        </w:rPr>
        <w:t xml:space="preserve">[45:47] </w:t>
      </w:r>
      <w:r>
        <w:t>to khair, unka paas se breakfast aaya.</w:t>
      </w:r>
    </w:p>
    <w:p>
      <w:pPr>
        <w:jc w:val="right"/>
      </w:pPr>
      <w:r>
        <w:t>تو خیر،انکا پاسسےبریکفاسٹآیا۔</w:t>
      </w:r>
    </w:p>
    <w:p>
      <w:r>
        <w:rPr>
          <w:b/>
        </w:rPr>
        <w:t xml:space="preserve">[45:51] </w:t>
      </w:r>
      <w:r>
        <w:t>jab breakfast mere samne rakha gaya to jante hain mera kya haal hua .</w:t>
      </w:r>
    </w:p>
    <w:p>
      <w:pPr>
        <w:jc w:val="right"/>
      </w:pPr>
      <w:r>
        <w:t>جببریکفاسٹمیرےسامنےرکھاگیا تو جانتےہیںمیراکیاحالہوا ۔</w:t>
      </w:r>
    </w:p>
    <w:p>
      <w:r>
        <w:rPr>
          <w:b/>
        </w:rPr>
        <w:t xml:space="preserve">[45:58] </w:t>
      </w:r>
      <w:r>
        <w:t>main be ikhtiyar rone laga.</w:t>
      </w:r>
    </w:p>
    <w:p>
      <w:pPr>
        <w:jc w:val="right"/>
      </w:pPr>
      <w:r>
        <w:t>میں بےاختیاررونےلگا۔</w:t>
      </w:r>
    </w:p>
    <w:p>
      <w:r>
        <w:rPr>
          <w:b/>
        </w:rPr>
        <w:t xml:space="preserve">[46:05] </w:t>
      </w:r>
      <w:r>
        <w:t>mujhe aisa laga jaise ke khuda ne dekha ke ek insan jo ajiz hai, kamzor hai,</w:t>
      </w:r>
    </w:p>
    <w:p>
      <w:pPr>
        <w:jc w:val="right"/>
      </w:pPr>
      <w:r>
        <w:t>مجھےایسالگاجیسےکہخدانےدیکھاکہایکانسانجو عاجزہے،کمزورہے،</w:t>
      </w:r>
    </w:p>
    <w:p>
      <w:r>
        <w:rPr>
          <w:b/>
        </w:rPr>
        <w:t xml:space="preserve">[46:13] </w:t>
      </w:r>
      <w:r>
        <w:t>koi taqat jis ke paas nahin hai.</w:t>
      </w:r>
    </w:p>
    <w:p>
      <w:pPr>
        <w:jc w:val="right"/>
      </w:pPr>
      <w:r>
        <w:t>کوئیطاقتجسکےپاسنہیںہے۔</w:t>
      </w:r>
    </w:p>
    <w:p>
      <w:r>
        <w:rPr>
          <w:b/>
        </w:rPr>
        <w:t xml:space="preserve">[46:16] </w:t>
      </w:r>
      <w:r>
        <w:t>khuda ne farishton se kaha ke dekho, mere ek ajiz bande wohan par hai, jao us ko breakfast ko pohncha do. us ko woh koi do chaye ki piyali bhen nahin bana sakta.</w:t>
      </w:r>
    </w:p>
    <w:p>
      <w:pPr>
        <w:jc w:val="right"/>
      </w:pPr>
      <w:r>
        <w:t>خدانےفرشتوںسےکہاکہدیکھو،میرے ایک عاجزبندہوہاںپرہے، جاؤاسکوبریکفاسٹکوپہنچادو۔اسکو وہکوئیدوچائےکیپیالیبھینہیںبناسکتا۔</w:t>
      </w:r>
    </w:p>
    <w:p>
      <w:r>
        <w:rPr>
          <w:b/>
        </w:rPr>
        <w:t xml:space="preserve">[46:28] </w:t>
      </w:r>
      <w:r>
        <w:t>chaye ki ek piyali banane ki bhi taqat us ke andar nahin hai. ek roti bhen nahin paka sakta. woh gehoon ka ek dana bhen nahin ugga sakta. woh</w:t>
      </w:r>
    </w:p>
    <w:p>
      <w:pPr>
        <w:jc w:val="right"/>
      </w:pPr>
      <w:r>
        <w:t>چائےکیایکپیالیبنانےکیبھیطاقتاسکےاندرنہیںہے۔ ایکروٹیبھینہیںپکاسکتا۔وہ گیہوںکاایکدانہبھینہیںاگاسکتا۔وہ</w:t>
      </w:r>
    </w:p>
    <w:p>
      <w:r>
        <w:rPr>
          <w:b/>
        </w:rPr>
        <w:t xml:space="preserve">[46:41] </w:t>
      </w:r>
      <w:r>
        <w:t>to farishton se us ne kaha ke aye mere farishton, le jao us ajiz bande ke paas</w:t>
      </w:r>
    </w:p>
    <w:p>
      <w:pPr>
        <w:jc w:val="right"/>
      </w:pPr>
      <w:r>
        <w:t>تو فرشتوںسےاسنےکہاکہاےمیرےفرشتوں، لےجاؤاسعاجزبندےکےپاس</w:t>
      </w:r>
    </w:p>
    <w:p>
      <w:r>
        <w:rPr>
          <w:b/>
        </w:rPr>
        <w:t xml:space="preserve">[46:46] </w:t>
      </w:r>
      <w:r>
        <w:t>, meri taraf se nazar man manghoor raheem us ko pohncha do. to main ne kaha, khuda ya tune mere ajiz bande ke sath yeh muamla dunya mein kiya hai, aise hi mere sath to akhirat mein bhi muamla farma.</w:t>
      </w:r>
    </w:p>
    <w:p>
      <w:pPr>
        <w:jc w:val="right"/>
      </w:pPr>
      <w:r>
        <w:t>،میریطرف سے نذر منغفوررحیم اسکوپہنچادو۔ تومیںنےکہا،خدایاتونےمیرےعاجزبندےکےساتھ یہمعاملہدنیامیںکیاہے، ایسےہیمیرےساتھتوآخرتمیںبھیمع املہفرما۔</w:t>
      </w:r>
    </w:p>
    <w:p>
      <w:r>
        <w:rPr>
          <w:b/>
        </w:rPr>
        <w:t xml:space="preserve">[47:01] </w:t>
      </w:r>
      <w:r>
        <w:t>main yahan bhi ajiz tha, wohan bhi ajiz rahoon ga.</w:t>
      </w:r>
    </w:p>
    <w:p>
      <w:pPr>
        <w:jc w:val="right"/>
      </w:pPr>
      <w:r>
        <w:t>میںیہاںبھیعاجزتھا،وہاںبھیعاجزرہوںگا۔</w:t>
      </w:r>
    </w:p>
    <w:p>
      <w:r>
        <w:rPr>
          <w:b/>
        </w:rPr>
        <w:t xml:space="preserve">[47:06] </w:t>
      </w:r>
      <w:r>
        <w:t>mere ishq par to koi ram aya, to ne apni taraf se mere liye khane khana bhi bhej diya.</w:t>
      </w:r>
    </w:p>
    <w:p>
      <w:pPr>
        <w:jc w:val="right"/>
      </w:pPr>
      <w:r>
        <w:t>میرےعشقپرتوکوئیرامآیا، تونےاپنیطرفسےمیرےلیےکھانے کھانابھیجدیا۔</w:t>
      </w:r>
    </w:p>
    <w:p>
      <w:r>
        <w:rPr>
          <w:b/>
        </w:rPr>
        <w:t xml:space="preserve">[47:13] </w:t>
      </w:r>
      <w:r>
        <w:t>isi tarah ajiz main hoon ga akhirat mein, to wohan par bhi to mere liye isi tarah se intezam farma de.</w:t>
      </w:r>
    </w:p>
    <w:p>
      <w:pPr>
        <w:jc w:val="right"/>
      </w:pPr>
      <w:r>
        <w:t>اسیطرحعاجزمیںہوںگاآخرتمیں، تووہاںپربھیتو میرےلیےاسیطرحسے انتظامفرمادے۔</w:t>
      </w:r>
    </w:p>
    <w:p>
      <w:r>
        <w:rPr>
          <w:b/>
        </w:rPr>
        <w:t xml:space="preserve">[47:27] </w:t>
      </w:r>
      <w:r>
        <w:t>yad rakhiye, khuda ki daryaft ke maani kya hain?</w:t>
      </w:r>
    </w:p>
    <w:p>
      <w:pPr>
        <w:jc w:val="right"/>
      </w:pPr>
      <w:r>
        <w:t>یادرکھیے،خداکیدریا فتکےمعنیکیاہیں؟</w:t>
      </w:r>
    </w:p>
    <w:p>
      <w:r>
        <w:rPr>
          <w:b/>
        </w:rPr>
        <w:t xml:space="preserve">[47:32] </w:t>
      </w:r>
      <w:r>
        <w:t>is baat ki daryaft ke main khuda nahin hoon. apne khuda na hone ki daryaft karne ke baad insan ko yeh daryaft hoti hai ke khuda hai yahan par .</w:t>
      </w:r>
    </w:p>
    <w:p>
      <w:pPr>
        <w:jc w:val="right"/>
      </w:pPr>
      <w:r>
        <w:t>اسباتکیدریا فتکہمیںخدانہیںہوں۔ اپنےخدا نہہونےکیدریافتکرنے کےبعد انسانکو یہدریافت ہوتیہےکہ خداہےیہاںپر ۔</w:t>
      </w:r>
    </w:p>
    <w:p>
      <w:r>
        <w:rPr>
          <w:b/>
        </w:rPr>
        <w:t xml:space="preserve">[47:48] </w:t>
      </w:r>
      <w:r>
        <w:t>main be kuch hoon. jab us ko aap daryaft karte hain, tab aap yeh daryaft paate hain ke khuda sab kuch hai. us ko achi tarah samajh lijiye.</w:t>
      </w:r>
    </w:p>
    <w:p>
      <w:pPr>
        <w:jc w:val="right"/>
      </w:pPr>
      <w:r>
        <w:t>میں بےکچھہوں۔جباسکوآپدریا فتکرتے ہیں، تب آپ یہدریافتکرپاتےہیںکہخداسبکچھہے۔ اسکواچھیطرحسمجھلیجئے۔</w:t>
      </w:r>
    </w:p>
    <w:p>
      <w:r>
        <w:rPr>
          <w:b/>
        </w:rPr>
        <w:t xml:space="preserve">[47:59] </w:t>
      </w:r>
      <w:r>
        <w:t>pehle la la hota hai, phir Allah Allah hota hai. jis insan ne apne ko daryaft nahin kiya ke main be kuch hoon, main nothing hoon, main helpless hoon, main ajiz hoon, tab tak us ke andar woh basis nahin bani. woh basis jis mein khuda ki daryaft ho, jis mein khuda ki discovery ho .</w:t>
      </w:r>
    </w:p>
    <w:p>
      <w:pPr>
        <w:jc w:val="right"/>
      </w:pPr>
      <w:r>
        <w:t>پہلے لا لا ہوتاہے،پھراللہاللہہوتاہے۔ جسانساننے اپنےکودریافتنہیںکیاکہمیںبےکچھہوں، میںنتھنگہوں، میںہیلپلیسہوں،میں عاجزہوں، تبتکاسکےاندروہبیسنہیںبنی۔وہبیس جسمیںخداکیدریا فتہو،جسمیںخداکیڈسکوریہو ۔</w:t>
      </w:r>
    </w:p>
    <w:p>
      <w:r>
        <w:rPr>
          <w:b/>
        </w:rPr>
        <w:t xml:space="preserve">[48:21] </w:t>
      </w:r>
      <w:r>
        <w:t>khuda ki discovery se pehle apni discovery hoti hai.</w:t>
      </w:r>
    </w:p>
    <w:p>
      <w:pPr>
        <w:jc w:val="right"/>
      </w:pPr>
      <w:r>
        <w:t>خداکیڈسکوریسےپہلے اپنی ڈسکوریہوتیہے۔</w:t>
      </w:r>
    </w:p>
    <w:p>
      <w:r>
        <w:rPr>
          <w:b/>
        </w:rPr>
        <w:t xml:space="preserve">[48:30] </w:t>
      </w:r>
      <w:r>
        <w:t>khuda ki discovery se pehle apni discovery karni parti hai. aap ko sari dunya ki nafi karni parti hai. apni nafi, sari cheezon ki nafi.</w:t>
      </w:r>
    </w:p>
    <w:p>
      <w:pPr>
        <w:jc w:val="right"/>
      </w:pPr>
      <w:r>
        <w:t>خداکیڈسکوریسےپہلے اپنیڈسکوریکرنیپڑتیہے۔ آپکو ساریدنیا کینفیکرنیپڑتیہے۔ اپنی نفی، ساریچیزوںکینفی۔</w:t>
      </w:r>
    </w:p>
    <w:p>
      <w:r>
        <w:rPr>
          <w:b/>
        </w:rPr>
        <w:t xml:space="preserve">[48:42] </w:t>
      </w:r>
      <w:r>
        <w:t>har woh cheez jo aap ko achi lagti hai, jo beautiful lagti hai, jis mein aap ka aap apna sab kuch dene ko tayar rehte hain, jab us ko nafi kar paate hain, us ki nafi. yeh sab kuch bhen nahin hai.</w:t>
      </w:r>
    </w:p>
    <w:p>
      <w:pPr>
        <w:jc w:val="right"/>
      </w:pPr>
      <w:r>
        <w:t>ہروہچیزجوآپکواچھیلگتیہے، جو بیوٹیفللگتیہے، جسمیںآپکا آپ اپنا سبکچھ دینےکوتیاررہتےہیں، جباسکونفی کرپاتےہیں،اسکینفی۔یہسبکچھبھینہیںہے۔</w:t>
      </w:r>
    </w:p>
    <w:p>
      <w:r>
        <w:rPr>
          <w:b/>
        </w:rPr>
        <w:t xml:space="preserve">[48:58] </w:t>
      </w:r>
      <w:r>
        <w:t>jo hai, woh to khuda hai. khuda creator hai, khuda sustainer hai, khuda lord of the universe hai. us ke sath jo kuch hai, woh nothing hai, woh kuch bhen nahin hai.</w:t>
      </w:r>
    </w:p>
    <w:p>
      <w:pPr>
        <w:jc w:val="right"/>
      </w:pPr>
      <w:r>
        <w:t>جو ہے،وہتوخداہے۔ خدا کریٹرہے، خدا سسٹینرہے، خدالارڈآفدایونیورس ہے۔ اسکےساتھ جوکچھہے،وہنتھنگہے،وہکچھبھینہیں ہے۔</w:t>
      </w:r>
    </w:p>
    <w:p>
      <w:r>
        <w:rPr>
          <w:b/>
        </w:rPr>
        <w:t xml:space="preserve">[49:12] </w:t>
      </w:r>
      <w:r>
        <w:t>us ko achi tarah yad rakhiye. apne nahin ko daryaft karne ke baad khuda ki yahan ki daryaft hoti hai. khuda haan hai, hum nahin hain.</w:t>
      </w:r>
    </w:p>
    <w:p>
      <w:pPr>
        <w:jc w:val="right"/>
      </w:pPr>
      <w:r>
        <w:t>اسکواچھیطرحیادرکھیے۔ اپنے نہیں کودریا فتکرنےکےبعد خداکیہاںکیدریافت ہوتیہے۔ خدا ہاںہے،ہمنہیںہیں۔</w:t>
      </w:r>
    </w:p>
    <w:p>
      <w:r>
        <w:rPr>
          <w:b/>
        </w:rPr>
        <w:t xml:space="preserve">[49:24] </w:t>
      </w:r>
      <w:r>
        <w:t>khuda sab kuch hai, hum be kuch hain. khuda all powerful hai, hum all powerless hain.</w:t>
      </w:r>
    </w:p>
    <w:p>
      <w:pPr>
        <w:jc w:val="right"/>
      </w:pPr>
      <w:r>
        <w:t>خداسبکچھہے،ہمبےکچھہیں۔ خداال پاورفلہے، ہم ال پاورلیسہیں۔</w:t>
      </w:r>
    </w:p>
    <w:p>
      <w:r>
        <w:rPr>
          <w:b/>
        </w:rPr>
        <w:t xml:space="preserve">[49:35] </w:t>
      </w:r>
      <w:r>
        <w:t>jabtak apni haysiyat ko aap daryaft na karein, woh besh-e-hakeeki aap ke andar.</w:t>
      </w:r>
    </w:p>
    <w:p>
      <w:pPr>
        <w:jc w:val="right"/>
      </w:pPr>
      <w:r>
        <w:t>جبتک اپنی حیثیتکوآپدریا فت نہکریں، وہ بیسنہیںبنی آپکےاندر۔</w:t>
      </w:r>
    </w:p>
    <w:p>
      <w:r>
        <w:rPr>
          <w:b/>
        </w:rPr>
        <w:t xml:space="preserve">[49:44] </w:t>
      </w:r>
      <w:r>
        <w:t>iske baad kisi ko Khuda ki daryaft hoti hai.</w:t>
      </w:r>
    </w:p>
    <w:p>
      <w:pPr>
        <w:jc w:val="right"/>
      </w:pPr>
      <w:r>
        <w:t>اسکےبعد کسیکوخداکیدریافتہوتیہے۔</w:t>
      </w:r>
    </w:p>
    <w:p>
      <w:r>
        <w:rPr>
          <w:b/>
        </w:rPr>
        <w:t xml:space="preserve">[49:52] </w:t>
      </w:r>
      <w:r>
        <w:t>aap ghore kijiye ke woh insaan jo Khuda ki koi pride ban jaye ke woh aasan kaam hai,</w:t>
      </w:r>
    </w:p>
    <w:p>
      <w:pPr>
        <w:jc w:val="right"/>
      </w:pPr>
      <w:r>
        <w:t>آپغورکیجئےکہوہانسانجوخداکی کو ئیپرائیڈبنجائےکہوہآسانکامہے،</w:t>
      </w:r>
    </w:p>
    <w:p>
      <w:r>
        <w:rPr>
          <w:b/>
        </w:rPr>
        <w:t xml:space="preserve">[50:00] </w:t>
      </w:r>
      <w:r>
        <w:t>kitna ridiculous hai yeh baat.</w:t>
      </w:r>
    </w:p>
    <w:p>
      <w:pPr>
        <w:jc w:val="right"/>
      </w:pPr>
      <w:r>
        <w:t>کتناریڈیکولسہےیہبات۔</w:t>
      </w:r>
    </w:p>
    <w:p>
      <w:r>
        <w:rPr>
          <w:b/>
        </w:rPr>
        <w:t xml:space="preserve">[50:06] </w:t>
      </w:r>
      <w:r>
        <w:t>isko aasan samajh liya jaye.</w:t>
      </w:r>
    </w:p>
    <w:p>
      <w:pPr>
        <w:jc w:val="right"/>
      </w:pPr>
      <w:r>
        <w:t>اسکوآسانسمجھلیاجائے۔</w:t>
      </w:r>
    </w:p>
    <w:p>
      <w:r>
        <w:rPr>
          <w:b/>
        </w:rPr>
        <w:t xml:space="preserve">[50:13] </w:t>
      </w:r>
      <w:r>
        <w:t>itna ooncha darja insaan ko milne wala hai. Woh qad-e-karam-e-bani آدم is dunya se shuru hota hai aur aakhirat tak pahunchta hai. Woh</w:t>
      </w:r>
    </w:p>
    <w:p>
      <w:pPr>
        <w:jc w:val="right"/>
      </w:pPr>
      <w:r>
        <w:t>اتنااونچادرجہانسانکوملنےوالاہے۔ ول قدکرمنابنی آدم اسیدنیا سےشروعہوتاہے اور آخرتتکپہنچتاہے۔وہ</w:t>
      </w:r>
    </w:p>
    <w:p>
      <w:r>
        <w:rPr>
          <w:b/>
        </w:rPr>
        <w:t xml:space="preserve">[50:30] </w:t>
      </w:r>
      <w:r>
        <w:t>kaisa ajeeb hoga woh insaan jisko dekh kar farishte bhi rashk karte hain ke aisa insaan tha jisko humne pehchana nahi.</w:t>
      </w:r>
    </w:p>
    <w:p>
      <w:pPr>
        <w:jc w:val="right"/>
      </w:pPr>
      <w:r>
        <w:t>کیساعجیبہوگاوہانسان جسکودیکھکرفرشتےبھی رشککرتےہیںکہایساانسان تھا جسکوہمنےپہچانانہیں۔</w:t>
      </w:r>
    </w:p>
    <w:p>
      <w:r>
        <w:rPr>
          <w:b/>
        </w:rPr>
        <w:t xml:space="preserve">[50:42] </w:t>
      </w:r>
      <w:r>
        <w:t>yani farishte rashk karte hain insaan ke upar. Khuda fakhr karta hai insaan ke upar. Kab?</w:t>
      </w:r>
    </w:p>
    <w:p>
      <w:pPr>
        <w:jc w:val="right"/>
      </w:pPr>
      <w:r>
        <w:t>یعنی فرشتےرشککرتےہیںانسان کےاوپر ۔ خ دافخرکرتاہےانسانکےاوپر۔ کب؟</w:t>
      </w:r>
    </w:p>
    <w:p>
      <w:r>
        <w:rPr>
          <w:b/>
        </w:rPr>
        <w:t xml:space="preserve">[50:51] </w:t>
      </w:r>
      <w:r>
        <w:t>jab insaan discovery ke darje mein Khuda ko pa leta hai, jab surrender ke darje mein woh apne aap ko Khuda ke aage daal deta hai,</w:t>
      </w:r>
    </w:p>
    <w:p>
      <w:pPr>
        <w:jc w:val="right"/>
      </w:pPr>
      <w:r>
        <w:t>جب انسان ڈسکوریکےدرجےمیںخداکوپالیتاہے، جب سرینڈرکےدرجےمیںوہ اپنےآپکوخداکےآگےڈالدیتاہے،</w:t>
      </w:r>
    </w:p>
    <w:p>
      <w:r>
        <w:rPr>
          <w:b/>
        </w:rPr>
        <w:t xml:space="preserve">[51:01] </w:t>
      </w:r>
      <w:r>
        <w:t>jab andhere ke jangalon mein woh sachai ko daryaft kar leta hai,</w:t>
      </w:r>
    </w:p>
    <w:p>
      <w:pPr>
        <w:jc w:val="right"/>
      </w:pPr>
      <w:r>
        <w:t>جب اندھیرےکےجنگلمیں وہسچائیکودریافتکرلیتاہے،</w:t>
      </w:r>
    </w:p>
    <w:p>
      <w:r>
        <w:rPr>
          <w:b/>
        </w:rPr>
        <w:t xml:space="preserve">[51:09] </w:t>
      </w:r>
      <w:r>
        <w:t>jab sacrifice ki satah par ja kar ke woh apne aap ko Khuda ke raaste mein daal deta hai. Isi se kuch karne ke baad woh insaan banta hai jo aakhirat mein Khuda ka fakhr bane, Khuda ka pride bane.</w:t>
      </w:r>
    </w:p>
    <w:p>
      <w:pPr>
        <w:jc w:val="right"/>
      </w:pPr>
      <w:r>
        <w:t>جب سیکریفائسکیسطح پرجاکرکےوہ اپنےآپکو خداکےراستےمیںڈالدیتاہے۔ ای سےکچھکرنے کےبعد وہانسان بنتاہے جوآخرتمیں خداکافخربنے،خداکاپرائیڈبنے۔</w:t>
      </w:r>
    </w:p>
    <w:p>
      <w:r>
        <w:rPr>
          <w:b/>
        </w:rPr>
        <w:t xml:space="preserve">[51:23] </w:t>
      </w:r>
      <w:r>
        <w:t>Qur'an mein hai ke farq-e-tahammul-e-aqabah. Aqabah kehte hain oonchai, chaurai jo pahadon ki chaurai hoti hai. Usko kehte hain farq-e-tahammul-e-aqabah ke insaan oonchai par nahi chadha.</w:t>
      </w:r>
    </w:p>
    <w:p>
      <w:pPr>
        <w:jc w:val="right"/>
      </w:pPr>
      <w:r>
        <w:t>قرآنمیںہےکہ فرقتحملعقبہ عقبہکہتےہیںاونچائی،چوڑائی جو پہاڑوںکیچوڑائیہوتیہے۔ اسکوکہتےہیں فرقتحملعقبہ کہانسان اونچائیپر نہیںچڑھا۔</w:t>
      </w:r>
    </w:p>
    <w:p>
      <w:r>
        <w:rPr>
          <w:b/>
        </w:rPr>
        <w:t xml:space="preserve">[51:36] </w:t>
      </w:r>
      <w:r>
        <w:t>yeh oonchai hai,</w:t>
      </w:r>
    </w:p>
    <w:p>
      <w:pPr>
        <w:jc w:val="right"/>
      </w:pPr>
      <w:r>
        <w:t>یہاونچائیہے،</w:t>
      </w:r>
    </w:p>
    <w:p>
      <w:r>
        <w:rPr>
          <w:b/>
        </w:rPr>
        <w:t xml:space="preserve">[51:42] </w:t>
      </w:r>
      <w:r>
        <w:t>yeh yeh ek chaurai hai. Khuda ki daryaft ek chaurai hai. Jannat tak pahunchna ek chaurai hai. Ek oonchai par chadna hai, chadna hai, chadna hai.</w:t>
      </w:r>
    </w:p>
    <w:p>
      <w:pPr>
        <w:jc w:val="right"/>
      </w:pPr>
      <w:r>
        <w:t>یہ یہایکچوڑائیہے۔ خداکیدریا فتایکچوڑائیہے۔ جنتتکپہنچناایکچوڑائیہے۔ ایکاونچائیپرچڑھناہے،چڑھناہے،چڑھناہے۔</w:t>
      </w:r>
    </w:p>
    <w:p>
      <w:r>
        <w:rPr>
          <w:b/>
        </w:rPr>
        <w:t xml:space="preserve">[51:53] </w:t>
      </w:r>
      <w:r>
        <w:t>agar aap koi pahadon par chadhe hon to aap jante honge, ek baar mein Kashmir gaya to ek pahad par chadhna tha. To wahan par woh hote hain, horse hote hain, ghode, is par chadh kar ruk jaate hain kyunke road hote hain nahi hai.</w:t>
      </w:r>
    </w:p>
    <w:p>
      <w:pPr>
        <w:jc w:val="right"/>
      </w:pPr>
      <w:r>
        <w:t>اگر آپکوئیپہاڑوںپرچڑھےہوںتوآپجانتےہوںگے، ایکبار میںکشمیرگیا توایکپہاڑپرچڑھناتھا۔ تووہاںپر وہہوتےہیں، ہارسہوتےہیں،گھوڑے ،اسپرچڑھکررکجاتےہیں کیونکہروڈہوتینہیںہے۔</w:t>
      </w:r>
    </w:p>
    <w:p>
      <w:r>
        <w:rPr>
          <w:b/>
        </w:rPr>
        <w:t xml:space="preserve">[52:09] </w:t>
      </w:r>
      <w:r>
        <w:t>to mere saath the Karbala sahib, to woh horse le rahe the. Wahan par milta hai kiraye par.</w:t>
      </w:r>
    </w:p>
    <w:p>
      <w:pPr>
        <w:jc w:val="right"/>
      </w:pPr>
      <w:r>
        <w:t>تومیرےساتھ تھے کرب لاصاحب، تووہ ہارسلےرہےتھے۔ وہاںپر ملتاہے کرائےپر ۔</w:t>
      </w:r>
    </w:p>
    <w:p>
      <w:r>
        <w:rPr>
          <w:b/>
        </w:rPr>
        <w:t xml:space="preserve">[52:19] </w:t>
      </w:r>
      <w:r>
        <w:t>maine kaha nahi, hum paidal chalenge. Us waqt ki baat hai jabke mein jawan-e-ke-umar mein tha, taqat thi. To humne chadna shuru kiya.</w:t>
      </w:r>
    </w:p>
    <w:p>
      <w:pPr>
        <w:jc w:val="right"/>
      </w:pPr>
      <w:r>
        <w:t>میںنےکہانہیں،ہمپید لچلیںگے۔ اسوقت کیباتہےجبکہمیں جوانیکےعورمیںتھا،طاقتتھی۔ توہمنے چڑھناشروعکیا۔</w:t>
      </w:r>
    </w:p>
    <w:p>
      <w:r>
        <w:rPr>
          <w:b/>
        </w:rPr>
        <w:t xml:space="preserve">[52:30] </w:t>
      </w:r>
      <w:r>
        <w:t>jahan mein pahunchna tha, upar ek jagah thi, wahan pahun</w:t>
      </w:r>
    </w:p>
    <w:p>
      <w:pPr>
        <w:jc w:val="right"/>
      </w:pPr>
      <w:r>
        <w:t>جہاںمیںپہنچناتھا، اوپرایکجگہتھی،وہاںپہن</w:t>
      </w:r>
    </w:p>
    <w:p>
      <w:r>
        <w:rPr>
          <w:b/>
        </w:rPr>
        <w:t xml:space="preserve">[52:33] </w:t>
      </w:r>
      <w:r>
        <w:t>chna tha. Wahan pahunchte pahunchte mera haal yeh ho gaya ke mera paon phir, yani yani ghaseetne qabil bhi nahi raha. Mein ghaseet kar chalne qabil nahi raha. Mein itna thak chuka tha.</w:t>
      </w:r>
    </w:p>
    <w:p>
      <w:pPr>
        <w:jc w:val="right"/>
      </w:pPr>
      <w:r>
        <w:t>چناتھا۔ وہاںپہنچتےپہنچتےمیراحالیہہوگیا کہمیرا پاؤںپھر ،یعنی یعنیگھسیٹنےقابلبھینہیںرہا۔میں گھسیٹکےچلنےقابلنہیںرہا۔میں اتناتھکچکاتھا۔</w:t>
      </w:r>
    </w:p>
    <w:p>
      <w:r>
        <w:rPr>
          <w:b/>
        </w:rPr>
        <w:t xml:space="preserve">[52:48] </w:t>
      </w:r>
      <w:r>
        <w:t>isse bhi zyada badi chaurai karni hai Khuda tak pahunchna ke liye.</w:t>
      </w:r>
    </w:p>
    <w:p>
      <w:pPr>
        <w:jc w:val="right"/>
      </w:pPr>
      <w:r>
        <w:t>اسسےبھیزیادہ بڑیچوڑائیکرنیہےخداتکپہنچنےکےلیے۔</w:t>
      </w:r>
    </w:p>
    <w:p>
      <w:r>
        <w:rPr>
          <w:b/>
        </w:rPr>
        <w:t xml:space="preserve">[52:55] </w:t>
      </w:r>
      <w:r>
        <w:t>pahad ki chaurai to kuch bhi nahi iske muqable mein.</w:t>
      </w:r>
    </w:p>
    <w:p>
      <w:pPr>
        <w:jc w:val="right"/>
      </w:pPr>
      <w:r>
        <w:t>پہاڑکیچوڑائیتوکچھبھینہیںاسکےمقابلےمیں۔</w:t>
      </w:r>
    </w:p>
    <w:p>
      <w:r>
        <w:rPr>
          <w:b/>
        </w:rPr>
        <w:t xml:space="preserve">[53:00] </w:t>
      </w:r>
      <w:r>
        <w:t>isse zyada badi chaurai karni hai.</w:t>
      </w:r>
    </w:p>
    <w:p>
      <w:pPr>
        <w:jc w:val="right"/>
      </w:pPr>
      <w:r>
        <w:t>اسسےزیادہ بڑیچوڑائیکرنیہے۔</w:t>
      </w:r>
    </w:p>
    <w:p>
      <w:r>
        <w:rPr>
          <w:b/>
        </w:rPr>
        <w:t xml:space="preserve">[53:05] </w:t>
      </w:r>
      <w:r>
        <w:t>yeh physical chaurai thi. Physical chaurai bahut chhoti chaurai hoti hai. Aur jo psychological chaurai hoti hai, jo ideological chaurai hoti hai, usse zyada sakht hai, usse zyada badi hai.</w:t>
      </w:r>
    </w:p>
    <w:p>
      <w:pPr>
        <w:jc w:val="right"/>
      </w:pPr>
      <w:r>
        <w:t>یہفزیکلچوڑائیتھی۔فزیکلچوڑائیبہتچھوٹی چوڑائیہوتیہے۔ اور جوسائیکلوجیکلچوڑائیہوتیہے،جوآئیڈیالوجیکلچوڑائیہوتیہے،اسسےزیادہ سختہے، اسسےزیادہ بڑیہے۔</w:t>
      </w:r>
    </w:p>
    <w:p>
      <w:r>
        <w:rPr>
          <w:b/>
        </w:rPr>
        <w:t xml:space="preserve">[53:24] </w:t>
      </w:r>
      <w:r>
        <w:t>mein ek misaal doon. Ek sahabi the,</w:t>
      </w:r>
    </w:p>
    <w:p>
      <w:pPr>
        <w:jc w:val="right"/>
      </w:pPr>
      <w:r>
        <w:t>میںایکمثالدوں۔ ایک صحابی تھے،</w:t>
      </w:r>
    </w:p>
    <w:p>
      <w:r>
        <w:rPr>
          <w:b/>
        </w:rPr>
        <w:t xml:space="preserve">[53:33] </w:t>
      </w:r>
      <w:r>
        <w:t>ek sahabi the, unke saamne pani laya gaya. To pani piya unhone.</w:t>
      </w:r>
    </w:p>
    <w:p>
      <w:pPr>
        <w:jc w:val="right"/>
      </w:pPr>
      <w:r>
        <w:t>ایک صحابی تھے،انکےسامنے پانیلایاگیا۔ توپانی پیاانہوںنے۔</w:t>
      </w:r>
    </w:p>
    <w:p>
      <w:r>
        <w:rPr>
          <w:b/>
        </w:rPr>
        <w:t xml:space="preserve">[53:41] </w:t>
      </w:r>
      <w:r>
        <w:t>tuvahon ne pani ke bare mein kaha ke wajab alaih al-shukr yaani yeh pani jo hum ne piya, pait mein gaya aur aur woh abzar hua aur phir nikal gaya.</w:t>
      </w:r>
    </w:p>
    <w:p>
      <w:pPr>
        <w:jc w:val="right"/>
      </w:pPr>
      <w:r>
        <w:t>توانہوںنےپانیکےبارےمیںکہا کہ وجب علیہالشکر یعنییہپانیجوہمنےپیا، پیٹمیںگیا اور اوروہ ابزاربہوا اور پھرنکلگیا۔</w:t>
      </w:r>
    </w:p>
    <w:p>
      <w:r>
        <w:rPr>
          <w:b/>
        </w:rPr>
        <w:t xml:space="preserve">[53:56] </w:t>
      </w:r>
      <w:r>
        <w:t>is par bhi shukr wajib hai.</w:t>
      </w:r>
    </w:p>
    <w:p>
      <w:pPr>
        <w:jc w:val="right"/>
      </w:pPr>
      <w:r>
        <w:t>اسپربھیشکرواجبہے۔</w:t>
      </w:r>
    </w:p>
    <w:p>
      <w:r>
        <w:rPr>
          <w:b/>
        </w:rPr>
        <w:t xml:space="preserve">[54:01] </w:t>
      </w:r>
      <w:r>
        <w:t>yaani pani jo hai, yeh log samajhte hain ke pani kya hai? glass pani hai, piliye.</w:t>
      </w:r>
    </w:p>
    <w:p>
      <w:pPr>
        <w:jc w:val="right"/>
      </w:pPr>
      <w:r>
        <w:t>یعنیپانیجوہے،یہ لوگسمجھتےہیںکہپانیکیاہے؟گلاسپانیہے،پیلیے۔</w:t>
      </w:r>
    </w:p>
    <w:p>
      <w:r>
        <w:rPr>
          <w:b/>
        </w:rPr>
        <w:t xml:space="preserve">[54:07] </w:t>
      </w:r>
      <w:r>
        <w:t>hadees mein isi liye hai ke agar tum pani pilo, ek hi saans mein pijao to is ko mana kiya gaya hai. aap pani lein aur ek saans mein jaldi jaldi pijayein, is ko hadees mein mana kiya gaya hai.</w:t>
      </w:r>
    </w:p>
    <w:p>
      <w:pPr>
        <w:jc w:val="right"/>
      </w:pPr>
      <w:r>
        <w:t>حدیثمیںاسیلیےہےکہاگرتمپانیپیلو، ایکہیسانسمیںپیجاؤ تواسکومنعکیاگیاہے۔ آپپانیلیں اور ایک سانسمیں جلدیجلدیپیجائیں، اسکوحدیثمیںمنعکیاگیاہے۔</w:t>
      </w:r>
    </w:p>
    <w:p>
      <w:r>
        <w:rPr>
          <w:b/>
        </w:rPr>
        <w:t xml:space="preserve">[54:20] </w:t>
      </w:r>
      <w:r>
        <w:t>to log samajhte hain ke is ko form ke aitbar se lete hain ke teen bar karke piyo. samajhte hain ke agar teen bar karke piya to sawab mil gaya, nahin to nahin milega.</w:t>
      </w:r>
    </w:p>
    <w:p>
      <w:pPr>
        <w:jc w:val="right"/>
      </w:pPr>
      <w:r>
        <w:t>تولوگسمجھتےہیںکہ اسکو فارمکےاعتبارسےلیتےہیں کہ تینبار کرکےپیو۔ سمجھتےہیںکہاگرتینبارکرکےپیا تو ثوابملگیا، نہیںتونہیںملےگا۔</w:t>
      </w:r>
    </w:p>
    <w:p>
      <w:r>
        <w:rPr>
          <w:b/>
        </w:rPr>
        <w:t xml:space="preserve">[54:30] </w:t>
      </w:r>
      <w:r>
        <w:t>yeh andha pan hai. yeh is ka matlab kya hai?</w:t>
      </w:r>
    </w:p>
    <w:p>
      <w:pPr>
        <w:jc w:val="right"/>
      </w:pPr>
      <w:r>
        <w:t>یہاندھاپنہے۔یہ اسکامطلبکیا ہے؟</w:t>
      </w:r>
    </w:p>
    <w:p>
      <w:r>
        <w:rPr>
          <w:b/>
        </w:rPr>
        <w:t xml:space="preserve">[54:35] </w:t>
      </w:r>
      <w:r>
        <w:t>pani uthaya, aap jaldi jaldi pi gaye to is pani ka aap ne kuch socha nahin is ke bare mein ke pani kya cheez hai. ek hai pani ko soch kar peena, ek hai bila soch samajh pijana. wajh se ke aap sochenge to aap sochenge to kya sochenge ke 15 billion saal pehle yeh kainat bani,</w:t>
      </w:r>
    </w:p>
    <w:p>
      <w:pPr>
        <w:jc w:val="right"/>
      </w:pPr>
      <w:r>
        <w:t>پانی اٹھایا،آپ جلدیجلدیپیگئےتواسپانیکاآپ نے کچھسوچانہیںاسکےبارےمیںکہپانیکیاچیزہے۔ ایکہےپانیکو سوچکرپینا، ایکہےبلاسوچسمجھےپیجانا۔وجہ سے کہآپسوچیںگےتوآپسوچیںگےتوکیاسوچیںگے کہ 15 بل ین سال پہلے یہکائناتبنی،</w:t>
      </w:r>
    </w:p>
    <w:p>
      <w:r>
        <w:rPr>
          <w:b/>
        </w:rPr>
        <w:t xml:space="preserve">[54:55] </w:t>
      </w:r>
      <w:r>
        <w:t>woh sab aag hi aag thi, har taraf har aag, har taraf aag, har taraf aag. saare star jo the, woh sab aag the.</w:t>
      </w:r>
    </w:p>
    <w:p>
      <w:pPr>
        <w:jc w:val="right"/>
      </w:pPr>
      <w:r>
        <w:t>وہسبآگہیآگتھی،ہرطرفہرآگ،ہرطرف آگ،ہرطرف آگ۔ سارےسٹارجوتھے،وہسبآگتھے۔</w:t>
      </w:r>
    </w:p>
    <w:p>
      <w:r>
        <w:rPr>
          <w:b/>
        </w:rPr>
        <w:t xml:space="preserve">[55:03] </w:t>
      </w:r>
      <w:r>
        <w:t>phir kuch planet bane jo chattan the, pahaar jaise, wahan pani nahin tha. phir Khuda ne do gaison ko milakar pani banaya aur samundaron mein jama kiya.</w:t>
      </w:r>
    </w:p>
    <w:p>
      <w:pPr>
        <w:jc w:val="right"/>
      </w:pPr>
      <w:r>
        <w:t>پھرکچھپلینٹبنے جو چٹانتھے،پہاڑجیسے، وہاںپانینہیںتھا۔ پھرخدانے دو گیسوںکوملاکرپانیبنایا اورسم ندروںمیںاکٹھاکیا۔</w:t>
      </w:r>
    </w:p>
    <w:p>
      <w:r>
        <w:rPr>
          <w:b/>
        </w:rPr>
        <w:t xml:space="preserve">[55:17] </w:t>
      </w:r>
      <w:r>
        <w:t>is ko pani ka anbaar lag gaya. sab se zyada pani aap jante hain, yeh zameen par hai. phir pani se sabza nikla, pani se zindagi bani, pani se insan bana.</w:t>
      </w:r>
    </w:p>
    <w:p>
      <w:pPr>
        <w:jc w:val="right"/>
      </w:pPr>
      <w:r>
        <w:t>اسکوپانیکا انبارلگگیا۔ سبسےزیادہ پانیآپجانتےہیں،یہزمین پرہے۔ پھر پانیسے سبزہنکلا،پانیسے زندگیاںبنی،پانیسےانسان بنا۔</w:t>
      </w:r>
    </w:p>
    <w:p>
      <w:r>
        <w:rPr>
          <w:b/>
        </w:rPr>
        <w:t xml:space="preserve">[55:28] </w:t>
      </w:r>
      <w:r>
        <w:t>hamare wajood ka 80 feesad hissa pani hai.</w:t>
      </w:r>
    </w:p>
    <w:p>
      <w:pPr>
        <w:jc w:val="right"/>
      </w:pPr>
      <w:r>
        <w:t>ہمارےوجود کا موردین80فیصدحصہپانیہے۔</w:t>
      </w:r>
    </w:p>
    <w:p>
      <w:r>
        <w:rPr>
          <w:b/>
        </w:rPr>
        <w:t xml:space="preserve">[55:36] </w:t>
      </w:r>
      <w:r>
        <w:t>to yeh ek bohat hi pehle science baat aati hai ke sab se pehle big bang hua. big bang hua to universe bani, phir little bang hua. little bang hua to solar system bana, phir ek aur bang hua jis mein ke zameen bani aur yeh sab pani bana, yeh sab cheezein bani.</w:t>
      </w:r>
    </w:p>
    <w:p>
      <w:pPr>
        <w:jc w:val="right"/>
      </w:pPr>
      <w:r>
        <w:t>تو یہایک بہت ہی پہلے سائنسبت اتیہےکہسبسےپہلے بگبینگہوا۔ بگبینگ ہواتویونیورس بنی، پھرلٹلبینگہوا۔لٹلبینگہواتوسولرسسٹمبنا، پھرایکاور بینگہوا جسمیںکہزمین بنی اوریہسبپانیبنا،یہسبچیزیںبنیں۔</w:t>
      </w:r>
    </w:p>
    <w:p>
      <w:r>
        <w:rPr>
          <w:b/>
        </w:rPr>
        <w:t xml:space="preserve">[55:54] </w:t>
      </w:r>
      <w:r>
        <w:t>aap sochen ke jab aap yeh ghore karein ke kaisa ajeeb hai woh Khuda, us ki blessing kitni bari hai. us ki blessing 15 billion saal se woh mere liye sab kuch kar raha hai.</w:t>
      </w:r>
    </w:p>
    <w:p>
      <w:pPr>
        <w:jc w:val="right"/>
      </w:pPr>
      <w:r>
        <w:t>آپسوچیںکہجبآپیہغورکریں کہ کیساعجیبہےوہخدا، اسکی بلیسنگکتنیبڑیہے۔اسکیبلیسنگ 15 بل ینسال سےوہمیرےلیےسبکچھکررہاہے۔</w:t>
      </w:r>
    </w:p>
    <w:p>
      <w:r>
        <w:rPr>
          <w:b/>
        </w:rPr>
        <w:t xml:space="preserve">[56:07] </w:t>
      </w:r>
      <w:r>
        <w:t>15 billion saal se mere liye sab kuch kar raha hai. woh apni blessing ka samundar baha raha hai. khud to kya aap aisa kar sakte hain ke bas hath utha kar jaldi jaldi pijayein?</w:t>
      </w:r>
    </w:p>
    <w:p>
      <w:pPr>
        <w:jc w:val="right"/>
      </w:pPr>
      <w:r>
        <w:t>15 بل ینسالسےمیرےلیےسبکچھکررہاہے۔وہ اپنی بلیسنگکاسمندربہارہاہے۔خود توکیاآپایساکرسکتےہیںکہبساٹھاجلدیجلدیپیجائیں؟</w:t>
      </w:r>
    </w:p>
    <w:p>
      <w:r>
        <w:rPr>
          <w:b/>
        </w:rPr>
        <w:t xml:space="preserve">[56:18] </w:t>
      </w:r>
      <w:r>
        <w:t>aap ruk ruk kar piyenge, soch soch kar piyenge. ek taraf aaney hoga, doosri aankhon mein aankhein aansu honge.</w:t>
      </w:r>
    </w:p>
    <w:p>
      <w:pPr>
        <w:jc w:val="right"/>
      </w:pPr>
      <w:r>
        <w:t>آپ رکرککرپیئیںگے،سوچسوچکرپیئیںگے۔ ایکطرف آنےہوگا،دوسریآنکھوںمیںآنکھیںآنسوہوںگے۔</w:t>
      </w:r>
    </w:p>
    <w:p>
      <w:r>
        <w:rPr>
          <w:b/>
        </w:rPr>
        <w:t xml:space="preserve">[56:31] </w:t>
      </w:r>
      <w:r>
        <w:t>wahan aansu acknowledge karne ke aansu honge,</w:t>
      </w:r>
    </w:p>
    <w:p>
      <w:pPr>
        <w:jc w:val="right"/>
      </w:pPr>
      <w:r>
        <w:t>وہاںآنسو اکنالجکرنےکےآنسوہوںگے،</w:t>
      </w:r>
    </w:p>
    <w:p>
      <w:r>
        <w:rPr>
          <w:b/>
        </w:rPr>
        <w:t xml:space="preserve">[56:36] </w:t>
      </w:r>
      <w:r>
        <w:t>acknowledge karne ke aansu honge.</w:t>
      </w:r>
    </w:p>
    <w:p>
      <w:pPr>
        <w:jc w:val="right"/>
      </w:pPr>
      <w:r>
        <w:t>اکنالجکرنےکےآنسوہوںگے۔</w:t>
      </w:r>
    </w:p>
    <w:p>
      <w:r>
        <w:rPr>
          <w:b/>
        </w:rPr>
        <w:t xml:space="preserve">[56:41] </w:t>
      </w:r>
      <w:r>
        <w:t>to unhon ne kaha ke wajab alaih al-shukr. yaani ek ek glass pani par bhi shukr wajib ho gaya. kya ma'ne mein? is ma'ne mein ke aap is poori baat ko daryaft kar sakein, is poore process ko discover kar sakein.</w:t>
      </w:r>
    </w:p>
    <w:p>
      <w:pPr>
        <w:jc w:val="right"/>
      </w:pPr>
      <w:r>
        <w:t>توانہوںنےکہاکہوجہ بالا ہےشکر۔یعنیایک ایک گلاسپانیپربھی شکرواجبہوگیا۔ کسمعنیمیں؟اسیمعنیمیںکہآپ اس پوری باتکودریا فت کرسکیں، اس پورے پراسیسکوڈسکورکرسکیں۔</w:t>
      </w:r>
    </w:p>
    <w:p>
      <w:r>
        <w:rPr>
          <w:b/>
        </w:rPr>
        <w:t xml:space="preserve">[56:53] </w:t>
      </w:r>
      <w:r>
        <w:t>ek lamba process hai jis ka naam pani hai.</w:t>
      </w:r>
    </w:p>
    <w:p>
      <w:pPr>
        <w:jc w:val="right"/>
      </w:pPr>
      <w:r>
        <w:t>ایکلمباپراسیسہےجسکانامپانیہے۔</w:t>
      </w:r>
    </w:p>
    <w:p>
      <w:r>
        <w:rPr>
          <w:b/>
        </w:rPr>
        <w:t xml:space="preserve">[57:00] </w:t>
      </w:r>
      <w:r>
        <w:t>phir aap dekhen ke Khuda ne jo pani banaya, samundaron mein bhar diya. is pani ko samundar kya hai? reservoir hain pani ke.</w:t>
      </w:r>
    </w:p>
    <w:p>
      <w:pPr>
        <w:jc w:val="right"/>
      </w:pPr>
      <w:r>
        <w:t>پھرآپدیکھیںکہخدانےجوپانی بنایا، سمندروںمیں بھردیا۔اسپانیکو سم ندرکیاہے؟ریزروائرہیںپانیکے۔</w:t>
      </w:r>
    </w:p>
    <w:p>
      <w:r>
        <w:rPr>
          <w:b/>
        </w:rPr>
        <w:t xml:space="preserve">[57:09] </w:t>
      </w:r>
      <w:r>
        <w:t>phir is mein Khuda ne salt mila diya, preservative ke taur par. to salt ki wajah se woh aap ke istemal karne qabil nahin hai. 10 feesad salt jo hota hai samundaron mein, itna khara hota hai ke aap pi nahin sakte is ko.</w:t>
      </w:r>
    </w:p>
    <w:p>
      <w:pPr>
        <w:jc w:val="right"/>
      </w:pPr>
      <w:r>
        <w:t>پھراسمیںخدانے سالٹملادیا، پریزروی ٹیوکےطورپر۔ تو سالٹکیوجہسےوہآپکےاستعمال کرنے قابلنہیںہے۔ 10فیصد سالٹجوہوتاہے سمندروںمیں، اتناکھاریہوتاہےکہآپپینہیںسکتےاسکو ۔</w:t>
      </w:r>
    </w:p>
    <w:p>
      <w:r>
        <w:rPr>
          <w:b/>
        </w:rPr>
        <w:t xml:space="preserve">[57:25] </w:t>
      </w:r>
      <w:r>
        <w:t>phir Khuda ne barish ka nizam banaya.</w:t>
      </w:r>
    </w:p>
    <w:p>
      <w:pPr>
        <w:jc w:val="right"/>
      </w:pPr>
      <w:r>
        <w:t>پھرخدانےبارشکانظامبنایا۔</w:t>
      </w:r>
    </w:p>
    <w:p>
      <w:r>
        <w:rPr>
          <w:b/>
        </w:rPr>
        <w:t xml:space="preserve">[57:27] </w:t>
      </w:r>
      <w:r>
        <w:t>yahan se suraj ki garmi se bhap nikalti hai, bhap oopar jati hai. woh hai desalination. hota hai ek bohat bara desil, yaani universal nizam hai desalination ka.</w:t>
      </w:r>
    </w:p>
    <w:p>
      <w:pPr>
        <w:jc w:val="right"/>
      </w:pPr>
      <w:r>
        <w:t>یہاںسے سورجکیگرمیسے بھاپنکلتیہے،بھاپاوپرجاتیہے۔ وہہے ڈیسیلینیشن۔ہوتاہے ایکبہت بڑاڈی سیل،یعنییونیور سل نظامہےڈیسیلینیشنکا ۔</w:t>
      </w:r>
    </w:p>
    <w:p>
      <w:r>
        <w:rPr>
          <w:b/>
        </w:rPr>
        <w:t xml:space="preserve">[57:45] </w:t>
      </w:r>
      <w:r>
        <w:t>phir woh dobara pani barasta hai, fresh water alag ho jata hai. namak kyun ke namak hi wazan hai, to woh neeche reh gaya.</w:t>
      </w:r>
    </w:p>
    <w:p>
      <w:pPr>
        <w:jc w:val="right"/>
      </w:pPr>
      <w:r>
        <w:t>پھروہدوبارہپانیبرستاہے، فریشواٹر الگہوجاتا ہے۔ نمک کیونکہنمکہیویہے، تووہنیچےرہگیا۔</w:t>
      </w:r>
    </w:p>
    <w:p>
      <w:r>
        <w:rPr>
          <w:b/>
        </w:rPr>
        <w:t xml:space="preserve">[57:56] </w:t>
      </w:r>
      <w:r>
        <w:t>namak ke baghair pani light hai, to oopar chala gaya. aap sochen, yeh sab baat sochen. aap to aap kai bar to aap pani pi nahin payenge, uthayenge aur pi nahin payenge.</w:t>
      </w:r>
    </w:p>
    <w:p>
      <w:pPr>
        <w:jc w:val="right"/>
      </w:pPr>
      <w:r>
        <w:t>نمککےبغیرپانیلائٹہے،تواوپرچلاگیا۔ آپ سوچیں،یہسب باتسوچیں۔ آپتوآپ کئیبار توآپپانیپینہیںپائیںگے، اٹھائیںگےاورپینہیںپائیںگے۔</w:t>
      </w:r>
    </w:p>
    <w:p>
      <w:r>
        <w:rPr>
          <w:b/>
        </w:rPr>
        <w:t xml:space="preserve">[58:07] </w:t>
      </w:r>
      <w:r>
        <w:t>mere saath ba qaaida aise hota hai. paani uthata hoon, pyaas lagi hui hai, lekin itna ajeeb ehsaas hota hai, ek trebble ehsaas, trebble ke paani rakh deta hoon ke maine price to dein nahin paani ki.</w:t>
      </w:r>
    </w:p>
    <w:p>
      <w:pPr>
        <w:jc w:val="right"/>
      </w:pPr>
      <w:r>
        <w:t>میرےساتھ با قاعدہایسےہوتاہے۔ پانیاٹھاتاہوں،پیاسلگیہوئیہے، لیکن اتنا عجیب احساسہوتاہے، ایکٹریبلاحساس،ٹریبل کہپانیرکھدیتاہوں کہمیںنےپرائستودینہیںپانیکی۔</w:t>
      </w:r>
    </w:p>
    <w:p>
      <w:r>
        <w:rPr>
          <w:b/>
        </w:rPr>
        <w:t xml:space="preserve">[58:23] </w:t>
      </w:r>
      <w:r>
        <w:t>ek trebble qism ka ehsaas jo poori hasti ko bilkul hila deta hai.</w:t>
      </w:r>
    </w:p>
    <w:p>
      <w:pPr>
        <w:jc w:val="right"/>
      </w:pPr>
      <w:r>
        <w:t>ایکٹریبل قسم کا احساس جوپوریہستیکوبالکل ہلادیتاہے۔</w:t>
      </w:r>
    </w:p>
    <w:p>
      <w:r>
        <w:rPr>
          <w:b/>
        </w:rPr>
        <w:t xml:space="preserve">[58:36] </w:t>
      </w:r>
      <w:r>
        <w:t>to Khuda ki discovery jannat ki qeemat hai. Khuda ki discovery, Khuda ki discovery woh hai, iske liye aapko uqba par charhna hai, intellectual uqba.</w:t>
      </w:r>
    </w:p>
    <w:p>
      <w:pPr>
        <w:jc w:val="right"/>
      </w:pPr>
      <w:r>
        <w:t>توخداکیڈسکوری جنتکیقیمتہے۔خداکیڈسکوری، خداکیڈسکوریجوہے، اسکےلیےآپکو عقبہپرچڑھناہے، انٹلیکچولعقبہ۔</w:t>
      </w:r>
    </w:p>
    <w:p>
      <w:r>
        <w:rPr>
          <w:b/>
        </w:rPr>
        <w:t xml:space="preserve">[58:51] </w:t>
      </w:r>
      <w:r>
        <w:t>tab jaakar Khuda milega, tab jaakar jannat milegi, tab Khuda ka jannat ka process. tab jaakar is qabil aap honge ke aap Khuda ke pride banein aur Khuda apni jannat mein aapko dakhil kare.</w:t>
      </w:r>
    </w:p>
    <w:p>
      <w:pPr>
        <w:jc w:val="right"/>
      </w:pPr>
      <w:r>
        <w:t>تبجاکرخداملےگا،تبجاکرجنتملےگی، تبخداکاجنتکاپروس۔ تبجاکراسقابلآپہوںگےکہ آپ خداکےپرائیڈبنیں اورخدااپنی جنتمیںآپکو داخلکرے۔</w:t>
      </w:r>
    </w:p>
    <w:p>
      <w:r>
        <w:rPr>
          <w:b/>
        </w:rPr>
        <w:t xml:space="preserve">[59:02] </w:t>
      </w:r>
      <w:r>
        <w:t>aqool qawli haza wastaghfirullaha li wal kafa'a jame'een</w:t>
      </w:r>
    </w:p>
    <w:p>
      <w:pPr>
        <w:jc w:val="right"/>
      </w:pPr>
      <w:r>
        <w:t>اقول قولیھذا واستغفر اللہ لول کماجمعین</w:t>
      </w:r>
    </w:p>
    <w:p>
      <w:r>
        <w:rPr>
          <w:b/>
        </w:rPr>
        <w:t xml:space="preserve">[59:22] </w:t>
      </w:r>
      <w:r>
        <w:t>This question is from Dr. Naseem Siddiqui. A Muslim is very pious, but he has done some sins.</w:t>
      </w:r>
    </w:p>
    <w:p>
      <w:pPr>
        <w:jc w:val="right"/>
      </w:pPr>
      <w:r>
        <w:t>This questionis from Dr. Naseem Siddiqui. AMuslim is very pious, but he has done some sins.</w:t>
      </w:r>
    </w:p>
    <w:p>
      <w:r>
        <w:rPr>
          <w:b/>
        </w:rPr>
        <w:t xml:space="preserve">[59:32] </w:t>
      </w:r>
      <w:r>
        <w:t>Will he go to hell first for some time and then to paradise? Kindly explain.</w:t>
      </w:r>
    </w:p>
    <w:p>
      <w:pPr>
        <w:jc w:val="right"/>
      </w:pPr>
      <w:r>
        <w:t>Will hegoto hellfirst for some time andthen topar adise ?Kindlyexplain.</w:t>
      </w:r>
    </w:p>
    <w:p>
      <w:r>
        <w:rPr>
          <w:b/>
        </w:rPr>
        <w:t xml:space="preserve">[59:40] </w:t>
      </w:r>
      <w:r>
        <w:t>dekhein,</w:t>
      </w:r>
    </w:p>
    <w:p>
      <w:pPr>
        <w:jc w:val="right"/>
      </w:pPr>
      <w:r>
        <w:t>دیکھیں،</w:t>
      </w:r>
    </w:p>
    <w:p>
      <w:r>
        <w:rPr>
          <w:b/>
        </w:rPr>
        <w:t xml:space="preserve">[59:48] </w:t>
      </w:r>
      <w:r>
        <w:t>paradise mein jaane ka jo maamla hai, woh isse nahin ke koi Musalman paida hoga. Musalman ghar mein log samajhte hain ke Musalman ghar mein paida hoga toh bas woh paradise ke liye likha hua hai.</w:t>
      </w:r>
    </w:p>
    <w:p>
      <w:pPr>
        <w:jc w:val="right"/>
      </w:pPr>
      <w:r>
        <w:t>پارادائزمیںجانےکا جومعاملہہے،وہاسسےنہیںکہکوئیمسلمانپیدا ہوگا۔مسلمانگھرمیں لوگسمجھتےہیںکہمسلمانگھرمیںپیداہوگاتوبسوہ پارادائزکیلکھیہوئیہے۔</w:t>
      </w:r>
    </w:p>
    <w:p>
      <w:r>
        <w:rPr>
          <w:b/>
        </w:rPr>
        <w:t xml:space="preserve">[59:58] </w:t>
      </w:r>
      <w:r>
        <w:t>is tarah toh galat baat nahin ho sakti hai.</w:t>
      </w:r>
    </w:p>
    <w:p>
      <w:pPr>
        <w:jc w:val="right"/>
      </w:pPr>
      <w:r>
        <w:t>اسطرحتوغلطباتکوئینہیںہوسکتیہے۔</w:t>
      </w:r>
    </w:p>
    <w:p>
      <w:r>
        <w:rPr>
          <w:b/>
        </w:rPr>
        <w:t xml:space="preserve">[1:00:03] </w:t>
      </w:r>
      <w:r>
        <w:t>har aadmi ke liye ek hi criteria hai ke Khuda ki discovery usko ho, Khuda ko woh realize kare jisko imaan kaha gaya hai.</w:t>
      </w:r>
    </w:p>
    <w:p>
      <w:pPr>
        <w:jc w:val="right"/>
      </w:pPr>
      <w:r>
        <w:t>ہرآدمیکےلیے ایکہی کرائٹیریاہے کہخداکی ڈسکوریاسکوہو،خداکووہ ریلائزکرےجسکوایمانکہاگیاہے۔</w:t>
      </w:r>
    </w:p>
    <w:p>
      <w:r>
        <w:rPr>
          <w:b/>
        </w:rPr>
        <w:t xml:space="preserve">[1:00:16] </w:t>
      </w:r>
      <w:r>
        <w:t>phir woh Islam par amal kare, jo taleem uski hain, jitna uske bas mein hai. phir jahan tak gunaah ki baat hai, toh gunaah ke liye toba hai.</w:t>
      </w:r>
    </w:p>
    <w:p>
      <w:pPr>
        <w:jc w:val="right"/>
      </w:pPr>
      <w:r>
        <w:t>پھروہ اسلام پرعمل کرے،جوتعلیم اتاسکیہیں، جتنااسکےبسمیںہے۔ پھرجہاںتکگناہکیباتہے،توگناہ کےلیے توبہہے۔</w:t>
      </w:r>
    </w:p>
    <w:p>
      <w:r>
        <w:rPr>
          <w:b/>
        </w:rPr>
        <w:t xml:space="preserve">[1:00:29] </w:t>
      </w:r>
      <w:r>
        <w:t>toba se har ek ke gunaah maaf ho jaati hai.</w:t>
      </w:r>
    </w:p>
    <w:p>
      <w:pPr>
        <w:jc w:val="right"/>
      </w:pPr>
      <w:r>
        <w:t>توبہسے ہرایککیگناہمعافہوجاتیہے۔</w:t>
      </w:r>
    </w:p>
    <w:p>
      <w:r>
        <w:rPr>
          <w:b/>
        </w:rPr>
        <w:t xml:space="preserve">[1:00:35] </w:t>
      </w:r>
      <w:r>
        <w:t>toh agar usne toba kiya hai toh zahir hai ke Allah Ta'ala uski toba qabool kar lega. lekin toba ka matlab sirf sunna nahin hai. toba woh hai, uski haqeeqat repentance, yaani bahut zyada sharmindagi, bahut zyada nadamat.</w:t>
      </w:r>
    </w:p>
    <w:p>
      <w:pPr>
        <w:jc w:val="right"/>
      </w:pPr>
      <w:r>
        <w:t>تواگر اسنےتوبہکیاہے توظاہرہےکہاللہتعالیاسکیتوبہقبولکرلےگا۔ لیکن توبہکامطلب ل فظسروسنہیںہے۔ توبہجوہے، اسکی حقیقتہےریپنٹنس ،یعنیبہتزیادہ شرمندگی،بہت زیادہ ندامت۔</w:t>
      </w:r>
    </w:p>
    <w:p>
      <w:r>
        <w:rPr>
          <w:b/>
        </w:rPr>
        <w:t xml:space="preserve">[1:00:53] </w:t>
      </w:r>
      <w:r>
        <w:t>yeh soch aadmi ke do pehron mein kya paagalpan kar diya, kya hamakat kar di. toh toba woh hai, woh aadmi ki hadees mein aata hai ke al tobatul nadam ke toba ki harkat nadamah hai.</w:t>
      </w:r>
    </w:p>
    <w:p>
      <w:pPr>
        <w:jc w:val="right"/>
      </w:pPr>
      <w:r>
        <w:t>یہ سوچ آدمیکےدوپہرمیں کیا پاگلپنکردیا،کیا حماقتکردی۔ تو توبہجوہے، وہ آدمیکی حدیثمیںآتاہےکہالتوبۃ الندم کہتوبہکیحرکت ندمہے۔</w:t>
      </w:r>
    </w:p>
    <w:p>
      <w:r>
        <w:rPr>
          <w:b/>
        </w:rPr>
        <w:t xml:space="preserve">[1:01:08] </w:t>
      </w:r>
      <w:r>
        <w:t>toba ki harkat yeh nahin ke toba, toba, toba kar de, munh se bol diya. nadam, yaani toba ki harkat jo hai, woh repentance hai, sharmindagi hai, nadamat hai.</w:t>
      </w:r>
    </w:p>
    <w:p>
      <w:pPr>
        <w:jc w:val="right"/>
      </w:pPr>
      <w:r>
        <w:t>توبہکیحرکتیہنہیںکہتوبہ،توبہ،توبہکردے،منہسےبول دیا۔ ندم ،یعنیتوبہکیحرکتجوہے،وہ ریپنٹنسہے، شرمندگیہے، ندامتہے۔</w:t>
      </w:r>
    </w:p>
    <w:p>
      <w:r>
        <w:rPr>
          <w:b/>
        </w:rPr>
        <w:t xml:space="preserve">[1:01:21] </w:t>
      </w:r>
      <w:r>
        <w:t>jab yeh ho toh toba uska dhul jaata hai, uska jo kuch galat hui hai, aur aage na kare woh kaam.</w:t>
      </w:r>
    </w:p>
    <w:p>
      <w:pPr>
        <w:jc w:val="right"/>
      </w:pPr>
      <w:r>
        <w:t>جبیہہو تو توبہ اسکا دھلجاتاہے،اسکاجوکچھ غلطیہوئیہے، اورآگےنہکرےوہکام۔</w:t>
      </w:r>
    </w:p>
    <w:p>
      <w:r>
        <w:rPr>
          <w:b/>
        </w:rPr>
        <w:t xml:space="preserve">[1:01:31] </w:t>
      </w:r>
      <w:r>
        <w:t>toh yeh is baat ko samajh lijiye ke nijaat ka ta'alluq, yaani yeh accident of birth se nahin hai.</w:t>
      </w:r>
    </w:p>
    <w:p>
      <w:pPr>
        <w:jc w:val="right"/>
      </w:pPr>
      <w:r>
        <w:t>تو یہاسباتکوسمجھلیجئےکہ نجاتکاتعلق ،یعنی یہ ایکسیڈنٹآفبرتھسےنہیںہے۔</w:t>
      </w:r>
    </w:p>
    <w:p>
      <w:r>
        <w:rPr>
          <w:b/>
        </w:rPr>
        <w:t xml:space="preserve">[1:01:40] </w:t>
      </w:r>
      <w:r>
        <w:t>iska ta'alluq isse hai ke Islam ki ma'rifat ho aadmi ki, aur usko is par amal kare. aur jab galati ho, gunaah ho toh woh toba kare.</w:t>
      </w:r>
    </w:p>
    <w:p>
      <w:pPr>
        <w:jc w:val="right"/>
      </w:pPr>
      <w:r>
        <w:t>اسکاتعلق اسسےہےکہ اسلام کیمعرفتہوآدمیکی، اوراسکو اسپرعملکرے۔ اور جب غلطیہو،گناہہوتووہتوبہکرے۔</w:t>
      </w:r>
    </w:p>
    <w:p>
      <w:r>
        <w:rPr>
          <w:b/>
        </w:rPr>
        <w:t xml:space="preserve">[1:01:51] </w:t>
      </w:r>
      <w:r>
        <w:t>aur yeh ek process hai jo zindagi mein chalta rehta hai.</w:t>
      </w:r>
    </w:p>
    <w:p>
      <w:pPr>
        <w:jc w:val="right"/>
      </w:pPr>
      <w:r>
        <w:t>اوریہایک پراسیسہےجوزندگی میںچلتارہتاہے۔</w:t>
      </w:r>
    </w:p>
    <w:p>
      <w:r>
        <w:rPr>
          <w:b/>
        </w:rPr>
        <w:t xml:space="preserve">[1:01:57] </w:t>
      </w:r>
      <w:r>
        <w:t>This question is from Miss Shahidah Zaman. I am confused. Some people say Prophet Muhammad was the representative of God, but in Quran everywhere the word messenger has been mentioned.</w:t>
      </w:r>
    </w:p>
    <w:p>
      <w:pPr>
        <w:jc w:val="right"/>
      </w:pPr>
      <w:r>
        <w:t>This questionis from Miss Shahidah Zaman. Iamconf used. Somepeople say Prophet Muhamm ad was the represent ative of God , but in Q uran everyw heretheword messenger has been mentioned.</w:t>
      </w:r>
    </w:p>
    <w:p>
      <w:r>
        <w:rPr>
          <w:b/>
        </w:rPr>
        <w:t xml:space="preserve">[1:02:15] </w:t>
      </w:r>
      <w:r>
        <w:t>Kindly clarify.</w:t>
      </w:r>
    </w:p>
    <w:p>
      <w:pPr>
        <w:jc w:val="right"/>
      </w:pPr>
      <w:r>
        <w:t>Kindlyclarify.</w:t>
      </w:r>
    </w:p>
    <w:p>
      <w:r>
        <w:rPr>
          <w:b/>
        </w:rPr>
        <w:t xml:space="preserve">[1:02:18] </w:t>
      </w:r>
      <w:r>
        <w:t>nahin dekhein, representative woh kehte hain Urdu mein numainda. toh yeh galat baat hai ke Rasool Allah Khuda ke numainda the. Khuda ka numainda koi nahin hota hai.</w:t>
      </w:r>
    </w:p>
    <w:p>
      <w:pPr>
        <w:jc w:val="right"/>
      </w:pPr>
      <w:r>
        <w:t>نہیںدیکھیں، ریپریزنٹیٹیووہکہتےہیںاردومیںنمائندہ۔ تویہغلطباتہےکہرسولاللہخداکےنمائندہتھے۔ خداکانمائندہکوئینہیںہوتاہے۔</w:t>
      </w:r>
    </w:p>
    <w:p>
      <w:r>
        <w:rPr>
          <w:b/>
        </w:rPr>
        <w:t xml:space="preserve">[1:02:30] </w:t>
      </w:r>
      <w:r>
        <w:t>Khuda ke rasool the, rasool ke bare mein messenger. bas jo kehte hain woh unse poochhein ge, tum kahan se nikaalte ho yeh baat? koi hawala do, koi reference do Quran o Hadees mein.</w:t>
      </w:r>
    </w:p>
    <w:p>
      <w:pPr>
        <w:jc w:val="right"/>
      </w:pPr>
      <w:r>
        <w:t>خدا کےرسول تھے،رسولکےبارےمیںمیسنجر ۔بس جوکہتےہیںوہ انسےپوچھیںگے،تمکہاںسےنکالتےہویہبات ؟ کوئیحوالہ دو،کوئیریفرنسدوقرآنوحدیثمیں۔</w:t>
      </w:r>
    </w:p>
    <w:p>
      <w:r>
        <w:rPr>
          <w:b/>
        </w:rPr>
        <w:t xml:space="preserve">[1:02:44] </w:t>
      </w:r>
      <w:r>
        <w:t>toh Allah Ta'ala ka ek tareeqa hai ke apni hidayat ko bhejane ke liye kisi insaan ko chunta hai. woh us par woh apni wahi bhejta hai, aur woh logon ko pahunchata hai.</w:t>
      </w:r>
    </w:p>
    <w:p>
      <w:pPr>
        <w:jc w:val="right"/>
      </w:pPr>
      <w:r>
        <w:t>تو اللہ تعالی کاایکطریقہہےکہ اپنیہدایت کو بھیجنےکےلیے کسی انسانکوچنتاہے۔وہ اسپر وہ اپنی وحیبھیجتاہے، اور وہ لوگوںکوپہنچاتاہے۔</w:t>
      </w:r>
    </w:p>
    <w:p>
      <w:r>
        <w:rPr>
          <w:b/>
        </w:rPr>
        <w:t xml:space="preserve">[1:03:03] </w:t>
      </w:r>
      <w:r>
        <w:t>to rasool ka sahih jo kaansiipth hai islaam mein, woh hai ke woh khuda ka messenger hai. khuda ki baat ko jo farishte ke zariye aati hai, usko doosron tak pahunchata hai. bas baqi namainda hai yeh ek jis jo sahaba se kehte hain, unse poochhein ke reference batao uska.</w:t>
      </w:r>
    </w:p>
    <w:p>
      <w:pPr>
        <w:jc w:val="right"/>
      </w:pPr>
      <w:r>
        <w:t>تو رسول کا صحیح جو کانسیپٹہےاسلام میں، وہہے کہوہخداکامیسنجرہے۔ خداکیبات کوجو فرشتےکےذریعےآتیہے،اسکودوسروںتکپہنچاتاہے۔بس باقینمائندہہےیہ ایک جسجو صحابہسےکہتےہیں،انسےپوچھیں کہریفرنسبتاؤاسکا۔</w:t>
      </w:r>
    </w:p>
    <w:p>
      <w:r>
        <w:rPr>
          <w:b/>
        </w:rPr>
        <w:t xml:space="preserve">[1:03:22] </w:t>
      </w:r>
      <w:r>
        <w:t>koi reference aisa nahin unke paas hoga baat aane ke liye. shukriya. This question is from Miss Tuthi.</w:t>
      </w:r>
    </w:p>
    <w:p>
      <w:pPr>
        <w:jc w:val="right"/>
      </w:pPr>
      <w:r>
        <w:t>کوئیریفرنسایسانہیںانکےپاسہوگابت انےکےلیے۔ شکریہ۔ Thisquestionis from Miss Tuthi.</w:t>
      </w:r>
    </w:p>
    <w:p>
      <w:r>
        <w:rPr>
          <w:b/>
        </w:rPr>
        <w:t xml:space="preserve">[1:03:31] </w:t>
      </w:r>
      <w:r>
        <w:t>dekhain, islaam mein jahan tak da'wa work ki baat hai, to aurat mard ka koi farq nahin hai. ek hi kaam hai jo dono ko karna hai, apne apne capacity ke mutabiq. jiski jitni capacity hai,</w:t>
      </w:r>
    </w:p>
    <w:p>
      <w:pPr>
        <w:jc w:val="right"/>
      </w:pPr>
      <w:r>
        <w:t>Inthe context of دعویٰwork ,what rolecan women play in today's modern world ?</w:t>
      </w:r>
    </w:p>
    <w:p>
      <w:r>
        <w:rPr>
          <w:b/>
        </w:rPr>
        <w:t xml:space="preserve">[1:03:40] </w:t>
      </w:r>
      <w:r>
        <w:t>hoti hai uski zim</w:t>
      </w:r>
    </w:p>
    <w:p>
      <w:pPr>
        <w:jc w:val="right"/>
      </w:pPr>
      <w:r>
        <w:t>دیکھیں،اسلام میں جہاںتکدعویٰworkکیباتہے، تو عورتمرد کاکوئیفرقنہیں ہے۔ ایکہیکامہےجو دونوںکوکرناہے، اپنے اپنے کیپیسٹیکےمطابق ۔جسکی جتنیکیپیسٹیہے،</w:t>
      </w:r>
    </w:p>
    <w:p>
      <w:r>
        <w:rPr>
          <w:b/>
        </w:rPr>
        <w:t xml:space="preserve">[1:03:57] </w:t>
      </w:r>
      <w:r>
        <w:t>medari hai. ittaqu Allah ma astata'tum to yeh aadmi khud apne aap, yaani koi aurat ho ya mard, woh khud is par ya apne halaat ko sochkar jaan sakta hai ke mere bas mein kitna da'wa work karna hai.</w:t>
      </w:r>
    </w:p>
    <w:p>
      <w:pPr>
        <w:jc w:val="right"/>
      </w:pPr>
      <w:r>
        <w:t>ہوتیہےاسکیذم</w:t>
      </w:r>
    </w:p>
    <w:p>
      <w:r>
        <w:rPr>
          <w:b/>
        </w:rPr>
        <w:t xml:space="preserve">[1:03:58] </w:t>
      </w:r>
      <w:r>
        <w:t>koi bahar se nahin bata sakta aapko. main isse bhi yeh tay kar sakta hoon ke da'wa work har aadmi ki, har ek shakhs ki zimmedari hai. yeh farz kafaya nahin hai, yeh farz aina hai. yeh jo log isko farz kafaya batate hain, woh bilkul galat kehte hain.</w:t>
      </w:r>
    </w:p>
    <w:p>
      <w:pPr>
        <w:jc w:val="right"/>
      </w:pPr>
      <w:r>
        <w:t>ہداریہے۔ ات قوااللہ مااستطعتم تویہآدمیخود اپنےآپ ،یعنی کوئیعورتہویا مرد،وہخود اسپاس یااپنے حالاتکوسوچکر جانسکتاہےکہ میرےبسمیںکتنادعویٰwork کرناہے۔</w:t>
      </w:r>
    </w:p>
    <w:p>
      <w:r>
        <w:rPr>
          <w:b/>
        </w:rPr>
        <w:t xml:space="preserve">[1:04:20] </w:t>
      </w:r>
      <w:r>
        <w:t>har har aadmi ke jis tarah namaz padhna zimmedari hai, us tarah dawat bhi zimmedari hai iski. baqi yeh hai ke yeh according to da'wa capacity, Quran mein saaf saaf hai ke la yukallifullahu nafsan illa wus'aha jitna bas mein hai, utni hi zimmedari</w:t>
      </w:r>
    </w:p>
    <w:p>
      <w:pPr>
        <w:jc w:val="right"/>
      </w:pPr>
      <w:r>
        <w:t>کوئی باہرسےنہیںبتاسکتاآپکو۔میںاسسےبھییہطےکرسکتاہوںکہدعویٰwork ہرآدمیکی،ہرایکشخص کیذمہداریہے۔ یہفرض کفایہنہیںہے،یہفرضآئینہے۔یہ جولوگاسکوفرضکفایہبتاتےہیں،وہبالکل غلطکہتےہیں۔</w:t>
      </w:r>
    </w:p>
    <w:p>
      <w:r>
        <w:rPr>
          <w:b/>
        </w:rPr>
        <w:t xml:space="preserve">[1:04:35] </w:t>
      </w:r>
      <w:r>
        <w:t>hai. bas mein kitna hai, yeh aadmi khud jaan sakta hai, doosra aadmi nahin bata sakta. to maine ise ek ek formula banaya hai ke ke one mind one mission, one mind to mission.</w:t>
      </w:r>
    </w:p>
    <w:p>
      <w:pPr>
        <w:jc w:val="right"/>
      </w:pPr>
      <w:r>
        <w:t>ہرہرآدمی کےجسطرحنمازپڑھناذمہداریہے، اسطرحدعوتبھیذمہداریہےاسکی۔ باقییہہےکہ یہا کارڈنگ ٹوداکیپیسٹی، قرآنمیںصافصافہےکہ لايكلفالله نفساالا وس ع جتنا بسمیںہے، اتنیہیذمہداری</w:t>
      </w:r>
    </w:p>
    <w:p>
      <w:r>
        <w:rPr>
          <w:b/>
        </w:rPr>
        <w:t xml:space="preserve">[1:04:54] </w:t>
      </w:r>
      <w:r>
        <w:t>ek aadmi woh hai jo apni poori zindagi laga sakta hai, apne aap ko poori tarah se dedicate kar sakta hai, to woh one mind one mission kahlaayega.</w:t>
      </w:r>
    </w:p>
    <w:p>
      <w:pPr>
        <w:jc w:val="right"/>
      </w:pPr>
      <w:r>
        <w:t>ہے۔ بسمیںکتناہے،یہآدمیخود جانسکتاہے، دوسراآدمینہیں بتاسکتا۔ تومیںنے اسے ایک ایک فارمولابنایاہےکہ کہ ون مائنڈونمشن،ون مائنڈٹومشن۔</w:t>
      </w:r>
    </w:p>
    <w:p>
      <w:r>
        <w:rPr>
          <w:b/>
        </w:rPr>
        <w:t xml:space="preserve">[1:05:07] </w:t>
      </w:r>
      <w:r>
        <w:t>aur ek aadmi woh hai ke is tarah apne aap ko dedicate nahin kar sakta,</w:t>
      </w:r>
    </w:p>
    <w:p>
      <w:pPr>
        <w:jc w:val="right"/>
      </w:pPr>
      <w:r>
        <w:t>ایکآدمیوہہے جو اپنی پوریزندگی لگاسکتاہے، اپنے آپکو پوریطریقےسےڈیڈیکیٹکرسکتاہے، تو وہونمائنڈونمشن کہاجائےگا۔</w:t>
      </w:r>
    </w:p>
    <w:p>
      <w:r>
        <w:rPr>
          <w:b/>
        </w:rPr>
        <w:t xml:space="preserve">[1:05:19] </w:t>
      </w:r>
      <w:r>
        <w:t>to 50 feesad woh kare, apna apni zindagi ki jo zimmedariyan hain, usko, aur 50 feesad woh da'wa work kare.</w:t>
      </w:r>
    </w:p>
    <w:p>
      <w:pPr>
        <w:jc w:val="right"/>
      </w:pPr>
      <w:r>
        <w:t>اور ایکآدمیوہہےکہ اسطرح اپنےآپکو ڈیڈیکیٹنہیںکرسکتا،</w:t>
      </w:r>
    </w:p>
    <w:p>
      <w:r>
        <w:rPr>
          <w:b/>
        </w:rPr>
        <w:t xml:space="preserve">[1:05:23] </w:t>
      </w:r>
      <w:r>
        <w:t>meri samajh se yeh hi do sooraten hain. teesri koi soorat mere saath mere paas nahin hai. haan, agar koi shakhs bilkul hi majboor hai, sach poochhiye, kisi wajah se majboor ho gaya hai, to uske liye kya hai? dua karna.</w:t>
      </w:r>
    </w:p>
    <w:p>
      <w:pPr>
        <w:jc w:val="right"/>
      </w:pPr>
      <w:r>
        <w:t>تو 50فیصدوہکرے، اپ نااپنیجوزندگی کیجو ذمہداریاںہیں،اسکو ،اور50فیصد وہدعویٰworkکرے۔</w:t>
      </w:r>
    </w:p>
    <w:p>
      <w:r>
        <w:rPr>
          <w:b/>
        </w:rPr>
        <w:t xml:space="preserve">[1:05:34] </w:t>
      </w:r>
      <w:r>
        <w:t>kisi ke paas dua karna. uske liye us zamane mein da'wa work itna aasan hai ke literature mein sabab aa gayi hai.</w:t>
      </w:r>
    </w:p>
    <w:p>
      <w:pPr>
        <w:jc w:val="right"/>
      </w:pPr>
      <w:r>
        <w:t>میریسمجھسےیہیدو صورت یںہیں۔ تیسریکوئیصورت میرےساتھ میرےپاسنہیںہے۔ ہاں،اگرکوئیشخصبالکلہی مجبورہے،سچپوچھیے، کسی وجہ سےمجبورہوگیاہے، تو اسکےلیےکیاہے؟دعاکرنا۔</w:t>
      </w:r>
    </w:p>
    <w:p>
      <w:r>
        <w:rPr>
          <w:b/>
        </w:rPr>
        <w:t xml:space="preserve">[1:05:50] </w:t>
      </w:r>
      <w:r>
        <w:t>aap literature rakhiye, usko phailaiye. iski zaroorat nahin ke aap speaker hon, aap writer hon. bahut hi aasan hai is zamane mein da'wa work karna.</w:t>
      </w:r>
    </w:p>
    <w:p>
      <w:pPr>
        <w:jc w:val="right"/>
      </w:pPr>
      <w:r>
        <w:t>کسی کےپاس دعاکرنا۔اسکےلیے اسزمانےمیںدعویٰworkاتناآسانہے کہ لٹریچرمیںسبباتآگئیہے۔</w:t>
      </w:r>
    </w:p>
    <w:p>
      <w:r>
        <w:rPr>
          <w:b/>
        </w:rPr>
        <w:t xml:space="preserve">[1:05:59] </w:t>
      </w:r>
      <w:r>
        <w:t>literature rakhiye, aapko do do warq ke bhi hain, leaflet bhi hain, aur pamphlet bhi hai, aur kitaab bhi hai, aur jahan jaisa ho, waisa phailaiye.</w:t>
      </w:r>
    </w:p>
    <w:p>
      <w:pPr>
        <w:jc w:val="right"/>
      </w:pPr>
      <w:r>
        <w:t>آپ لٹریچررکھیےہو،اسکوپھیلائیے۔ اسکیضرورتنہیںکہآپاسپیکرہوں،آپرائٹرہوں۔ بہت ہیآسانہےاسزمانےمیں دعویٰwork کرنا۔</w:t>
      </w:r>
    </w:p>
    <w:p>
      <w:r>
        <w:rPr>
          <w:b/>
        </w:rPr>
        <w:t xml:space="preserve">[1:06:11] </w:t>
      </w:r>
      <w:r>
        <w:t>to kisi ke liye koi excuse nahin raha hai. koi excuse nahin hai. yeh to aadmi one mind one mission bane, ya one mind to mission bane.</w:t>
      </w:r>
    </w:p>
    <w:p>
      <w:pPr>
        <w:jc w:val="right"/>
      </w:pPr>
      <w:r>
        <w:t>لٹریچررکھیے،آپکو دودوورقکےبھیہیں،لیفلیٹبھیہیں، اور پمفلیٹبھیہے، اورکتاب بھیہے، اور جہاںجیساہو،ویساپھیلائیے۔</w:t>
      </w:r>
    </w:p>
    <w:p>
      <w:r>
        <w:rPr>
          <w:b/>
        </w:rPr>
        <w:t xml:space="preserve">[1:06:23] </w:t>
      </w:r>
      <w:r>
        <w:t>This question is from Mr. Nafeez Shiraz</w:t>
      </w:r>
    </w:p>
    <w:p>
      <w:pPr>
        <w:jc w:val="right"/>
      </w:pPr>
      <w:r>
        <w:t>تو کسی کے لیے کوئیایکسکیوزنہیںرہاہے۔ کوئیایکسکیوزنہیںہے۔ یاتوآدمیونمائنڈونمشنبنے، یا ون مائنڈٹومشنبنے۔</w:t>
      </w:r>
    </w:p>
    <w:p>
      <w:r>
        <w:rPr>
          <w:b/>
        </w:rPr>
        <w:t xml:space="preserve">[1:06:36] </w:t>
      </w:r>
      <w:r>
        <w:t>.kya kisi ghair muslim ko "al salam o alaikum" keh sakte hain ya nahin? aur agar koi ghair muslim "al salam o alaikum" kahe to jawab mein "wa alaikum assalam" keh sakte hain ya nahin?</w:t>
      </w:r>
    </w:p>
    <w:p>
      <w:pPr>
        <w:jc w:val="right"/>
      </w:pPr>
      <w:r>
        <w:t>This questionis from Mr. Nafeez Shiraz</w:t>
      </w:r>
    </w:p>
    <w:p>
      <w:r>
        <w:rPr>
          <w:b/>
        </w:rPr>
        <w:t xml:space="preserve">[1:06:40] </w:t>
      </w:r>
      <w:r>
        <w:t>isi tarah kya koi muslim kisi hindu bhai ko namaskar kar sakta hai? aur agar koi hindu bhai namaskar kare to jawab mein namaskar keh sakte hain ya nahin?</w:t>
      </w:r>
    </w:p>
    <w:p>
      <w:pPr>
        <w:jc w:val="right"/>
      </w:pPr>
      <w:r>
        <w:t>.کیا کسی غیر مسلمکو "ال سلام علیکم"کہہسکتےہیں یانہیں ؟ اور اگر کوئی غیر مسلم "ال سلام علیکم"کہے تو جوابمیں"وعلیکم السلام "کہہسکتےہیںیانہیں ؟</w:t>
      </w:r>
    </w:p>
    <w:p>
      <w:r>
        <w:rPr>
          <w:b/>
        </w:rPr>
        <w:t xml:space="preserve">[1:06:54] </w:t>
      </w:r>
      <w:r>
        <w:t>yeh sab bekar ke jhagde hain.</w:t>
      </w:r>
    </w:p>
    <w:p>
      <w:pPr>
        <w:jc w:val="right"/>
      </w:pPr>
      <w:r>
        <w:t>اسیطرح کیا کوئی مسلمان کسی ہندو بھائیکو نمسکار کرسکتاہے ؟ اور اگر کوئی ہندو بھائی نمسکار کرے تو جوابمیں نمسکار کہہسکتےہیں یانہیں ؟</w:t>
      </w:r>
    </w:p>
    <w:p>
      <w:r>
        <w:rPr>
          <w:b/>
        </w:rPr>
        <w:t xml:space="preserve">[1:07:06] </w:t>
      </w:r>
      <w:r>
        <w:t>hamare bashar mein yeh sab kisi ko kiya ahmiyat nahin hai. aap namaskar karein, unko tab bhi theek hai. "assalam o alaikum" kahein, tab bhi theek hai.</w:t>
      </w:r>
    </w:p>
    <w:p>
      <w:pPr>
        <w:jc w:val="right"/>
      </w:pPr>
      <w:r>
        <w:t>یہ سب بیکارکےجھگڑےہیں۔</w:t>
      </w:r>
    </w:p>
    <w:p>
      <w:r>
        <w:rPr>
          <w:b/>
        </w:rPr>
        <w:t xml:space="preserve">[1:07:09] </w:t>
      </w:r>
      <w:r>
        <w:t>yeh sab bekar ke jhagde hain. yeh asal mein yeh hai ke is zamane mein muslim jo hai, woh samajhte hain sabse badi cheez samajh baithe hain "identity". woh bilkul hi "unislamic" hai.</w:t>
      </w:r>
    </w:p>
    <w:p>
      <w:pPr>
        <w:jc w:val="right"/>
      </w:pPr>
      <w:r>
        <w:t>ہمارےبشرمیںیہسب کسی کوہیاہمیت نہیںہے۔ آپ نمسکارکریں،انکوتببھیٹھیکہے۔ "السلامعلیکم"کہیں،تببھیٹھیکہے۔</w:t>
      </w:r>
    </w:p>
    <w:p>
      <w:r>
        <w:rPr>
          <w:b/>
        </w:rPr>
        <w:t xml:space="preserve">[1:07:18] </w:t>
      </w:r>
      <w:r>
        <w:t>What is identity? sabse bada yeh samajhte hain ke meri muslimon ki identity, identity hai jo kehte hain shanakht, pehchan, woh baqi rahe.</w:t>
      </w:r>
    </w:p>
    <w:p>
      <w:pPr>
        <w:jc w:val="right"/>
      </w:pPr>
      <w:r>
        <w:t>یہسب بیکارکےجھگڑےہیں۔ یہاصلمیںیہہےکہاسزمانےمیںمس لمان جوہے، وہ سمجھتےہیںسبسےبڑیچیزسمجھبیٹھےہیں"ident ity"۔ وہبالکلہی "unislamic"ہے۔</w:t>
      </w:r>
    </w:p>
    <w:p>
      <w:r>
        <w:rPr>
          <w:b/>
        </w:rPr>
        <w:t xml:space="preserve">[1:07:29] </w:t>
      </w:r>
      <w:r>
        <w:t>halanke islaam mein kahin hai nahin "identity" ka concept. yeh sabke dimaghon mein chhaya hua hai. apni identity ko maintain karne ke liye yeh sab masle nikle hain.</w:t>
      </w:r>
    </w:p>
    <w:p>
      <w:pPr>
        <w:jc w:val="right"/>
      </w:pPr>
      <w:r>
        <w:t>Whatisident ity? سبسےبڑا یہسمجھتےہیںکہمیری مس لمانوںکیident ity،ident ityہے جو کہتےہیںشنا خت ،پہچان، وہ باقی رہے۔</w:t>
      </w:r>
    </w:p>
    <w:p>
      <w:r>
        <w:rPr>
          <w:b/>
        </w:rPr>
        <w:t xml:space="preserve">[1:07:40] </w:t>
      </w:r>
      <w:r>
        <w:t>halankeh islam mein kahin hai nahin "identity" ka concept . yeh sab ke dimaghon mein chhaya hua hai. apni identity ko maintain karne ke liye yeh sab masle nikle hain.</w:t>
      </w:r>
    </w:p>
    <w:p>
      <w:pPr>
        <w:jc w:val="right"/>
      </w:pPr>
      <w:r>
        <w:t>حالانکہاسلام میںکہیںہےہینہیں" ident ity" کاcon cept ۔ یہ سبکےدماغوںمیںچھایاہواہے۔ اپنیident ityکوmaintainکرنےکےلیےیہسبمسئلےنکلےہیں۔</w:t>
      </w:r>
    </w:p>
    <w:p>
      <w:r>
        <w:rPr>
          <w:b/>
        </w:rPr>
        <w:t xml:space="preserve">[1:07:50] </w:t>
      </w:r>
      <w:r>
        <w:t>yeh sab maslay banawati maslay hain, mere nazdeek. har aadmi insaan hai, hindu bhi insaan hai, aap bhi insaan hain.</w:t>
      </w:r>
    </w:p>
    <w:p>
      <w:pPr>
        <w:jc w:val="right"/>
      </w:pPr>
      <w:r>
        <w:t>یہسب مسئلے بناوٹیمسئلےہیں،میرےنزدیک۔ ہرآدمیانسان ہے، ہندو بھیانسانہے،آپبھیانسانہیں۔</w:t>
      </w:r>
    </w:p>
    <w:p>
      <w:r>
        <w:rPr>
          <w:b/>
        </w:rPr>
        <w:t xml:space="preserve">[1:07:58] </w:t>
      </w:r>
      <w:r>
        <w:t>koi farq nahin hai ke aap namaz kahen ya "assalam o alaikum" kahen, dono mein koi harj nahin hai. bilkul . agar yeh sab jhagron ki wajah se daawa work ruka hua hai.</w:t>
      </w:r>
    </w:p>
    <w:p>
      <w:pPr>
        <w:jc w:val="right"/>
      </w:pPr>
      <w:r>
        <w:t>کوئیفرقنہیںہے کہآپ نمس کار کہیںیا"السلامعلیکم"کہیں،دونوںمیںکوئیحرجنہیںہے۔بالکل ۔اگر یہیسب جھگڑوںکیوجہ سےدعویٰworkرکاہواہے۔</w:t>
      </w:r>
    </w:p>
    <w:p>
      <w:r>
        <w:rPr>
          <w:b/>
        </w:rPr>
        <w:t xml:space="preserve">[1:08:11] </w:t>
      </w:r>
      <w:r>
        <w:t>aap insaan se mohabbat karna nahin jaante. insaanon ko , yaani ghair samjhe hue baithe hain. aksar log ghair ke lafz istemaal karte hain.</w:t>
      </w:r>
    </w:p>
    <w:p>
      <w:pPr>
        <w:jc w:val="right"/>
      </w:pPr>
      <w:r>
        <w:t>آپ انسانسے محبتکرنانہیںجانتے۔ انسانوںکو ،یعنی غیر سمجھےہوئےبیٹھےہیں۔ اکثرلوگغیر کے لفظاستعمالکرتے ہیں۔</w:t>
      </w:r>
    </w:p>
    <w:p>
      <w:r>
        <w:rPr>
          <w:b/>
        </w:rPr>
        <w:t xml:space="preserve">[1:08:20] </w:t>
      </w:r>
      <w:r>
        <w:t>ghair qaum. yeh bilkul "unislamic" hai. bilkul . ghair qaum kya cheez hoti hai? hum bhi insaan, woh bhi insaan .</w:t>
      </w:r>
    </w:p>
    <w:p>
      <w:pPr>
        <w:jc w:val="right"/>
      </w:pPr>
      <w:r>
        <w:t>غیر قوم۔یہبالکل "unislamic"ہے۔بالکل ۔ غیر قومکیاچیزہوتیہے؟ہمبھیانسان،وہبھیانسان ۔</w:t>
      </w:r>
    </w:p>
    <w:p>
      <w:r>
        <w:rPr>
          <w:b/>
        </w:rPr>
        <w:t xml:space="preserve">[1:08:28] </w:t>
      </w:r>
      <w:r>
        <w:t>ghair qaum concept hundred fisad "unislamic" hai. hum bhi insaan, woh bhi insaan .</w:t>
      </w:r>
    </w:p>
    <w:p>
      <w:pPr>
        <w:jc w:val="right"/>
      </w:pPr>
      <w:r>
        <w:t>غیر قوم concept ہنڈرڈفیصد"unislamic"ہے۔ ہمبھیانسان،وہبھیانسان ۔</w:t>
      </w:r>
    </w:p>
    <w:p>
      <w:r>
        <w:rPr>
          <w:b/>
        </w:rPr>
        <w:t xml:space="preserve">[1:08:38] </w:t>
      </w:r>
      <w:r>
        <w:t>rasool Allah ne ek ek ghair muslim ka respect diya to kisne is par aitraaz kiya to aapne kaha ke aliha al salaat nafs kiya woh insaan nahin ? inko kyun na respect dein?</w:t>
      </w:r>
    </w:p>
    <w:p>
      <w:pPr>
        <w:jc w:val="right"/>
      </w:pPr>
      <w:r>
        <w:t>رسولاللہنےایک ایکغیر مسلمکا resp ectدیا توکسینےاسپراعتراضکیاتوآپنےکہاکہعلی ہالصلاۃنفس ا کیاوہانساننہیں ؟ انکوکیوںنہrespectدیں؟</w:t>
      </w:r>
    </w:p>
    <w:p>
      <w:r>
        <w:rPr>
          <w:b/>
        </w:rPr>
        <w:t xml:space="preserve">[1:08:51] </w:t>
      </w:r>
      <w:r>
        <w:t>insaan friendly behavior ka naam Islam hai, yaad rakhiye.</w:t>
      </w:r>
    </w:p>
    <w:p>
      <w:pPr>
        <w:jc w:val="right"/>
      </w:pPr>
      <w:r>
        <w:t>انسان friendlybehaviorکانام اسلام ہے،یادرکھیے۔</w:t>
      </w:r>
    </w:p>
    <w:p>
      <w:r>
        <w:rPr>
          <w:b/>
        </w:rPr>
        <w:t xml:space="preserve">[1:08:56] </w:t>
      </w:r>
      <w:r>
        <w:t>muslim friendly behavior ka naam Islam nahin hai.</w:t>
      </w:r>
    </w:p>
    <w:p>
      <w:pPr>
        <w:jc w:val="right"/>
      </w:pPr>
      <w:r>
        <w:t>مسلم friendlybehaviorکاناماسلام نہیںہے۔</w:t>
      </w:r>
    </w:p>
    <w:p>
      <w:r>
        <w:rPr>
          <w:b/>
        </w:rPr>
        <w:t xml:space="preserve">[1:09:01] </w:t>
      </w:r>
      <w:r>
        <w:t>hamara ikraam muslim ka tasawwur rahe lekin aap ikraam insaan ka tasawwur na karen. yeh yeh Islam nahin hai. yeh yeh ikraam muslim ka aap jaante hain, aap ikraam insaan ko aap nahin jaante.</w:t>
      </w:r>
    </w:p>
    <w:p>
      <w:pPr>
        <w:jc w:val="right"/>
      </w:pPr>
      <w:r>
        <w:t>ہمارا اکراممسلمکاتص ورہےلیکن آپاکرام انسانکاتصورنہیں۔ یہ یہاسلام نہیںہے۔یہ یہاکراممسلمکاآپ جانتےہیں،آپ ا کرامانسانکوآپنہیںجانتے۔</w:t>
      </w:r>
    </w:p>
    <w:p>
      <w:r>
        <w:rPr>
          <w:b/>
        </w:rPr>
        <w:t xml:space="preserve">[1:09:14] </w:t>
      </w:r>
      <w:r>
        <w:t>yeh daawa culture ke khilaaf hai, Islam ki spirit ke khilaaf hai, aur yeh paighambar ki sunnat ke khilaaf hai.</w:t>
      </w:r>
    </w:p>
    <w:p>
      <w:pPr>
        <w:jc w:val="right"/>
      </w:pPr>
      <w:r>
        <w:t>یہ دعویٰcultureکےخلاف ہے، اسلام کیspiritکےخلاف ہے، اور یہپیغمبرکیسنتکےخلاف ہے۔</w:t>
      </w:r>
    </w:p>
    <w:p>
      <w:r>
        <w:rPr>
          <w:b/>
        </w:rPr>
        <w:t xml:space="preserve">[1:09:22] </w:t>
      </w:r>
      <w:r>
        <w:t>in sab jhagron se humein bahar aana chahiye warna hum na dunya mein taraqqi kar sakte hain na aakhirat mein hamara koi maqam hoga.</w:t>
      </w:r>
    </w:p>
    <w:p>
      <w:pPr>
        <w:jc w:val="right"/>
      </w:pPr>
      <w:r>
        <w:t>انسب جھگڑوںسےہمیںباہرآناچاہیے ورنہہم نہدنیا میںترقیکرسکتےہیں نہآخرتمیںہماراکوئیمقام ہوگا۔</w:t>
      </w:r>
    </w:p>
    <w:p>
      <w:r>
        <w:rPr>
          <w:b/>
        </w:rPr>
        <w:t xml:space="preserve">[1:09:33] </w:t>
      </w:r>
      <w:r>
        <w:t>This question is from Mr. Muhammad Shoaib Khan. bank mein naukri karna kaisa hai ? yaani koi shakhs bank mein naukri karta hai to uski kamai halaal hogi ya haraam ?</w:t>
      </w:r>
    </w:p>
    <w:p>
      <w:pPr>
        <w:jc w:val="right"/>
      </w:pPr>
      <w:r>
        <w:t>Thisquestionis from Mr. Muhamm ad ShoaibKhan. بینکمیںنوکریکرنا کیسےہے ؟ یعنیکوئی شخص بینکمیںنوکریکرتاہے تو اسکی کم ائی حلالہوگی یا حرام ؟</w:t>
      </w:r>
    </w:p>
    <w:p>
      <w:r>
        <w:rPr>
          <w:b/>
        </w:rPr>
        <w:t xml:space="preserve">[1:09:47] </w:t>
      </w:r>
      <w:r>
        <w:t>yeh sab bekaar ke maslay hain.</w:t>
      </w:r>
    </w:p>
    <w:p>
      <w:pPr>
        <w:jc w:val="right"/>
      </w:pPr>
      <w:r>
        <w:t>یہسببیکارکےمسئلےہیں۔</w:t>
      </w:r>
    </w:p>
    <w:p>
      <w:r>
        <w:rPr>
          <w:b/>
        </w:rPr>
        <w:t xml:space="preserve">[1:09:50] </w:t>
      </w:r>
      <w:r>
        <w:t>samjhe aap ? sab se bura kaam bank ki naukri nahin hai. sab se bura kaam woh hai jo har namazi ke dil mein bhi maujood hai, woh hai nafrat .</w:t>
      </w:r>
    </w:p>
    <w:p>
      <w:pPr>
        <w:jc w:val="right"/>
      </w:pPr>
      <w:r>
        <w:t>سمجھےآپ ؟سبسے براکام بینککینوکرینہیںہے۔ سب سےبراکاموہہےجوہر نمازی کےدل میںبھیموجود ہے، وہہےنفرت ۔</w:t>
      </w:r>
    </w:p>
    <w:p>
      <w:r>
        <w:rPr>
          <w:b/>
        </w:rPr>
        <w:t xml:space="preserve">[1:10:00] </w:t>
      </w:r>
      <w:r>
        <w:t>yeh ghair qaum hai. sab se buri cheez hai negative thinking, doosre se nafrat karna. sab se buri cheez hai.</w:t>
      </w:r>
    </w:p>
    <w:p>
      <w:pPr>
        <w:jc w:val="right"/>
      </w:pPr>
      <w:r>
        <w:t>یہ غیر قومہے۔ سب سے بریچیزہےneg ativethinking ،دوسرےسےنفرتکرنا ۔سب سے بریچیزہے۔</w:t>
      </w:r>
    </w:p>
    <w:p>
      <w:r>
        <w:rPr>
          <w:b/>
        </w:rPr>
        <w:t xml:space="preserve">[1:10:11] </w:t>
      </w:r>
      <w:r>
        <w:t>bank ki naukri ya karna na karna, yeh koi kuch nahin hai. jismein aap ko rozi mil rahi hai, wahan rozi haasil kijiye.</w:t>
      </w:r>
    </w:p>
    <w:p>
      <w:pPr>
        <w:jc w:val="right"/>
      </w:pPr>
      <w:r>
        <w:t>بینککینوکری یاکرنانہکرنا،یہکوئیکچھبھینہیں۔جسمیںآپکوروزی ملرہیہے،وہاںروزیحاصل کیجئے۔</w:t>
      </w:r>
    </w:p>
    <w:p>
      <w:r>
        <w:rPr>
          <w:b/>
        </w:rPr>
        <w:t xml:space="preserve">[1:10:17] </w:t>
      </w:r>
      <w:r>
        <w:t>asal cheez jo hai ke aap jhoot na bolein. jhoot . saare log aaj kal jhoot bolte hain. direct jhoot ya indirect jhoot. main to kisi ko nahin paaya jhoot na bolta ho.</w:t>
      </w:r>
    </w:p>
    <w:p>
      <w:pPr>
        <w:jc w:val="right"/>
      </w:pPr>
      <w:r>
        <w:t>اصلچیزجوہےکہآپجھوٹنہبولیں۔جھوٹ ۔ سارےلوگآجکلجھوٹبولتےہیں۔ ڈائریکٹجھوٹیاانڈائریکٹجھوٹ۔ میں توکسیکونہیںپایاجھوٹنہبولتاہو۔</w:t>
      </w:r>
    </w:p>
    <w:p>
      <w:r>
        <w:rPr>
          <w:b/>
        </w:rPr>
        <w:t xml:space="preserve">[1:10:28] </w:t>
      </w:r>
      <w:r>
        <w:t>tahajjud parhne wale bhi jhoot bolte hain. direct jhoot kam bolein ge lekin indirect jhoot sab jhoot bolte hain. jhoot bolna chhodie.</w:t>
      </w:r>
    </w:p>
    <w:p>
      <w:pPr>
        <w:jc w:val="right"/>
      </w:pPr>
      <w:r>
        <w:t>تہجدپڑھنےوالےبھیجھوٹبولتےہیں۔ ڈائریکٹجھوٹکمبولیںگےلیکنانڈائریکٹجھوٹسبجھوٹبولتےہیں۔ جھوٹبول نا چھوڑی ے۔</w:t>
      </w:r>
    </w:p>
    <w:p>
      <w:r>
        <w:rPr>
          <w:b/>
        </w:rPr>
        <w:t xml:space="preserve">[1:10:38] </w:t>
      </w:r>
      <w:r>
        <w:t>nafrat chhodie. aur violence chhodie. doosron ke liye problem banna chhodie.</w:t>
      </w:r>
    </w:p>
    <w:p>
      <w:pPr>
        <w:jc w:val="right"/>
      </w:pPr>
      <w:r>
        <w:t>نفرتچھوڑیے۔ اور viol enceچھوڑیے۔ دوسروںکےلیے problem بنناچھوڑیے۔</w:t>
      </w:r>
    </w:p>
    <w:p>
      <w:r>
        <w:rPr>
          <w:b/>
        </w:rPr>
        <w:t xml:space="preserve">[1:10:47] </w:t>
      </w:r>
      <w:r>
        <w:t>hadees mein aata hai, dekhiye ke wallah la yoomin wallah la yoomin wallah la yoomin zillay yaman jaar waqas is hadees ke mutabiq woh shakhs momin nahin hai jo doosre insaanon ke liye problem bane,</w:t>
      </w:r>
    </w:p>
    <w:p>
      <w:pPr>
        <w:jc w:val="right"/>
      </w:pPr>
      <w:r>
        <w:t>حدیثمیںآتاہے،دیکھیے کہ واللہ لایومنواللہلایومنواللہلایومن الذیلایامن جارب واق اسحدیثکےمط ابق وہ شخص مومننہیںہے جو دوسرےانسانوںکےلیے problem بنے،</w:t>
      </w:r>
    </w:p>
    <w:p>
      <w:r>
        <w:rPr>
          <w:b/>
        </w:rPr>
        <w:t xml:space="preserve">[1:11:02] </w:t>
      </w:r>
      <w:r>
        <w:t>notions create kare. yeh sab asal maslay hain. woh sab to banawati maslay hain.</w:t>
      </w:r>
    </w:p>
    <w:p>
      <w:pPr>
        <w:jc w:val="right"/>
      </w:pPr>
      <w:r>
        <w:t>no tionscreateکرے۔ یہسب اصلمسئلےہیں۔ وہسب توبناوٹیمسئلےہیں۔</w:t>
      </w:r>
    </w:p>
    <w:p>
      <w:r>
        <w:rPr>
          <w:b/>
        </w:rPr>
        <w:t xml:space="preserve">[1:11:10] </w:t>
      </w:r>
      <w:r>
        <w:t>insaan se mohabbat karna seekhiye. insaan ke saath khair khwahi kijiye. har ek ko apne jaisa samjhiye. aur yeh woh</w:t>
      </w:r>
    </w:p>
    <w:p>
      <w:pPr>
        <w:jc w:val="right"/>
      </w:pPr>
      <w:r>
        <w:t>انسان سےمحبتکرناسیکھیے۔ انسانکےساتھ خیرخواہیکیجئے۔ ہرایککو اپنے جیساسمجھیے۔ اور یہ وہ</w:t>
      </w:r>
    </w:p>
    <w:p>
      <w:r>
        <w:rPr>
          <w:b/>
        </w:rPr>
        <w:t xml:space="preserve">[1:11:25] </w:t>
      </w:r>
      <w:r>
        <w:t>banda dekh concept Islam mein nahin hai. banda dekh jo concept hai, Islam mein nahin hai. Islam mein jo concept hai, woh sab insaan hain.</w:t>
      </w:r>
    </w:p>
    <w:p>
      <w:pPr>
        <w:jc w:val="right"/>
      </w:pPr>
      <w:r>
        <w:t>بیاندیکھconcept اسلام میںنہیںہے۔ بیاند یکھجوconceptہے،اسلاممیںنہیںہے۔ اسلام میںجوconceptہے،وہسب انسان ہیں۔</w:t>
      </w:r>
    </w:p>
    <w:p>
      <w:r>
        <w:rPr>
          <w:b/>
        </w:rPr>
        <w:t xml:space="preserve">[1:11:35] </w:t>
      </w:r>
      <w:r>
        <w:t>jaise hum insaan, waise doosre insaan hain.</w:t>
      </w:r>
    </w:p>
    <w:p>
      <w:pPr>
        <w:jc w:val="right"/>
      </w:pPr>
      <w:r>
        <w:t>جیسےہمانسان،ویسےدوسرےانسان ہیں۔</w:t>
      </w:r>
    </w:p>
    <w:p>
      <w:r>
        <w:rPr>
          <w:b/>
        </w:rPr>
        <w:t xml:space="preserve">[1:11:44] </w:t>
      </w:r>
      <w:r>
        <w:t>This question is from Mr. main is liye in sab baaton par main nahin fatwa deta. bank ki mulazmat waghera, yeh shift of emphasis hai.</w:t>
      </w:r>
    </w:p>
    <w:p>
      <w:pPr>
        <w:jc w:val="right"/>
      </w:pPr>
      <w:r>
        <w:t>Thisquestion is from Mr. میںاسلیے انسبباتوںپر میں نہیں فتویٰدیتا۔ بینککی ملازمتوغیرہ، یہ shiftofemph asisہے۔</w:t>
      </w:r>
    </w:p>
    <w:p>
      <w:r>
        <w:rPr>
          <w:b/>
        </w:rPr>
        <w:t xml:space="preserve">[1:11:56] </w:t>
      </w:r>
      <w:r>
        <w:t>yeh aslam mein jahan zor dena chahiye, wahan zor nahi dete log. aur kisi aur cheez par zor diye hue hain ke jo aa ke bank ki jo naukrri kar raha hai, woh bara achha aadmi hai. jo bank ki naukrri kar raha hai, woh bura aadmi hai.</w:t>
      </w:r>
    </w:p>
    <w:p>
      <w:pPr>
        <w:jc w:val="right"/>
      </w:pPr>
      <w:r>
        <w:t>یہاصلمیںجہاںزوردیناچاہیے،وہاںزورنہیںدیتے لوگ ۔ اورکسیاورچیزپرزوردیےہوئےہیں کہجوآکےبینککیجو نوکرینہکررہاہے،وہبڑااچھاآدمیہے۔ جو بینککینوکریکررہاہے،وہبراآدمیہے۔</w:t>
      </w:r>
    </w:p>
    <w:p>
      <w:r>
        <w:rPr>
          <w:b/>
        </w:rPr>
        <w:t xml:space="preserve">[1:12:07] </w:t>
      </w:r>
      <w:r>
        <w:t>yeh shift of emphasis hai. yeh Islam mein nahi hai.</w:t>
      </w:r>
    </w:p>
    <w:p>
      <w:pPr>
        <w:jc w:val="right"/>
      </w:pPr>
      <w:r>
        <w:t>یہsh iftofemph asisہے۔ یہ اسلام میںنہیںہے۔</w:t>
      </w:r>
    </w:p>
    <w:p>
      <w:r>
        <w:rPr>
          <w:b/>
        </w:rPr>
        <w:t xml:space="preserve">[1:12:13] </w:t>
      </w:r>
      <w:r>
        <w:t>mein ne aksar logon ko kehte suna hai ke zulm karna gunah hai, to zulm sehna bhi gunah hai.</w:t>
      </w:r>
    </w:p>
    <w:p>
      <w:pPr>
        <w:jc w:val="right"/>
      </w:pPr>
      <w:r>
        <w:t>Thisquestion isfrom Mr. Nafeez Shiraz .میںنےاکثرلوگوںکو کہتے سناہے کہ ظلم کرنا گناہہے، تو ظلم سہنابھیگناہہے۔</w:t>
      </w:r>
    </w:p>
    <w:p>
      <w:r>
        <w:rPr>
          <w:b/>
        </w:rPr>
        <w:t xml:space="preserve">[1:12:24] </w:t>
      </w:r>
      <w:r>
        <w:t>jab ke zulm sehne ka matlab hai sabr karna. aur Islam hamein sabr karne ki taleem deta hai. to sabr karna gunah kaise ho sakta hai?</w:t>
      </w:r>
    </w:p>
    <w:p>
      <w:pPr>
        <w:jc w:val="right"/>
      </w:pPr>
      <w:r>
        <w:t>جب کہ ظلم سہنےکامطلب ہے صبرکرنا ۔ اور اسلام ہمیں صبرکرنے کی تعلیم دیتاہے۔ تو صبرکرنا گناہکیسےہوسکتاہے؟</w:t>
      </w:r>
    </w:p>
    <w:p>
      <w:r>
        <w:rPr>
          <w:b/>
        </w:rPr>
        <w:t xml:space="preserve">[1:12:36] </w:t>
      </w:r>
      <w:r>
        <w:t>jo kahe, us se poochhiye reference. zulm sehna gunah hai, to bilkul jhooti baat hai. yeh to baqaida log jhoot bolte hain.</w:t>
      </w:r>
    </w:p>
    <w:p>
      <w:pPr>
        <w:jc w:val="right"/>
      </w:pPr>
      <w:r>
        <w:t>جو کہے،اسسےپوچھیے refer ence ۔ظلم سہناگناہہے،توبالکل جھوٹیباتہے۔ یہتوباقاعدہلوگجھوٹبولتےہیں۔</w:t>
      </w:r>
    </w:p>
    <w:p>
      <w:r>
        <w:rPr>
          <w:b/>
        </w:rPr>
        <w:t xml:space="preserve">[1:12:44] </w:t>
      </w:r>
      <w:r>
        <w:t>yaani ek aisi cheez jis ki base Quran o Hadees mein na ho, woh aap kahein, yeh to jhoot hua. kahan hai ke zulm sehna gunah hai? kahan likha hua hai?</w:t>
      </w:r>
    </w:p>
    <w:p>
      <w:pPr>
        <w:jc w:val="right"/>
      </w:pPr>
      <w:r>
        <w:t>یعنیایکایسیچیز جسکی base قرآنوحدیثمیںنہہو،وہآپکہیں، یہتوجھوٹہوا ۔ کہاںہےکہ ظلمسہنا گناہہے؟کہاںلکھاہواہے؟</w:t>
      </w:r>
    </w:p>
    <w:p>
      <w:r>
        <w:rPr>
          <w:b/>
        </w:rPr>
        <w:t xml:space="preserve">[1:12:55] </w:t>
      </w:r>
      <w:r>
        <w:t>Rasool Allah zulm sehte rahe terah saal tak Makka mein? yeh to gunah kiya hai, naozubillah. Rasool Allah ek martaba Makka mein, woh ek Yasir the jo Islam qabool kar liya tha unhone.</w:t>
      </w:r>
    </w:p>
    <w:p>
      <w:pPr>
        <w:jc w:val="right"/>
      </w:pPr>
      <w:r>
        <w:t>رسولاللہظلمسہتےرہےتیرہسال تکمکہمیں ؟ یہتوگناہکیاہے،نعوذباللہ۔ رسولاللہ ایکمرتبہمکہمیں، وہ ایک یاسرتھے جو اسلام قبولکرلیاتھاانہوںنے۔</w:t>
      </w:r>
    </w:p>
    <w:p>
      <w:r>
        <w:rPr>
          <w:b/>
        </w:rPr>
        <w:t xml:space="preserve">[1:13:09] </w:t>
      </w:r>
      <w:r>
        <w:t>aur woh kamzor tabqe se talluq rakhte the.</w:t>
      </w:r>
    </w:p>
    <w:p>
      <w:pPr>
        <w:jc w:val="right"/>
      </w:pPr>
      <w:r>
        <w:t>اوروہ کمزورطبقہسےتعلقرکھتےتھے۔</w:t>
      </w:r>
    </w:p>
    <w:p>
      <w:r>
        <w:rPr>
          <w:b/>
        </w:rPr>
        <w:t xml:space="preserve">[1:13:13] </w:t>
      </w:r>
      <w:r>
        <w:t>to un ko log maar peet rahe the. wahan aap se aap guzre to unhone kaha ke dekhein Rasool Allah, humein maar rahe hain yeh. to aap ne kya kaha?</w:t>
      </w:r>
    </w:p>
    <w:p>
      <w:pPr>
        <w:jc w:val="right"/>
      </w:pPr>
      <w:r>
        <w:t>توانکولوگ مارپیٹرہےتھے۔ وہاں آپسےآپگزرے تو انہوںنےکہاکہدیکھیںرسولاللہ ،ہمکوماررہےہیںیہ۔ توآپنےکیا کہا؟</w:t>
      </w:r>
    </w:p>
    <w:p>
      <w:r>
        <w:rPr>
          <w:b/>
        </w:rPr>
        <w:t xml:space="preserve">[1:13:23] </w:t>
      </w:r>
      <w:r>
        <w:t>aap ne kaha sabr ya Al-Yasir fa inna bu'dakum al-jannah. aye Aal-e-Yasir, sabr karo kyunke tum ko jannat milegi.</w:t>
      </w:r>
    </w:p>
    <w:p>
      <w:pPr>
        <w:jc w:val="right"/>
      </w:pPr>
      <w:r>
        <w:t>آپنےکہاصبریا آلیاسر فإنبعد كم الجنة اےآل یاسر،صبرکروکیونکہتمکوجنت ملےگی۔</w:t>
      </w:r>
    </w:p>
    <w:p>
      <w:r>
        <w:rPr>
          <w:b/>
        </w:rPr>
        <w:t xml:space="preserve">[1:13:34] </w:t>
      </w:r>
      <w:r>
        <w:t>to zulm sehne is ko to kehte hain zulm sehna. jo log aisa kehte hain, woh khud gunah kar rahe hain.</w:t>
      </w:r>
    </w:p>
    <w:p>
      <w:pPr>
        <w:jc w:val="right"/>
      </w:pPr>
      <w:r>
        <w:t>تو ظلمسہنےاس یکوتوکہتےہیںظلمسہنا۔ جولوگ ایساکہتےہیں،وہخود گناہکررہےہیں۔</w:t>
      </w:r>
    </w:p>
    <w:p>
      <w:r>
        <w:rPr>
          <w:b/>
        </w:rPr>
        <w:t xml:space="preserve">[1:13:42] </w:t>
      </w:r>
      <w:r>
        <w:t>kahan se nikala tum ne ke zulm sehna gunah hai? kahan se kahan likha hua hai? isi liye mein kehta hoon sab log jhoot bolte hain. jo baat asal mein Quran mein na Hadees mein, us ko bayan karte ho to jhoot nahi hai. yeh aur aap log aadat bani hui, koi keh de to sun lete hain.</w:t>
      </w:r>
    </w:p>
    <w:p>
      <w:pPr>
        <w:jc w:val="right"/>
      </w:pPr>
      <w:r>
        <w:t>کہاںسے نکالاتمنےکہظلمسہناگناہہے؟کہاںسےکہاںلکھاہواہے؟ اسیلیےمیںکہتاہوںسبلوگ جھوٹبول تےہیں۔ جسبات کیاصلنہقرآنمیںنہحدیثمیں، اسکوبیانکرتے ہو توجھوٹنہیںہے۔یہ اور آپلوگ عادتبنیہوئی،کوئیکہہدےتوسن لیتےہیں۔</w:t>
      </w:r>
    </w:p>
    <w:p>
      <w:r>
        <w:rPr>
          <w:b/>
        </w:rPr>
        <w:t xml:space="preserve">[1:14:01] </w:t>
      </w:r>
      <w:r>
        <w:t>us se koi nahi poochhta ke reference batao. hamari qaum mein Musalmanon mein yeh mizaj nahi bana hai ke reference poochhein Quran o Hadees mein.</w:t>
      </w:r>
    </w:p>
    <w:p>
      <w:pPr>
        <w:jc w:val="right"/>
      </w:pPr>
      <w:r>
        <w:t>اسسےکوئینہیںپوچھتاکہreferenceبتاؤ۔ ہماریقوممیں مسلمانوںمیں یہمزاجنہیںبناہےکہ refer enceپوچھیںقرآنوحدیثمیں ۔</w:t>
      </w:r>
    </w:p>
    <w:p>
      <w:r>
        <w:rPr>
          <w:b/>
        </w:rPr>
        <w:t xml:space="preserve">[1:14:09] </w:t>
      </w:r>
      <w:r>
        <w:t>bas jo kisi ne keh diya, woh maan liya.</w:t>
      </w:r>
    </w:p>
    <w:p>
      <w:pPr>
        <w:jc w:val="right"/>
      </w:pPr>
      <w:r>
        <w:t>بسجوکسینےکہہدیا،وہمانلیا۔</w:t>
      </w:r>
    </w:p>
    <w:p>
      <w:r>
        <w:rPr>
          <w:b/>
        </w:rPr>
        <w:t xml:space="preserve">[1:14:13] </w:t>
      </w:r>
      <w:r>
        <w:t>aur Hadees mein aata hai ke kafa bil mar'i kithban an yahadditha bima sami'a. yeh bhi aadmi ko ke jhoota hone ke liye kaafi hai. yaani woh aadmi bhi jhoota aadmi hai ke jo suna hai, usi ko bayan kare.</w:t>
      </w:r>
    </w:p>
    <w:p>
      <w:pPr>
        <w:jc w:val="right"/>
      </w:pPr>
      <w:r>
        <w:t>اورحدیثمیںآتاہےکہ کفا بال مرکب یحدث بکل ماسم ع یہبھیآدمی کو کہجھوٹاہونے کےلیےکافیہے۔یعنیوہآدمیبھیجھوٹاآدمیہے کہجوسناہے،اسیکوبیانکرے۔</w:t>
      </w:r>
    </w:p>
    <w:p>
      <w:r>
        <w:rPr>
          <w:b/>
        </w:rPr>
        <w:t xml:space="preserve">[1:14:28] </w:t>
      </w:r>
      <w:r>
        <w:t>yaad rakhiye, yeh bhi ek Hadees hai ke jo suna aap ne, usi ko bayan kar rahe hain aap. yeh bhi ek qism ka jhoot hai. sab se pehle aap ko us insaan se poochhna chahiye ke tum kahan se bol rahe ho? yeh kahan se</w:t>
      </w:r>
    </w:p>
    <w:p>
      <w:pPr>
        <w:jc w:val="right"/>
      </w:pPr>
      <w:r>
        <w:t>یادرکھیے،یہبھیایکحدیثہے کہجوسناآپنے،اسیکوبیانکررہےہیںآپ۔ یہبھیایکقسم کاجھوٹہے۔ سبسےپہلے آپکواسانسانسےپوچھناچاہیےکہتمکہاںسےبولرہےہو؟یہ کہاںسے</w:t>
      </w:r>
    </w:p>
    <w:p>
      <w:r>
        <w:rPr>
          <w:b/>
        </w:rPr>
        <w:t xml:space="preserve">[1:14:41] </w:t>
      </w:r>
      <w:r>
        <w:t>keh rahe ho? yeh kahan Quran mein likha hua hai ke zulm sehna gunah hai? sab se pehle us se poochhna chahiye. kafa bil mar'i kithban an yahadditha bima sami'a. yeh woh aadmi bhi jhoota aadmi hai jo har suni hui baat ko bayan karne lage.</w:t>
      </w:r>
    </w:p>
    <w:p>
      <w:pPr>
        <w:jc w:val="right"/>
      </w:pPr>
      <w:r>
        <w:t>کہہرہےہو؟یہکہاںقرآن میںلکھاہواہےکہظلمسہناگناہہے؟ سبسے پہلے اسیسےپوچھناچاہیے۔ کفابال مرک ب یحدث بکل ماسم ع یہوہآدمیبھیجھوٹاآدمیہے جوہرسنیہوئیباتکوبیانکرنےلگے۔</w:t>
      </w:r>
    </w:p>
    <w:p>
      <w:r>
        <w:rPr>
          <w:b/>
        </w:rPr>
        <w:t xml:space="preserve">[1:14:57] </w:t>
      </w:r>
      <w:r>
        <w:t>yaad rakhiye, Islam mein tehqeeq karna farz hai. ya jahan koi faasq bin bin koi baat aadmi kahe to us ki us ki tehqeeq karo, us ki scrutiny karo.</w:t>
      </w:r>
    </w:p>
    <w:p>
      <w:pPr>
        <w:jc w:val="right"/>
      </w:pPr>
      <w:r>
        <w:t>یادرکھیے، اسلام میں تحقیقکرنا فرضہے۔ یا جہاںکوئیفاسقبین بین کوئیبات آدمیکہےتواسکیاسکیتحقیقکرو، اسکیسکرٹنیکرو۔</w:t>
      </w:r>
    </w:p>
    <w:p>
      <w:r>
        <w:rPr>
          <w:b/>
        </w:rPr>
        <w:t xml:space="preserve">[1:15:10] </w:t>
      </w:r>
      <w:r>
        <w:t>yeh nahi ke bas suna bayan kiya, suna bayan karne lage to Allah ke Rasool ke nazdeek yeh yeh aadmi jhoot bol raha hai. saara kehte hain sakht baat hai. yaad rakhiye, yeh Hadees</w:t>
      </w:r>
    </w:p>
    <w:p>
      <w:pPr>
        <w:jc w:val="right"/>
      </w:pPr>
      <w:r>
        <w:t>یہ نہیںکہبس سنابیانکیا، سنابیانکرنے لگے تو اللہ کےرسول کےنزدیکیہ یہ آدمیجھوٹبولرہاہے۔سارا کہتےہیںسختباتہے۔یادرکھیے،یہحدی</w:t>
      </w:r>
    </w:p>
    <w:p>
      <w:r>
        <w:rPr>
          <w:b/>
        </w:rPr>
        <w:t xml:space="preserve">[1:15:21] </w:t>
      </w:r>
      <w:r>
        <w:t>kehti hai sakht hai. is mein saare Musalman is mein mubtala hain. suni hui baat ko bayan karna, yaani saare Musalman is mein mubtala hain jo suna hai, usi ko bayan kar rahe hain.</w:t>
      </w:r>
    </w:p>
    <w:p>
      <w:pPr>
        <w:jc w:val="right"/>
      </w:pPr>
      <w:r>
        <w:t>ث کہتیہےسختہے۔اسمیںسارےمسلمان وں اسمیںمبتلاہیں۔ سنیہوئیباتکوبیانکرنا ،یعنیسارےمسلماناسمیںمبتلاہیںجوسناہے،اسیکوبیانکررہےہیں۔</w:t>
      </w:r>
    </w:p>
    <w:p>
      <w:r>
        <w:rPr>
          <w:b/>
        </w:rPr>
        <w:t xml:space="preserve">[1:15:34] </w:t>
      </w:r>
      <w:r>
        <w:t>bahut bura kaam hai yeh ke suni hui cheez ko bayan karna. suni hui baat ki tehqeeq karna chahiye, scrutiny karna chahiye pehle. tab woh darja aata hai ke us ko aap bayan karein.</w:t>
      </w:r>
    </w:p>
    <w:p>
      <w:pPr>
        <w:jc w:val="right"/>
      </w:pPr>
      <w:r>
        <w:t>بہت براکامہے یہ کہ سنیہوئیچیزکوبیانکرنا۔ سنیہوئیبات کیتحقیقکرناچاہیے،سکرٹنیکرناچاہیےپہلے۔ تبوہدرجہآتاہےکہاسکوآپبیانکریں۔</w:t>
      </w:r>
    </w:p>
    <w:p>
      <w:r>
        <w:rPr>
          <w:b/>
        </w:rPr>
        <w:t xml:space="preserve">[1:15:49] </w:t>
      </w:r>
      <w:r>
        <w:t>This question is from Mr. Amir.</w:t>
      </w:r>
    </w:p>
    <w:p>
      <w:pPr>
        <w:jc w:val="right"/>
      </w:pPr>
      <w:r>
        <w:t>This question isfrom Mr. Amir.</w:t>
      </w:r>
    </w:p>
    <w:p>
      <w:r>
        <w:rPr>
          <w:b/>
        </w:rPr>
        <w:t xml:space="preserve">[1:15:52] </w:t>
      </w:r>
      <w:r>
        <w:t>Is it necessary to change one's name after converting to Islam? nahi, nahi, hargiz</w:t>
      </w:r>
    </w:p>
    <w:p>
      <w:pPr>
        <w:jc w:val="right"/>
      </w:pPr>
      <w:r>
        <w:t>Isit nec essary to change one's name after convertingto Islam ?نہیں،نہیں،ہرگز</w:t>
      </w:r>
    </w:p>
    <w:p>
      <w:r>
        <w:rPr>
          <w:b/>
        </w:rPr>
        <w:t xml:space="preserve">[1:15:58] </w:t>
      </w:r>
      <w:r>
        <w:t>nahi. yeh bilkul, yaani ek galat bhavna logon mein pad gayi galat zehan bana hua hai. dil ke badalne se aadmi ko sachai milti hai, naam badalne se sachai nahi milti.</w:t>
      </w:r>
    </w:p>
    <w:p>
      <w:pPr>
        <w:jc w:val="right"/>
      </w:pPr>
      <w:r>
        <w:t>نہیں۔ یہ بالکل ،یعنی ایک غلط بھاونا لوگوںمیںپڑیہوئیغلط ذہنبناہواہے۔ دل کےبدلنےسےآدمی کوسچائیملتیہے،نام بدلنےسےسچائینہیںملتی۔</w:t>
      </w:r>
    </w:p>
    <w:p>
      <w:r>
        <w:rPr>
          <w:b/>
        </w:rPr>
        <w:t xml:space="preserve">[1:16:10] </w:t>
      </w:r>
      <w:r>
        <w:t>dil to badalte nahi, logon ke zehan badalte nahi hain. logon ki conditioning hoti hai na? yeh bas naam badlo, naam badlo, naam badlo, kapde badlo, kapde badlo, kapde badlo.</w:t>
      </w:r>
    </w:p>
    <w:p>
      <w:pPr>
        <w:jc w:val="right"/>
      </w:pPr>
      <w:r>
        <w:t>دلتوبدلتےنہیں،لوگوںکے ذہنبدلتےنہیں۔لوگوںکے ڈیکنڈیشننگہوتیہےنا؟یہبس نام بدلو،نامبدلو،نامبدلو،کپڑابدلو،کپڑابدلو،کپڑابدلو۔</w:t>
      </w:r>
    </w:p>
    <w:p>
      <w:r>
        <w:rPr>
          <w:b/>
        </w:rPr>
        <w:t xml:space="preserve">[1:16:20] </w:t>
      </w:r>
      <w:r>
        <w:t>yeh koi islam thora hai. logon ki conditioning kijiye, logon ke zehn ko badlie, logon ke dil ko badlie, logon ke bolne ke tareeqe ko badlie, logon ke soch ko badlie.</w:t>
      </w:r>
    </w:p>
    <w:p>
      <w:pPr>
        <w:jc w:val="right"/>
      </w:pPr>
      <w:r>
        <w:t>یہکوئیاسلام تھوڑیہے۔ لوگوںکیڈیکنڈیشننگکیجئے،لوگوںکےذہنکوبد لیے،لوگوںکےدلکوبد لیے، لوگوںکےبولنےکےطریقےکوبدلیے، لوگوںکےسوچکوبد لیے۔</w:t>
      </w:r>
    </w:p>
    <w:p>
      <w:r>
        <w:rPr>
          <w:b/>
        </w:rPr>
        <w:t xml:space="preserve">[1:16:33] </w:t>
      </w:r>
      <w:r>
        <w:t>iske baad yeh iska apna option hai ke naam badle ke na badle.</w:t>
      </w:r>
    </w:p>
    <w:p>
      <w:pPr>
        <w:jc w:val="right"/>
      </w:pPr>
      <w:r>
        <w:t>اسکےبعد یہاسکا اپناآپشنہےکہنامبدلےکہنہبد لے۔</w:t>
      </w:r>
    </w:p>
    <w:p>
      <w:r>
        <w:rPr>
          <w:b/>
        </w:rPr>
        <w:t xml:space="preserve">[1:16:37] </w:t>
      </w:r>
      <w:r>
        <w:t>aap maang nahi kar sakte is se, woh jo naam badle ya na badle.</w:t>
      </w:r>
    </w:p>
    <w:p>
      <w:pPr>
        <w:jc w:val="right"/>
      </w:pPr>
      <w:r>
        <w:t>آپ مانگنہیںکرسکتےاسسے ،وہجو نامبدلےیانہبد لے۔</w:t>
      </w:r>
    </w:p>
    <w:p>
      <w:r>
        <w:rPr>
          <w:b/>
        </w:rPr>
        <w:t xml:space="preserve">[1:16:45] </w:t>
      </w:r>
      <w:r>
        <w:t>This question is from Mr. Nafeez Shiraz. farz kijiye ek aadmi rozana subah sawere uthkar nahata hai aur din bhar pak o saaf rehta hai, to kya phir bhi har namaz se pehle wazu karna laazmi hai ?</w:t>
      </w:r>
    </w:p>
    <w:p>
      <w:pPr>
        <w:jc w:val="right"/>
      </w:pPr>
      <w:r>
        <w:t>Thisquestionis from Mr. NafeezShiraz .فرضکیجئے ایکآدمی روزانہ صبح سویرےاٹھکر نہاتاہے اور دن بھر پاک وصاف رہتاہے، توکیا پھربھی ہر نمازسےپہلے وضوکرنالازمیہے ؟</w:t>
      </w:r>
    </w:p>
    <w:p>
      <w:r>
        <w:rPr>
          <w:b/>
        </w:rPr>
        <w:t xml:space="preserve">[1:17:03] </w:t>
      </w:r>
      <w:r>
        <w:t>nahane se wazu ka kya ta'alluq ?</w:t>
      </w:r>
    </w:p>
    <w:p>
      <w:pPr>
        <w:jc w:val="right"/>
      </w:pPr>
      <w:r>
        <w:t>نہانےسےوضوکاکیاتعلق ؟</w:t>
      </w:r>
    </w:p>
    <w:p>
      <w:r>
        <w:rPr>
          <w:b/>
        </w:rPr>
        <w:t xml:space="preserve">[1:17:06] </w:t>
      </w:r>
      <w:r>
        <w:t>nahana alag cheez hai, wazu karna alag cheez hai. wazu to karna hi karna hai. aap chahe hazar baar nahaye, tab bhi aap hazar baar nahaiye to us se thora ke wazu nahane ke waqt wazu kar lenge to woh wazu maana jayega.</w:t>
      </w:r>
    </w:p>
    <w:p>
      <w:pPr>
        <w:jc w:val="right"/>
      </w:pPr>
      <w:r>
        <w:t>نہاناالگچیزہے،وضوکرناالگچیزہے۔ وضوتوکرناہیکرناہے۔ آپچاہےہزاربارنہائیں،تببھی آپ ہزاربارنہائیےتواسسے تھوڑیکہوضو نہ انےکےوقتوضوکرلیںگےتووہ وضوماناجائےگا۔</w:t>
      </w:r>
    </w:p>
    <w:p>
      <w:r>
        <w:rPr>
          <w:b/>
        </w:rPr>
        <w:t xml:space="preserve">[1:17:21] </w:t>
      </w:r>
      <w:r>
        <w:t>dekhein, islam ka tareeqa yeh hai ke jab aap nahaye to wazu karein. pehle wazu karke phir namaz nahana shuru karein.</w:t>
      </w:r>
    </w:p>
    <w:p>
      <w:pPr>
        <w:jc w:val="right"/>
      </w:pPr>
      <w:r>
        <w:t>دیکھیں،اسلام کاطریقہیہہےکہجبآپ نہ ائیں تو وضوکریں۔ پہلے وضوکرکےپھرنماز نہ اناشروعکریں۔</w:t>
      </w:r>
    </w:p>
    <w:p>
      <w:r>
        <w:rPr>
          <w:b/>
        </w:rPr>
        <w:t xml:space="preserve">[1:17:29] </w:t>
      </w:r>
      <w:r>
        <w:t>to jab tak wazu toote ga nahi, us waqt tak wazu baqi maana jayega.</w:t>
      </w:r>
    </w:p>
    <w:p>
      <w:pPr>
        <w:jc w:val="right"/>
      </w:pPr>
      <w:r>
        <w:t>تو جبتک وضوٹوٹےگانہیں ، اسوقتتکوضوباقی ماناجائےگا۔</w:t>
      </w:r>
    </w:p>
    <w:p>
      <w:r>
        <w:rPr>
          <w:b/>
        </w:rPr>
        <w:t xml:space="preserve">[1:17:34] </w:t>
      </w:r>
      <w:r>
        <w:t>lekin wazu tootne ke baad woh woh ghusal nahi maana jayega. kyunke ghusal jo hai, wazu nahi hai. kan yakhtasar kull yom murtatain to woh rozana do baar nahate thay.</w:t>
      </w:r>
    </w:p>
    <w:p>
      <w:pPr>
        <w:jc w:val="right"/>
      </w:pPr>
      <w:r>
        <w:t>لیکن وضوٹوٹنےکےبعد وہوہ غسلنہیںماناجائےگا۔ کیونکہغسلجوہے،وضونہیںہے۔ کان یخت صر کل یوممرت ین تووہ روزانہدوبارنہاتےتھے۔</w:t>
      </w:r>
    </w:p>
    <w:p>
      <w:r>
        <w:rPr>
          <w:b/>
        </w:rPr>
        <w:t xml:space="preserve">[1:17:45] </w:t>
      </w:r>
      <w:r>
        <w:t>iska matlab thora ke wazu nahi karte thay. wazu ek alag cheez hai, nahana ek alag cheez hai. This question is from Mr.</w:t>
      </w:r>
    </w:p>
    <w:p>
      <w:pPr>
        <w:jc w:val="right"/>
      </w:pPr>
      <w:r>
        <w:t>اسکامطلبتھوڑیکہوضونہیںکرتے تھے۔ وضوایکالگچیزہے،نہ اناایکالگچیزہے۔ Thisquestionis from Mr.</w:t>
      </w:r>
    </w:p>
    <w:p>
      <w:r>
        <w:rPr>
          <w:b/>
        </w:rPr>
        <w:t xml:space="preserve">[1:17:54] </w:t>
      </w:r>
      <w:r>
        <w:t>Basit Jamal. Maulana, What is the meaning of Khalifa, both literally and in the sense of Quran?</w:t>
      </w:r>
    </w:p>
    <w:p>
      <w:pPr>
        <w:jc w:val="right"/>
      </w:pPr>
      <w:r>
        <w:t>BasitJamal. مول انا،Whatisthemeaningof خلیفہ ,both liter ally and inthesenseofQuran?</w:t>
      </w:r>
    </w:p>
    <w:p>
      <w:r>
        <w:rPr>
          <w:b/>
        </w:rPr>
        <w:t xml:space="preserve">[1:18:04] </w:t>
      </w:r>
      <w:r>
        <w:t>dekhein, Khalifa ke maani hote hain successor. Successor aajkal bohat zyada bari ghalti karte hain log. Khalifa ka maani naib batate hain, haalanke Khalifa ka maani naib nahi hai.</w:t>
      </w:r>
    </w:p>
    <w:p>
      <w:pPr>
        <w:jc w:val="right"/>
      </w:pPr>
      <w:r>
        <w:t>دیکھیں،خلیفہکےمعنیہوتےہیں successor ۔ Successor آجکل بہتزیادہ بڑی غلطیکرتے ہیںلوگ۔خلیفہکامعنینائب بتاتےہیں، حالانکہخلیفہکامعنینائبنہیںہے۔</w:t>
      </w:r>
    </w:p>
    <w:p>
      <w:r>
        <w:rPr>
          <w:b/>
        </w:rPr>
        <w:t xml:space="preserve">[1:18:17] </w:t>
      </w:r>
      <w:r>
        <w:t>yani vicegerent. Khalifa ka tarjuma karte hain vicegerent ya naib. yeh bilkul galat tarjuma hai. yeh Khalifa ke maani hote hain successor.</w:t>
      </w:r>
    </w:p>
    <w:p>
      <w:pPr>
        <w:jc w:val="right"/>
      </w:pPr>
      <w:r>
        <w:t>یعنیوائسجرنٹ۔ خلیفہکاترجمہکرتےہیںوائسجرنٹیانائب۔یہبالکلغلطترجمہہے۔یہ خلیفہکےمعنیہوتےہیں success or۔</w:t>
      </w:r>
    </w:p>
    <w:p>
      <w:r>
        <w:rPr>
          <w:b/>
        </w:rPr>
        <w:t xml:space="preserve">[1:18:28] </w:t>
      </w:r>
      <w:r>
        <w:t>phir woh istimaal mein aisa hota hai ke koi log mujarad hokar ke iske maani ban jate hain. to yahan par Khalifa jo aaya hai Quran majeed mein, woh aaya hai ba ikhtiyar ke maani mein. zameen mein ek ba ikhtiyar makhlooq mein banane wala hoon.</w:t>
      </w:r>
    </w:p>
    <w:p>
      <w:pPr>
        <w:jc w:val="right"/>
      </w:pPr>
      <w:r>
        <w:t>پھروہ استعمال میں ایساہوتاہےکہکوئیلوگ مج ردہوکرکے اسکےمعنیبنجاتےہیں۔ تویہاںپر خلیفہجوآیاہےقرآنمجیدمیں، وہآیاہےبااختیارکےمعنیمیں۔زمین میںایکبا اختیارمخلوقمیںبنانےوالاہوں۔</w:t>
      </w:r>
    </w:p>
    <w:p>
      <w:r>
        <w:rPr>
          <w:b/>
        </w:rPr>
        <w:t xml:space="preserve">[1:18:41] </w:t>
      </w:r>
      <w:r>
        <w:t>basane ke maani iske hain. iske bare mein likha hai tafseel se. aap is mein bhai,</w:t>
      </w:r>
    </w:p>
    <w:p>
      <w:pPr>
        <w:jc w:val="right"/>
      </w:pPr>
      <w:r>
        <w:t>بساتنےہیمعنیاسکےہیں۔ اسکےبارےمیںلکھ اہےتفصیلسے۔آپ اس میںبھائی،</w:t>
      </w:r>
    </w:p>
    <w:p>
      <w:r>
        <w:rPr>
          <w:b/>
        </w:rPr>
        <w:t xml:space="preserve">[1:18:49] </w:t>
      </w:r>
      <w:r>
        <w:t>is mein padh lijiye. hamari woh jo tafseer hai, is mein. This question is from Mr. Idris. If someone was not a Muslim but he or she was a good person and contributed positively for human beings,</w:t>
      </w:r>
    </w:p>
    <w:p>
      <w:pPr>
        <w:jc w:val="right"/>
      </w:pPr>
      <w:r>
        <w:t>اسمیںپڑھلیجئے۔ ہماریوہجوتفسیرہے،اسمیں ۔ Thisquestionis from Mr. Id ris .If someonewas not aMuslim but he or she was agoodperson and cont ribut ed pos itiv elyfor human be ing,</w:t>
      </w:r>
    </w:p>
    <w:p>
      <w:r>
        <w:rPr>
          <w:b/>
        </w:rPr>
        <w:t xml:space="preserve">[1:19:07] </w:t>
      </w:r>
      <w:r>
        <w:t>is it okay to hope God might bless him with paradise? Paradise iska goal nahi tha to jab iski paradise kyun de di jaye gi isko?</w:t>
      </w:r>
    </w:p>
    <w:p>
      <w:pPr>
        <w:jc w:val="right"/>
      </w:pPr>
      <w:r>
        <w:t>isit okayto hope God mightblesshim with paradise ? Par adiseاسکا گولہینہیںتھا تو جباسکیparadiseکیوںدےدیجائےگیاسکو؟</w:t>
      </w:r>
    </w:p>
    <w:p>
      <w:r>
        <w:rPr>
          <w:b/>
        </w:rPr>
        <w:t xml:space="preserve">[1:19:18] </w:t>
      </w:r>
      <w:r>
        <w:t>phir kam se kam goal to iska ho paradise.</w:t>
      </w:r>
    </w:p>
    <w:p>
      <w:pPr>
        <w:jc w:val="right"/>
      </w:pPr>
      <w:r>
        <w:t>پھرکمسےکمگولتواسکاہوparadise۔</w:t>
      </w:r>
    </w:p>
    <w:p>
      <w:r>
        <w:rPr>
          <w:b/>
        </w:rPr>
        <w:t xml:space="preserve">[1:19:22] </w:t>
      </w:r>
      <w:r>
        <w:t>ya ajeeb baat hai ke log, yani paradise ko apna goal na banayein, iske hareese na hon, iske talib na hon, aur zabardasti Khuda inko paradise de de. Aisa kaise ho sakta hai?</w:t>
      </w:r>
    </w:p>
    <w:p>
      <w:pPr>
        <w:jc w:val="right"/>
      </w:pPr>
      <w:r>
        <w:t>یا عجیبباتہےکہلوگ ،یعنی par adiseکواپناگولنہبنائیں،اسکےحریصنہہوں،اسکےطالب نہہوں، اورزبردستیخداانکوparadiseدےدے۔ایساکیسےہوسکتاہے؟</w:t>
      </w:r>
    </w:p>
    <w:p>
      <w:r>
        <w:rPr>
          <w:b/>
        </w:rPr>
        <w:t xml:space="preserve">[1:19:34] </w:t>
      </w:r>
      <w:r>
        <w:t>kam se kam yeh hai ke aap paradise ke hareese banein. kam se kam yeh hai jaanein ke paradise kya cheez hai. zindagi bhar paradise ko koi important nahi. zindagi mein aap diya aap ne kuch bhi nahi</w:t>
      </w:r>
    </w:p>
    <w:p>
      <w:pPr>
        <w:jc w:val="right"/>
      </w:pPr>
      <w:r>
        <w:t>کمسےکم یہہےکہآپ paradiseکےحریصبنیں۔ کمسےکمیہہے جانیںکہparadiseکیاچیزہے۔ زندگی بھر paradiseکوکوئی important نہیں۔زندگی میںآپدیاآپ نےکچھبھینہیں</w:t>
      </w:r>
    </w:p>
    <w:p>
      <w:r>
        <w:rPr>
          <w:b/>
        </w:rPr>
        <w:t xml:space="preserve">[1:19:47] </w:t>
      </w:r>
      <w:r>
        <w:t>. is par aapki soch nahi bani. isko aapne apna goal nahi banaya. to to aise aadmi ke liye paradise nahi hai.</w:t>
      </w:r>
    </w:p>
    <w:p>
      <w:pPr>
        <w:jc w:val="right"/>
      </w:pPr>
      <w:r>
        <w:t>۔ اسپرآپکیسوچنہیںبنی۔ اسکوآپنےاپناگولنہیںبنایا۔ تو توایسےآدمیکےلیےparadiseنہیںہے۔</w:t>
      </w:r>
    </w:p>
    <w:p>
      <w:r>
        <w:rPr>
          <w:b/>
        </w:rPr>
        <w:t xml:space="preserve">[1:19:56] </w:t>
      </w:r>
      <w:r>
        <w:t>jo chahta tha, woh mil gaya isko. fehm chahta tha, mil gaya. Paradise nahi chahiye thi. Paradise kyun mil jaye gi isko? Yaad rakhiye, kam se kam jo shart hai paradise ke liye ke aap iske hareese banein. hareese.</w:t>
      </w:r>
    </w:p>
    <w:p>
      <w:pPr>
        <w:jc w:val="right"/>
      </w:pPr>
      <w:r>
        <w:t>جو چاہاتھا،وہملگیااسکو ۔ فہمچاہاتھا،ملگیا۔ Paradiseنہیںچاہیےتھی۔Paradiseکیوںملجائےگیاسکو ؟ یادرکھیے،کم سے کم جو شرطہے par adiseکےلیے کہآپاسکےحریصبنیں۔حریص۔</w:t>
      </w:r>
    </w:p>
    <w:p>
      <w:r>
        <w:rPr>
          <w:b/>
        </w:rPr>
        <w:t xml:space="preserve">[1:20:12] </w:t>
      </w:r>
      <w:r>
        <w:t>hareese banne ka maani hai ke doosri cheezon ka haris khatam ho.</w:t>
      </w:r>
    </w:p>
    <w:p>
      <w:pPr>
        <w:jc w:val="right"/>
      </w:pPr>
      <w:r>
        <w:t>حریصبننےکامعنیہےکہدوسریچیزوںکاحرصختمہو۔</w:t>
      </w:r>
    </w:p>
    <w:p>
      <w:r>
        <w:rPr>
          <w:b/>
        </w:rPr>
        <w:t xml:space="preserve">[1:20:15] </w:t>
      </w:r>
      <w:r>
        <w:t>yani paradise ke saath doosri cheezon ka shauq, haris, talab khatam ho jaye. yeh kam se kam shart hai. koi doosri cheez aapko khush na kare.</w:t>
      </w:r>
    </w:p>
    <w:p>
      <w:pPr>
        <w:jc w:val="right"/>
      </w:pPr>
      <w:r>
        <w:t>یعنیpar adiseکےساتھ دوسریچیزوںکا شوق،حرص، طلبختمہوجائے۔ یہ کمسےکمشرطہے۔ کوئی دوسریچیزآپکوخوشنہکرے۔</w:t>
      </w:r>
    </w:p>
    <w:p>
      <w:r>
        <w:rPr>
          <w:b/>
        </w:rPr>
        <w:t xml:space="preserve">[1:20:27] </w:t>
      </w:r>
      <w:r>
        <w:t>yeh doosri cheez se aapko koi lagaav na rahe. to yeh to kam se kam shart hai.</w:t>
      </w:r>
    </w:p>
    <w:p>
      <w:pPr>
        <w:jc w:val="right"/>
      </w:pPr>
      <w:r>
        <w:t>یہ دوسریچیزسےآپکوکوئیلگاؤنہرہے۔ تویہتو کمسےکمشرطہے۔</w:t>
      </w:r>
    </w:p>
    <w:p>
      <w:r>
        <w:rPr>
          <w:b/>
        </w:rPr>
        <w:t xml:space="preserve">[1:20:37] </w:t>
      </w:r>
      <w:r>
        <w:t>This question is from Mr. Zubair Ahmed. What do we mean by Ahl-e-Bait</w:t>
      </w:r>
    </w:p>
    <w:p>
      <w:pPr>
        <w:jc w:val="right"/>
      </w:pPr>
      <w:r>
        <w:t>Thisquestion isfrom Mr. ZubairAhmed .Whatdo we meanby Ahl-e-Bait</w:t>
      </w:r>
    </w:p>
    <w:p>
      <w:r>
        <w:rPr>
          <w:b/>
        </w:rPr>
        <w:t xml:space="preserve">[1:20:45] </w:t>
      </w:r>
      <w:r>
        <w:t>? My friends say that we must love the Ahl-e-Bait. If we don't, we are munafiq. Yeh sab bilkul galat baatein hain.</w:t>
      </w:r>
    </w:p>
    <w:p>
      <w:pPr>
        <w:jc w:val="right"/>
      </w:pPr>
      <w:r>
        <w:t>? Myfriends say that wemust lovethe Ahl-e-Bait. Ifwedon' t, weare mun afiq. یہسب بالکلغلطباتیںہیں۔</w:t>
      </w:r>
    </w:p>
    <w:p>
      <w:r>
        <w:rPr>
          <w:b/>
        </w:rPr>
        <w:t xml:space="preserve">[1:20:55] </w:t>
      </w:r>
      <w:r>
        <w:t>Bilkul galat baatein hain. Yeh sab hain. Yahan</w:t>
      </w:r>
    </w:p>
    <w:p>
      <w:pPr>
        <w:jc w:val="right"/>
      </w:pPr>
      <w:r>
        <w:t>بالکلغلطباتیںہیں۔یہسبہیں۔ یہاں</w:t>
      </w:r>
    </w:p>
    <w:p>
      <w:r>
        <w:rPr>
          <w:b/>
        </w:rPr>
        <w:t xml:space="preserve">[1:21:01] </w:t>
      </w:r>
      <w:r>
        <w:t>Yeh sab galat baatein hain. Logon ne, yaani ne khud sa apne khud se bana liya hai criteria.</w:t>
      </w:r>
    </w:p>
    <w:p>
      <w:pPr>
        <w:jc w:val="right"/>
      </w:pPr>
      <w:r>
        <w:t>یہسبغلطباتیںہیں۔ لوگوںنے ،یعنی نے خود سا اپنے خود سےبنالیاہےکرائٹیریا۔</w:t>
      </w:r>
    </w:p>
    <w:p>
      <w:r>
        <w:rPr>
          <w:b/>
        </w:rPr>
        <w:t xml:space="preserve">[1:21:10] </w:t>
      </w:r>
      <w:r>
        <w:t>Saara masla ek criteria galat hai logon ka. Yeh jo sahib hain, inse kahiye jo aisa bolte hon ke Quran Majeed mein nikaal kar dikhao ke kya condition hai, kya shartein hain.</w:t>
      </w:r>
    </w:p>
    <w:p>
      <w:pPr>
        <w:jc w:val="right"/>
      </w:pPr>
      <w:r>
        <w:t>سارامسئلہایککرائٹیریاغلطہےلوگوںکا ۔ یہجو صاحبہیں،انسےکہیے جو ایسابولتےہوں کہ قرآنمجیدمیںنکالکردکھاؤ کہ کیا کنڈیشنہے،کیا شرطیںہیں۔</w:t>
      </w:r>
    </w:p>
    <w:p>
      <w:r>
        <w:rPr>
          <w:b/>
        </w:rPr>
        <w:t xml:space="preserve">[1:21:22] </w:t>
      </w:r>
      <w:r>
        <w:t>Kisi ko aap manenge, kisi ko nahi manenge. Khud hi khud bana li shartein. Kisi ne yeh bana liya, kisi ne woh bana liya.</w:t>
      </w:r>
    </w:p>
    <w:p>
      <w:pPr>
        <w:jc w:val="right"/>
      </w:pPr>
      <w:r>
        <w:t>کسی کوآپمانیںگے،کسی کونہیںمانیںگے۔ خود ہیخودبنالیاشرطیں۔ کسی نےیہبنالیا،کسینےوہبنالیا۔</w:t>
      </w:r>
    </w:p>
    <w:p>
      <w:r>
        <w:rPr>
          <w:b/>
        </w:rPr>
        <w:t xml:space="preserve">[1:21:33] </w:t>
      </w:r>
      <w:r>
        <w:t>Ahle Bait ka matlab sirf yeh hai ke Rasool Allah ke jo family thi, us ne Rasool Allah ka saath diya. Un se iski wajah se hamare dil mein unki qadar ek hai.</w:t>
      </w:r>
    </w:p>
    <w:p>
      <w:pPr>
        <w:jc w:val="right"/>
      </w:pPr>
      <w:r>
        <w:t>اہلبیتکامطلبصرفیہہےکہرسولاللہکے جو فیملیتھی، اسنے رسولاللہکاساتھ دیا۔ انسےاسکیوجہسے ہمارےدلمیںانکیقدر ایکہے۔</w:t>
      </w:r>
    </w:p>
    <w:p>
      <w:r>
        <w:rPr>
          <w:b/>
        </w:rPr>
        <w:t xml:space="preserve">[1:21:44] </w:t>
      </w:r>
      <w:r>
        <w:t>Meri family ne mera saath diya. Aap dekhiye ke main 85 saal ki umar mein hoon, pahuncha hoon. Poori poori umar meri family ne mera saath diya hai.</w:t>
      </w:r>
    </w:p>
    <w:p>
      <w:pPr>
        <w:jc w:val="right"/>
      </w:pPr>
      <w:r>
        <w:t>میریفیملینےمیراساتھدیا۔ آپدیکھیںکہمیں 8 5سالکیعمر میںہوں،پہنچاہوں۔ پوری پوریعمرمیریفیملینےمیراساتھدیاہے۔</w:t>
      </w:r>
    </w:p>
    <w:p>
      <w:r>
        <w:rPr>
          <w:b/>
        </w:rPr>
        <w:t xml:space="preserve">[1:21:53] </w:t>
      </w:r>
      <w:r>
        <w:t>Bachpan se le kar aaj tak ke maine koi business nahi kiya, maine koi service nahi ki, kuch bhi nahi kiya. Maine ke main kaise zinda hoon?</w:t>
      </w:r>
    </w:p>
    <w:p>
      <w:pPr>
        <w:jc w:val="right"/>
      </w:pPr>
      <w:r>
        <w:t>بچپنسےلےکرآجتک کہمیںنےکوئیبزنسنہیںکی،میںنےکوئیسروسنہیں کی، کچھبھینہیںکیا۔ میںنے کہمیںکیسےزندہہوں؟</w:t>
      </w:r>
    </w:p>
    <w:p>
      <w:r>
        <w:rPr>
          <w:b/>
        </w:rPr>
        <w:t xml:space="preserve">[1:22:02] </w:t>
      </w:r>
      <w:r>
        <w:t>Meri family mera saath de rahi hai. To jo aadmi bhi is mission se jude ga, woh meri family ke liye uske dil mein qadar aa jayegi. Bilkul attach neechur ke jo aadmi bhi bhejane ga is mission ko,</w:t>
      </w:r>
    </w:p>
    <w:p>
      <w:pPr>
        <w:jc w:val="right"/>
      </w:pPr>
      <w:r>
        <w:t>میریفیملیمیراساتھدےرہیہے۔ توجوآدمیبھی اسمشنسےجڑےگا، وہمیریفیملی کےلیےاسکےدلمیںقدرآجائےگی۔ بالکل اٹاز نیچرکہ جوآدمیبھیجانےگااسمشنکو،</w:t>
      </w:r>
    </w:p>
    <w:p>
      <w:r>
        <w:rPr>
          <w:b/>
        </w:rPr>
        <w:t xml:space="preserve">[1:22:15] </w:t>
      </w:r>
      <w:r>
        <w:t>Us se usko taluq hoga to zaroor meri family ko bhi qadar ke nazar se dekhe ga ke bhai yeh logon ne itna support diya, tab yeh kaam chalta raha.</w:t>
      </w:r>
    </w:p>
    <w:p>
      <w:pPr>
        <w:jc w:val="right"/>
      </w:pPr>
      <w:r>
        <w:t>اسسےاسکو تعلقہوگا تو ضرورمیریفیملیکوبھیقدر کےنظرسےدیکھےگا کہبھئییہلوگوںنے اتناسپورٹدیا، تب یہکام چلتارہا۔</w:t>
      </w:r>
    </w:p>
    <w:p>
      <w:r>
        <w:rPr>
          <w:b/>
        </w:rPr>
        <w:t xml:space="preserve">[1:22:26] </w:t>
      </w:r>
      <w:r>
        <w:t>To Rasool Allah (Sallallahu Alaihi Wasallam) ki family ne aap ko support diya to woh maas ki qadar karte hain.</w:t>
      </w:r>
    </w:p>
    <w:p>
      <w:pPr>
        <w:jc w:val="right"/>
      </w:pPr>
      <w:r>
        <w:t>تورسولاللہصلیاللہعلیہوسلمکیفیملینے آپکوسپورٹدیاتوہماسکیقدرکرتے ہیں۔</w:t>
      </w:r>
    </w:p>
    <w:p>
      <w:r>
        <w:rPr>
          <w:b/>
        </w:rPr>
        <w:t xml:space="preserve">[1:22:30] </w:t>
      </w:r>
      <w:r>
        <w:t>To yeh to ek fitri, ek fitri baat hai. Is mein koi bhi serious nahi hai. Waise hi aisa hai ke main jitne mere saathi hain, meri family ko qadar ke nazar se dekhte hain.</w:t>
      </w:r>
    </w:p>
    <w:p>
      <w:pPr>
        <w:jc w:val="right"/>
      </w:pPr>
      <w:r>
        <w:t>تویہتوایکفطری،ایکفطریباتہے۔ اسمیںکوئیبھیسیریسنہیںہے۔ ویسےہیایساہےکہمیں جتنےمیرےساتھیہیں، میریفیملیکوقدر کینظرسےدیکھتےہیں۔</w:t>
      </w:r>
    </w:p>
    <w:p>
      <w:r>
        <w:rPr>
          <w:b/>
        </w:rPr>
        <w:t xml:space="preserve">[1:22:40] </w:t>
      </w:r>
      <w:r>
        <w:t>Jab sunte hain ke meri family woh hai, bachpan se aaj tak mera saath diye chali ja rahi hai, aur iski wajah se main is mission ko chalane ke qabil hua hoon. To yeh ek bilkul fitri baat hai, but natural.</w:t>
      </w:r>
    </w:p>
    <w:p>
      <w:pPr>
        <w:jc w:val="right"/>
      </w:pPr>
      <w:r>
        <w:t>جب سنتےہیںکہمیریفیملیجوہے، بچپنسےآجتکمیراساتھدیےچلیجارہیہے، اور اسکیوجہسےمیںاسمشنکوچلانےکےقابلہواہوں۔ تو یہایکبالکلفطریباتہے، بٹنیچرل۔</w:t>
      </w:r>
    </w:p>
    <w:p>
      <w:r>
        <w:rPr>
          <w:b/>
        </w:rPr>
        <w:t xml:space="preserve">[1:22:52] </w:t>
      </w:r>
      <w:r>
        <w:t>To ek fitri baat ko log mysterious bana dete hain, mysterious aqeedah bana dete hain. Yeh aqeedah ki baat nahi hai. Yeh</w:t>
      </w:r>
    </w:p>
    <w:p>
      <w:pPr>
        <w:jc w:val="right"/>
      </w:pPr>
      <w:r>
        <w:t>توایکفطریباتکو لوگمسٹیریسبنادیتےہیں،مسٹیریس عقیدہبنادیتےہیں۔یہعقیدےکیباتنہیںہے۔یہ</w:t>
      </w:r>
    </w:p>
    <w:p>
      <w:r>
        <w:rPr>
          <w:b/>
        </w:rPr>
        <w:t xml:space="preserve">[1:22:59] </w:t>
      </w:r>
      <w:r>
        <w:t>Yeh yeh yeh matter of belief nahi hai. Yeh yeh to ek ek fitrat ka taqaza hai.</w:t>
      </w:r>
    </w:p>
    <w:p>
      <w:pPr>
        <w:jc w:val="right"/>
      </w:pPr>
      <w:r>
        <w:t>یہ یہ یہمیٹرآفبیلیفنہیںہے۔یہ یہتوایک ایکفطرتکاتقاضاہے۔</w:t>
      </w:r>
    </w:p>
    <w:p>
      <w:r>
        <w:rPr>
          <w:b/>
        </w:rPr>
        <w:t xml:space="preserve">[1:23:08] </w:t>
      </w:r>
      <w:r>
        <w:t>His next question is: How could we feel that we have realized God? Jab realize kar le ga, khud hi maloom ho jayega aap ko.</w:t>
      </w:r>
    </w:p>
    <w:p>
      <w:pPr>
        <w:jc w:val="right"/>
      </w:pPr>
      <w:r>
        <w:t>His nextquestionis:How couldwe feelthat wehave realiz ed God ? جب ریلائزکرلےگا،خودہیمعلومہوجائےگاآپکو۔</w:t>
      </w:r>
    </w:p>
    <w:p>
      <w:r>
        <w:rPr>
          <w:b/>
        </w:rPr>
        <w:t xml:space="preserve">[1:23:18] </w:t>
      </w:r>
      <w:r>
        <w:t>Bahar ka koi aadmi batane aur ke liye nahi aaye ga.</w:t>
      </w:r>
    </w:p>
    <w:p>
      <w:pPr>
        <w:jc w:val="right"/>
      </w:pPr>
      <w:r>
        <w:t>باہرکاکوئیآدمیبتانےاورکےلیےنہیںآئےگا۔</w:t>
      </w:r>
    </w:p>
    <w:p>
      <w:r>
        <w:rPr>
          <w:b/>
        </w:rPr>
        <w:t xml:space="preserve">[1:23:23] </w:t>
      </w:r>
      <w:r>
        <w:t>Jab bhi koi bachcha apni maa ko paal leta hai, jab intezar karta hai, koi aage batave ke tumhari maa hai, tab tab jaane ga woh us ko.</w:t>
      </w:r>
    </w:p>
    <w:p>
      <w:pPr>
        <w:jc w:val="right"/>
      </w:pPr>
      <w:r>
        <w:t>جب بھیکوئیبچہاپنیماںکوپالیتاہے، جب انتظارکرتاہے،کوئیآگےبتاوےکہتمہاریماںہے،تبتب جانےگاوہاسکو۔</w:t>
      </w:r>
    </w:p>
    <w:p>
      <w:r>
        <w:rPr>
          <w:b/>
        </w:rPr>
        <w:t xml:space="preserve">[1:23:32] </w:t>
      </w:r>
      <w:r>
        <w:t>Woh kisi koee mela hai, koi bheed hai, is mein ek bachcha bichhad gaya apni maa se, dhoondh raha hai, dhoondh raha hai, dhoondh raha hai, ab pa gaya. To kya woh wait kare ga ke koi aa ke batave ke yeh meri maa hai?</w:t>
      </w:r>
    </w:p>
    <w:p>
      <w:pPr>
        <w:jc w:val="right"/>
      </w:pPr>
      <w:r>
        <w:t>وہکسی کوئیمیلہہے،کوئیبھیڑہے،اسمیں ایکبچہ بچھڑگیااپنیماںسے،ڈھونڈرہاہے،ڈھونڈرہاہے،ڈھونڈرہاہے، ابپاگیا۔ توکیا وہویٹکرےگاکہکوئیآکےبتاوےکہیہمیریماںہے؟</w:t>
      </w:r>
    </w:p>
    <w:p>
      <w:r>
        <w:rPr>
          <w:b/>
        </w:rPr>
        <w:t xml:space="preserve">[1:23:42] </w:t>
      </w:r>
      <w:r>
        <w:t>Tab woh tab us ko pata chalega.</w:t>
      </w:r>
    </w:p>
    <w:p>
      <w:pPr>
        <w:jc w:val="right"/>
      </w:pPr>
      <w:r>
        <w:t>تب وہ تب اسکوپتہچلےگا۔</w:t>
      </w:r>
    </w:p>
    <w:p>
      <w:r>
        <w:rPr>
          <w:b/>
        </w:rPr>
        <w:t xml:space="preserve">[1:23:47] </w:t>
      </w:r>
      <w:r>
        <w:t>To jis din aap Khuda ko daryaft kar lenge, to kisi ke bataye baghair hi aap ko yaqeen aa jayega ke maine Khuda ko daryaft kar liya. Kisi ko batane ke aap wait nahi karenge.</w:t>
      </w:r>
    </w:p>
    <w:p>
      <w:pPr>
        <w:jc w:val="right"/>
      </w:pPr>
      <w:r>
        <w:t>تو جسدن آپ خداکودریا فتکرلیںگے، تو کسی کےبتائےبغیرہیآپکویقینآجائےگاکہمیںنےخداکودریافتکرلیا۔ کسی کو بت انےکےآپ ویٹنہیںکریںگے۔</w:t>
      </w:r>
    </w:p>
    <w:p>
      <w:r>
        <w:rPr>
          <w:b/>
        </w:rPr>
        <w:t xml:space="preserve">[1:23:59] </w:t>
      </w:r>
      <w:r>
        <w:t>This question is from Maulana Azhwan. Why people don't seriously think about truth and lie?</w:t>
      </w:r>
    </w:p>
    <w:p>
      <w:pPr>
        <w:jc w:val="right"/>
      </w:pPr>
      <w:r>
        <w:t>Thisquestion is from مول انازکوان .Whypeople don't ser iously think about truth and lie ?</w:t>
      </w:r>
    </w:p>
    <w:p>
      <w:r>
        <w:rPr>
          <w:b/>
        </w:rPr>
        <w:t xml:space="preserve">[1:24:19] </w:t>
      </w:r>
      <w:r>
        <w:t>Bas jo jo worldly cheezein hain, usi ko importance diya hua hai. Jhoot bol kar ke aap apni apna status banta hai, to jhoot bol denge.</w:t>
      </w:r>
    </w:p>
    <w:p>
      <w:pPr>
        <w:jc w:val="right"/>
      </w:pPr>
      <w:r>
        <w:t>بس جو جو ورڈلیچیزیںہیں، اسیکوامپورٹنسدیاہوا ہے۔ جھوٹبولکرکےآپاپنی اپنا اسٹیٹسبنتاہے،توجھوٹبولدیںگے۔</w:t>
      </w:r>
    </w:p>
    <w:p>
      <w:r>
        <w:rPr>
          <w:b/>
        </w:rPr>
        <w:t xml:space="preserve">[1:24:31] </w:t>
      </w:r>
      <w:r>
        <w:t>Sach bolne, sach bol kar, sach bolne se koi interest ban ban raha hota hai, sach bol denge wahan pe. To unka jo concern hai, woh yeh nahi ke main sach bolun ya jhoot bolun, yeh nahi concern hai.</w:t>
      </w:r>
    </w:p>
    <w:p>
      <w:pPr>
        <w:jc w:val="right"/>
      </w:pPr>
      <w:r>
        <w:t>سچبول نے،سچبول کر،سچبولنےسےکوئیانٹرسٹ بنبنرہاہوتاہے،سچبولدیںگےوہاںپہ۔ توانکاجو کنسرنہے، وہ یہنہیںکہمیںسچبولوںیاجھوٹبولوں،یہنہیںکنسرنہے۔</w:t>
      </w:r>
    </w:p>
    <w:p>
      <w:r>
        <w:rPr>
          <w:b/>
        </w:rPr>
        <w:t xml:space="preserve">[1:24:41] </w:t>
      </w:r>
      <w:r>
        <w:t>concern yeh hai ke mera interest kaise bane, mera faida kaise hasil ho.</w:t>
      </w:r>
    </w:p>
    <w:p>
      <w:pPr>
        <w:jc w:val="right"/>
      </w:pPr>
      <w:r>
        <w:t>کنسرنیہہےکہمیراانٹرسٹکیسےبنے،میرافائدہکیسےحاصل ہو۔</w:t>
      </w:r>
    </w:p>
    <w:p>
      <w:r>
        <w:rPr>
          <w:b/>
        </w:rPr>
        <w:t xml:space="preserve">[1:24:45] </w:t>
      </w:r>
      <w:r>
        <w:t>kisi ka political interest hai, kisi ka paise ka interest hai, kisi ka family ka interest. to apna interest jo hai, uska unka supreme concern na ho.</w:t>
      </w:r>
    </w:p>
    <w:p>
      <w:pPr>
        <w:jc w:val="right"/>
      </w:pPr>
      <w:r>
        <w:t>کسی کاپولیٹیکلانٹرسٹہے، کسی کا پیسےکاانٹرسٹہے،کسی کا فیملی کاانٹرسٹ۔ تو اپناانٹرسٹجوہے،اسکاانکاسپریمکنسرنہے۔</w:t>
      </w:r>
    </w:p>
    <w:p>
      <w:r>
        <w:rPr>
          <w:b/>
        </w:rPr>
        <w:t xml:space="preserve">[1:24:55] </w:t>
      </w:r>
      <w:r>
        <w:t>jaise hasil ho, bas jaise aap ka beta hai, aap ke samne aata hai, koi poochta hai ke kaun hai, to aap kahenge mera beta hai. to wahan jhoot nahin bolenge, aap wahan nahin jhoot bolenge. aap kahenge sahib se ke mera beta hai.</w:t>
      </w:r>
    </w:p>
    <w:p>
      <w:pPr>
        <w:jc w:val="right"/>
      </w:pPr>
      <w:r>
        <w:t>جیسےحاصل ہو،بس جیسےآپکا بیٹاہے، آپ کےسامنےآتاہے،کوئیپوچھتاہےکہکونہے،توآپکہیںگےمیرابیٹاہے۔تووہاںجھوٹنہیںبولیںگے،آپ وہاںنہیںجھوٹبولیںگے۔آپ کہیںگےصاحبسےکہ میرابیٹاہے۔</w:t>
      </w:r>
    </w:p>
    <w:p>
      <w:r>
        <w:rPr>
          <w:b/>
        </w:rPr>
        <w:t xml:space="preserve">[1:25:10] </w:t>
      </w:r>
      <w:r>
        <w:t>kisi aur mauqe par wahan jhoot bol denge ke wahan jhoot bol ke kaam ban raha hai ya sach bol ke kaam ban raha hai. to criteria logon ne doosre bana rakhe hain, is wajah se aisa ho raha hai.</w:t>
      </w:r>
    </w:p>
    <w:p>
      <w:pPr>
        <w:jc w:val="right"/>
      </w:pPr>
      <w:r>
        <w:t>کسی اورموقعپروہاںجھوٹبولدیںگےکہوہاںجھوٹبولکےکامبنرہاہے یا سچبولکےکامبنرہاہے۔ تو کرائٹیریالوگوںنےدوسرےبنارکھےہیں، اس وجہسےایساہورہاہے۔</w:t>
      </w:r>
    </w:p>
    <w:p>
      <w:r>
        <w:rPr>
          <w:b/>
        </w:rPr>
        <w:t xml:space="preserve">[1:25:23] </w:t>
      </w:r>
      <w:r>
        <w:t>agar hum asas ko dimagh mein bithal len ke hamein to sach bolna hi bolna hai aur jhoot bolna nahin nahin hai kabhi kisi haal mein, tab yeh burai nahin dekhenge aap koi.</w:t>
      </w:r>
    </w:p>
    <w:p>
      <w:pPr>
        <w:jc w:val="right"/>
      </w:pPr>
      <w:r>
        <w:t>اگر ہم اساسکو دماغمیںبٹھالیںکہہمیںتوسچبولناہیبولناہے اورجھوٹ بولناہینہیںہے کبھیکسی حالمیں، تب یہ بر ائی نہیں دیکھیںگےآپکوئی۔</w:t>
      </w:r>
    </w:p>
    <w:p>
      <w:r>
        <w:rPr>
          <w:b/>
        </w:rPr>
        <w:t xml:space="preserve">[1:25:38] </w:t>
      </w:r>
      <w:r>
        <w:t>This question is from Mr. Zubair Ahmed . Some scholars say that standing up when the national anthem is sung is shirk . Please comment. are bekar baatein hain, yeh sab</w:t>
      </w:r>
    </w:p>
    <w:p>
      <w:pPr>
        <w:jc w:val="right"/>
      </w:pPr>
      <w:r>
        <w:t>Thisquestion is from Mr. ZubairAhmed . Somescholarssay that stand ingup when the national anthem is sung is shirk .Pleasecomment.ارےبیکارباتیںہیں،یہسب</w:t>
      </w:r>
    </w:p>
    <w:p>
      <w:r>
        <w:rPr>
          <w:b/>
        </w:rPr>
        <w:t xml:space="preserve">[1:25:52] </w:t>
      </w:r>
      <w:r>
        <w:t>khurafat . kab tak aap log aisi sochun mein rahenge? aap log is mulk mein rehte hain, aap is mulk ke wafadar nahin hain. national anthem, anthem jo hai, woh bahar nation ki cheez, nation ki cheez.</w:t>
      </w:r>
    </w:p>
    <w:p>
      <w:pPr>
        <w:jc w:val="right"/>
      </w:pPr>
      <w:r>
        <w:t>خرافات ۔کبتکآپلوگاسی سوچوںمیںرہیںگے؟آپلوگ اسملکمیںرہتےہیں،آپاسملککےوفادارنہیںہیں۔ نیشنلانتھم،انتھمجوہے،وہباہر نیشن لکیچیز،نیشنکیچیز۔</w:t>
      </w:r>
    </w:p>
    <w:p>
      <w:r>
        <w:rPr>
          <w:b/>
        </w:rPr>
        <w:t xml:space="preserve">[1:26:03] </w:t>
      </w:r>
      <w:r>
        <w:t>jo log aisa samajhte hon ke mulk chhod ke chale jayen, woh kyun? is mulk mein rehte hain aise log, kyun? is mein rehte hain mulk mein . hamein is mulk ka wafadar banna hai, is mulk ka hamara watan hai.</w:t>
      </w:r>
    </w:p>
    <w:p>
      <w:pPr>
        <w:jc w:val="right"/>
      </w:pPr>
      <w:r>
        <w:t>جولوگ ایساسمجھتےہوںکہملکچھوڑکےچلےجائیں،وہ کیوں؟اسملکمیںرہتےہیںایسےلوگ ، کیوں؟اسمیںرہتےہیںملکمیں ۔ہمیںاس ملککاوفاداربنناہے، اسملک کا ہماراوطن ہے۔</w:t>
      </w:r>
    </w:p>
    <w:p>
      <w:r>
        <w:rPr>
          <w:b/>
        </w:rPr>
        <w:t xml:space="preserve">[1:26:16] </w:t>
      </w:r>
      <w:r>
        <w:t>wohi jazba hamare hona chahiye, hamare andar</w:t>
      </w:r>
    </w:p>
    <w:p>
      <w:pPr>
        <w:jc w:val="right"/>
      </w:pPr>
      <w:r>
        <w:t>وہیجذبہہمارےہوناچاہیے،ہمارےاندر</w:t>
      </w:r>
    </w:p>
    <w:p>
      <w:r>
        <w:rPr>
          <w:b/>
        </w:rPr>
        <w:t xml:space="preserve">[1:26:20] </w:t>
      </w:r>
      <w:r>
        <w:t>jo constitution mein likha hua hai. yaad dekhiye, jo aadmi is mulk mein rahe, use mohabbat na ho is mulk se. is qabil nahin ke wahan rahe, woh woh bhi jhootha hai. yeh jhoot par jeena hai. yeh Quran mein hadith mein hai ke jo jhoot bolna nature hai aur jhoot par amal karna na chhode.</w:t>
      </w:r>
    </w:p>
    <w:p>
      <w:pPr>
        <w:jc w:val="right"/>
      </w:pPr>
      <w:r>
        <w:t>جو کانسٹیٹیوشنمیں لکھاہواہے۔ یاددیکھیے،جو آدمی اسملکمیںرہے،اسے محبتنہہواسملکسے۔اسقابلنہیںکہوہاںرہے،وہ وہبھیجھوٹہے۔یہ جھوٹ پرجیناہے۔یہ قرآنمیں حدیثمیںہےکہ جو جھوٹبولنانیچرلہےاورجھوٹپرعملکرنانہچھوڑے۔</w:t>
      </w:r>
    </w:p>
    <w:p>
      <w:r>
        <w:rPr>
          <w:b/>
        </w:rPr>
        <w:t xml:space="preserve">[1:26:38] </w:t>
      </w:r>
      <w:r>
        <w:t>yeh jhoot par amal karna hai. yeh har woh cheez jo jiska ta'alluq nation se hai, woh hamari hai. agar hum is mulk mein rehna chahte hain to hum is mulk ke wafadar shehri hain.</w:t>
      </w:r>
    </w:p>
    <w:p>
      <w:pPr>
        <w:jc w:val="right"/>
      </w:pPr>
      <w:r>
        <w:t>یہجھوٹپرعملکرناہے۔یہ ہروہچیزجو جسکاتعلق نیشنسےہے،وہہماریہے۔ اگر ہماسملکمیںرہناچاہتےہیںتو ہماسملککےوفادارشہریہیں۔</w:t>
      </w:r>
    </w:p>
    <w:p>
      <w:r>
        <w:rPr>
          <w:b/>
        </w:rPr>
        <w:t xml:space="preserve">[1:26:50] </w:t>
      </w:r>
      <w:r>
        <w:t>to har woh cheez jiska ta'alluq nation se hai, woh hamari hai. jiska ta'alluq aqide se nahin hai, jo ise aqide ka masla banaye hain, woh bahut hi zyada galat kaam karte hain aur woh Allah taala ke hath se bahut zyada pakde jayenge. woh log.</w:t>
      </w:r>
    </w:p>
    <w:p>
      <w:pPr>
        <w:jc w:val="right"/>
      </w:pPr>
      <w:r>
        <w:t>توہروہچیزجسکاتعلقنیشنسےہے،وہہماریہے۔ جسکاتعلقعقیدےسےنہیںہے، جواسعقیدےکامسئلہبنائےہیں، وہبہتہیزیادہ غلطکامکرتے ہیں اور وہ اللہ تعالیٰکےہاتھسےبہتزیادہ پکڑےجائیںگے۔وہلوگ۔</w:t>
      </w:r>
    </w:p>
    <w:p>
      <w:r>
        <w:rPr>
          <w:b/>
        </w:rPr>
        <w:t xml:space="preserve">[1:27:04] </w:t>
      </w:r>
      <w:r>
        <w:t>This question is from Muhammad Sanaullah Khan . Maulana, aap ne bataya ke tadad ka etbaar nahin .</w:t>
      </w:r>
    </w:p>
    <w:p>
      <w:pPr>
        <w:jc w:val="right"/>
      </w:pPr>
      <w:r>
        <w:t>Thisquestion is from محمد ثناء اللہخان ۔ مولانا،آپنے بتایا کہ تعداد کا اعت بارنہیں ۔</w:t>
      </w:r>
    </w:p>
    <w:p>
      <w:r>
        <w:rPr>
          <w:b/>
        </w:rPr>
        <w:t xml:space="preserve">[1:27:13] </w:t>
      </w:r>
      <w:r>
        <w:t>hadith mein hai ke jannat ek chateel maidan hai. jitni martaba Allah Akbar kahenge, jannat mein utne darakht lagenge.</w:t>
      </w:r>
    </w:p>
    <w:p>
      <w:pPr>
        <w:jc w:val="right"/>
      </w:pPr>
      <w:r>
        <w:t>حدیثمیںہےکہ جنت ایک چٹیل میدانہے۔ جتنی مرتبہاللہ اکبرکہیںگے، جنتمیں اتنے درخت اگیںگے۔</w:t>
      </w:r>
    </w:p>
    <w:p>
      <w:r>
        <w:rPr>
          <w:b/>
        </w:rPr>
        <w:t xml:space="preserve">[1:27:23] </w:t>
      </w:r>
      <w:r>
        <w:t>baraye karam wazahat farmayen. iska ta'alluq tadad se nahin hai ke jitni bar Allah Akbar kahenge,</w:t>
      </w:r>
    </w:p>
    <w:p>
      <w:pPr>
        <w:jc w:val="right"/>
      </w:pPr>
      <w:r>
        <w:t>برائےکرم وضاحتفرمائیں۔ اسکاتعلقتعداد سےنہیںہے کہجتنیباراللہ اکبرکہیںگے،</w:t>
      </w:r>
    </w:p>
    <w:p>
      <w:r>
        <w:rPr>
          <w:b/>
        </w:rPr>
        <w:t xml:space="preserve">[1:27:32] </w:t>
      </w:r>
      <w:r>
        <w:t>yani Allah Akbar spirit jitna dikhayenge. aap ki hamara matlab iska . yeh quantity term mein nahin hai, woh quantity term mein hai. woh bilkul jo log aisa samjhen ke ginti se jannat banti hai,</w:t>
      </w:r>
    </w:p>
    <w:p>
      <w:pPr>
        <w:jc w:val="right"/>
      </w:pPr>
      <w:r>
        <w:t>یعنی اللہ اکبر اسپرٹجتنادکھائیںگے۔آپیہمطلبہےاسکا ۔ یہکو انٹٹیٹیوٹرممیںنہیںہے،وہ کوانٹٹیٹیوٹرممیںہے۔وہ بالکل جولوگایساسمجھیںکہ گنتیسےجنتبنتیہے،</w:t>
      </w:r>
    </w:p>
    <w:p>
      <w:r>
        <w:rPr>
          <w:b/>
        </w:rPr>
        <w:t xml:space="preserve">[1:27:45] </w:t>
      </w:r>
      <w:r>
        <w:t>unhone deen o dunya ko samjha nahin, Islam ko samjha nahin, Quran ko samjha, hadith ko samjha. pata hai, yeh to yeh to underestimate karna hai aap ko . kaise log hain jo ginti par samajhte hain ke Khuda ke haan faisle hote hain?</w:t>
      </w:r>
    </w:p>
    <w:p>
      <w:pPr>
        <w:jc w:val="right"/>
      </w:pPr>
      <w:r>
        <w:t>انہوںنے دیندینکوسمجھانہیں،اسلامکوسمجھانہیں،قرآنکوسمجھنا،حدیثکوسمجھا۔ پتہہے،یہتو یہتوانڈرایسٹیمیٹکرناہےآپکو ۔ کیسےلوگہیںجو گنتیپرسمجھتےہیںکہخداکےہاں فیصلےہوتےہیں؟</w:t>
      </w:r>
    </w:p>
    <w:p>
      <w:r>
        <w:rPr>
          <w:b/>
        </w:rPr>
        <w:t xml:space="preserve">[1:28:00] </w:t>
      </w:r>
      <w:r>
        <w:t>ginti par Khuda par faisle haqeeqat par hote hain, haqeeqat par spirits par faisle hote hain, ginti par nahin . yeh to common sense samajhne ke liye kaafi hai.</w:t>
      </w:r>
    </w:p>
    <w:p>
      <w:pPr>
        <w:jc w:val="right"/>
      </w:pPr>
      <w:r>
        <w:t>گنتیپر خداپرفیصلےحقیقتپرہوتےہیں،حقیقتپر اسپرٹسپر فیصلےہوتےہیں، گنتیپرنہیں ۔ یہتوکامنسینسسمجھنےکےلیےکافیہے۔</w:t>
      </w:r>
    </w:p>
    <w:p>
      <w:r>
        <w:rPr>
          <w:b/>
        </w:rPr>
        <w:t xml:space="preserve">[1:28:13] </w:t>
      </w:r>
      <w:r>
        <w:t>This question is from Qazi Muhammad Mian . Maulana, aajkal kuch log Israel supported companies se bane products ke boycott ke liye muhim chala rahe hain.</w:t>
      </w:r>
    </w:p>
    <w:p>
      <w:pPr>
        <w:jc w:val="right"/>
      </w:pPr>
      <w:r>
        <w:t>Thisquestionis from قاضیمحمد میاں ۔مول انا،آجکل کچھ لوگ اسرائیل سپورٹڈکمپنیسے بنے پروڈکٹس کے بائیک اٹکےلیےمہمچلارہےہیں۔</w:t>
      </w:r>
    </w:p>
    <w:p>
      <w:r>
        <w:rPr>
          <w:b/>
        </w:rPr>
        <w:t xml:space="preserve">[1:28:25] </w:t>
      </w:r>
      <w:r>
        <w:t>is tarah ki muhim ki kya hesiyat hai? k</w:t>
      </w:r>
    </w:p>
    <w:p>
      <w:pPr>
        <w:jc w:val="right"/>
      </w:pPr>
      <w:r>
        <w:t>اسطرح کیمہم کیکیا حیثیتہے؟ک</w:t>
      </w:r>
    </w:p>
    <w:p>
      <w:r>
        <w:rPr>
          <w:b/>
        </w:rPr>
        <w:t xml:space="preserve">[1:28:28] </w:t>
      </w:r>
      <w:r>
        <w:t>chhen nahin, hesiyat hai. yeh beswali baatein hain, iska Islam se koi ta'alluq nahin hai. yeh jhooti leadership bataunga isko. cheap property get karne ke liye to yeh sara maamla hai. cheap property jaldi chhip jaate hain akhbaron mein, koi church hota hai. bas iska ta'alluq na aqide se hai, na Islam se hai, na deen se hai, na Khuda se hai, na jannat se hai, na kisi cheez se hai.</w:t>
      </w:r>
    </w:p>
    <w:p>
      <w:pPr>
        <w:jc w:val="right"/>
      </w:pPr>
      <w:r>
        <w:t>چھنہیں،حیثیتہے۔یہبیسلیسباتیںہیں، اسکااسلام سےکوئیتعلقنہیںہے۔ یہجھوٹیلیڈریبتاؤںگااسکو۔ چیپپراپر ٹی گیٹکرنےکےلیے تو یہسارامعاملہہے۔چیپپراپرٹیجلدیچھپجاتےہیںاخباروںمیں،کوئیچرچاہوتاہے۔بس اسکاتعلقنہعقیدےسےہے،نہاسلام سےہے،نہدینسےہے،نہ خداسےہے،نہجنتسےہے،نہکسیچیزسےہے۔</w:t>
      </w:r>
    </w:p>
    <w:p>
      <w:r>
        <w:rPr>
          <w:b/>
        </w:rPr>
        <w:t xml:space="preserve">[1:28:50] </w:t>
      </w:r>
      <w:r>
        <w:t>bekar baatein hain, sab bilkul bogus baatein hain. asal cheez hai sirf dawat, aur dawat aap ko agar aap sachiya spirit aajayegi to saare insaan ko aap ek samjhenge.</w:t>
      </w:r>
    </w:p>
    <w:p>
      <w:pPr>
        <w:jc w:val="right"/>
      </w:pPr>
      <w:r>
        <w:t>بیکارباتیںہیں، سب بالکل بوگسباتیںہیں۔ اصلچیزہے صرف دعوت، اور دعوتآپکو اگرآپ سچیاسپرٹآجائےگی تو سارےانسانکوآپایکسمجھیںگے۔</w:t>
      </w:r>
    </w:p>
    <w:p>
      <w:r>
        <w:rPr>
          <w:b/>
        </w:rPr>
        <w:t xml:space="preserve">[1:29:01] </w:t>
      </w:r>
      <w:r>
        <w:t>chahe yahudi ho, chahe isai ho, chahe hindu ho, ya yeh nahin ho, koi bhi, sab ek hain, sab barabar hain. dawat ya spirit na hone ki wajah se yeh sab masle nikal rahe hain, aur main main isko gunah samajhta hoon.</w:t>
      </w:r>
    </w:p>
    <w:p>
      <w:pPr>
        <w:jc w:val="right"/>
      </w:pPr>
      <w:r>
        <w:t>چاہےیہودیہو،چاہےعیسائیہو،چاہےہندو ہو،یا یہنہیںہو،کوئیبھی،سب ایکہیں،سب برابرہیں۔ دعوتیاسپرٹنہہونےکیوجہسےیہسب مسئلےنکلرہےہیں، اورمیں میںاسکوگناہسمجھتاہوں۔</w:t>
      </w:r>
    </w:p>
    <w:p>
      <w:r>
        <w:rPr>
          <w:b/>
        </w:rPr>
        <w:t xml:space="preserve">[1:29:14] </w:t>
      </w:r>
      <w:r>
        <w:t>is tarah ki baatein karke mad'u ke bare mein nafrat paida karna, mad'u ke bare mein nafrat paida karna, isko mein gunah samajhta hoon.</w:t>
      </w:r>
    </w:p>
    <w:p>
      <w:pPr>
        <w:jc w:val="right"/>
      </w:pPr>
      <w:r>
        <w:t>اسطرحکیباتیںکرکے مد عوکےبارےمیں نفرتپیداکرنا، مدعوکےبارےمیںنفرتپیدا کرنا،اسکومیںگناہسمجھتاہوں۔</w:t>
      </w:r>
    </w:p>
    <w:p>
      <w:r>
        <w:rPr>
          <w:b/>
        </w:rPr>
        <w:t xml:space="preserve">[1:29:23] </w:t>
      </w:r>
      <w:r>
        <w:t>sabse supreme karsan jo hai aapka, woh dawat hai.</w:t>
      </w:r>
    </w:p>
    <w:p>
      <w:pPr>
        <w:jc w:val="right"/>
      </w:pPr>
      <w:r>
        <w:t>سبسے سپریمکرسن جوہےآپکا، وہدعوتہے۔</w:t>
      </w:r>
    </w:p>
    <w:p>
      <w:r>
        <w:rPr>
          <w:b/>
        </w:rPr>
        <w:t xml:space="preserve">[1:29:27] </w:t>
      </w:r>
      <w:r>
        <w:t>baqi tamam cheezein isike isike andar mein aati hain. This question is from Mr Shafiq ul Iman. Kya jannat mein jaane ke liye Islam ka kalma "la ilaha illallah Muhammad Rasul Allah" kehna, aur woh bhi Arabi mein, zaroori hai?</w:t>
      </w:r>
    </w:p>
    <w:p>
      <w:pPr>
        <w:jc w:val="right"/>
      </w:pPr>
      <w:r>
        <w:t>باقیتمام چیزیںاسیکے اسیکے اندرمیںآتیہیں۔ This questionis from مسٹرشفیق الایمان ۔کیا جنتمیں جانےکےلیے اسلام کا کلمہ "لاالہالا اللہ محمد رسول اللہ "کہ نا ،اور وہبھی عربیمیں، ضروریہے ؟</w:t>
      </w:r>
    </w:p>
    <w:p>
      <w:r>
        <w:rPr>
          <w:b/>
        </w:rPr>
        <w:t xml:space="preserve">[1:29:50] </w:t>
      </w:r>
      <w:r>
        <w:t>bhai, is par to aap bahut keh chuke hain, bahut likh chuke hain. Kab tak yeh sawal karte hain? Aap kitaab mein padhiye,</w:t>
      </w:r>
    </w:p>
    <w:p>
      <w:pPr>
        <w:jc w:val="right"/>
      </w:pPr>
      <w:r>
        <w:t>بھئی،اسپرتوآپبہت کہہچکےہیں،بہتلکھچکےہیں۔کبتکیہسوالکرتےہیں ؟آپ کتاب یںپڑھیے،</w:t>
      </w:r>
    </w:p>
    <w:p>
      <w:r>
        <w:rPr>
          <w:b/>
        </w:rPr>
        <w:t xml:space="preserve">[1:29:57] </w:t>
      </w:r>
      <w:r>
        <w:t>bhai, saari kitaabein isi par hain. Isko padhiye, aap yeh toh bilkul bogus, bilkul bilkul besalees baat hai ke ek ek ek lafzon ka achanak karde aur jannat mein pahunch jaaye.</w:t>
      </w:r>
    </w:p>
    <w:p>
      <w:pPr>
        <w:jc w:val="right"/>
      </w:pPr>
      <w:r>
        <w:t>بھئی،ساریکتاب یںاسیپرہیں۔ اسکوپڑھیے،آپ یہتوبالکلبوگس،بالکلبالکل بیسلیسباتہے کہ ایک ایک ایکلفظوںکااچانککردےاورجنتمیںپہنچجائے۔</w:t>
      </w:r>
    </w:p>
    <w:p>
      <w:r>
        <w:rPr>
          <w:b/>
        </w:rPr>
        <w:t xml:space="preserve">[1:30:09] </w:t>
      </w:r>
      <w:r>
        <w:t>kuch words hain, unka achanak karde aur jannat mein pahunch jaao. Yeh jannat ka koi mazaaq hai? Yeh toh barta mein ne kaha hai. Yahan par lambi lambi speech di hai, kitaab mein is par likh rakha hai. Mein ne jannat ka ta'alluq jo hai un cheezon se nahi hai, toh aap literature padhiye.</w:t>
      </w:r>
    </w:p>
    <w:p>
      <w:pPr>
        <w:jc w:val="right"/>
      </w:pPr>
      <w:r>
        <w:t>کچھ ورڈہیں،انکااچانککردواورجنتمیںپہنچجاؤ۔یہجنتکاکوئیمذاق ہے؟ یہتوبہتبارمیںنےکہاہے۔یہاںپر لمبیلمبیسپیچدیہے، کتاب میںاسپہ لکھرکھاہے۔میںنے جنتکاتعلقجوہے انچیزوںسےنہیںہے، توآپلیٹریچرپڑھیے۔</w:t>
      </w:r>
    </w:p>
    <w:p>
      <w:r>
        <w:rPr>
          <w:b/>
        </w:rPr>
        <w:t xml:space="preserve">[1:30:27] </w:t>
      </w:r>
      <w:r>
        <w:t>jab tak aap literature nahi padhenge, koi baat clear nahi hogi. This question is from Mrs Raaziya. Man gets angry over trivial things, and then he loses his ability to reason and see the situation objectively.</w:t>
      </w:r>
    </w:p>
    <w:p>
      <w:pPr>
        <w:jc w:val="right"/>
      </w:pPr>
      <w:r>
        <w:t>جبتکآپلیٹریچرنہیںپڑھیںگے، کوئیباتکلیئرنہیںہوگی۔ This question isfrom مس راضیہ۔ Man gets ang ry over tri vialthings, andthen helos eshis abilityto reason and seethesitu ation obj ectiv ely.</w:t>
      </w:r>
    </w:p>
    <w:p>
      <w:r>
        <w:rPr>
          <w:b/>
        </w:rPr>
        <w:t xml:space="preserve">[1:30:45] </w:t>
      </w:r>
      <w:r>
        <w:t>What should one do to avoid getting angry in any situation?</w:t>
      </w:r>
    </w:p>
    <w:p>
      <w:pPr>
        <w:jc w:val="right"/>
      </w:pPr>
      <w:r>
        <w:t>Whatshould one do to avoidgettingang ryinany situ ation?</w:t>
      </w:r>
    </w:p>
    <w:p>
      <w:r>
        <w:rPr>
          <w:b/>
        </w:rPr>
        <w:t xml:space="preserve">[1:30:49] </w:t>
      </w:r>
      <w:r>
        <w:t>bhai, iske liye toh mein bahut kuch keh chuka hoon bar bar ke duniya mein</w:t>
      </w:r>
    </w:p>
    <w:p>
      <w:pPr>
        <w:jc w:val="right"/>
      </w:pPr>
      <w:r>
        <w:t>بھائی،اسکےلیےتومیںبہت کچھ کہہچکاہوںباربار کہدنیا میں</w:t>
      </w:r>
    </w:p>
    <w:p>
      <w:r>
        <w:rPr>
          <w:b/>
        </w:rPr>
        <w:t xml:space="preserve">[1:30:57] </w:t>
      </w:r>
      <w:r>
        <w:t>ghussa dikhana insaan ke khilaaf nahi hota, Khuda ke khilaaf hota hai. Kis par ghussa kar rahe hain aap? Jis ehsaas se ghussa kar rahe hain, woh Khuda ne usko azaadi di hai, is liye woh apni azaadi ko misuse kar raha hai.</w:t>
      </w:r>
    </w:p>
    <w:p>
      <w:pPr>
        <w:jc w:val="right"/>
      </w:pPr>
      <w:r>
        <w:t>غصہدکھانا انسانکےخلاف نہیںہوتا، خداکےخلاف ہوتاہے۔ کسپرغصہکررہےہیںآپ ؟ جس احساسسےغصہکررہےہیں، وہ خدانےاسکوآزادیدیہے،اسلیےوہاپنیآزادیکومسیوزکررہاہے۔</w:t>
      </w:r>
    </w:p>
    <w:p>
      <w:r>
        <w:rPr>
          <w:b/>
        </w:rPr>
        <w:t xml:space="preserve">[1:31:12] </w:t>
      </w:r>
      <w:r>
        <w:t>aap chheen nahi sakte uski azaadi.</w:t>
      </w:r>
    </w:p>
    <w:p>
      <w:pPr>
        <w:jc w:val="right"/>
      </w:pPr>
      <w:r>
        <w:t>آپ چھیننہیںسکتےاسکیآزادی ۔</w:t>
      </w:r>
    </w:p>
    <w:p>
      <w:r>
        <w:rPr>
          <w:b/>
        </w:rPr>
        <w:t xml:space="preserve">[1:31:15] </w:t>
      </w:r>
      <w:r>
        <w:t>kisi insaan se aap ne ghussa kiya, kyun? Kya ke usne aap ko kuch takleef pahunchai? Lekin woh kya tha? Takleef pahunchana.</w:t>
      </w:r>
    </w:p>
    <w:p>
      <w:pPr>
        <w:jc w:val="right"/>
      </w:pPr>
      <w:r>
        <w:t>کسی انسانسےآپنےغصہکیا، کیوں؟کیا کہاسنےآپکو کچھتکلیفپہنچائی؟لیکن وہکیا تھا؟ تکلیفپہنچانا ۔</w:t>
      </w:r>
    </w:p>
    <w:p>
      <w:r>
        <w:rPr>
          <w:b/>
        </w:rPr>
        <w:t xml:space="preserve">[1:31:25] </w:t>
      </w:r>
      <w:r>
        <w:t>usne apni azaadi ko misuse kiya. Azaadi kis ne di thi? Khuda ne di thi. Toh you have no other option except to keep patience.</w:t>
      </w:r>
    </w:p>
    <w:p>
      <w:pPr>
        <w:jc w:val="right"/>
      </w:pPr>
      <w:r>
        <w:t>اسنےاپنی آزادیکو مس یوزکیا۔ آز ادیکسنےدیتھی؟خدانےدیتھی۔ توYouhavenoother option except tokeeppatience.</w:t>
      </w:r>
    </w:p>
    <w:p>
      <w:r>
        <w:rPr>
          <w:b/>
        </w:rPr>
        <w:t xml:space="preserve">[1:31:36] </w:t>
      </w:r>
      <w:r>
        <w:t>kyunki hum Khuda se toh lad nahi sakte. Aap</w:t>
      </w:r>
    </w:p>
    <w:p>
      <w:pPr>
        <w:jc w:val="right"/>
      </w:pPr>
      <w:r>
        <w:t>کیونکہہمخداسےتولڑنہیںسکتے۔آپ</w:t>
      </w:r>
    </w:p>
    <w:p>
      <w:r>
        <w:rPr>
          <w:b/>
        </w:rPr>
        <w:t xml:space="preserve">[1:31:41] </w:t>
      </w:r>
      <w:r>
        <w:t>Khuda ki di hui azaadi ko abolish nahi kar sakta hai, aur Khuda ki di hui azaadi ko koi misuse karta hai toh woh uska haq hai.</w:t>
      </w:r>
    </w:p>
    <w:p>
      <w:pPr>
        <w:jc w:val="right"/>
      </w:pPr>
      <w:r>
        <w:t>خدا کی دیہوئی آزادی کوابولش نہیںکرسکتاہے، اورخداکیدیہوئیآزادیکوکوئیمسیوزکرتاہے تو وہ اسکاحق ہے۔</w:t>
      </w:r>
    </w:p>
    <w:p>
      <w:r>
        <w:rPr>
          <w:b/>
        </w:rPr>
        <w:t xml:space="preserve">[1:31:50] </w:t>
      </w:r>
      <w:r>
        <w:t>aap aap chheen nahi sakte isse. Toh aap ke liye sirf sirf yeh hai ke aap aap aap sabr karein, bas. Aur sabr jo hai, kisi negative attitude ka naam nahi hai, passive technique ka naam nahi hai.</w:t>
      </w:r>
    </w:p>
    <w:p>
      <w:pPr>
        <w:jc w:val="right"/>
      </w:pPr>
      <w:r>
        <w:t>آپ آپچھیننہیںسکتےاسسے۔ توآپکےلیے صرفصرفیہہےکہآپ آپ آپ صبرکریں، بس۔ اور صبرجوہے،کسی نیگیٹیو ایٹیٹیوڈکانامنہیںہے، پیسیوٹیکانامنہیںہے۔</w:t>
      </w:r>
    </w:p>
    <w:p>
      <w:r>
        <w:rPr>
          <w:b/>
        </w:rPr>
        <w:t xml:space="preserve">[1:32:05] </w:t>
      </w:r>
      <w:r>
        <w:t>sabr 100 percent positive attitude hai, kyunki sabr se kya hota hai?</w:t>
      </w:r>
    </w:p>
    <w:p>
      <w:pPr>
        <w:jc w:val="right"/>
      </w:pPr>
      <w:r>
        <w:t>صبر100فیصد پوزیٹیوایٹیٹیوڈہے، کیونکہصبرسےکیاہوتاہے؟</w:t>
      </w:r>
    </w:p>
    <w:p>
      <w:r>
        <w:rPr>
          <w:b/>
        </w:rPr>
        <w:t xml:space="preserve">[1:32:10] </w:t>
      </w:r>
      <w:r>
        <w:t>intellectual development hota hai, personality development hota hai, nayi nayi baatein khulti hain.</w:t>
      </w:r>
    </w:p>
    <w:p>
      <w:pPr>
        <w:jc w:val="right"/>
      </w:pPr>
      <w:r>
        <w:t>انٹلیکچولڈیویلپمنٹہوتاہے، پرسنیلٹیڈیویلپمنٹہوتاہے، نئینئیباتیںکھلتیہیں۔</w:t>
      </w:r>
    </w:p>
    <w:p>
      <w:r>
        <w:rPr>
          <w:b/>
        </w:rPr>
        <w:t xml:space="preserve">[1:32:17] </w:t>
      </w:r>
      <w:r>
        <w:t>sabr toh bahut badi cheez hai, bahut badi cheez hai. Mein toh rozana hi sabr karta hoon. Sabr karne se meri mera development jo hai, woh chalta rehta hai.</w:t>
      </w:r>
    </w:p>
    <w:p>
      <w:pPr>
        <w:jc w:val="right"/>
      </w:pPr>
      <w:r>
        <w:t>صبر تو بہت بڑیچیزہے،بہتبڑیچیزہے۔ میںتوروزانہہیصبرکرتاہوں۔ صبرکرنےسے میری میراڈیویلپمنٹجوہے،وہ چلتارہتاہے۔</w:t>
      </w:r>
    </w:p>
    <w:p>
      <w:r>
        <w:rPr>
          <w:b/>
        </w:rPr>
        <w:t xml:space="preserve">[1:32:26] </w:t>
      </w:r>
      <w:r>
        <w:t>agar sabr na karoon toh usi waqt ruk jaayega. Sabr ka matlab na karne ka matlab hai stagnation. Yaad rakhiye, sabr nahi karenge aap toh intellectual stagnation aa jaayega.</w:t>
      </w:r>
    </w:p>
    <w:p>
      <w:pPr>
        <w:jc w:val="right"/>
      </w:pPr>
      <w:r>
        <w:t>اگر صبرنہکروںتواسیوقترکجائےگا۔ صبرکامطلبنہکرنے کامطلبہےاسٹیگنیشن۔ یادرکھیے،صبرنہیںکریںگےآپ تو انٹلیکچولاسٹیگنیشنآجائےگا۔</w:t>
      </w:r>
    </w:p>
    <w:p>
      <w:r>
        <w:rPr>
          <w:b/>
        </w:rPr>
        <w:t xml:space="preserve">[1:32:39] </w:t>
      </w:r>
      <w:r>
        <w:t>toh kitni bhaari qeemat deni padti hai aadmi ko sabr na karne ki. This question is from Mrs Saadia. Many times when I present the Quran to my non-Muslim friends,</w:t>
      </w:r>
    </w:p>
    <w:p>
      <w:pPr>
        <w:jc w:val="right"/>
      </w:pPr>
      <w:r>
        <w:t>تو کتنیبھاریقیمتدینیپڑتیہے آدمی کو صبرنہکرنے کی۔ Thisquestion is from مسسعدیہ ۔M anytim eswhen Ipresent theQ uran tomy non -Muslim friends,</w:t>
      </w:r>
    </w:p>
    <w:p>
      <w:r>
        <w:rPr>
          <w:b/>
        </w:rPr>
        <w:t xml:space="preserve">[1:32:53] </w:t>
      </w:r>
      <w:r>
        <w:t>they ask me how should we read it, what should be the answer to this question? Mujhe yeh sab kitaab padhte hain, wohi yeh bhi padhein, bas.</w:t>
      </w:r>
    </w:p>
    <w:p>
      <w:pPr>
        <w:jc w:val="right"/>
      </w:pPr>
      <w:r>
        <w:t>they ask me how shouldwereadit ,whatshouldbetheanswer to thisquestion? مجھےیہسبکتابپڑھتےہیں،وہیہبھیپڑھیں، بس۔</w:t>
      </w:r>
    </w:p>
    <w:p>
      <w:r>
        <w:rPr>
          <w:b/>
        </w:rPr>
        <w:t xml:space="preserve">[1:33:04] </w:t>
      </w:r>
      <w:r>
        <w:t>aur koi is mein condition nahi laga sakte hum.</w:t>
      </w:r>
    </w:p>
    <w:p>
      <w:pPr>
        <w:jc w:val="right"/>
      </w:pPr>
      <w:r>
        <w:t>اورکوئی اسمیںکنڈیشننہیںلگاسکتےہم۔</w:t>
      </w:r>
    </w:p>
    <w:p>
      <w:r>
        <w:rPr>
          <w:b/>
        </w:rPr>
        <w:t xml:space="preserve">[1:33:07] </w:t>
      </w:r>
      <w:r>
        <w:t>koi condition nahi hai. Jaise sab kitaab padhte hain, woh yeh bhi padhein. Ek hi shart ho sakti hai sincerity.</w:t>
      </w:r>
    </w:p>
    <w:p>
      <w:pPr>
        <w:jc w:val="right"/>
      </w:pPr>
      <w:r>
        <w:t>کوئیکنڈیشننہیںہے۔ جیسےسبکتاب پڑھتےہیں،وہ یہبھیپڑھیں۔ ایکہیشرطہوسکتیہےسن سیرٹی۔</w:t>
      </w:r>
    </w:p>
    <w:p>
      <w:r>
        <w:rPr>
          <w:b/>
        </w:rPr>
        <w:t xml:space="preserve">[1:33:17] </w:t>
      </w:r>
      <w:r>
        <w:t>jaise aadmi novel padhta hai toh is mein woh sincere nahi hota, kyunki woh padhta hai sirf, yaani time pass karne ke liye. Toh Quran ka sirf time pass karne ke liye nahi padh sakte aap.</w:t>
      </w:r>
    </w:p>
    <w:p>
      <w:pPr>
        <w:jc w:val="right"/>
      </w:pPr>
      <w:r>
        <w:t>جیسےآدمیناولپڑھتاہےتواسمیںوہسنسیرنہیںہوتا، کیونکہوہ پڑھتاہےصرف ،یعنی ٹائمپاسکرنےکےلیے۔ تو قرآنکا صرفٹائمپاسکرنےکےلیےنہیںپڑھسکتےآپ ۔</w:t>
      </w:r>
    </w:p>
    <w:p>
      <w:r>
        <w:rPr>
          <w:b/>
        </w:rPr>
        <w:t xml:space="preserve">[1:33:32] </w:t>
      </w:r>
      <w:r>
        <w:t>Iqbal pe koi condition</w:t>
      </w:r>
    </w:p>
    <w:p>
      <w:pPr>
        <w:jc w:val="right"/>
      </w:pPr>
      <w:r>
        <w:t>اقبالپہکوئیکنڈی</w:t>
      </w:r>
    </w:p>
    <w:p>
      <w:r>
        <w:rPr>
          <w:b/>
        </w:rPr>
        <w:t xml:space="preserve">[1:33:33] </w:t>
      </w:r>
      <w:r>
        <w:t>shunnahai. hum keh sakte hain ke bhai, isko bohat dhyan se parhiye, is mein bohat baatein sochne wali milengi aap ko.</w:t>
      </w:r>
    </w:p>
    <w:p>
      <w:pPr>
        <w:jc w:val="right"/>
      </w:pPr>
      <w:r>
        <w:t>شننہیںہے۔ ہم کہہسکتےہیںکہبھائی، اسکو بہت دھیانسےپڑھیے، اسمیںبہت باتیں سوچنےوالیملیںگیآپکو ۔</w:t>
      </w:r>
    </w:p>
    <w:p>
      <w:r>
        <w:rPr>
          <w:b/>
        </w:rPr>
        <w:t xml:space="preserve">[1:33:42] </w:t>
      </w:r>
      <w:r>
        <w:t>phir bhi koi condition nahin hai. is ko de dijiye, aur jaise jaise chahta hai, woh parhe, woh bas. aur koi condition nahin.</w:t>
      </w:r>
    </w:p>
    <w:p>
      <w:pPr>
        <w:jc w:val="right"/>
      </w:pPr>
      <w:r>
        <w:t>پھربھیکوئیکنڈیشننہیںہے۔ اسکو دےدیجیے،اورجیسے جیسےچاہتاہے،وہپ ڑھے،وہ بس۔ اورکوئیکنڈیشننہیں۔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