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Article Discussion 20 May 21, 2023</w:t>
      </w:r>
    </w:p>
    <w:p>
      <w:r>
        <w:t>https://www.youtube.com/watch?v=8OD8xIScfXE</w:t>
      </w:r>
    </w:p>
    <w:p>
      <w:r>
        <w:rPr>
          <w:b/>
        </w:rPr>
        <w:t xml:space="preserve">[00:06] </w:t>
      </w:r>
      <w:r>
        <w:t>I welcome all the ladies who have joined in this session. CPS women's book discussion number 30. And today is twenty first May two thousand twenty three. And the article which is being taken is Siratul Mustakim, page number 68 from the book Siratul Mustaqeem.</w:t>
      </w:r>
    </w:p>
    <w:p>
      <w:pPr>
        <w:jc w:val="right"/>
      </w:pPr>
      <w:r>
        <w:t>I welcome all the ladies who have joined in this session. CPS women's book discussion number 30. And today is twenty first May two thousand twenty three. And the article which is being taken is Siratul Mustakim, page number 68 from the book सिरातल मुस्तकीम.</w:t>
      </w:r>
    </w:p>
    <w:p>
      <w:r>
        <w:rPr>
          <w:b/>
        </w:rPr>
        <w:t xml:space="preserve">[00:32] </w:t>
      </w:r>
      <w:r>
        <w:t>and the article in urdu as well as the english translation of the article is shivmari i hope</w:t>
      </w:r>
    </w:p>
    <w:p>
      <w:pPr>
        <w:jc w:val="right"/>
      </w:pPr>
      <w:r>
        <w:t>And the article in उर्दू as well as the English translation of the article is शिवमारी I hope</w:t>
      </w:r>
    </w:p>
    <w:p>
      <w:r>
        <w:rPr>
          <w:b/>
        </w:rPr>
        <w:t xml:space="preserve">[00:39] </w:t>
      </w:r>
      <w:r>
        <w:t>everyone who isnt joined in here and they have gone through the article, they have made the points</w:t>
      </w:r>
    </w:p>
    <w:p>
      <w:pPr>
        <w:jc w:val="right"/>
      </w:pPr>
      <w:r>
        <w:t>everyone who isn't joined in here and they have gone through the article, they have made the points</w:t>
      </w:r>
    </w:p>
    <w:p>
      <w:r>
        <w:rPr>
          <w:b/>
        </w:rPr>
        <w:t xml:space="preserve">[00:47] </w:t>
      </w:r>
      <w:r>
        <w:t>like last time i had just requested all of them to make a diary so that we can</w:t>
      </w:r>
    </w:p>
    <w:p>
      <w:pPr>
        <w:jc w:val="right"/>
      </w:pPr>
      <w:r>
        <w:t>like last time I had just requested all of them to make a diary so that we can</w:t>
      </w:r>
    </w:p>
    <w:p>
      <w:r>
        <w:rPr>
          <w:b/>
        </w:rPr>
        <w:t xml:space="preserve">[00:54] </w:t>
      </w:r>
      <w:r>
        <w:t>note down the points and we will follow this up with the diary and i i ask to</w:t>
      </w:r>
    </w:p>
    <w:p>
      <w:pPr>
        <w:jc w:val="right"/>
      </w:pPr>
      <w:r>
        <w:t>note down the points and we will follow this up with the diary and I I ask to</w:t>
      </w:r>
    </w:p>
    <w:p>
      <w:r>
        <w:rPr>
          <w:b/>
        </w:rPr>
        <w:t xml:space="preserve">[01:02] </w:t>
      </w:r>
      <w:r>
        <w:t>start the session.</w:t>
      </w:r>
    </w:p>
    <w:p>
      <w:pPr>
        <w:jc w:val="right"/>
      </w:pPr>
      <w:r>
        <w:t>start the session.</w:t>
      </w:r>
    </w:p>
    <w:p>
      <w:r>
        <w:rPr>
          <w:b/>
        </w:rPr>
        <w:t xml:space="preserve">[01:10] </w:t>
      </w:r>
      <w:r>
        <w:t>bismillah rahmani rahim. sirate mustaqeem, insaan ke liye kamyabi ki manzil tak pohnchne ka seedha rasta sirf ek hai aur woh khuda ki taraf rukh karna hai. yaani apni tamam tawajjuhath aur sargarmion ko khuda ki taraf mor dena. khuda ko apna sab kuch bana kar uski marzi ke mutabiq zindagi guzarna. yahi sirate mustaqeem hain.</w:t>
      </w:r>
    </w:p>
    <w:p>
      <w:pPr>
        <w:jc w:val="right"/>
      </w:pPr>
      <w:r>
        <w:t>विस्मिल्लाह रहमानी रही. सराते मुस्तकीर, इंसान के लिए कामयाबी की मंज़िल तक पहुंचने का सीधा रास्ता सिर्फ़ एक है और वह खुदा की तरफ रुख करना है. यानी अपनी तमाम तवज्जुहात और सरगर्मियों को खुदा की तरफ मोड़ देना. खुदा को अपना सब कुछ बनाकर उसकी मर्ज़ी के मुताबिक ज़िंदगी गुज़ारना. यही शराते मुस्तकीम हैं.</w:t>
      </w:r>
    </w:p>
    <w:p>
      <w:r>
        <w:rPr>
          <w:b/>
        </w:rPr>
        <w:t xml:space="preserve">[01:40] </w:t>
      </w:r>
      <w:r>
        <w:t>iske bar'aks har woh rasta manzil se bhatka hua rasta hai jismein khuda ki taraf rukh na paya jata ho. apne nafs ki mangen poori karne mein laga rehna, kisi zinda ya murda shakhs ki badhai mein goondh rehna, musbat maqsad ke bajaye manfi cheezon ki taraf dorna, hasad aur bughz aur in takam aur ananiyat tajzbaat ke tehat amal karna, qaum ya watan ya jamaat ko sab se ooncha muqam de kar uske liye apne ko waf kar dena.</w:t>
      </w:r>
    </w:p>
    <w:p>
      <w:pPr>
        <w:jc w:val="right"/>
      </w:pPr>
      <w:r>
        <w:t>इसके बरक़्त हर वह रास्ता मंज़िल से भटका हुआ रास्ता है जिसमें खुदा की तरफ रुख ना पाया जाता हो. अपने नफ्स की मांगें पूरी करने में लगा रहना, किसी ज़िंदा या मुर्दा शख्स की बढ़ाई में गूंढ रहना, मुस्बत मकसद के बजाय मनफी चीज़ों की तरफ दौड़ना, हसद और बुग्ज और इन तकाम और अनानियत तेजज़्बात के तहत अमल करना, कौम या वतन या जमात को सबसे ऊंचा मुकाम देकर उसके लिए अपने को वफ कर देना.</w:t>
      </w:r>
    </w:p>
    <w:p>
      <w:r>
        <w:rPr>
          <w:b/>
        </w:rPr>
        <w:t xml:space="preserve">[02:10] </w:t>
      </w:r>
      <w:r>
        <w:t>yeh sab pehri rahen hain jo asal raste ke dayen baayen se nikalti hain, woh asal manzil ke idhar udhar se guzar jati hain aur apne musafiron ko manzil tak nahi pahunchati. jab bhi aisa ho ke aadmi ke dil mein khuda ke siwa kisi aur ki yaad sama jaye, woh khuda ke siwa kisi aur ko pukarein aur khuda ke siwa kisi aur ko apni jazbaat ka markaz bana lein.</w:t>
      </w:r>
    </w:p>
    <w:p>
      <w:pPr>
        <w:jc w:val="right"/>
      </w:pPr>
      <w:r>
        <w:t>ये सब पेड़ी रायें हैं जो असल रास्ते के दाएं बाएं से निकलती हैं, वह असल मंज़िल के इधर उधर से गुज़र जाती हैं और अपने मुसाफिक को मंज़िल तक नहीं पहुंचाती. जब भी ऐसा हो कि आदमी के दिल में खुदा के सवा किसी और की याद समा जाए, वह खुदा के सवा किसी और को पुकारें और खुदा के सवा किसी और को अपनी जज़्बाद का मरकस बना लें.</w:t>
      </w:r>
    </w:p>
    <w:p>
      <w:r>
        <w:rPr>
          <w:b/>
        </w:rPr>
        <w:t xml:space="preserve">[02:36] </w:t>
      </w:r>
      <w:r>
        <w:t>uski sargarmion ka aaroop khuda ke siwa kisi aur cheez ki taraf ho jaye. toh iska matlab yeh hai ke woh sirate mustaqeem se bhatak gaya. usne apne nukte se khuda ke nukte ki taraf safar nahi kiya. lerogari ki ek patri hoti hai.</w:t>
      </w:r>
    </w:p>
    <w:p>
      <w:pPr>
        <w:jc w:val="right"/>
      </w:pPr>
      <w:r>
        <w:t>उसकी सरगर्मियों का आरोप खुदा के सवा किसी और चीज़ की तरफ हो जाए. तो इसका मतलब यह है कि वह सराते मुस्तकीम से भटक गया. उसने अपने नुक्ते से हुदा के नुक्ते की तरफ सफर नहीं किया. लेरो गाड़ी की एक पटरी होती है.</w:t>
      </w:r>
    </w:p>
    <w:p>
      <w:r>
        <w:rPr>
          <w:b/>
        </w:rPr>
        <w:t xml:space="preserve">[02:55] </w:t>
      </w:r>
      <w:r>
        <w:t>gari agar patri par chale toh woh kamyabi ke sath apni manzil tak pahunch jati hai aur agar uske pehye patri ke dayen baayen utar jayen toh iska rasta khota ho jata hai. woh apni manzil par pahunchne mein kamyab nahi hoti. aisa hi mamla insaan ka hai. insaan agar seedha apne khuda ki taraf safar kare toh uska safar sahi taur par jari rehta hai aur bila'akhir usko manzil tak pahuncha deta hai.</w:t>
      </w:r>
    </w:p>
    <w:p>
      <w:pPr>
        <w:jc w:val="right"/>
      </w:pPr>
      <w:r>
        <w:t>गाड़ी अगर पटरी पर चले तो वह कामयाबी के साथ अपनी मंज़िल तक पहुंच जाती है और अगर उसके पहिए पटरी के दाएं बाएं उतर जाएं तो इसका रास्ता खोटा हो जाता है. वह अपनी मंज़िल पर पहुंचने में कामयाब नहीं होती. ऐसा ही मामला इंसान का है. इंसान अगर सीधा अपने खुदा की तरफ सफर करें तो उसका सफर सही तौर पर जारी रहता है और बिलाक़ीर उसको मज़िल तक पहुंचा देता है.</w:t>
      </w:r>
    </w:p>
    <w:p>
      <w:r>
        <w:rPr>
          <w:b/>
        </w:rPr>
        <w:t xml:space="preserve">[03:24] </w:t>
      </w:r>
      <w:r>
        <w:t>agar uske safar ka log khuda ki taraf na rahe toh woh bhatak jata hai aur barbadi ke siwa kisi anjam tak nahi pahunchta. haan, is article ki jo pehli line hai jo hai ke insaan ko kamyabi ki manzil tak pahunchne ke liye seedha rasta sirf ek hai ke khuda ki taraf uska roko.</w:t>
      </w:r>
    </w:p>
    <w:p>
      <w:pPr>
        <w:jc w:val="right"/>
      </w:pPr>
      <w:r>
        <w:t>अगर उसके सफर का लोग खुदा की तरफ ना रहे तो वह भटक जाता है और बर्बादी के सवा किसी अंजाम तक नहीं पहुंचता. हां, इस article की जो पहली line है जो है कि इंसान को कामयाबी की मंज़िर तक पहुंचने के लिए सीधा रास्ता सिर्फ एक है कि खुदा की तरफ उसका रोको.</w:t>
      </w:r>
    </w:p>
    <w:p>
      <w:r>
        <w:rPr>
          <w:b/>
        </w:rPr>
        <w:t xml:space="preserve">[03:54] </w:t>
      </w:r>
      <w:r>
        <w:t>toh iska matlab yeh nahi hai ke hum namaz mein kaba ki taraf rukh karte hain. hum musalman hain ya hum kuch aur bhi khuda ki bharat karte hain toh karne ke liye, vart karne ke liye kuch amal karte hain. toh yahi khuda ki taraf rukh karna hai. yahi hamari kamyabi ka rasta hai toh yeh iska matlab nahi hai. isko sirate mustaqeem ka rasta nahi kaha gaya hai.</w:t>
      </w:r>
    </w:p>
    <w:p>
      <w:pPr>
        <w:jc w:val="right"/>
      </w:pPr>
      <w:r>
        <w:t>तो इसका मतलब यह नहीं है कि हम नमाज़ में काबा की तरफ रुख करते हैं. हम मुसलमान हैं या हम कुछ और भी खुदा की भारत करते हैं तो करने के लिए, वारत करने के लिए कुछ अमल करते हैं. तो यही खुदा की तरफ रुक करना है. यही हमारी कमियाबी का रास्ता है तो यह इसका मतलब नहीं है. इसको शराते मुस्तेफ़ीन का रास्ता नहीं कहा गया है.</w:t>
      </w:r>
    </w:p>
    <w:p>
      <w:r>
        <w:rPr>
          <w:b/>
        </w:rPr>
        <w:t xml:space="preserve">[04:19] </w:t>
      </w:r>
      <w:r>
        <w:t>yeh kisi physically amal ka matlab nahi hai balkeh sirate mustaqeem ka matlab hamare poore wajood se hai, hamari thinking se hai, hamare soul concern se hai. uska rukh khuda ki taraf hona apna hamara woh wajood khuda ki taraf ho hamare amal stoosh ke niyat jo hai woh hamari toh khuda ki nazar mein humko kamyab karegi. yeh sharabi mast hi matlab hua.</w:t>
      </w:r>
    </w:p>
    <w:p>
      <w:pPr>
        <w:jc w:val="right"/>
      </w:pPr>
      <w:r>
        <w:t>यह किसी physically अमल का मतलब नहीं है बल्कि शराते मुस्तफ़ीन का का मतलब हमारे पूरे वुजूद से है, हमारी thinking से है, हमारे soul concern से है. उसका रोक खुदा की तरफ होना अपना हमारा वो जूद खुदा की तरफ हो हमारे अमल स्तोष के नियत जो है वह हमारी तो खुदा की नज़र में हमको कामयाब करेगी. यह शराबी मस्त्र ही मतलब हुआ.</w:t>
      </w:r>
    </w:p>
    <w:p>
      <w:r>
        <w:rPr>
          <w:b/>
        </w:rPr>
        <w:t xml:space="preserve">[04:48] </w:t>
      </w:r>
      <w:r>
        <w:t>toh allah taala ne insaan ko ashraf yaani nobilist makhlooq banaya hai lekin insaan ne apne ko us sirate mustaqeem par na rakh kar shaitan ki hawale kar diya hai jisko furan mein alag alag jagah par bataya gaya hai ke unhone apne soch ko na istemal kar ke janwaron ki sat par rakh diya aur shaitan ke bhai hain waghera.</w:t>
      </w:r>
    </w:p>
    <w:p>
      <w:pPr>
        <w:jc w:val="right"/>
      </w:pPr>
      <w:r>
        <w:t>तो अल्लाह दौला ने इंसान को अशरफ यानी nobilist मखलूक बनाया है लेकिन इंसान ने अपने को उस राते मुस्तकील पर ना रखकर शैतान की हवाले कर दिया है जिसको फ़रान में अलग अलग जगह पर बताया गया है कि उन्होंने अपने सोच को ना इस्तेमाल करके जानवरों की सत्य पर रख दिया और शैतान के भाई हैं वगैरह.</w:t>
      </w:r>
    </w:p>
    <w:p>
      <w:r>
        <w:rPr>
          <w:b/>
        </w:rPr>
        <w:t xml:space="preserve">[05:15] </w:t>
      </w:r>
      <w:r>
        <w:t>maulana tasveer quran ne bhi bahut bazay explain kiya hai aur quran mein bhi hum surah araf ke ek sau chhihattar aur surah juma ki furqan mein aur surah mayta mein hum bahut achhe se matlab maine bhi usko bhi padha tha, bahut achhe se explain kiya hai.</w:t>
      </w:r>
    </w:p>
    <w:p>
      <w:pPr>
        <w:jc w:val="right"/>
      </w:pPr>
      <w:r>
        <w:t>मुलालाना तस्वीर कुरान ने भी बहुत बाज़े explain किया है और कुरान में भी हम सूर्य एदाफ के एक सौ छिहत्तर और सूर्य जुमा की फुरकान में और सूर्य मायता में हम बहुत अच्छे से मतलब मैंने भी उसको भी पढ़ा था, बहुत अच्छे से explain किया है.</w:t>
      </w:r>
    </w:p>
    <w:p>
      <w:r>
        <w:rPr>
          <w:b/>
        </w:rPr>
        <w:t xml:space="preserve">[05:35] </w:t>
      </w:r>
      <w:r>
        <w:t>toh mujhe samajh mein aaya isko padhkar ke insaan sare makhlooqat mein afzal jab hi hoga jabki woh apni khud ki apne andar khud ki jaddo jahad se apni soch ke jaddo khuda ko paale aur apne wajood ko sirate mustaqeem par qaim rakh sake.</w:t>
      </w:r>
    </w:p>
    <w:p>
      <w:pPr>
        <w:jc w:val="right"/>
      </w:pPr>
      <w:r>
        <w:t>तो मुझे समझ में आया इसको पढ़कर कि इंसान सारे मक्लोकात में अब्ज़ल जब ही होगा जबकि वह अपनी खुद की अपने अंदर खुद की जद्दों जहस से अपनी सोच के जद्दे खुदा को पाले और अपने मुजूद को सिराते मुस्तकीन पर कायम रख सके.</w:t>
      </w:r>
    </w:p>
    <w:p>
      <w:r>
        <w:rPr>
          <w:b/>
        </w:rPr>
        <w:t xml:space="preserve">[05:54] </w:t>
      </w:r>
      <w:r>
        <w:t>toh maulana ki kitab aur unki tehreeron se, tasqiron, quran ke zariye se main yeh baat samajh payi hoon ke khuda ne insaan ke andar jo lateef achhe jo thinking hote hain, jo lateef jazbaat hote hain yaani kind, gentle insaan hota hai, iske andar khuda ka darr ho jo uski fitrat mein maujood hai paidaishi taur par.</w:t>
      </w:r>
    </w:p>
    <w:p>
      <w:pPr>
        <w:jc w:val="right"/>
      </w:pPr>
      <w:r>
        <w:t>तो मालाना की किताब और उनकी तहरीरों से, तस्कीरों, कुरान के जरिए से मैं यह बात समझ पाई हूं कि खुदा ने इंसान के अंदर जो लतीफ अच्छे जो thinking होते हैं, जो लतीफ जज़्बात होते हैं यानी kind, gentle इंसान होता है, इसके अंदर खुदा का डर हो जो उसकी फितरत में मौजूद है पैदाइशी तौर पर.</w:t>
      </w:r>
    </w:p>
    <w:p>
      <w:r>
        <w:rPr>
          <w:b/>
        </w:rPr>
        <w:t xml:space="preserve">[06:17] </w:t>
      </w:r>
      <w:r>
        <w:t>jo insaan ko buraiyon se rokne wali hoti hain, jo insaan ke andar uski chokidaar hoti hain, to</w:t>
      </w:r>
    </w:p>
    <w:p>
      <w:pPr>
        <w:jc w:val="right"/>
      </w:pPr>
      <w:r>
        <w:t>जो इंसान को बुराइयों से रोकने वाली होती हैं, जो इंसान के अंदर उसकी चौकीदार होती हैं, तो</w:t>
      </w:r>
    </w:p>
    <w:p>
      <w:r>
        <w:rPr>
          <w:b/>
        </w:rPr>
        <w:t xml:space="preserve">[06:28] </w:t>
      </w:r>
      <w:r>
        <w:t>un aawazon ko sunna, insaan ko sirf sunna us par amal karna matlab insaan ko sirf sirate mustafeen</w:t>
      </w:r>
    </w:p>
    <w:p>
      <w:pPr>
        <w:jc w:val="right"/>
      </w:pPr>
      <w:r>
        <w:t>उन आवाज़ों को सुनना, इंसान को सिर्फ सुनना उस पर अमल करना मतलब इंसान को सिर्फ़ आते मुस्ताफ़ें</w:t>
      </w:r>
    </w:p>
    <w:p>
      <w:r>
        <w:rPr>
          <w:b/>
        </w:rPr>
        <w:t xml:space="preserve">[06:39] </w:t>
      </w:r>
      <w:r>
        <w:t>par rakhta hai aur jab insaan un aawazon par dhyan nahi aate to insaan ki girawat shuru ho jati hai.</w:t>
      </w:r>
    </w:p>
    <w:p>
      <w:pPr>
        <w:jc w:val="right"/>
      </w:pPr>
      <w:r>
        <w:t>पर रखता है और जब इंसान उन आवाज़ों पर ध्यान नहीं आते तो इंसान की गिरावट शुरू हो जाती है.</w:t>
      </w:r>
    </w:p>
    <w:p>
      <w:r>
        <w:rPr>
          <w:b/>
        </w:rPr>
        <w:t xml:space="preserve">[06:51] </w:t>
      </w:r>
      <w:r>
        <w:t>toh humne maulana sahab ke zariye yeh jana hai ke allataala is duniya mein, allataala ne is duniya mein hamare liye do model hamesha ke liye maqda kar diye hain. ek paighambar sallam ka model aur doosra kainath ka model jisko hum apni aankhon se, dimagh se soch kar dekh sakte hain, samajh sakte hain.</w:t>
      </w:r>
    </w:p>
    <w:p>
      <w:pPr>
        <w:jc w:val="right"/>
      </w:pPr>
      <w:r>
        <w:t>तो हमने मौलाना साहब के जरिए यह जाना है कि अल्लाताला इस दुनिया में, अल्लाताला ने इस दुनिया में हमारे लिए दो model हमेशा के लिए मकदा कर दिए हैं. एक पैरंबर सलम का model और दूसरा कायनाथ का model जिसको हम अपनी आंखों से, दिमाग से सोचकर देख सकते हैं, समझ सकते हैं.</w:t>
      </w:r>
    </w:p>
    <w:p>
      <w:r>
        <w:rPr>
          <w:b/>
        </w:rPr>
        <w:t xml:space="preserve">[07:16] </w:t>
      </w:r>
      <w:r>
        <w:t>molana sahib ne is article mein likha hai ke jab bhi aisa ho ke aadmi ke dil mein khuda ke siwa kisi aur ki yaad sama jaye toh iska matlab hai ke woh sirate mustaqeem se hat gaya.</w:t>
      </w:r>
    </w:p>
    <w:p>
      <w:pPr>
        <w:jc w:val="right"/>
      </w:pPr>
      <w:r>
        <w:t>मोलानुस्वाह ने इस article में लिखा है कि जब भी ऐसा हो कि आदमी के दिल में खुदाकर की याद के सवा किसी और की याद समझ आए तो इसका मतलब है कि वह सिराते मस्त क़क़ीम से हट गया.</w:t>
      </w:r>
    </w:p>
    <w:p>
      <w:r>
        <w:rPr>
          <w:b/>
        </w:rPr>
        <w:t xml:space="preserve">[07:28] </w:t>
      </w:r>
      <w:r>
        <w:t>toh is line par gaur karte hue mujhe yeh samajh aaya ke yaani ke la ilaha illallah ka matlab hai nahi koi mabood siwaye allah ke yaani nahi se pehle jo mabood hain yaani ke pehle nahi likha hai jinki wajah se hum sirate mustaqeem se hat jate hain.</w:t>
      </w:r>
    </w:p>
    <w:p>
      <w:pPr>
        <w:jc w:val="right"/>
      </w:pPr>
      <w:r>
        <w:t>तो इस line पर गौर करते हुए मुझे यह समझ आया कि यानी कि ला इलाह इलाह इलाह का मतलब है नहीं कोई माबूद सेवाय अल्लाह के यानी नहीं से पहले जो माबूद है यानी कि पहले नहीं लिखा है जिनकी वजह से हम सराते मुस्तक़ीम से हट जाते हैं.</w:t>
      </w:r>
    </w:p>
    <w:p>
      <w:r>
        <w:rPr>
          <w:b/>
        </w:rPr>
        <w:t xml:space="preserve">[07:47] </w:t>
      </w:r>
      <w:r>
        <w:t>hamari aise khwahishen hain, hamare hamari family hai, hamara ego hai, hamare bahut sari cheezein jinki wajah se hum galat raste se jate hain us mustaqeem se hat jate hain, us taraf lapak jate hain.</w:t>
      </w:r>
    </w:p>
    <w:p>
      <w:pPr>
        <w:jc w:val="right"/>
      </w:pPr>
      <w:r>
        <w:t>हमारी ऐसे ख्वाहिशें हैं, हमारे हमारी family है, हमारा ego है, हमारे बहुत सारी चीज़ें जिनकी वजह से हम गलत रास्ते से जाते हैं उस तकीम से हट जाते हैं, उस तरफ लपक जाते हैं.</w:t>
      </w:r>
    </w:p>
    <w:p>
      <w:r>
        <w:rPr>
          <w:b/>
        </w:rPr>
        <w:t xml:space="preserve">[08:02] </w:t>
      </w:r>
      <w:r>
        <w:t>to usko kaha hai ki nahi phir hamari zindagi ki gaadi jo hai parchi par reh paegi.</w:t>
      </w:r>
    </w:p>
    <w:p>
      <w:pPr>
        <w:jc w:val="right"/>
      </w:pPr>
      <w:r>
        <w:t>तो उसको कहा है कि नहीं फिर हमारी ज़िंदगी की गाड़ी जो है पर्ची पर रह पाएगी.</w:t>
      </w:r>
    </w:p>
    <w:p>
      <w:r>
        <w:rPr>
          <w:b/>
        </w:rPr>
        <w:t xml:space="preserve">[08:10] </w:t>
      </w:r>
      <w:r>
        <w:t>to yeh mujhe samajh mein aaya aur ek apni ek learning mein jo mujhe parson hui ki mere</w:t>
      </w:r>
    </w:p>
    <w:p>
      <w:pPr>
        <w:jc w:val="right"/>
      </w:pPr>
      <w:r>
        <w:t>तो यह मुझे समझ में आया और एक अपनी एक learning में जो मुझे परसों हुई कि मेरे</w:t>
      </w:r>
    </w:p>
    <w:p>
      <w:r>
        <w:rPr>
          <w:b/>
        </w:rPr>
        <w:t xml:space="preserve">[08:18] </w:t>
      </w:r>
      <w:r>
        <w:t>jo chhe jo hai aam lage the bahut kaafi ped mein aam lage hue the bandar.</w:t>
      </w:r>
    </w:p>
    <w:p>
      <w:pPr>
        <w:jc w:val="right"/>
      </w:pPr>
      <w:r>
        <w:t>जो छह जो है आम लगे थे बहुत काफी पेड़ में आम लगे हुए थे बंदर.</w:t>
      </w:r>
    </w:p>
    <w:p>
      <w:r>
        <w:rPr>
          <w:b/>
        </w:rPr>
        <w:t xml:space="preserve">[08:27] </w:t>
      </w:r>
      <w:r>
        <w:t>to jo dekh raha tha aadmi woh thodi der ke liye ghaflat mein ho gaya tab bandar aaye</w:t>
      </w:r>
    </w:p>
    <w:p>
      <w:pPr>
        <w:jc w:val="right"/>
      </w:pPr>
      <w:r>
        <w:t>तो जो देख रहा था आदमी वह थोड़ी देर के लिए गफलत में हो गया तब बंदर आए</w:t>
      </w:r>
    </w:p>
    <w:p>
      <w:r>
        <w:rPr>
          <w:b/>
        </w:rPr>
        <w:t xml:space="preserve">[08:35] </w:t>
      </w:r>
      <w:r>
        <w:t>aur sab aam bahut sara tod diya to mere husband bahut naraz hone lage iski ghaflat ki wajah se.</w:t>
      </w:r>
    </w:p>
    <w:p>
      <w:pPr>
        <w:jc w:val="right"/>
      </w:pPr>
      <w:r>
        <w:t>और सब आम बहुत सारा तोड़ दिया तो मेरे husband बहुत नाराज़ होने लगे इसकी गफलत की वजह से.</w:t>
      </w:r>
    </w:p>
    <w:p>
      <w:r>
        <w:rPr>
          <w:b/>
        </w:rPr>
        <w:t xml:space="preserve">[08:44] </w:t>
      </w:r>
      <w:r>
        <w:t>to maine socha ki matlab bandar ko maine insanon ki satah par lekar pehle socha ki insaan yahan</w:t>
      </w:r>
    </w:p>
    <w:p>
      <w:pPr>
        <w:jc w:val="right"/>
      </w:pPr>
      <w:r>
        <w:t>तो मैंने सोचा कि मतलब बंदर को मैंने इंसानों की सतह पर लेकर पहले सोचा कि इंसान यहां</w:t>
      </w:r>
    </w:p>
    <w:p>
      <w:r>
        <w:rPr>
          <w:b/>
        </w:rPr>
        <w:t xml:space="preserve">[08:52] </w:t>
      </w:r>
      <w:r>
        <w:t>par thoda sa nuksaan ho gaya to insaan ka to insaan itna gussa ho raha tha, naraz ho</w:t>
      </w:r>
    </w:p>
    <w:p>
      <w:pPr>
        <w:jc w:val="right"/>
      </w:pPr>
      <w:r>
        <w:t>पर थोड़ा सा नुकसान हो गया तो इंसान का तो इंसान इतना गुस्सा हो रहा था, माराज़ हो</w:t>
      </w:r>
    </w:p>
    <w:p>
      <w:r>
        <w:rPr>
          <w:b/>
        </w:rPr>
        <w:t xml:space="preserve">[09:00] </w:t>
      </w:r>
      <w:r>
        <w:t>raha lekin jab allah taalaah ke kainat mein aur poori insaan jo hai insanon ke saath kis tarah</w:t>
      </w:r>
    </w:p>
    <w:p>
      <w:pPr>
        <w:jc w:val="right"/>
      </w:pPr>
      <w:r>
        <w:t>रहा लेकिन जब अल्लाह तालाह के कैनात में और पूरी इंसान जो है इंसानों के साथ किस तरह</w:t>
      </w:r>
    </w:p>
    <w:p>
      <w:r>
        <w:rPr>
          <w:b/>
        </w:rPr>
        <w:t xml:space="preserve">[09:09] </w:t>
      </w:r>
      <w:r>
        <w:t>se galat kar raha hai.</w:t>
      </w:r>
    </w:p>
    <w:p>
      <w:pPr>
        <w:jc w:val="right"/>
      </w:pPr>
      <w:r>
        <w:t>से गलत कर रहा है.</w:t>
      </w:r>
    </w:p>
    <w:p>
      <w:r>
        <w:rPr>
          <w:b/>
        </w:rPr>
        <w:t xml:space="preserve">[09:17] </w:t>
      </w:r>
      <w:r>
        <w:t>poori kainat mein dhoom machaye hue hain, uchhal kood machaye hue hain.</w:t>
      </w:r>
    </w:p>
    <w:p>
      <w:pPr>
        <w:jc w:val="right"/>
      </w:pPr>
      <w:r>
        <w:t>पूरी कैनात में धूम मचाए हुए हैं, उछल कूद मचाए हुए हैं.</w:t>
      </w:r>
    </w:p>
    <w:p>
      <w:r>
        <w:rPr>
          <w:b/>
        </w:rPr>
        <w:t xml:space="preserve">[09:26] </w:t>
      </w:r>
      <w:r>
        <w:t>to insaan ko jo bandar ki aur matlab giri hui surat jo bataya ki janwaron ke wali surat,</w:t>
      </w:r>
    </w:p>
    <w:p>
      <w:pPr>
        <w:jc w:val="right"/>
      </w:pPr>
      <w:r>
        <w:t>तो इंसान को जो बंदर की और मतलब गिरी हुई सूरत जो बताया कि जानवरों के वाली सूरत,</w:t>
      </w:r>
    </w:p>
    <w:p>
      <w:r>
        <w:rPr>
          <w:b/>
        </w:rPr>
        <w:t xml:space="preserve">[09:47] </w:t>
      </w:r>
      <w:r>
        <w:t>jo bagal soche samjhe woh khud bhi kuch kuch bhi karte rehte hain.</w:t>
      </w:r>
    </w:p>
    <w:p>
      <w:pPr>
        <w:jc w:val="right"/>
      </w:pPr>
      <w:r>
        <w:t>जो बगल सोचे समझे वह खुद भी कुछ कुछ भी करते रहते हैं.</w:t>
      </w:r>
    </w:p>
    <w:p>
      <w:r>
        <w:rPr>
          <w:b/>
        </w:rPr>
        <w:t xml:space="preserve">[10:08] </w:t>
      </w:r>
      <w:r>
        <w:t>lekin allah taala ne apne bando ke liye itna rasta rakha hua hai ke woh ab sudhar jayen aur ab se woh sirate mustaqeem par aa jayen. toh mujhe yeh samajh mein aaya shreena.</w:t>
      </w:r>
    </w:p>
    <w:p>
      <w:pPr>
        <w:jc w:val="right"/>
      </w:pPr>
      <w:r>
        <w:t>लेकिन अल्लाह तालाह ने अपने बंदों के लिए इतना रास्ता रखा हुआ है कि वह अब सुधर जाएं और अब से वह सराते में उस तकलीम पर आ जाएं. तो मुझे यह समझ में आया श्रीना.</w:t>
      </w:r>
    </w:p>
    <w:p>
      <w:r>
        <w:rPr>
          <w:b/>
        </w:rPr>
        <w:t xml:space="preserve">[10:24] </w:t>
      </w:r>
      <w:r>
        <w:t>haan ji jissa ke lafa yeh topic sirat mustaqeem that's straight card aur jaise ke hum jante hain yeh surah, first surah of the quran, surah fatiha ismein eden siratan mustaqeem ki hogi namazon mein. din mein kai baar hum yeh padhte hain eden siratan mustaqeem guide us to the straight path.</w:t>
      </w:r>
    </w:p>
    <w:p>
      <w:pPr>
        <w:jc w:val="right"/>
      </w:pPr>
      <w:r>
        <w:t>हां जी जिस्सा के लापा यह topic सरात मुस्तकीन that's straight card और जैसे कि हम जानते हैं यह सूर्ह, first सूर्ह of the कुरान, सूर्ह पातियां इसमें एदेनसरातन मस्त्रीम की होगी नमाज़ों में. दिन में कई बार हम यह पढ़ते हैं एदेनसरातन मस्त्रीम guide us to the straight path.</w:t>
      </w:r>
    </w:p>
    <w:p>
      <w:r>
        <w:rPr>
          <w:b/>
        </w:rPr>
        <w:t xml:space="preserve">[10:49] </w:t>
      </w:r>
      <w:r>
        <w:t>hum allah se dua karte hain is apni namazon mein jab hum allahu sharif padhte hain ke allahu humein woh rasta dekha jo seedhi rasta ho aur woh rasta nahi jis par tu ne apne favor nahi bestow kiye hain. matlab woh tedhe raste jiske bare mein mention hai is article mein woh tedhe raste kya hain?</w:t>
      </w:r>
    </w:p>
    <w:p>
      <w:pPr>
        <w:jc w:val="right"/>
      </w:pPr>
      <w:r>
        <w:t>हम अल्लाह से दुआ करते हैं इस अपनी नमाज़ों में जब हम अल्लाहु शरीफ पढ़ते हैं कि अल्लाहुल हमें वह रास्ता देखा जो सीधी रास्ता हो और वह रास्ता नहीं जिस पर तूने अपने favor नहीं bestow किए हैं. मतलब वह टेढ़े रास्ते जिसके बारे में mention है इस article में वह टेढ़े रास्ते क्या हैं?</w:t>
      </w:r>
    </w:p>
    <w:p>
      <w:r>
        <w:rPr>
          <w:b/>
        </w:rPr>
        <w:t xml:space="preserve">[11:07] </w:t>
      </w:r>
      <w:r>
        <w:t>uske sath maulana ne is article mein likha hai, jaise ke kisi ke hasti mein jeena aur apni khwahishon ke peeche bhagna aur is tarah ki bahut sare kisi jamaat se aise jud jana. toh hum jab dekhte hain ke hum samaj mein uthte baithte hain, kai aise log hain jinse hum communicate karte hain.</w:t>
      </w:r>
    </w:p>
    <w:p>
      <w:pPr>
        <w:jc w:val="right"/>
      </w:pPr>
      <w:r>
        <w:t>उसके साथ मौलाया ने इस article में लिखा है, जैसे कि किसी के हंसती में जीना और अपनी खाइशों के पीछे भागना और इस तरह की बहुत सारे किसी जमात से ऐसे जुड़ जाना. तो हम जब देखते हैं कि हम समाज में उठते बैठते हैं, कई ऐसे लोग हैं जिनसे हम communicate करते हैं.</w:t>
      </w:r>
    </w:p>
    <w:p>
      <w:r>
        <w:rPr>
          <w:b/>
        </w:rPr>
        <w:t xml:space="preserve">[11:27] </w:t>
      </w:r>
      <w:r>
        <w:t>unki baaton se hamein pata chalta hai ke hum kehte to hain saratan maste ki nafi namazon mein, lekin uska implementation kitna hai hamari zindagi mein humse hamare alawa koi is baat ko behtar nahi jaan sakta.</w:t>
      </w:r>
    </w:p>
    <w:p>
      <w:pPr>
        <w:jc w:val="right"/>
      </w:pPr>
      <w:r>
        <w:t>उनकी बातों से हमें पता चलता है कि हम कहते तो हैं सरातन मस्ते की नफी नमाज़ों में, लेकिन उसका implementation कितना है हमारी ज़िंदगी में हमसे हमारे अलावा कोई इस बात को बेहतर नहीं जान सकता.</w:t>
      </w:r>
    </w:p>
    <w:p>
      <w:r>
        <w:rPr>
          <w:b/>
        </w:rPr>
        <w:t xml:space="preserve">[11:40] </w:t>
      </w:r>
      <w:r>
        <w:t>to chahiye ki hamein jab hum sirate mustaqeem keh rahe aur khuda se yeh dua mang rahe hain</w:t>
      </w:r>
    </w:p>
    <w:p>
      <w:pPr>
        <w:jc w:val="right"/>
      </w:pPr>
      <w:r>
        <w:t>तो चाहिए कि हमें जब हम सराते मुस्तकीन कह रहे और खुदा से यह गुआ मांग रहे हैं</w:t>
      </w:r>
    </w:p>
    <w:p>
      <w:r>
        <w:rPr>
          <w:b/>
        </w:rPr>
        <w:t xml:space="preserve">[11:45] </w:t>
      </w:r>
      <w:r>
        <w:t>ki hamein is sirate mustaqeem par chala, to hamein ismein poora utarna chahiye to the straight path, guide</w:t>
      </w:r>
    </w:p>
    <w:p>
      <w:pPr>
        <w:jc w:val="right"/>
      </w:pPr>
      <w:r>
        <w:t>कि हमें इस सराते मुस्तकीन पर चला, तो हमें इसमें पूरा उतरना चाहिए to the straight path, guide</w:t>
      </w:r>
    </w:p>
    <w:p>
      <w:r>
        <w:rPr>
          <w:b/>
        </w:rPr>
        <w:t xml:space="preserve">[11:50] </w:t>
      </w:r>
      <w:r>
        <w:t>us to the straight path and un tamam raston ko hamein chhodna chahiye jo hamein hamari barbadi ka</w:t>
      </w:r>
    </w:p>
    <w:p>
      <w:pPr>
        <w:jc w:val="right"/>
      </w:pPr>
      <w:r>
        <w:t>us to the straight path and उन तमाम रास्तों को हमें छोड़ना चाहिए जो हमें हमारी बर्बादी का</w:t>
      </w:r>
    </w:p>
    <w:p>
      <w:r>
        <w:rPr>
          <w:b/>
        </w:rPr>
        <w:t xml:space="preserve">[11:56] </w:t>
      </w:r>
      <w:r>
        <w:t>rasta hai aur jo hamari kamyabi ka rasta hai.</w:t>
      </w:r>
    </w:p>
    <w:p>
      <w:pPr>
        <w:jc w:val="right"/>
      </w:pPr>
      <w:r>
        <w:t>रास्ता है और जो हमारी कामयाबी का रास्ता है.</w:t>
      </w:r>
    </w:p>
    <w:p>
      <w:r>
        <w:rPr>
          <w:b/>
        </w:rPr>
        <w:t xml:space="preserve">[12:01] </w:t>
      </w:r>
      <w:r>
        <w:t>to main Doctor Sakina ko invite karti hoon ki apni learning ko is article par jo unhon ne unki</w:t>
      </w:r>
    </w:p>
    <w:p>
      <w:pPr>
        <w:jc w:val="right"/>
      </w:pPr>
      <w:r>
        <w:t>तो मैं Doctor सक्रिना को invite करती हूं कि अपनी learning को इस article पर जो उन्होंने उनकी</w:t>
      </w:r>
    </w:p>
    <w:p>
      <w:r>
        <w:rPr>
          <w:b/>
        </w:rPr>
        <w:t xml:space="preserve">[12:06] </w:t>
      </w:r>
      <w:r>
        <w:t>learning hui hai woh apni learning ko share karein.</w:t>
      </w:r>
    </w:p>
    <w:p>
      <w:pPr>
        <w:jc w:val="right"/>
      </w:pPr>
      <w:r>
        <w:t>learning हुई है वह अपनी learning को share करें.</w:t>
      </w:r>
    </w:p>
    <w:p>
      <w:r>
        <w:rPr>
          <w:b/>
        </w:rPr>
        <w:t xml:space="preserve">[12:12] </w:t>
      </w:r>
      <w:r>
        <w:t>kamulikum. maine jab is article ko padha to mere samajh mein yeh baat aayi ke Allah taala ne jo bhi cheez create ki hai har ek cheez ka ek tareeka banaya hai. har cheez us tareeke ke hisab se chalti hai. jaise stars hain, planet hain, moon hain, mountains hain. har cheez wah wahi function karti hai jo usko diya gaya hai.</w:t>
      </w:r>
    </w:p>
    <w:p>
      <w:pPr>
        <w:jc w:val="right"/>
      </w:pPr>
      <w:r>
        <w:t>कामुलिकुम. मैंने जब इस article को पढ़ा तो मेरे समझ में यह बात आई कि अलाह ताला ने जो भी चीज़ create की है हर एक चीज़ का एक तरीका बनाया है. हर चीज़ उस तरीके के हिसाब से चलती है. जैसे stars हैं, planet हैं, moon हैं, mountains हैं. हर चीज़ वह वही function करती है जो उसको दिया गया है.</w:t>
      </w:r>
    </w:p>
    <w:p>
      <w:r>
        <w:rPr>
          <w:b/>
        </w:rPr>
        <w:t xml:space="preserve">[12:39] </w:t>
      </w:r>
      <w:r>
        <w:t>lekin insan ko is tarah ki koi koi limit ya koi compulsion nahi diya gaya.</w:t>
      </w:r>
    </w:p>
    <w:p>
      <w:pPr>
        <w:jc w:val="right"/>
      </w:pPr>
      <w:r>
        <w:t>लेकिन इंसान को इस तरह की कोई कोई limit या कोई compulsion नहीं दिया गया.</w:t>
      </w:r>
    </w:p>
    <w:p>
      <w:r>
        <w:rPr>
          <w:b/>
        </w:rPr>
        <w:t xml:space="preserve">[12:44] </w:t>
      </w:r>
      <w:r>
        <w:t>insan ko aazad banaya gaya kyunki woh imtehan ke liye paida hua.</w:t>
      </w:r>
    </w:p>
    <w:p>
      <w:pPr>
        <w:jc w:val="right"/>
      </w:pPr>
      <w:r>
        <w:t>इंसान को आज़ाद बनाया गया क्योंकि वह इम्तिहान के लिए पैदा हुआ.</w:t>
      </w:r>
    </w:p>
    <w:p>
      <w:r>
        <w:rPr>
          <w:b/>
        </w:rPr>
        <w:t xml:space="preserve">[12:49] </w:t>
      </w:r>
      <w:r>
        <w:t>to usko apna tareeqa khud sochkar jaanna tha aur yahi uska imtehan tha.</w:t>
      </w:r>
    </w:p>
    <w:p>
      <w:pPr>
        <w:jc w:val="right"/>
      </w:pPr>
      <w:r>
        <w:t>तो उसको अपना तरीका खुद सोचकर जानना था और यही उसका इम्तेहान था.</w:t>
      </w:r>
    </w:p>
    <w:p>
      <w:r>
        <w:rPr>
          <w:b/>
        </w:rPr>
        <w:t xml:space="preserve">[12:54] </w:t>
      </w:r>
      <w:r>
        <w:t>main samajhti hoon ki hum jo dua karte hain jaisa aap ne kaha namaz mein to hum apne creator</w:t>
      </w:r>
    </w:p>
    <w:p>
      <w:pPr>
        <w:jc w:val="right"/>
      </w:pPr>
      <w:r>
        <w:t>मैं समझती हूं कि हम जो दुआ करते हैं जैसा आपने कहा नमाज़ में तो हम अपने creator</w:t>
      </w:r>
    </w:p>
    <w:p>
      <w:r>
        <w:rPr>
          <w:b/>
        </w:rPr>
        <w:t xml:space="preserve">[12:59] </w:t>
      </w:r>
      <w:r>
        <w:t>se basically guidance mangte hain ki woh us raste ko hamein bataye jo woh humse chahta hai ki</w:t>
      </w:r>
    </w:p>
    <w:p>
      <w:pPr>
        <w:jc w:val="right"/>
      </w:pPr>
      <w:r>
        <w:t>से basically guidance मांगते हैं कि वह उस रास्ते को हमें बताएं जो वह हमसे चाहता है कि</w:t>
      </w:r>
    </w:p>
    <w:p>
      <w:r>
        <w:rPr>
          <w:b/>
        </w:rPr>
        <w:t xml:space="preserve">[13:04] </w:t>
      </w:r>
      <w:r>
        <w:t>hum us par chalein.</w:t>
      </w:r>
    </w:p>
    <w:p>
      <w:pPr>
        <w:jc w:val="right"/>
      </w:pPr>
      <w:r>
        <w:t>हम उस पर चलें.</w:t>
      </w:r>
    </w:p>
    <w:p>
      <w:r>
        <w:rPr>
          <w:b/>
        </w:rPr>
        <w:t xml:space="preserve">[13:10] </w:t>
      </w:r>
      <w:r>
        <w:t>to main humne jab yeh sab sochkar dekha to pata chalta hai ke hum log apne is raste ko dhoondhte hain lekin is mein bahut zyada pakandiyan hain, is mein bahut zyada deviations hain jis par hum mud jaate hain. hum Allah taala se jab sirate mustakeen ki baat karte hain to Allah taala ne bhi hamein aise hi nahi chhod diya.</w:t>
      </w:r>
    </w:p>
    <w:p>
      <w:pPr>
        <w:jc w:val="right"/>
      </w:pPr>
      <w:r>
        <w:t>तो मैं हमने जब यह सब सोचकर देखा तो पता चलता है कि हम लोग अपने इस रास्ते को ढूंढते हैं लेकिन इसमें बहुत ज़्यादा पकड़ंडियां हैं, इसमें बहुत ज़्यादा deviations हैं जिस पर हम मुड़ जाते हैं. हम अल्लाह तालाह से जब सिराते मुस्तकीन की बात करते हैं तो अल्लाह ताला ने भी हमें ऐसे ही नहीं छोड़ दिया.</w:t>
      </w:r>
    </w:p>
    <w:p>
      <w:r>
        <w:rPr>
          <w:b/>
        </w:rPr>
        <w:t xml:space="preserve">[13:34] </w:t>
      </w:r>
      <w:r>
        <w:t>usne hamare liye bar bar rehnumai bheji, kitab ki shakal mein, paigambar ki shakal mein aur jaisa ne kaha practical model nature mein rakha ke hum sab cheezon ko dekhkar apne liye yeh sirate mustakeen dhoondh sakein. jaan sakein ke hamara role kya hai? hamara function kya hai? as a human being hamein kis tarah se apna yeh test poora karna hai?</w:t>
      </w:r>
    </w:p>
    <w:p>
      <w:pPr>
        <w:jc w:val="right"/>
      </w:pPr>
      <w:r>
        <w:t>उसने हमारे लिए बार बार रहनुमाई भेजी, किताब की शक्ल में, पैगंबर की शक्ल में और जैसा ने कहा practical model nature में रखा कि हम सब चीज़ों को देखकर अपने लिए यह सिराते मुस्तकीन ढूंढ सकें. जान सकें कि हमारा role क्या है? हमारा function क्या है? As a human being हमें किस तरह से अपना यह test पूरा करना है?</w:t>
      </w:r>
    </w:p>
    <w:p>
      <w:r>
        <w:rPr>
          <w:b/>
        </w:rPr>
        <w:t xml:space="preserve">[13:58] </w:t>
      </w:r>
      <w:r>
        <w:t>to mujhe lagta hai ke Allah ki bahut badi nehamat hai yeh aur Allah ka bada concern hai ke wah bhi chahta hai ke hum apna sirate mustakeen khud discover karein aur us par chalein. to mujhe lagta hai sirate mustakeen insaan ke liye ek discovery hai. kyunke jab wah jab wah gaur fikr karega jaise ne kaha apni salahiyat ko use karega, thinking power ko use karega to wah jaan lega ke jo nature hai wah usse kya chahta hai?</w:t>
      </w:r>
    </w:p>
    <w:p>
      <w:pPr>
        <w:jc w:val="right"/>
      </w:pPr>
      <w:r>
        <w:t>तो मुझे लगता है कि अल्लाह की बहुत बड़ी नेहमद है यह और अल्लाह का बड़ा concern है कि वह भी चाहता है कि हम अपना सिराते मुस्तकीन ख़ुद discover करें और उस पर चलें. तो मुझे लगता है सिराते मुस्तकीन इंसान के लिए एक discovery है. क्योंकि जब वह जब वह गौर फ़िक्र करेगा जैसे ने कहा अपनी सलाहियत को use करेगा, thinking power को use करेगा तो वह जान लेगा कि जो nature है वह उससे क्या चाहता है?</w:t>
      </w:r>
    </w:p>
    <w:p>
      <w:r>
        <w:rPr>
          <w:b/>
        </w:rPr>
        <w:t xml:space="preserve">[14:27] </w:t>
      </w:r>
      <w:r>
        <w:t>kyunke sirate mustakeen basically nature ki hi awaaz hai. fikrat ki hi pukaar hai. is mein koi dohraaye nahi.</w:t>
      </w:r>
    </w:p>
    <w:p>
      <w:pPr>
        <w:jc w:val="right"/>
      </w:pPr>
      <w:r>
        <w:t>क्योंकि सिराते मुस्तकीन basically nature की ही आवाज़ है. फ़िक्रत की ही पुकार है. इसमें कोई दोहराएं नहीं.</w:t>
      </w:r>
    </w:p>
    <w:p>
      <w:r>
        <w:rPr>
          <w:b/>
        </w:rPr>
        <w:t xml:space="preserve">[14:36] </w:t>
      </w:r>
      <w:r>
        <w:t>saath mein mujhe lagta hai ke marfat khuda ki bahut zyada, to hum apni aql ko use nahi kar rahe hote aur hamein pata nahi hota ke hum kab us sirate mustakeem se bhatak chuke hain.</w:t>
      </w:r>
    </w:p>
    <w:p>
      <w:pPr>
        <w:jc w:val="right"/>
      </w:pPr>
      <w:r>
        <w:t>साथ में मुझे लगता है कि मार्फत खुदा की बहुत ज़्यादा, तो हम अपनी अक्ल को use नहीं कर रहे होते और हमें पता नहीं होता कि हम कब उस सिराते मुस्तकीम से भटक चुके हैं.</w:t>
      </w:r>
    </w:p>
    <w:p>
      <w:r>
        <w:rPr>
          <w:b/>
        </w:rPr>
        <w:t xml:space="preserve">[15:05] </w:t>
      </w:r>
      <w:r>
        <w:t>kyunke ab Quran mein surah Alaraf mein shaitan ne latala ko kaha tha ke challenge kiya tha ke wah zaroor is seedhe raaste par baithega aur un logon ko behkayega. to yeh jo seedha rasta Allah tak ja raha hai is mein bar bar shaitan ki taraf se distractions aate hain, bar bar behkawe aate hain. to hamesha aisa hoga ke hum bar bar apni raaste se derail honge.</w:t>
      </w:r>
    </w:p>
    <w:p>
      <w:pPr>
        <w:jc w:val="right"/>
      </w:pPr>
      <w:r>
        <w:t>क्योंकि अब कुरान में सूर्य अलाराफ में शैतान ने लताला को कहा था कि challenge किया था कि वह ज़रूर इस सीधे रास्ते पर बैठेगा और उन लोगों को बहकाएगा. तो यह जो सीधा रास्ता अल्ला तक जा रहा है इसमें बार बार शैतान की तरफ से distractions आते हैं, बार बार बहकावे आते हैं. तो हमेशा ऐसा होगा कि हम बार बार अपनी रास्ते से derail होंगे.</w:t>
      </w:r>
    </w:p>
    <w:p>
      <w:r>
        <w:rPr>
          <w:b/>
        </w:rPr>
        <w:t xml:space="preserve">[15:33] </w:t>
      </w:r>
      <w:r>
        <w:t>yeh natural hai, galtiyan hongi humse. lekin puran mein hi is baat ka ek jagah jawab aaya hai jab surah Alfurkan mein bataya ayat number 70 par jo log tauba karenge aise logon ke gunahon ko Allah taala neikiyon se badal deta hai aur jo log aisa nahi karte unke dilon ko sakht kar deta hai taake wah gumrahiyon mein badhte chale jayein.</w:t>
      </w:r>
    </w:p>
    <w:p>
      <w:pPr>
        <w:jc w:val="right"/>
      </w:pPr>
      <w:r>
        <w:t>यह natural है, ग़लतियां होंगी हमसे. लेकिन पुरान में ही इस बात का एक जगह जवाब आया है जब सूर्य अल्फ़ुकान में बताया आयत number 70 पर जो लोग तौबा करेंगे ऐसे लोगों के गुनाहों को उल्ला ताला नेकियों से बदल देता है और जो लोग ऐसा नहीं करते उनके दिलों को सख़्त कर देता है ताकि वह गुमराहियों में बढ़ते चले जाएं.</w:t>
      </w:r>
    </w:p>
    <w:p>
      <w:r>
        <w:rPr>
          <w:b/>
        </w:rPr>
        <w:t xml:space="preserve">[15:59] </w:t>
      </w:r>
      <w:r>
        <w:t>to derailment ke baad agar hum tauba karte hain aur bar bar Allah ki taraf ruju karte hain to hamare jo galtiyan hain usko Allah taala neikiyon mein badal dete hain. lekin agar hum tab bhi apne aap ko apne conscience ko na jagayein, apni galtiyon par fauran chaukanna na ho to phir hum galtiyon mein badhte chale jaate hain aur poori tarah derail ho jaate hain.</w:t>
      </w:r>
    </w:p>
    <w:p>
      <w:pPr>
        <w:jc w:val="right"/>
      </w:pPr>
      <w:r>
        <w:t>तो derailment के बाद अगर हम तौबा करते हैं और बार बार अल्लाह की तरफ रुजू करते हैं तो हमारे जो गलतियां हैं उसको अल्लाह तालाह नेकियों में बदल देते हैं. लेकिन अगर हम तब भी अपने आप को अपने conscience को ना जगाएं, अपनी गलतियों पर फ़ौरन चौकन्ना ना हो तो फिर हम गलतियों में बढ़ते चले जाते हैं और पूरी तरह derail हो जाते हैं.</w:t>
      </w:r>
    </w:p>
    <w:p>
      <w:r>
        <w:rPr>
          <w:b/>
        </w:rPr>
        <w:t xml:space="preserve">[16:21] </w:t>
      </w:r>
      <w:r>
        <w:t>to ek to yeh point main Introspection ki bahut zyada zaroorat hai ke hum bar bar apne aap ko check karke wapas apne seedhe raaste par aayein.</w:t>
      </w:r>
    </w:p>
    <w:p>
      <w:pPr>
        <w:jc w:val="right"/>
      </w:pPr>
      <w:r>
        <w:t>तो एक तो यह point मैं Introspection की बहुत ज़्यादा ज़रूरत है कि हम बार बार अपने आप को check करके वापस अपने सीधे रास्ते पर आएं.</w:t>
      </w:r>
    </w:p>
    <w:p>
      <w:r>
        <w:rPr>
          <w:b/>
        </w:rPr>
        <w:t xml:space="preserve">[16:46] </w:t>
      </w:r>
      <w:r>
        <w:t>us raaste par aaye jo Allah taala ne hamare liye mukarrar kiya hai aur doosri baat ek jo bahut important baat hai wah yeh hai ke jo bhi humse galti ho rahi hai uski tauba hamein bahut zyada, bahut zyada tauba karni hai. to yeh saare kaam jo hain bahut shahur ke kaam hain.</w:t>
      </w:r>
    </w:p>
    <w:p>
      <w:pPr>
        <w:jc w:val="right"/>
      </w:pPr>
      <w:r>
        <w:t>उस रास्ते पर आएं जो लाताला ने हमारे लिए मुकर्र किया है और दूसरी बात एक जो बहुत important बात है वह यह है कि जो भी हमसे गलती हो रही है उसकी तौबा हमें बहुत ज़्यादा, बहुत ज़्यादा तौबा करनी है. तो यह सारे काम जो हैं बहुत शहूर के काम हैं.</w:t>
      </w:r>
    </w:p>
    <w:p>
      <w:r>
        <w:rPr>
          <w:b/>
        </w:rPr>
        <w:t xml:space="preserve">[17:07] </w:t>
      </w:r>
      <w:r>
        <w:t>koi bhi aise nahi ke paanch waqt ki namaz mein hum ehden assirat al mustakeen hum bar bar keh rahe hain to iska matlab yeh nahi hai ke hum assirat al mustakeen par aa hi jayenge. hamein apne jo efforts daalne hain wah apne gaur o fikr ko, apne contemplation ko, introspection ki power ko bahut zyada active rakhna hai.</w:t>
      </w:r>
    </w:p>
    <w:p>
      <w:pPr>
        <w:jc w:val="right"/>
      </w:pPr>
      <w:r>
        <w:t>कोई भी ऐसे नहीं कि पांच वक़्त की नमाज़ में हम एहदेन अस्सिरातल मुस्तकीन हम बार बार कह रहे हैं तो इसका मतलब यह नहीं है कि हम अस्सिरातल मुस्तकीन पर आ ही जाएंगे. हमें अपने जो efforts डालने हैं वह अपने गौरव फ़िक्र को, अपने contemplation को, introspection की power को बहुत ज़्यादा active रखना है.</w:t>
      </w:r>
    </w:p>
    <w:p>
      <w:r>
        <w:rPr>
          <w:b/>
        </w:rPr>
        <w:t xml:space="preserve">[17:27] </w:t>
      </w:r>
      <w:r>
        <w:t>ne bahut sahi kaha ki apne aap ko insan ke level par rakhna hai warna Allah taala hamein</w:t>
      </w:r>
    </w:p>
    <w:p>
      <w:pPr>
        <w:jc w:val="right"/>
      </w:pPr>
      <w:r>
        <w:t>ने बहुत सही कहा कि अपने आप को इंसान के level पर रखना है वरना अल्लाह तालाह हमें</w:t>
      </w:r>
    </w:p>
    <w:p>
      <w:r>
        <w:rPr>
          <w:b/>
        </w:rPr>
        <w:t xml:space="preserve">[17:35] </w:t>
      </w:r>
      <w:r>
        <w:t>janwar ke level, janwar ki category mein rakhega aur hamari jo insaniyat wali khoobi hai woh yahi hai</w:t>
      </w:r>
    </w:p>
    <w:p>
      <w:pPr>
        <w:jc w:val="right"/>
      </w:pPr>
      <w:r>
        <w:t>जानवर के level, जानवर की category में रखेगा और हमारी जो इंसानियत वाली खूबी है वह यही है</w:t>
      </w:r>
    </w:p>
    <w:p>
      <w:r>
        <w:rPr>
          <w:b/>
        </w:rPr>
        <w:t xml:space="preserve">[17:44] </w:t>
      </w:r>
      <w:r>
        <w:t>ki amakal ko istemal karein.</w:t>
      </w:r>
    </w:p>
    <w:p>
      <w:pPr>
        <w:jc w:val="right"/>
      </w:pPr>
      <w:r>
        <w:t>कि अमाकल को इस्तेमाल करें.</w:t>
      </w:r>
    </w:p>
    <w:p>
      <w:r>
        <w:rPr>
          <w:b/>
        </w:rPr>
        <w:t xml:space="preserve">[17:53] </w:t>
      </w:r>
      <w:r>
        <w:t>hum ab bar bar kisi bhi cheez ko duniya mein jab karte hain to bahut soch samajhkar karte hain.</w:t>
      </w:r>
    </w:p>
    <w:p>
      <w:pPr>
        <w:jc w:val="right"/>
      </w:pPr>
      <w:r>
        <w:t>हम अब बार बार किसी भी चीज़ को दुनिया में जब करते हैं तो बहुत सोच समझकर करते हैं.</w:t>
      </w:r>
    </w:p>
    <w:p>
      <w:r>
        <w:rPr>
          <w:b/>
        </w:rPr>
        <w:t xml:space="preserve">[18:02] </w:t>
      </w:r>
      <w:r>
        <w:t>main ek chhota sa example dena chaah rahi thi ke kuch kuch mere kisi Muslim group mein aajkal is tarah ki kuch baatein chalne lagti hain ke Musalmanon ko itna zyada, itna zyada aajkal torture kiya ja raha hai ke wah unko kuch karke dikhana chahiye. yeh educated Muslims ki baat kar rahi hoon main. agar hum chup baithe rahenge to hamein bewakoof samjha jayega, darpok samjha jayega.</w:t>
      </w:r>
    </w:p>
    <w:p>
      <w:pPr>
        <w:jc w:val="right"/>
      </w:pPr>
      <w:r>
        <w:t>मैं एक छोटा सा example देना चाह रही थी कि कुछ कुछ मेरे किसी मुस्लिम group में आजकल इस तरह की कुछ बातें चलने लगती हैं कि मुसलमानों को इतना ज़्यादा, इतना ज़्यादा आजकल torture किया जा रहा है कि वह उनको कुछ करके दिखाना चाहिए. यह educated मुस्लिमs की बात कर रही हूं मैं. अगर हम चुप बैठे रहेंगे तो हमें बेवकूफ समझा जाएगा, डरपोक समझा जाएगा.</w:t>
      </w:r>
    </w:p>
    <w:p>
      <w:r>
        <w:rPr>
          <w:b/>
        </w:rPr>
        <w:t xml:space="preserve">[18:32] </w:t>
      </w:r>
      <w:r>
        <w:t>to main sirf itna kehna chahti hoon ke aaj shayad khuda ki taraf se connection hat gaya hai logon ka. khuda se bharosa hat gaya hai to wah khud kuch karne ko soch rahe hain. jaisa ke Maulana sahab ne is mein kaha ke hum kisi aur cheez mein khoye hue hain. hum khuda se kate hue hain. agar hum Allah taala se koi apna concern banakar rakhein jisko ke god oriented life kaha jata hai.</w:t>
      </w:r>
    </w:p>
    <w:p>
      <w:pPr>
        <w:jc w:val="right"/>
      </w:pPr>
      <w:r>
        <w:t>तो मैं सिर्फ़ इतना कहना चाहती हूं कि आज शायद खुदा की तरफ़ से connection हट गया है लोगों का. खुदा से भरोसा हट गया है तो वह ख़ुद कुछ करने को सोच रहे हैं. जैसा कि मुलाना साहब ने इसमें कहा कि हम किसी और चीज़ में खोए हुए हैं. हम ख़ुदा से कटे हुए हैं. अगर हम अल्लाह ताला से कोई अपना concern बनाकर रखें जिसको कि god oriented life कहा जाता है.</w:t>
      </w:r>
    </w:p>
    <w:p>
      <w:r>
        <w:rPr>
          <w:b/>
        </w:rPr>
        <w:t xml:space="preserve">[18:58] </w:t>
      </w:r>
      <w:r>
        <w:t>agar hum yahi check karein ke hamari zindagi ki priority khuda hai ke nahi tabhi hum jaan payenge ke hum sirate mustakeen par hai ke nahi. aaj log apni qaum ke liye bhadak rahe hain. aaj log apni identity ke liye bhadak rahe hain lekin khuda ke liye kisi ke paas waqt nahi aur khuda se kisi ka connection bhi nahi. main yahi is baat se samajh paayi ke isiliye shayad sab log sirate mustakeen se derail ho gaye hain. jiza kala shubhiina.</w:t>
      </w:r>
    </w:p>
    <w:p>
      <w:pPr>
        <w:jc w:val="right"/>
      </w:pPr>
      <w:r>
        <w:t>अगर हम यही check करें कि हमारी ज़िंदगी की priority खुदा है कि नहीं तभी हम जान पाएंगे कि हम सिराते मुस्तकीन पर है कि नहीं. आज लोग अपनी कौम के लिए भड़क रहे हैं. आज लोग अपनी identity के लिए भड़क रहे हैं लेकिन खुदा के लिए किसी के पास वक्त नहीं और खुदा से किसी का connection भी नहीं. मैं यही इस बात से समझ पाई कि इसीलिए शायद सब लोग सिराते मुस्तकीन से derail हो गए हैं. जिज़ा कला शुभीना.</w:t>
      </w:r>
    </w:p>
    <w:p>
      <w:r>
        <w:rPr>
          <w:b/>
        </w:rPr>
        <w:t xml:space="preserve">[19:28] </w:t>
      </w:r>
      <w:r>
        <w:t>jiza kala Doctor Shreena as you rightly said that we have deviated from our path. tabhi hum is tarah ki baatein karte hain aur apni cheezon par khuda se hamara bharosa ud gaya ya hum khuda ke bare mein sochte bhi nahi hain. tabhi hum sochte hain ke yeh government kya karegi? yeh log kya karenge? aur aisa halaat ho rahe hain aur aise situation ho rahe hain. to hamein kya karna chahiye? situation ko hum khud apne haath mein lena ki koshish karte hain.</w:t>
      </w:r>
    </w:p>
    <w:p>
      <w:pPr>
        <w:jc w:val="right"/>
      </w:pPr>
      <w:r>
        <w:t>जिज़ा कला Doctor श्रीना as you rightly said that we have deviated from our path. तभी हम इस तरह की बातें करते हैं और अपनी चीज़ों पर खुदा से हमारा भरोसा उड़ गया या हम खुदा के बारे में सोचते भी नहीं हैं. तभी हम सोचते हैं कि यह government क्या करेगी? यह लोग क्या करेंगे? और ऐसा हालात हो रहे हैं और ऐसे situation हो रहे हैं. तो हमें क्या करना चाहिए? Situation को हम खुद अपने हाथ में लेना की कोशिश करते हैं.</w:t>
      </w:r>
    </w:p>
    <w:p>
      <w:r>
        <w:rPr>
          <w:b/>
        </w:rPr>
        <w:t xml:space="preserve">[19:55] </w:t>
      </w:r>
      <w:r>
        <w:t>do aur ek aur baat jo aapki baaton se mujhe samajh mein aaya. aapne jaise kaha ke hum kehte to hain ke namaz mein ke sarat al maztaqeen consciously kehte hain. agar hum consciously is baat ko kahenge to definitely in hamare jab hum bolte hain koi baat to hamara mind is baat ko register karta hai. to yeh yeh ho sakta hai ke namazon mein chunke wah rata rataya hai bas hum bolkar sarsari bolkar ke nikal jaate hain.</w:t>
      </w:r>
    </w:p>
    <w:p>
      <w:pPr>
        <w:jc w:val="right"/>
      </w:pPr>
      <w:r>
        <w:t>दो और एक और बात जो आपकी बातों से मुझे समझ में आया. आपने जैसे कहा कि हम कहते तो हैं कि नमाज़ में कि सरातल मज़तक़ीन consciously कहते हैं. अगर हम consciously इस बात को कहेंगे तो definitely इन हमारे जब हम बोलते हैं कोई बात तो हमारा mind इस बात को register करता है. तो यह यह हो सकता है कि नमाज़ों में चूंकि वह रटा रटाया है बस हम बोलकर सरसरी बोलकर के निकल जाते हैं.</w:t>
      </w:r>
    </w:p>
    <w:p>
      <w:r>
        <w:rPr>
          <w:b/>
        </w:rPr>
        <w:t xml:space="preserve">[20:21] </w:t>
      </w:r>
      <w:r>
        <w:t>isiliye hamari zindagi mein uska sharat mustakeem ka koi implementation nahi hai. mujhe yaad hai Maulana sahab jab hamein koi bhi session diya karte the aur humse kuch kaha karte the to wah repeat karwaya karte the humse ke wah sentence jab tak ke perfectly complete nahi hota tha wah satisfy nahi hote the aur it was very very mujhe yeh lagta hai ke wah itna age mein bhi har words ki pakad karte the.</w:t>
      </w:r>
    </w:p>
    <w:p>
      <w:pPr>
        <w:jc w:val="right"/>
      </w:pPr>
      <w:r>
        <w:t>इसीलिए हमारी ज़िंदगी में उसका शरात मुस्कीम का कोई implementation नहीं है. मुझे याद है मोलाना साहब जब हमें कोई भी session दिया करते थे और हमसे कुछ कहा करते थे तो वह repeat करवाया करते थे हमसे कि वह sentence जब तक कि perfectly complete नहीं होता था वह satisfy नहीं होते थे और it was very very मुझे यह लगता है कि वह इतना age में भी हर words की पकड़ करते थे.</w:t>
      </w:r>
    </w:p>
    <w:p>
      <w:r>
        <w:rPr>
          <w:b/>
        </w:rPr>
        <w:t xml:space="preserve">[20:49] </w:t>
      </w:r>
      <w:r>
        <w:t>jaise ke koi word agar miss ho gaya to wah dubara kahin jab tak aap perfectly unke sentence ko repeat na karte tab tak wah bulwaya karte the. to hum dinbhar mein sharatan mustakeen na jaane kitni baar bolte hain. lekin hum khud jaante hain ke iske upar hamari implementation kitni hai.</w:t>
      </w:r>
    </w:p>
    <w:p>
      <w:pPr>
        <w:jc w:val="right"/>
      </w:pPr>
      <w:r>
        <w:t>जैसे कि कोई word अगर miss हो गया तो वह दुबारा कहीं जब तक आप perfectly उनके sentence को repeat ना करते तब तक वह बुलवाया करते थे. तो हम दिनभर में शरातन मुस्तकीन ना जाने कितनी बार बोलते हैं. लेकिन हम खुद जानते हैं कि इसके ऊपर हमारी implementation कितनी है.</w:t>
      </w:r>
    </w:p>
    <w:p>
      <w:r>
        <w:rPr>
          <w:b/>
        </w:rPr>
        <w:t xml:space="preserve">[21:06] </w:t>
      </w:r>
      <w:r>
        <w:t>to ab hum koshish karein inshallah after this session sarat al mustakeen jab hum bolein to hum consciously bolein taake hamare mind ko wah register ho yeh word sarat al mustakeen, Allah to guide us to the straight path. agar hum consciously bolenge to inshallah we will be conscious to take our self to the straight path. I would like to invite Najma Siddiqui Apa to share her learning.</w:t>
      </w:r>
    </w:p>
    <w:p>
      <w:pPr>
        <w:jc w:val="right"/>
      </w:pPr>
      <w:r>
        <w:t>तो अब हम कोशिश करें इंशालाह after this session सरातल मुस्तकीन जब हम बोलें तो हम consciously बोलें ताकि हमारे mind को वह register हो यह word सरातल मुस्कीन, अल्लाह to guide us to the straight path. अगर हम consciously बोलेंगे तो inshallah we will be conscious to take our self to the straight path. I would like to invite नजमा सिद्दीकी अपा to share her learning.</w:t>
      </w:r>
    </w:p>
    <w:p>
      <w:r>
        <w:rPr>
          <w:b/>
        </w:rPr>
        <w:t xml:space="preserve">[21:35] </w:t>
      </w:r>
      <w:r>
        <w:t>jaza kar la, jaza kar le.</w:t>
      </w:r>
    </w:p>
    <w:p>
      <w:pPr>
        <w:jc w:val="right"/>
      </w:pPr>
      <w:r>
        <w:t>जज़ा कर ला, जज़ा कर ले.</w:t>
      </w:r>
    </w:p>
    <w:p>
      <w:r>
        <w:rPr>
          <w:b/>
        </w:rPr>
        <w:t xml:space="preserve">[21:41] </w:t>
      </w:r>
      <w:r>
        <w:t>jismilahi ramani rahi hoon.</w:t>
      </w:r>
    </w:p>
    <w:p>
      <w:pPr>
        <w:jc w:val="right"/>
      </w:pPr>
      <w:r>
        <w:t>जिस्मिलाही रमानी रही हूं.</w:t>
      </w:r>
    </w:p>
    <w:p>
      <w:r>
        <w:rPr>
          <w:b/>
        </w:rPr>
        <w:t xml:space="preserve">[21:47] </w:t>
      </w:r>
      <w:r>
        <w:t>maine bhi hi point socha iske bare mein ki hum apni namazon mein roz kitni baar sirate mustaqeem</w:t>
      </w:r>
    </w:p>
    <w:p>
      <w:pPr>
        <w:jc w:val="right"/>
      </w:pPr>
      <w:r>
        <w:t>मैंने भी ही point सोचा इसके बारे में कि हम अपनी नमाज़ों में रोज़ कितनी बार सराते मुस्तकीन</w:t>
      </w:r>
    </w:p>
    <w:p>
      <w:r>
        <w:rPr>
          <w:b/>
        </w:rPr>
        <w:t xml:space="preserve">[21:54] </w:t>
      </w:r>
      <w:r>
        <w:t>ki dua karte hain aur waise bhi jitni baar hum suryfatiyan padhte hain sirate mustaqeem ki dua karte</w:t>
      </w:r>
    </w:p>
    <w:p>
      <w:pPr>
        <w:jc w:val="right"/>
      </w:pPr>
      <w:r>
        <w:t>की दुआ करते हैं और वैसे भी जितनी बार हम सूर्यफातियां पढ़ते हैं सराते मुस्तकीन की दुआ करते</w:t>
      </w:r>
    </w:p>
    <w:p>
      <w:r>
        <w:rPr>
          <w:b/>
        </w:rPr>
        <w:t xml:space="preserve">[22:00] </w:t>
      </w:r>
      <w:r>
        <w:t>hain aur to kya hum yeh sochkar karte hain ki sharaate mein sttim kya hai?</w:t>
      </w:r>
    </w:p>
    <w:p>
      <w:pPr>
        <w:jc w:val="right"/>
      </w:pPr>
      <w:r>
        <w:t>हैं और तो क्या हम यह सोचकर करते हैं कि शराते में स्त्तिम क्या है?</w:t>
      </w:r>
    </w:p>
    <w:p>
      <w:r>
        <w:rPr>
          <w:b/>
        </w:rPr>
        <w:t xml:space="preserve">[22:07] </w:t>
      </w:r>
      <w:r>
        <w:t>hum waise adatan usko dohra jatay hain, dohra jatay hain lekin jab maulana is baat ko discuss karte the ya phir abhi humne jab yeh article socha to phir zara dimagh conscious hota hai ki haan apne namaz mein bhi jab yeh dua kar rahe hain to soch rahe hain allah ke baat, allah ke liye.</w:t>
      </w:r>
    </w:p>
    <w:p>
      <w:pPr>
        <w:jc w:val="right"/>
      </w:pPr>
      <w:r>
        <w:t>हम वैसे आदतन उसको दोहरा जाते हैं, दोहरा जाते हैं लेकिन जब मौलाना इस बात को discuss करते थे या फिर अभी हमने जब यह article सोचा तो फिर जरा दिमाग conscious होता है कि हां अपने नमाज़ में भी जब यह दुआ कर रहे हैं तो सोच रहे हैं अल्लाह के बात, अल्लाह के लिए.</w:t>
      </w:r>
    </w:p>
    <w:p>
      <w:r>
        <w:rPr>
          <w:b/>
        </w:rPr>
        <w:t xml:space="preserve">[22:28] </w:t>
      </w:r>
      <w:r>
        <w:t>to surate mustaqeem kya hai yeh allah ki taraf seedha rastaon kehte hain aur iske bare mein jab tak hum achi tarah se baayenge to bas hum yahin aise hi keh jatay hain aur quran mein kitni jagah bataya gaya hai ki har insan ke liye, har individual ke liye seedha rasta kya hai?</w:t>
      </w:r>
    </w:p>
    <w:p>
      <w:pPr>
        <w:jc w:val="right"/>
      </w:pPr>
      <w:r>
        <w:t>तो सुराते मुस्तीम क्या है यह अल्लाह की तरफ सीधा रास्ताओं कहते हैं और इसके बारे में जब तक हम अच्छी तरह से बाएंगे तो बस हम यहीं ऐसे ही कह जाते हैं और कुरान में कितनी जगह बताया गया है कि हर इंसान के लिए, हर individual के लिए सीधा रास्ता क्या है?</w:t>
      </w:r>
    </w:p>
    <w:p>
      <w:r>
        <w:rPr>
          <w:b/>
        </w:rPr>
        <w:t xml:space="preserve">[22:54] </w:t>
      </w:r>
      <w:r>
        <w:t>aur allah ne hamein aql di hai aur jitni bhi jaise doctor safeena ne bataya aur rameeda sahiba ne ki duniya ki aur bhi jitni bhi cheezein allha ne banai hain sab apne apne kaam mein lagi hui hain unka woh seedha hi rasta hai. usse ek minute idhar nahi hote suraj apna poore rasta us par chalta hai. chand us par chalta hai aur jitne bhi cheezein hain aur allah ne hamein freedom di hai.</w:t>
      </w:r>
    </w:p>
    <w:p>
      <w:pPr>
        <w:jc w:val="right"/>
      </w:pPr>
      <w:r>
        <w:t>और अल्लाह ने हमें अक्ल दी है और जितनी भी जैसे Doctor सफीना ने बताया और रमेदा साहिबा ने कि दुनिया की और भी जितनी भी चीज़ें अन्लाने बनाई हैं सब अपने अपने काम में लगी हुई हैं उनका वह सीधा ही रास्ता है. उससे एक minute इधर नहीं होते सूरज अपना पूरे रास्त उस पर चलता है. चांद उस पर चलता है और जितने भी चीज़ें हैं और अल्लाह ने हमें freedom दी है.</w:t>
      </w:r>
    </w:p>
    <w:p>
      <w:r>
        <w:rPr>
          <w:b/>
        </w:rPr>
        <w:t xml:space="preserve">[23:23] </w:t>
      </w:r>
      <w:r>
        <w:t>to woh yeh chahta hai ki hum apne aap sochkar usne hamein aql bhi di hai aur usne</w:t>
      </w:r>
    </w:p>
    <w:p>
      <w:pPr>
        <w:jc w:val="right"/>
      </w:pPr>
      <w:r>
        <w:t>तो वह यह चाहता है कि हम अपने आप सोचकर उसने हमें अक्ल भी दी है और उसने</w:t>
      </w:r>
    </w:p>
    <w:p>
      <w:r>
        <w:rPr>
          <w:b/>
        </w:rPr>
        <w:t xml:space="preserve">[23:30] </w:t>
      </w:r>
      <w:r>
        <w:t>hamein guidance bhi di hai aur is guidance ke basis par hum apne aap mustaqeem ko pehchanein aur</w:t>
      </w:r>
    </w:p>
    <w:p>
      <w:pPr>
        <w:jc w:val="right"/>
      </w:pPr>
      <w:r>
        <w:t>हमें guidance भी दी है और इस guidance के basis पर हम अपने आप मुस्तकीम को पहचानें और</w:t>
      </w:r>
    </w:p>
    <w:p>
      <w:r>
        <w:rPr>
          <w:b/>
        </w:rPr>
        <w:t xml:space="preserve">[23:37] </w:t>
      </w:r>
      <w:r>
        <w:t>Quran mein usko bataya hai jagah jagah aur tab uske upar karein to yeh to woh individual ke</w:t>
      </w:r>
    </w:p>
    <w:p>
      <w:pPr>
        <w:jc w:val="right"/>
      </w:pPr>
      <w:r>
        <w:t>कुरान में उसको बताया है जगह जगह और तब उसके ऊपर करें तो यह तो वह individual के</w:t>
      </w:r>
    </w:p>
    <w:p>
      <w:r>
        <w:rPr>
          <w:b/>
        </w:rPr>
        <w:t xml:space="preserve">[23:44] </w:t>
      </w:r>
      <w:r>
        <w:t>liye bhi hai aur istemaiz zindagi mein collectively bhi sirate mustaqeem par chalna hai aur uski example hamein</w:t>
      </w:r>
    </w:p>
    <w:p>
      <w:pPr>
        <w:jc w:val="right"/>
      </w:pPr>
      <w:r>
        <w:t>लिए भी है और इस्तेमाइज़ ज़िंदगी में collectively भी सिराते मुस्तकीन पर चलना है और उसकी example हमें</w:t>
      </w:r>
    </w:p>
    <w:p>
      <w:r>
        <w:rPr>
          <w:b/>
        </w:rPr>
        <w:t xml:space="preserve">[23:51] </w:t>
      </w:r>
      <w:r>
        <w:t>suleh hidabiya se milti hai.</w:t>
      </w:r>
    </w:p>
    <w:p>
      <w:pPr>
        <w:jc w:val="right"/>
      </w:pPr>
      <w:r>
        <w:t>सुलेह हिदाबिया से मिलती है.</w:t>
      </w:r>
    </w:p>
    <w:p>
      <w:r>
        <w:rPr>
          <w:b/>
        </w:rPr>
        <w:t xml:space="preserve">[23:59] </w:t>
      </w:r>
      <w:r>
        <w:t>to collectively bhi hamein chirate mustaqeem par chal raha hai aur individual ko bhi aur phir hum aaj iski wajah se kyunki yeh hum kar rahe hain to yeh hum dohra rahe hain cheezein aur isko express kar rahe hain ki allah ka allah ka seedha rasta hai kya? to hamein is bare mein apna introspection bhi karte hi rehna chahiye.</w:t>
      </w:r>
    </w:p>
    <w:p>
      <w:pPr>
        <w:jc w:val="right"/>
      </w:pPr>
      <w:r>
        <w:t>तो collectively भी हमें चिराते मुस्ताकीन पर चल रहा है और individual को भी और फिर हम आज इसकी वजह से क्योंकि यह हम कर रहे हैं तो यह हम दोहरा रहे हैं चीज़ें और इसको express कर रहे हैं कि अल्लाह का अल्लाह का सीधा रास्ता है क्या? तो हमें इस बारे में अपना introspection भी करते ही रहना चाहिए.</w:t>
      </w:r>
    </w:p>
    <w:p>
      <w:r>
        <w:rPr>
          <w:b/>
        </w:rPr>
        <w:t xml:space="preserve">[24:24] </w:t>
      </w:r>
      <w:r>
        <w:t>yeh bahut zaroori hai aur sabse pehli cheez to toheed hai. to sirf allah ko apna sab kuch banana. to kya hum waqai mein sab kuch allah ko banaye hue hain? ya hamara focus apni family par chala jata hai, apni desires par chala jata hai?</w:t>
      </w:r>
    </w:p>
    <w:p>
      <w:pPr>
        <w:jc w:val="right"/>
      </w:pPr>
      <w:r>
        <w:t>यह बहुत ज़रूरी है और सबसे पहली चीज़ तो तोहीद है. तो सिर्फ अल्लाह को अपना सब कुछ बनाना. तो क्या हम वाकई में सब कुछ अल्लाह को बनाए हुए हैं? या हमारा focus अपनी family पर चला जाता है, अपनी desires पर चला जाता है?</w:t>
      </w:r>
    </w:p>
    <w:p>
      <w:r>
        <w:rPr>
          <w:b/>
        </w:rPr>
        <w:t xml:space="preserve">[24:42] </w:t>
      </w:r>
      <w:r>
        <w:t>yeh hamein sochte rehna hai aur phir wapas hamein allah ki taraf aana hai jo maulana ne god oriented life, aakhirat based life iski baat kahi hai to hamein uska bahut sochkar kaam karna hai aur usi ke mutabiq hamein apni zindagi guzarna hai lekin shaitan hamare peeche laga rehta hai to mujhe yeh dekhna hai ki kahin main apne nafs par to nahi zyada ja rahi hoon.</w:t>
      </w:r>
    </w:p>
    <w:p>
      <w:pPr>
        <w:jc w:val="right"/>
      </w:pPr>
      <w:r>
        <w:t>यह हमें सोचते रहना है और फिर वापस हमें अल्लाह की तरफ आना है जो मौलाना ने God oriented life, आख़िरत based life इसकी बात कही है तो हमें उसका बहुत सोचकर काम करना है और उसी के मुताबिक हमें अपनी ज़िंदगी गुज़ारना है लेकिन शैतान हमारे पीछे लगा रहता है तो मुझे यह देखना है कि कहीं मैं अपने नफ्ज़ पर तो नहीं ज़्यादा जा रही हूं.</w:t>
      </w:r>
    </w:p>
    <w:p>
      <w:r>
        <w:rPr>
          <w:b/>
        </w:rPr>
        <w:t xml:space="preserve">[25:08] </w:t>
      </w:r>
      <w:r>
        <w:t>to allah ko to sab log zaroor bada samajhte hain lekin uske sath sath kuch log mazaron par bhi jate rehte hain aur unse mangna shuru kar dete hain aur usko islam ka hissa samajhte hain ki yeh hum islamic kaam kar rahe hain mazaron par jana.</w:t>
      </w:r>
    </w:p>
    <w:p>
      <w:pPr>
        <w:jc w:val="right"/>
      </w:pPr>
      <w:r>
        <w:t>तो अल्लाह को तो सब लोग ज़रूर बड़ा समझते हैं लेकिन उसके साथ साथ कुछ लोग मजारों पर भी जाते रहते हैं और उनसे मांगना शुरू कर देते हैं और उसको इस्लाम का हिस्सा समझते हैं कि यह हम इस्लामic काम कर रहे हैं मजारों पर जाना.</w:t>
      </w:r>
    </w:p>
    <w:p>
      <w:r>
        <w:rPr>
          <w:b/>
        </w:rPr>
        <w:t xml:space="preserve">[25:29] </w:t>
      </w:r>
      <w:r>
        <w:t>to yahin hum sirate mustaqeem se hat gaye aur hamara focus usse bilkul badal gaya kyunki yahan khuda ke siwa kisi aur ko pukarne lage hum aur yeh sirf yahi nahi hai ki hum mazaron par jayein balki hamara focus agar apne apni aur cheez par apne paison par, apne bachchon par us par zyada lag gaya to woh bhi hum sikate mustaqeem se hat rahe hain.</w:t>
      </w:r>
    </w:p>
    <w:p>
      <w:pPr>
        <w:jc w:val="right"/>
      </w:pPr>
      <w:r>
        <w:t>तो यहीं हम सिराते मुस्तकीम से हट गए और हमारा focus उससे बिल्कुल बदल गया क्योंकि यहां खुदा के सिवा किसी और को पुकारने लगे हम और यह सिर्फ यही नहीं है कि हम मजारों पर जाएं बल्कि हमारा focus अगर अपने अपनी और चीज़ पर अपने पैसों पर, अपने बच्चों पर उस पर ज़्यादा लग गया तो वह भी हम सिखाते मुस्तकीम से हट रहे हैं.</w:t>
      </w:r>
    </w:p>
    <w:p>
      <w:r>
        <w:rPr>
          <w:b/>
        </w:rPr>
        <w:t xml:space="preserve">[25:56] </w:t>
      </w:r>
      <w:r>
        <w:t>to yeh hamein dekhna hai yahin patri se hamein fisalna hai aur yahin bahut sari distractions hain. to usko hamein bar bar maulana kehte the ki distraction se bacho, distraction se bacho. to yahin baat hamein karna hai. jabki 11 surah hud ki ayat 53 se 56 jo hai usmein sirat sakim ko woh batati hain.</w:t>
      </w:r>
    </w:p>
    <w:p>
      <w:pPr>
        <w:jc w:val="right"/>
      </w:pPr>
      <w:r>
        <w:t>तो यह हमें देखना है यही पटरी से हमें फिसलना है और यही बहुत सारी distractions हैं. तो उसको हमें बार बार मौलाना कहते थे कि distraction से बचो, distraction से बचो. तो यही बात हमें करना है. जबकि 11 सूर्यहूत की आया 53 से 56 जो है उसमें सिरात सकीम को वह बताती हैं.</w:t>
      </w:r>
    </w:p>
    <w:p>
      <w:r>
        <w:rPr>
          <w:b/>
        </w:rPr>
        <w:t xml:space="preserve">[26:21] </w:t>
      </w:r>
      <w:r>
        <w:t>tazkir aur quran mein hazrat hud ki batai hui jo sirat e muz sakim hai uski zikr hai ki toheed. ibadate ilahi, istiqfar, goba, neem to khuda ka shukr, allah par poora tawakkul, sirf khuda ko tamam taqaton ka malik samajhna.</w:t>
      </w:r>
    </w:p>
    <w:p>
      <w:pPr>
        <w:jc w:val="right"/>
      </w:pPr>
      <w:r>
        <w:t>तस्कीर और कुरान में हज़रत हूद की बताई हुई जो सिरात ए मुज़ सकीम है उसकी जिस्त है कि तौहीद. इबादते इलाही, इस्तक़फ़ार, गोबा, नेम तो खुदा का शुक्र, अल्लाह पर पूरा तवाकुल, सिर्फ खुदा को तमाम ताकतों का मालिक समझना.</w:t>
      </w:r>
    </w:p>
    <w:p>
      <w:r>
        <w:rPr>
          <w:b/>
        </w:rPr>
        <w:t xml:space="preserve">[26:45] </w:t>
      </w:r>
      <w:r>
        <w:t>quda ko apne upar nigebaan banana, itad ki roshni ikhteyar karna yani jo bhi deen ki buniyadi cheezein hain bahut buniyadi taleemande hain un par chalna. wahi siraten mustaqeem hain aur hum us par chalenge to seedhe khuda tak pahunchenge aur usse agar hum idhar udhar ho gaye jo hum hote rehte hain to khuda tak nahi pahunch sakte.</w:t>
      </w:r>
    </w:p>
    <w:p>
      <w:pPr>
        <w:jc w:val="right"/>
      </w:pPr>
      <w:r>
        <w:t>कुदा को अपने ऊपर निगेबान बनाना, इताद की रौशनी इख्तैयार करना यानी जो भी दीन की बुनियादी चीज़ें हैं बहुत बुनियादी तालेमान्द हैं उन पर चलना. वही सिरातें मुस्तफ़ीम हैं और हम उस पर चलेंगे तो सीधे खुदा तक पहुंचेंगे और उससे अगर हम इधर उधर हो गए जो हम होते रहते हैं तो खुदा तक नहीं पहुंच सकते.</w:t>
      </w:r>
    </w:p>
    <w:p>
      <w:r>
        <w:rPr>
          <w:b/>
        </w:rPr>
        <w:t xml:space="preserve">[27:11] </w:t>
      </w:r>
      <w:r>
        <w:t>to isi basis par hamein apna introspection karna hai, retrospection karna hai, contemplation karna hai aur main sochti</w:t>
      </w:r>
    </w:p>
    <w:p>
      <w:pPr>
        <w:jc w:val="right"/>
      </w:pPr>
      <w:r>
        <w:t>तो इसी basis पर हमें अपना introspection करना है, retrospection करना है, contemplation करना है और मैं सोचती</w:t>
      </w:r>
    </w:p>
    <w:p>
      <w:r>
        <w:rPr>
          <w:b/>
        </w:rPr>
        <w:t xml:space="preserve">[27:18] </w:t>
      </w:r>
      <w:r>
        <w:t>hoon ke shurya hud mein jo Allah par tawakkul aur apni ibadaton ka yeh do cheezon ka zikr</w:t>
      </w:r>
    </w:p>
    <w:p>
      <w:pPr>
        <w:jc w:val="right"/>
      </w:pPr>
      <w:r>
        <w:t>हूं के शूर्य हूद में जो अल्लाह पर तवक्कुल और अपनी इबादतों का यह दो चीज़ों का ज़िक्र</w:t>
      </w:r>
    </w:p>
    <w:p>
      <w:r>
        <w:rPr>
          <w:b/>
        </w:rPr>
        <w:t xml:space="preserve">[27:26] </w:t>
      </w:r>
      <w:r>
        <w:t>hai aur sahi ibadaton ka matlab wahi hai jo ki spirit based ibadaten hain aur surya suryam number</w:t>
      </w:r>
    </w:p>
    <w:p>
      <w:pPr>
        <w:jc w:val="right"/>
      </w:pPr>
      <w:r>
        <w:t>है और सही इबादतों का मतलब वही है जो कि spirit based इबादतें हैं और सूर्य सूर्याम number</w:t>
      </w:r>
    </w:p>
    <w:p>
      <w:r>
        <w:rPr>
          <w:b/>
        </w:rPr>
        <w:t xml:space="preserve">[27:34] </w:t>
      </w:r>
      <w:r>
        <w:t>chhe alainam ke ek sau ikyavan aur se ek sau tirpan aaye to mein doosron ke saath hamara</w:t>
      </w:r>
    </w:p>
    <w:p>
      <w:pPr>
        <w:jc w:val="right"/>
      </w:pPr>
      <w:r>
        <w:t>छह अलैनाम के एक सौ इक्यावन और से एक सौ तिरेपन आए तो में दूसरों के साथ हमारा</w:t>
      </w:r>
    </w:p>
    <w:p>
      <w:r>
        <w:rPr>
          <w:b/>
        </w:rPr>
        <w:t xml:space="preserve">[27:42] </w:t>
      </w:r>
      <w:r>
        <w:t>kya behavior hona chahiye?</w:t>
      </w:r>
    </w:p>
    <w:p>
      <w:pPr>
        <w:jc w:val="right"/>
      </w:pPr>
      <w:r>
        <w:t>क्या behavior होना चाहिए?</w:t>
      </w:r>
    </w:p>
    <w:p>
      <w:r>
        <w:rPr>
          <w:b/>
        </w:rPr>
        <w:t xml:space="preserve">[27:50] </w:t>
      </w:r>
      <w:r>
        <w:t>iska discussion hai. to maa baap ke sath, nek sulooq, utte huqooq, yateebon ke sath kya karna hai naaptol mein insaf aur insaf ke baad bolna wagera wagera. to yani hamein sari negativity se bachna hai aur complete positive behavior rakhna hai hamein. wahi hamare liye hoga.</w:t>
      </w:r>
    </w:p>
    <w:p>
      <w:pPr>
        <w:jc w:val="right"/>
      </w:pPr>
      <w:r>
        <w:t>इसका discussion है. तो मां बाप के साथ, नेक सुलूप, उट्टे हुकूक, यतीबों के साथ क्या करना है नाप्तोल में इंसाफ और इंसाफ के बाद बोलना वगैरह वगैरह. तो यानी हमें सारी negativity से बचना है और complete positive behavior रखना है हमें. वही हमारे लिए होगा.</w:t>
      </w:r>
    </w:p>
    <w:p>
      <w:r>
        <w:rPr>
          <w:b/>
        </w:rPr>
        <w:t xml:space="preserve">[28:14] </w:t>
      </w:r>
      <w:r>
        <w:t>to maulana ne is concept par jaise aap sab jante hain bahut bola hai, bahut likha hai. aakhir mein main kahungi ki chirate sharaaten bas takim ka concept ko samajhne ke baad jab tak woh hamare behavior mein na reflect ho to koi fayda nahi. hum yeh nahi hai ki hamein yeh concept samajh mein aa gaya, hamein knowledge ho gayi.</w:t>
      </w:r>
    </w:p>
    <w:p>
      <w:pPr>
        <w:jc w:val="right"/>
      </w:pPr>
      <w:r>
        <w:t>तो मौलाना ने इस concept पर जैसे आप सब जानते हैं बहुत बोला है, बहुत लिखा है. आखिर में मैं कहूंगी कि चिराते शरातें बस तकीम का concept को समझने के बाद जब तक वह हमारे behavior में ना reflect हो तो कोई फ़ायदा नहीं. हम यह नहीं है कि हमें यह concept समझ में आ गया, हमें knowledge हो गई.</w:t>
      </w:r>
    </w:p>
    <w:p>
      <w:r>
        <w:rPr>
          <w:b/>
        </w:rPr>
        <w:t xml:space="preserve">[28:37] </w:t>
      </w:r>
      <w:r>
        <w:t>balki yeh aisi cheez hai jo practically hum isko dekho, hamein apne behavior mein ise lana hai aur usi ke basis par apna hamein judgment karna hai ki hum kya hain? to yeh sochkar apna introspection sochna ki hum kahan galtiyan karte hain?</w:t>
      </w:r>
    </w:p>
    <w:p>
      <w:pPr>
        <w:jc w:val="right"/>
      </w:pPr>
      <w:r>
        <w:t>बल्कि यह ऐसी चीज़ है जो practically हम इसको देखो, हमें अपने behavior में इसे लाना है और उसी के basis पर अपना हमें judgment करना है कि हम क्या हैं? तो यह सोचकर अपना introspection सोचना कि हम कहां गलतियां करते हैं?</w:t>
      </w:r>
    </w:p>
    <w:p>
      <w:r>
        <w:rPr>
          <w:b/>
        </w:rPr>
        <w:t xml:space="preserve">[28:56] </w:t>
      </w:r>
      <w:r>
        <w:t>to allah se hamari dua hai ki hamein imani kulli par chala hai aur dusron ke sath hum usne sulooq bhi karein yaar, sulooq karne ke hamein tohfi de.</w:t>
      </w:r>
    </w:p>
    <w:p>
      <w:pPr>
        <w:jc w:val="right"/>
      </w:pPr>
      <w:r>
        <w:t>तो अल्लाह से हमारी दुआ है कि हमें ईमाने कुल्ली पर चला है और दूसरों के साथ हम उसने सुलूप भी करें यार, सुलूप करने के हमें तोहफी दे.</w:t>
      </w:r>
    </w:p>
    <w:p>
      <w:r>
        <w:rPr>
          <w:b/>
        </w:rPr>
        <w:t xml:space="preserve">[29:07] </w:t>
      </w:r>
      <w:r>
        <w:t>to yahi meri learning hai lekin is par hamein bahut kaam karna hai kyunki practically apni zindagi mein isko sab kuch hamein utarna hai, samajhna ek cheez hai aur us par to maulana ne jaise likha hai isko hamein bar bar sochkar aur apne ko improve karna hai, sari umri improve karte rehna hai, ziza kar. ziza kar laba.</w:t>
      </w:r>
    </w:p>
    <w:p>
      <w:pPr>
        <w:jc w:val="right"/>
      </w:pPr>
      <w:r>
        <w:t>तो यही मेरी learning है लेकिन इस पर हमें बहुत काम करना है क्योंकि practically अपनी ज़िंदगी में इसको सब कुछ हमें उतारना है, समझना एक चीज़ है और उस पर तो मालाना ने जैसे लिखा है इसको हमें बार बार सोचकर और अपने को improve करना है, सारी उम्री improve करते रहना है, ज़िज़ा कर. ज़िज़ा कर लाभा.</w:t>
      </w:r>
    </w:p>
    <w:p>
      <w:r>
        <w:rPr>
          <w:b/>
        </w:rPr>
        <w:t xml:space="preserve">[29:37] </w:t>
      </w:r>
      <w:r>
        <w:t>aapne bahut profound way mein samjhaya hum logon ko ki saratir mustaqeem ka matlab kya hota hai aur kis par kis tarah se hum apni zindagi ko sidharat muslim ke hisab se chala sakte hain. ab main is session ko open karti hoon jo ladies hamare yahan judi hui hain. apna naam batayein aur is session mein aage apni learning ko share karein. unmute karein shubh na parvez.</w:t>
      </w:r>
    </w:p>
    <w:p>
      <w:pPr>
        <w:jc w:val="right"/>
      </w:pPr>
      <w:r>
        <w:t>आपने बहुत profound way में समझाया हम लोगों को कि सरातिर मुस्तिकीम का मतलब क्या होता है और किस पर किस तरह से हम अपनी ज़िंदगी को सिद्धार्थ मुस्लिम के हिसाब से चला सकते हैं. अब मैं इस session को open करती हूं जो ladies हमारे यहां जुड़ी हुई हैं. अपना नाम बताएं और इस session में आगे अपनी learning को share करें. Unmute करें शुभ ना परवेज.</w:t>
      </w:r>
    </w:p>
    <w:p>
      <w:r>
        <w:rPr>
          <w:b/>
        </w:rPr>
        <w:t xml:space="preserve">[30:05] </w:t>
      </w:r>
      <w:r>
        <w:t>asla mein likhunga jari?</w:t>
      </w:r>
    </w:p>
    <w:p>
      <w:pPr>
        <w:jc w:val="right"/>
      </w:pPr>
      <w:r>
        <w:t>असला में लिखूंगा जारी?</w:t>
      </w:r>
    </w:p>
    <w:p>
      <w:r>
        <w:rPr>
          <w:b/>
        </w:rPr>
        <w:t xml:space="preserve">[30:10] </w:t>
      </w:r>
      <w:r>
        <w:t>ji, wale kum aslam. sarati mustakee.</w:t>
      </w:r>
    </w:p>
    <w:p>
      <w:pPr>
        <w:jc w:val="right"/>
      </w:pPr>
      <w:r>
        <w:t>जी, वाले कुम असलाम. सराती मुस्तकी.</w:t>
      </w:r>
    </w:p>
    <w:p>
      <w:r>
        <w:rPr>
          <w:b/>
        </w:rPr>
        <w:t xml:space="preserve">[30:15] </w:t>
      </w:r>
      <w:r>
        <w:t>molana sahab is article mein gyan ki hai jis shakhs ne kudār ki taraf roop kiya, usne sahi</w:t>
      </w:r>
    </w:p>
    <w:p>
      <w:pPr>
        <w:jc w:val="right"/>
      </w:pPr>
      <w:r>
        <w:t>मोलना साहब इस article में ज्ञान की है जिस शख्स ने कुदार की तरफ रूप किया, उसने सही</w:t>
      </w:r>
    </w:p>
    <w:p>
      <w:r>
        <w:rPr>
          <w:b/>
        </w:rPr>
        <w:t xml:space="preserve">[30:20] </w:t>
      </w:r>
      <w:r>
        <w:t>manzir ki taraf roop kiya.</w:t>
      </w:r>
    </w:p>
    <w:p>
      <w:pPr>
        <w:jc w:val="right"/>
      </w:pPr>
      <w:r>
        <w:t>मंज़िर की तरफ रूप किया.</w:t>
      </w:r>
    </w:p>
    <w:p>
      <w:r>
        <w:rPr>
          <w:b/>
        </w:rPr>
        <w:t xml:space="preserve">[30:25] </w:t>
      </w:r>
      <w:r>
        <w:t>wah yakeenan achhe ka anjam ko pahunchega.</w:t>
      </w:r>
    </w:p>
    <w:p>
      <w:pPr>
        <w:jc w:val="right"/>
      </w:pPr>
      <w:r>
        <w:t>वह यकीनन अच्छे का अंजाम को पहुंचेगा.</w:t>
      </w:r>
    </w:p>
    <w:p>
      <w:r>
        <w:rPr>
          <w:b/>
        </w:rPr>
        <w:t xml:space="preserve">[30:30] </w:t>
      </w:r>
      <w:r>
        <w:t>iske baras jo sakhs kudā se gafil hokar kisi aur taraf matlab azm hue wah berup bemanzil ho gaya.</w:t>
      </w:r>
    </w:p>
    <w:p>
      <w:pPr>
        <w:jc w:val="right"/>
      </w:pPr>
      <w:r>
        <w:t>इसके बरस जो सख़्स कुदा से गाफिल होकर किसी और तरफ मतलब अजम हुए वह बेरूप बेमंजिल हो गया.</w:t>
      </w:r>
    </w:p>
    <w:p>
      <w:r>
        <w:rPr>
          <w:b/>
        </w:rPr>
        <w:t xml:space="preserve">[30:36] </w:t>
      </w:r>
      <w:r>
        <w:t>isko aaj ke waqt ki zindagi mein kuch fayde ho sakte hain magar aakhirat ki mustaqvir zindagi mein iske liye azab ke sawa kuch nahi. hidayat sirf in logon ko milti hai, jiske andar yeh mizaj ho ki jab sachchai inke samne aaye to woh kaun inko maan lein aur apne aap ko galat karar de dein. jin logon ke andar yeh hausla ho wahi sachchai ko pate hain.</w:t>
      </w:r>
    </w:p>
    <w:p>
      <w:pPr>
        <w:jc w:val="right"/>
      </w:pPr>
      <w:r>
        <w:t>इसको आज के वक्त की ज़िंदगी में कुछ फ़ायदे हो सकते हैं मगर आखिरत की मुस्तक्वीर ज़िंदगी में इसके लिए अजाब के सवा कुछ नहीं. हिदायत सिर्फ इन लोगों को मिलती है, जिसके अंदर यह मिजाज़ हो कि जब सच्चाई इनके सामने आए तो वह कौन इनको मान लें और अपने आप को गलत करार दे दें. जिन लोगों के अंदर यह हौसला हो वही सच्चाई को पाते हैं.</w:t>
      </w:r>
    </w:p>
    <w:p>
      <w:r>
        <w:rPr>
          <w:b/>
        </w:rPr>
        <w:t xml:space="preserve">[31:06] </w:t>
      </w:r>
      <w:r>
        <w:t>jo aadmi haq ke khati apni badhai ko kho dete hain woh sabse badi cheez ko pa leta hai. iski zindagi mein khuda is tarah shamil ho jata hai ki woh khuda ki yaadon mein bas jate hain. woh yaad woh khuda ki yaadon ke sath soyein aur khuda ki yaadon ke sath jayein. isse khauf ummeed ke jazbaat tamam kar quda ke sath wapasth ho jayein.</w:t>
      </w:r>
    </w:p>
    <w:p>
      <w:pPr>
        <w:jc w:val="right"/>
      </w:pPr>
      <w:r>
        <w:t>जो आदमी हक के खाती अपनी बढ़ाई को खो देते हैं वह सबसे बड़ी चीज़ को पा लेता है. इसकी ज़िंदगी में खुदा इस तरह शामिल हो जाता है कि वह खुदा की यादों में बस जाते हैं. वह याद वह खुदा की यादों के साथ सोएं और खुदा की यादों के साथ जाएं. इससे खौफ उम्मीद के जज़्बाद तमाम कर कुदा के साथ वापस्थ्य हो जाएं.</w:t>
      </w:r>
    </w:p>
    <w:p>
      <w:r>
        <w:rPr>
          <w:b/>
        </w:rPr>
        <w:t xml:space="preserve">[31:32] </w:t>
      </w:r>
      <w:r>
        <w:t>yahi woh log hain jinke aankhein jannat ki avadhi bagon mein thandi hongi. aakhirkat yeh hai ki takwah khud ullu mein rabbane ka ek azeem sachisma hai. agar aadmi ke andar gahar takwah maujood ho to puran ke mane ko samajhne mein woh apne aap dusron ke liye mukalmir pranama van jayenge. tab woh insan ke andar sanjeet hi paida karta hai.</w:t>
      </w:r>
    </w:p>
    <w:p>
      <w:pPr>
        <w:jc w:val="right"/>
      </w:pPr>
      <w:r>
        <w:t>यही वह लोग हैं जिनके आंखें जनत की अवधि बागों में ठंडी होंगी. आखिरकत यह है कि तकवाह खुद उल्लू में रब्बाने का एक अजीम सचिस्मा है. अगर आदमी के अंदर गहर तकवाह मौजूद हो तो पुरान के माने को समझने में वह अपने आप दूसरों के लिए मुकल्मीर प्रणमा वन जाएंगे. तब वह इंसान के अंदर संजीत ही पैदा करता है.</w:t>
      </w:r>
    </w:p>
    <w:p>
      <w:r>
        <w:rPr>
          <w:b/>
        </w:rPr>
        <w:t xml:space="preserve">[31:58] </w:t>
      </w:r>
      <w:r>
        <w:t>woh haqiqaton ko allah ke nazar se dekhne ka hariz van jata hai. woh rai kayam kar, woh rai kayam karne se pehle mutala fikad ki tamam mamkin sardon ko poora karna chahta hai. yeh cheezein insan ko is kafi bana deti hain ki woh shraati mustaqeem se bhatke bhi gaye puran ke mane ka ajraat kar sakte hain. aadmi ko ek aisa bajood yeh kahe hain ki nihayat alaj zaheen ajismaanish rahed ko malik hai.</w:t>
      </w:r>
    </w:p>
    <w:p>
      <w:pPr>
        <w:jc w:val="right"/>
      </w:pPr>
      <w:r>
        <w:t>वह हकीकतों को अल्लाह के नज़र से देखने का हरीज़ वन जाता है. वह राय कायम कर, वह राय कायम करने से पहले मताला फिकड़ की तमाम ममकिन सर्दों को पूरा करना चाहता है. यह चीज़ें इंसान को इस काफी बना देती हैं कि वह श्राति मुस्तकीन से भटके भी गए पुरान के माने का अजरात कर सकते हैं. आदमी को एक ऐसा बजूद यह कहे हैं कि निहायत अलज ज़हीन अजिस्मानिश रहेद को मालिक है.</w:t>
      </w:r>
    </w:p>
    <w:p>
      <w:r>
        <w:rPr>
          <w:b/>
        </w:rPr>
        <w:t xml:space="preserve">[32:28] </w:t>
      </w:r>
      <w:r>
        <w:t>allahin insan ne ek azaar maklon ke haise se paida kiya hai. puram ilshah ke jo log iman laya allah par aakhir ke din par aur ise ne kaam kiya to inke liye ek skitra ke pas hazar hai aur inke liye na koi dar hai na woh gamgeen honge.</w:t>
      </w:r>
    </w:p>
    <w:p>
      <w:pPr>
        <w:jc w:val="right"/>
      </w:pPr>
      <w:r>
        <w:t>अल्लाहिन इंसान ने एक आज़ार मक्लों के हैसे से पैदा किया है. पुराम इल्शाह के जो लोग ईमान लाया अल्लाह पर आखिर के दिन पर और इसे ने काम किया तो इनके लिए एक स्कित्र के पास हज़र है और इनके लिए ना कोई डर है ना वह गमगीन होंगे.</w:t>
      </w:r>
    </w:p>
    <w:p>
      <w:r>
        <w:rPr>
          <w:b/>
        </w:rPr>
        <w:t xml:space="preserve">[32:46] </w:t>
      </w:r>
      <w:r>
        <w:t>yeh matlab insaan woh hai jinhone gumrahon ki zindagi mein jinko maal ek daar mila magar woh fakr ki nasse nassaat mein utra nahi hui.</w:t>
      </w:r>
    </w:p>
    <w:p>
      <w:pPr>
        <w:jc w:val="right"/>
      </w:pPr>
      <w:r>
        <w:t>यह मतलब इंसान वह है जिन्होंने गुमराहों की ज़िंदगी में जिनको माल एक दार मिला मगर वह फ़क्र की नस्से नस्सात में उतरा नहीं हुई.</w:t>
      </w:r>
    </w:p>
    <w:p>
      <w:r>
        <w:rPr>
          <w:b/>
        </w:rPr>
        <w:t xml:space="preserve">[33:11] </w:t>
      </w:r>
      <w:r>
        <w:t>jisne akhirat ki pakad atijagat sittast ke saath mahsus kiya ki akhirat mein itishat kiye jaane se pahle</w:t>
      </w:r>
    </w:p>
    <w:p>
      <w:pPr>
        <w:jc w:val="right"/>
      </w:pPr>
      <w:r>
        <w:t>जिसने आखिरत की पकड़ अतिजागत सित्तस्त के साथ महसूस किया कि आखिरत में इतिशात किए जाने से पहले</w:t>
      </w:r>
    </w:p>
    <w:p>
      <w:r>
        <w:rPr>
          <w:b/>
        </w:rPr>
        <w:t xml:space="preserve">[33:17] </w:t>
      </w:r>
      <w:r>
        <w:t>duniya mein khud apne itishab kar liya.</w:t>
      </w:r>
    </w:p>
    <w:p>
      <w:pPr>
        <w:jc w:val="right"/>
      </w:pPr>
      <w:r>
        <w:t>दुनिया में खुद अपने इतिशाब कर लिया.</w:t>
      </w:r>
    </w:p>
    <w:p>
      <w:r>
        <w:rPr>
          <w:b/>
        </w:rPr>
        <w:t xml:space="preserve">[33:24] </w:t>
      </w:r>
      <w:r>
        <w:t>saath hi mustikkin ke bare mein yahi meri learning hai.</w:t>
      </w:r>
    </w:p>
    <w:p>
      <w:pPr>
        <w:jc w:val="right"/>
      </w:pPr>
      <w:r>
        <w:t>साथ ही मुस्तिकिन के बारे में यही मेरी learning है.</w:t>
      </w:r>
    </w:p>
    <w:p>
      <w:r>
        <w:rPr>
          <w:b/>
        </w:rPr>
        <w:t xml:space="preserve">[33:31] </w:t>
      </w:r>
      <w:r>
        <w:t>aur aur koi ladies hai jo kuch kahna chahti hain?</w:t>
      </w:r>
    </w:p>
    <w:p>
      <w:pPr>
        <w:jc w:val="right"/>
      </w:pPr>
      <w:r>
        <w:t>और और कोई ladies है जो कुछ कहना चाहती हैं?</w:t>
      </w:r>
    </w:p>
    <w:p>
      <w:r>
        <w:rPr>
          <w:b/>
        </w:rPr>
        <w:t xml:space="preserve">[33:38] </w:t>
      </w:r>
      <w:r>
        <w:t>please share your learning. asha yusra.</w:t>
      </w:r>
    </w:p>
    <w:p>
      <w:pPr>
        <w:jc w:val="right"/>
      </w:pPr>
      <w:r>
        <w:t>Please share your learning. आशा यूसरा.</w:t>
      </w:r>
    </w:p>
    <w:p>
      <w:r>
        <w:rPr>
          <w:b/>
        </w:rPr>
        <w:t xml:space="preserve">[33:45] </w:t>
      </w:r>
      <w:r>
        <w:t>ji wale kyu islam hai? Aajkal se meri learnings hain number one, our soul concern must be god only. Before making god as our soul concern we have to discard him. To pehli sharad yeh hai ki sirate ka matlab hai guard se connect hona. To woh rasta yahi hoga sirf guard se deeply connecting karti hai insaan ko.</w:t>
      </w:r>
    </w:p>
    <w:p>
      <w:pPr>
        <w:jc w:val="right"/>
      </w:pPr>
      <w:r>
        <w:t>जी वाले क्यों इस्लाम है? आजकल से मेरी learnings हैं number one, our soul concern must be god only. Before making god as our soul concern we have to discard him. तो पहली शरद यह है कि सिराते का मतलब है guard से connect होना. तो वह रास्ता यही होगा सिर्फ guard से deeply connecting करती है इंसान को.</w:t>
      </w:r>
    </w:p>
    <w:p>
      <w:r>
        <w:rPr>
          <w:b/>
        </w:rPr>
        <w:t xml:space="preserve">[34:14] </w:t>
      </w:r>
      <w:r>
        <w:t>iska har ek raste ka ek price hai. Waisa hi shirate mustakeen ka bhi ek price hai, woh marfat hai. Jitna hamare andar marfat jaanti hai utna hum seedhe raste par firmly we can able to walk.</w:t>
      </w:r>
    </w:p>
    <w:p>
      <w:pPr>
        <w:jc w:val="right"/>
      </w:pPr>
      <w:r>
        <w:t>इसका हर एक रास्ते का एक price है. वैसा ही शिराते मुस्तकीन का भी एक price है, वह मार्फत है. जितना हमारे अंदर मार्फत जानती है उतना हम सीधे रास्ते पर firmly we can able to walk.</w:t>
      </w:r>
    </w:p>
    <w:p>
      <w:r>
        <w:rPr>
          <w:b/>
        </w:rPr>
        <w:t xml:space="preserve">[34:31] </w:t>
      </w:r>
      <w:r>
        <w:t>to hamein vaisi marifaq ke saath hamein acche tarike se chal sakte hain, guard ko kareeb ho sakte hain aur Maulana ne bataya ki the realization your closeness to guard, the nearness to guard always depends on the realization of God aur ek baat hai Quran se. Allah taala ne kehta hai ki oh prophet, you are on the right path.</w:t>
      </w:r>
    </w:p>
    <w:p>
      <w:pPr>
        <w:jc w:val="right"/>
      </w:pPr>
      <w:r>
        <w:t>तो हमें वैसी मारीफ़क़ के साथ हमें अच्छे तरीके से चल सकते हैं, guard को करीब हो सकते हैं और मोलाना ने बताया कि the realization your closeness to guard, the nearness to guard always depends on the realization of God और एक बात है कुरान से. अल्लाह ताला ने कहता है कि oh prophet, you are on the right path.</w:t>
      </w:r>
    </w:p>
    <w:p>
      <w:r>
        <w:rPr>
          <w:b/>
        </w:rPr>
        <w:t xml:space="preserve">[34:58] </w:t>
      </w:r>
      <w:r>
        <w:t>Our call people towards the straight path with wisdom and discuss them with reason. To jab sirate mustakeen par jo log chalte jaate hain unka aavek responsibility bhi hai woh daawa hai. To profit ki zariye se yeh maloom hota hai ki sirat mustakeem kya cheez hai aur sirat e mustakeem par chalne wale ki responsibility bhi kya hai? To iske iske liye profit is our role model.</w:t>
      </w:r>
    </w:p>
    <w:p>
      <w:pPr>
        <w:jc w:val="right"/>
      </w:pPr>
      <w:r>
        <w:t>Our call people towards the straight path with wisdom and discuss them with reason. तो जब सिराते मुस्तकीन पर जो लोग चलते जाते हैं उनका आवेक responsibility भी है वह दावा है. तो profit की ज़रिए से यह मालूम होता है कि सिरात मुस्तकीम क्या चीज़ है और सिरात ए मुस्तकीम पर चलने वाले की responsibility भी क्या है? तो इसके इसके लिए profit is our role model.</w:t>
      </w:r>
    </w:p>
    <w:p>
      <w:r>
        <w:rPr>
          <w:b/>
        </w:rPr>
        <w:t xml:space="preserve">[35:27] </w:t>
      </w:r>
      <w:r>
        <w:t>jab hamein profit ki zindagi dekhte hain tab hum acchi tarah se sirate mustako straight path ko acchi tarah samajh sakte hain aur woh jo responsibility hai daawa kaam ke liye woh bhi hum ada kar sakte hain. To this is my understanding from this current aur chaza ka. Chaza ka. Aur</w:t>
      </w:r>
    </w:p>
    <w:p>
      <w:pPr>
        <w:jc w:val="right"/>
      </w:pPr>
      <w:r>
        <w:t>जब हमें profit की ज़िंदगी देखते हैं तब हम अच्छी तरह से सिराते मुस्तकी को straight path को अच्छी तरह समझ सकते हैं और वह जो responsibility है दावा काम के लिए वह भी हम अदा कर सकते हैं. तो this is my understanding from this current और चज़ा का. चज़ा का. और</w:t>
      </w:r>
    </w:p>
    <w:p>
      <w:r>
        <w:rPr>
          <w:b/>
        </w:rPr>
        <w:t xml:space="preserve">[35:54] </w:t>
      </w:r>
      <w:r>
        <w:t>koi ladies jo apna share karna chahti hain apni learning ko? Low rule hota hai kya? Pata nahi hai abhi. Rururururura ko dikhta rahi hai. Aur Raimutra Nisha hai? Aap apni learning ko share karein Raimutra Nisha?</w:t>
      </w:r>
    </w:p>
    <w:p>
      <w:pPr>
        <w:jc w:val="right"/>
      </w:pPr>
      <w:r>
        <w:t>कोई ladies जो अपना share करना चाहती हैं अपनी learning को? Low rule होता है क्या? पता नहीं है अभी. रुरुरुरुरुरा को दिखता रही है. और रैमुत्र निशा है? आप अपनी learning को share करें रैमुत्र निशा?</w:t>
      </w:r>
    </w:p>
    <w:p>
      <w:r>
        <w:rPr>
          <w:b/>
        </w:rPr>
        <w:t xml:space="preserve">[36:23] </w:t>
      </w:r>
      <w:r>
        <w:t>Doctor Safeena ne jab Bagashbeena hai bolo? Ji ji yahan par. Doctor Safeena ne yahan se bataya tha abhi ki kuch kuch Muslim group mein ya kuch baat ho rahi thi ki humko yeh matlab kuch insaaf ki baat ho rahi thi.</w:t>
      </w:r>
    </w:p>
    <w:p>
      <w:pPr>
        <w:jc w:val="right"/>
      </w:pPr>
      <w:r>
        <w:t>Doctor सफीना ने जब बगैशबीना है बोलो? जी जी यहां पर. Doctor सफीना ने यहां से बताया था अभी कि कुछ कुछ मुस्लिम गुरुप में या कुछ बात हो रही थी कि हमको यह मतलब कुछ इंसाफ की बात हो रही थी.</w:t>
      </w:r>
    </w:p>
    <w:p>
      <w:r>
        <w:rPr>
          <w:b/>
        </w:rPr>
        <w:t xml:space="preserve">[36:39] </w:t>
      </w:r>
      <w:r>
        <w:t>to is tarah se baat jaise karne ke baad par mujhe yeh yaad aaya ki insan ko is</w:t>
      </w:r>
    </w:p>
    <w:p>
      <w:pPr>
        <w:jc w:val="right"/>
      </w:pPr>
      <w:r>
        <w:t>तो इस तरह से बात जैसे करने के बाद पर मुझे यह याद आया कि इंसान को इस</w:t>
      </w:r>
    </w:p>
    <w:p>
      <w:r>
        <w:rPr>
          <w:b/>
        </w:rPr>
        <w:t xml:space="preserve">[36:47] </w:t>
      </w:r>
      <w:r>
        <w:t>duniya mein jaise hi koi react karta hai insan to fauran hi to jaise hi hum yeh galti</w:t>
      </w:r>
    </w:p>
    <w:p>
      <w:pPr>
        <w:jc w:val="right"/>
      </w:pPr>
      <w:r>
        <w:t>दुनिया में जैसे ही कोई react करता है इंसान तो फ़ौरन ही तो जैसे ही हम यह गलती</w:t>
      </w:r>
    </w:p>
    <w:p>
      <w:r>
        <w:rPr>
          <w:b/>
        </w:rPr>
        <w:t xml:space="preserve">[36:55] </w:t>
      </w:r>
      <w:r>
        <w:t>karen jaise hi hamare dil mein koi aisi galat cheez aaye ya hum apne raste se haten to</w:t>
      </w:r>
    </w:p>
    <w:p>
      <w:pPr>
        <w:jc w:val="right"/>
      </w:pPr>
      <w:r>
        <w:t>करें जैसे ही हमारे दिल में कोई ऐसी गलत चीज़ आए या हम अपने रास्ते से हटें तो</w:t>
      </w:r>
    </w:p>
    <w:p>
      <w:r>
        <w:rPr>
          <w:b/>
        </w:rPr>
        <w:t xml:space="preserve">[37:03] </w:t>
      </w:r>
      <w:r>
        <w:t>fauran agar hum us baat ko apne andar hamare agar fitrat zinda rahti hai to fauran hamko awaz</w:t>
      </w:r>
    </w:p>
    <w:p>
      <w:pPr>
        <w:jc w:val="right"/>
      </w:pPr>
      <w:r>
        <w:t>फ़ौरन अगर हम उस बात को अपने अंदर हमारे अगर फितरत ज़िंदा रहती है तो फ़ौरन हमको आवाज़</w:t>
      </w:r>
    </w:p>
    <w:p>
      <w:r>
        <w:rPr>
          <w:b/>
        </w:rPr>
        <w:t xml:space="preserve">[37:11] </w:t>
      </w:r>
      <w:r>
        <w:t>aati hai ki yeh galat kaam hai.</w:t>
      </w:r>
    </w:p>
    <w:p>
      <w:pPr>
        <w:jc w:val="right"/>
      </w:pPr>
      <w:r>
        <w:t>आती है कि यह गलत काम है.</w:t>
      </w:r>
    </w:p>
    <w:p>
      <w:r>
        <w:rPr>
          <w:b/>
        </w:rPr>
        <w:t xml:space="preserve">[37:19] </w:t>
      </w:r>
      <w:r>
        <w:t>to usi waqt agar hum samajh jaate hain hum har ek se hum sabse aisi galti hoti hogi. Humse to bahut hi hoti hai. To fauran agar hum samajhkar phir apne raste par aate hain to Allah taala se maafi mangte hain to hamara jo hai Allah hamara rahimauqareeb hai humko maaf karta hai.</w:t>
      </w:r>
    </w:p>
    <w:p>
      <w:pPr>
        <w:jc w:val="right"/>
      </w:pPr>
      <w:r>
        <w:t>तो उसी वक्त अगर हम समझ जाते हैं हम हर एक से हम सबसे ऐसी गलती होती होगी. हमसे तो बहुत ही होती है. तो फ़ौरन अगर हम समझकर फिर अपने रास्ते पर आते हैं तो अल्लाह तालाह से माफी मांगते हैं तो हमारा जो है अल्लाह हमारा रही मौकरीब है हमको माफ करता है.</w:t>
      </w:r>
    </w:p>
    <w:p>
      <w:r>
        <w:rPr>
          <w:b/>
        </w:rPr>
        <w:t xml:space="preserve">[37:35] </w:t>
      </w:r>
      <w:r>
        <w:t>lekin agar hum wahan hi wahi ek coin rehta hai jahan hum nahi samajh paate ho phir apne ego mein apne kuch log kuch badai mein rehte hain ki falane hamare inspector hain to falane hamare minister hain, hamare rishedaar hain to falane. To aise karke log phir unke through bahut saare cheezon mein lag jaate hain, galti hoti hai. Aise main bahut saare waqt aaj se samajh paayi hoon.</w:t>
      </w:r>
    </w:p>
    <w:p>
      <w:pPr>
        <w:jc w:val="right"/>
      </w:pPr>
      <w:r>
        <w:t>लेकिन अगर हम वहां ही वही एक coin रहता है जहां हम नहीं समझ पाते हो फिर अपने ego में अपने कुछ लोग कुछ बड़ाई में रहते हैं कि फलाने हमारे inspector हैं तो फलाने हमारे minister हैं, हमारे रिशेदार हैं तो फलाने. तो ऐसे करके लोग फिर उनके through बहुत सारे चीज़ों में लग जाते हैं, गलती होती है. ऐसे मैं बहुत सारे वक्त आज से समझ पाई हूं.</w:t>
      </w:r>
    </w:p>
    <w:p>
      <w:r>
        <w:rPr>
          <w:b/>
        </w:rPr>
        <w:t xml:space="preserve">[37:59] </w:t>
      </w:r>
      <w:r>
        <w:t>to Allah taala is duniya ka sabse bada matlab Allah hi malik hai usse insaan nahi darta aur duniya bhi koi bhi cheez mil jaati hai usko power mil jaata hai koi cheez mil jaati to usse darkar aur yaani uska power uska woh pakadkar matlab uska us insaan ka pakadkar insaan galti ki taraf bhagta hai lekin Khuda ek powerful hai jo usse nahi koi insaan darta. To yeh wali baat mujhe bas share karni thi.</w:t>
      </w:r>
    </w:p>
    <w:p>
      <w:pPr>
        <w:jc w:val="right"/>
      </w:pPr>
      <w:r>
        <w:t>तो अल्लाह तालाह इस दुनिया का सबसे बड़ा मतलब अल्लाही मालिक है उससे इंसान नहीं डरता और दुनिया भी कोई भी चीज़ मिल जाती है उसको power मिल जाता है कोई चीज़ मिल जाती तो उससे डरकर और यानी उसका power उसका वह पकड़कर मतलब उसका उस इंसान का पकड़कर इंसान गलती की तरफ भागता है लेकिन खुदा एक powerful है जो उससे नहीं कोई इंसान डरता. तो यह वाली बात मुझे बस share करनी थी.</w:t>
      </w:r>
    </w:p>
    <w:p>
      <w:r>
        <w:rPr>
          <w:b/>
        </w:rPr>
        <w:t xml:space="preserve">[38:29] </w:t>
      </w:r>
      <w:r>
        <w:t>ji jaza kalyapa. Haan iske liye main ek baat aur kehna chaah rahi thi ki matlab main us reference ko batana chaah rahi thi phir se ki jo surya puran ke aaye the jo aapne sahi kaha kela taala phir dil safat kar dete hain hum logon ke aur woh kis tarah se kumrahion mein badhte chale jaate hain.</w:t>
      </w:r>
    </w:p>
    <w:p>
      <w:pPr>
        <w:jc w:val="right"/>
      </w:pPr>
      <w:r>
        <w:t>जी जज़ा कल्यापा. हां इसके लिए मैं एक बात और कहना चाह रही थी कि मतलब मैं उस reference को बताना चाह रही थी फिर से कि जो सूर्य प्रुकान के आए थे जो आपने सही कहा केला ताला फिर दिल सफ़्त कर देते हैं हम लोगों के और वह किस तरह से कुमराहियों में बढ़ते चले जाते हैं.</w:t>
      </w:r>
    </w:p>
    <w:p>
      <w:r>
        <w:rPr>
          <w:b/>
        </w:rPr>
        <w:t xml:space="preserve">[38:48] </w:t>
      </w:r>
      <w:r>
        <w:t>to yeh baat to mujhe bahut hi zyada darane wali lagi ki agar main apni galti par shuru</w:t>
      </w:r>
    </w:p>
    <w:p>
      <w:pPr>
        <w:jc w:val="right"/>
      </w:pPr>
      <w:r>
        <w:t>तो यह बात तो मुझे बहुत ही ज़्यादा डराने वाली लगी कि अगर मैं अपनी गलती पर शुरू</w:t>
      </w:r>
    </w:p>
    <w:p>
      <w:r>
        <w:rPr>
          <w:b/>
        </w:rPr>
        <w:t xml:space="preserve">[38:57] </w:t>
      </w:r>
      <w:r>
        <w:t>mein hi nahin chaunkungi aur apni tauba shuru mein hi nahin karungi to aage mera gyan jam hone</w:t>
      </w:r>
    </w:p>
    <w:p>
      <w:pPr>
        <w:jc w:val="right"/>
      </w:pPr>
      <w:r>
        <w:t>में ही नहीं चौंकूंगी और अपनी तौबा शुरू में ही नहीं करूंगी तो आगे मेरा ज्ञान जाम होने</w:t>
      </w:r>
    </w:p>
    <w:p>
      <w:r>
        <w:rPr>
          <w:b/>
        </w:rPr>
        <w:t xml:space="preserve">[39:06] </w:t>
      </w:r>
      <w:r>
        <w:t>wala hai yeh baat sochkar bahut dar laga. haan theek.</w:t>
      </w:r>
    </w:p>
    <w:p>
      <w:pPr>
        <w:jc w:val="right"/>
      </w:pPr>
      <w:r>
        <w:t>वाला है यह बात सोचकर बहुत डर लगा. हां ठीक.</w:t>
      </w:r>
    </w:p>
    <w:p>
      <w:r>
        <w:rPr>
          <w:b/>
        </w:rPr>
        <w:t xml:space="preserve">[39:15] </w:t>
      </w:r>
      <w:r>
        <w:t>aksar hota hai ki mistake hokar ignore kar dete hain aur wah cheez</w:t>
      </w:r>
    </w:p>
    <w:p>
      <w:pPr>
        <w:jc w:val="right"/>
      </w:pPr>
      <w:r>
        <w:t>अक्सर होता है कि mistake होकर ignore कर देते हैं और वह चीज़</w:t>
      </w:r>
    </w:p>
    <w:p>
      <w:r>
        <w:rPr>
          <w:b/>
        </w:rPr>
        <w:t xml:space="preserve">[39:24] </w:t>
      </w:r>
      <w:r>
        <w:t>wahi cheez hai. Ji apam. Rametnisa aap kuch share karenge apni learning? Ji. Bismillah rahman rahyam.</w:t>
      </w:r>
    </w:p>
    <w:p>
      <w:pPr>
        <w:jc w:val="right"/>
      </w:pPr>
      <w:r>
        <w:t>वही चीज़ है. जी अपम. रेमेतनिसा आप कुछ share करेंगे अपनी learning? जी. जिसमिलाह राह्मण राह्यम.</w:t>
      </w:r>
    </w:p>
    <w:p>
      <w:r>
        <w:rPr>
          <w:b/>
        </w:rPr>
        <w:t xml:space="preserve">[39:43] </w:t>
      </w:r>
      <w:r>
        <w:t>shirate mastakeem yaani seedha rasta jo jo seedha Allah tak Allah taala pahunch jaata hai hamein aur jo deghar doosre raste hain woh un par hum bhatak jaate hain.</w:t>
      </w:r>
    </w:p>
    <w:p>
      <w:pPr>
        <w:jc w:val="right"/>
      </w:pPr>
      <w:r>
        <w:t>शिराति मस्तक़ीम यानी सीधा रास्ता जो जो सीधा अल्लाह तक अल्लाह तालाह पहुंच जाता है हमें और जो दीघर दूसरे रास्ते हैं वह उन पर हम भटक जाते हैं.</w:t>
      </w:r>
    </w:p>
    <w:p>
      <w:r>
        <w:rPr>
          <w:b/>
        </w:rPr>
        <w:t xml:space="preserve">[40:04] </w:t>
      </w:r>
      <w:r>
        <w:t>to shirate mustakeem par chalne ka hamein Huzoor ebdslala ki zindagi se milta hai, us way se milta hai, aapke us way se milta hai.</w:t>
      </w:r>
    </w:p>
    <w:p>
      <w:pPr>
        <w:jc w:val="right"/>
      </w:pPr>
      <w:r>
        <w:t>तो शिरातिम उस्तकीम पर चलने का हमें हुज़ूर एब्दस्लालाह की ज़िंदगी से मिलता है, उस वे से मिलता है, आपके उस वे से मिलता है.</w:t>
      </w:r>
    </w:p>
    <w:p>
      <w:r>
        <w:rPr>
          <w:b/>
        </w:rPr>
        <w:t xml:space="preserve">[40:17] </w:t>
      </w:r>
      <w:r>
        <w:t>par lahtala ne hamein shirate mustaqeem ko samajhne aur us par chalne ke liye bahut hi amli tareeka istemal kiya hai. Jaise ek to Allah taala ne uski nishaniyon ko kayanat mein phaila di hain. Phir alphaas ki shakal mein kitaab hamein di hai.</w:t>
      </w:r>
    </w:p>
    <w:p>
      <w:pPr>
        <w:jc w:val="right"/>
      </w:pPr>
      <w:r>
        <w:t>पर लह्ताला ने हमें शिरातिम उस तक़ीम को समझने और उस पर चलने के लिए बहुत ही अमली तरीका इस्तेमाल किया है. जैसे एक तो अल्लाह ताला ने उसकी निशानियों को कायनात में फैला दी हैं. फिर अल्फास की शक्ल में किताब हमें दी है.</w:t>
      </w:r>
    </w:p>
    <w:p>
      <w:r>
        <w:rPr>
          <w:b/>
        </w:rPr>
        <w:t xml:space="preserve">[40:46] </w:t>
      </w:r>
      <w:r>
        <w:t>phir amli taur par jurg ki zindagi ka usma jo hai hamare liye namuna hai. To sabse pehle hum shirate mustaqeem par date rehne ke liye uska ilm hona chahiye hamein.</w:t>
      </w:r>
    </w:p>
    <w:p>
      <w:pPr>
        <w:jc w:val="right"/>
      </w:pPr>
      <w:r>
        <w:t>फिर अमली तौर पर जुर्ग की ज़िंदगी का उस्मा जो है हमारे लिए नमूना है. तो सबसे पहले हम शिरातिमुस्तक़ीम पर डटे रहने के लिए उसका इल्म होना चाहिए हमें.</w:t>
      </w:r>
    </w:p>
    <w:p>
      <w:r>
        <w:rPr>
          <w:b/>
        </w:rPr>
        <w:t xml:space="preserve">[41:06] </w:t>
      </w:r>
      <w:r>
        <w:t>uska ilm hona aur uske saath saath hamein jo rozana ke mamlaat mein jo cheezein hamein firate mustaqeem se hatati hain, unko hamein foreign jaise hi hamein maloom ho jaaye, ab to hum usko samajhkar foreign us distraction se hamein bachna chahiye jaisa ki Ahmedabad ne bhi kaha.</w:t>
      </w:r>
    </w:p>
    <w:p>
      <w:pPr>
        <w:jc w:val="right"/>
      </w:pPr>
      <w:r>
        <w:t>उसका इल्म होना और उसके साथ साथ हमें जो रोज़ाना के मामलात में जो चीज़ें हमें फिराते मुस्तक़ीम से हटाती हैं, उनको हमें foreign जैसे ही हमें मालूम हो जाए, अब तो हम उसको समझकर foreign उस distraction से हमें बचना चाहिए जैसा कि अहमदाबा ने भी कहा.</w:t>
      </w:r>
    </w:p>
    <w:p>
      <w:r>
        <w:rPr>
          <w:b/>
        </w:rPr>
        <w:t xml:space="preserve">[41:35] </w:t>
      </w:r>
      <w:r>
        <w:t>to jaise hi hamare andar galti mehsoos ho to jab hamara hamara zameer zinda hota hai to zameer ek aisi adalat hai jo hamein sahi aur galat ka, galat sahi aur galat se aagah kar deti hain.</w:t>
      </w:r>
    </w:p>
    <w:p>
      <w:pPr>
        <w:jc w:val="right"/>
      </w:pPr>
      <w:r>
        <w:t>तो जैसे ही हमारे अंदर गलती महसूस हो तो जब हमारा हमारा ज़मीर ज़िंदा होता है तो ज़मीर एक ऐसी अदालत है जो हमें सही और गलत का, गलत सही और गलत से आगाह कर देती हैं.</w:t>
      </w:r>
    </w:p>
    <w:p>
      <w:r>
        <w:rPr>
          <w:b/>
        </w:rPr>
        <w:t xml:space="preserve">[41:54] </w:t>
      </w:r>
      <w:r>
        <w:t>jaise hi jaise hi hum koi galat kaam karte hain, sharaate mein us taqeef se hatkar jab hamein koi kaam karte hi to fauran hamein ehsaas ho jaata hai ki hum galti par hain aur azeem hai woh shakhs, azeem hai woh shakhs jo apni galti ka aitraf karein.</w:t>
      </w:r>
    </w:p>
    <w:p>
      <w:pPr>
        <w:jc w:val="right"/>
      </w:pPr>
      <w:r>
        <w:t>जैसे ही जैसे ही हम कोई गलत काम करते हैं, शराते में उस तक़ीफ़ से हटकर जब हमें कोई काम करते ही तो फ़ौरन हमें एहसास हो जाता है कि हम गलती पर हैं और अजीम है वह शख्स, अजीम है वह शख्स जो अपनी गलती का ऐतराफ करें.</w:t>
      </w:r>
    </w:p>
    <w:p>
      <w:r>
        <w:rPr>
          <w:b/>
        </w:rPr>
        <w:t xml:space="preserve">[42:14] </w:t>
      </w:r>
      <w:r>
        <w:t>doosron ke maamle mein agar galti ho to apni galti ka aitraf karein aur agar apne hi ma mila, apna hi ma mila hai to fauran use rectify karein aur use galti ko galti samajhkar lahtala se tauba karein. Yeh tauba bhi bahut badi cheez hai. Lahtala ne jo rakhi hain tauba aur istefaar.</w:t>
      </w:r>
    </w:p>
    <w:p>
      <w:pPr>
        <w:jc w:val="right"/>
      </w:pPr>
      <w:r>
        <w:t>दूसरों के मामले में अगर गलती हो तो अपनी गलती का ऐतराफ करें और अगर अपने ही मां मिला, अपना ही मां मिला है तो फ़ौरन उसे rectify करें और उसे गलती को गलती समझकर लहताला से तौबा करें. यह तौबा भी बहुत बड़ी चीज़ है. लहताला ने जो रखी हैं तौबा और इस्तेफ़ार.</w:t>
      </w:r>
    </w:p>
    <w:p>
      <w:r>
        <w:rPr>
          <w:b/>
        </w:rPr>
        <w:t xml:space="preserve">[42:38] </w:t>
      </w:r>
      <w:r>
        <w:t>jab jab hamara haath thaamti hai, jab bhi hum galti karein to hamare liye ilaaj wahi hai. Jaisa apa ne kaha, to kisi cheez ko, kisi bimari ko jab hum uski tasqees karte hi shuru shuru mein to awwal marhale mein to bajaye taur par iska bahut accha nateeja niklta aur use eradicate kar sakte hain us bimari ko.</w:t>
      </w:r>
    </w:p>
    <w:p>
      <w:pPr>
        <w:jc w:val="right"/>
      </w:pPr>
      <w:r>
        <w:t>जब जब हमारा हाथ थामती है, जब भी हम गलती करें तो हमारे लिए इलाज वही है. जैसा आपा ने कहा, तो किसी चीज़ को, किसी बीमारी को जब हम उसकी तस्कीस करते ही शुरू शुरू में तो अव्वल मरहले में तो बजाय तौर पर इसका बहुत अच्छा नतीजा निकलता और उसे eradicate कर सकते हैं उस बीमारी को.</w:t>
      </w:r>
    </w:p>
    <w:p>
      <w:r>
        <w:rPr>
          <w:b/>
        </w:rPr>
        <w:t xml:space="preserve">[43:08] </w:t>
      </w:r>
      <w:r>
        <w:t>to isi tarah jab bhi koi chhoti badi galti ho to hamara zameer hame bata deta hai ke hum galti par hain. to us waqt Allah taala ne hame hathiyar diya hai ke hum tauba aur istaghfar se Allah se Allah ki taraf ruju karen.</w:t>
      </w:r>
    </w:p>
    <w:p>
      <w:pPr>
        <w:jc w:val="right"/>
      </w:pPr>
      <w:r>
        <w:t>तो इसी तरह जब भी कोई छोटी बड़ी गलती हो तो हमारा ज़मीर हमें बता देता है कि हम गलती पर हैं. तो उस वक्त अल्लाह ताला ने हमें हथियार दिया है कि हम तौबा और इस्तेख्वार से अल्लाह से अल्लाह की तरफ रुजू करें.</w:t>
      </w:r>
    </w:p>
    <w:p>
      <w:r>
        <w:rPr>
          <w:b/>
        </w:rPr>
        <w:t xml:space="preserve">[43:25] </w:t>
      </w:r>
      <w:r>
        <w:t>chunki nafs aur shaitan hamare sath laga hua hai aur hum kabhi bhi har waqt hame uske zad mein aur hum yeh nahi keh sakte kitna bade se bada aalu ho, koi bhi ho, dekh shakhs ho, apne yeh nahi keh sakta, dawa nahi kar sakta ke main galti mein mujhse nahi ho sakti.</w:t>
      </w:r>
    </w:p>
    <w:p>
      <w:pPr>
        <w:jc w:val="right"/>
      </w:pPr>
      <w:r>
        <w:t>चूंकि नफ्स और शैतान हमारे साथ लगा हुआ है और हम कभी भी हर वक्त हमें उसके जद में और हम यह नहीं कह सकते कितना बड़े से बड़ा आलू हो, कोई भी हो, देख शख्स हो, अपने यह नहीं कह सकता, दावा नहीं कर सकता कि मैं गलती में मुझसे नहीं हो सकती.</w:t>
      </w:r>
    </w:p>
    <w:p>
      <w:r>
        <w:rPr>
          <w:b/>
        </w:rPr>
        <w:t xml:space="preserve">[43:50] </w:t>
      </w:r>
      <w:r>
        <w:t>har waqt hamse galti hoti hain aur beshak hoti hai aur iska ilaj hamare paas Allah taala ne tauba aur istaghfar ki shakal mein diya hai. to hum jab bhi sirate mustaqeem se haten kyunke sirate mustaqeem hi ek aisa rasta hai jo seedhe Allah tak pahunchata hai aur Allah taala bhi kehte hain ke mera rasool seedhe raste par hai.</w:t>
      </w:r>
    </w:p>
    <w:p>
      <w:pPr>
        <w:jc w:val="right"/>
      </w:pPr>
      <w:r>
        <w:t>हर वक्त हमसे गलती होती हैं और बेशक होती है और इसका इलाज हमारे पास अल्लाह तालाह ने तौबा और इस तख्वार की शक्ल में दिया है. तो हम जब भी शिराति मुस्तकीम से हटें क्योंकि शिराति मुस्तकीम ही एक ऐसा रास्ता है जो सीधे अल्लाह तक पहुंचाता है और अल्लाह ताला भी कहते हैं कि मेरा रसूल सीधे रास्ते पर है.</w:t>
      </w:r>
    </w:p>
    <w:p>
      <w:r>
        <w:rPr>
          <w:b/>
        </w:rPr>
        <w:t xml:space="preserve">[44:19] </w:t>
      </w:r>
      <w:r>
        <w:t>to iska matlab yeh hua ke seedhe raste ko hum agar follow karna chahen to Allah ke rasool ki itba' kare. isi liye isi liye to Allah taala ne apni itba' ke sath sath atiu'ngahwati aur rasool ka hukoom diya.</w:t>
      </w:r>
    </w:p>
    <w:p>
      <w:pPr>
        <w:jc w:val="right"/>
      </w:pPr>
      <w:r>
        <w:t>तो इसका मतलब यह हुआ कि सीधे रास्ते को हम अगर follow करना चाहें तो अल्लाह के रसूल की ईदाद करें. इसीलिए इसीलिए तो अल्लाह तालाह ने अपनी ईदाद के साथ साथ अतिउंगाहवाती और रसूल का हुकूद दिया.</w:t>
      </w:r>
    </w:p>
    <w:p>
      <w:r>
        <w:rPr>
          <w:b/>
        </w:rPr>
        <w:t xml:space="preserve">[44:36] </w:t>
      </w:r>
      <w:r>
        <w:t>beshak hamare liye bahut badi nemat hai lakh ke rasool ka uswad jise hamein bahut hi sahi tarike</w:t>
      </w:r>
    </w:p>
    <w:p>
      <w:pPr>
        <w:jc w:val="right"/>
      </w:pPr>
      <w:r>
        <w:t>बेशक हमारे लिए बहुत बड़ी नेमत है लख के रसूल का उस्वाद जिसे हमें बहुत ही सही तरीके</w:t>
      </w:r>
    </w:p>
    <w:p>
      <w:r>
        <w:rPr>
          <w:b/>
        </w:rPr>
        <w:t xml:space="preserve">[44:45] </w:t>
      </w:r>
      <w:r>
        <w:t>se bahut hi achhe tarike se hamein shirat-e-mustaqeem ka nazar aata hai, shirat-e-mustaqeem nazar aata hai</w:t>
      </w:r>
    </w:p>
    <w:p>
      <w:pPr>
        <w:jc w:val="right"/>
      </w:pPr>
      <w:r>
        <w:t>से बहुत ही अच्छे तरीके से हमें शिरातिमुस्तकीम का नज़र आता है, शिरात ए मुस्तकीम नज़र आता है</w:t>
      </w:r>
    </w:p>
    <w:p>
      <w:r>
        <w:rPr>
          <w:b/>
        </w:rPr>
        <w:t xml:space="preserve">[44:54] </w:t>
      </w:r>
      <w:r>
        <w:t>aur hum koshish karein ke Allah taalaah se dua bhi karte rahein, tawaah aur istakhwaar bhi karte rahein</w:t>
      </w:r>
    </w:p>
    <w:p>
      <w:pPr>
        <w:jc w:val="right"/>
      </w:pPr>
      <w:r>
        <w:t>और हम कोशिश करें कि अल्लाह तालाह से दुआ भी करते रहें, तौवाह और इस्तख्वार भी करते रहें</w:t>
      </w:r>
    </w:p>
    <w:p>
      <w:r>
        <w:rPr>
          <w:b/>
        </w:rPr>
        <w:t xml:space="preserve">[45:03] </w:t>
      </w:r>
      <w:r>
        <w:t>aur nafs shaitan ke dhoke se bachne aur deager distraction se bachne ki taufeeq ki dua bhi karte rahein,</w:t>
      </w:r>
    </w:p>
    <w:p>
      <w:pPr>
        <w:jc w:val="right"/>
      </w:pPr>
      <w:r>
        <w:t>और नफ्सशैतान के धोखे से बचने और deager distraction से बचने कि तौफीख़ की दुआ भी करते रहें,</w:t>
      </w:r>
    </w:p>
    <w:p>
      <w:r>
        <w:rPr>
          <w:b/>
        </w:rPr>
        <w:t xml:space="preserve">[45:12] </w:t>
      </w:r>
      <w:r>
        <w:t>maangte rahein aur astakhwaar tawaah aur astakhwaar ko zyada se zyada ahmiyat dein.</w:t>
      </w:r>
    </w:p>
    <w:p>
      <w:pPr>
        <w:jc w:val="right"/>
      </w:pPr>
      <w:r>
        <w:t>मांगते रहें और अस्तख्वार तौवाह और अस्तख्वार को ज़्यादा से ज़्यादा अहमियत दें.</w:t>
      </w:r>
    </w:p>
    <w:p>
      <w:r>
        <w:rPr>
          <w:b/>
        </w:rPr>
        <w:t xml:space="preserve">[45:21] </w:t>
      </w:r>
      <w:r>
        <w:t>is tarah hum, inshallah, inshallah, bahut had tak hum distraction se bach sakte hain aur hame hamari zameer ko zinda rakhen aur mauna mauna ek baat kehte the, azeem hai woh shakhs, bada hai woh shakhs jo apni galti ka etiraf kare. beshak jo shakhs galti ka etiraf karta hai, woh hai na bahut azeem hai.</w:t>
      </w:r>
    </w:p>
    <w:p>
      <w:pPr>
        <w:jc w:val="right"/>
      </w:pPr>
      <w:r>
        <w:t>इस तरह हम, इंशाह अल्लाह, इंशाह अल्लाह, बहुत हद तक हम distraction से बच सकते हैं और हमें हमारी ज़मीर को ज़िंदा रखें और मौना मौना एक बात कहते थे, अजीम है वह शख्स, बड़ा है वह शख्स जो अपनी गलती का ऐतराफ करे. बेशक जो शख्स गलती का ऐतराफ करता है, वह है ना बहुत अजीम है.</w:t>
      </w:r>
    </w:p>
    <w:p>
      <w:r>
        <w:rPr>
          <w:b/>
        </w:rPr>
        <w:t xml:space="preserve">[45:47] </w:t>
      </w:r>
      <w:r>
        <w:t>even jab hum koi chhota shakhs jaise ek misal ek ghar mein aakar jo hamari madad karte hain kaam kar, kaam karke jati hain, khadi mahen. agar usse bhi koi ziyadti hamare se usse ho jaye to foran hum usse bhi maafi mang len. to itna bada hamara dil aur jigar ho ke hum har qadam qadam par koi chhota nahi, koi bada nahi.</w:t>
      </w:r>
    </w:p>
    <w:p>
      <w:pPr>
        <w:jc w:val="right"/>
      </w:pPr>
      <w:r>
        <w:t>Even जब हम कोई छोटा शख्स जैसे एक मिसाल एक घर में आकर जो हमारी मदद करते हैं काम कर, काम करके जाती हैं, खादी माहें. अगर उससे भी कोई ज़ियादती हमारे से उससे हो जाए तो फ़ौरन हम उससे भी माफ़ी मांग लें. तो इतना बड़ा हमारा दिल और जिगर हो कि हम हर कदम कदम पर कोई छोटा नहीं, कोई बड़ा नहीं.</w:t>
      </w:r>
    </w:p>
    <w:p>
      <w:r>
        <w:rPr>
          <w:b/>
        </w:rPr>
        <w:t xml:space="preserve">[46:16] </w:t>
      </w:r>
      <w:r>
        <w:t>sirf Allah taala ki badai mein jiyen aur hum apni islah ki hamesha fikr karte rahen har waqt aur har lamha lekin yeh bahut mushkil hai lekin namumkin namumkin to nahi hai. jab in banda koshish karta hai yani mera fees mind jab woh dil karta hai to woh kaam kar sakta hai.</w:t>
      </w:r>
    </w:p>
    <w:p>
      <w:pPr>
        <w:jc w:val="right"/>
      </w:pPr>
      <w:r>
        <w:t>सिर्फ अल्लाह तालाह की बड़ाई में जिए और हम अपनी इस्लाह की हमेशा फ़िक्र करते रहें हर वक्त और हर लम्हा लेकिन यह बहुत मुश्किल है लेकिन नामुमकिन नामुमकिन तो नहीं है. जब इन बंदा कोशिश करता है यानी मेरा fees mind जब वह दिल करता है तो वह काम कर सकता है.</w:t>
      </w:r>
    </w:p>
    <w:p>
      <w:r>
        <w:rPr>
          <w:b/>
        </w:rPr>
        <w:t xml:space="preserve">[46:41] </w:t>
      </w:r>
      <w:r>
        <w:t>Allah taala hame is raat mustaqeem par jude rehne ki taufeeq ata farmayen aur hamari madad farmayen kaabeen kar sakta hai. haan ji zaqildar hai muddeni sir. jaise ke yahan par last wali line jo third paragraph hai, third paragraph wahan par rail gaadi ki age patri hoti hai.</w:t>
      </w:r>
    </w:p>
    <w:p>
      <w:pPr>
        <w:jc w:val="right"/>
      </w:pPr>
      <w:r>
        <w:t>अल्लाह तालाह हमें इस रात मस्तक़ीम पर जुड़े रहने की तौफीक अता फरमाएं और हमारी मदद फरमाएं काबीन कर सकता है. हां जी ज़ाकिलदार है मुद्देनी sir. जैसे कि यहां पर last वाली line जो third paragraph है, third paragraph वहां पर rail गाड़ी की age पटरी होती है.</w:t>
      </w:r>
    </w:p>
    <w:p>
      <w:r>
        <w:rPr>
          <w:b/>
        </w:rPr>
        <w:t xml:space="preserve">[47:07] </w:t>
      </w:r>
      <w:r>
        <w:t>gaadi agar patri par chale to kamyabi ke sath apni manzil tak pahunch jati hai aur agar uske pahie patri ke das har gram to uska rasta ho jata hai aur apni manzil se pahunchne mein kamyab nahi hota. yahi insan ka mamla hai. molana is article bhi last paragraph mein likhte hain.</w:t>
      </w:r>
    </w:p>
    <w:p>
      <w:pPr>
        <w:jc w:val="right"/>
      </w:pPr>
      <w:r>
        <w:t>गाड़ी अगर पटरी पर चले तो कामयाबी के साथ अपनी मंज़िल तक पहुंच जाती है और अगर उसके पाहिए पटरी के दास हर gram तो उसका रास्ता हो जाता है और अपनी मंज़िल से पहुंचने में कामयाब नहीं होता. यही इंसान का मामला है. मोला ना इस article भी last paragraph में लिखते हैं.</w:t>
      </w:r>
    </w:p>
    <w:p>
      <w:r>
        <w:rPr>
          <w:b/>
        </w:rPr>
        <w:t xml:space="preserve">[47:30] </w:t>
      </w:r>
      <w:r>
        <w:t>abhi jab main rahmatin mussa ki baaten jab sun rahi thi to achanak samajh gayi yeh discovery hui ke saratim mustaqeem ka to rasta hai. Allah ne do raste diye hain. ek bhatakne wala rasta aur ek straight paal.</w:t>
      </w:r>
    </w:p>
    <w:p>
      <w:pPr>
        <w:jc w:val="right"/>
      </w:pPr>
      <w:r>
        <w:t>अभी जब मैं रहमतिन मुस्सा की बातें जब sun रही थी तो अचानक समझ गई यह discovery हुई कि सरातिम मुस्तकीन का तो रास्ता है. अल्लाह ने दो रास्ते दिए हैं. एक भटकने वाला रास्ता और एक straight पाल.</w:t>
      </w:r>
    </w:p>
    <w:p>
      <w:r>
        <w:rPr>
          <w:b/>
        </w:rPr>
        <w:t xml:space="preserve">[47:45] </w:t>
      </w:r>
      <w:r>
        <w:t>yeh hamari concern hum apne andar jitna khuda ki marfat, kitni khuda ki accountability, kitni khuda ka fear hamare andar hai, jo hame push karega is sharate mustaqeem ko choose karne ke liye. kyunke jo dusra rasta hai woh bahut attractive rasta hai. bahut pleasurable rasta hai aur bahut hi pleasant hai woh rasta.</w:t>
      </w:r>
    </w:p>
    <w:p>
      <w:pPr>
        <w:jc w:val="right"/>
      </w:pPr>
      <w:r>
        <w:t>यह हमारी concern हम अपने अंदर जितना खुदा की मार्फ़त, कितनी खुदा की accountability, कितनी खुदा का fear हमारे अंदर है, जो हमें push करेगा इस शराते मुस्तकीन को choose करने के लिए. क्योंकि जो दूसरा रास्ता है वह बहुत attractive रास्ता है. बहुत pleasurable रास्ता है और बहुत ही pleasant है वह रास्ता.</w:t>
      </w:r>
    </w:p>
    <w:p>
      <w:r>
        <w:rPr>
          <w:b/>
        </w:rPr>
        <w:t xml:space="preserve">[48:15] </w:t>
      </w:r>
      <w:r>
        <w:t>lekin yeh straight path par chalna bahut mushkil kaam hai. yeh wahi log us par chal sakte hain jo ki marfat jinko mili ho, jo ki rakhte hon aur jinko apni accountability ka bahut zyada dar ho. to yeh baat achanak se mujhe aisa remutra nesa ki baat ko sunte karke mujhe aisa laga ke mujhe achanak se yeh discovery hui hai. to main aur bhi ladies hain jo hamare se judi hui hain. apni apni learning ko share karen.</w:t>
      </w:r>
    </w:p>
    <w:p>
      <w:pPr>
        <w:jc w:val="right"/>
      </w:pPr>
      <w:r>
        <w:t>लेकिन यह straight path पर चलना बहुत मुश्किल काम है. यह वही लोग उस पर चल सकते हैं जो की मार्फत जिनको मिली हो, जो की रखते हों और जिनको अपनी accountability का बहुत ज़्यादा डर हो. तो यह बात अचानक से मुझे ऐसा रेमुत्र नेसा की बात को सुनते करके मुझे ऐसा लगा कि मुझे अचानक से यह discovery हुई है. तो मैं और भी ladies हैं जो हमारे से जुड़ी हुई हैं. अपनी अपनी learning को share करें.</w:t>
      </w:r>
    </w:p>
    <w:p>
      <w:r>
        <w:rPr>
          <w:b/>
        </w:rPr>
        <w:t xml:space="preserve">[48:42] </w:t>
      </w:r>
      <w:r>
        <w:t>hamare paas ab sirf nau minute time hai. assalam walekum main shadida bol rahi hoon. ji bilkul yeh. aadmi ek anhaar ke sirf kisi ki vadat na kare. yeh har insan apne aap ko yahi kehta hai ke main sirf kuda ki vadat karta hoon. mujhe jab vivadat karna, sirf namaz padhna aur thoda bahut zikr karna, insan yahi kehta hai ke main kuda ki vadat kar raha hoon.</w:t>
      </w:r>
    </w:p>
    <w:p>
      <w:pPr>
        <w:jc w:val="right"/>
      </w:pPr>
      <w:r>
        <w:t>हमारे पास अब सिर्फ नौ minute time है. असालाम वाले को मैं शादीदा बोल रही हूं. जी बिल्कुल यह. आदमी एक अनहार के सिर्फ किसी की वादत ना करे. यह हर इंसान अपने आप को यही कहता है कि मैं सिर्फ कुदा की वादत करता हूं. मुझे जब विवादत करना, सिर्फ नमाज़ पढ़ना और थोड़ा बहुत ज़िक्र करना, इंसान यही कहता है कि मैं कुदा की वादत कर रहा हूं.</w:t>
      </w:r>
    </w:p>
    <w:p>
      <w:r>
        <w:rPr>
          <w:b/>
        </w:rPr>
        <w:t xml:space="preserve">[49:12] </w:t>
      </w:r>
      <w:r>
        <w:t>main sahi raste par hoon. magar insan ko har lamha, har ghadi, har zindagi ke ek ek moment par khuda ke mutawajj hona ho khuda ki taraf gaur khuda karke zindagi puzana. jab apne damag ko, zehan ko jab apne aap par Allah par galba dena yahi zikatar us qafeem hai. jab insan apne aap ko bhatakta hai, duniya ke har lamhatme kho jata hai, woh use bahut maza aata hai zindagi mein jeene ke liye.</w:t>
      </w:r>
    </w:p>
    <w:p>
      <w:pPr>
        <w:jc w:val="right"/>
      </w:pPr>
      <w:r>
        <w:t>मैं सही रास्ते पर हूं. मगर इंसान को हर लम्हा, हर घड़ी, हर ज़िंदगी के एक एक moment पर खुदा के मुतौज्य होना हो खुदा की तरफ गौर खुदा करके ज़िंदगी पुज़ाना. जब अपने दमाग को, ज़हन को जब अपने आप पर अल्लाह पर गलबा देना यही ज़िकातर उस कफीम है. जब इंसान अपने आप को फटकता है, दुनिया के हर लमहत्मे खो जाता है, वह उसे बहुत मज़ा आता है ज़िंदगी में जीने के लिए.</w:t>
      </w:r>
    </w:p>
    <w:p>
      <w:r>
        <w:rPr>
          <w:b/>
        </w:rPr>
        <w:t xml:space="preserve">[49:40] </w:t>
      </w:r>
      <w:r>
        <w:t>woh kehta hai ke main Allah ke sirf to use yeh samajh mein aaya ke woh lamha kya kya jee raha hai. subah se sham tak woh kya kar raha hai? woh is par gaur karna, is par tikr karna. insan ke liye itna hi lajin hai jitna woh namaz padhna aur zikr karna hai.</w:t>
      </w:r>
    </w:p>
    <w:p>
      <w:pPr>
        <w:jc w:val="right"/>
      </w:pPr>
      <w:r>
        <w:t>वह कहता है कि मैं अल्लाह के सिर्फ तो उसे यह समझ में आया कि वह लम्हा क्या क्या जी रहा है. सुबह से शाम तक वह क्या कर रहा है? वह इस पर गौर करना, इस पर टिक्र करना. इंसान के लिए इतना ही लाजिन है जितना वह नमाज़ पढ़ना और ज़िक्र करना है.</w:t>
      </w:r>
    </w:p>
    <w:p>
      <w:r>
        <w:rPr>
          <w:b/>
        </w:rPr>
        <w:t xml:space="preserve">[50:09] </w:t>
      </w:r>
      <w:r>
        <w:t>jab insan Allah par apne aap par apne ibadat karne par woh mukam dekar khuda ko, apne aap ko adit banaye aur khuda ko maboot banaye. aisa karna insan ke liye bahut mushkil hai.</w:t>
      </w:r>
    </w:p>
    <w:p>
      <w:pPr>
        <w:jc w:val="right"/>
      </w:pPr>
      <w:r>
        <w:t>जब इंसान अल्लाह पर अपने आप पर अपने इबादत करने पर वह मुकाम देकर खुदा को, अपने आप को आदित बनाएं और खुदा को माबूत बनाएं. ऐसा करना इंसान के लिए बहुत मुश्किल है.</w:t>
      </w:r>
    </w:p>
    <w:p>
      <w:r>
        <w:rPr>
          <w:b/>
        </w:rPr>
        <w:t xml:space="preserve">[50:23] </w:t>
      </w:r>
      <w:r>
        <w:t>magar woh insan jo khudari ke laksh ke mutabik pahiya hain. yahi sahi rasta hai. woh todfeerr paye, jo daleel ke zuban ko samjhe aur mane.</w:t>
      </w:r>
    </w:p>
    <w:p>
      <w:pPr>
        <w:jc w:val="right"/>
      </w:pPr>
      <w:r>
        <w:t>मगर वह इंसान जो खुदार के लक्ष्य के मुताबिक पहिया हैं. यही सही रास्ता है. वह तोड़फीर पाए, जो दलील के ज़बान को समझे और माने.</w:t>
      </w:r>
    </w:p>
    <w:p>
      <w:r>
        <w:rPr>
          <w:b/>
        </w:rPr>
        <w:t xml:space="preserve">[50:49] </w:t>
      </w:r>
      <w:r>
        <w:t>tab ek mujhe doctor satina ke ek video se learning shape hui ke jo unhone video doc banaya hai, ismein inhone namaz mein Allah ke takhil hone ke bare mein bataye aur woh namaz mein hi rone lage ke Allah mujhe, Allah se dua karne lage ke Allah mujhe tere taraf mutawajj hokar namaz karne ke taur par.</w:t>
      </w:r>
    </w:p>
    <w:p>
      <w:pPr>
        <w:jc w:val="right"/>
      </w:pPr>
      <w:r>
        <w:t>तब एक मुझे doctor सतीना के एक video से learning shape हुई के जो उन्होंने video doc बनाया है, इसमें इन्होंने नमाज़ में अल्लाह के ताख़िल होने के बारे में बताए और वह नमाज़ में ही रोने लगे कि अल्लाह मुझे, अल्लाह से दुआ करने लगे कि अल्लाह मुझे तेरे तरफ मुत्वज्ज होकर नमाज़ करने के तौर पर.</w:t>
      </w:r>
    </w:p>
    <w:p>
      <w:r>
        <w:rPr>
          <w:b/>
        </w:rPr>
        <w:t xml:space="preserve">[51:14] </w:t>
      </w:r>
      <w:r>
        <w:t>jab mujhe yeh unki video suniye to yeh learning hui ke yeh bhi ek siratal mustaqeem tak rasta hai. jab hame har har hamesha, har ek cheez mein hame Allah ke taraf gaur kare, Allah ke taraf fikr kare par hum namaz padhte hain to bas vakat bhulti hai poori duniya ka hissa pitab apne.</w:t>
      </w:r>
    </w:p>
    <w:p>
      <w:pPr>
        <w:jc w:val="right"/>
      </w:pPr>
      <w:r>
        <w:t>जब मुझे यह उनकी video सुनिए तो यह learning हुई कि यह भी एक सिरातल मुस्तक़ीन तक रास्ता है. जब हमें हर हर हमेशा, हर एक चीज़ में हमें अल्लाह के तरफ गौर करे, अल्लाह के तरफ फ़िक्र करे पर हम नमाज़ पढ़ते हैं तो बस वकात भूलती है पूरी दुनिया का हिस्सा पिताब अपने.</w:t>
      </w:r>
    </w:p>
    <w:p>
      <w:r>
        <w:rPr>
          <w:b/>
        </w:rPr>
        <w:t xml:space="preserve">[51:33] </w:t>
      </w:r>
      <w:r>
        <w:t>jab din mein hum yeh sochkar main namaskar karungi.</w:t>
      </w:r>
    </w:p>
    <w:p>
      <w:pPr>
        <w:jc w:val="right"/>
      </w:pPr>
      <w:r>
        <w:t>जब दिन में हम यह सोचकर मैं नमस्कार करूंगी.</w:t>
      </w:r>
    </w:p>
    <w:p>
      <w:r>
        <w:rPr>
          <w:b/>
        </w:rPr>
        <w:t xml:space="preserve">[51:43] </w:t>
      </w:r>
      <w:r>
        <w:t>jab yeh apne amliyat ka share karne se bhi bahut faayda ho raha hamare group mein.</w:t>
      </w:r>
    </w:p>
    <w:p>
      <w:pPr>
        <w:jc w:val="right"/>
      </w:pPr>
      <w:r>
        <w:t>जब यह अपने अमलियात का share करने से भी बहुत फ़ायदा हो रहा हमारे group में.</w:t>
      </w:r>
    </w:p>
    <w:p>
      <w:r>
        <w:rPr>
          <w:b/>
        </w:rPr>
        <w:t xml:space="preserve">[51:54] </w:t>
      </w:r>
      <w:r>
        <w:t>jab jab hum log yeh sunte hain to sunna padhna padhte hain aur dimaag se nikal jaata hai.</w:t>
      </w:r>
    </w:p>
    <w:p>
      <w:pPr>
        <w:jc w:val="right"/>
      </w:pPr>
      <w:r>
        <w:t>जब जब हम लोग यह सुनते हैं तो सुनना पढ़ना पढ़ते हैं और दिमाग से निकल जाता है.</w:t>
      </w:r>
    </w:p>
    <w:p>
      <w:r>
        <w:rPr>
          <w:b/>
        </w:rPr>
        <w:t xml:space="preserve">[52:05] </w:t>
      </w:r>
      <w:r>
        <w:t>jab jab hum log yeh cheez amliyat ka gaur pikr karte hi, is par amal karte hi to</w:t>
      </w:r>
    </w:p>
    <w:p>
      <w:pPr>
        <w:jc w:val="right"/>
      </w:pPr>
      <w:r>
        <w:t>जब जब हम लोग यह चीज़ अमलियात का गौर पिक्र करते ही, इस पर अमल करते ही तो</w:t>
      </w:r>
    </w:p>
    <w:p>
      <w:r>
        <w:rPr>
          <w:b/>
        </w:rPr>
        <w:t xml:space="preserve">[52:16] </w:t>
      </w:r>
      <w:r>
        <w:t>humein is chalne ki shauk hota hai.</w:t>
      </w:r>
    </w:p>
    <w:p>
      <w:pPr>
        <w:jc w:val="right"/>
      </w:pPr>
      <w:r>
        <w:t>हमें इस चलने की शौक होता है.</w:t>
      </w:r>
    </w:p>
    <w:p>
      <w:r>
        <w:rPr>
          <w:b/>
        </w:rPr>
        <w:t xml:space="preserve">[52:27] </w:t>
      </w:r>
      <w:r>
        <w:t>humein is par chalne ka jazb aata hai.</w:t>
      </w:r>
    </w:p>
    <w:p>
      <w:pPr>
        <w:jc w:val="right"/>
      </w:pPr>
      <w:r>
        <w:t>हमें इस पर चलने का जज़्ब आता है.</w:t>
      </w:r>
    </w:p>
    <w:p>
      <w:r>
        <w:rPr>
          <w:b/>
        </w:rPr>
        <w:t xml:space="preserve">[52:38] </w:t>
      </w:r>
      <w:r>
        <w:t>hum is par amal karne ki prafeeq hoti hai.</w:t>
      </w:r>
    </w:p>
    <w:p>
      <w:pPr>
        <w:jc w:val="right"/>
      </w:pPr>
      <w:r>
        <w:t>हम इस पर अमल करने की प्रफीक होती है.</w:t>
      </w:r>
    </w:p>
    <w:p>
      <w:r>
        <w:rPr>
          <w:b/>
        </w:rPr>
        <w:t xml:space="preserve">[52:49] </w:t>
      </w:r>
      <w:r>
        <w:t>yahi meri lagni thi asla maani.</w:t>
      </w:r>
    </w:p>
    <w:p>
      <w:pPr>
        <w:jc w:val="right"/>
      </w:pPr>
      <w:r>
        <w:t>यही मेरी लगनी थी असला मानी.</w:t>
      </w:r>
    </w:p>
    <w:p>
      <w:r>
        <w:rPr>
          <w:b/>
        </w:rPr>
        <w:t xml:space="preserve">[53:00] </w:t>
      </w:r>
      <w:r>
        <w:t>kabhi na aap mute hain. Ok, sorry.</w:t>
      </w:r>
    </w:p>
    <w:p>
      <w:pPr>
        <w:jc w:val="right"/>
      </w:pPr>
      <w:r>
        <w:t>कभी ना आप mute हैं. Ok, sorry.</w:t>
      </w:r>
    </w:p>
    <w:p>
      <w:r>
        <w:rPr>
          <w:b/>
        </w:rPr>
        <w:t xml:space="preserve">[53:04] </w:t>
      </w:r>
      <w:r>
        <w:t>jaza killa, aap aap kuch kehna add karna chahengi?</w:t>
      </w:r>
    </w:p>
    <w:p>
      <w:pPr>
        <w:jc w:val="right"/>
      </w:pPr>
      <w:r>
        <w:t>जज़ा किल्ला, आप आप कुछ कहना add करना चाहेंगी?</w:t>
      </w:r>
    </w:p>
    <w:p>
      <w:r>
        <w:rPr>
          <w:b/>
        </w:rPr>
        <w:t xml:space="preserve">[53:09] </w:t>
      </w:r>
      <w:r>
        <w:t>mujhse keh rahi hai shafina?</w:t>
      </w:r>
    </w:p>
    <w:p>
      <w:pPr>
        <w:jc w:val="right"/>
      </w:pPr>
      <w:r>
        <w:t>मुझसे कह रही है शपिना?</w:t>
      </w:r>
    </w:p>
    <w:p>
      <w:r>
        <w:rPr>
          <w:b/>
        </w:rPr>
        <w:t xml:space="preserve">[53:13] </w:t>
      </w:r>
      <w:r>
        <w:t>mujhse keh rahi hai shafina?</w:t>
      </w:r>
    </w:p>
    <w:p>
      <w:pPr>
        <w:jc w:val="right"/>
      </w:pPr>
      <w:r>
        <w:t>मुझसे कह रही है शपिना?</w:t>
      </w:r>
    </w:p>
    <w:p>
      <w:r>
        <w:rPr>
          <w:b/>
        </w:rPr>
        <w:t xml:space="preserve">[53:18] </w:t>
      </w:r>
      <w:r>
        <w:t>ji ji aap.</w:t>
      </w:r>
    </w:p>
    <w:p>
      <w:pPr>
        <w:jc w:val="right"/>
      </w:pPr>
      <w:r>
        <w:t>जी जी आप.</w:t>
      </w:r>
    </w:p>
    <w:p>
      <w:r>
        <w:rPr>
          <w:b/>
        </w:rPr>
        <w:t xml:space="preserve">[53:22] </w:t>
      </w:r>
      <w:r>
        <w:t>kyunki time session khatm ho raha hai sirf chaar minute baaki hai.</w:t>
      </w:r>
    </w:p>
    <w:p>
      <w:pPr>
        <w:jc w:val="right"/>
      </w:pPr>
      <w:r>
        <w:t>क्योंकि time session खत्म हो रहा है सिर्फ चार minute बाकी है.</w:t>
      </w:r>
    </w:p>
    <w:p>
      <w:r>
        <w:rPr>
          <w:b/>
        </w:rPr>
        <w:t xml:space="preserve">[53:27] </w:t>
      </w:r>
      <w:r>
        <w:t>to aap hamein conclusion karke aap dua kar dein.</w:t>
      </w:r>
    </w:p>
    <w:p>
      <w:pPr>
        <w:jc w:val="right"/>
      </w:pPr>
      <w:r>
        <w:t>तो आप हमें conclusion करके आप दुआ कर दें.</w:t>
      </w:r>
    </w:p>
    <w:p>
      <w:r>
        <w:rPr>
          <w:b/>
        </w:rPr>
        <w:t xml:space="preserve">[53:32] </w:t>
      </w:r>
      <w:r>
        <w:t>mujhe yeh lalu ne jaise bahut jagah bataya hai aur hum jante ab mujh tak hi uska kaam rehna kyunke duniya mein itne sare vakiyat halat aur situations hote hain ke woh galat ho hi jata hai.</w:t>
      </w:r>
    </w:p>
    <w:p>
      <w:pPr>
        <w:jc w:val="right"/>
      </w:pPr>
      <w:r>
        <w:t>मुझे यह लालू ने जैसे बहुत जगह बताया है और हम जानते अब मुझ तक ही उसका काम रहना क्योंकि दुनिया में इतने सारे वाकयात हालात और situations होते हैं कि वह गलत हो ही जाता है.</w:t>
      </w:r>
    </w:p>
    <w:p>
      <w:r>
        <w:rPr>
          <w:b/>
        </w:rPr>
        <w:t xml:space="preserve">[54:02] </w:t>
      </w:r>
      <w:r>
        <w:t>to Maulana ne bahut acche se is cheezon ko unhone bataya hai ke bahut hi nazuk mauka hota hai usi waqt insan jo hai bhatakta hai aur usi waqt usse galti hoti hai.</w:t>
      </w:r>
    </w:p>
    <w:p>
      <w:pPr>
        <w:jc w:val="right"/>
      </w:pPr>
      <w:r>
        <w:t>तो मलाना ने बहुत अच्छे से इस चीज़ों को उन्होंने बताया है कि बहुत ही नाज़ुक मौका होता है उसी वक्त इंसान जो है भटकता है और उसी वक्त उससे गलती होती है.</w:t>
      </w:r>
    </w:p>
    <w:p>
      <w:r>
        <w:rPr>
          <w:b/>
        </w:rPr>
        <w:t xml:space="preserve">[54:14] </w:t>
      </w:r>
      <w:r>
        <w:t>to jab aise mauke par aadmi ke Islam ki tasdeeq ya tardeed karne ke liye aate hain jo</w:t>
      </w:r>
    </w:p>
    <w:p>
      <w:pPr>
        <w:jc w:val="right"/>
      </w:pPr>
      <w:r>
        <w:t>तो जब ऐसे मौके पर आदमी के इस्लाम की तस्तीक या तर्दी करने के लिए आते हैं जो</w:t>
      </w:r>
    </w:p>
    <w:p>
      <w:r>
        <w:rPr>
          <w:b/>
        </w:rPr>
        <w:t xml:space="preserve">[54:27] </w:t>
      </w:r>
      <w:r>
        <w:t>matlab tasdeeq tardeed hoti hai ki Khuda chahta hai ki aadmi jis Islam ka saboot behtar halaat mein</w:t>
      </w:r>
    </w:p>
    <w:p>
      <w:pPr>
        <w:jc w:val="right"/>
      </w:pPr>
      <w:r>
        <w:t>मतलब तस्तीख तर्दीक होती है कि खुदा चाहता है कि आदमी जिस इस्लाम का सबूत बेखतर हालात में</w:t>
      </w:r>
    </w:p>
    <w:p>
      <w:r>
        <w:rPr>
          <w:b/>
        </w:rPr>
        <w:t xml:space="preserve">[54:40] </w:t>
      </w:r>
      <w:r>
        <w:t>de raha tha family jab uske upar koi bhi aisi aisa bhakiya nahi hua apne mafadar bandon mein likh lein.</w:t>
      </w:r>
    </w:p>
    <w:p>
      <w:pPr>
        <w:jc w:val="right"/>
      </w:pPr>
      <w:r>
        <w:t>दे रहा था family जब उसके ऊपर कोई भी ऐसी ऐसा भाखिया नहीं हुआ अपने मफादार बंदों में लिख लें.</w:t>
      </w:r>
    </w:p>
    <w:p>
      <w:r>
        <w:rPr>
          <w:b/>
        </w:rPr>
        <w:t xml:space="preserve">[54:54] </w:t>
      </w:r>
      <w:r>
        <w:t>in mauqe par is taqamat ka saboot dena hi kisi aadmi ke pichhle aamal ko baaqimat banata hai aur agar woh aise mauqe par is taqamat ka saboot na de sake to uska matlab yeh hai ki usne apne pichhle tamam aamal ko bekeemat kar liya.</w:t>
      </w:r>
    </w:p>
    <w:p>
      <w:pPr>
        <w:jc w:val="right"/>
      </w:pPr>
      <w:r>
        <w:t>इन मौके पर इस तक़ामत का सबूत देना ही किसी आदमी के पिछले अमाल को बाकीमत बनाता है और अगर वह ऐसे मौके पर इस तक़ामत का सबूत ना दे सके तो उसका मतलब यह है कि उसने अपने पिछले तमाम आमाल को बेकीमत कर लिया.</w:t>
      </w:r>
    </w:p>
    <w:p>
      <w:r>
        <w:rPr>
          <w:b/>
        </w:rPr>
        <w:t xml:space="preserve">[55:08] </w:t>
      </w:r>
      <w:r>
        <w:t>to yeh line bahut zyada dura dene wali thi matlab insaan agar koi bhi achha aamal kar raha tha woh achanak se bhatak jaye aur phir bhi apne aankhon us raaste par wapas na laye to jo usne jo bhi achha kaam kiya hai woh bhi galat ho jayega woh bhi behtareemat ho jayega. to quran ki chapter five se jo verse hai usko padh rahi thi ki ghar ke dua kar lo.</w:t>
      </w:r>
    </w:p>
    <w:p>
      <w:pPr>
        <w:jc w:val="right"/>
      </w:pPr>
      <w:r>
        <w:t>तो यह line बहुत ज़्यादा दुरा देने वाली थी मतलब इंसान अगर कोई भी अच्छा आमाल कर रहा था वह अचानक से भटक जाए और फिर भी अपने आंखों उस रास्ते पर वापस ना लाए तो जो उसने जो भी अच्छा काम किया है वह भी गलत हो जाएगा वह भी बेहतरीमत हो जाएगा. तो कुरान की chapter five से जो verse है उसको पढ़ रही थी कि घर के दुआ कर लो.</w:t>
      </w:r>
    </w:p>
    <w:p>
      <w:r>
        <w:rPr>
          <w:b/>
        </w:rPr>
        <w:t xml:space="preserve">[55:37] </w:t>
      </w:r>
      <w:r>
        <w:t>51. aur se?</w:t>
      </w:r>
    </w:p>
    <w:p>
      <w:pPr>
        <w:jc w:val="right"/>
      </w:pPr>
      <w:r>
        <w:t>51. और से?</w:t>
      </w:r>
    </w:p>
    <w:p>
      <w:r>
        <w:rPr>
          <w:b/>
        </w:rPr>
        <w:t xml:space="preserve">[55:44] </w:t>
      </w:r>
      <w:r>
        <w:t>hai hi maan maloom.</w:t>
      </w:r>
    </w:p>
    <w:p>
      <w:pPr>
        <w:jc w:val="right"/>
      </w:pPr>
      <w:r>
        <w:t>है ही मान मालूम.</w:t>
      </w:r>
    </w:p>
    <w:p>
      <w:r>
        <w:rPr>
          <w:b/>
        </w:rPr>
        <w:t xml:space="preserve">[55:51] </w:t>
      </w:r>
      <w:r>
        <w:t>yahood aur nisala ko dost na banao.</w:t>
      </w:r>
    </w:p>
    <w:p>
      <w:pPr>
        <w:jc w:val="right"/>
      </w:pPr>
      <w:r>
        <w:t>यहूद और निसाला को दोस्त ना बनाओ.</w:t>
      </w:r>
    </w:p>
    <w:p>
      <w:r>
        <w:rPr>
          <w:b/>
        </w:rPr>
        <w:t xml:space="preserve">[55:59] </w:t>
      </w:r>
      <w:r>
        <w:t>aur us waqt ahleimaan kahenge, kya yeh wahi log hain jo jo zor aur shor se Allah ki</w:t>
      </w:r>
    </w:p>
    <w:p>
      <w:pPr>
        <w:jc w:val="right"/>
      </w:pPr>
      <w:r>
        <w:t>और उस वक्त अहलीमान कहेंगे, क्या यह वही लोग हैं जो जो ज़ोर और शोर से अल्लाह की</w:t>
      </w:r>
    </w:p>
    <w:p>
      <w:r>
        <w:rPr>
          <w:b/>
        </w:rPr>
        <w:t xml:space="preserve">[56:06] </w:t>
      </w:r>
      <w:r>
        <w:t>kasmen khaakar yakeen dilate the ke hum tumhare saath hain, unke saare aamaal jaa'e ho gaye aur woh</w:t>
      </w:r>
    </w:p>
    <w:p>
      <w:pPr>
        <w:jc w:val="right"/>
      </w:pPr>
      <w:r>
        <w:t>कसमें खाकर यकीन दिलाते थे कि हम तुम्हारे साथ हैं, उनके सारे आमाल जाए हो गए और वह</w:t>
      </w:r>
    </w:p>
    <w:p>
      <w:r>
        <w:rPr>
          <w:b/>
        </w:rPr>
        <w:t xml:space="preserve">[56:13] </w:t>
      </w:r>
      <w:r>
        <w:t>ghaate mein rahe.</w:t>
      </w:r>
    </w:p>
    <w:p>
      <w:pPr>
        <w:jc w:val="right"/>
      </w:pPr>
      <w:r>
        <w:t>घाटे में रहे.</w:t>
      </w:r>
    </w:p>
    <w:p>
      <w:r>
        <w:rPr>
          <w:b/>
        </w:rPr>
        <w:t xml:space="preserve">[56:21] </w:t>
      </w:r>
      <w:r>
        <w:t>to Maulana sahib ne iske kaafi hamari interpretation hai aakhri wala para par padi thi ke duniya ka</w:t>
      </w:r>
    </w:p>
    <w:p>
      <w:pPr>
        <w:jc w:val="right"/>
      </w:pPr>
      <w:r>
        <w:t>तो मलाना साहब ने इसके काफी हमारी interpretation है आखिरी वाला पैरा पर पड़ी थी कि दुनिया का</w:t>
      </w:r>
    </w:p>
    <w:p>
      <w:r>
        <w:rPr>
          <w:b/>
        </w:rPr>
        <w:t xml:space="preserve">[56:28] </w:t>
      </w:r>
      <w:r>
        <w:t>har intehaan iradon ka intehaan hai.</w:t>
      </w:r>
    </w:p>
    <w:p>
      <w:pPr>
        <w:jc w:val="right"/>
      </w:pPr>
      <w:r>
        <w:t>हर इंतहान इरादें का इंतहान है.</w:t>
      </w:r>
    </w:p>
    <w:p>
      <w:r>
        <w:rPr>
          <w:b/>
        </w:rPr>
        <w:t xml:space="preserve">[56:35] </w:t>
      </w:r>
      <w:r>
        <w:t>aadmi ko sirf yeh karna hai ke woh khatraat ko nazarandaaz karke iradon ka saboot de de.</w:t>
      </w:r>
    </w:p>
    <w:p>
      <w:pPr>
        <w:jc w:val="right"/>
      </w:pPr>
      <w:r>
        <w:t>आदमी को सिर्फ यह करना है कि वह खतरात को नज़रअतास करके इरादें का सबूत दे दे.</w:t>
      </w:r>
    </w:p>
    <w:p>
      <w:r>
        <w:rPr>
          <w:b/>
        </w:rPr>
        <w:t xml:space="preserve">[56:43] </w:t>
      </w:r>
      <w:r>
        <w:t>woh allah ki taraf apna pehla qadam utha dein. uske baad woh fauran khuda ki madad uska sahara ban jati hai. magar jo shakhs irade ka saboot na dein, jo khuda ki taraf apna pehla qadam na uthaye, woh allah ki nazar mein zalim hai. aise logon ko kuda ya tarfa taur par apni madad ka sahara nahi bhejta.</w:t>
      </w:r>
    </w:p>
    <w:p>
      <w:pPr>
        <w:jc w:val="right"/>
      </w:pPr>
      <w:r>
        <w:t>वो अल्लाह की तरफ अपना पहला कदम उठा दें. उसके बाद वह फ़ौरन खुदा की मदद उसका सहारा वन जाती है. मगर जो शख्स इरादे का सबूत ना दें, जो खुदा की तरफ अपना पहला कदम ना उठाए, वो अल्लाह की नज़र में जालिम है. ऐसे लोगों को कुदा या तरफ़ा तौर पर अपनी मदद का सहारा नहीं भेजता.</w:t>
      </w:r>
    </w:p>
    <w:p>
      <w:r>
        <w:rPr>
          <w:b/>
        </w:rPr>
        <w:t xml:space="preserve">[57:02] </w:t>
      </w:r>
      <w:r>
        <w:t>to sabse bada kaam hamara hote hain ke hum walah ki sangyaah yeh baith karein ke hum aur</w:t>
      </w:r>
    </w:p>
    <w:p>
      <w:pPr>
        <w:jc w:val="right"/>
      </w:pPr>
      <w:r>
        <w:t>तो सबसे बड़ा काम हमारा होते हैं कि हम वल्लाह की संग्याह यह बैठ करें कि हम और</w:t>
      </w:r>
    </w:p>
    <w:p>
      <w:r>
        <w:rPr>
          <w:b/>
        </w:rPr>
        <w:t xml:space="preserve">[57:12] </w:t>
      </w:r>
      <w:r>
        <w:t>irada karein ke hum apne aap ko saath mustafi par rakhne ke kaabil mil sakein aur isse zara</w:t>
      </w:r>
    </w:p>
    <w:p>
      <w:pPr>
        <w:jc w:val="right"/>
      </w:pPr>
      <w:r>
        <w:t>इरादा करें कि हम अपने आप को साथ मुस्तफ़ी पर रखने के काबिल मिल सकें और इससे जरा</w:t>
      </w:r>
    </w:p>
    <w:p>
      <w:r>
        <w:rPr>
          <w:b/>
        </w:rPr>
        <w:t xml:space="preserve">[57:22] </w:t>
      </w:r>
      <w:r>
        <w:t>se hum dua karein aur galtiyon ki maafi maangte rahein.</w:t>
      </w:r>
    </w:p>
    <w:p>
      <w:pPr>
        <w:jc w:val="right"/>
      </w:pPr>
      <w:r>
        <w:t>से हम दुआ करें और गलतियों की माफी मांगते रहें.</w:t>
      </w:r>
    </w:p>
    <w:p>
      <w:r>
        <w:rPr>
          <w:b/>
        </w:rPr>
        <w:t xml:space="preserve">[57:33] </w:t>
      </w:r>
      <w:r>
        <w:t>aawaz nahi aa rahi hai kaise? aawaz aa rahi hai mere ka? jisaab par laapa for the dua and conclusion that you did. mashallah this has been a great learning for all of us. in fact, it is now more defined what is straight path for us.</w:t>
      </w:r>
    </w:p>
    <w:p>
      <w:pPr>
        <w:jc w:val="right"/>
      </w:pPr>
      <w:r>
        <w:t>आवाज़ नहीं आ रही है कैसे? आवाज़ आ रही है मेरे का? जिसाब पर लापा for the दुआ and conclusion that you did. माशाला this has been a great learning for all of us. In fact, it is now more defined what is straight path for us.</w:t>
      </w:r>
    </w:p>
    <w:p>
      <w:r>
        <w:rPr>
          <w:b/>
        </w:rPr>
        <w:t xml:space="preserve">[57:51] </w:t>
      </w:r>
      <w:r>
        <w:t>mashallah this this discussion has been really very profound, very intellectual and now we will inshallah consciously more be aware of this straight part that we are going to take inshallah. to main dua karti hoon ki allah hamein is ratil mustaqeem ke raaste par chalaye aur hamare straight path ko bhool karein aur hamein kamyab karein. aamin.</w:t>
      </w:r>
    </w:p>
    <w:p>
      <w:pPr>
        <w:jc w:val="right"/>
      </w:pPr>
      <w:r>
        <w:t>माशाला this this discussion has been really very profound, very intellectual and now we will inshallah consciously more be aware of this straight part that we are going to take inshallah. तो मैं दुआ करती हूं कि अल्लाह हमें इस रातिल मुस्तकीन के रास्ते पर चलाए और हमारे straight path को भूल करें और हमें कामयाब करें. आमिर.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