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19 May 14, 2023</w:t>
      </w:r>
    </w:p>
    <w:p>
      <w:r>
        <w:t>https://www.youtube.com/watch?v=IF_kPOoba7s</w:t>
      </w:r>
    </w:p>
    <w:p>
      <w:r>
        <w:rPr>
          <w:b/>
        </w:rPr>
        <w:t xml:space="preserve">[00:12] </w:t>
      </w:r>
      <w:r>
        <w:t>I welcome all the ladies here who have joined in the session.</w:t>
      </w:r>
    </w:p>
    <w:p>
      <w:pPr>
        <w:jc w:val="right"/>
      </w:pPr>
      <w:r>
        <w:t>I welcome all the ladies here who have joined in the session.</w:t>
      </w:r>
    </w:p>
    <w:p>
      <w:r>
        <w:rPr>
          <w:b/>
        </w:rPr>
        <w:t xml:space="preserve">[00:17] </w:t>
      </w:r>
      <w:r>
        <w:t>CPS women's book discussion number 29.</w:t>
      </w:r>
    </w:p>
    <w:p>
      <w:pPr>
        <w:jc w:val="right"/>
      </w:pPr>
      <w:r>
        <w:t>CPS women's book discussion number 29.</w:t>
      </w:r>
    </w:p>
    <w:p>
      <w:r>
        <w:rPr>
          <w:b/>
        </w:rPr>
        <w:t xml:space="preserve">[00:22] </w:t>
      </w:r>
      <w:r>
        <w:t>And the today, the date is 05/14/4023.</w:t>
      </w:r>
    </w:p>
    <w:p>
      <w:pPr>
        <w:jc w:val="right"/>
      </w:pPr>
      <w:r>
        <w:t>And the today, the date is 05/14/4023.</w:t>
      </w:r>
    </w:p>
    <w:p>
      <w:r>
        <w:rPr>
          <w:b/>
        </w:rPr>
        <w:t xml:space="preserve">[00:27] </w:t>
      </w:r>
      <w:r>
        <w:t>The article is page number two sixty four from the book Kitaabe Markarth.</w:t>
      </w:r>
    </w:p>
    <w:p>
      <w:pPr>
        <w:jc w:val="right"/>
      </w:pPr>
      <w:r>
        <w:t>The article is page number two sixty four from the book किताबे मार्खर्थ.</w:t>
      </w:r>
    </w:p>
    <w:p>
      <w:r>
        <w:rPr>
          <w:b/>
        </w:rPr>
        <w:t xml:space="preserve">[00:32] </w:t>
      </w:r>
      <w:r>
        <w:t>So the article had been shared on the WhatsApp, and the English translation as well as the older</w:t>
      </w:r>
    </w:p>
    <w:p>
      <w:pPr>
        <w:jc w:val="right"/>
      </w:pPr>
      <w:r>
        <w:t>So the article had been shared on the WhatsApp, and the English translation as well as the older</w:t>
      </w:r>
    </w:p>
    <w:p>
      <w:r>
        <w:rPr>
          <w:b/>
        </w:rPr>
        <w:t xml:space="preserve">[00:37] </w:t>
      </w:r>
      <w:r>
        <w:t>one has been shared.</w:t>
      </w:r>
    </w:p>
    <w:p>
      <w:pPr>
        <w:jc w:val="right"/>
      </w:pPr>
      <w:r>
        <w:t>one has been shared.</w:t>
      </w:r>
    </w:p>
    <w:p>
      <w:r>
        <w:rPr>
          <w:b/>
        </w:rPr>
        <w:t xml:space="preserve">[00:43] </w:t>
      </w:r>
      <w:r>
        <w:t>And I hope everyone have gone through the article and down their points and learning and whatever they wants to share in this platform about their learning from the article. So I ask pemida aba to start the session. assalam o alaikum. qalik mislam. kaifiyad, kamiyad.</w:t>
      </w:r>
    </w:p>
    <w:p>
      <w:pPr>
        <w:jc w:val="right"/>
      </w:pPr>
      <w:r>
        <w:t>And I hope everyone have gone through the article and down their points and learning and whatever they wants to share in this platform about their learning from the article. So I ask पेमीदा आबा to start the session. अस्सलाम अलायकुल. कालिक मिस्लाम. कैफियाद, कम्मियाद.</w:t>
      </w:r>
    </w:p>
    <w:p>
      <w:r>
        <w:rPr>
          <w:b/>
        </w:rPr>
        <w:t xml:space="preserve">[01:12] </w:t>
      </w:r>
      <w:r>
        <w:t>maujooda zamane mein bahut si muslim jamate hain aur muslim tanzeemein mujood mein aayi hain. unmein se ek aur doosre ke darmiyan bahut se fark paaye jaate hain. magar ek cheez sab mein mustarak hai aur woh yeh ki har ek ne kisi na kisi pehlu se islam ki ek kamilaati qabil kar rakhi hai. kaifiyat par mabni qabil mere nazdeek sar ka sar gumrahi hai.</w:t>
      </w:r>
    </w:p>
    <w:p>
      <w:pPr>
        <w:jc w:val="right"/>
      </w:pPr>
      <w:r>
        <w:t>मौजूदा ज़माने में बहुत सी मुस्लिम जमाते हैं और मुस्लिम तंज़ीमें मुजूद में आई हैं. उनमें से एक और दूसरे के दरमियान बहुत से फ़र्क पाए जाते हैं. मगर एक चीज़ सब में मुस्तक है और वह यह कि हर एक ने किसी ना किसी पहलू से इस्लाम की एक कमिलाती काबिल कर रखी है. कैफियात पर मवनी काबिल के बजाय कमिलात पर मवनी काबिल मेरे नज़दीक सर का सर गुमराही है.</w:t>
      </w:r>
    </w:p>
    <w:p>
      <w:r>
        <w:rPr>
          <w:b/>
        </w:rPr>
        <w:t xml:space="preserve">[01:40] </w:t>
      </w:r>
      <w:r>
        <w:t>isne maujooda maujooda zamane mein zabardast nuksaan pahunchaya hai.</w:t>
      </w:r>
    </w:p>
    <w:p>
      <w:pPr>
        <w:jc w:val="right"/>
      </w:pPr>
      <w:r>
        <w:t>इसने मौजूदा मौजूदा जमाने में ज़बरदस्त नुकसान पहुंचाया है.</w:t>
      </w:r>
    </w:p>
    <w:p>
      <w:r>
        <w:rPr>
          <w:b/>
        </w:rPr>
        <w:t xml:space="preserve">[01:51] </w:t>
      </w:r>
      <w:r>
        <w:t>kaifiyati taakhir ki surat mein aadmi hamesha apni deendari ke baare mein shakk mein mubtala rehta hai iske</w:t>
      </w:r>
    </w:p>
    <w:p>
      <w:pPr>
        <w:jc w:val="right"/>
      </w:pPr>
      <w:r>
        <w:t>कैफियाती ताख़िर की सूरत में आदमी हमेशा अपनी दीनदारी के बारे में शक में मुद्दाला रहता है इसके</w:t>
      </w:r>
    </w:p>
    <w:p>
      <w:r>
        <w:rPr>
          <w:b/>
        </w:rPr>
        <w:t xml:space="preserve">[02:02] </w:t>
      </w:r>
      <w:r>
        <w:t>natije mein yeh hota hai ke aadmi bekhauf ho jaata hai.</w:t>
      </w:r>
    </w:p>
    <w:p>
      <w:pPr>
        <w:jc w:val="right"/>
      </w:pPr>
      <w:r>
        <w:t>नतीजे में यह होता है कि आदमी बेखौफ हो जाता है.</w:t>
      </w:r>
    </w:p>
    <w:p>
      <w:r>
        <w:rPr>
          <w:b/>
        </w:rPr>
        <w:t xml:space="preserve">[02:14] </w:t>
      </w:r>
      <w:r>
        <w:t>woh apne amal ko naap daul mein dhal kar yeh samajh leta hai ki jo amal mujhe karna tha woh maine kar diya. kaifiyad par mabni soch khuda ka khauf paida karti hai aur kamiyad par mabni soch aadmi ke andar farzi yaqeen paida karke usko khuda sebe khauf bana deti hai.</w:t>
      </w:r>
    </w:p>
    <w:p>
      <w:pPr>
        <w:jc w:val="right"/>
      </w:pPr>
      <w:r>
        <w:t>वह अपने अमल को नाप दौल में ढालकर यह समझ लेता है कि जो अमल मुझे करना था वह मैंने कर दिया. कैफियाद पर मबनी सोच खुदा का खौफ पैदा करती है और कमियाद पर मबनी सोच आदमी के अंदर फ़र्ज़ी यकीन पैदा करके उसको खुदा सेबे खौफ बना देती है.</w:t>
      </w:r>
    </w:p>
    <w:p>
      <w:r>
        <w:rPr>
          <w:b/>
        </w:rPr>
        <w:t xml:space="preserve">[02:36] </w:t>
      </w:r>
      <w:r>
        <w:t>asthavi rastul hamesha darja aur darja rehte the kyunki unke nazdeek deen dakhli kaifiyat ka naam tha aur dakhli kaifiyat unabtal ki zabaan mein maloom nahi kiya ja sakta. kaun se zamane ke musalman mudda se wake off ho gaye hain kyunki woh apne kamiyati sahan ke bina par samajhte hain ki jo kuch karna tha woh humne kar diya. ab hamara mamla bilkul durs hai.</w:t>
      </w:r>
    </w:p>
    <w:p>
      <w:pPr>
        <w:jc w:val="right"/>
      </w:pPr>
      <w:r>
        <w:t>अस्थावी रस्तुल हमेशा दर्जा और दर्जा रहते थे क्योंकि उनके नज़दीक दीन दाखली कैफियत का नाम था और दाखली कैफियत उनाबताल की ज़बान में मालूम नहीं किया जा सकता. कौन से ज़माने के मुसलमान मुद्दा से wake off हो गए हैं क्योंकि वह अपने कमियाती सहन के बिना पर समझते हैं कि जो कुछ करना था वह हमने कर दिया. अब हमारा मामला बिल्कुल दुर्स है.</w:t>
      </w:r>
    </w:p>
    <w:p>
      <w:r>
        <w:rPr>
          <w:b/>
        </w:rPr>
        <w:t xml:space="preserve">[03:05] </w:t>
      </w:r>
      <w:r>
        <w:t>siyasat parambnita bhi, masal parambnita bhi, masal parambnita parambnita bhi, barbita bhi, masile parambnita bhi, ishre rasool parambnita bhi, mazahir shet parambnita bhi, khair-e-ummat par mabni tabeer wagairah. yeh tamam tabeerein zawahir deen par mabni tabeerein hain. deen muslima taur par dakhli haqeeqat ka naam hai.</w:t>
      </w:r>
    </w:p>
    <w:p>
      <w:pPr>
        <w:jc w:val="right"/>
      </w:pPr>
      <w:r>
        <w:t>सियासत परमब्नीता भी, मसाल परमब्नीता भी, मसाल परमब्नीता परमब्नीता भी, बर्ब्नीता भी, मसीले परमब्नीता भी, इश्रे रसूल परमब्नीता भी, मज़ाहिर शेत परमब्नीता भी, खैर ए उम्मद पर मबनी ताबीर वगैरह. यह तमाम ताबीरें ज़वाहिर दीन पर मबनी ताबीरें हैं. दीन मुस्लिमा तौर पर दाखिल हकीकत का नाम है.</w:t>
      </w:r>
    </w:p>
    <w:p>
      <w:r>
        <w:rPr>
          <w:b/>
        </w:rPr>
        <w:t xml:space="preserve">[03:33] </w:t>
      </w:r>
      <w:r>
        <w:t>isliye har woh tabeer deen jo zawahir ya faan par magni ho woh bila shubha baatein nikla paayegi aur zawahir deen par chalna khud sakhta deen par chalna hai ya ki khuda ke bheje hue deen par chalna. mere khayal shabdon par raise apna mute kar lein.</w:t>
      </w:r>
    </w:p>
    <w:p>
      <w:pPr>
        <w:jc w:val="right"/>
      </w:pPr>
      <w:r>
        <w:t>इसलिए हर वह ताबीर दीन जो ज़वाहिर या फांव पर मगनी हो वह बिला शुभा बातें निकला पाएगी और ज़वाहिर दीन पर चलना खुद साखता दीन पर चलना है या कि खुदा के भेजे हुए दीन पर चलना. मेरे ख्याल शब्दों पर raise अपना mute कर लें.</w:t>
      </w:r>
    </w:p>
    <w:p>
      <w:r>
        <w:rPr>
          <w:b/>
        </w:rPr>
        <w:t xml:space="preserve">[04:02] </w:t>
      </w:r>
      <w:r>
        <w:t>quran yahan par mujhe ek quran ki jo hai verse yaad aa rahi thi ki chapter 15 mein verse 57 aur 93 mein Maulana ne usko explain karte hue likha tha ki jo log khuda ki kitab mein gum ho woh khuda ki kitab ko totality mein pa lenge.</w:t>
      </w:r>
    </w:p>
    <w:p>
      <w:pPr>
        <w:jc w:val="right"/>
      </w:pPr>
      <w:r>
        <w:t>कुरान यहां पर मुझे एक कुरान की जो है verse याद आ रही थी कि chapter 15 में verse 57 और 93 में मलाना ने उसको explain करते हुए लिखा था कि जो लोग खुदा की किताब में गुम हो वह खुदा की किताब को totality में पा लेंगे.</w:t>
      </w:r>
    </w:p>
    <w:p>
      <w:r>
        <w:rPr>
          <w:b/>
        </w:rPr>
        <w:t xml:space="preserve">[04:23] </w:t>
      </w:r>
      <w:r>
        <w:t>uske verse jo log khud khud apne aap mein gum ho woh khuda ki kitab ko apne zaub aur halaat ke mutabiq apne taste ke hisab se uske kuch hisse bolenge, usi par stress karenge aur uske aage Maulana sahab ne likha tha ki ek example diya tha ki drakht ki jad mein pani dene se poore drakht mein pani pahunch jata hai.</w:t>
      </w:r>
    </w:p>
    <w:p>
      <w:pPr>
        <w:jc w:val="right"/>
      </w:pPr>
      <w:r>
        <w:t>उसके वर्ष जो लोग खुद खुद अपने आप में गुम हो वह खुदा की किताब को अपने ज़ौब और हालात के मुताबिक अपने taste के हिसाब से उसके कुछ हिस्से बोलेंगे, उसी पर stress करेंगे और उसके आगे मलाना साहब ने लिखा था कि एक example दिया था कि दरख्त की जड़ में पानी देने से पूरे दरख्त में पानी पहुंच जाता है.</w:t>
      </w:r>
    </w:p>
    <w:p>
      <w:r>
        <w:rPr>
          <w:b/>
        </w:rPr>
        <w:t xml:space="preserve">[04:49] </w:t>
      </w:r>
      <w:r>
        <w:t>isi tarah jab kudda ki kitab quli aur pehlu ko zinda kiya jaye, hota hai ki kitabe quli aur markazi pehlu ko zinda kiya jaye to uske zinda hote hi wakil tamam achha laazmi taur par zinda ho jate hain.</w:t>
      </w:r>
    </w:p>
    <w:p>
      <w:pPr>
        <w:jc w:val="right"/>
      </w:pPr>
      <w:r>
        <w:t>इसी तरह जब कुद्दा की किताब कुली और पहलू को ज़िंदा किया जाए, होता है कि किताबें कुली और मरकज़ी पहलू को ज़िंदा किया जाए तो उसके ज़िंदा होते ही वकील तमाम अच्छा लाजवी तौर पर ज़िंदा हो जाते हैं.</w:t>
      </w:r>
    </w:p>
    <w:p>
      <w:r>
        <w:rPr>
          <w:b/>
        </w:rPr>
        <w:t xml:space="preserve">[05:05] </w:t>
      </w:r>
      <w:r>
        <w:t>iske baras agar kisi ek juice ko lekar us par zor diya jaye to uski zahri dhoom to mar sakti hai magar usse deen ka haqeeqi ahaiya nahi hota kyunki usko zindagi markazi pehlu ki zinda hone se milti hai aur woh sire se zinda hi nahi hua.</w:t>
      </w:r>
    </w:p>
    <w:p>
      <w:pPr>
        <w:jc w:val="right"/>
      </w:pPr>
      <w:r>
        <w:t>इसके बरस अगर किसी एक juice को लेकर उस पर ज़ोर दिया जाए तो उसकी ज़हरी धूम तो मर सकती है मगर उससे दीन का हक़ीक़ की अहैया नहीं होता क्योंकि उसको ज़िंदगी मरकजी पहलू की ज़िंदा होने से मिलती है और वह सिरे से ज़िंदा ही नहीं हुआ.</w:t>
      </w:r>
    </w:p>
    <w:p>
      <w:r>
        <w:rPr>
          <w:b/>
        </w:rPr>
        <w:t xml:space="preserve">[05:24] </w:t>
      </w:r>
      <w:r>
        <w:t>to yeh bahut achha explain tha explanation tha jo isse mujhe yeh samajh mein aa raha tha ki yeh totality mein yeh baane ka matlab mujhe taqwah aur kharshiyat ka raat samajh aaya. takhwahi insaan ko khuda ko insaan ko khuda ke bheje hue din par kaam lag sakta hai.</w:t>
      </w:r>
    </w:p>
    <w:p>
      <w:pPr>
        <w:jc w:val="right"/>
      </w:pPr>
      <w:r>
        <w:t>तो यह बहुत अच्छा explain था explanation था जो इससे मुझे यह समझ में आ रहा था कि यह totality में यह बाने का मतलब मुझे तक़वाह और ख़र्शियत का रात समझ आया. तख़वाही इंसान को ख़ुदा को इंसान को ख़ुदा के भेजे हुए दिन पर काम लग सकता है.</w:t>
      </w:r>
    </w:p>
    <w:p>
      <w:r>
        <w:rPr>
          <w:b/>
        </w:rPr>
        <w:t xml:space="preserve">[05:47] </w:t>
      </w:r>
      <w:r>
        <w:t>to allah ki nazar mein kisi kaam ko bade peimane par karna ya bahut zyada dhuro dham se karne ka matlab teen teen tari nahi hai. uska naam teen nahi hai. allah taala ke nazdeek ek bahut chhota sa amal bhi khali soda ke liye ho. woh amal ek bada amal ho jata hai. wahi iman ke aur deen ke mutabiq hota hai.</w:t>
      </w:r>
    </w:p>
    <w:p>
      <w:pPr>
        <w:jc w:val="right"/>
      </w:pPr>
      <w:r>
        <w:t>तो अल्लाह की नज़र में किसी काम को बड़े पैमाने पर करना या बहुत ज़्यादा ध्रू धाम से करने का मतलब तीन तीन तारी नहीं है. उसका नाम तीन नहीं है. अल्लाह ताला के नज़दीक एक बहुत छोटा सा अमल भी खाली सोदा के लिए हो. वह अमल एक बड़ा अमल हो जाता है. वही ईमान के और दीन के मुताबिक होता है.</w:t>
      </w:r>
    </w:p>
    <w:p>
      <w:r>
        <w:rPr>
          <w:b/>
        </w:rPr>
        <w:t xml:space="preserve">[06:11] </w:t>
      </w:r>
      <w:r>
        <w:t>to iman itna gehrai ke saath insaan ki rooh mein rach bas jaye ki insaan tagwah ki zindagi guzarnne lage. khuddah ke khauf ke saath guzarnne lage. bas itna hi kar lena aalah ke nazdeek bada amal hota hai. lekin insaan jo hai zawahir deen par isliye qaim rehta hai kyunki usne khuda ko uske kalam ko totality mein nahi paya hota hai.</w:t>
      </w:r>
    </w:p>
    <w:p>
      <w:pPr>
        <w:jc w:val="right"/>
      </w:pPr>
      <w:r>
        <w:t>तो ईमान इतना गहराई के साथ इंसान की रूह में रच बस जाए कि इंसान तग्वाह की ज़िंदगी गुज़ारने लगे. खुद्दा के खौफ के साथ गुज़ारने लगे. बस इतना ही कर लेना आलाह के नज़दीक बड़ा अमल होता है. लेकिन इंसान जो है ज़वाहिर दीन पर इसलिए कायम रहता है क्योंकि उसने खुदा को उसके कलाम को totality में नहीं पाया होता है.</w:t>
      </w:r>
    </w:p>
    <w:p>
      <w:r>
        <w:rPr>
          <w:b/>
        </w:rPr>
        <w:t xml:space="preserve">[06:38] </w:t>
      </w:r>
      <w:r>
        <w:t>to woh kuch kar dena, kuch padh lene ko deen samajh leta hai. moment ko jo Maulana samne ek jagah kahin likha hua tha maine us line poora mujhe sahi se hi nahi aata hai lekin uska woh mujhe matlab usko main yeh is tarah se bata rahi hoon ki moment ko jo sachchai milti hai woh khud khuda hota hai.</w:t>
      </w:r>
    </w:p>
    <w:p>
      <w:pPr>
        <w:jc w:val="right"/>
      </w:pPr>
      <w:r>
        <w:t>तो वह कुछ कर देना, कुछ पढ़ लेने को दीन समझ लेता है. Moment को जो मोलाना सामने एक जगह कहीं लिखा हुआ था मैंने उस line पूरा मुझे सही से ही नहीं आता है लेकिन उसका वह मुझे मतलब उसको मैं यह इस तरह से बता रही हूं कि moment को जो सच्चाई मिलती है वह खुद खुदा होता है.</w:t>
      </w:r>
    </w:p>
    <w:p>
      <w:r>
        <w:rPr>
          <w:b/>
        </w:rPr>
        <w:t xml:space="preserve">[06:58] </w:t>
      </w:r>
      <w:r>
        <w:t>jab momin khuda ko aur uske kalam ko woh haqiqate yani sachchai ke taur par pa lega to woh kyon matlab pa lega yani sabse badi hasti hai matlab kahat ko pa lega.</w:t>
      </w:r>
    </w:p>
    <w:p>
      <w:pPr>
        <w:jc w:val="right"/>
      </w:pPr>
      <w:r>
        <w:t>जब मोमीन खुदा को और उसके कलाम को वह हकी खते यानी सच्चाई के तौर पर पा लेगा तो वह क्यों मतलब पा लेगा यानी सबसे बड़ी हस्ती है मतलब काहत को पा लेगा.</w:t>
      </w:r>
    </w:p>
    <w:p>
      <w:r>
        <w:rPr>
          <w:b/>
        </w:rPr>
        <w:t xml:space="preserve">[07:28] </w:t>
      </w:r>
      <w:r>
        <w:t>kyunki uske baad koi cheez na samajh aayegi aur na usko karne ya paane mein koi sukoon ya dilchaspi mil sakti hai. hamalana sahab kehte hain ki jo log masturi cheezon mein ghire hue hon zindagi ki haqeeq hi maroof se mehloom rehte hain. to yahan par ek cheez aur samajh aaye ki aakhirat ka gehra akeeda bhi aadmi ke andar bahut zaroori hona chahiye.</w:t>
      </w:r>
    </w:p>
    <w:p>
      <w:pPr>
        <w:jc w:val="right"/>
      </w:pPr>
      <w:r>
        <w:t>क्योंकि उसके बाद कोई चीज़ ना समझ आएगी और ना उसको करने या पाने में कोई सुकून या दिलचस्पी मिल सकती है. हमालाना साहब कहते हैं कि जो लोग मस्तुरी चीज़ों में घिरे हुए हों ज़िंदगी की हक़ीख़ ही मारफ़ से महलूम रहते हैं. तो यहां पर एक चीज़ और समझ आए कि आख़िरत का गहरा अकेदा भी आदमी के अंदर बहुत ज़रूरी होना चाहिए.</w:t>
      </w:r>
    </w:p>
    <w:p>
      <w:r>
        <w:rPr>
          <w:b/>
        </w:rPr>
        <w:t xml:space="preserve">[07:52] </w:t>
      </w:r>
      <w:r>
        <w:t>kyunki sachchai aur ikhlaas ki qeemat uski value aakhirat ke akele se hi humko milti hai.</w:t>
      </w:r>
    </w:p>
    <w:p>
      <w:pPr>
        <w:jc w:val="right"/>
      </w:pPr>
      <w:r>
        <w:t>क्योंकि सच्चाई और इख़िलास की क़ीमत उसकी value आख़िरत के अकेले से ही हमको मिलती है.</w:t>
      </w:r>
    </w:p>
    <w:p>
      <w:r>
        <w:rPr>
          <w:b/>
        </w:rPr>
        <w:t xml:space="preserve">[07:57] </w:t>
      </w:r>
      <w:r>
        <w:t>hum yeh maan paate hain ke aakhirat mein yaani ke jhoot aur fareb ya duniya ka koi bhi</w:t>
      </w:r>
    </w:p>
    <w:p>
      <w:pPr>
        <w:jc w:val="right"/>
      </w:pPr>
      <w:r>
        <w:t>हम यह मान पाते हैं कि आख़िरत में यानी कि झूठ और फ़रेब या दुनिया का कोई भी</w:t>
      </w:r>
    </w:p>
    <w:p>
      <w:r>
        <w:rPr>
          <w:b/>
        </w:rPr>
        <w:t xml:space="preserve">[08:02] </w:t>
      </w:r>
      <w:r>
        <w:t>jaa'el ya maal aakhirat mein hamein kaamyaab nahi kar sakta.</w:t>
      </w:r>
    </w:p>
    <w:p>
      <w:pPr>
        <w:jc w:val="right"/>
      </w:pPr>
      <w:r>
        <w:t>जाएल या मल आख़िरत में हमें कामयाब नहीं कर सकता.</w:t>
      </w:r>
    </w:p>
    <w:p>
      <w:r>
        <w:rPr>
          <w:b/>
        </w:rPr>
        <w:t xml:space="preserve">[08:07] </w:t>
      </w:r>
      <w:r>
        <w:t>to yeh mere khayal chhoti si learning thi.</w:t>
      </w:r>
    </w:p>
    <w:p>
      <w:pPr>
        <w:jc w:val="right"/>
      </w:pPr>
      <w:r>
        <w:t>तो यह मेरे ख्याल छोटी सी learning थी.</w:t>
      </w:r>
    </w:p>
    <w:p>
      <w:r>
        <w:rPr>
          <w:b/>
        </w:rPr>
        <w:t xml:space="preserve">[08:12] </w:t>
      </w:r>
      <w:r>
        <w:t>Jazaaakillah aap?</w:t>
      </w:r>
    </w:p>
    <w:p>
      <w:pPr>
        <w:jc w:val="right"/>
      </w:pPr>
      <w:r>
        <w:t>जिज़्ज़ा करना आपा?</w:t>
      </w:r>
    </w:p>
    <w:p>
      <w:r>
        <w:rPr>
          <w:b/>
        </w:rPr>
        <w:t xml:space="preserve">[08:17] </w:t>
      </w:r>
      <w:r>
        <w:t>Aapne bahut achhe se baatein kiya hai is article ko.</w:t>
      </w:r>
    </w:p>
    <w:p>
      <w:pPr>
        <w:jc w:val="right"/>
      </w:pPr>
      <w:r>
        <w:t>आपने बहुत अच्छे से बातें किया है इस article को.</w:t>
      </w:r>
    </w:p>
    <w:p>
      <w:r>
        <w:rPr>
          <w:b/>
        </w:rPr>
        <w:t xml:space="preserve">[08:23] </w:t>
      </w:r>
      <w:r>
        <w:t>jahan tak main samajh paai hoon us article mein ki aaj jo muslim ka culture hai, basically what is written in the article is supposed mostly about the culture of what muslims are practicing these days.</w:t>
      </w:r>
    </w:p>
    <w:p>
      <w:pPr>
        <w:jc w:val="right"/>
      </w:pPr>
      <w:r>
        <w:t>जहां तक मैं समझ पाई हूं उस article में कि आज जो मुस्लिम का culture है, basically what is written in the article is supposed mostly about the culture of what मुस्लिमs are practicing these days.</w:t>
      </w:r>
    </w:p>
    <w:p>
      <w:r>
        <w:rPr>
          <w:b/>
        </w:rPr>
        <w:t xml:space="preserve">[08:36] </w:t>
      </w:r>
      <w:r>
        <w:t>in ismein do cheezen batai hain yeh quality of quantity aur zyada tar musalman jo main apne haan jo jo jitne log yahan par maujood hain yeh jaante honge bahut achhe se ki aaj jo musalman jo apni practices islamic practices karta hai, quantity ki dhoom hai aur quality ka unke upar ya to tasawwur nahi hai ya is baat ko bahut zyada ignore karte hain.</w:t>
      </w:r>
    </w:p>
    <w:p>
      <w:pPr>
        <w:jc w:val="right"/>
      </w:pPr>
      <w:r>
        <w:t>इन इसमें दो चीज़ें बताई हैं यह quality of quantity और ज़्यादातर मुसलमान जो मैं अपने हां जो जो जितने लोग यहां पर मौजूद हैं यह जानते होंगे बहुत अच्छे से कि आज जो मुसलमान जो अपनी practices इस्लामic practices करता है, quantity की धूम है और quality का उनके ऊपर या तो तस्वोर नहीं है या इस बात को बहुत ज़्यादा ignore करते हैं.</w:t>
      </w:r>
    </w:p>
    <w:p>
      <w:r>
        <w:rPr>
          <w:b/>
        </w:rPr>
        <w:t xml:space="preserve">[09:01] </w:t>
      </w:r>
      <w:r>
        <w:t>aap jisse bhi baat karein aapko aise hi mehsoos hoga ki unke namazon ki aur unke rozon ki aur unke hajon ki ek ek quantity maujood hai. woh bahut maqayda is baat ko apne discussion mein batate hain logon ko. humne itni baar haj ki. aaj hi subah mein meri se discussion ho rahi thi. woh qaza-e-umri namaz ke bare mein aur roza ke bare mein ki main itna roza rakhti hoon aur haj itna log karte hain.</w:t>
      </w:r>
    </w:p>
    <w:p>
      <w:pPr>
        <w:jc w:val="right"/>
      </w:pPr>
      <w:r>
        <w:t>आप जिससे भी बात करें आपको ऐसे ही महसूस होगा कि उनके नमाज़ों की और उनके रोज़ों की और उनके हजों की एक एक quantity मौजूद है. वह बहुत मकायदा इस बात को अपने discussion में बताते हैं लोगों को. हमने इतनी बार हज की. आज ही सुबह में मेरी से discussion हो रही थी. वह कज़ाए उम्री नमाज़ के बारे में और रोज़ा के बारे में कि मैं इतना रोज़ा रखती हूं और हज इतना लोग करते हैं.</w:t>
      </w:r>
    </w:p>
    <w:p>
      <w:r>
        <w:rPr>
          <w:b/>
        </w:rPr>
        <w:t xml:space="preserve">[09:30] </w:t>
      </w:r>
      <w:r>
        <w:t>to yeh sab saari cheezen main samajhti hoon ki yeh sab quantity based hai aur yeh wahi insaan kar sakta hai. in tamam cheezon ka base wahi hai uday marfat. jis insaan ko marfat mil gayi woh to automatically yeh line seedhi ho jayegi. har insaan ki zindagi. marfat mil gayi to woh quantity mein kabhi nahi fasega. woh basically uski life focused hogi quality par.</w:t>
      </w:r>
    </w:p>
    <w:p>
      <w:pPr>
        <w:jc w:val="right"/>
      </w:pPr>
      <w:r>
        <w:t>तो यह सब सारी चीज़ें मैं समझती हूं कि यह सब quantity based है और यह वही इंसान कर सकता है. इन तमाम चीज़ों का base वही है उदाय मार्पत. जिस इंसान को मार्पत मिल गई वह तो automatically यह line सीधी हो जाएगी. हर इंसान की ज़िंदगी. मार्पत मिल गई तो वह quantity में कभी नहीं फ़ंसेगा. वह basically उसकी life focused होगी quality पर.</w:t>
      </w:r>
    </w:p>
    <w:p>
      <w:r>
        <w:rPr>
          <w:b/>
        </w:rPr>
        <w:t xml:space="preserve">[09:54] </w:t>
      </w:r>
      <w:r>
        <w:t>to main invite karti hoon doctor safeena ko is article par apna learnings ko share karne ke liye. bismillahir rahmani rahim. aaj ka yeh article padhkar main samajh paai hoon ki har cheez ki ek zahiri shakal hai aur ek uska asal hai. Maulana sahab ne isi baat ko yahan focus kiya hai.</w:t>
      </w:r>
    </w:p>
    <w:p>
      <w:pPr>
        <w:jc w:val="right"/>
      </w:pPr>
      <w:r>
        <w:t>तो मैं invite करती हूं doctor सफ़ीना को इस article पर अपना learnings को share करने के लिए. बिस्मिल्लाही रेहमानी रहीम. आज का यह article पढ़कर मैं समझ पाई हूं कि हर चीज़ की एक जाहिरी शक्ल है और एक उसका असल है. मोलाना साहब ने इसी बात को यहां focus किया है.</w:t>
      </w:r>
    </w:p>
    <w:p>
      <w:r>
        <w:rPr>
          <w:b/>
        </w:rPr>
        <w:t xml:space="preserve">[10:24] </w:t>
      </w:r>
      <w:r>
        <w:t>Maulana sahab ne bataya hai ki deen ka ek qualitative aspect hai aur ek quantitative aspect hai aur Maulana sahab hamesha yeh kehte the ki ek real hai aur ek relative hai. woh kabhi yeh nahi kehte the ek less important hai. dono important hain magar real part uski quality hai aur relative part uski quantity hai. to yeh yeh jo aajkal phenomena dekhne mein aata jaise shabina aap bata rahi hain.</w:t>
      </w:r>
    </w:p>
    <w:p>
      <w:pPr>
        <w:jc w:val="right"/>
      </w:pPr>
      <w:r>
        <w:t>मोलाना साहब ने बताया है कि दीन का एक qualitative aspect है और एक quantitative aspect है और मोलाना साहब हमेशा यह कहते थे कि एक real है और एक relative है. वह कभी यह नहीं कहते थे एक less important है. दोनों important हैं मगर real part उसकी quality है और relative part उसकी quantity है. तो यह यह जो आजकल phenomena देखने में आता जैसे शबीना आप बता रही हैं.</w:t>
      </w:r>
    </w:p>
    <w:p>
      <w:r>
        <w:rPr>
          <w:b/>
        </w:rPr>
        <w:t xml:space="preserve">[10:51] </w:t>
      </w:r>
      <w:r>
        <w:t>Maulana sahab hamesha yeh kehte the ki daur-e-zawaal ka phenomena hai. daur-e-zawaal mein yeh hota hai ki zahiri shakal ki dhoom ho jati hai aur unki agar main ek line put karoon tasfeer-e-quran se to woh likhte hain ki jo ihtimam deen ki manvi haqiqaton mein karna chahiye wahi ihtimam log zahiri adab mein karne lagte hain. to hamari jo priority hai woh change hone lagti hai.</w:t>
      </w:r>
    </w:p>
    <w:p>
      <w:pPr>
        <w:jc w:val="right"/>
      </w:pPr>
      <w:r>
        <w:t>मलाना साहब हमेशा यह कहते थे कि दौरेज़वाल का phenomena है. दौरेज़वाल में यह होता है कि जाहिरी शक्ल की धूम हो जाती है और उनकी अगर मैं एक line put करूं तस्कीरों कुरान से तो वह लिखते हैं कि जो अहित्माम दीन की मानवीय हकेकतों में करना चाहिए वही अहित्माम लोग जाहिरी आदाब में करने लगते हैं. तो हमारी जो priority है वह change होने लगती है.</w:t>
      </w:r>
    </w:p>
    <w:p>
      <w:r>
        <w:rPr>
          <w:b/>
        </w:rPr>
        <w:t xml:space="preserve">[11:18] </w:t>
      </w:r>
      <w:r>
        <w:t>hum zahiri cheezon ka ihtimam zyada karne lagte hain daur-e-zawaal mein. iske nateeje mein kya hai ki zahiri jo deen ke forms hain woh bahut saare ban jate hain aur unnecessary additions ho jate hain deen mein uske form ko lekar aur log usmein itne extremist ho jate hain kai dafa, kai dafa usmein ghulu karne lagte hain ki tashaddudta bhi aa jati hai, nau'bat aa jati hai.</w:t>
      </w:r>
    </w:p>
    <w:p>
      <w:pPr>
        <w:jc w:val="right"/>
      </w:pPr>
      <w:r>
        <w:t>हम ज़ाहिरी चीज़ों का ऐत्मान ज़्यादा करने लगते हैं दौरे सवाल में. इसके नतीजे में क्या है कि ज़ाहिरी जो दीन के forms हैं वह बहुत सारे वन जाते हैं और unnecessary additions हो जाते हैं दीन में उसके form को लेकर और लोग उसमें इतने extremist हो जाते हैं कई दफा, कई दफा उसमें गुलू करने लगते हैं कि त्षद्दुत्ता भी आ जाती है, नौबत आ जाती है.</w:t>
      </w:r>
    </w:p>
    <w:p>
      <w:r>
        <w:rPr>
          <w:b/>
        </w:rPr>
        <w:t xml:space="preserve">[11:43] </w:t>
      </w:r>
      <w:r>
        <w:t>to yeh saare jo yeh sara jo phenomena hai daur-e-zawaal ka yeh asal mein Maulana sahab ne samjhaya tasfeer-e-quran mein kai jagah aapne bhi padha hoga ki form based deen jo hai woh basically humein allah ke darr se khaali kar deta hai. kyunki hamare andar se woh spirit gayab ho jati hai jo spirit jo allah se jo'dne ki hai, jo khushoo hai, jo modesty hai, woh woh cheez to khatam ho jati hai.</w:t>
      </w:r>
    </w:p>
    <w:p>
      <w:pPr>
        <w:jc w:val="right"/>
      </w:pPr>
      <w:r>
        <w:t>तो यह सारे जो यह सारा जो phenomena है दौरेज़वाल का यह असल में मुलाना साहब नहीं समझाया तस्कीर और कुरान में कई जगह आपने भी पढ़ा होगा कि form based दीन जो है वह basically हमें अल्लाह के डर से खाली कर देता है. क्योंकि हमारे अंदर से वह spirit गायब हो जाती है जो spirit जो अल्लाह से जोड़ने की है, जो खुशू है, जो modesty है, वह वह चीज़ तो खत्म हो जाती है.</w:t>
      </w:r>
    </w:p>
    <w:p>
      <w:r>
        <w:rPr>
          <w:b/>
        </w:rPr>
        <w:t xml:space="preserve">[12:11] </w:t>
      </w:r>
      <w:r>
        <w:t>hamara sara dhyan shaitan is cheez par laga deta hai ki hum aise rituals mein apne aap ko, apni energy ko woh kar dein, serve kar dein ki hum un rituals ko ada karke ek satisfied feeling mein aa jayen ki haan humne kaam apna deeni fariza anjaam de diya. humne sau nafil padh li, do sau nafil padh li.</w:t>
      </w:r>
    </w:p>
    <w:p>
      <w:pPr>
        <w:jc w:val="right"/>
      </w:pPr>
      <w:r>
        <w:t>हमारा सारा ध्यान शैतान इस चीज़ पर लगा देता है कि हम ऐसे rituals में अपने आप को, अपनी energy को वह कर दें, serve कर दें कि हम उन rituals को अदा करके एक satisfied feeling में आ जाएं कि हां हमने काम अपना दीनी फरीज़ा अंजाम दे दिया. हमने सौ नफिल पढ़ ली, दो सौ नफिल पढ़ ली.</w:t>
      </w:r>
    </w:p>
    <w:p>
      <w:r>
        <w:rPr>
          <w:b/>
        </w:rPr>
        <w:t xml:space="preserve">[12:31] </w:t>
      </w:r>
      <w:r>
        <w:t>hum andar se mutma'een ho jaate hain to woh Khuda ka khauf jo hai woh jo hamein mutma'een</w:t>
      </w:r>
    </w:p>
    <w:p>
      <w:pPr>
        <w:jc w:val="right"/>
      </w:pPr>
      <w:r>
        <w:t>हम अंदर से मुत्मईन हो जाते हैं तो वह खुदा का खौफ जो है वह जो हमें मुत्मईन</w:t>
      </w:r>
    </w:p>
    <w:p>
      <w:r>
        <w:rPr>
          <w:b/>
        </w:rPr>
        <w:t xml:space="preserve">[12:41] </w:t>
      </w:r>
      <w:r>
        <w:t>nahi hone deta, jo hamein har waqt ek andar se bechaini rakhta hai woh khatm ho jaata hai</w:t>
      </w:r>
    </w:p>
    <w:p>
      <w:pPr>
        <w:jc w:val="right"/>
      </w:pPr>
      <w:r>
        <w:t>नहीं होने देता, जो हमें हर वक्त एक अंदर से बेचैनी रखता है वह खत्म हो जाता है</w:t>
      </w:r>
    </w:p>
    <w:p>
      <w:r>
        <w:rPr>
          <w:b/>
        </w:rPr>
        <w:t xml:space="preserve">[12:52] </w:t>
      </w:r>
      <w:r>
        <w:t>aur yeh bechaini mujhe lagta hai hamare liye har waqt hamari spirit ko jagaye rakhne ke liye, hamare</w:t>
      </w:r>
    </w:p>
    <w:p>
      <w:pPr>
        <w:jc w:val="right"/>
      </w:pPr>
      <w:r>
        <w:t>और यह बेचैनी मुझे लगता है हमारे लिए हर वक्त हमारी spirit को जगाए रखने के लिए, हमारे</w:t>
      </w:r>
    </w:p>
    <w:p>
      <w:r>
        <w:rPr>
          <w:b/>
        </w:rPr>
        <w:t xml:space="preserve">[13:03] </w:t>
      </w:r>
      <w:r>
        <w:t>imaan ko badhane ke liye har waqt zaroori hai aur jahan hamare andar yeh contentment aa jayega ibadat</w:t>
      </w:r>
    </w:p>
    <w:p>
      <w:pPr>
        <w:jc w:val="right"/>
      </w:pPr>
      <w:r>
        <w:t>ईमान को बढ़ाने के लिए हर वक्त ज़रूरी है और जहां हमारे अंदर यह contentment आ जाएगा इबादत</w:t>
      </w:r>
    </w:p>
    <w:p>
      <w:r>
        <w:rPr>
          <w:b/>
        </w:rPr>
        <w:t xml:space="preserve">[13:13] </w:t>
      </w:r>
      <w:r>
        <w:t>ko lekar ya apni practices ko lekar, to hamari ibadaten bejaan ho jayengi aur hamara intellectual development bhi</w:t>
      </w:r>
    </w:p>
    <w:p>
      <w:pPr>
        <w:jc w:val="right"/>
      </w:pPr>
      <w:r>
        <w:t>को लेकर या अपनी practices को लेकर, तो हमारी इबादतें बेजान हो जाएंगी और हमारा intellectual development भी</w:t>
      </w:r>
    </w:p>
    <w:p>
      <w:r>
        <w:rPr>
          <w:b/>
        </w:rPr>
        <w:t xml:space="preserve">[13:24] </w:t>
      </w:r>
      <w:r>
        <w:t>khatm ho jayega, ruk jayega.</w:t>
      </w:r>
    </w:p>
    <w:p>
      <w:pPr>
        <w:jc w:val="right"/>
      </w:pPr>
      <w:r>
        <w:t>खत्म हो जाएगा, रुक जाएगा.</w:t>
      </w:r>
    </w:p>
    <w:p>
      <w:r>
        <w:rPr>
          <w:b/>
        </w:rPr>
        <w:t xml:space="preserve">[13:35] </w:t>
      </w:r>
      <w:r>
        <w:t>uski quality kya hai? hum agar dimaag lagakar gaur karein to hum apne liye jab koi kisi se hum impress hote hain ya kisi ko friend banate hain to hum genuine logon ko talash karte hain jo dil se hamare saath hon.</w:t>
      </w:r>
    </w:p>
    <w:p>
      <w:pPr>
        <w:jc w:val="right"/>
      </w:pPr>
      <w:r>
        <w:t>उसकी quality क्या है? हम अगर दिमाग लगाकर गौर करें तो हम अपने लिए जब कोई किसी से हम impress होते हैं या किसी को friend बनाते हैं तो हम genuine लोगों को तलाश करते हैं जो दिल से हमारे साथ हों.</w:t>
      </w:r>
    </w:p>
    <w:p>
      <w:r>
        <w:rPr>
          <w:b/>
        </w:rPr>
        <w:t xml:space="preserve">[14:04] </w:t>
      </w:r>
      <w:r>
        <w:t>kya allah taala usse impress honge ya allah taala us cheez ko pasand karenge? yeh to bahut zyada agar hum basic cheez sochkar dekhein to jab insaan yeh cheez pasand nahi karta ki uske saath koi fake kaam karein to allah taala kaise is cheez ko accept kar sakte hain.</w:t>
      </w:r>
    </w:p>
    <w:p>
      <w:pPr>
        <w:jc w:val="right"/>
      </w:pPr>
      <w:r>
        <w:t>क्या अल्लाह ताला उससे impress होंगे या अल्लाह ताला उस चीज़ को पसंद करेंगे? यह तो बहुत ज़्यादा अगर हम basic चीज़ सोचकर देखें तो जब इंसान यह चीज़ पसंद नहीं करता कि उसके साथ कोई fake काम करें तो उल्लाह ताला कैसे इस चीज़ को accept कर सकते हैं.</w:t>
      </w:r>
    </w:p>
    <w:p>
      <w:r>
        <w:rPr>
          <w:b/>
        </w:rPr>
        <w:t xml:space="preserve">[14:22] </w:t>
      </w:r>
      <w:r>
        <w:t>to mujhe lagta hai ki kahin na kahin hum log kyunki dimaag ka istemal nahi karte, gaur nahi karte, sochte nahi hain to yeh cheezen hamare andar badhti chali jati hain aur hum deen ko ek rasm aur rivaj tak mehdood kar dete hain. yeh burai itni zyada kharab hai ki hamara matlab matlab aql ka istemal hai wahi humein insaan banata hai.</w:t>
      </w:r>
    </w:p>
    <w:p>
      <w:pPr>
        <w:jc w:val="right"/>
      </w:pPr>
      <w:r>
        <w:t>तो मुझे लगता है कि कहीं ना कहीं हम लोग क्योंकि दिमाग का इस्तेमाल नहीं करते, गौर नहीं करते, सोचते नहीं है तो यह चीज़ें हमारे अंदर बढ़ती चली जाती हैं और हम दीन को एक रस्म और रिवाज तक मेदूद कर देते हैं. यह बुराई इतनी ज़्यादा ख़राब है कि हमारा मतलब मतलब अक्ल का इस्तेमाल है वही हमें इंसान बनाता है.</w:t>
      </w:r>
    </w:p>
    <w:p>
      <w:r>
        <w:rPr>
          <w:b/>
        </w:rPr>
        <w:t xml:space="preserve">[14:48] </w:t>
      </w:r>
      <w:r>
        <w:t>kyunki insaan ke paas hi aql hai aur agar hum usko istemal nahi kar rahe to kahin na kahin hum us us position se hat rahe hain. i mean, insaniyat ki position se hat rahe hain. haiwaniyat ki position mein aa rahe hain. to yahan par main yeh bhi kehna chahungi ki agar hum apne gaur fikr karein aur mahaswa karein to hamari namaz sirf uthth baithak nahi rahegi.</w:t>
      </w:r>
    </w:p>
    <w:p>
      <w:pPr>
        <w:jc w:val="right"/>
      </w:pPr>
      <w:r>
        <w:t>क्योंकि इंसान के पास ही अक्ल है और अगर हम उसको इस्तेमाल नहीं कर रहे तो कहीं ना कहीं हम उस उस position से हट रहे हैं. I mean, इंसानियत की position से हट रहे हैं. हैवानियत की position में आ रहे हैं. तो यहां पर मैं यह भी कहना चाहूंगी कि अगर हम अपने गौर फ़िक्र करें और महासवा करें तो हमारी नमाज़ सिर्फ उठठ बैठक नहीं रहेगी.</w:t>
      </w:r>
    </w:p>
    <w:p>
      <w:r>
        <w:rPr>
          <w:b/>
        </w:rPr>
        <w:t xml:space="preserve">[15:08] </w:t>
      </w:r>
      <w:r>
        <w:t>woh hamare andar modesty aur hamari personality ko bahut zyada khase banayegi aur hamare sajde humein allah ke kareeb lekar jayenge. roza humein sirf bhook pyas nahi dega balki humein apni buraiyon ko rokne ke liye bhi power dega.</w:t>
      </w:r>
    </w:p>
    <w:p>
      <w:pPr>
        <w:jc w:val="right"/>
      </w:pPr>
      <w:r>
        <w:t>वह हमारे अंदर modesty और हमारी personality को बहुत ज़्यादा खाशे बनाएगी और हमारे सजदे हमें अल्लाह के करीब लेकर जाएंगे. रोज़ा हमें सिर्फ भूख प्यास नहीं देगा बल्कि हमें अपनी बुराइयों को रोकने के लिए भी power देगा.</w:t>
      </w:r>
    </w:p>
    <w:p>
      <w:r>
        <w:rPr>
          <w:b/>
        </w:rPr>
        <w:t xml:space="preserve">[15:24] </w:t>
      </w:r>
      <w:r>
        <w:t>hamein self control ki hamari zaroorat mein jitna hai usko chhodkar hum baqi sab allah ki raamen de dein.</w:t>
      </w:r>
    </w:p>
    <w:p>
      <w:pPr>
        <w:jc w:val="right"/>
      </w:pPr>
      <w:r>
        <w:t>हमें self control की हमारी ज़रूरत में जितना है उसको छोड़कर हम बाकी सब अल्लाह की रामें दे दें.</w:t>
      </w:r>
    </w:p>
    <w:p>
      <w:r>
        <w:rPr>
          <w:b/>
        </w:rPr>
        <w:t xml:space="preserve">[15:55] </w:t>
      </w:r>
      <w:r>
        <w:t>to hamari jo spirit badhne se hamari har, har activity par itna zyada uski quality par asar padega. aise allah ka zikr hum log sirf lip service ke taur par nahi karenge balki har waqt hum uski yaad mein doobe rahenge. dua ke liye jab hum haath uthayenge to rati ratai duaen nahi padhenge. balki hum allah se creative dua karenge aur woh dua hamare dil se niklegi jo allah ki marzi ko invoke karein.</w:t>
      </w:r>
    </w:p>
    <w:p>
      <w:pPr>
        <w:jc w:val="right"/>
      </w:pPr>
      <w:r>
        <w:t>तो हमारी जो spirit बढ़ने से हमारी हर, हर activity पर इतना ज़्यादा उसकी quality पर असर पड़ेगा. ऐसे अल्लाह का ज़िक्र हम लोग सिर्फ lip service के तौर पर नहीं करेंगे बल्कि हर वक्त हम उसकी याद में डूबे रहेंगे. दुआ के लिए जब हम हाथ उठाएंगे तो रटी रटाई दुआएं नहीं पड़ेंगे. बल्कि हम अल्लाह से creative दुआ करेंगे और वह दुआ हमारे दिल से निकलेंगी जो अल्लाह की मर्ज़ी को invoke करें.</w:t>
      </w:r>
    </w:p>
    <w:p>
      <w:r>
        <w:rPr>
          <w:b/>
        </w:rPr>
        <w:t xml:space="preserve">[16:22] </w:t>
      </w:r>
      <w:r>
        <w:t>to mujhe lagta hai ki aisi deendari Allah ko matlab hogi jo ki hum poore poori apni wajood</w:t>
      </w:r>
    </w:p>
    <w:p>
      <w:pPr>
        <w:jc w:val="right"/>
      </w:pPr>
      <w:r>
        <w:t>तो मुझे लगता है कि ऐसी दीनदारी अल्लाह को मतलब होगी जो कि हम पूरे पूरी अपनी वजूद</w:t>
      </w:r>
    </w:p>
    <w:p>
      <w:r>
        <w:rPr>
          <w:b/>
        </w:rPr>
        <w:t xml:space="preserve">[16:32] </w:t>
      </w:r>
      <w:r>
        <w:t>ko usmein laga dein.</w:t>
      </w:r>
    </w:p>
    <w:p>
      <w:pPr>
        <w:jc w:val="right"/>
      </w:pPr>
      <w:r>
        <w:t>को उसमें लगा दें.</w:t>
      </w:r>
    </w:p>
    <w:p>
      <w:r>
        <w:rPr>
          <w:b/>
        </w:rPr>
        <w:t xml:space="preserve">[16:43] </w:t>
      </w:r>
      <w:r>
        <w:t>sirf apne apne uski physical body mein na rahe balki woh poori spirit ke saath usmein involve ho</w:t>
      </w:r>
    </w:p>
    <w:p>
      <w:pPr>
        <w:jc w:val="right"/>
      </w:pPr>
      <w:r>
        <w:t>सिर्फ़ अपने अपनी उसकी physical body में ना रहे बल्कि वह पूरी spirit के साथ उसमें involve हो</w:t>
      </w:r>
    </w:p>
    <w:p>
      <w:r>
        <w:rPr>
          <w:b/>
        </w:rPr>
        <w:t xml:space="preserve">[16:54] </w:t>
      </w:r>
      <w:r>
        <w:t>jayen aur main samajhti hoon ki yahi aql ka bhi takaza hai.</w:t>
      </w:r>
    </w:p>
    <w:p>
      <w:pPr>
        <w:jc w:val="right"/>
      </w:pPr>
      <w:r>
        <w:t>जाएं और मैं समझती हूं कि यही अक्ल का भी तकाज़ा है.</w:t>
      </w:r>
    </w:p>
    <w:p>
      <w:r>
        <w:rPr>
          <w:b/>
        </w:rPr>
        <w:t xml:space="preserve">[17:05] </w:t>
      </w:r>
      <w:r>
        <w:t>yahi deen ka bhi takaza hai aur bahut achhe se manana sahib ne isko explain kiya.</w:t>
      </w:r>
    </w:p>
    <w:p>
      <w:pPr>
        <w:jc w:val="right"/>
      </w:pPr>
      <w:r>
        <w:t>यही दीन का भी तकाज़ा है और बहुत अच्छे से मनाना साहब ने इसको explain किया.</w:t>
      </w:r>
    </w:p>
    <w:p>
      <w:r>
        <w:rPr>
          <w:b/>
        </w:rPr>
        <w:t xml:space="preserve">[17:16] </w:t>
      </w:r>
      <w:r>
        <w:t>jaza kalla shubina. jaza kalla doctor shubina aapne bahut achhe se bahut saare points ko lekar ke aapne bataya aur bahut achhe se hum logon ko baat samajh mein aayi. main jo last paragraph mein yahan par dekh rahi hoon, religion is the name of internal reality. jo baat aap keh rahi hain, yahan par bahut achhe se ek line likha hua hai, religion is the name of internal reality.</w:t>
      </w:r>
    </w:p>
    <w:p>
      <w:pPr>
        <w:jc w:val="right"/>
      </w:pPr>
      <w:r>
        <w:t>जज़ा किल्ला शुभीना. जज़ा किल्ला doctor शुभीना आपने बहुत अच्छे से बहुत सारे points को लेकर के आपने बताया और बहुत अच्छे से हम लोगों को बात समझ में आई. मैं जो last paragraph में यहां पर देख रही हूं, religion is the name of internal reality. जो बात आप कह रही हैं, यहां पर बहुत अच्छे से एक line लिखा हुआ है, religion is the name of internal reality.</w:t>
      </w:r>
    </w:p>
    <w:p>
      <w:r>
        <w:rPr>
          <w:b/>
        </w:rPr>
        <w:t xml:space="preserve">[17:45] </w:t>
      </w:r>
      <w:r>
        <w:t>therefore any interpretation of religion based on outward appearances of forms will undoubtedly false and following the external aspects of religion is to follow a self made religion not the religion sent by god. yeh poora wazeh karta hai ki jo outward forms mein jo hum religion ko practice karte hain, woh actually woh deen nahi hai. hum deen samajhkar kar rahe hain but actually that is not the deen, that is not the deen, the religion that is sent by god.</w:t>
      </w:r>
    </w:p>
    <w:p>
      <w:pPr>
        <w:jc w:val="right"/>
      </w:pPr>
      <w:r>
        <w:t>Therefore any interpretation of religion based on outward appearances of forms will undoubtedly false and following the external aspects of religion is to follow a self made religion not the religion sent by god. यह पूरा वाज़े करता है कि जो outward forms में जो हम religion को practice करते हैं, वह actually वह दीन नहीं है. हम दीन समझकर कर रहे हैं but actually that is not the दीन, that is not the दीन, the religion that is sent by God.</w:t>
      </w:r>
    </w:p>
    <w:p>
      <w:r>
        <w:rPr>
          <w:b/>
        </w:rPr>
        <w:t xml:space="preserve">[18:14] </w:t>
      </w:r>
      <w:r>
        <w:t>that is our own self made religion. to main najma wapas se unki learning ko share karne ke liye invite karti hoon. assala wale ko? walekum assalaam. ismein laahir rahman a rahim. aap logon ne bahut achhi tarah se kaafi kuch clear kiya. meri bhi almost yahi learning hai.</w:t>
      </w:r>
    </w:p>
    <w:p>
      <w:pPr>
        <w:jc w:val="right"/>
      </w:pPr>
      <w:r>
        <w:t>That is our own self made religion. तो मैं नजमा वापस से उनकी learning को share करने के लिए invite करती हूं. अस्सलाह वाले को? वालिक मस्लाह. इसमें लाहिर रहमान ए रहेन. आप लोगों ने बहुत अच्छी तरह से काफी कुछ clear किया. मेरी भी almost यही learning है.</w:t>
      </w:r>
    </w:p>
    <w:p>
      <w:r>
        <w:rPr>
          <w:b/>
        </w:rPr>
        <w:t xml:space="preserve">[18:38] </w:t>
      </w:r>
      <w:r>
        <w:t>to Maulana ne is article par deen ki quantitative and qualitative aspects ko discuss kiya hai aur unhone yeh bhi kaha hai ki itni muslim jamaten hain waise to bahut different hai ek doosre se.</w:t>
      </w:r>
    </w:p>
    <w:p>
      <w:pPr>
        <w:jc w:val="right"/>
      </w:pPr>
      <w:r>
        <w:t>तो मौलाना ने इस article पर दीन की quantitative and qualitative aspects को discuss किया है और उन्होंने यह भी कहा है कि इतनी मुस्लिम जमाते हैं वैसे तो बहुत different है एक दूसरे से.</w:t>
      </w:r>
    </w:p>
    <w:p>
      <w:r>
        <w:rPr>
          <w:b/>
        </w:rPr>
        <w:t xml:space="preserve">[18:54] </w:t>
      </w:r>
      <w:r>
        <w:t>lekin ek cheez mein woh common hai ki woh jab apne ko judge karti hain to woh quantitative basis par karti hain aur woh kehte hain ki yahi unki gumrahi ka yahi nuksan hai aur gumrahi ki jad bhi hai yeh. to yeh baat humein baar baar sab jab hum padhte hain to dil mein aur internalize hoti hai.</w:t>
      </w:r>
    </w:p>
    <w:p>
      <w:pPr>
        <w:jc w:val="right"/>
      </w:pPr>
      <w:r>
        <w:t>लेकिन एक चीज़ में वह common है कि वह जब अपने को judge करती हैं तो वह quantitative basis पर करती हैं और वह कहते हैं कि यही उनकी गुमराही का यही नुकसान है और गुमराही की जड़ भी है यह. तो यह बात हमें बार बार सब जब हम पढ़ते हैं तो दिल में और internalize होती है.</w:t>
      </w:r>
    </w:p>
    <w:p>
      <w:r>
        <w:rPr>
          <w:b/>
        </w:rPr>
        <w:t xml:space="preserve">[19:18] </w:t>
      </w:r>
      <w:r>
        <w:t>to doosre lafzon mein hum use bahari form ya inner spirit se compare kar sakte hain. jaise aap log bhi sab keh rahe hain. to Maulana ne hamare dimaghon mein yeh baat bahut clear kar di hai.</w:t>
      </w:r>
    </w:p>
    <w:p>
      <w:pPr>
        <w:jc w:val="right"/>
      </w:pPr>
      <w:r>
        <w:t>तो दूसरे लफ्जों में हम उसे बाहरी form या inner spirit से compare कर सकते हैं. जैसे आप लोग भी सब कह रहे हैं. तो मौलाना ने हमारे दिमागों में यह बात बहुत clear कर दी है.</w:t>
      </w:r>
    </w:p>
    <w:p>
      <w:r>
        <w:rPr>
          <w:b/>
        </w:rPr>
        <w:t xml:space="preserve">[19:31] </w:t>
      </w:r>
      <w:r>
        <w:t>to jab hum chemi aati ya quantitative tarike se ya zahiri tarike se dekhte hain ki humne kitni</w:t>
      </w:r>
    </w:p>
    <w:p>
      <w:pPr>
        <w:jc w:val="right"/>
      </w:pPr>
      <w:r>
        <w:t>तो जब हम chemi आती या quantitative तरीके से या जाहिरी तरीके से देखते हैं कि हमने कितनी</w:t>
      </w:r>
    </w:p>
    <w:p>
      <w:r>
        <w:rPr>
          <w:b/>
        </w:rPr>
        <w:t xml:space="preserve">[19:41] </w:t>
      </w:r>
      <w:r>
        <w:t>naflen padhni, kitne sipparein khatm kar liye bagair samjhe hue kitni baar yeh padh liya, kitni baar woh</w:t>
      </w:r>
    </w:p>
    <w:p>
      <w:pPr>
        <w:jc w:val="right"/>
      </w:pPr>
      <w:r>
        <w:t>नफलें पढ़नी, कितने सिप्पारें खत्म कर लिए बगैर समझे हुए कितनी बार यह पढ़ लिया, कितनी बार वह</w:t>
      </w:r>
    </w:p>
    <w:p>
      <w:r>
        <w:rPr>
          <w:b/>
        </w:rPr>
        <w:t xml:space="preserve">[19:51] </w:t>
      </w:r>
      <w:r>
        <w:t>padh liya to usko hum aasani se naap toal sakte hain ki humne kya kya kar liya inner</w:t>
      </w:r>
    </w:p>
    <w:p>
      <w:pPr>
        <w:jc w:val="right"/>
      </w:pPr>
      <w:r>
        <w:t>पढ़ लिया तो उसको हम आसानी से नाप तोल सकते हैं कि हमने क्या क्या कर लिया inner</w:t>
      </w:r>
    </w:p>
    <w:p>
      <w:r>
        <w:rPr>
          <w:b/>
        </w:rPr>
        <w:t xml:space="preserve">[20:01] </w:t>
      </w:r>
      <w:r>
        <w:t>spirit ke hisab se veen ki practices ko hum</w:t>
      </w:r>
    </w:p>
    <w:p>
      <w:pPr>
        <w:jc w:val="right"/>
      </w:pPr>
      <w:r>
        <w:t>spirit के हिसाब से वीण की practices को हम</w:t>
      </w:r>
    </w:p>
    <w:p>
      <w:r>
        <w:rPr>
          <w:b/>
        </w:rPr>
        <w:t xml:space="preserve">[20:11] </w:t>
      </w:r>
      <w:r>
        <w:t>to use napra toalna hamesha insaan ko fikr rehti hai ki Allah jab khauf rehta hai, dar lagta hai ki hum aur achhe amal karen aur kuch aur achhe amal karne ki tayyari karte rahen. to woh ekdam se hum gaafil nahin ho jaate.</w:t>
      </w:r>
    </w:p>
    <w:p>
      <w:pPr>
        <w:jc w:val="right"/>
      </w:pPr>
      <w:r>
        <w:t>तो उसे नापड़ा तोलना हमेशा इंसान को फ़िक्र रहती है कि अल्लाह जब खौफ रहता है, डर लगता है कि हम और अच्छे अमल करें और कुछ और अच्छे अमल करने की तैयारी करते रहें. तो वह एकदम से हम गाफिल नहीं हो जाते.</w:t>
      </w:r>
    </w:p>
    <w:p>
      <w:r>
        <w:rPr>
          <w:b/>
        </w:rPr>
        <w:t xml:space="preserve">[20:37] </w:t>
      </w:r>
      <w:r>
        <w:t>aise usne hamein sochna padta hai aur bolala likhte hain ki asabe rasool bhi hamesha ladza tarsa rehte hain. woh yeh unhone woh likha hai. to kyunki unke nazdeek jo inner cafete thi, jo inner feeling thi, inner spirit ka naam tha jisko naptoala nahin ja sakta. to aur is wajah se woh hamesha Allah se darte rehte the.</w:t>
      </w:r>
    </w:p>
    <w:p>
      <w:pPr>
        <w:jc w:val="right"/>
      </w:pPr>
      <w:r>
        <w:t>ऐसे उसने हमें सोचना पड़ता है और बोलाला लिखते हैं कि असाबे रसूल भी हमेशा लड़जा तरसा रहते हैं. वह यह उन्होंने वह लिखा है. तो क्योंकि उनके नज़दीक जो inner cafete थी, जो inner feeling थी, inner spirit का नाम था जिसको नापतोला नहीं जा सकता. तो और इस वजह से वह हमेशा अल्लाह से डरते रहते थे.</w:t>
      </w:r>
    </w:p>
    <w:p>
      <w:r>
        <w:rPr>
          <w:b/>
        </w:rPr>
        <w:t xml:space="preserve">[21:07] </w:t>
      </w:r>
      <w:r>
        <w:t>lekin Maulana yeh kehte hain aur yeh bilkul baat sahi lagti hai ki aajkal ke zyadatar pusalaman jo hain woh apni qualitative ya keemyati zehan ki wajah se yeh samajhte hain ki hamein jo kuch karna tha humne kar liya hamara mamla bilkul pakka hai.</w:t>
      </w:r>
    </w:p>
    <w:p>
      <w:pPr>
        <w:jc w:val="right"/>
      </w:pPr>
      <w:r>
        <w:t>लेकिन मौलाना यह कहते हैं और यह बिल्कुल बात सही लगती है कि आजकल के ज़्यादातर पुसलमान जो हैं वह अपनी qualitative या कीमयाती ज़हन की वजह से यह समझते हैं कि हमें जो कुछ करना था हमने कर लिया हमारा मामला बिल्कुल पक्का है.</w:t>
      </w:r>
    </w:p>
    <w:p>
      <w:r>
        <w:rPr>
          <w:b/>
        </w:rPr>
        <w:t xml:space="preserve">[21:27] </w:t>
      </w:r>
      <w:r>
        <w:t>to yahan unhone yeh bhi bataya hai ki yeh siyasi yani political aur missile based aur fazail based, barkat aur ishq e rasool waghera yeh sab zahiri deep ki par based hain. na ki inner spirit ki base par, inner spirit ki basis par nahin hai. to is tarah se deen par chalna ek kuch sakhta deed badh gaya hai aur woh Khuda ka bheja hua deed par ab gayi hai.</w:t>
      </w:r>
    </w:p>
    <w:p>
      <w:pPr>
        <w:jc w:val="right"/>
      </w:pPr>
      <w:r>
        <w:t>तो यहां उन्होंने यह भी बताया है कि यह सियासी यानी political और missile based और फ़ज़ाइल based, बरक़त और इश्क़ ए रसूल वगैरह यह सब जाहिरी दीप की पर based हैं. ना कि inner spirit की base पर, inner spirit की basis पर नहीं है. तो इस तरह से दीन पर चलना एक कुछ साखता दीद बढ़ गया है और वह खुदा का भेजा हुआ दीद पर अब गई है.</w:t>
      </w:r>
    </w:p>
    <w:p>
      <w:r>
        <w:rPr>
          <w:b/>
        </w:rPr>
        <w:t xml:space="preserve">[21:55] </w:t>
      </w:r>
      <w:r>
        <w:t>to isliye hamesha bolana Quran aur hadith ki raushni mein reference dekar har din ki baat batate the aur spirit based ibadaton ke liye encourage karte the aur to Allah se hamari dua hai ki hum zahiri ya khud safata sune sunaye din ko kyunki sune sunaye ki bahut baat hai ki maa ne yeh keh diya, dadi ne yeh keh diya, falane yeh keh diya, falane yeh keh diya to hum kar den.</w:t>
      </w:r>
    </w:p>
    <w:p>
      <w:pPr>
        <w:jc w:val="right"/>
      </w:pPr>
      <w:r>
        <w:t>तो इसलिए हमेशा बोलाना कुरान और हदीज़ की रौशनी में reference देकर हर दिन की बात बताते थे और spirit based इबादतों के लिए encourage करते थे और तो अल्लाह से हमारी दुआ है कि हम ज़ाहिरी या ख़ुद साफ़ता सुने सुनाए दिन को क्योंकि सुने सुनाए की बहुत बात है कि मां ने यह कह दिया, दादी ने यह कह दिया, फलाने यह कह दिया, फलाने यह कह दिया तो हम कर दें.</w:t>
      </w:r>
    </w:p>
    <w:p>
      <w:r>
        <w:rPr>
          <w:b/>
        </w:rPr>
        <w:t xml:space="preserve">[22:24] </w:t>
      </w:r>
      <w:r>
        <w:t>to hum use baghair jaanche usko accept kar lete hain aur yeh jo spirit wala, spirit wale deed ko samajhkar us par chalne ki Allah hamein tafiz de aur ek baat main kehti hoon ki Maulana ke yahan se aane se pehle hum bhi yahi si tarah ke baat karte the ki humne subah namaz padhi, thoda sipara bhi padh liya aur duaen bhi padhne hi ki bas ab kaam par chalo.</w:t>
      </w:r>
    </w:p>
    <w:p>
      <w:pPr>
        <w:jc w:val="right"/>
      </w:pPr>
      <w:r>
        <w:t>तो हम उसे बगैर जांचे उसको accept कर लेते हैं और यह जो spirit वाला, spirit वाले दीद को समझकर उस पर चलने की अल्लाह हमें ताफ़ीज़ दे और एक बात मैं कहती हूं कि मौलाना के यहां से आने से पहले हम भी यही सी तरह के बात करते थे कि हमने सुबह नमाज़ पढ़ी, थोड़ा सिपारा भी पढ़ लिया और दुआएं भी पढ़ने ही कि बस अब काम पर चलो.</w:t>
      </w:r>
    </w:p>
    <w:p>
      <w:r>
        <w:rPr>
          <w:b/>
        </w:rPr>
        <w:t xml:space="preserve">[22:52] </w:t>
      </w:r>
      <w:r>
        <w:t>humne kabhi matlab is tarah se ki deen aur kaam mein deen ko humne har cheez mein nahin milaya. to Maulana ne yahi samjhaya ki aap jo bhi kaam kar rahe ho, jo kaam hum kar rahe hain woh yeh sochkar karen ki yeh hamara hamari zimmedari hai aur is zimmedari ki wajah se to phir usmein beimani nahin aayegi, usmein sahi cheez hogi.</w:t>
      </w:r>
    </w:p>
    <w:p>
      <w:pPr>
        <w:jc w:val="right"/>
      </w:pPr>
      <w:r>
        <w:t>हमने कभी मतलब इस तरह से कि दीन और काम में दीन को हमने हर चीज़ में नहीं मिलाया. तो मोलाना ने यही समझाया कि आप जो भी काम कर रहे हो, जो काम हम कर रहे हैं वह यह सोचकर करें कि यह हमारा हमारी ज़िम्मेदारी है और इस ज़िम्मेदारी की वजह से तो फिर उसमें बेईमानी नहीं आएगी, उसमें सही चीज़ होगी.</w:t>
      </w:r>
    </w:p>
    <w:p>
      <w:r>
        <w:rPr>
          <w:b/>
        </w:rPr>
        <w:t xml:space="preserve">[23:15] </w:t>
      </w:r>
      <w:r>
        <w:t>to maula aur mera khayal hai ki ab zyada tar CPS members jo hain unko spirit aur form ka</w:t>
      </w:r>
    </w:p>
    <w:p>
      <w:pPr>
        <w:jc w:val="right"/>
      </w:pPr>
      <w:r>
        <w:t>तो मौला और मेरा ख्याल है कि अब ज़्यादातर CPS members जो हैं उनको spirit और form का</w:t>
      </w:r>
    </w:p>
    <w:p>
      <w:r>
        <w:rPr>
          <w:b/>
        </w:rPr>
        <w:t xml:space="preserve">[23:22] </w:t>
      </w:r>
      <w:r>
        <w:t>fark bilkul pata chal gaya hai lekin is spirit wali ibadaton ke liye humein hamesha bahut effort karna</w:t>
      </w:r>
    </w:p>
    <w:p>
      <w:pPr>
        <w:jc w:val="right"/>
      </w:pPr>
      <w:r>
        <w:t>फ़र्क बिल्कुल पता चल गया है लेकिन इस spirit वाली बादतों के लिए हमें हमेशा बहुत effort करना</w:t>
      </w:r>
    </w:p>
    <w:p>
      <w:r>
        <w:rPr>
          <w:b/>
        </w:rPr>
        <w:t xml:space="preserve">[23:30] </w:t>
      </w:r>
      <w:r>
        <w:t>padta hai aur humein effort karna chahiye aur isiliye maulana hamesha imaan mein izaafa ki baat ko kehte</w:t>
      </w:r>
    </w:p>
    <w:p>
      <w:pPr>
        <w:jc w:val="right"/>
      </w:pPr>
      <w:r>
        <w:t>पड़ता है और हमें effort करना चाहिए और इसीलिए मौलाना हमेशा ईमान में इज़ाफ़े की बात को कहते</w:t>
      </w:r>
    </w:p>
    <w:p>
      <w:r>
        <w:rPr>
          <w:b/>
        </w:rPr>
        <w:t xml:space="preserve">[23:38] </w:t>
      </w:r>
      <w:r>
        <w:t>the ki imaan mein izaafa karna hai aur izaafa kya karna hai ki Allah ki yaad usse judna,</w:t>
      </w:r>
    </w:p>
    <w:p>
      <w:pPr>
        <w:jc w:val="right"/>
      </w:pPr>
      <w:r>
        <w:t>थे कि ईमान में इज़ाफ़ा करना है और इज़ाफ़ा क्या करना है कि अल्लाह की याद उससे जुड़ना,</w:t>
      </w:r>
    </w:p>
    <w:p>
      <w:r>
        <w:rPr>
          <w:b/>
        </w:rPr>
        <w:t xml:space="preserve">[23:46] </w:t>
      </w:r>
      <w:r>
        <w:t>Allah ko discover karte rehna, maulana har cheez par alag alag lectures lete the ki Allah ki yaad</w:t>
      </w:r>
    </w:p>
    <w:p>
      <w:pPr>
        <w:jc w:val="right"/>
      </w:pPr>
      <w:r>
        <w:t>अल्लाह को discover करते रहना, मौलाना हर चीज़ पर अलग अलग lectures लेते थे कि अल्लाह की याद</w:t>
      </w:r>
    </w:p>
    <w:p>
      <w:r>
        <w:rPr>
          <w:b/>
        </w:rPr>
        <w:t xml:space="preserve">[23:54] </w:t>
      </w:r>
      <w:r>
        <w:t>kaise karo, usse kaise judo, usse discover kaise karo.</w:t>
      </w:r>
    </w:p>
    <w:p>
      <w:pPr>
        <w:jc w:val="right"/>
      </w:pPr>
      <w:r>
        <w:t>कैसे करो, उससे कैसे जुड़ो, उससे discover कैसे करो.</w:t>
      </w:r>
    </w:p>
    <w:p>
      <w:r>
        <w:rPr>
          <w:b/>
        </w:rPr>
        <w:t xml:space="preserve">[24:02] </w:t>
      </w:r>
      <w:r>
        <w:t>to isiliye hamein yeh effort to bahut karna hai aur yeh effort aasan nahin hai. ek din aap pirmaz bahut sochkar padhte hain ki hum Allah ke samne khade hue aur lekin doosre din aisa hota hai ki aap jaldi se namaz padh lete hain.</w:t>
      </w:r>
    </w:p>
    <w:p>
      <w:pPr>
        <w:jc w:val="right"/>
      </w:pPr>
      <w:r>
        <w:t>तो इसीलिए हमें यह effort तो बहुत करना है और यह effort आसान नहीं है. एक दिन आप प्रमाज बहुत सोचकर पढ़ते हैं कि हम अल्लाह के सामने खड़े हुए और लेकिन दूसरे दिन ऐसा होता है कि आप जल्दी से नमाज़ पढ़ लेते हैं.</w:t>
      </w:r>
    </w:p>
    <w:p>
      <w:r>
        <w:rPr>
          <w:b/>
        </w:rPr>
        <w:t xml:space="preserve">[24:18] </w:t>
      </w:r>
      <w:r>
        <w:t>to iske liye hamein continuous spirit ki zaroorat hai ki hum usko samajhkar Allah ki jo pichhli baar humne kaha tha Allah ko bada samajhkar ki woh Allah aisa hai ki jiske haath mein ek mein zameen hai aur aasman hai woh woh kya personality hai? woh kya cheezen jo sabse bada hai? to yeh hum jab realize karte hain tabhi hamari spirit wali spirit wali cheezen hoti hain.</w:t>
      </w:r>
    </w:p>
    <w:p>
      <w:pPr>
        <w:jc w:val="right"/>
      </w:pPr>
      <w:r>
        <w:t>तो इसके लिए हमें continuous spirit की ज़रूरत है कि हम उसको समझकर अल्लाह की जो पिछली बार हमने कहा था अल्लाह को बड़ा समझकर कि वह अल्लाह ऐसा है कि जिसके हाथ में एक में ज़मीन है और आसमान है वह वह क्या personality है? वह क्या चीज़ें जो सबसे बड़ा है? तो यह हम जब realize करते हैं तभी हमारी spirit वाली spirit वाली चीज़ें होती हैं.</w:t>
      </w:r>
    </w:p>
    <w:p>
      <w:r>
        <w:rPr>
          <w:b/>
        </w:rPr>
        <w:t xml:space="preserve">[24:48] </w:t>
      </w:r>
      <w:r>
        <w:t>to Allah se dua hai ki Allah woh hamein is tarah ki vadeta ke hum aur hamesha hamesha fikri rehti hai ki pata nahin hamari baadaten kubool ho rahi hain ya nahin ho rahi hain. to bas Allah hamari aakhirat bez zindagi kare kyunki aakhirat ka sochkar insaan bahut sahi kaam karta hai. jab aakhirat ko bhool jata hai to woh kuch bhi kar leta hai.</w:t>
      </w:r>
    </w:p>
    <w:p>
      <w:pPr>
        <w:jc w:val="right"/>
      </w:pPr>
      <w:r>
        <w:t>तो अल्लाह से दुआ है कि अल्लाह वह हमें इस तरह की वदेता के हम और हमेशा हमेशा फिकड़ी रहती है कि पता नहीं हमारी बादतें कुबूल हो रही हैं या नहीं हो रही हैं. तो बस अल्लाह हमारी आख़िरत बेज़ ज़िंदगी करे क्योंकि आख़िरत का सोचकर इंसान बहुत सही काम करता है. जब आख़िरत को भूल जाता है तो वह कुछ भी कर लेता है.</w:t>
      </w:r>
    </w:p>
    <w:p>
      <w:r>
        <w:rPr>
          <w:b/>
        </w:rPr>
        <w:t xml:space="preserve">[25:11] </w:t>
      </w:r>
      <w:r>
        <w:t>to yeh baat Maulana ne bahut clear kari hai par ek Maulana hi ka main lecture sun rahi thi ki koi aadmi kahin gaya to woh apne buzurg ko yaad karta hai. to hum Maulana ko ek buzurg samajhkar nahin yaad aise kar rahe hain. hum yeh sochkar karte hain ki unhone hamari thinking mein kya kya changes laye hain.</w:t>
      </w:r>
    </w:p>
    <w:p>
      <w:pPr>
        <w:jc w:val="right"/>
      </w:pPr>
      <w:r>
        <w:t>तो यह बात मौलाना ने बहुत clear करी है पर एक मौलाना ही का मैं lecture sun रही थी कि कोई आदमी कहीं गया तो वह अपने बुज़ुर्ग को याद करता है. तो हम मौलाना को एक बुज़ुर्ग समझकर नहीं याद ऐसे कर रहे हैं. हम यह सोचकर करते हैं कि उन्होंने हमारी thinking में क्या क्या changes लाए हैं.</w:t>
      </w:r>
    </w:p>
    <w:p>
      <w:r>
        <w:rPr>
          <w:b/>
        </w:rPr>
        <w:t xml:space="preserve">[25:29] </w:t>
      </w:r>
      <w:r>
        <w:t>is wajah se hum Allah ka shukr karte hain aur unke liye dua karte hain ki Allah jo unhone hamari padat kari hai, hamein real Islam ko samjhane ki, spirit wale ibadat hogi to Allah unki unko uska reward de. jazaar kallah yahi meri learning. jazaar kallah neshma akbar. Thank you for sharing your learning and another paragraph in this article is about the sthabu.</w:t>
      </w:r>
    </w:p>
    <w:p>
      <w:pPr>
        <w:jc w:val="right"/>
      </w:pPr>
      <w:r>
        <w:t>इस वजह से हम अल्लाह का शुक्र करते हैं और उनके लिए दुआ करते हैं कि अल्लाह जो उन्होंने हमारी पदत करी है, हमें real इस्लाम को समझाने की, spirit वाले बादत होगी तो अल्लाह उनकी उनको उसका reward दे. जज़ार कल्लाह यही मेरी learning. जज़ार कल्लाह नेश्मा अकबर. Thank you for sharing your learning and another paragraph in this article is about the स्थाबू.</w:t>
      </w:r>
    </w:p>
    <w:p>
      <w:r>
        <w:rPr>
          <w:b/>
        </w:rPr>
        <w:t xml:space="preserve">[25:58] </w:t>
      </w:r>
      <w:r>
        <w:t>maine kahin par manane ke lecture mein suna tha ki sthabi jo sthaba jo thi unki cairthiyan join karke the woh bahut alag hote the. unse ek sada guna ho jata tha to woh aisa lagta tha ki pahadon ke neeche aa gaye. kyunki yeh kab develop hoga? yeh hamare andar kyun nahin develop hota hai woh time?</w:t>
      </w:r>
    </w:p>
    <w:p>
      <w:pPr>
        <w:jc w:val="right"/>
      </w:pPr>
      <w:r>
        <w:t>मैंने कहीं पर मनाने के lecture में सुना था कि स्थाबी जो स्थाबा जो थी उनकी कैर्थियां join करके थे वह बहुत अलग होते थे. उनसे एक सड़ा गुना हो जाता था तो वह ऐसा लगता था कि पहाड़ों के नीचे आ गए. क्योंकि यह कब develop होगा? यह हमारे अंदर क्यों नहीं develop होता है वह time?</w:t>
      </w:r>
    </w:p>
    <w:p>
      <w:r>
        <w:rPr>
          <w:b/>
        </w:rPr>
        <w:t xml:space="preserve">[26:18] </w:t>
      </w:r>
      <w:r>
        <w:t>kyunki hum quantity based hamari hain aur unki quality aur taqwah unki life mein unki isliye unse kuch bhi agar chhota chhoti si cheez agar galtiyan ho jaati thi to woh log aisa lagta tha ki bhhabhi itna bada guna hoga aur poore usmein Allah se maafi ke isko woh muktala ho jaate the. to yeh sab cheezon ka main dhyan rakhna chahiye. aapne is session mein ladies ke liye open karti hoon apni apni learnings ko share karen.</w:t>
      </w:r>
    </w:p>
    <w:p>
      <w:pPr>
        <w:jc w:val="right"/>
      </w:pPr>
      <w:r>
        <w:t>क्योंकि हम quantity based हमारी हैं और उनकी quality और तकवाह उनकी life में उनकी इसलिए उनसे कुछ भी अगर छोटा छोटी सी चीज़ अगर गलतियां हो जाती थी तो वह लोग ऐसा लगता था कि भाभी इतना बड़ा गुना होगा और पूरे उसमें अल्लाह से माफी के इसको वह मुक्तला हो जाते थे. तो यह सब चीज़ों का मैं ध्यान रखना चाहिए. आपने इस session में ladies के लिए open करती हूं अपनी अपनी learnings को share करें.</w:t>
      </w:r>
    </w:p>
    <w:p>
      <w:r>
        <w:rPr>
          <w:b/>
        </w:rPr>
        <w:t xml:space="preserve">[26:46] </w:t>
      </w:r>
      <w:r>
        <w:t>lekin please dhyan rakhiye ki aap apni learning ko jo bhi share kar rahe hain. woh please to the point aur bahut precise ho. aaj hai woh Sufi aptar sharira. Sufi aptar to hai hum main bata rahi thi ki woh Sufi aptar apni learning share kar rahe the na. inshall na inshall na. aaj hai aaj hai woh. ji aapka. to soti aktar aap apni learning ko share karen.</w:t>
      </w:r>
    </w:p>
    <w:p>
      <w:pPr>
        <w:jc w:val="right"/>
      </w:pPr>
      <w:r>
        <w:t>लेकिन please ध्यान रखिए कि आप अपनी learning को जो भी share कर रहे हैं. वह please to the point और बहुत precise हो. आज है वह सुफी आप्तर है शरीरा. सुफी आप्तर तो है हम मैं बता रही थी कि वह सुफी आप्तर अपनी learning share कर रहे थे ना. इंशाल ना इंशाल ना. आज है आज है वह. जी आपका. तो सोती अक्तर आप अपनी learning को share करें.</w:t>
      </w:r>
    </w:p>
    <w:p>
      <w:r>
        <w:rPr>
          <w:b/>
        </w:rPr>
        <w:t xml:space="preserve">[27:14] </w:t>
      </w:r>
      <w:r>
        <w:t>aapki awaaz nahi aa rahi hai.</w:t>
      </w:r>
    </w:p>
    <w:p>
      <w:pPr>
        <w:jc w:val="right"/>
      </w:pPr>
      <w:r>
        <w:t>आपकी आवाज़ नहीं आ रही है.</w:t>
      </w:r>
    </w:p>
    <w:p>
      <w:r>
        <w:rPr>
          <w:b/>
        </w:rPr>
        <w:t xml:space="preserve">[27:21] </w:t>
      </w:r>
      <w:r>
        <w:t>yeh aa rahi hai meri awaaz tha?</w:t>
      </w:r>
    </w:p>
    <w:p>
      <w:pPr>
        <w:jc w:val="right"/>
      </w:pPr>
      <w:r>
        <w:t>यह आ रही है मेरी आवाज़ था?</w:t>
      </w:r>
    </w:p>
    <w:p>
      <w:r>
        <w:rPr>
          <w:b/>
        </w:rPr>
        <w:t xml:space="preserve">[27:28] </w:t>
      </w:r>
      <w:r>
        <w:t>ji ab aa rahi hai.</w:t>
      </w:r>
    </w:p>
    <w:p>
      <w:pPr>
        <w:jc w:val="right"/>
      </w:pPr>
      <w:r>
        <w:t>जी अब आ रही है.</w:t>
      </w:r>
    </w:p>
    <w:p>
      <w:r>
        <w:rPr>
          <w:b/>
        </w:rPr>
        <w:t xml:space="preserve">[27:35] </w:t>
      </w:r>
      <w:r>
        <w:t>ji molana sahab ka aur aap sabko sunne ke baad mujhe is baat ka ehsaas ho raha hai</w:t>
      </w:r>
    </w:p>
    <w:p>
      <w:pPr>
        <w:jc w:val="right"/>
      </w:pPr>
      <w:r>
        <w:t>जी मोलाना साहब का और आप सबको सुनने के बाद मुझे इस बात का एहसास हो रहा है</w:t>
      </w:r>
    </w:p>
    <w:p>
      <w:r>
        <w:rPr>
          <w:b/>
        </w:rPr>
        <w:t xml:space="preserve">[27:42] </w:t>
      </w:r>
      <w:r>
        <w:t>ki Allah taala ne hamare hamare poore badi mein sabse beti jo cheez hamein aata ki woh hamari</w:t>
      </w:r>
    </w:p>
    <w:p>
      <w:pPr>
        <w:jc w:val="right"/>
      </w:pPr>
      <w:r>
        <w:t>कि अल्लाह ताला ने हमारे हमारे पूरे बड़ी में सबसे बेटी जो चीज़ हमें आता की वह हमारी</w:t>
      </w:r>
    </w:p>
    <w:p>
      <w:r>
        <w:rPr>
          <w:b/>
        </w:rPr>
        <w:t xml:space="preserve">[27:49] </w:t>
      </w:r>
      <w:r>
        <w:t>aql hai, hamari zehan hai aur humne iska bahut kamtar istemal kiya hai.</w:t>
      </w:r>
    </w:p>
    <w:p>
      <w:pPr>
        <w:jc w:val="right"/>
      </w:pPr>
      <w:r>
        <w:t>अक्ल है, हमारी ज़ेहन है और हमने इसका बहुत कमतर इस्तेमाल किया है.</w:t>
      </w:r>
    </w:p>
    <w:p>
      <w:r>
        <w:rPr>
          <w:b/>
        </w:rPr>
        <w:t xml:space="preserve">[27:57] </w:t>
      </w:r>
      <w:r>
        <w:t>Allah ki jo yeh azeem kitab hai, is kitab ke alawa charon crore jo kaynat hai, woh poori kaynat bhi hamein tadabbur karne ke liye hai.</w:t>
      </w:r>
    </w:p>
    <w:p>
      <w:pPr>
        <w:jc w:val="right"/>
      </w:pPr>
      <w:r>
        <w:t>अल्लाह की जो यह अजीम किताब है, इस किताब के अलावा चारों करोड़ जो कायनात है, वह पूरी कायनात भी हमें तदब्बुर करने के लिए है.</w:t>
      </w:r>
    </w:p>
    <w:p>
      <w:r>
        <w:rPr>
          <w:b/>
        </w:rPr>
        <w:t xml:space="preserve">[28:09] </w:t>
      </w:r>
      <w:r>
        <w:t>magar humne Allah ki kitab ko bhi ya to uska usse hibs kar liya jaye ya use khatm Quran ke darje par rakh diya aur gaur ka jo process humne chhod diya to hum bahut peeche chale gaye aur Islam khud hi tarah se change ho gaya. hum jis mahaul mein reh rahe hain woh wahan par woh Islam hai hi nahin.</w:t>
      </w:r>
    </w:p>
    <w:p>
      <w:pPr>
        <w:jc w:val="right"/>
      </w:pPr>
      <w:r>
        <w:t>मगर हमने अल्लाह की किताब को भी या तो उसका उससे hibs कर लिया जाए या उसे खत्म कुरान के दर्जे पर रख दिया और गौर का जो process हमने छोड़ दिया तो हम बहुत पीछे चले गए और इस्लाम खुद ही तरह से change हो गया. हम जिस माहौल में रह रहे हैं वह वहां पर वह इस्लाम है ही नहीं.</w:t>
      </w:r>
    </w:p>
    <w:p>
      <w:r>
        <w:rPr>
          <w:b/>
        </w:rPr>
        <w:t xml:space="preserve">[28:34] </w:t>
      </w:r>
      <w:r>
        <w:t>jo jiske liye Allah kala ne apne ek lambe paigambaron ke silsile se use hamare samne pesh kiya tha. to Allah ki yeh bahut badi rahnamai hallah ka bahut bada karam hai ki usne ek shakhs Maulana vihitruddin khasahab ko is kaamp par lagaya.</w:t>
      </w:r>
    </w:p>
    <w:p>
      <w:pPr>
        <w:jc w:val="right"/>
      </w:pPr>
      <w:r>
        <w:t>जो जिसके लिए अल्लाह काला ने अपने एक लंबे पैकंबरों के सिलसिले से उसे हमारे सामने पेश किया था. तो अल्लाह की यह बहुत बड़ी रहनमाई हल्लाह का बहुत बड़ा कर्म है कि उसने एक शख्स मौलाना विहित्रुद्धिन खासाहब को इस कांप पर लगाया.</w:t>
      </w:r>
    </w:p>
    <w:p>
      <w:r>
        <w:rPr>
          <w:b/>
        </w:rPr>
        <w:t xml:space="preserve">[28:53] </w:t>
      </w:r>
      <w:r>
        <w:t>Maulana ne bahut zyada mehnat karke bahut zyada misalon ke sath unhone phir se deen ko neha kiya hai jisko hum ehia Islam bhi keh sakte hain ki agar hum yeh mehnat Maulana nahin kar karte hain to filhal hum mein se iske andar is baat ki salahiyat thi ki deen ke upar itni zyada gard padi hui hai, deen ki shakal bigad chuki hai aur phir se koi use nahin karta.</w:t>
      </w:r>
    </w:p>
    <w:p>
      <w:pPr>
        <w:jc w:val="right"/>
      </w:pPr>
      <w:r>
        <w:t>मौलाना ने बहुत ज़्यादा मेहनत करके बहुत ज़्यादा मिसालों के साथ उन्होंने फिर से दिन को नेहा किया है जिसको हम एहिया इस्लाम भी कह सकते हैं कि अगर हम यह मेहनत मौलाना नहीं कर करते हैं तो फ़िलहाल हम में से इसके अंदर इस बात की सलाहियत थी कि दीन के ऊपर इतनी ज़्यादा गर्द पड़ी हुई है, दीन की शक्ल बिगड़ चुकी है और फिर से कोई उसे नहीं करता.</w:t>
      </w:r>
    </w:p>
    <w:p>
      <w:r>
        <w:rPr>
          <w:b/>
        </w:rPr>
        <w:t xml:space="preserve">[29:20] </w:t>
      </w:r>
      <w:r>
        <w:t>even tere Maulana ne hamein sochne ke layak banaya, hamein sochne ka art diya, hamein hamein sochne ka tareeka sikhaya yeh jo question unhone banaya ki jaise aap sab ne bhi kaha ki sahavak ram ka jo din tha aur hamara din aisa kyun nahin hai? kyunki humne paidaishi taur par jis Islam ko apnaya hai, uska taluq ke kuda ki mazhab se tha hi nahin. uski ajeeb kitab se koi iska rishta hi nahin tha.</w:t>
      </w:r>
    </w:p>
    <w:p>
      <w:pPr>
        <w:jc w:val="right"/>
      </w:pPr>
      <w:r>
        <w:t>Even तेरे मौलाना ने हमें सोचने के लायक बनाया, हमें सोचने का art दिया, हमें हमें सोचने का तरीका सिखाया यह जो question उन्होंने बनाया कि जैसे आप सब ने भी कहा कि सहावक राम का जो दिन था और हमारा दिन ऐसा क्यों नहीं है? क्योंकि हमने पैदायशी तौर पर जिस इस्लाम को अपनाया है, उसका ताल्लुक के कुदा की मज़हब से था ही नहीं. उसकी अजीब किताब से कोई इसका रिश्ता ही नहीं था.</w:t>
      </w:r>
    </w:p>
    <w:p>
      <w:r>
        <w:rPr>
          <w:b/>
        </w:rPr>
        <w:t xml:space="preserve">[29:50] </w:t>
      </w:r>
      <w:r>
        <w:t>humne jab Maulana ki bursh ko padha hai aur Quran par tadabbur kiya hai. kisiin ke Quran par gaur karne wale aap jaise logon ka saath mila hai. aap sabke saath discussion kiya hai to hamari bhi zehan par pade hue hazaar parkh hain jisne hamein dhak rakha tha. hamein sochne ke layak bhi nahin chhoda tha.</w:t>
      </w:r>
    </w:p>
    <w:p>
      <w:pPr>
        <w:jc w:val="right"/>
      </w:pPr>
      <w:r>
        <w:t>हमने जब मौलाना की बुर्श को पढ़ा है और कुरान पर तधबुर किया है. किसीन के कुरान पर गौर करने वाले आप जैसे लोगों का साथ मिला है. आप सबके साथ discussion किया है तो हमारी भी ज़ेहन पर पड़े हुए हज़ार परख्य हैं जिसने हमें ढक रखा था. हमें सोचने के लायक भी नहीं छोड़ा था.</w:t>
      </w:r>
    </w:p>
    <w:p>
      <w:r>
        <w:rPr>
          <w:b/>
        </w:rPr>
        <w:t xml:space="preserve">[30:12] </w:t>
      </w:r>
      <w:r>
        <w:t>to is tarah se allah ki jo aseem rehmat hai, allah maulana ko bhi bohat azhar ata farmaen unke darjar ba galand kare ke woh jis ajeeb mehnat ko karke gaye hain, hum use padh paen, hum use samajh paen. ek doosre ke discussion ke sath samajh paen ki islam mein aisi koi aisi cheez nahi hai jisse humein koi guarantee mil pae ki hamari jannat pakki hai.</w:t>
      </w:r>
    </w:p>
    <w:p>
      <w:pPr>
        <w:jc w:val="right"/>
      </w:pPr>
      <w:r>
        <w:t>तो इस तरह से अल्लाह की जो असीम रहमत है, अल्लाह मौलाना को भी बहुत अजहर अताफरमाएं उनके दर्जार बागलंद करे कि वह जिस अजीब मेहनत को करके गए हैं, हम उसे पढ़ पाएं, हम उसे समझ पाएं. एक दूसरे के discussion के साथ समझ पाएं कि इस्लाम में ऐसी कोई ऐसी चीज़ नहीं है जिससे हमें कोई guarantee मिल पाए कि हमारी जन्नत पक्की है.</w:t>
      </w:r>
    </w:p>
    <w:p>
      <w:r>
        <w:rPr>
          <w:b/>
        </w:rPr>
        <w:t xml:space="preserve">[30:40] </w:t>
      </w:r>
      <w:r>
        <w:t>humne aakhir apne aap ko accountable bhi nahi jaana ki allah taala ne beshumar nematen hum par rakhi hain aur yeh sari cheezen hamare liye test hai. hum ise koi ise disturb nahi karta tha lekin allah taala ne jis nematon ko humein diya hai woh humse iske bare mein zaroor poochhega aur hamare paas iska kya jawab hoga?</w:t>
      </w:r>
    </w:p>
    <w:p>
      <w:pPr>
        <w:jc w:val="right"/>
      </w:pPr>
      <w:r>
        <w:t>हमने आखिर अपने आप को accountable भी नहीं जाना कि अल्लाह ताला ने बेशुमार नियमतें हम पर रखी हैं और यह सारी चीज़ें हमारे लिए test है. हम इसे कोई इसे disturb नहीं करता था लेकिन अल्लाह ताला ने जिस नियमतों को हमें दिया है वह हमसे इसके बारे में ज़रूर पूछिएगा और हमारे पास इसका क्या जवाब होगा?</w:t>
      </w:r>
    </w:p>
    <w:p>
      <w:r>
        <w:rPr>
          <w:b/>
        </w:rPr>
        <w:t xml:space="preserve">[31:05] </w:t>
      </w:r>
      <w:r>
        <w:t>har ek nai din, har ek nai subah hamare liye ek naye test ki tarah aati hai aur hum hum ise samajh bhi nahi paate. hum apne test ko bhi kharab kar lete hain. apne mamooliy aamnon ko bada jaante hain. usse jannat ka ticket samajhte hain. hum is qadar shaitan ke track mein hain ki agar hum in kitabon par gaur na karen, maulana ki dictator ko na padhen to hamari bhi band zehar khul nahi paati.</w:t>
      </w:r>
    </w:p>
    <w:p>
      <w:pPr>
        <w:jc w:val="right"/>
      </w:pPr>
      <w:r>
        <w:t>हर एक नई दिन, हर एक नई सुबह हमारे लिए एक नए test की तरह आती है और हम हम इसे समझ भी नहीं पाते. हम अपने test को भी खराब कर लेते हैं. अपने मामूलीय आमानों को बड़ा जानते हैं. उससे जन्नत का ticket समझते हैं. हम इस कदर शैतान के track में हैं कि अगर हम इन किताबों पर गौर ना करें, मौलाना की dictator को ना पढ़ें तो हमारी भी बंद ज़हर खुल नहीं पाती.</w:t>
      </w:r>
    </w:p>
    <w:p>
      <w:r>
        <w:rPr>
          <w:b/>
        </w:rPr>
        <w:t xml:space="preserve">[31:35] </w:t>
      </w:r>
      <w:r>
        <w:t>hum bhi apne mahaul ke hisab se apne aankhon pade hi ibadat guzar aur jannat ki aala darde ke layak aur kya kya na guman karne lagte hain aur apna muhafaba nahi kar paate. deen ke kisi bhi ek shakh ko poori zindagi samajh liya, poora mission samajh liya aur usi par logon ne apne aap ko jhonkkar yeh samjha ke yahi hamare liye nijaat ka rasta hoga.</w:t>
      </w:r>
    </w:p>
    <w:p>
      <w:pPr>
        <w:jc w:val="right"/>
      </w:pPr>
      <w:r>
        <w:t>हम भी अपने माहौल के हिसाब से अपने आंखों पड़े ही इबादत गुज़ार और जिनत की आला दर्दे के लायक और क्या क्या ना गुमान करने लगते हैं और अपना मुहाफबा नहीं कर पाते. दीन के किसी भी एक शाख को पूरी ज़िंदगी समझ लिया, पूरा mission समझ लिया और उसी पर लोगों ने अपने आप को झोंककर यह समझा के यही हमारे लिए निचात का रास्ता होगा.</w:t>
      </w:r>
    </w:p>
    <w:p>
      <w:r>
        <w:rPr>
          <w:b/>
        </w:rPr>
        <w:t xml:space="preserve">[31:58] </w:t>
      </w:r>
      <w:r>
        <w:t>halanki deen ke har shakh balki poora mukammadin tadabbur ke layak hain aur hum is par jitna zyada gaur karenge hum apni zimmedari ko bhi pehchan paenge ki sirf humein apni bhi zindagi nahi badal rahi hai. balki doosron ko bhi is pargam tak pahunchana hai.</w:t>
      </w:r>
    </w:p>
    <w:p>
      <w:pPr>
        <w:jc w:val="right"/>
      </w:pPr>
      <w:r>
        <w:t>हालांकि दिन के हर शाख बल्कि पूरा मुकम्मदिन तदब्बुर के लायक हैं और हम इस पर जितना ज़्यादा गौर करेंगे हम अपनी ज़िम्मेदारी को भी पहचान पाएंगे कि सिर्फ हमें अपनी भी ज़िंदगी नहीं बदल रही है. बल्कि दूसरों को भी इस परगाम तक पहुंचाना है.</w:t>
      </w:r>
    </w:p>
    <w:p>
      <w:r>
        <w:rPr>
          <w:b/>
        </w:rPr>
        <w:t xml:space="preserve">[32:17] </w:t>
      </w:r>
      <w:r>
        <w:t>is pargar karne se jab hum yeh samajhte hain ki ek fitrat ka maksabh hai, to is fitrat ke maksabh ko aur doosron logon ke liye kaise hum unke discussion ke liye laen aur usse logon ke liye comfortable samajh paen, bata paen. yeh sari cheezen bohat bada task hai jisse abhi humein aur seekhna hai. abhi to sirf humein apni galtiyon ka ehsas ho raha hai. abhi humne theek se ise poori tarah seekha bhi nahi hai.</w:t>
      </w:r>
    </w:p>
    <w:p>
      <w:pPr>
        <w:jc w:val="right"/>
      </w:pPr>
      <w:r>
        <w:t>इस परगार करने से जब हम यह समझते हैं कि एक फितरत का मकसभ है, तो इस फितरत के मकसभ को और दूसरों लोगों के लिए कैसे हम उनके discussion के लिए लाएं और उससे लोगों के लिए comfortable समझ पाएं, बता पाएं. यह सारी चीज़ें बहुत बड़ा task है जिससे अभी हमें और सीखना है. अभी तो सिर्फ हमें अपनी गलतियों का एहसास हो रहा है. अभी हमने ठीक से इसे पूरी तरह सीखा भी नहीं है.</w:t>
      </w:r>
    </w:p>
    <w:p>
      <w:r>
        <w:rPr>
          <w:b/>
        </w:rPr>
        <w:t xml:space="preserve">[32:45] </w:t>
      </w:r>
      <w:r>
        <w:t>abhi hamein bahut kuch seekhna baqi hai.</w:t>
      </w:r>
    </w:p>
    <w:p>
      <w:pPr>
        <w:jc w:val="right"/>
      </w:pPr>
      <w:r>
        <w:t>अभी हमें बहुत कुछ सीखना बाकी है.</w:t>
      </w:r>
    </w:p>
    <w:p>
      <w:r>
        <w:rPr>
          <w:b/>
        </w:rPr>
        <w:t xml:space="preserve">[32:53] </w:t>
      </w:r>
      <w:r>
        <w:t>to allah aap sab ko azeer azeer dekar aap sab ne aise session banaye hain, aise group banaye aur</w:t>
      </w:r>
    </w:p>
    <w:p>
      <w:pPr>
        <w:jc w:val="right"/>
      </w:pPr>
      <w:r>
        <w:t>तो अल्लाह आप सबको अजीर अजीर देकर आप सब ने ऐसे session बनाए हैं, ऐसे group बनाएं और</w:t>
      </w:r>
    </w:p>
    <w:p>
      <w:r>
        <w:rPr>
          <w:b/>
        </w:rPr>
        <w:t xml:space="preserve">[33:01] </w:t>
      </w:r>
      <w:r>
        <w:t>hamein in cheezon ko samajhne mein kaafi madad ki allah aap sab ko raheem se nawazi jazaak allah</w:t>
      </w:r>
    </w:p>
    <w:p>
      <w:pPr>
        <w:jc w:val="right"/>
      </w:pPr>
      <w:r>
        <w:t>हमें इन चीज़ों को समझने में काफी मदद की अल्लाह आप सब कुछ रहसीम से नवासी जज़ाक़ अल्लाह</w:t>
      </w:r>
    </w:p>
    <w:p>
      <w:r>
        <w:rPr>
          <w:b/>
        </w:rPr>
        <w:t xml:space="preserve">[33:09] </w:t>
      </w:r>
      <w:r>
        <w:t>Sukhiya Akhtar for share for sharing your learning and I invite other ladies to share the learning.</w:t>
      </w:r>
    </w:p>
    <w:p>
      <w:pPr>
        <w:jc w:val="right"/>
      </w:pPr>
      <w:r>
        <w:t>सुख्या अख्तर for share for sharing your learning and I invite other ladies to share the learning.</w:t>
      </w:r>
    </w:p>
    <w:p>
      <w:r>
        <w:rPr>
          <w:b/>
        </w:rPr>
        <w:t xml:space="preserve">[33:17] </w:t>
      </w:r>
      <w:r>
        <w:t>yes. shrima mere ko aawaz aa rahi hai kya? ji, walekin islam shiv namparevez ji. bas mil rahe hain ravi, keyfiyar tamiyar. maana sahab is article mein gyan kiye hain ki maujood dono bohat hi muslim jamaati muslim tanzi mein judd mari hai.</w:t>
      </w:r>
    </w:p>
    <w:p>
      <w:pPr>
        <w:jc w:val="right"/>
      </w:pPr>
      <w:r>
        <w:t>Yes. श्रीमा मेरे को आवाज़ आ रही है क्या? जी, वालेकिन इस्लाम शिव नंपर्वेज़ जी. बस मिल रहे हैं रवि, कैफियार तमियार. माना साहब इस article में ज्ञान किए हैं कि मौजूद दोनों बहुत ही मुस्लिम जमाती मुस्लिम तंजी में जुद्ध मारी है.</w:t>
      </w:r>
    </w:p>
    <w:p>
      <w:r>
        <w:rPr>
          <w:b/>
        </w:rPr>
        <w:t xml:space="preserve">[33:44] </w:t>
      </w:r>
      <w:r>
        <w:t>ab hum ikhlaaf kar liya baat iske ki inke paas allah kawahin se ehsan aa chuke hain. is swarg aise maujooda musloom jamaate aate hain zimmon ko zabardast muslam utha raha hai. isi pehlu se islam ki kandhitabi hui hai. insaan ka sach baad zirm haq ko jhuthlana hai. isi se bake tamam jo rayam paida hue hain.</w:t>
      </w:r>
    </w:p>
    <w:p>
      <w:pPr>
        <w:jc w:val="right"/>
      </w:pPr>
      <w:r>
        <w:t>अब हम इकलाफ कर लिया बात इसके कि इनके पास अल्लाह कवाही से एहसान आ चुके हैं. इस स्वर्ग ऐसे मौजूदा मुस्लूम जमाते आते हैं ज़िम्मों को जबरदस्त मुस्लाम उठा रहा है. इसी पहलू से इस्लाम की कंधिताबी हुई है. इंसान का सच बाद ज़िर्म हक को झुठलाना है. इसी से बके तमाम जो रायाम पैदा हुए हैं.</w:t>
      </w:r>
    </w:p>
    <w:p>
      <w:r>
        <w:rPr>
          <w:b/>
        </w:rPr>
        <w:t xml:space="preserve">[34:12] </w:t>
      </w:r>
      <w:r>
        <w:t>isi tarah insaan ki sabse badi neki haq ka itraaq hai.</w:t>
      </w:r>
    </w:p>
    <w:p>
      <w:pPr>
        <w:jc w:val="right"/>
      </w:pPr>
      <w:r>
        <w:t>इसी तरह इंसान की सबसे बड़ी नेकी हक का इतराक है.</w:t>
      </w:r>
    </w:p>
    <w:p>
      <w:r>
        <w:rPr>
          <w:b/>
        </w:rPr>
        <w:t xml:space="preserve">[34:19] </w:t>
      </w:r>
      <w:r>
        <w:t>haq ko manne se aadmi ki burai khulti hai.</w:t>
      </w:r>
    </w:p>
    <w:p>
      <w:pPr>
        <w:jc w:val="right"/>
      </w:pPr>
      <w:r>
        <w:t>हक को मानने से आदमी की बुराई खुलती है.</w:t>
      </w:r>
    </w:p>
    <w:p>
      <w:r>
        <w:rPr>
          <w:b/>
        </w:rPr>
        <w:t xml:space="preserve">[34:26] </w:t>
      </w:r>
      <w:r>
        <w:t>yeh kisi insaan ke liye sabse zyada mushkil kaam hai.</w:t>
      </w:r>
    </w:p>
    <w:p>
      <w:pPr>
        <w:jc w:val="right"/>
      </w:pPr>
      <w:r>
        <w:t>यह किसी इंसान के लिए सबसे ज़्यादा मुश्किल काम है.</w:t>
      </w:r>
    </w:p>
    <w:p>
      <w:r>
        <w:rPr>
          <w:b/>
        </w:rPr>
        <w:t xml:space="preserve">[34:33] </w:t>
      </w:r>
      <w:r>
        <w:t>is par wahi log poore utarte hain jinko allah ke dar ne aakhri had tak sanjeeda banaya.</w:t>
      </w:r>
    </w:p>
    <w:p>
      <w:pPr>
        <w:jc w:val="right"/>
      </w:pPr>
      <w:r>
        <w:t>इस पर वही लोग पूरे उतरते हैं जिनको अल्लाह के डर ने आखिरी हद तक संजीदा बनाया.</w:t>
      </w:r>
    </w:p>
    <w:p>
      <w:r>
        <w:rPr>
          <w:b/>
        </w:rPr>
        <w:t xml:space="preserve">[34:40] </w:t>
      </w:r>
      <w:r>
        <w:t>had ke aage na jhukna, khuda ke aage na jhukna. hain?</w:t>
      </w:r>
    </w:p>
    <w:p>
      <w:pPr>
        <w:jc w:val="right"/>
      </w:pPr>
      <w:r>
        <w:t>हद के आगे ना झुकना, खुदा के आगे ना झुकना. हैं?</w:t>
      </w:r>
    </w:p>
    <w:p>
      <w:r>
        <w:rPr>
          <w:b/>
        </w:rPr>
        <w:t xml:space="preserve">[34:47] </w:t>
      </w:r>
      <w:r>
        <w:t>aise logon ke liye khuda ke yahan sab kari na jaa rahe hain.</w:t>
      </w:r>
    </w:p>
    <w:p>
      <w:pPr>
        <w:jc w:val="right"/>
      </w:pPr>
      <w:r>
        <w:t>ऐसे लोगों के लिए खुदा के यहां सब करी ना जा रहे हैं.</w:t>
      </w:r>
    </w:p>
    <w:p>
      <w:r>
        <w:rPr>
          <w:b/>
        </w:rPr>
        <w:t xml:space="preserve">[34:54] </w:t>
      </w:r>
      <w:r>
        <w:t>aadmi ke andar farzi yakeen paida karke is isko kuda se bhi khoub bana deti hain. is articles hum yeh samajh aati hain ki haq in tahivaze hain ki haq in tahivaze hain lekin bohat se log ab ko chhodkar nahak ko ityar kar lete hain kyunki logon ke liye inki khai shayad mahboob hoti hain.</w:t>
      </w:r>
    </w:p>
    <w:p>
      <w:pPr>
        <w:jc w:val="right"/>
      </w:pPr>
      <w:r>
        <w:t>आदमी के अंदर फर्जी यकीन पैदा करके इस इसको कुदा से भी खौब बना देती हैं. इस articles हम यह समझ आती हैं कि हक इन तहीवाज़े हैं कि हक इन तही वाज़े हैं लेकिन बहुत से लोग अब को छोड़कर नाहक को इत्यार कर लेते हैं क्योंकि लोगों के लिए इनकी खाई शायद महबूब होती हैं.</w:t>
      </w:r>
    </w:p>
    <w:p>
      <w:r>
        <w:rPr>
          <w:b/>
        </w:rPr>
        <w:t xml:space="preserve">[35:17] </w:t>
      </w:r>
      <w:r>
        <w:t>inki khai shayad ko chhodna inhe wala nahi isliye wade dalit ke bawjood logon ke log haq ko nazarandaaz kar dete hain. insaan ko burahi ka sabse sabse asal sabz yahi hai kyunki haqeeqat ko pani ke liye apne aap ko zahir se upar uthna padta hai.</w:t>
      </w:r>
    </w:p>
    <w:p>
      <w:pPr>
        <w:jc w:val="right"/>
      </w:pPr>
      <w:r>
        <w:t>इनकी खाई शायद को छोड़ना इन्हें वाला नहीं इसलिए वादे दलीत के बौजूद लोगों के लोग हक को नज़रअंदाज़ कर देते हैं. इंसान को बुराही का सबसे सबसे असल सब्ज़ यही है क्योंकि हकीकत को पानी के लिए अपने आप को जाहिर से ऊपर उठना पड़ता है.</w:t>
      </w:r>
    </w:p>
    <w:p>
      <w:r>
        <w:rPr>
          <w:b/>
        </w:rPr>
        <w:t xml:space="preserve">[35:41] </w:t>
      </w:r>
      <w:r>
        <w:t>soora ankbhut mein puran mein puran mein rehman ke bare mein shaad hai ki ki jin logon ne hamare vasti mehnat ki inko hum aise raste dikhaen lekin alla neki karne walon ke sath hain. malya sahab ki is article se humein yeh samajh aati hai ki humein apne andar specially speed pair karna hai. pehle apne aap us special banana hai humko.</w:t>
      </w:r>
    </w:p>
    <w:p>
      <w:pPr>
        <w:jc w:val="right"/>
      </w:pPr>
      <w:r>
        <w:t>सूरा अंकभूत में पुरान में पुरान में रहमान के बारे में शाद्व है कि कि जिन लोगों ने हमारे वास्ती मेहनत की इनको हम ऐसे रास्ते दिखाएं लेकिन अल्ला नेकी करने वालों के साथ हैं. मलया साहब की इस article से हमें यह समझ आती है कि हमें अपने अंदर specially speed पैर करना है. पहले अपने आप उस special बनाना है हमको.</w:t>
      </w:r>
    </w:p>
    <w:p>
      <w:r>
        <w:rPr>
          <w:b/>
        </w:rPr>
        <w:t xml:space="preserve">[36:10] </w:t>
      </w:r>
      <w:r>
        <w:t>har brahi har brahi se apne aap ko alag alag karna hai. tab hum jaakar apne aap ko sahi sabit kar paenge. ab is daur mein phir kar wala prithvi ke wajah se bohat phir kar payda ho gaya jiski wajah se alag alag apna alag rai rakh rahe hain. is yeh hum logon ko davdhayak kaam davdh a kaam se humein yeh kaam ko samajh dena hai ki yeh allah ka jo paigham hai, allah ka jo hai kaam hai us par chalna hai.</w:t>
      </w:r>
    </w:p>
    <w:p>
      <w:pPr>
        <w:jc w:val="right"/>
      </w:pPr>
      <w:r>
        <w:t>हर ब्राही हर ब्राही से अपने आप को अलग अलग करना है. तब हम जाकर अपने आप को सही साबित कर पाएंगे. अब इस दौर में फिर कर वाला पृथ्वी के वजह से बहुत फिर कर पायदा हो गया जिसकी वजह से अलग अलग अपना अलग राय रख रहे हैं. इस यह हम लोगों को दावधायक काम दावध ए काम से हमें यह काम को समझ देना है कि यह अल्लाह का जो पैगाम है, अल्लाह का जो है काम है उस पर चलना है.</w:t>
      </w:r>
    </w:p>
    <w:p>
      <w:r>
        <w:rPr>
          <w:b/>
        </w:rPr>
        <w:t xml:space="preserve">[36:39] </w:t>
      </w:r>
      <w:r>
        <w:t>apna bana banaya hai kaam paneer chalna hai. yahan har tarah ke jamaat paide ho gaye hain jis ke wajah se hamari islami qanoon ko bohat nuksan pahunchai. yeh hamari learning hai. yeh chhoti si learning hai aap logon ne bol diye hain yeh chhoti si learning hai. jaza kalka khair. jaza kalka shram pravesh. main aur ladies ko invite karti hoon apni learning ko share karne ke liye.</w:t>
      </w:r>
    </w:p>
    <w:p>
      <w:pPr>
        <w:jc w:val="right"/>
      </w:pPr>
      <w:r>
        <w:t>अपना बना बनाया है काम पनीर चलना है. यहां हर तरह के जमात पैदे हो गए हैं जिसके वजह से हमारा इस्लामी कानून को बहुत नुकसान पहुंचाई. यह हमारी learning है. यह छोटी सी learning है आप लोगों ने बोल दिए हैं यह छोटी सी learning है. जज़ा कल्का खैर. जज़ा कल्का श्रम प्रवेश. मैं और ladies को invite करती हूं अपनी learning को share करने के लिए.</w:t>
      </w:r>
    </w:p>
    <w:p>
      <w:r>
        <w:rPr>
          <w:b/>
        </w:rPr>
        <w:t xml:space="preserve">[37:08] </w:t>
      </w:r>
      <w:r>
        <w:t>hamare paas sirf bees minute time hai. to aap apni learning ko share karen. princess ne princess khan ne haan. haan, princess khan. uthaya shuru. haan, exam wale com. polycoms exam. haan haan. chaliye jab main is article ko padh rahi thi to usko padhti hoon yeh samajh mein nahi aata ki main isko describe kaise karungi?</w:t>
      </w:r>
    </w:p>
    <w:p>
      <w:pPr>
        <w:jc w:val="right"/>
      </w:pPr>
      <w:r>
        <w:t>हमारे पास सिर्फ बीस minute time है. तो आप अपनी learning को share करें. Princess ने Princess खान ने हां. हां, Princess खान. उठाया शुरू. हां, exam वले com. Polycoms exam. हां हां. चलिए जब मैं इस article को पढ़ रही थी तो उसको पढ़ती हूं यह समझ में नहीं आता कि मैं इसको describe कैसे करूंगी?</w:t>
      </w:r>
    </w:p>
    <w:p>
      <w:r>
        <w:rPr>
          <w:b/>
        </w:rPr>
        <w:t xml:space="preserve">[37:36] </w:t>
      </w:r>
      <w:r>
        <w:t>matlab jo main jo main isko samajh pa rahi thi usko main mujhe aawaz nahi mil rahi thi. yaani ki mujhe usko samajhne mein to alhamlataala brokers ka zaroor de ki jab aap log is forum ko open karte hain aur open karke jis tarah aap log is par describe karte hain, humein samjhate hain to alham vah phir alhaaz de dete hain.</w:t>
      </w:r>
    </w:p>
    <w:p>
      <w:pPr>
        <w:jc w:val="right"/>
      </w:pPr>
      <w:r>
        <w:t>मतलब जो मैं जो मैं इसको समझ पा रही थी उसको मैं मुझे आवाज़ नहीं मिल रही थी. यानी कि मुझे उसको समझने में तो अलहम् लताला brokers का ज़रूर दे कि जब आप लोग इस forum को open करते हैं और open करके जिस तरह आप लोग इस पर describe करते हैं, हमें समझाते हैं तो अलहम् वह फिर अल्हाज़ दे देते हैं.</w:t>
      </w:r>
    </w:p>
    <w:p>
      <w:r>
        <w:rPr>
          <w:b/>
        </w:rPr>
        <w:t xml:space="preserve">[37:58] </w:t>
      </w:r>
      <w:r>
        <w:t>bohat sari baaten hum samajh karte agar humko alhaaz nahi milta use bolne ke liye ya walam darinda bohat achhi tarah se aap log usko samjhate hain aur yakeen liya uske andar bolana sahab ke sath. aap logon ne jati taur par unke sath waqt gusara aur uske sath vah bohat bada maze farq hota hai. uski wajah se aapki baaton ko aap jis tarah se uske aate the samjhana. us tarah se aapko banai raaz unse seekhne ko mauka mila.</w:t>
      </w:r>
    </w:p>
    <w:p>
      <w:pPr>
        <w:jc w:val="right"/>
      </w:pPr>
      <w:r>
        <w:t>बहुत सारी बातें हम समझ करते अगर हमको अल्हाज़ नहीं मिलता उसे बोलने के लिए या वलाम दरिंदा बहुत अच्छी तरह से आप लोग उसको समझाते हैं और यकीन लिया उसके अंदर बोलाना साहब के साथ. आप लोगों ने जाती तौर पर उनके साथ वक्त गुसारा और उसके साथ वह बहुत बड़ा माज़े फ़र्क़ होता है. उसकी वजह से आपकी बातों को आप जिस तरह से उसके आते थे समझाना. उस तरह से आपको बनाई राज़ उनसे सीखने को मौका मिला.</w:t>
      </w:r>
    </w:p>
    <w:p>
      <w:r>
        <w:rPr>
          <w:b/>
        </w:rPr>
        <w:t xml:space="preserve">[38:27] </w:t>
      </w:r>
      <w:r>
        <w:t>to yeh ek baat khushi bhi hoti hai aur dukh bhi hota hai ki hum unse waise nahi seekh saken. magar abhi mujhe najma apa mein ek bohat achhi baat thi to jisko mujhe main link kar saki jo is article ke point of view se ki is article mein yeh jo zahiri cheez aur atmi cheez jo alag alag kiya hai yaani ki iske andar maulana sahab yeh kehna chah rahe hain ki hamara har amal ibadat hona chahiye.</w:t>
      </w:r>
    </w:p>
    <w:p>
      <w:pPr>
        <w:jc w:val="right"/>
      </w:pPr>
      <w:r>
        <w:t>तो यह एक बात खुशी भी होती है और दुख भी होता है कि हम उनसे वैसे नहीं सीख सकें. मगर अभी मुझे नजमा अपा में एक बहुत अच्छी बात थी तो जिसको मुझे मैं link कर सकी जो इस article के point of view से कि इस article में यह जो जाहिरी चीज़ और आत्मी चीज़ जो अलग अलग किया है यानी कि इसके अंदर मालाना साहब यह कहना चाह रहे हैं कि हमारा हर अमल इबादत होना चाहिए.</w:t>
      </w:r>
    </w:p>
    <w:p>
      <w:r>
        <w:rPr>
          <w:b/>
        </w:rPr>
        <w:t xml:space="preserve">[38:55] </w:t>
      </w:r>
      <w:r>
        <w:t>aawaz chali gayi hai. yaani ki hamare har amal ko hamara har amal jo hai na ibadat hona chahiye sirf ek maksoos form mein ibadat hona chahiye.</w:t>
      </w:r>
    </w:p>
    <w:p>
      <w:pPr>
        <w:jc w:val="right"/>
      </w:pPr>
      <w:r>
        <w:t>आवाज़ चली गई है. यानी कि हमारे हर अमल को हमारा हर अमल जो है ना इबादत होना चाहिए सिर्फ एक मकसूस form में इबादत होना चाहिए.</w:t>
      </w:r>
    </w:p>
    <w:p>
      <w:r>
        <w:rPr>
          <w:b/>
        </w:rPr>
        <w:t xml:space="preserve">[39:08] </w:t>
      </w:r>
      <w:r>
        <w:t>hum har jo mujhe najmafa ki baat mere bataiye jo cheez mujhe unhon ne kaha woh achhi lagi ki</w:t>
      </w:r>
    </w:p>
    <w:p>
      <w:pPr>
        <w:jc w:val="right"/>
      </w:pPr>
      <w:r>
        <w:t>हम हर जो मुझे नजमाफा की बात मेरे बताइए जो चीज़ मुझे उन्होंने कहा वह अच्छी लगी कि</w:t>
      </w:r>
    </w:p>
    <w:p>
      <w:r>
        <w:rPr>
          <w:b/>
        </w:rPr>
        <w:t xml:space="preserve">[39:22] </w:t>
      </w:r>
      <w:r>
        <w:t>aapke har kaam karte waqt hum sirf conscious ho jayein iska iska bemaqsad na ho is in cheezon</w:t>
      </w:r>
    </w:p>
    <w:p>
      <w:pPr>
        <w:jc w:val="right"/>
      </w:pPr>
      <w:r>
        <w:t>आपके हर काम करते वक्त हम सिर्फ conscious हो जाए इसका इसका बेमकसद ना हो इस इन चीज़ों</w:t>
      </w:r>
    </w:p>
    <w:p>
      <w:r>
        <w:rPr>
          <w:b/>
        </w:rPr>
        <w:t xml:space="preserve">[39:37] </w:t>
      </w:r>
      <w:r>
        <w:t>ko hamein pata ho.</w:t>
      </w:r>
    </w:p>
    <w:p>
      <w:pPr>
        <w:jc w:val="right"/>
      </w:pPr>
      <w:r>
        <w:t>को हमें पता हो.</w:t>
      </w:r>
    </w:p>
    <w:p>
      <w:r>
        <w:rPr>
          <w:b/>
        </w:rPr>
        <w:t xml:space="preserve">[39:52] </w:t>
      </w:r>
      <w:r>
        <w:t>to jo agar hum sirf yeh karen ki jaise aaj humne bees nabbe padh li, itne roze rakh li, itni ibadat kar li, hum sirf isi isi mein thak jaen rasool asar ne kaha ki la ghazba gussa mat kariye.</w:t>
      </w:r>
    </w:p>
    <w:p>
      <w:pPr>
        <w:jc w:val="right"/>
      </w:pPr>
      <w:r>
        <w:t>तो जो अगर हम सिर्फ़ यह करें कि जैसे आज हमने बीस नब्बे पढ़ ली, इतने रोज़ें रख ली, इतनी बादत कर ली, हम सिर्फ़ इसी इसी में थक जाए रसूल असर ने कहा कि ला ग़ज़बा गुस्सा मत करिए.</w:t>
      </w:r>
    </w:p>
    <w:p>
      <w:r>
        <w:rPr>
          <w:b/>
        </w:rPr>
        <w:t xml:space="preserve">[40:20] </w:t>
      </w:r>
      <w:r>
        <w:t>yeh bazahir to ek chhoti si cheez thi magar unki poori zindagi ke upar asar andaaz ho gayi.</w:t>
      </w:r>
    </w:p>
    <w:p>
      <w:pPr>
        <w:jc w:val="right"/>
      </w:pPr>
      <w:r>
        <w:t>यह बज़ाहिर तो एक छोटी सी चीज़ थी मगर उनकी पूरी ज़िंदगी के ऊपर असर अंदाज़ हो गई.</w:t>
      </w:r>
    </w:p>
    <w:p>
      <w:r>
        <w:rPr>
          <w:b/>
        </w:rPr>
        <w:t xml:space="preserve">[40:46] </w:t>
      </w:r>
      <w:r>
        <w:t>kya gussa nahi karenge kisi bhi maamle mein.</w:t>
      </w:r>
    </w:p>
    <w:p>
      <w:pPr>
        <w:jc w:val="right"/>
      </w:pPr>
      <w:r>
        <w:t>क्या गुस्सा नहीं करेंगे किसी भी मामले में.</w:t>
      </w:r>
    </w:p>
    <w:p>
      <w:r>
        <w:rPr>
          <w:b/>
        </w:rPr>
        <w:t xml:space="preserve">[41:12] </w:t>
      </w:r>
      <w:r>
        <w:t>article ko padhti hai aur phir jo mujhe samajh mein aap logon ki baaton se bhi aaya ki humein hamare har amal mein tabdili aana chahiye. to phir jaakar vah hum sahi uske asar maksad ko samajh lenge. shukriya.</w:t>
      </w:r>
    </w:p>
    <w:p>
      <w:pPr>
        <w:jc w:val="right"/>
      </w:pPr>
      <w:r>
        <w:t>Article को पढ़ती है और फिर जो मुझे समझ में आप लोगों की बातों से भी आया कि हमें हमारे हर अमल में तब्दीली आना चाहिए. तो फिर जाकर वह हम सही उसके असर मकसद को समझ लेंगे. शुक्रिया.</w:t>
      </w:r>
    </w:p>
    <w:p>
      <w:r>
        <w:rPr>
          <w:b/>
        </w:rPr>
        <w:t xml:space="preserve">[41:27] </w:t>
      </w:r>
      <w:r>
        <w:t>shukriya ji jaza kala princess khan aapki baaton se mujhe yaad aa gaya main college ke zamane mein</w:t>
      </w:r>
    </w:p>
    <w:p>
      <w:pPr>
        <w:jc w:val="right"/>
      </w:pPr>
      <w:r>
        <w:t>शुद्रिया जी जज़ा कला princess खान आपकी बातों से मुझे याद आ गया मैं college के ज़माने में</w:t>
      </w:r>
    </w:p>
    <w:p>
      <w:r>
        <w:rPr>
          <w:b/>
        </w:rPr>
        <w:t xml:space="preserve">[41:33] </w:t>
      </w:r>
      <w:r>
        <w:t>jab hum log hostel mein raha karte the to shaper qadr ashvivraat ki raat mujhe yaad hai ki</w:t>
      </w:r>
    </w:p>
    <w:p>
      <w:pPr>
        <w:jc w:val="right"/>
      </w:pPr>
      <w:r>
        <w:t>जब हम लोग hostel में रहा करते थे तो शपेर कदर अशविवरात की रात मुझे याद है कि</w:t>
      </w:r>
    </w:p>
    <w:p>
      <w:r>
        <w:rPr>
          <w:b/>
        </w:rPr>
        <w:t xml:space="preserve">[41:40] </w:t>
      </w:r>
      <w:r>
        <w:t>hum main aur meri friends hum log sau namaz padhe the aur sau rakat namaz padhe the by</w:t>
      </w:r>
    </w:p>
    <w:p>
      <w:pPr>
        <w:jc w:val="right"/>
      </w:pPr>
      <w:r>
        <w:t>हम मैं और मेरी friends हम लोग सौ नमाज़ पढ़े थे और सौ रिकत नमाज़ पढ़े थे by</w:t>
      </w:r>
    </w:p>
    <w:p>
      <w:r>
        <w:rPr>
          <w:b/>
        </w:rPr>
        <w:t xml:space="preserve">[41:46] </w:t>
      </w:r>
      <w:r>
        <w:t>the time 50 it was over.</w:t>
      </w:r>
    </w:p>
    <w:p>
      <w:pPr>
        <w:jc w:val="right"/>
      </w:pPr>
      <w:r>
        <w:t>the time 50 it was over.</w:t>
      </w:r>
    </w:p>
    <w:p>
      <w:r>
        <w:rPr>
          <w:b/>
        </w:rPr>
        <w:t xml:space="preserve">[41:53] </w:t>
      </w:r>
      <w:r>
        <w:t>hum log uthte baithak bhi nahi kar pa rahe the lekin chunke niyat kar chuke the ki hum</w:t>
      </w:r>
    </w:p>
    <w:p>
      <w:pPr>
        <w:jc w:val="right"/>
      </w:pPr>
      <w:r>
        <w:t>हम लोग उठते बैठक भी नहीं कर पा रहे थे लेकिन चूंकि नियत कर चुके थे कि हम</w:t>
      </w:r>
    </w:p>
    <w:p>
      <w:r>
        <w:rPr>
          <w:b/>
        </w:rPr>
        <w:t xml:space="preserve">[41:59] </w:t>
      </w:r>
      <w:r>
        <w:t>sau rakat namaz padhenge.</w:t>
      </w:r>
    </w:p>
    <w:p>
      <w:pPr>
        <w:jc w:val="right"/>
      </w:pPr>
      <w:r>
        <w:t>सौ रिकत नमाज़ पढ़ेंगे.</w:t>
      </w:r>
    </w:p>
    <w:p>
      <w:r>
        <w:rPr>
          <w:b/>
        </w:rPr>
        <w:t xml:space="preserve">[42:06] </w:t>
      </w:r>
      <w:r>
        <w:t>hum log lagta tha ke haan sach mein allah ki baatit ki hai. hamein meaning nahi maloom tha. shori taur par hamein nahi pata tha ke allah ki baatit sacchi baatit kya hota hai? woh sau re kaat namaz padhkar hum kitne khush rehte the. aaj hum namaz kam padh rahe hain lekin andar se khush nahi hai. ek bechaini hai, ek ek bechaini jisko kehte hain ke hamari madad qubool hui hum to itna hi kar paaye.</w:t>
      </w:r>
    </w:p>
    <w:p>
      <w:pPr>
        <w:jc w:val="right"/>
      </w:pPr>
      <w:r>
        <w:t>हम लोग लगता था कि हां सच में अल्लाह की बातित की है. हमें meaning नहीं मालूम था. शोरी तौर पर हमें नहीं पता था कि अल्लाह की बातित सच्ची बातित क्या होता है? वह सौ रे कात नमाज़ पढ़कर हम कितने खुश रहते थे. आज हम नमाज़ कम पढ़ रहे हैं लेकिन अंदर से खुश नहीं है. एक बेचैनी है, एक एक बेचैनी जिसको कहते हैं कि हमारी मदद कुबूल हुई हम तो इतना ही कर पाए.</w:t>
      </w:r>
    </w:p>
    <w:p>
      <w:r>
        <w:rPr>
          <w:b/>
        </w:rPr>
        <w:t xml:space="preserve">[42:27] </w:t>
      </w:r>
      <w:r>
        <w:t>kitni quantity hamari kam ho gayi yaar yeh bechaini hai, ek kauf sa to yeh difference aa gaya hai.</w:t>
      </w:r>
    </w:p>
    <w:p>
      <w:pPr>
        <w:jc w:val="right"/>
      </w:pPr>
      <w:r>
        <w:t>कितनी quantity हमारी कम हो गई यार यह बेचैनी है, एक कौफ सा तो यह difference आ गया है.</w:t>
      </w:r>
    </w:p>
    <w:p>
      <w:r>
        <w:rPr>
          <w:b/>
        </w:rPr>
        <w:t xml:space="preserve">[42:47] </w:t>
      </w:r>
      <w:r>
        <w:t>hum log jab janne lage hain, sochne lage hain aur apni zindagi mein hum jab isko implement karne lage hain to hamare andar yeh changes aaye aur main already isko share karne ke liye kahungi apni apni learnings ko. hamare paas time bahut kam hai. aapki baatein main ek baat kehna chah rahi hoon. ji aap baatein ke jab yahan hum bolte hain.</w:t>
      </w:r>
    </w:p>
    <w:p>
      <w:pPr>
        <w:jc w:val="right"/>
      </w:pPr>
      <w:r>
        <w:t>हम लोग जब जानने लगे हैं, सोचने लगे हैं और अपनी ज़िंदगी में हम जब इसको implement करने लगे हैं तो हमारे अंदर यह changes आए और मैं already इसको share करने के लिए कहूंगी अपनी अपनी learnings को. हमारे पास time बहुत कम है. आपकी बातें मैं एक बात कहना चाह रही हूं. जी आप बातें कि जब यहां हम बोलते हैं.</w:t>
      </w:r>
    </w:p>
    <w:p>
      <w:r>
        <w:rPr>
          <w:b/>
        </w:rPr>
        <w:t xml:space="preserve">[43:13] </w:t>
      </w:r>
      <w:r>
        <w:t>jab hum yahan kuch bolte hain to baad mein sochte hain ke waqai mein aisa to nahi hai ke aapne sirf bol hi diya aur isko hum kar pa rahe hain nahi to uska inspection karna bhi ek bahut important baat ho gayi hai aur phir bahut dar lagta hai allah se. use kehte hain allah hum munafqat na honge.</w:t>
      </w:r>
    </w:p>
    <w:p>
      <w:pPr>
        <w:jc w:val="right"/>
      </w:pPr>
      <w:r>
        <w:t>जब हम यहां कुछ बोलते हैं तो बाद में सोचते हैं कि वाकई में ऐसा तो नहीं है कि आपने सिर्फ बोल ही दिया और इसको हम कर पा रहे हैं नहीं तो उसका inspection करना भी एक बहुत important बात हो गई है और फिर बहुत डर लगता है अल्लाह से. उसे कहते अल्लाह हम मुनाफकत ना होंगे.</w:t>
      </w:r>
    </w:p>
    <w:p>
      <w:r>
        <w:rPr>
          <w:b/>
        </w:rPr>
        <w:t xml:space="preserve">[43:33] </w:t>
      </w:r>
      <w:r>
        <w:t>to yeh bhi maulanaai ka sikhaya hua hai aur bas allah se bahut maafi mangna hai ke humse koi galatiyan is tarah ki naao ke hum kahein kuch aur karein kuch. ji yahan paayenge bahut acchi baat hai. aapne kaha hai wahan par hi mein aisa hota hai.</w:t>
      </w:r>
    </w:p>
    <w:p>
      <w:pPr>
        <w:jc w:val="right"/>
      </w:pPr>
      <w:r>
        <w:t>तो यह भी मौलानाई का सिखाया हुआ है और बस अल्लाह से बहुत माफी मांगना है कि हमसे कोई गलतियां इस तरह की नाओ कि हम कहें कुछ और करें कुछ. जी यहां पाएंगे बहुत अच्छी बात है. आपने कहा है वहां पर ही में ऐसा होता है.</w:t>
      </w:r>
    </w:p>
    <w:p>
      <w:r>
        <w:rPr>
          <w:b/>
        </w:rPr>
        <w:t xml:space="preserve">[43:49] </w:t>
      </w:r>
      <w:r>
        <w:t>jaise abhi shivina ne kaha ki hum to yeh bahut yahi hai imaan ki taaqat ki khuda ki</w:t>
      </w:r>
    </w:p>
    <w:p>
      <w:pPr>
        <w:jc w:val="right"/>
      </w:pPr>
      <w:r>
        <w:t>जैसे अभी शविना ने कहा कि हम तो यह बहुत यही है ईमान की ताकत कि खुदा कि</w:t>
      </w:r>
    </w:p>
    <w:p>
      <w:r>
        <w:rPr>
          <w:b/>
        </w:rPr>
        <w:t xml:space="preserve">[44:00] </w:t>
      </w:r>
      <w:r>
        <w:t>marfat jaise ki shivi ne pehle kaha ki marfat hona bahut zaroori hai to to molana sahab ne</w:t>
      </w:r>
    </w:p>
    <w:p>
      <w:pPr>
        <w:jc w:val="right"/>
      </w:pPr>
      <w:r>
        <w:t>मारफत जैसे कि शवि ने पहले कहा कि मारफत होना बहुत ज़रूरी है तो तो मोलाना साहब ने</w:t>
      </w:r>
    </w:p>
    <w:p>
      <w:r>
        <w:rPr>
          <w:b/>
        </w:rPr>
        <w:t xml:space="preserve">[44:12] </w:t>
      </w:r>
      <w:r>
        <w:t>bhi likha hai is baat ko ki har aadmi ko apne mafadaat masale se mohabbat hoti hai.</w:t>
      </w:r>
    </w:p>
    <w:p>
      <w:pPr>
        <w:jc w:val="right"/>
      </w:pPr>
      <w:r>
        <w:t>भी लिखा है इस बात को कि हर आदमी को अपने मफादात मसाले से मोहब्बत होती है.</w:t>
      </w:r>
    </w:p>
    <w:p>
      <w:r>
        <w:rPr>
          <w:b/>
        </w:rPr>
        <w:t xml:space="preserve">[44:24] </w:t>
      </w:r>
      <w:r>
        <w:t>islam yeh hai ki hota ki mohabbat itni badh jaye ki uski khaadi aadmi duniya ke faayde aur</w:t>
      </w:r>
    </w:p>
    <w:p>
      <w:pPr>
        <w:jc w:val="right"/>
      </w:pPr>
      <w:r>
        <w:t>इस्लाम यह है कि होता कि मोहब्बत इतनी बढ़ जाए कि उसकी खादी आदमी दुनिया के फ़ायदे और</w:t>
      </w:r>
    </w:p>
    <w:p>
      <w:r>
        <w:rPr>
          <w:b/>
        </w:rPr>
        <w:t xml:space="preserve">[45:03] </w:t>
      </w:r>
      <w:r>
        <w:t>duniya ke masale ko qurbaan kar dein.</w:t>
      </w:r>
    </w:p>
    <w:p>
      <w:pPr>
        <w:jc w:val="right"/>
      </w:pPr>
      <w:r>
        <w:t>दुनिया के मसाले को कुर्बान कर दें.</w:t>
      </w:r>
    </w:p>
    <w:p>
      <w:r>
        <w:rPr>
          <w:b/>
        </w:rPr>
        <w:t xml:space="preserve">[45:42] </w:t>
      </w:r>
      <w:r>
        <w:t>ke nahi har waqt hi har waqt conscious rehta ke yeh galti na ho jaaye. yeh na galti ho jaaye humse. pallav na yeh wali bahut badi obe ya bahut badi important cheez jab missing thi zindagi mein yeh aa gayi. papa ek baat main kehna chahti hoon asaab e rasool ka kyunke mulana sahab ne hawala diya hai to ek taabi ka shayad call hai.</w:t>
      </w:r>
    </w:p>
    <w:p>
      <w:pPr>
        <w:jc w:val="right"/>
      </w:pPr>
      <w:r>
        <w:t>कि नहीं हर वक्त ही हर वक्त conscious रहता कि यह गलती ना हो जाए. यह ना गलती हो जाए हमसे. पल्लव्य ना यह वाली बहुत बड़ी OBE या बहुत बड़ी important चीज़ जब missing थी ज़िंदगी में यह आ गई. Papa एक बात मैं कहना चाहती हूं असाब ए रसूल का क्योंकि मुलाना साहब ने हवाला दिया है तो एक ताबी का शायद call है.</w:t>
      </w:r>
    </w:p>
    <w:p>
      <w:r>
        <w:rPr>
          <w:b/>
        </w:rPr>
        <w:t xml:space="preserve">[46:05] </w:t>
      </w:r>
      <w:r>
        <w:t>unhone apne logon se kaha ke jitna tum log namaze padhte ho aur jitna roze rakhte ho woh log itna nahi padhte the aur unki quantity bahut kam thi. lekin unke dil mein marfat bahut badi log discovery wala imaan agar hoga to hum log apni quantity ko nahi badhayenge balki quality ko badhayenge. aapko ab sahi keh rahi hoon ya kuch galat bataya maine mujhe yaad nahi hai.</w:t>
      </w:r>
    </w:p>
    <w:p>
      <w:pPr>
        <w:jc w:val="right"/>
      </w:pPr>
      <w:r>
        <w:t>उन्होंने अपने लोगों से कहा कि जितना तुम लोग नमाज़े पढ़ते हो और जितना रोज़े रखते हो वह लोग इतना नहीं पढ़ते थे और उनकी quantity बहुत कम थी. लेकिन उनके दिल में मार्फत बहुत बड़ी लोग discovery वाला ईमान अगर होगा तो हम लोग अपनी quantity को नहीं बढ़ाएंगे बल्कि quality को बढ़ाएंगे. आपको अब सही कह रही हूं या कुछ गलत बताया मैंने मुझे याद नहीं है.</w:t>
      </w:r>
    </w:p>
    <w:p>
      <w:r>
        <w:rPr>
          <w:b/>
        </w:rPr>
        <w:t xml:space="preserve">[46:32] </w:t>
      </w:r>
      <w:r>
        <w:t>bahut sahi bilkul sahi keh rahi hai doctor safina bahut sahi keh rahi hai hum point se point</w:t>
      </w:r>
    </w:p>
    <w:p>
      <w:pPr>
        <w:jc w:val="right"/>
      </w:pPr>
      <w:r>
        <w:t>बहुत सही बिल्कुल सही कह रही है doctor सफ़ीना बहुत सही कह रही है हम point से point</w:t>
      </w:r>
    </w:p>
    <w:p>
      <w:r>
        <w:rPr>
          <w:b/>
        </w:rPr>
        <w:t xml:space="preserve">[46:47] </w:t>
      </w:r>
      <w:r>
        <w:t>khulta hai aur yeh baat jaise ki abhi isi se samajh mein yeh aa raha hai na ki</w:t>
      </w:r>
    </w:p>
    <w:p>
      <w:pPr>
        <w:jc w:val="right"/>
      </w:pPr>
      <w:r>
        <w:t>खुलता है और यह बात जैसे कि अभी इसी से समझ में यह आ रहा है ना कि</w:t>
      </w:r>
    </w:p>
    <w:p>
      <w:r>
        <w:rPr>
          <w:b/>
        </w:rPr>
        <w:t xml:space="preserve">[47:03] </w:t>
      </w:r>
      <w:r>
        <w:t>yeh wali baat baat sahi aapne apni jagah bataya ki woh bahut zyada namaze nahi paate the lekin</w:t>
      </w:r>
    </w:p>
    <w:p>
      <w:pPr>
        <w:jc w:val="right"/>
      </w:pPr>
      <w:r>
        <w:t>यह वाली बात बात सही आपने अपनी जगह बताया कि वह बहुत ज़्यादा नमाज़े नहीं पाते थे लेकिन</w:t>
      </w:r>
    </w:p>
    <w:p>
      <w:r>
        <w:rPr>
          <w:b/>
        </w:rPr>
        <w:t xml:space="preserve">[47:19] </w:t>
      </w:r>
      <w:r>
        <w:t>apne andaroon ke ki fikr karte the ki hamari door ki aise hi saamna na karna pade.</w:t>
      </w:r>
    </w:p>
    <w:p>
      <w:pPr>
        <w:jc w:val="right"/>
      </w:pPr>
      <w:r>
        <w:t>अपने अंदरून के की फ़िक्र करते थे कि हमारी दूर कि ऐसे ही सामना ना करना पड़े.</w:t>
      </w:r>
    </w:p>
    <w:p>
      <w:r>
        <w:rPr>
          <w:b/>
        </w:rPr>
        <w:t xml:space="preserve">[47:35] </w:t>
      </w:r>
      <w:r>
        <w:t>to iske liye hum dua karne lagte hain ki haan to abhi hamare paas mauka hai.</w:t>
      </w:r>
    </w:p>
    <w:p>
      <w:pPr>
        <w:jc w:val="right"/>
      </w:pPr>
      <w:r>
        <w:t>तो इसके लिए हम दुआ करने लगते हैं कि हां तो अभी हमारे पास मौका है.</w:t>
      </w:r>
    </w:p>
    <w:p>
      <w:r>
        <w:rPr>
          <w:b/>
        </w:rPr>
        <w:t xml:space="preserve">[47:57] </w:t>
      </w:r>
      <w:r>
        <w:t>iske upar mallapa saamne badi achhi achhi baatein likhi hui hain imani taqat mein.</w:t>
      </w:r>
    </w:p>
    <w:p>
      <w:pPr>
        <w:jc w:val="right"/>
      </w:pPr>
      <w:r>
        <w:t>इसके ऊपर मल्लापा सामने बड़ी अच्छी अच्छी बातें लिखी हुई हैं ईमानी ताकत में.</w:t>
      </w:r>
    </w:p>
    <w:p>
      <w:r>
        <w:rPr>
          <w:b/>
        </w:rPr>
        <w:t xml:space="preserve">[48:19] </w:t>
      </w:r>
      <w:r>
        <w:t>kitab jo hai unki.</w:t>
      </w:r>
    </w:p>
    <w:p>
      <w:pPr>
        <w:jc w:val="right"/>
      </w:pPr>
      <w:r>
        <w:t>किताब जो है उनकी.</w:t>
      </w:r>
    </w:p>
    <w:p>
      <w:r>
        <w:rPr>
          <w:b/>
        </w:rPr>
        <w:t xml:space="preserve">[48:41] </w:t>
      </w:r>
      <w:r>
        <w:t>to aisa musalman banna ki har waqt woh dare is tarah se aise alfaaz bol dena ki us</w:t>
      </w:r>
    </w:p>
    <w:p>
      <w:pPr>
        <w:jc w:val="right"/>
      </w:pPr>
      <w:r>
        <w:t>तो ऐसा मुसलमान बनना कि हर वक्त वह डरे इस तरह से ऐसे अल्फाज़ बोल देना कि उस</w:t>
      </w:r>
    </w:p>
    <w:p>
      <w:r>
        <w:rPr>
          <w:b/>
        </w:rPr>
        <w:t xml:space="preserve">[48:47] </w:t>
      </w:r>
      <w:r>
        <w:t>alfaaz se doosre ka dil hil gaya.</w:t>
      </w:r>
    </w:p>
    <w:p>
      <w:pPr>
        <w:jc w:val="right"/>
      </w:pPr>
      <w:r>
        <w:t>अल्फाज़ से दूसरे का दिल हिल गया.</w:t>
      </w:r>
    </w:p>
    <w:p>
      <w:r>
        <w:rPr>
          <w:b/>
        </w:rPr>
        <w:t xml:space="preserve">[48:54] </w:t>
      </w:r>
      <w:r>
        <w:t>aisa sentence bola ki doosra ka dil hil gaya.</w:t>
      </w:r>
    </w:p>
    <w:p>
      <w:pPr>
        <w:jc w:val="right"/>
      </w:pPr>
      <w:r>
        <w:t>ऐसा sentence बोला कि दूसरा का दिल हिल गया.</w:t>
      </w:r>
    </w:p>
    <w:p>
      <w:r>
        <w:rPr>
          <w:b/>
        </w:rPr>
        <w:t xml:space="preserve">[49:01] </w:t>
      </w:r>
      <w:r>
        <w:t>woh wala musalman banna matlab allah taala ko pasand hai. haan.</w:t>
      </w:r>
    </w:p>
    <w:p>
      <w:pPr>
        <w:jc w:val="right"/>
      </w:pPr>
      <w:r>
        <w:t>वह वाला मुसलमान बनना मतलब अल्लाह तालाह को पसंद है. हां.</w:t>
      </w:r>
    </w:p>
    <w:p>
      <w:r>
        <w:rPr>
          <w:b/>
        </w:rPr>
        <w:t xml:space="preserve">[49:08] </w:t>
      </w:r>
      <w:r>
        <w:t>to aap hum log.</w:t>
      </w:r>
    </w:p>
    <w:p>
      <w:pPr>
        <w:jc w:val="right"/>
      </w:pPr>
      <w:r>
        <w:t>तो आप हम लोग.</w:t>
      </w:r>
    </w:p>
    <w:p>
      <w:r>
        <w:rPr>
          <w:b/>
        </w:rPr>
        <w:t xml:space="preserve">[49:15] </w:t>
      </w:r>
      <w:r>
        <w:t>agar yeh cheez aaj hum dekhen to aaj musalman ke saath agar yeh incident ho</w:t>
      </w:r>
    </w:p>
    <w:p>
      <w:pPr>
        <w:jc w:val="right"/>
      </w:pPr>
      <w:r>
        <w:t>अगर यह चीज़ आज हम देखें तो आज मुसलमान के साथ अगर यह incident हो</w:t>
      </w:r>
    </w:p>
    <w:p>
      <w:r>
        <w:rPr>
          <w:b/>
        </w:rPr>
        <w:t xml:space="preserve">[49:22] </w:t>
      </w:r>
      <w:r>
        <w:t>phone par ki bahut paise wale the woh.</w:t>
      </w:r>
    </w:p>
    <w:p>
      <w:pPr>
        <w:jc w:val="right"/>
      </w:pPr>
      <w:r>
        <w:t>phone पर कि बहुत पैसे वाले थे वह.</w:t>
      </w:r>
    </w:p>
    <w:p>
      <w:r>
        <w:rPr>
          <w:b/>
        </w:rPr>
        <w:t xml:space="preserve">[49:29] </w:t>
      </w:r>
      <w:r>
        <w:t>to unhone phone par kaha ki main itna kabil insaan hoon yeh aur woh tum kiske peeche lagi ho?</w:t>
      </w:r>
    </w:p>
    <w:p>
      <w:pPr>
        <w:jc w:val="right"/>
      </w:pPr>
      <w:r>
        <w:t>तो उन्होंने phone पर कहा कि मैं इतना काबिल इंसान हूं यह और वह तुम किसके पीछे लगी हो?</w:t>
      </w:r>
    </w:p>
    <w:p>
      <w:r>
        <w:rPr>
          <w:b/>
        </w:rPr>
        <w:t xml:space="preserve">[49:37] </w:t>
      </w:r>
      <w:r>
        <w:t>kaun maulana, kaun kiya?</w:t>
      </w:r>
    </w:p>
    <w:p>
      <w:pPr>
        <w:jc w:val="right"/>
      </w:pPr>
      <w:r>
        <w:t>कौन मौलाना, कौन किया?</w:t>
      </w:r>
    </w:p>
    <w:p>
      <w:r>
        <w:rPr>
          <w:b/>
        </w:rPr>
        <w:t xml:space="preserve">[49:45] </w:t>
      </w:r>
      <w:r>
        <w:t>to tumne kisi ko miss se zyada akalman dekha?</w:t>
      </w:r>
    </w:p>
    <w:p>
      <w:pPr>
        <w:jc w:val="right"/>
      </w:pPr>
      <w:r>
        <w:t>तो तुमने किसी को miss से ज़्यादा अकेलमन देखा?</w:t>
      </w:r>
    </w:p>
    <w:p>
      <w:r>
        <w:rPr>
          <w:b/>
        </w:rPr>
        <w:t xml:space="preserve">[49:53] </w:t>
      </w:r>
      <w:r>
        <w:t>imaan wala woh insaan jo yeh jisne imaan paya hoga ke jisne duniya paya hoga. ji jo bata hoon. waise abhi yahan par jaise jo exam mein abhi ek hafta pehle bhi akali baat hai ke ek kisi aadmi ne jalse mein khade hokar koi baat aisi ho misaal main yeh samajh gayi.</w:t>
      </w:r>
    </w:p>
    <w:p>
      <w:pPr>
        <w:jc w:val="right"/>
      </w:pPr>
      <w:r>
        <w:t>ईमान वाला वह इंसान जो यह जिसने ईमान पाया होगा कि जिसने दुनिया पाया होगा. जी जो बता हूं. वैसे अभी यहां पर जैसे जो exam में अभी एक हफ्ता पहले भी अकाली बात है कि एक किसी आदमी ने जलसे में खड़े होकर कोई बात ऐसी हो मिसाल मैं यह समझ गई.</w:t>
      </w:r>
    </w:p>
    <w:p>
      <w:r>
        <w:rPr>
          <w:b/>
        </w:rPr>
        <w:t xml:space="preserve">[50:12] </w:t>
      </w:r>
      <w:r>
        <w:t>jab usne misaal dene mein tha ki kisi siyasi leader ko yeh bhi jaise paygambaron ki tarah aaye</w:t>
      </w:r>
    </w:p>
    <w:p>
      <w:pPr>
        <w:jc w:val="right"/>
      </w:pPr>
      <w:r>
        <w:t>जब उसने मिसाल देने में था कि किसी सियासी leader को यह भी जैसे प्यागंबरों की तरह आए</w:t>
      </w:r>
    </w:p>
    <w:p>
      <w:r>
        <w:rPr>
          <w:b/>
        </w:rPr>
        <w:t xml:space="preserve">[50:31] </w:t>
      </w:r>
      <w:r>
        <w:t>hain yeh samjha rahe hain jo allah kala ne sakhti se mana ki thi.</w:t>
      </w:r>
    </w:p>
    <w:p>
      <w:pPr>
        <w:jc w:val="right"/>
      </w:pPr>
      <w:r>
        <w:t>हैं यह समझा रहे हैं जो अल्लाह काला ने सख्ती से मना की थी.</w:t>
      </w:r>
    </w:p>
    <w:p>
      <w:r>
        <w:rPr>
          <w:b/>
        </w:rPr>
        <w:t xml:space="preserve">[50:51] </w:t>
      </w:r>
      <w:r>
        <w:t>to aajkal hamare paas mazhab ki ajeebo gareeb cheezein ho gayi hain. isse kabhi kabhi khauf aane lagta hai ke hum kis tarah ja rahe hain. as a as a islam, as a mazhabi society hum is is andhere mein maulama sahab ne kitab mein elect kar rahe hain woh hum sabke liye naatala se judne ka behtareen zariya hai usko samajhne ka.</w:t>
      </w:r>
    </w:p>
    <w:p>
      <w:pPr>
        <w:jc w:val="right"/>
      </w:pPr>
      <w:r>
        <w:t>तो आजकल हमारे पास मज़हब की अजीबों गरीब चीज़ें हो गई हैं. इससे कभी कभी खौफ आने लगता है कि हम किस तरह जा रहे हैं. As a as a इस्लाम, as a मज़हबी society हम इस इस अंधेरे में मौलामा साहब ने किताब में elect कर रहे हैं वह हम सबके लिए नाताला से जुड़ने का बेहतरीन ज़रिया है उसको समझने का.</w:t>
      </w:r>
    </w:p>
    <w:p>
      <w:r>
        <w:rPr>
          <w:b/>
        </w:rPr>
        <w:t xml:space="preserve">[51:14] </w:t>
      </w:r>
      <w:r>
        <w:t>yeah, after listening to all of your starting friend doctor safina, what i was feeling as if ke because of the quantity, there is lot of aggressiveness in mistents. because woh quantity par focus hai, uski wajah se unke andar ek aggression aa gaya hai, ek competition wali feeling aa gayi hai. jab yeh tamam negative feeling hai, ek competition hona aur ek logon ko quantity ke upar judge karna, log is cheez ko bahut proud feel karte hain.</w:t>
      </w:r>
    </w:p>
    <w:p>
      <w:pPr>
        <w:jc w:val="right"/>
      </w:pPr>
      <w:r>
        <w:t>Yeah, after listening to all of your starting friend Doctor सफ़ीना, what I was feeling as if कि because of the quantity, there is lot of aggressiveness in mistents. Because वह quantity पर focus है, उसकी वजह से उनके अंदर एक aggression आ गया है, एक competition वाली feeling आ गई है. जब यह तमाम negative feeling है, एक competition होना और एक लोगों को quantity के ऊपर judge करना, लोग इस चीज़ को बहुत proud feel करते हैं.</w:t>
      </w:r>
    </w:p>
    <w:p>
      <w:r>
        <w:rPr>
          <w:b/>
        </w:rPr>
        <w:t xml:space="preserve">[51:43] </w:t>
      </w:r>
      <w:r>
        <w:t>logon mein batana ke maine itna umrah kiya, itna kiya. abhi kuch din pehle hi meri ek mulaqat hui thi. ek mere hi reshedaar hain. woh unhone teen baar umrah kiya.</w:t>
      </w:r>
    </w:p>
    <w:p>
      <w:pPr>
        <w:jc w:val="right"/>
      </w:pPr>
      <w:r>
        <w:t>लोगों में बताना कि मैंने इतना उम्रा किया, इतना किया. अभी कुछ दिन पहले ही मेरी एक मुलाकात हुई थी. एक मेरे ही रेशदार हैं. वह उन्होंने तीन बार उम्रा किया.</w:t>
      </w:r>
    </w:p>
    <w:p>
      <w:r>
        <w:rPr>
          <w:b/>
        </w:rPr>
        <w:t xml:space="preserve">[51:54] </w:t>
      </w:r>
      <w:r>
        <w:t>jab maine bataya percentage of muslims is following this culture of Islam to maybe to have a sort</w:t>
      </w:r>
    </w:p>
    <w:p>
      <w:pPr>
        <w:jc w:val="right"/>
      </w:pPr>
      <w:r>
        <w:t>जब मैंने बताया percentage of मुस्लिमs is following this culture of Islam to maybe to have a sort</w:t>
      </w:r>
    </w:p>
    <w:p>
      <w:r>
        <w:rPr>
          <w:b/>
        </w:rPr>
        <w:t xml:space="preserve">[52:02] </w:t>
      </w:r>
      <w:r>
        <w:t>of show off ki that I have done so much of umrah, so much of kitne musalman to</w:t>
      </w:r>
    </w:p>
    <w:p>
      <w:pPr>
        <w:jc w:val="right"/>
      </w:pPr>
      <w:r>
        <w:t>of show off कि that I have done so much of उम्र, so much of कितने मुसलमान तो</w:t>
      </w:r>
    </w:p>
    <w:p>
      <w:r>
        <w:rPr>
          <w:b/>
        </w:rPr>
        <w:t xml:space="preserve">[52:10] </w:t>
      </w:r>
      <w:r>
        <w:t>qaza-e-umr ke upar jhagda karte hain.</w:t>
      </w:r>
    </w:p>
    <w:p>
      <w:pPr>
        <w:jc w:val="right"/>
      </w:pPr>
      <w:r>
        <w:t>कज़ाए उम्र के ऊपर झगड़ा करते हैं.</w:t>
      </w:r>
    </w:p>
    <w:p>
      <w:r>
        <w:rPr>
          <w:b/>
        </w:rPr>
        <w:t xml:space="preserve">[52:19] </w:t>
      </w:r>
      <w:r>
        <w:t>yeh hamare umr mein itni roza baqi hai, itni namaz baqi hai.</w:t>
      </w:r>
    </w:p>
    <w:p>
      <w:pPr>
        <w:jc w:val="right"/>
      </w:pPr>
      <w:r>
        <w:t>यह हमारे उम्र में इतनी रोज़ा बाकी है, इतनी नमाज़ बाकी है.</w:t>
      </w:r>
    </w:p>
    <w:p>
      <w:r>
        <w:rPr>
          <w:b/>
        </w:rPr>
        <w:t xml:space="preserve">[52:27] </w:t>
      </w:r>
      <w:r>
        <w:t>ab uske upar bhi yeh jhagda hai.</w:t>
      </w:r>
    </w:p>
    <w:p>
      <w:pPr>
        <w:jc w:val="right"/>
      </w:pPr>
      <w:r>
        <w:t>अब उसके ऊपर भी यह झगड़ा है.</w:t>
      </w:r>
    </w:p>
    <w:p>
      <w:r>
        <w:rPr>
          <w:b/>
        </w:rPr>
        <w:t xml:space="preserve">[52:35] </w:t>
      </w:r>
      <w:r>
        <w:t>yeh sab saare concept unko clear nahi hai.</w:t>
      </w:r>
    </w:p>
    <w:p>
      <w:pPr>
        <w:jc w:val="right"/>
      </w:pPr>
      <w:r>
        <w:t>यह सब सारे concept उनको clear नहीं है.</w:t>
      </w:r>
    </w:p>
    <w:p>
      <w:r>
        <w:rPr>
          <w:b/>
        </w:rPr>
        <w:t xml:space="preserve">[52:44] </w:t>
      </w:r>
      <w:r>
        <w:t>is liye clear nahi hai because it is all based on quantity.</w:t>
      </w:r>
    </w:p>
    <w:p>
      <w:pPr>
        <w:jc w:val="right"/>
      </w:pPr>
      <w:r>
        <w:t>इसलिए clear नहीं है because it is all based on quantity.</w:t>
      </w:r>
    </w:p>
    <w:p>
      <w:r>
        <w:rPr>
          <w:b/>
        </w:rPr>
        <w:t xml:space="preserve">[52:52] </w:t>
      </w:r>
      <w:r>
        <w:t>The focus is on quantity.</w:t>
      </w:r>
    </w:p>
    <w:p>
      <w:pPr>
        <w:jc w:val="right"/>
      </w:pPr>
      <w:r>
        <w:t>The focus is on quantity.</w:t>
      </w:r>
    </w:p>
    <w:p>
      <w:r>
        <w:rPr>
          <w:b/>
        </w:rPr>
        <w:t xml:space="preserve">[53:00] </w:t>
      </w:r>
      <w:r>
        <w:t>hamare paas aur sirf jee hai aapka.</w:t>
      </w:r>
    </w:p>
    <w:p>
      <w:pPr>
        <w:jc w:val="right"/>
      </w:pPr>
      <w:r>
        <w:t>हमारे पास और सिर्फ जी है आपका.</w:t>
      </w:r>
    </w:p>
    <w:p>
      <w:r>
        <w:rPr>
          <w:b/>
        </w:rPr>
        <w:t xml:space="preserve">[53:09] </w:t>
      </w:r>
      <w:r>
        <w:t>haan, yeh matlab mujhe yeh bhi yaad aa raha hai ke kuch log jab hanch karke aate hain na to unko bahut unki bhi badi us insaan ko bhi badi alag alag se uska uske saath behave kiya jata hai haath soomancha jata hai. yes. aur woh haaj kiye hain, woh aise kiye hain, woh bahut bade haaji hain, woh bahut bade namazi hain. aise karke bhi behave kiya jata hai. aur phir hamare yahan unko haaji sahab haaji sahab kaha jata hai. haan yeh bhi. hal haaj hai na?</w:t>
      </w:r>
    </w:p>
    <w:p>
      <w:pPr>
        <w:jc w:val="right"/>
      </w:pPr>
      <w:r>
        <w:t>हां, यह मतलब मुझे यह भी याद आ रहा है कि कुछ लोग जब हंच करके आते हैं ना तो उनको बहुत उनकी भी बड़ी उस इंसान को भी बड़ी अलग अलग से उसका उसके साथ behave किया जाता है हाथ सूमंच जाता है. Yes. और वह हाज किए हैं, वह ऐसे किए हैं, वह बहुत बड़े हाजी हैं, वह बहुत बड़े नमाज़ी हैं. ऐसे करके भी behave किया जाता है. और फिर हमारे यहां उनको हाजी साहब हाजी साहब कहा जाता है. हां यह भी. हल हाज है ना?</w:t>
      </w:r>
    </w:p>
    <w:p>
      <w:r>
        <w:rPr>
          <w:b/>
        </w:rPr>
        <w:t xml:space="preserve">[53:38] </w:t>
      </w:r>
      <w:r>
        <w:t>haan haaji hum log karte the log haaji ko aate the hum momya haaji kehte the ke molanta kehte hain yeh koi baat hi nahi hai ke haaji karo. bhai aap aur sab ibadaten karte ho to uska koi naam dete ho. bahut bahut kuch hota hai. yeh hamari tradition ka ek hi tradition ka part hai. jab chahte hain to bade badi thomdham hoti hai jab aate hain to main badi thomdham hoti koi kapde de raha hai, koi kuch kar raha hai. haan yeh sab kuch.</w:t>
      </w:r>
    </w:p>
    <w:p>
      <w:pPr>
        <w:jc w:val="right"/>
      </w:pPr>
      <w:r>
        <w:t>हां हाजी हम लोग करते थे लोग हाजी को आते थे हम मौम्या हाजी कहते थे कि मौलान्ता कहते हैं यह कोई बात ही नहीं है कि हाजी करो. भई आप और सब इबादतें करते हो तो उसका कोई नाम देते हो. बहुत बहुत कुछ होता है. यह हमारी tradition का एक ही tradition का part है. जब चाहते हैं तो बड़े बड़ी थोमधाम होती है जब आते हैं तो मैं बड़ी थोमधाम होती कोई कपड़े दे रहा है, कोई कुछ कर रहा है. हां यह सब कुछ.</w:t>
      </w:r>
    </w:p>
    <w:p>
      <w:r>
        <w:rPr>
          <w:b/>
        </w:rPr>
        <w:t xml:space="preserve">[54:07] </w:t>
      </w:r>
      <w:r>
        <w:t>kahan sa raha hoti hai? meri main jab hach karke aayi to meri ek non muslim ek teacher thi to woh matlab ek muslim school mein padhati thi to usne to wahi dekh rakha tha. to mujhse boli ke aap to aapko na koi aise aap kahin ja rahi hain ya koi aapko woh de raha hai. mere paas kuch lekar aaye inko kya machkar ke aayi? to maine kaha yeh kya hai?</w:t>
      </w:r>
    </w:p>
    <w:p>
      <w:pPr>
        <w:jc w:val="right"/>
      </w:pPr>
      <w:r>
        <w:t>कहां सा रहा होती है? मेरी मैं जब हच करके आई तो मेरी एक non मुस्लिम एक teacher थी तो वह उसने वह मतलब एक मुस्लिम school में पढ़ाती थी तो उसने तो वही देख रखा था. तो मुझसे बोली कि आप तो आपको ना कोई ऐसे आप कहीं जा रही हैं या कोई आपको वह दे रहा है. मेरे पास कुछ लेकर आए इनको क्या मचकर के आई? तो मैंने कहा यह क्या है?</w:t>
      </w:r>
    </w:p>
    <w:p>
      <w:r>
        <w:rPr>
          <w:b/>
        </w:rPr>
        <w:t xml:space="preserve">[54:35] </w:t>
      </w:r>
      <w:r>
        <w:t>to kehte hain yeh to yeh sab log karte hain to maine socha main aapko galat dekar aaun.</w:t>
      </w:r>
    </w:p>
    <w:p>
      <w:pPr>
        <w:jc w:val="right"/>
      </w:pPr>
      <w:r>
        <w:t>तो कहते हैं यह तो यह सब लोग करते हैं तो मैंने सोचा मैं आपको गलत देकर आऊं.</w:t>
      </w:r>
    </w:p>
    <w:p>
      <w:r>
        <w:rPr>
          <w:b/>
        </w:rPr>
        <w:t xml:space="preserve">[54:44] </w:t>
      </w:r>
      <w:r>
        <w:t>to yeh aisi traditions ho gayi hain sab.</w:t>
      </w:r>
    </w:p>
    <w:p>
      <w:pPr>
        <w:jc w:val="right"/>
      </w:pPr>
      <w:r>
        <w:t>तो यह ऐसी traditions हो गई हैं सब.</w:t>
      </w:r>
    </w:p>
    <w:p>
      <w:r>
        <w:rPr>
          <w:b/>
        </w:rPr>
        <w:t xml:space="preserve">[54:53] </w:t>
      </w:r>
      <w:r>
        <w:t>humein sahi islam ki samajh de.</w:t>
      </w:r>
    </w:p>
    <w:p>
      <w:pPr>
        <w:jc w:val="right"/>
      </w:pPr>
      <w:r>
        <w:t>हमें सही इस्लाम की समझ दे.</w:t>
      </w:r>
    </w:p>
    <w:p>
      <w:r>
        <w:rPr>
          <w:b/>
        </w:rPr>
        <w:t xml:space="preserve">[55:02] </w:t>
      </w:r>
      <w:r>
        <w:t>sahi aur jo Maulana ne bahut clarity kari hai, bahut clarity kari.</w:t>
      </w:r>
    </w:p>
    <w:p>
      <w:pPr>
        <w:jc w:val="right"/>
      </w:pPr>
      <w:r>
        <w:t>सही और जो मोलाना ने बहुत clarity करी है, बहुत clarity करी.</w:t>
      </w:r>
    </w:p>
    <w:p>
      <w:r>
        <w:rPr>
          <w:b/>
        </w:rPr>
        <w:t xml:space="preserve">[55:11] </w:t>
      </w:r>
      <w:r>
        <w:t>ek baat main kehna chah rahi hoon Maulana ki. Jee.</w:t>
      </w:r>
    </w:p>
    <w:p>
      <w:pPr>
        <w:jc w:val="right"/>
      </w:pPr>
      <w:r>
        <w:t>एक बात मैं कहना चाह रही हूं मोलाना की. जी.</w:t>
      </w:r>
    </w:p>
    <w:p>
      <w:r>
        <w:rPr>
          <w:b/>
        </w:rPr>
        <w:t xml:space="preserve">[55:20] </w:t>
      </w:r>
      <w:r>
        <w:t>Maulana sahab ki ek line hai woh mujhe</w:t>
      </w:r>
    </w:p>
    <w:p>
      <w:pPr>
        <w:jc w:val="right"/>
      </w:pPr>
      <w:r>
        <w:t>मोलाना साहब की एक line है वह मुझे</w:t>
      </w:r>
    </w:p>
    <w:p>
      <w:r>
        <w:rPr>
          <w:b/>
        </w:rPr>
        <w:t xml:space="preserve">[55:29] </w:t>
      </w:r>
      <w:r>
        <w:t>main kahi thi ki yahan to kuch sab dafl ho gaye hain.</w:t>
      </w:r>
    </w:p>
    <w:p>
      <w:pPr>
        <w:jc w:val="right"/>
      </w:pPr>
      <w:r>
        <w:t>मैं कही थी कि यहां तो कुछ सब दफ्ल हो गए हैं.</w:t>
      </w:r>
    </w:p>
    <w:p>
      <w:r>
        <w:rPr>
          <w:b/>
        </w:rPr>
        <w:t xml:space="preserve">[55:33] </w:t>
      </w:r>
      <w:r>
        <w:t>ab hum wahan to hamare amal kaam aa rahe honge.</w:t>
      </w:r>
    </w:p>
    <w:p>
      <w:pPr>
        <w:jc w:val="right"/>
      </w:pPr>
      <w:r>
        <w:t>अब हम वहां तो हमारे अमल काम आ रहे होंगे.</w:t>
      </w:r>
    </w:p>
    <w:p>
      <w:r>
        <w:rPr>
          <w:b/>
        </w:rPr>
        <w:t xml:space="preserve">[55:37] </w:t>
      </w:r>
      <w:r>
        <w:t>hamare titan kaam nahi aa rahe honge.</w:t>
      </w:r>
    </w:p>
    <w:p>
      <w:pPr>
        <w:jc w:val="right"/>
      </w:pPr>
      <w:r>
        <w:t>हमारे titan काम नहीं आ रहे होंगे.</w:t>
      </w:r>
    </w:p>
    <w:p>
      <w:r>
        <w:rPr>
          <w:b/>
        </w:rPr>
        <w:t xml:space="preserve">[55:41] </w:t>
      </w:r>
      <w:r>
        <w:t>jo bhi humne titan banaye is liye.</w:t>
      </w:r>
    </w:p>
    <w:p>
      <w:pPr>
        <w:jc w:val="right"/>
      </w:pPr>
      <w:r>
        <w:t>जो भी हमने titan बनाए इसलिए.</w:t>
      </w:r>
    </w:p>
    <w:p>
      <w:r>
        <w:rPr>
          <w:b/>
        </w:rPr>
        <w:t xml:space="preserve">[55:45] </w:t>
      </w:r>
      <w:r>
        <w:t>We have five minutes time.</w:t>
      </w:r>
    </w:p>
    <w:p>
      <w:pPr>
        <w:jc w:val="right"/>
      </w:pPr>
      <w:r>
        <w:t>We have five minutes time.</w:t>
      </w:r>
    </w:p>
    <w:p>
      <w:r>
        <w:rPr>
          <w:b/>
        </w:rPr>
        <w:t xml:space="preserve">[55:49] </w:t>
      </w:r>
      <w:r>
        <w:t>So ladies who all still want to share your learning, please go ahead. Come.</w:t>
      </w:r>
    </w:p>
    <w:p>
      <w:pPr>
        <w:jc w:val="right"/>
      </w:pPr>
      <w:r>
        <w:t>So ladies who all still want to share your learning, please go ahead. Come.</w:t>
      </w:r>
    </w:p>
    <w:p>
      <w:r>
        <w:rPr>
          <w:b/>
        </w:rPr>
        <w:t xml:space="preserve">[55:53] </w:t>
      </w:r>
      <w:r>
        <w:t>We have just four minutes left, and we will conclude this session.</w:t>
      </w:r>
    </w:p>
    <w:p>
      <w:pPr>
        <w:jc w:val="right"/>
      </w:pPr>
      <w:r>
        <w:t>We have just four minutes left, and we will conclude this session.</w:t>
      </w:r>
    </w:p>
    <w:p>
      <w:r>
        <w:rPr>
          <w:b/>
        </w:rPr>
        <w:t xml:space="preserve">[55:57] </w:t>
      </w:r>
      <w:r>
        <w:t>Anyone of you who wants to say something?</w:t>
      </w:r>
    </w:p>
    <w:p>
      <w:pPr>
        <w:jc w:val="right"/>
      </w:pPr>
      <w:r>
        <w:t>Anyone of you who wants to say something?</w:t>
      </w:r>
    </w:p>
    <w:p>
      <w:r>
        <w:rPr>
          <w:b/>
        </w:rPr>
        <w:t xml:space="preserve">[56:01] </w:t>
      </w:r>
      <w:r>
        <w:t>ayesha yusra. kar le hum. asslam lekoon. walik maslam. yeh jo quantitative aur qualitative yeh dono cheez meri experience mein hai.</w:t>
      </w:r>
    </w:p>
    <w:p>
      <w:pPr>
        <w:jc w:val="right"/>
      </w:pPr>
      <w:r>
        <w:t>आयुषा युसरा. कर ले हम. अस्लाम लेकून. वालिक मस्लाम. यह जो quantitative और qualitative यह दोनों चीज़ मेरी experience में है.</w:t>
      </w:r>
    </w:p>
    <w:p>
      <w:r>
        <w:rPr>
          <w:b/>
        </w:rPr>
        <w:t xml:space="preserve">[56:15] </w:t>
      </w:r>
      <w:r>
        <w:t>pehle ek quantitative hai ki maine pehle pehle islam ko discount kiya hai tab maine yeh jo gathering rehte hain na, is tamam bolte hain woh gathering mein gaye thi to unhone ek form ki cheez wali cheezon ko batate hain. usmein ek hai sure mulk padhne se qabr azaab se tumhein bachoge. har raat ko sure mulk padhni chahti hai.</w:t>
      </w:r>
    </w:p>
    <w:p>
      <w:pPr>
        <w:jc w:val="right"/>
      </w:pPr>
      <w:r>
        <w:t>पहले एक quantitative है कि मैंने पहले पहले इस्लाम को discount किया है तब मैंने यह जो gathering रहते हैं ना, इस तमाम बोलते हैं वह gathering में गए थी तो उन्होंने एक form की चीज़ वाली चीज़ों को बताते हैं. उसमें एक है सुरे मुल्क पढ़ने से कब्र आज़ाब से तुम्हें बचोगे. हर रात को सुरे मुल्क पढ़नी चाहती है.</w:t>
      </w:r>
    </w:p>
    <w:p>
      <w:r>
        <w:rPr>
          <w:b/>
        </w:rPr>
        <w:t xml:space="preserve">[56:42] </w:t>
      </w:r>
      <w:r>
        <w:t>to maine yahi kahe one ten days tak maine yahi kiya hai ki padhte rahi, padhte rahi, padhte rahi. to maine uske baad sochi kya iske liye main discover kiya hai? kya islam ko ismein koi maza nahi hai? to aisa ki sab kuch hai. lekin jab cbs mission mein join hone ke baad meri andar jo seeker ki spirit hai woh vacant hui hai.</w:t>
      </w:r>
    </w:p>
    <w:p>
      <w:pPr>
        <w:jc w:val="right"/>
      </w:pPr>
      <w:r>
        <w:t>तो मैंने यही कहे one ten days तक मैंने यही किया है कि पढ़ते रही, पढ़ते रही, पढ़ते रही. तो मैंने उसके बाद सोची क्या इसके लिए मैं discover किया है? क्या इस्लाम को इसमें कोई मज़ा नहीं है? तो ऐसा कि सब कुछ है. लेकिन जब CBS mission में join होने के बाद मेरी अंदर जो seeker की spirit है वह vacant हुई है.</w:t>
      </w:r>
    </w:p>
    <w:p>
      <w:r>
        <w:rPr>
          <w:b/>
        </w:rPr>
        <w:t xml:space="preserve">[57:10] </w:t>
      </w:r>
      <w:r>
        <w:t>to misaal ke taur par do din ke pehle ki baat hai meri madam ne main jab bhi cycle mein ek bottle pani dekar jati hai, purani pani phenk dal, phenkkar naya bottle naya pani barte the. tab mere madam ne ek khone mein ek jhad di usko pani dalte hain purana pani. to mere madam ne kaha ki tumhein woh pani mat dalo ke ek heeda aa jati hai, woh jhad ko khatna hai. to theek hai bole.</w:t>
      </w:r>
    </w:p>
    <w:p>
      <w:pPr>
        <w:jc w:val="right"/>
      </w:pPr>
      <w:r>
        <w:t>तो मिसाल के तौर पर दो दिन के पहले की बात है मेरी madam ने मैं जब भी cycle में एक bottle पानी देकर जाती है, पुरानी पानी फ़ेंक डाल, फ़ेंककर नया bottle नया पानी बरते थे. तब मेरे madam ने एक खोने में एक झाड़ दी उसको पानी डालते हैं पुराना पानी. तो मेरे madam ने कहा कि तुम्हें वह पानी मत डालो के एक हीड़ा आ जाती है, वह झाड़ को खाटना है. तो ठीक है बोले.</w:t>
      </w:r>
    </w:p>
    <w:p>
      <w:r>
        <w:rPr>
          <w:b/>
        </w:rPr>
        <w:t xml:space="preserve">[57:38] </w:t>
      </w:r>
      <w:r>
        <w:t>main doosri din wahi bottle lekar wahi taraf jane wali thi lekin yahi socha na na mere madam ne kaha hi us us pani us taraf mat phenko, us jar ko mat dalo. to maine socha unki baat mere dimagh mein hai. to un soti thi darwaza banti. to maine socha mere options two hain.</w:t>
      </w:r>
    </w:p>
    <w:p>
      <w:pPr>
        <w:jc w:val="right"/>
      </w:pPr>
      <w:r>
        <w:t>मैं दूसरी दिन वही bottle लेकर वही तरफ जाने वाली थी लेकिन यही सोचा ना ना मेरे madam ने कहा ही उस उस पानी उस तरफ़ मत फेंको, उस jar को मत डालो. तो मैंने सोचा उनकी बात मेरे दिमाग़ में है. तो उन सोती थी दरवाज़ा बनती. तो मैंने सोचा मेरे options two हैं.</w:t>
      </w:r>
    </w:p>
    <w:p>
      <w:r>
        <w:rPr>
          <w:b/>
        </w:rPr>
        <w:t xml:space="preserve">[58:00] </w:t>
      </w:r>
      <w:r>
        <w:t>ek hai un soti thi, un dekhti nahi hai lekin main pani dalne se bhi unko khabar nahi dete lekin maine yeh socha nahi, main to wada kiya. unhone mujhe na boli, main nahi dalna. tab to main doosri taraf mere hand wash karke woh pani bek diya. tab mere baad, maine ek hi baat aaya. allah taala ne bhi insan ko yahi instruction diya hai ki tumhein shik mat karo, nashukri mat karo, achhe kaam karo.</w:t>
      </w:r>
    </w:p>
    <w:p>
      <w:pPr>
        <w:jc w:val="right"/>
      </w:pPr>
      <w:r>
        <w:t>एक है उन सोती थी, उन देखती नहीं है लेकिन मैं पानी डालने से भी उनको खबर नहीं देते लेकिन मैंने यह सोचा नहीं, मैं तो वादा किया. उन्होंने मुझे ना बोली, मैं नहीं डालना. तब तो मैं दूसरी तरफ मेरे hand wash करके वह पानी बेक दिया. तब मेरे बाद, मैंने एक ही बात आया. अल्लाह ताला ने भी इंसान को यही instruction दिया है कि तुम्हें शिक मत करो, नाशुक्रिय मत करो, अच्छे काम करो.</w:t>
      </w:r>
    </w:p>
    <w:p>
      <w:r>
        <w:rPr>
          <w:b/>
        </w:rPr>
        <w:t xml:space="preserve">[58:28] </w:t>
      </w:r>
      <w:r>
        <w:t>to agar maine abhi mere madam ko jitna risted diya, jitna unki baat ko mere mind mein rakhkar un nahi dekhe to bhi main strictly follow kiya. vasahil khuda nahi, khuda dekhte hain lekin khuda humko nazar naye aate hain. hum khuda kud nahi dekh sakte hain, lekin khuda instruction kiya hai. tumhein achhe bano, bura mat bano.</w:t>
      </w:r>
    </w:p>
    <w:p>
      <w:pPr>
        <w:jc w:val="right"/>
      </w:pPr>
      <w:r>
        <w:t>तो अगर मैंने अभी मेरे madam को जितना रिस्तेद दिया, जितना उनकी बात को मेरे mind में रखकर उन नहीं देखे तो भी मैं strictly follow किया. वैसाहिल खुदा नहीं, खुदा देखते हैं लेकिन खुदा हमको नज़र नए आते हैं. हम खुदा कुद नहीं देख सकते हैं, लेकिन खुदा instruction किया है. तुम्हें अच्छे बनो, बुरा मत बनो.</w:t>
      </w:r>
    </w:p>
    <w:p>
      <w:r>
        <w:rPr>
          <w:b/>
        </w:rPr>
        <w:t xml:space="preserve">[58:51] </w:t>
      </w:r>
      <w:r>
        <w:t>to jab hamare dimagh mein yahi baat rakhkar hum zindagi guzarnese zaroor humko kudakhi taraf se madad aayegi aur kudakhi nazar mein hum achhe banoge aur kamyab bhi honge. yeh is taraf, this type of mentality awakened in my personality after joining CPS. to jab I see maine sochi isi isi wali spirit ko main dhoondh rahi thi.</w:t>
      </w:r>
    </w:p>
    <w:p>
      <w:pPr>
        <w:jc w:val="right"/>
      </w:pPr>
      <w:r>
        <w:t>तो जब हमारे दिमाग में यही बात रखकर हम ज़िंदगी गुज़ारने से ज़रूर हमको कुदाखी तरफ़ से मदद आएगी और कुदाखी नज़र में हम अच्छे बनोगे और कामयाब भी होंगे. यह इस तरफ़, this type of mentality awakened in my personality after joining CPS. तो जब I see मैंने सोची इसी इसी वाली spirit को मैं ढूंढ रही थी.</w:t>
      </w:r>
    </w:p>
    <w:p>
      <w:r>
        <w:rPr>
          <w:b/>
        </w:rPr>
        <w:t xml:space="preserve">[59:20] </w:t>
      </w:r>
      <w:r>
        <w:t>isiliye main istam ko discover ki thi. to jab maulanak ke read karne ke baad maulanak ki lectures ko sunne ke baad jo script mere andar aani chahiye, jo script ke liye main talash mein hoon, woh mujhe mil gaya hai. yeh article ke bare mein meri experience hai aap. jaisa kalla for sharing your learning and it's time now we have to end this session.</w:t>
      </w:r>
    </w:p>
    <w:p>
      <w:pPr>
        <w:jc w:val="right"/>
      </w:pPr>
      <w:r>
        <w:t>इसीलिए मैं इस्ताम को discover की थी. तो जब मौलानक के read करने के बाद मौलानक की lectures को सुनने के बाद जो script मेरे अंदर आनी चाहिए, जो script के लिए मैं तलाश में हूं, वह मुझे मिल गया है. यह article के बारे में मेरी experience है आप. जैसा कल्ला for sharing your learning and it's time now we have to end this session.</w:t>
      </w:r>
    </w:p>
    <w:p>
      <w:r>
        <w:rPr>
          <w:b/>
        </w:rPr>
        <w:t xml:space="preserve">[59:49] </w:t>
      </w:r>
      <w:r>
        <w:t>I ask Pramita Apa to close the session with the dua.</w:t>
      </w:r>
    </w:p>
    <w:p>
      <w:pPr>
        <w:jc w:val="right"/>
      </w:pPr>
      <w:r>
        <w:t>I ask प्रमिता अपा to close the session with the दुआ.</w:t>
      </w:r>
    </w:p>
    <w:p>
      <w:r>
        <w:rPr>
          <w:b/>
        </w:rPr>
        <w:t xml:space="preserve">[59:56] </w:t>
      </w:r>
      <w:r>
        <w:t>aap unmute karein.</w:t>
      </w:r>
    </w:p>
    <w:p>
      <w:pPr>
        <w:jc w:val="right"/>
      </w:pPr>
      <w:r>
        <w:t>आप unmute करें.</w:t>
      </w:r>
    </w:p>
    <w:p>
      <w:r>
        <w:rPr>
          <w:b/>
        </w:rPr>
        <w:t xml:space="preserve">[1:00:03] </w:t>
      </w:r>
      <w:r>
        <w:t>Chapter 10 ki verse ek sau das se ek sau gyarah padh rahi thi ki haan aur humne</w:t>
      </w:r>
    </w:p>
    <w:p>
      <w:pPr>
        <w:jc w:val="right"/>
      </w:pPr>
      <w:r>
        <w:t>Chapter 10 की verse एक सौ दस से एक सौ ग्यारह पढ़ रही थी कि हां और हमने</w:t>
      </w:r>
    </w:p>
    <w:p>
      <w:r>
        <w:rPr>
          <w:b/>
        </w:rPr>
        <w:t xml:space="preserve">[1:00:10] </w:t>
      </w:r>
      <w:r>
        <w:t>Musa ko kitab di phir usmein foot pad gayi aur agar tere rab ki taraf se pehle hi</w:t>
      </w:r>
    </w:p>
    <w:p>
      <w:pPr>
        <w:jc w:val="right"/>
      </w:pPr>
      <w:r>
        <w:t>मूसा को किताब दी फिर उसमें फूट पड़ गई और अगर तेरे रब की तरफ़ से पहले ही</w:t>
      </w:r>
    </w:p>
    <w:p>
      <w:r>
        <w:rPr>
          <w:b/>
        </w:rPr>
        <w:t xml:space="preserve">[1:00:17] </w:t>
      </w:r>
      <w:r>
        <w:t>ek baat na aa chuki hoti to unke darmiyan faisla kar diya jata aur unko usmein shubah hai</w:t>
      </w:r>
    </w:p>
    <w:p>
      <w:pPr>
        <w:jc w:val="right"/>
      </w:pPr>
      <w:r>
        <w:t>एक बात ना आ चुकी होती तो उनके दरमियान फ़ैसला कर दिया जाता और उनको उसमें शुभा है</w:t>
      </w:r>
    </w:p>
    <w:p>
      <w:r>
        <w:rPr>
          <w:b/>
        </w:rPr>
        <w:t xml:space="preserve">[1:00:24] </w:t>
      </w:r>
      <w:r>
        <w:t>jo mutmaeen nahi hone deta aur yaqeen ab tera rab har ek ko uske aamaal ka poora badla dega.</w:t>
      </w:r>
    </w:p>
    <w:p>
      <w:pPr>
        <w:jc w:val="right"/>
      </w:pPr>
      <w:r>
        <w:t>जो मुतमई नहीं होने देता और यक़ीन अब तेरालाब हर एक को उसके आमाल का पूरा बदला देगा.</w:t>
      </w:r>
    </w:p>
    <w:p>
      <w:r>
        <w:rPr>
          <w:b/>
        </w:rPr>
        <w:t xml:space="preserve">[1:00:31] </w:t>
      </w:r>
      <w:r>
        <w:t>woh ba khabar hai is se jo woh kar rahe hain.</w:t>
      </w:r>
    </w:p>
    <w:p>
      <w:pPr>
        <w:jc w:val="right"/>
      </w:pPr>
      <w:r>
        <w:t>वह बाख़बर है इससे जो वह कर रहे हैं.</w:t>
      </w:r>
    </w:p>
    <w:p>
      <w:r>
        <w:rPr>
          <w:b/>
        </w:rPr>
        <w:t xml:space="preserve">[1:00:39] </w:t>
      </w:r>
      <w:r>
        <w:t>monala sahib likhte hain ki musa ki kitab mein ikhtilaf ka matlab yeh hai ki uske mukhatbi uske bayanaad ke bare mein kai rai ho gaye. unmein se kuch logon ne jhutlaya aur kuch logon ne tasleem kiya. tafsir altibari. jab bhi koi baat yeh matlab hadish thi. ab bolana sahib dikh rahe hain ki jab bhi koi baat kahi jaye to aadmi uske bare mein hamesha do cheezon ke darmiyan hota hai.</w:t>
      </w:r>
    </w:p>
    <w:p>
      <w:pPr>
        <w:jc w:val="right"/>
      </w:pPr>
      <w:r>
        <w:t>मोनाला साहब लिखते हैं कि मूसा की किताब में इख्तिलाफ का मतलब यह है कि उसके मुखातबी उसके बयानाद के बारे में कई राय हो गए. उनमें से कुछ लोगों ने झुठलाया और कुछ लोगों ने तस्लीम किया. तफ्सी अल्तिब्री. जब भी कोई बात यह मतलब हदीश थी. अब बोलाना साहब दिख रहे हैं कि जब भी कोई बात कही जाए तो आदमी उसके बारे में हमेशा दो चीज़ों के दरमियान होता है.</w:t>
      </w:r>
    </w:p>
    <w:p>
      <w:r>
        <w:rPr>
          <w:b/>
        </w:rPr>
        <w:t xml:space="preserve">[1:01:09] </w:t>
      </w:r>
      <w:r>
        <w:t>ek sahi taweel, doosri galat taweel. agar sunne wale field waqai sanjeeda hon to woh hamesha ek hi sahi taweel tak pahunchenge. unki sanjeedgi unke liye itihad rai ki jamin van jayegi. iske barqat agar woh baat ke bare mein sanjeedar na ho to woh usko koi ahmiyat na denge aur apne khayal ke mutabik uski mukhtalif taweeren kar karenge.</w:t>
      </w:r>
    </w:p>
    <w:p>
      <w:pPr>
        <w:jc w:val="right"/>
      </w:pPr>
      <w:r>
        <w:t>एक सही तावीर, दूसरी गलत तावीर. अगर सुनने वाले field वाकई संजीदा हों तो वह हमेशा एक ही सही तावीर तक पहुंचेंगे. उनकी संजीदगी उनके लिए इतिहाद राय की जामिन वन जाएगी. इसके बरक़्त अगर वह बात के बारे में संजीदर ना हो तो वह उसको कोई अहमियत ना देंगे और अपने ख्याल के मुताबिक उसकी मुख्तलिफ ताबीरें कर करेंगे.</w:t>
      </w:r>
    </w:p>
    <w:p>
      <w:r>
        <w:rPr>
          <w:b/>
        </w:rPr>
        <w:t xml:space="preserve">[1:01:32] </w:t>
      </w:r>
      <w:r>
        <w:t>koi ek baat kahega, koi doosri baat is tarah unki gair sanjeet ki unhein ek ihtilaf rai tak pahuncha degi. yeh surat tamam paigambaron ke sath pesh aayi, uske bawajood khuda usko gawara karta raha. iski wajah yeh hai ki khuda ne maujooda duniya ko amal ki jagah banaya hai aur agli aane wali duniya ko badla pane ki jagah. khuda ki yahi sunna tha jiski bina par logon ko mukammal aazadi mili hui hai.</w:t>
      </w:r>
    </w:p>
    <w:p>
      <w:pPr>
        <w:jc w:val="right"/>
      </w:pPr>
      <w:r>
        <w:t>कोई एक बात कहेगा, कोई दूसरी बात इस तरह उनकी गैर संजीत की उन्हें एक तिलाफ राय तक पहुंचा देगी. यह सूरत तमाम पैगंबरों के साथ पेश आई, उसके बावजूद खुदा उसको गवारा करता रहा. इसकी वजह यह है कि खुदा ने मौजूदा दुनिया को अमल की जगह बनाया है और अगली आने वाली दुनिया को बदला पाने की जगह. खुदा की यही सुनना था जिसकी बिना पर लोगों को मुकम्मल आज़ादी मिली हुई है.</w:t>
      </w:r>
    </w:p>
    <w:p>
      <w:r>
        <w:rPr>
          <w:b/>
        </w:rPr>
        <w:t xml:space="preserve">[1:02:00] </w:t>
      </w:r>
      <w:r>
        <w:t>maujooda surat e haal isi mohlate imtehan ki bina par hai na ki khuda ke izz ya logon ke kisi istehaka ki bina par. to allah taala humein kisi bhi tarah galat cheezon se bachaye, galat taweel se bachaye aur sahi taweel ko samajhne ki tafeeq dein, us par amal karne ki tafeeq dein. ji. ameer,</w:t>
      </w:r>
    </w:p>
    <w:p>
      <w:pPr>
        <w:jc w:val="right"/>
      </w:pPr>
      <w:r>
        <w:t>मौजूदा सूरत ए हाल इसी मोहलते इम्तेहान की बिना पर है ना कि खुदा के इज़्ज़ या लोगों के किसी इस्तेहका की बिना पर. तो अल्लाह तालाह हमें किसी भी तरह गलत चीज़ों से बचाए, गलत ताबीर से बचाए और सही ताबीर को समझने की ताफीक दें, उस पर अमल करने की ताफीक दें. जी. अमीर,</w:t>
      </w:r>
    </w:p>
    <w:p>
      <w:r>
        <w:rPr>
          <w:b/>
        </w:rPr>
        <w:t xml:space="preserve">[1:02:28] </w:t>
      </w:r>
      <w:r>
        <w:t>jizaa papa aur jizaa kalka to all the ladies who have taken out the time and making this mission of ours successful aur isi tarah se hum mehnat karte rahein har session mein ko attend karne se hamari ek internal growth ho rahi hai, personality development ho raha hai aur hum cheezon ko zyada behtar samajh paate hain.</w:t>
      </w:r>
    </w:p>
    <w:p>
      <w:pPr>
        <w:jc w:val="right"/>
      </w:pPr>
      <w:r>
        <w:t>जिज़ा papa और जिज़्ज़ा कल्का to all the ladies who have taken out the time and making this mission of ours successful और इसी तरह से हम मेहनत करते रहें हर session में को attend करने से हमारी एक internal growth हो रही है, personality development हो रहा है और हम चीज़ों को ज़्यादा बेहतर समझ पाते हैं.</w:t>
      </w:r>
    </w:p>
    <w:p>
      <w:r>
        <w:rPr>
          <w:b/>
        </w:rPr>
        <w:t xml:space="preserve">[1:02:52] </w:t>
      </w:r>
      <w:r>
        <w:t>un points ko jo hum khud padhte hain aise articles mein aur is ek ghante ke session ke baad jo articles hamare sath share hui hai usko aur zyada achhe se hum samajh paate hain. ab main request karungi ki is discussion ke baad us article ko aap log se dobara padhein. jab aap dobara padhenge to ek ek line shayad humko kahin nahi samajh mein aayega to woh points aur clear ho jayenge aur hamari aur better learning hogi inshallah.</w:t>
      </w:r>
    </w:p>
    <w:p>
      <w:pPr>
        <w:jc w:val="right"/>
      </w:pPr>
      <w:r>
        <w:t>उन points को जो हम खुद पढ़ते हैं ऐसे articles में और इस एक घंटे के session के बाद जो articles हमारे साथ share हुई है उसको और ज़्यादा अच्छे से हम समझ पाते हैं. अब मैं request करूंगी कि इस discussion के बाद उस article को आप लोग से दोबारा पढ़ें. जब आप दोबारा पढ़ेंगे तो एक एक line शायद हमको कहीं नहीं समझ में आएगा तो वह points और clear हो जाएंगे और हमारी और better learning होगी इंशालाह.</w:t>
      </w:r>
    </w:p>
    <w:p>
      <w:r>
        <w:rPr>
          <w:b/>
        </w:rPr>
        <w:t xml:space="preserve">[1:03:20] </w:t>
      </w:r>
      <w:r>
        <w:t>to main is session ko ummi ashad shayad kuch kehna chah rahi hain. ummi ashad unka hand raise hua tha. aap kuch kehna chah rahi ho ummi ashad? unhone unhone aise kiya tha. I think she wants to approve your thing. ok ok. so last but not the least we end this session over here in shalah with the new article next week, which will be shared on the whatsapp group.</w:t>
      </w:r>
    </w:p>
    <w:p>
      <w:pPr>
        <w:jc w:val="right"/>
      </w:pPr>
      <w:r>
        <w:t>तो मैं इस session को उम्मी अशद शायद कुछ कहना चाह रही हैं. उम्मी अशद उनका hand raise हुआ था. आप कुछ कहना चाह रही हो उम्मी अशद? उन्होंने उन्होंने ऐसे किया था. I think she wants to approve your thing. Ok ok. So last but not the least we end this session over here in शालाह with the new article next week, which will be shared on the WhatsApp group.</w:t>
      </w:r>
    </w:p>
    <w:p>
      <w:r>
        <w:rPr>
          <w:b/>
        </w:rPr>
        <w:t xml:space="preserve">[1:03:48] </w:t>
      </w:r>
      <w:r>
        <w:t>please, if you really ask serious and want to learn, first make a copy of our diary as molana has always highlighted. I remember once I sat me in front of molana without a diary, without a pen and he was so angry ki unhone mujhe us din session diya hi nahi. unhone kaha ki aap kaisi learning karne aaye hain jabki aapke paas diary aur aapke paas pen nahi hai.</w:t>
      </w:r>
    </w:p>
    <w:p>
      <w:pPr>
        <w:jc w:val="right"/>
      </w:pPr>
      <w:r>
        <w:t>Please, if you really ask serious and want to learn, first make a copy of our diary as Molana has always highlighted. I remember once I sat me in front of मोलाना without a diary, without a pen and he was so angry कि उन्होंने मुझे उस दिन session दिया ही नहीं. उन्होंने कहा कि आप कैसी learning करने आए हैं जबकि आपके पास diary और आपके पास pen नहीं है.</w:t>
      </w:r>
    </w:p>
    <w:p>
      <w:r>
        <w:rPr>
          <w:b/>
        </w:rPr>
        <w:t xml:space="preserve">[1:04:14] </w:t>
      </w:r>
      <w:r>
        <w:t>to hum mein se sabko yeh diary aur ek pen apna rakhe table par aur usko ek mamool banaya har session ka ki is time mein humne kuch point zaroori nahi hai ki hum bahut kuch likhein, bas points jo humein samajh mein aayi hai usko likhein aur usko hum jab kabhi copy ko ya diary ko kholein to humein yaad aa jayega ki is article mein yeh baat hui thi, is article mein yeh baat hui thi.</w:t>
      </w:r>
    </w:p>
    <w:p>
      <w:pPr>
        <w:jc w:val="right"/>
      </w:pPr>
      <w:r>
        <w:t>तो हम में से सबको यह diary और एक pen अपना रखे table पर और उसको एक मामूल बनाया हर session का कि इस time में हमने कुछ point ज़रूरी नहीं है कि हम बहुत कुछ लिखे, बस points जो हमें समझ में आई है उसको लिखे और उसको हम जब कभी copy को या diary को खोले तो हमें याद आ जाएगा कि इस article में यह बात हुई थी, इस article में यह बात हुई थी.</w:t>
      </w:r>
    </w:p>
    <w:p>
      <w:r>
        <w:rPr>
          <w:b/>
        </w:rPr>
        <w:t xml:space="preserve">[1:04:37] </w:t>
      </w:r>
      <w:r>
        <w:t>inshallah we will be making lot of changes in our family life, in our life and definitely when we change the whole society change, the people around us change and we share those things. to aaye in this session, jazza kallah to everyone. assalam alek</w:t>
      </w:r>
    </w:p>
    <w:p>
      <w:pPr>
        <w:jc w:val="right"/>
      </w:pPr>
      <w:r>
        <w:t>Inshallah we will be making lot of changes in our family life, in our life and definitely when we change the whole society change, the people around us change and we share those things. तो आए in this session, जज़्ज़ा कल्लाह to everyone. अस्सलाम अलेक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