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Discussion on Peace (Ulama Session- II) Peace Conference April 29-30, 2023</w:t>
      </w:r>
    </w:p>
    <w:p>
      <w:r>
        <w:t>https://www.youtube.com/watch?v=jWMy2u1iAEg</w:t>
      </w:r>
    </w:p>
    <w:p>
      <w:r>
        <w:rPr>
          <w:b/>
        </w:rPr>
        <w:t xml:space="preserve">[00:15] </w:t>
      </w:r>
      <w:r>
        <w:t>Bismillai Rahmani Rahim, Rabbi Shahli Sadri, Wa Yastilli Amri, Wa Halulujdatam billai sani, Yavkahu kholi, Wa Salallahu Alan Nabil Karim. Mutarram Hazrat aur khawateen, aap jante hain ke Alama ka session hai jismein ek session mein marifat ke mauzu par Alama ne aapas mein tabadla e khayal kiya.</w:t>
      </w:r>
    </w:p>
    <w:p>
      <w:pPr>
        <w:jc w:val="right"/>
      </w:pPr>
      <w:r>
        <w:t>Bismillai Rahmani Rahim, Rabbi Shahli Sadri, Wa Yastilli Amri, Wa Halulujdatam billai sani, Yavkahu kholi, Wa Salallahu Alan Nabil Karim. मुतरम हज़रत और खवातीन, आप जानते हैं कि अलमा का session है जिसमें एक session में मारीफत के मौजू पर अलमा ने आपस में तबादल ए ख्याल किया.</w:t>
      </w:r>
    </w:p>
    <w:p>
      <w:r>
        <w:rPr>
          <w:b/>
        </w:rPr>
        <w:t xml:space="preserve">[00:44] </w:t>
      </w:r>
      <w:r>
        <w:t>Yeh doosra session hai, iska mauzu hai peace aur aman. Hum apne Alama ke saath is mauzu par tabadla e khayal karenge. Usse pehle main chand baatein tameez ki taur par paish karna chahunga.</w:t>
      </w:r>
    </w:p>
    <w:p>
      <w:pPr>
        <w:jc w:val="right"/>
      </w:pPr>
      <w:r>
        <w:t>यह दूसरा session है, इसका मौजू है peace और अमन. हम अपने औलमा के साथ इस मौजू पर तबादल ए ख्याल करेंगे. उससे पहले मैं चन बातें तमीज़ की तौर पर पार्ष करना चाहूंगा.</w:t>
      </w:r>
    </w:p>
    <w:p>
      <w:r>
        <w:rPr>
          <w:b/>
        </w:rPr>
        <w:t xml:space="preserve">[01:06] </w:t>
      </w:r>
      <w:r>
        <w:t>To yeh hai aap log jante hain ke Islam ek puraman mazhab hai aur khud Islam ka jo root word hai woh asalm se hai aur asalm ka meaning hai peace. Isliye Islam ko legion of peace kaha jata hai.</w:t>
      </w:r>
    </w:p>
    <w:p>
      <w:pPr>
        <w:jc w:val="right"/>
      </w:pPr>
      <w:r>
        <w:t>तो यह है आप लोग जानते हैं कि इस्लाम एक पुरामन मज़हब है और खुद इस्लाम का जो root word है वह असिल्म से है और असिल्म का meaning है peace. इसलिए इस्लाम को legion of peace कहा जाता है.</w:t>
      </w:r>
    </w:p>
    <w:p>
      <w:r>
        <w:rPr>
          <w:b/>
        </w:rPr>
        <w:t xml:space="preserve">[01:29] </w:t>
      </w:r>
      <w:r>
        <w:t>Allah ke Rasool ne farmaya ke assalamu minal Islam yani peace Islam ka paath hai, Islam ka hissa hai. Isi tarah ek aur riwayat mein Allah ke Rasool ne farmaya ke al muslimu man salimun nasu bilisanihi wayadi. Musalman woh hai jiski zaban se aur jiske hath se log pura aman reh sake.</w:t>
      </w:r>
    </w:p>
    <w:p>
      <w:pPr>
        <w:jc w:val="right"/>
      </w:pPr>
      <w:r>
        <w:t>अल्लाह के रसूल ने फरमाया के अससलामु मिनल इस्लाम यानी peace इस्लाम का पाठ है, इस्लाम का हिस्सा है. इसी तरह एक और रिवायत में अल्लाह के रसोल ने फरमाया कि अल मुस्लिमों मन सलीमन नासो बिलीसानी ही वैयदी. मुसलमान वह है जिसकी ज़बान से और जिसके हाथ से लोग पूरा अमन रह सके.</w:t>
      </w:r>
    </w:p>
    <w:p>
      <w:r>
        <w:rPr>
          <w:b/>
        </w:rPr>
        <w:t xml:space="preserve">[01:58] </w:t>
      </w:r>
      <w:r>
        <w:t>Yaani doosre alfaaz mein yeh hai ke musalman woh hai jo society mein no problem person man raha hai. Yeh woh baatein hain jo aman ke silsile mein Quran aadiyat mazkur hain lekin isko agar aap dekhein main personally yeh kahunga ke peace ki baaton ko maine Maulana ke literature se discover kiya.</w:t>
      </w:r>
    </w:p>
    <w:p>
      <w:pPr>
        <w:jc w:val="right"/>
      </w:pPr>
      <w:r>
        <w:t>यानी दूसरे अल्फाज़ में यह है कि मुसलमान वह है जो society में no problem person मन कर रहे हैं. यह वो बातें हैं जो अमन के सिलसिले में खुरान आदित्य मज़कूर हैं लेकिन इसको अगर आप देखें मैं personally यह कहूंगा कि peace की बातों को मैंने मुलाना के literature से discover किया.</w:t>
      </w:r>
    </w:p>
    <w:p>
      <w:r>
        <w:rPr>
          <w:b/>
        </w:rPr>
        <w:t xml:space="preserve">[02:23] </w:t>
      </w:r>
      <w:r>
        <w:t>Kisi aur Islami literature mein peace ko aman ko maujuhi nahi banaya gaya. Halanki Islam mein aman ka mauzu utna hi importance rakhta hai, utni ahmiyat rakhta hai jitna ke tauheed aur akhirat ka mausook. Kuch saal pehle ka waqia hai, baaliban do hazar das ki baat hai. Us waqt hum kuch Alama, chand Alama, Arishala mission ko discover kiye aur Maulana ke paas jud gaye.</w:t>
      </w:r>
    </w:p>
    <w:p>
      <w:pPr>
        <w:jc w:val="right"/>
      </w:pPr>
      <w:r>
        <w:t>किसी और इस्लामी literature में peace को अमन को मौजूही नहीं बनाया गया. हालांकि इस्लाम में अमन का मौजूह उतना ही importance रखता है, उतनी अहमियत रखता है जितना के तहीद और आखिरत का मौसूक. कुछ साल पहले का वाकिया है, बालीबन दो हज़ार दस की बात है. उस वक्त हम कुछ ओलमा, चंद ओलमा, अरिशाला mission को discover किए और मोलाना के पास जुड़ गए.</w:t>
      </w:r>
    </w:p>
    <w:p>
      <w:r>
        <w:rPr>
          <w:b/>
        </w:rPr>
        <w:t xml:space="preserve">[02:53] </w:t>
      </w:r>
      <w:r>
        <w:t>us waqt Maulana ke paas hamara aana jaana zyada rehta tha. to hum jab apne basti mein thay, wahan kuch Ullana ke saath hamari guftagu ho rahi thi. us waqt mere saath Maulana Saeed Iqbal Ahmad Umreed sahib bhi thay.</w:t>
      </w:r>
    </w:p>
    <w:p>
      <w:pPr>
        <w:jc w:val="right"/>
      </w:pPr>
      <w:r>
        <w:t>उस वक्त मोलाना के पास हमारा आना जाना ज़्यादा रहता था. तो हम जब अपने बस्ती में थे, वहां पर कुछ उल्लाना के साथ हमारी गुफ्तगु हो रही थी. उस वक्त मेरे साथ मालाना सईद इकबाल अहमद उम्रीद साहब भी थे.</w:t>
      </w:r>
    </w:p>
    <w:p>
      <w:r>
        <w:rPr>
          <w:b/>
        </w:rPr>
        <w:t xml:space="preserve">[03:07] </w:t>
      </w:r>
      <w:r>
        <w:t>un Ulama ne humse yeh sawal rakha ke aap log falan idare ke under mein bohat hi achay andaaz wilawat ka kaam anjaam de rahe thay to aap us idare ko chhodkar CPS mein se judne ka maqsad kya hai? aapne woh kya extra cheez paai CPS mein jiski wajah se aap Maulana ko follow karne lage aur unke under mein kaam karna shuru kiya.</w:t>
      </w:r>
    </w:p>
    <w:p>
      <w:pPr>
        <w:jc w:val="right"/>
      </w:pPr>
      <w:r>
        <w:t>उन अलमा ने हमसे यह सवाल रखा कि आप लोग फलां इदारे के under में बहुत ही अच्छे अंदाज़ विदावत का काम अंजाम दे रहे थे तो आप उस इदारे को छोड़कर CPS में से जुड़ने का मकसद क्या है? आपने वह क्या extra चीज़ पाई CPS में जिसकी वजह से आप मोलाना को follow करने लगे और उनके under में काम करना शुरू किया.</w:t>
      </w:r>
    </w:p>
    <w:p>
      <w:r>
        <w:rPr>
          <w:b/>
        </w:rPr>
        <w:t xml:space="preserve">[03:34] </w:t>
      </w:r>
      <w:r>
        <w:t>to Maulana Iqbal sahib ne kaha, dekhiye hum dawat ka kaam kai saalon se kar rahe hain. lekin hamare paas yeh concept clear nahi hai ke ek dai ka, yaani jo dawat ka kaam karta hai uska aur doosre insaanon se jo taluq hai, uski buniyad kya hai? uska base kya hai?</w:t>
      </w:r>
    </w:p>
    <w:p>
      <w:pPr>
        <w:jc w:val="right"/>
      </w:pPr>
      <w:r>
        <w:t>तो मोलाना इकबाल साहब ने कहा, देखिये हम दावत का काम कई सालों से कर रहे हैं. लेकिन हमारे पास यह concept clear नहीं है कि एक दाई का, यानी जो दावत का काम करता है उसका और दूसरे इंसानों से जो ताल्लुख है, उसकी बुनियाद क्या है? उसका base क्या है?</w:t>
      </w:r>
    </w:p>
    <w:p>
      <w:r>
        <w:rPr>
          <w:b/>
        </w:rPr>
        <w:t xml:space="preserve">[03:53] </w:t>
      </w:r>
      <w:r>
        <w:t>sirf Maulana Wahiduddin Khan sahib bhi ek shakhsiyat hai badmani phailai jaye ya koi aman ke khilaf</w:t>
      </w:r>
    </w:p>
    <w:p>
      <w:pPr>
        <w:jc w:val="right"/>
      </w:pPr>
      <w:r>
        <w:t>सिर्फ मौलाना वही दुद्दीन खान साह भी एक शख्सियत है बदमनी पहलाई जाए या कोई अमन के खिलाफ</w:t>
      </w:r>
    </w:p>
    <w:p>
      <w:r>
        <w:rPr>
          <w:b/>
        </w:rPr>
        <w:t xml:space="preserve">[04:05] </w:t>
      </w:r>
      <w:r>
        <w:t>karwai ki jaye, to hamari yeh zimmedari hai, ek dai ki zimmedari hai ke woh yaqtarafa taur par</w:t>
      </w:r>
    </w:p>
    <w:p>
      <w:pPr>
        <w:jc w:val="right"/>
      </w:pPr>
      <w:r>
        <w:t>कार्रवाई की जाए, तो हमारी यह ज़िम्मेदारी है, एक दाई की ज़िम्मेदारी है कि वह यक्तरफा तौर पर</w:t>
      </w:r>
    </w:p>
    <w:p>
      <w:r>
        <w:rPr>
          <w:b/>
        </w:rPr>
        <w:t xml:space="preserve">[04:17] </w:t>
      </w:r>
      <w:r>
        <w:t>us badmani ke mahol ko khatam karein, sabr karein aur usko manage karne ki koshish karein.</w:t>
      </w:r>
    </w:p>
    <w:p>
      <w:pPr>
        <w:jc w:val="right"/>
      </w:pPr>
      <w:r>
        <w:t>उस बदमनी के माहौल को खत्म करें, सब्र करें और उसको manage करने की कोशिश करें.</w:t>
      </w:r>
    </w:p>
    <w:p>
      <w:r>
        <w:rPr>
          <w:b/>
        </w:rPr>
        <w:t xml:space="preserve">[04:29] </w:t>
      </w:r>
      <w:r>
        <w:t>jab humne yeh baat unke samne pesh ki to unhone kaha ke hamare Ulama ka bhi yahi khayal hai. PC hamare paas doosron se taluquqat ki buniyad hai. aman hi buniyad hai. to foran unhi ki library mein ek kitab rakhi hui thi jo ek south university riyas ke ek professor reh chuke hain doctor Mahadeer Allah Ahmad.</w:t>
      </w:r>
    </w:p>
    <w:p>
      <w:pPr>
        <w:jc w:val="right"/>
      </w:pPr>
      <w:r>
        <w:t>जब हमने यह बात उनके सामने पेश की तो उन्होंने कहा कि हमारे उल्लामा का भी यही ख्याल है. PC हमारे पास दूसरों से ताल्लुखात की बुनियाद है. अमन ही बुनियाद है. तो फ़ौरन उन्हीं की library में एक किताब रखी हुई थी जो एक south university रियास के एक professor रह चुके हैं doctor महादीर अल्लाह अहमद.</w:t>
      </w:r>
    </w:p>
    <w:p>
      <w:r>
        <w:rPr>
          <w:b/>
        </w:rPr>
        <w:t xml:space="preserve">[04:51] </w:t>
      </w:r>
      <w:r>
        <w:t>unki ek kitab hai is kitab ne musannif ne seerat ke waqiyat ko bayan karke har waqia ke</w:t>
      </w:r>
    </w:p>
    <w:p>
      <w:pPr>
        <w:jc w:val="right"/>
      </w:pPr>
      <w:r>
        <w:t>उनकी एक किताब है इस किताब ने मुसैनिफ ने सीरत के वाकियात को बयान करके हर वाकिया के</w:t>
      </w:r>
    </w:p>
    <w:p>
      <w:r>
        <w:rPr>
          <w:b/>
        </w:rPr>
        <w:t xml:space="preserve">[05:06] </w:t>
      </w:r>
      <w:r>
        <w:t>baad woh likhte hain woh yeh baat likhte hain ke sulah ud-hudaybiyah ke waqia se jo lesson draw</w:t>
      </w:r>
    </w:p>
    <w:p>
      <w:pPr>
        <w:jc w:val="right"/>
      </w:pPr>
      <w:r>
        <w:t>बाद वो लिखते हैं वो यह बात लिखते हैं कि सुलेह उदिबिया के वाक़िया से जो lesson draw</w:t>
      </w:r>
    </w:p>
    <w:p>
      <w:r>
        <w:rPr>
          <w:b/>
        </w:rPr>
        <w:t xml:space="preserve">[05:22] </w:t>
      </w:r>
      <w:r>
        <w:t>hota hai woh yeh hai ke agar hum doosre mazhab walon ke sath peace treaty karenge ya peace</w:t>
      </w:r>
    </w:p>
    <w:p>
      <w:pPr>
        <w:jc w:val="right"/>
      </w:pPr>
      <w:r>
        <w:t>होता है वो यह है कि अगर हम दूसरे मज़हब वालों के साथ peace treaty करेंगे या peace</w:t>
      </w:r>
    </w:p>
    <w:p>
      <w:r>
        <w:rPr>
          <w:b/>
        </w:rPr>
        <w:t xml:space="preserve">[05:37] </w:t>
      </w:r>
      <w:r>
        <w:t>agreement karenge to zyada se zyada das saal tak karenge.</w:t>
      </w:r>
    </w:p>
    <w:p>
      <w:pPr>
        <w:jc w:val="right"/>
      </w:pPr>
      <w:r>
        <w:t>agreement करेंगे तो ज़्यादा से ज़्यादा दस साल तक करेंगे.</w:t>
      </w:r>
    </w:p>
    <w:p>
      <w:r>
        <w:rPr>
          <w:b/>
        </w:rPr>
        <w:t xml:space="preserve">[05:53] </w:t>
      </w:r>
      <w:r>
        <w:t>kyunki doosre mazhab walon ke saath musalmanon ka taluqluk ki asal jang hai na ke sulah. jab yeh baat unke samne pesh ki gayi bajaye woh etiraf karte apni ghalti ka ya adishala mein jo peace par jo baat ki uska etiraf karte khamosh reh gaye. to yahan se hum jaan sakte hain yeh sirf ek tabqe ki baat nahi. musalmanon ke tamam tabqat yahi baat hai.</w:t>
      </w:r>
    </w:p>
    <w:p>
      <w:pPr>
        <w:jc w:val="right"/>
      </w:pPr>
      <w:r>
        <w:t>क्योंकि दूसरे मज़हब वालों के साथ मुसलमानों का ताल लुख की असल जंग है ना कि सुलाह. जब यह बात उनके सामने पेश की गई बजाए वह ऐतराफ करते अपनी गलती का या आदिशाला में जो peace पर जो बात की उसका ऐतराफ करते खामूश रह गए. तो यहां से हम जान सकते हैं यह सिर्फ एक तबके की बात नहीं. मुसलमानों के तमाम तबकात यही बात है.</w:t>
      </w:r>
    </w:p>
    <w:p>
      <w:r>
        <w:rPr>
          <w:b/>
        </w:rPr>
        <w:t xml:space="preserve">[06:19] </w:t>
      </w:r>
      <w:r>
        <w:t>woh yeh samajhte hain ke doosre insanon se talluqaat ki buniyad jang hai na ke aman.</w:t>
      </w:r>
    </w:p>
    <w:p>
      <w:pPr>
        <w:jc w:val="right"/>
      </w:pPr>
      <w:r>
        <w:t>वो यह समझते हैं कि दूसरे इंसानों से ताल्लुखात की बुनियाद जंग है ना कि अमन.</w:t>
      </w:r>
    </w:p>
    <w:p>
      <w:r>
        <w:rPr>
          <w:b/>
        </w:rPr>
        <w:t xml:space="preserve">[06:27] </w:t>
      </w:r>
      <w:r>
        <w:t>aakhirat yeh hai ke Maulana ne aalami aman ke silsile mein jitna kuch likha hai, uska thoda sa</w:t>
      </w:r>
    </w:p>
    <w:p>
      <w:pPr>
        <w:jc w:val="right"/>
      </w:pPr>
      <w:r>
        <w:t>आखिकत यह है कि मौलाना ने आलमी अमन के सिलसिले में जितना कुछ लिखा है, उसका थोड़ा सा</w:t>
      </w:r>
    </w:p>
    <w:p>
      <w:r>
        <w:rPr>
          <w:b/>
        </w:rPr>
        <w:t xml:space="preserve">[06:36] </w:t>
      </w:r>
      <w:r>
        <w:t>hissa bhi koi nahi likh paya.</w:t>
      </w:r>
    </w:p>
    <w:p>
      <w:pPr>
        <w:jc w:val="right"/>
      </w:pPr>
      <w:r>
        <w:t>हिस्सा भी कोई नहीं लिख पाया.</w:t>
      </w:r>
    </w:p>
    <w:p>
      <w:r>
        <w:rPr>
          <w:b/>
        </w:rPr>
        <w:t xml:space="preserve">[06:44] </w:t>
      </w:r>
      <w:r>
        <w:t>Maulana ne jahan aman ke silsile mein bohat kuch likha, wahin in baaton ko wazeh kiya jo badmani,</w:t>
      </w:r>
    </w:p>
    <w:p>
      <w:pPr>
        <w:jc w:val="right"/>
      </w:pPr>
      <w:r>
        <w:t>मोलाने ने जहां अमन के सिलसिले में बहुत कुछ लिखा, वहीं इन बातों को विवाज़े किया जो बदमनी,</w:t>
      </w:r>
    </w:p>
    <w:p>
      <w:r>
        <w:rPr>
          <w:b/>
        </w:rPr>
        <w:t xml:space="preserve">[06:53] </w:t>
      </w:r>
      <w:r>
        <w:t>fasaad aur bigaad ka zariya ban sakti hain.</w:t>
      </w:r>
    </w:p>
    <w:p>
      <w:pPr>
        <w:jc w:val="right"/>
      </w:pPr>
      <w:r>
        <w:t>फसा और बिगाड़ का ज़रिया वन सकती हैं.</w:t>
      </w:r>
    </w:p>
    <w:p>
      <w:r>
        <w:rPr>
          <w:b/>
        </w:rPr>
        <w:t xml:space="preserve">[07:02] </w:t>
      </w:r>
      <w:r>
        <w:t>ab is tamili kalimat ke baad main Ulmai karams ke chand sawalat rakhunga aur unki jo knowledge hai usse hum istifaza karne ki koshish karenge. sabse pehle main Abul Hakam Daniyal saheb jo Patna se tashreef layein, CPS ke member hain aur aap Maulana ki maujoodgi mein musalsal jahan Maulana ki kitabon ka mutala karte thay.</w:t>
      </w:r>
    </w:p>
    <w:p>
      <w:pPr>
        <w:jc w:val="right"/>
      </w:pPr>
      <w:r>
        <w:t>अब इस तमिली कलिमात के बाद मैं ओलमाई क्राम्स के चंद सवालात रखूंगा और उनकी जो knowledge है उससे हम इस्तीफाज़ा करने की कोशिश करेंगे. सबसे पहले मैं अबुल हकम दानियाल साहे जो पटना से त्रशिफलाएं, CPS के member हैं और आप मौलाना की मौजीदगी में मुसलसल जहां मौलाना की किताबों का मुताला करते थे.</w:t>
      </w:r>
    </w:p>
    <w:p>
      <w:r>
        <w:rPr>
          <w:b/>
        </w:rPr>
        <w:t xml:space="preserve">[07:27] </w:t>
      </w:r>
      <w:r>
        <w:t>har saal mein do ya teen baar Maulana ke paas physically aate thay, aapse tarbiyat hasil karte thay. to aapse mera yeh sawal yeh hai ke aman ke liye muzbat fikr ki ahmiyat kya hai aur uska matlab kya hai? dekhiye positive thinking ka matlab kya hai? Positive thinking ka matlab hai free from negative thinking, complain, hatred, jealousy.</w:t>
      </w:r>
    </w:p>
    <w:p>
      <w:pPr>
        <w:jc w:val="right"/>
      </w:pPr>
      <w:r>
        <w:t>हर साल में दो या तीन बार मौलाना के पास physically आते थे, आपसे तरबीयत हासिल करते थे. तो आपसे मेरा यह सवाल यह है कि अमन के लिए मुज़बत फ़िक्र की अहमियत क्या है और उसका मतलब क्या है? देखिए positive thinking का मतलब क्या है? Positive thinking का मतलब है free from negative thinking, complain, hatred, jealousy.</w:t>
      </w:r>
    </w:p>
    <w:p>
      <w:r>
        <w:rPr>
          <w:b/>
        </w:rPr>
        <w:t xml:space="preserve">[07:51] </w:t>
      </w:r>
      <w:r>
        <w:t>to jab aadmi in negative items se free rahega to usi ke baad usko woh cheez hasil hoti hai jise peace of mind kehte hain. to peace of mind ke hasil ke baad hi ek aadmi kisi khas situation mein khas dhang se soch pata hai. lehaza ang ke ki bahali mein positive thinking ki bohat zyada ahmiyat hai.</w:t>
      </w:r>
    </w:p>
    <w:p>
      <w:pPr>
        <w:jc w:val="right"/>
      </w:pPr>
      <w:r>
        <w:t>तो जब आदमी इन negative items से free रहेगा तो उसी के बाद उसको वह चीज़ हासिल होती है जिसे peace of mind कहते हैं. तो peace of mind के हसूल के बाद ही एक आदमी किसी खास situation में खास ढंग से सोच पाता है. लिहाजा अंग के की बहाली में positive thinking की बहुत ज़्यादा अहमियत है.</w:t>
      </w:r>
    </w:p>
    <w:p>
      <w:r>
        <w:rPr>
          <w:b/>
        </w:rPr>
        <w:t xml:space="preserve">[08:16] </w:t>
      </w:r>
      <w:r>
        <w:t>lekin maujooda zamana age of research hai, maujooda zamane mein jin subjects par bohat zyada researches aur tahqiqat hui hain, unmein se ek subject hai psychology. to is mauzu par bhi bohat zyada takhleeq hui hai.</w:t>
      </w:r>
    </w:p>
    <w:p>
      <w:pPr>
        <w:jc w:val="right"/>
      </w:pPr>
      <w:r>
        <w:t>लेकिन मौजूदा ज़माना age of research है, मौजूदा ज़माने में जिन subjects पर बहुत ज़्यादा researches और तह्पिकात हुई हैं, उनमें से एक subject है psychology. तो इस मौजू पर भी बहुत ज़्यादा तकलीक हुई है.</w:t>
      </w:r>
    </w:p>
    <w:p>
      <w:r>
        <w:rPr>
          <w:b/>
        </w:rPr>
        <w:t xml:space="preserve">[08:31] </w:t>
      </w:r>
      <w:r>
        <w:t>misal ke taur par Harvard University ke professor William James kehte hain ke one of the greatest discoveries of my generation is that human beings can alter their life by altering their attitudes of mine.</w:t>
      </w:r>
    </w:p>
    <w:p>
      <w:pPr>
        <w:jc w:val="right"/>
      </w:pPr>
      <w:r>
        <w:t>मिसाल के तौर पर Harvard University के professor William James कहते हैं कि one of the greatest discoveries of my generation is that human beings can alter their life by altering their attitudes of mine.</w:t>
      </w:r>
    </w:p>
    <w:p>
      <w:r>
        <w:rPr>
          <w:b/>
        </w:rPr>
        <w:t xml:space="preserve">[08:47] </w:t>
      </w:r>
      <w:r>
        <w:t>isi tarah Alfred Adler jisne apni poori zindagi individual psychology par lagaya, usne apni research ko yeh khulase ke taur par is tarah pesh kiya ke one of the wonderful characteristics of human being is their power to turn minus into plus. to yeh researches humein bata rahi hain ke positive thinking ki kitni zyada ahmiyat hai.</w:t>
      </w:r>
    </w:p>
    <w:p>
      <w:pPr>
        <w:jc w:val="right"/>
      </w:pPr>
      <w:r>
        <w:t>इसी तरह alphred edler जिसने अपनी पूरी ज़िंदगी individual psychology पर लगाया, उसने अपनी research को यह खुलासे के तौर पर इस तरह पेश किया कि one of the wonderful characteristics of human being is their power to turn minus into plus. तो यह researches हमें बता रही हैं कि positive thinking की कितनी ज़्यादा अहमियत है.</w:t>
      </w:r>
    </w:p>
    <w:p>
      <w:r>
        <w:rPr>
          <w:b/>
        </w:rPr>
        <w:t xml:space="preserve">[09:12] </w:t>
      </w:r>
      <w:r>
        <w:t>jab hum islami masade aur Quran Hadees par war karte hain, prophet ki life par war karte hain to hum dekhte hain ke prophet Muhammad positive thinking ke bohat hi high level par thay. misal main bas ek misal deta hoon ek martaba prophet of Islam. Taif ki taraf safar kar rahe thay. yeh bada mashhoor waqia hai. to aapne apne companion se poocha ke yeh kaun sa rasta hai?</w:t>
      </w:r>
    </w:p>
    <w:p>
      <w:pPr>
        <w:jc w:val="right"/>
      </w:pPr>
      <w:r>
        <w:t>जब हम इस्लामी मसादे और कुरान हदीश पर war करते हैं, prophet की life पर war करते हैं तो हम देखें देखते हैं कि prophet मोहम्मद positive thinking के बहुत ही high level पर थे. मिसाल मैं बस एक मिसाल देता हूं एक मरतवा prophet of islam. ताइश की तरफ सफर कर रहे थे. यह बड़ा मशहूर वाकई है. तो आपने अपने companion से पुछा कि यह कौन सा रास्ता है?</w:t>
      </w:r>
    </w:p>
    <w:p>
      <w:r>
        <w:rPr>
          <w:b/>
        </w:rPr>
        <w:t xml:space="preserve">[09:39] </w:t>
      </w:r>
      <w:r>
        <w:t>to unhone kaha ke yeh iska naam hai Aszika. Prophet Muhammad ne kaha ke tum Aszika na kaho balkeh yeh Shari kaho. yaani aasan rasta. ab gaur kijiye ke profit ke aisa kehne se woh rasta literally kushayda nahi hua. magar aapne apne companions ko, apne followers ko, musalmanon ko ek mindset diya yaani positive thinking.</w:t>
      </w:r>
    </w:p>
    <w:p>
      <w:pPr>
        <w:jc w:val="right"/>
      </w:pPr>
      <w:r>
        <w:t>तो उन्होंने कहा कि यह इसका नाम है असज़िका. Prophet मोहम्मद ने कहा कि तुम असज़िका ना कहो बल्कि यह शरी कहो. यानी आसान रास्ता. अब गौर कीजिए कि profit के ऐसा कहने से वह रास्ता literally कुशायदा नहीं हुआ. मगर आपने अपने companions को, अपने followers को, मुसलमानों को एक mindset दिया यानी positive thinking.</w:t>
      </w:r>
    </w:p>
    <w:p>
      <w:r>
        <w:rPr>
          <w:b/>
        </w:rPr>
        <w:t xml:space="preserve">[10:02] </w:t>
      </w:r>
      <w:r>
        <w:t>to yeh darasal positive thinking thi jiski wajah se prophet of Islam ne daur e awwal mein violent full shurtihaal mein bhi aman ke formulae ko adopt kiya aur poori zindagi aman hi par qaim rahe. ek originalist ne aapke bare mein yeh kaha hai yaani aapke methodology ka analysis karne ke baad ke he faced adversity with the determination to bring success out of failure.</w:t>
      </w:r>
    </w:p>
    <w:p>
      <w:pPr>
        <w:jc w:val="right"/>
      </w:pPr>
      <w:r>
        <w:t>तो यह दरअसल positive thinking थी जिसकी वजह से prophet of इस्लाम ने दौर्य अव्वल में violent full श्रुतिहाल में भी अमन के formulae को adopt किया और पूरी ज़िंदगी अमन ही पर कायम रहे. एक originalist ने आपके बारे में यह कहा है यानी आपके methodology का analysis करने के बाद कि he faced adversity with the determination to bring success out of failure.</w:t>
      </w:r>
    </w:p>
    <w:p>
      <w:r>
        <w:rPr>
          <w:b/>
        </w:rPr>
        <w:t xml:space="preserve">[10:29] </w:t>
      </w:r>
      <w:r>
        <w:t>ab gaur kijiye ke woh kaun hoga jo failure se success ko nichod le. yeh to wahi hoga jo bohat zyada positive ho, bohat zyada muzbat ho. to positivity aur positive thinking anki bahali ke liye main samajhta hoon ke in tihai important component ki hissa lagta hai. ji zara kar lo. iske baad Maulana Shamsuddin Abhi sahib se hamara sawal hai.</w:t>
      </w:r>
    </w:p>
    <w:p>
      <w:pPr>
        <w:jc w:val="right"/>
      </w:pPr>
      <w:r>
        <w:t>अब गौर कीजिए कि वह कौन होगा जो failure से success को निचोड़ ले. यह तो वही होगा जो बहुत ज़्यादा positive हो, बहुत ज़्यादा मुस्बत हो. तो positivity और positive thinking अंकी बहाली के लिए मैं समझता हूं कि इन तिहाई important component की हैसा लगता है. जी ज़रा कर लो. इसके बाद मोलाना शमशुद्दीन अभी साहब से हमारा सवाल है.</w:t>
      </w:r>
    </w:p>
    <w:p>
      <w:r>
        <w:rPr>
          <w:b/>
        </w:rPr>
        <w:t xml:space="preserve">[10:56] </w:t>
      </w:r>
      <w:r>
        <w:t>aapka taluq Bhopal se aur Maulana ki aapne kai kitabon ka, kai Maulana ka RB mein bhi tarjuma kya hai? aur Arabiyon ko aap Maulana ke Maulana ki raushni mein dars bhi diya karte thay. to aapse mera yeh sawal hai ke Maulana ke nazdeek islami jihad ka sahi tasawwur kya hai? usko wazeh karein. Bismillah hai Ahmad e Basim.</w:t>
      </w:r>
    </w:p>
    <w:p>
      <w:pPr>
        <w:jc w:val="right"/>
      </w:pPr>
      <w:r>
        <w:t>आपका ताल्लुख भोपाल से और मोलाना की आपने कई किताबों का, कई मोलाना का RB में भी तज्जुमा क्या है? और अरबियों को आप मोलाना के मोलाना की रौशनी में दर्श भी दिया करते थे. तो आपसे मेरा यह सवाल है कि मौलाना के नज़दीक इस्लामी जिहाद का सही तस्वूर क्या है? उसको वाज़े करें. बिस्मिल्लाह है अहमद ए बासीम.</w:t>
      </w:r>
    </w:p>
    <w:p>
      <w:r>
        <w:rPr>
          <w:b/>
        </w:rPr>
        <w:t xml:space="preserve">[11:26] </w:t>
      </w:r>
      <w:r>
        <w:t>Jihad arabi ka ek lafz hai jo jahd.</w:t>
      </w:r>
    </w:p>
    <w:p>
      <w:pPr>
        <w:jc w:val="right"/>
      </w:pPr>
      <w:r>
        <w:t>जिहाद अरबी का एक लफ्ज़ है जोध.</w:t>
      </w:r>
    </w:p>
    <w:p>
      <w:r>
        <w:rPr>
          <w:b/>
        </w:rPr>
        <w:t xml:space="preserve">[11:32] </w:t>
      </w:r>
      <w:r>
        <w:t>koshish nahi karna balkeh inteha koshish, bohat zyada koshish karna.</w:t>
      </w:r>
    </w:p>
    <w:p>
      <w:pPr>
        <w:jc w:val="right"/>
      </w:pPr>
      <w:r>
        <w:t>कोशिश नहीं करना बल्कि अंतः कोशिश, बहुत ज़्यादा कोशिश करना.</w:t>
      </w:r>
    </w:p>
    <w:p>
      <w:r>
        <w:rPr>
          <w:b/>
        </w:rPr>
        <w:t xml:space="preserve">[11:38] </w:t>
      </w:r>
      <w:r>
        <w:t>usse bana hai aur Quran mein iski misalein bhi maujood hain.</w:t>
      </w:r>
    </w:p>
    <w:p>
      <w:pPr>
        <w:jc w:val="right"/>
      </w:pPr>
      <w:r>
        <w:t>उससे बना है और कुरान में इसकी मिसालें भी मौजूद हैं.</w:t>
      </w:r>
    </w:p>
    <w:p>
      <w:r>
        <w:rPr>
          <w:b/>
        </w:rPr>
        <w:t xml:space="preserve">[11:44] </w:t>
      </w:r>
      <w:r>
        <w:t>woh jahidoon bhi hi jahadan kabir aur woh jahidu fillah yahan ka jihadi jihadi aur raah-e-Khuda mein</w:t>
      </w:r>
    </w:p>
    <w:p>
      <w:pPr>
        <w:jc w:val="right"/>
      </w:pPr>
      <w:r>
        <w:t>वो जाहिदून भी ही जिहादन क़बीर और वो जाहिदू फ़िल्लाह यहां का जिहादी जिहादी और राहे खुदा में</w:t>
      </w:r>
    </w:p>
    <w:p>
      <w:r>
        <w:rPr>
          <w:b/>
        </w:rPr>
        <w:t xml:space="preserve">[11:50] </w:t>
      </w:r>
      <w:r>
        <w:t>bohat mehnat karo, khoob koshishein karo.</w:t>
      </w:r>
    </w:p>
    <w:p>
      <w:pPr>
        <w:jc w:val="right"/>
      </w:pPr>
      <w:r>
        <w:t>बहुत मेहनत करो, खूब कोशिशें करो.</w:t>
      </w:r>
    </w:p>
    <w:p>
      <w:r>
        <w:rPr>
          <w:b/>
        </w:rPr>
        <w:t xml:space="preserve">[11:57] </w:t>
      </w:r>
      <w:r>
        <w:t>Rasulullah sallallahu sallam se Quran mein kaha gaya hai, falat hotahil kafirin. tum munkiron ki aur kafiron ki baat mat mano. ji, woh jahid hum bhi hi jihadan kabira aur yeh Quran ke zariye unmein jihad karo. to ab Quran koi khudaan talwar to hi nahi usse jihad karna.</w:t>
      </w:r>
    </w:p>
    <w:p>
      <w:pPr>
        <w:jc w:val="right"/>
      </w:pPr>
      <w:r>
        <w:t>रसुलुल्लाह सलाह सलाह से पुरान में कहा गया है, फ़लात होतेहल काफिरीन. तुम मुनकिरों की और काफिरों की बात मत मानो. जी, वो जाहिद हूम भी ही जिहादन कविरा और यह कुरान के जरिए उनमें जिहाद करो. तो अब कुरान कोई खुदान खास तलवार तो ही नहीं उससे जिहाद करना.</w:t>
      </w:r>
    </w:p>
    <w:p>
      <w:r>
        <w:rPr>
          <w:b/>
        </w:rPr>
        <w:t xml:space="preserve">[12:18] </w:t>
      </w:r>
      <w:r>
        <w:t>yeh Quran ka paigham aap unko batate rahiye, unko poochate rahiye, kehte rahiye taake woh maan jayein, Allah ki baat maan lein aur yeh puramn jazdohjad peaceful struggle jo hai woh Allah girsulya faramaya aljihado madun ila yomil qiyamah. yeh peaceful struggle qayamat tak jaari rahegi.</w:t>
      </w:r>
    </w:p>
    <w:p>
      <w:pPr>
        <w:jc w:val="right"/>
      </w:pPr>
      <w:r>
        <w:t>यह कुरान का पैगाम आप उनको बताते रहिए, उनको पुछाते रहिए, कहते रहिए ताकि वो मान जाएं, अल्लाह की बात मान लें और यह पुरअम्न जद्दोजहद peaceful struggle जो है वो अल्लाह गिरसूल्य फरमाया अलजिहा दो मादुन इलाह यौमिल कायामा. यह peaceful struggle कैयामत तक जारी रहेगी.</w:t>
      </w:r>
    </w:p>
    <w:p>
      <w:r>
        <w:rPr>
          <w:b/>
        </w:rPr>
        <w:t xml:space="preserve">[12:47] </w:t>
      </w:r>
      <w:r>
        <w:t>jang jaari nahi reh sakti. kisi bhi mulkon mein do char panch saal dono mulk tabah ho jate hain. Alahana ne baqayda ek jagah likha hai ke jang hi woh wahid hai jismein jeetne wala bhi hadne wala aur jeetne wala bhi utne hi nuksan mein jitna hadne wala. to jihad bimana, jihad ke maane inteha koshish karna, khoob koshish karna.</w:t>
      </w:r>
    </w:p>
    <w:p>
      <w:pPr>
        <w:jc w:val="right"/>
      </w:pPr>
      <w:r>
        <w:t>जंग जारी नहीं रह सकती. किसी भी मुल्कों में दो चार पांच साल दोनों मुल्क तबाह हो जाते हैं. अलाहाना ने बाकायदा एक जगह लिखा है कि जंग ही वह वाहिद है जिसमें जीतने वाला भी हड़ने वाला और जीतने वाला भी उतने ही नुकसान में जितना हड़ने वाला. तो जिहाद बिमाना, जिहाद के मानाएं अंतक कोशिश करना, खूब कोशिश करना.</w:t>
      </w:r>
    </w:p>
    <w:p>
      <w:r>
        <w:rPr>
          <w:b/>
        </w:rPr>
        <w:t xml:space="preserve">[13:16] </w:t>
      </w:r>
      <w:r>
        <w:t>to ek hadees aaj ke zamane mein jihad ko bimana qital aur talwar se jod diya gaya hai aur uske upar bohat zyada lectures hote hain aur yeh ek fikrah aur usko failaya ja raha hai ke jihad maane talwar. jabki hajat Imam Bukhari ka jo daur hai woh teesri sadi ka hai. unhone apni Bukhari Sharif mein ek baap bandha hai, ek heading lagai hai.</w:t>
      </w:r>
    </w:p>
    <w:p>
      <w:pPr>
        <w:jc w:val="right"/>
      </w:pPr>
      <w:r>
        <w:t>तो एक हदीश आज के जमाने में जिहाद को बीमाना किताल और तलवार से जोड़ दिया गया है और उसके ऊपर बहुत ज़्यादा lectures होते हैं और यह एक फ़िक्राह और उसको फैलाया जा रहा है कि जिहाद माने तलवार. जबकि हजत इमाम बुखारी का जो दौर है वह तीसरी सदी का है. उन्होंने अपनी बुखारी शरीफ में एक बाप बांधा है, एक heading लगाई है.</w:t>
      </w:r>
    </w:p>
    <w:p>
      <w:r>
        <w:rPr>
          <w:b/>
        </w:rPr>
        <w:t xml:space="preserve">[13:40] </w:t>
      </w:r>
      <w:r>
        <w:t>baba qawleen nabiy sallallahu sallam laztazaluka iftummatiyuwah heereen alal haqq. yukaatilu navhum ahlul all. uska tarjuma hai ke meri ummat ka edguruh hamesha haq par rehte hue qital karega aur woh ahl e ahl mein hai. lafz aaya yukaatiloon aur qital karega. to Imam Bukhari qital ke maane ladai nahi le rahe hain.</w:t>
      </w:r>
    </w:p>
    <w:p>
      <w:pPr>
        <w:jc w:val="right"/>
      </w:pPr>
      <w:r>
        <w:t>बाबा कौलीन नबीय सल्लाह फालीम सल्लाह लातज़ालुका इफतुम्मतियुवाह हीरीन अलल हक्त. युकातिलू नवहुम अहलुल अल्ल. उसका तर्जुमा है कि मेरी उम्मत का एद्गिरोह हमेशा हक पर रहते हुए किताल करेगा और वो एहल एहल में है. लफ्ज़ आया युकातिलून और किताल करेगा. तो इमाम बुखारी किताल के माना लड़ाई नहीं ले रहे हैं.</w:t>
      </w:r>
    </w:p>
    <w:p>
      <w:r>
        <w:rPr>
          <w:b/>
        </w:rPr>
        <w:t xml:space="preserve">[14:09] </w:t>
      </w:r>
      <w:r>
        <w:t>wo koshish hateeti manamuraad lene ki jo lelm likhne padhne ka kaam karte hain aur logon ko samjhate hain wo manamuraad hain usse.</w:t>
      </w:r>
    </w:p>
    <w:p>
      <w:pPr>
        <w:jc w:val="right"/>
      </w:pPr>
      <w:r>
        <w:t>वो कोशिश हतीती मानामुराद लेने की जो लेल्म लिखने पड़ने का काम करते हैं और लोगों को समझाते हैं वो मानामुराद हैं उससे.</w:t>
      </w:r>
    </w:p>
    <w:p>
      <w:r>
        <w:rPr>
          <w:b/>
        </w:rPr>
        <w:t xml:space="preserve">[14:19] </w:t>
      </w:r>
      <w:r>
        <w:t>to Maulana ne is concept ko bohat zyada jo hai woh amami kitab mein wazeh kiya hai ke</w:t>
      </w:r>
    </w:p>
    <w:p>
      <w:pPr>
        <w:jc w:val="right"/>
      </w:pPr>
      <w:r>
        <w:t>तो मोलाना ने इस concept को बहुत ज़्यादा जो है वो अमनामी किताब में वाज़े किया है कि</w:t>
      </w:r>
    </w:p>
    <w:p>
      <w:r>
        <w:rPr>
          <w:b/>
        </w:rPr>
        <w:t xml:space="preserve">[14:28] </w:t>
      </w:r>
      <w:r>
        <w:t>jihad jo hai vah jihad bamana ladai jhagda ne aakhiri darje ki koshish karte rahiye, karte rahiye aur</w:t>
      </w:r>
    </w:p>
    <w:p>
      <w:pPr>
        <w:jc w:val="right"/>
      </w:pPr>
      <w:r>
        <w:t>जिहाद जो है वह जिहाद बमाना लड़ाई झगड़ा ने आखिरी दर्जे की कोशिश करते रहिए, करते रहिए और</w:t>
      </w:r>
    </w:p>
    <w:p>
      <w:r>
        <w:rPr>
          <w:b/>
        </w:rPr>
        <w:t xml:space="preserve">[14:38] </w:t>
      </w:r>
      <w:r>
        <w:t>us cheez ko phailate rahiye aur is baat ko samajhne ke liye allah ke rasullah wale islam ka</w:t>
      </w:r>
    </w:p>
    <w:p>
      <w:pPr>
        <w:jc w:val="right"/>
      </w:pPr>
      <w:r>
        <w:t>उस चीज़ को फैलाते रहिए और इस बात को समझने के लिए अल्लाह के रसूल्लाह वाले इस्लाम का</w:t>
      </w:r>
    </w:p>
    <w:p>
      <w:r>
        <w:rPr>
          <w:b/>
        </w:rPr>
        <w:t xml:space="preserve">[14:48] </w:t>
      </w:r>
      <w:r>
        <w:t>mamool batlane ke liye amma aishar udyota allah anhan hai rasullah ki ek sunnat bataiye ki aapko zindagi</w:t>
      </w:r>
    </w:p>
    <w:p>
      <w:pPr>
        <w:jc w:val="right"/>
      </w:pPr>
      <w:r>
        <w:t>मामूल बतलाने के लिए अम्मा आईशार उद्योता अल्लाह अनहान है रसूल्लाह की एक सुन्नत बताइए कि आपको ज़िंदगी</w:t>
      </w:r>
    </w:p>
    <w:p>
      <w:r>
        <w:rPr>
          <w:b/>
        </w:rPr>
        <w:t xml:space="preserve">[14:58] </w:t>
      </w:r>
      <w:r>
        <w:t>mein poori zindagi ka khulasa do cheezon ke darmiyan jab bhi option milta to aap hamesha aasan wala</w:t>
      </w:r>
    </w:p>
    <w:p>
      <w:pPr>
        <w:jc w:val="right"/>
      </w:pPr>
      <w:r>
        <w:t>में पूरी ज़िंदगी का खुलासा दो चीज़ों के दरमियान जब भी option मिलता तो आप हमेशा आसान वाला</w:t>
      </w:r>
    </w:p>
    <w:p>
      <w:r>
        <w:rPr>
          <w:b/>
        </w:rPr>
        <w:t xml:space="preserve">[15:08] </w:t>
      </w:r>
      <w:r>
        <w:t>option lete aur mushkil jo hai chhod dete hain.</w:t>
      </w:r>
    </w:p>
    <w:p>
      <w:pPr>
        <w:jc w:val="right"/>
      </w:pPr>
      <w:r>
        <w:t>option लेते और मुश्किल जो है छोड़ देते हैं.</w:t>
      </w:r>
    </w:p>
    <w:p>
      <w:r>
        <w:rPr>
          <w:b/>
        </w:rPr>
        <w:t xml:space="preserve">[15:18] </w:t>
      </w:r>
      <w:r>
        <w:t>to uska poora sehra is sunnat ko jata hai ki aapne hamesha jo hai wo harder option chhod ke is year ko ikhtiyar farmaya. Sirf ek ya do misalein dekar baat khatam karunga. Sabse pehli ayat jo utri Yakra Makke mein teen sau saath gutra akshab mein hai, bola likhte hain ki sabse bada masla to shirk aur tahit ka hai. To baat tahit se shuru hona thi.</w:t>
      </w:r>
    </w:p>
    <w:p>
      <w:pPr>
        <w:jc w:val="right"/>
      </w:pPr>
      <w:r>
        <w:t>तो उसका पूरा सहरा इस सुन्नत को जाता है कि आपने हमेशा जो है वह harder option छोड़ के इस year को इख्तियार फरमाया. सिर्फ एक या दो मिसालें देकर बात खत्म करूंगा. सबसे पहली आयत जो उतरी यक्रा मक्के में तीन सौ साठ गुत्र अक्षेब में है, बोला लिखते हैं कि सबसे बड़ा मसला तो शिर्क और तहित का है. तो बात तहित से शुरू होना थी.</w:t>
      </w:r>
    </w:p>
    <w:p>
      <w:r>
        <w:rPr>
          <w:b/>
        </w:rPr>
        <w:t xml:space="preserve">[15:46] </w:t>
      </w:r>
      <w:r>
        <w:t>pehli ayat yeh aani chahiye di ki tahirreel kah bata mera lasmam. Ae Muhammad utho, sabse pehle yeh teen sau saath ko bahar karo. To ab agar yahan se shuru karte to masla jo hai wo, wahin khatam ho jata. Patai shuru hoti hai aur khudana khata to baat aage hi nahi badh paati. Lekin wahan aapne un tamam cheezon ko avoid karke jo aap par ek tarah utri taki kisi tarah interaction to badhe.</w:t>
      </w:r>
    </w:p>
    <w:p>
      <w:pPr>
        <w:jc w:val="right"/>
      </w:pPr>
      <w:r>
        <w:t>पहली आयत यह आनी चाहिए दी कि ताहीरील काह बता मेरा लसमाम. ए मोहम्मद उठो, सबसे पहले यह तीन सौ साठ को बाहर करो. तो अब अगर यहां से शुरू करते तो मसला जो है वह, वहीं खत्म हो जाता. पिटाई शुरू होती है और खुदाना खाता तो बात आगे ही नहीं बढ़ पाती. लेकिन वहां आपने उन तमाम चीज़ों को avoid करके जो आप पर एक तरह उतरी ताकि किसी तरह interaction तो बढ़े.</w:t>
      </w:r>
    </w:p>
    <w:p>
      <w:r>
        <w:rPr>
          <w:b/>
        </w:rPr>
        <w:t xml:space="preserve">[16:16] </w:t>
      </w:r>
      <w:r>
        <w:t>baat to aage badhe to wahan par aapne jo hai wo aasan tareeka ek tyar farmaya ki us cheez ko avoid karke jo cheez ho sakti hai wahan se baat shuru ki. Fatah-e-Makkah das hazar sahaba ki jamaat lekar aapke paas istyartha ke aapne itni khufiya tareeke se wahan pahunche Makke unko pata nahi chal paya.</w:t>
      </w:r>
    </w:p>
    <w:p>
      <w:pPr>
        <w:jc w:val="right"/>
      </w:pPr>
      <w:r>
        <w:t>बात तो आगे बढ़े तो वहां पर आपने जो है वह आसान तरीका एक त्यार फरमाया कि उस चीज़ को avoid करके जो चीज़ हो सकती है वहां से बात शुरू की. फतहे मक्का दस हज़ार सहाबा की जमात लेकर आपके पास इस्त्यार्था के आपने इतनी खुफिया तरीके से वहां पहुंचे मक्के उनको पता नहीं चल पाया.</w:t>
      </w:r>
    </w:p>
    <w:p>
      <w:r>
        <w:rPr>
          <w:b/>
        </w:rPr>
        <w:t xml:space="preserve">[16:44] </w:t>
      </w:r>
      <w:r>
        <w:t>ab wahan jaakar aap katlogarathgiri kar sakte the. Itni achanak tareeke se aapne wahan ka safar kiya aur Makke ko pata kiya aur koi katlogarathgiri aur koi kisi ka nuksan nahi hua.</w:t>
      </w:r>
    </w:p>
    <w:p>
      <w:pPr>
        <w:jc w:val="right"/>
      </w:pPr>
      <w:r>
        <w:t>अब वहां जाकर आप कतलोगारत गिरी कर सकते थे. इतनी अचानक तरीके से आपने वहां का सफर किया और मक्के को पता किया और कोई कतलोगारत गिरी और कोई किसी का नुकसान नहीं हुआ.</w:t>
      </w:r>
    </w:p>
    <w:p>
      <w:r>
        <w:rPr>
          <w:b/>
        </w:rPr>
        <w:t xml:space="preserve">[17:01] </w:t>
      </w:r>
      <w:r>
        <w:t>to yeh itni zyada misalein hain sunnat mein aur rasullullah ki seerat mein usko malanan bahut wazeh tareeke se bayan farmaya hai aur us par bahut zyada concentrate kiya hai ki yeh hai rasullah is lazim ki seerat aur phir batlaya hai ki asal jihad jo hai wo jihad naam hai jihad binnafs. Apni khwahishad galat jazbaat hai. Unko rokiye, apne aap se ladiye.</w:t>
      </w:r>
    </w:p>
    <w:p>
      <w:pPr>
        <w:jc w:val="right"/>
      </w:pPr>
      <w:r>
        <w:t>तो यह इतनी ज़्यादा मिसालें हैं सुन्नत में और रसूल्लुल्लास्लम की सीरत में उसको मलानन बहुत वाज़े तरीके से बयान फरमाया है और उस पर बहुत ज़्यादा concentrate किया है कि यह है रसूल्लाह इस लाज़लिम की सीरत और फिर बतलाया है कि असल जिहाद जो है वह जिहाद नाम है जिहाद बिन्नफ्स. अपनी खाहिशाद गलत जज़्बात है. उनको रोकिए, अपने आप से लड़िए.</w:t>
      </w:r>
    </w:p>
    <w:p>
      <w:r>
        <w:rPr>
          <w:b/>
        </w:rPr>
        <w:t xml:space="preserve">[17:31] </w:t>
      </w:r>
      <w:r>
        <w:t>jihad e dawat ki aap jo hai wo dawat ka kaam kijiye. Dawat par apne aap ko lagaiye aur phir aakhri cheez jihad e aaza ke aap jo hai wo dushmanon ke muqable mein, gahron ke muqable mein, na manne walon ke muqable mein datiye aur kisi tarah haar nahi maniye.</w:t>
      </w:r>
    </w:p>
    <w:p>
      <w:pPr>
        <w:jc w:val="right"/>
      </w:pPr>
      <w:r>
        <w:t>जिहाद ए दावत कि आप जो है वह दावत का काम कीजिए. दावत पर अपने आप को लगाइए और फिर आखिरी चीज़ जिहाद ए आज़ा के आप जो है वो दुश्मनों के मुकाबले में, गहरों के मुकाबले में, ना मानने वालों के मुकाबले में डटिए और किसी तरह हार नहीं मानिए.</w:t>
      </w:r>
    </w:p>
    <w:p>
      <w:r>
        <w:rPr>
          <w:b/>
        </w:rPr>
        <w:t xml:space="preserve">[17:51] </w:t>
      </w:r>
      <w:r>
        <w:t>lage rahiye, lage rahiye taki aapko ab Allah ki baat pahunchane mein, Allah ka din pahunchane mein kamyabi mile aur wo kisi tarah Allah ke pragam ko sun le aur maan le. Yeh hai Maulana ke nazdeek</w:t>
      </w:r>
    </w:p>
    <w:p>
      <w:pPr>
        <w:jc w:val="right"/>
      </w:pPr>
      <w:r>
        <w:t>लगे रहिए, लगे रहिए ताकि आपको अब अल्लाह की बात पहुंचाने में, अल्लाह का दिन पहुंचाने में कामयाबी मिले और वो किसी तरह अल्लाह के प्रकाम को sun ले और मान ले. यह है मलाना के नज़दीक</w:t>
      </w:r>
    </w:p>
    <w:p>
      <w:r>
        <w:rPr>
          <w:b/>
        </w:rPr>
        <w:t xml:space="preserve">[18:18] </w:t>
      </w:r>
      <w:r>
        <w:t>asal mein lafze jihad Musalmanon ne jo uski galat taweel pesh ki thi, jiski wajah se lafze jihad bhi badnamwa aur Islam ki tasweer bhi bigad gayi. To Maulana ne uska bahut achha sahi tasahur pesh kiya jisko hamare samne Modanashram Sudhi Nadi Sahab ne mukhtasran bayan kiya. Iske baad main Maulana Anusmanik Nadi Sahab se sawal karunga. Aapka talluq Gujarat ki Surat se aap CPS ke member hain.</w:t>
      </w:r>
    </w:p>
    <w:p>
      <w:pPr>
        <w:jc w:val="right"/>
      </w:pPr>
      <w:r>
        <w:t>असल में लफ्ज़े जिहाद मुसलमानों ने जो उसकी गलत तावीर पेश की थी, जिसकी वजह से लफ्ज़े जिहाद भी बदनामवा और इस्लाम की तस्वीर भी बिगड़ गई. तो मोलाना ने उसका बहुत अच्छा सही तसहूर पेश किया जिसको हमारे सामने मोदानाश्रम सुद्धी नदी साहब ने मुख्तसरण बयान किया. इसके बाद मैं मोलाना अनस्मनिक नदी साहब से सवाल करूंगा. आपका ताल्लुख गुजरात की सूरत से आप CPS के member हैं.</w:t>
      </w:r>
    </w:p>
    <w:p>
      <w:r>
        <w:rPr>
          <w:b/>
        </w:rPr>
        <w:t xml:space="preserve">[18:46] </w:t>
      </w:r>
      <w:r>
        <w:t>aap darooloom nadwatrrama lucknow se farig hain.</w:t>
      </w:r>
    </w:p>
    <w:p>
      <w:pPr>
        <w:jc w:val="right"/>
      </w:pPr>
      <w:r>
        <w:t>आप दारोलोम नद्वतर्रमा लखनऊ से फ़ारिक हैं.</w:t>
      </w:r>
    </w:p>
    <w:p>
      <w:r>
        <w:rPr>
          <w:b/>
        </w:rPr>
        <w:t xml:space="preserve">[18:57] </w:t>
      </w:r>
      <w:r>
        <w:t>aapse sawal yeh hai ki India mein aman ke khyam mein musalmanon ki janif se jo rukavaten hain,</w:t>
      </w:r>
    </w:p>
    <w:p>
      <w:pPr>
        <w:jc w:val="right"/>
      </w:pPr>
      <w:r>
        <w:t>आपसे सवाल यह है कि India में अमन के ख्याम में मुसलमानों की जानिफ से जो रुकावटें हैं,</w:t>
      </w:r>
    </w:p>
    <w:p>
      <w:r>
        <w:rPr>
          <w:b/>
        </w:rPr>
        <w:t xml:space="preserve">[19:09] </w:t>
      </w:r>
      <w:r>
        <w:t>maulana ka us par kya tajya tha?</w:t>
      </w:r>
    </w:p>
    <w:p>
      <w:pPr>
        <w:jc w:val="right"/>
      </w:pPr>
      <w:r>
        <w:t>मौलाना का उस पर क्या तज्या था?</w:t>
      </w:r>
    </w:p>
    <w:p>
      <w:r>
        <w:rPr>
          <w:b/>
        </w:rPr>
        <w:t xml:space="preserve">[19:20] </w:t>
      </w:r>
      <w:r>
        <w:t>aap usko wazikr hain.</w:t>
      </w:r>
    </w:p>
    <w:p>
      <w:pPr>
        <w:jc w:val="right"/>
      </w:pPr>
      <w:r>
        <w:t>आप उसको वाज़िक्र हैं.</w:t>
      </w:r>
    </w:p>
    <w:p>
      <w:r>
        <w:rPr>
          <w:b/>
        </w:rPr>
        <w:t xml:space="preserve">[19:32] </w:t>
      </w:r>
      <w:r>
        <w:t>jo mamla hai darasal pesh aa raha hai wo hai aa bail mujhe maar. Jise Maulana is tarah ke lafz istemal karte the. Maulana ki bahut sari hasiyatein hain.</w:t>
      </w:r>
    </w:p>
    <w:p>
      <w:pPr>
        <w:jc w:val="right"/>
      </w:pPr>
      <w:r>
        <w:t>जो मामला है दरअसल पेश आ रहा है वह है आ बैल मुझे मार. जिसे मौलाना इस तरह के लफ्ज़ इस्तेमाल करते थे. मौलाना की बहुत सारी हैसियतें हैं.</w:t>
      </w:r>
    </w:p>
    <w:p>
      <w:r>
        <w:rPr>
          <w:b/>
        </w:rPr>
        <w:t xml:space="preserve">[19:43] </w:t>
      </w:r>
      <w:r>
        <w:t>Maulana ek dai ki hasiyat se, baqi tamam hasiyaton mein dekha jaye to unke mukhalifeen bhi Maulana ke kaam ke, unki khidmat ke, unki contribution ke poori tarah mout tirif hai.</w:t>
      </w:r>
    </w:p>
    <w:p>
      <w:pPr>
        <w:jc w:val="right"/>
      </w:pPr>
      <w:r>
        <w:t>मौलाना एक दाई की हैसियत से, बाकी तमाम हैसियतों में देखा जाए तो उनके मुख़ालिफ़ीन भी मौलाना के काम के, उनकी खिद्मात के, उनकी contribution के पूरी तरह मौत तिरीफ है.</w:t>
      </w:r>
    </w:p>
    <w:p>
      <w:r>
        <w:rPr>
          <w:b/>
        </w:rPr>
        <w:t xml:space="preserve">[20:11] </w:t>
      </w:r>
      <w:r>
        <w:t>lekin jahan Maulana ek hindustani Muslim scholar ke jab aate hain to wahan par bahut sara tanazu samne aata hai.</w:t>
      </w:r>
    </w:p>
    <w:p>
      <w:pPr>
        <w:jc w:val="right"/>
      </w:pPr>
      <w:r>
        <w:t>लेकिन जहां मौलाना एक हिंदुस्तानी मुस्लिम scholar के जब आते हैं तो वहां पर बहुत सारा तनाज़ू सामने आता है.</w:t>
      </w:r>
    </w:p>
    <w:p>
      <w:r>
        <w:rPr>
          <w:b/>
        </w:rPr>
        <w:t xml:space="preserve">[20:20] </w:t>
      </w:r>
      <w:r>
        <w:t>iski buniyadi wajah yahi hai ki darasal is daur mein jo musalmanon ka ek daurzeval chal raha hai,</w:t>
      </w:r>
    </w:p>
    <w:p>
      <w:pPr>
        <w:jc w:val="right"/>
      </w:pPr>
      <w:r>
        <w:t>इसकी बुनियादी वजह यही है कि दरअसल इस दौर में जो मुसलमानों का एक दौरेज़वाल चल रहा है,</w:t>
      </w:r>
    </w:p>
    <w:p>
      <w:r>
        <w:rPr>
          <w:b/>
        </w:rPr>
        <w:t xml:space="preserve">[20:27] </w:t>
      </w:r>
      <w:r>
        <w:t>musalman aur islam dono opposite direction mein ya opposite track mein chal rahe hain aur jo maulana ka</w:t>
      </w:r>
    </w:p>
    <w:p>
      <w:pPr>
        <w:jc w:val="right"/>
      </w:pPr>
      <w:r>
        <w:t>मुसलमान और इस्लाम दोनों opposite direction में या opposite track में चल रहे हैं और जो मौलाना का</w:t>
      </w:r>
    </w:p>
    <w:p>
      <w:r>
        <w:rPr>
          <w:b/>
        </w:rPr>
        <w:t xml:space="preserve">[20:34] </w:t>
      </w:r>
      <w:r>
        <w:t>mamla tha vah udhar haqeeqat islam ke advocate the na ki musalmanon ke advocate aur aam taur par musalmanon</w:t>
      </w:r>
    </w:p>
    <w:p>
      <w:pPr>
        <w:jc w:val="right"/>
      </w:pPr>
      <w:r>
        <w:t>मामला था वह उधर हकीकत इस्लाम के advocate थे ना कि मुसलमानों के advocate और आमतौर पर मुसलमानों</w:t>
      </w:r>
    </w:p>
    <w:p>
      <w:r>
        <w:rPr>
          <w:b/>
        </w:rPr>
        <w:t xml:space="preserve">[20:41] </w:t>
      </w:r>
      <w:r>
        <w:t>ka ek mizaj yahi hai ya vah usi ko zyada follow karte hain jo unke glory ko feed</w:t>
      </w:r>
    </w:p>
    <w:p>
      <w:pPr>
        <w:jc w:val="right"/>
      </w:pPr>
      <w:r>
        <w:t>का एक मिजाज़ यही है या वह उसी को ज़्यादा follow करते हैं जो उनके glory को feed</w:t>
      </w:r>
    </w:p>
    <w:p>
      <w:r>
        <w:rPr>
          <w:b/>
        </w:rPr>
        <w:t xml:space="preserve">[20:48] </w:t>
      </w:r>
      <w:r>
        <w:t>kare ya jo unko bas apne jazbat ko jo feeding de, usi ko vah qubool karte hain.</w:t>
      </w:r>
    </w:p>
    <w:p>
      <w:pPr>
        <w:jc w:val="right"/>
      </w:pPr>
      <w:r>
        <w:t>करे या जो उनको बस अपने जज़्बाद को जो feeding दे, उसी को वह कुबूल करते हैं.</w:t>
      </w:r>
    </w:p>
    <w:p>
      <w:r>
        <w:rPr>
          <w:b/>
        </w:rPr>
        <w:t xml:space="preserve">[20:55] </w:t>
      </w:r>
      <w:r>
        <w:t>sacche rahnumaon ko jo well wishing karta hai, use aaj ka mamla yeh hai ki Musalman use zyada qubool nahi kar paati. To Maulana darasal Musalmanon ke advocate the hi nahi. Unki vakalat unhone ki hi nahi. Maulana Sahab jo hai the wo Islam ki vakalat unhone poori zindagi bhar ki. To darasal yahi mamla hai ki Maulana Sahab ko is hasiyat se thoda sa tanazu bana diya gaya.</w:t>
      </w:r>
    </w:p>
    <w:p>
      <w:pPr>
        <w:jc w:val="right"/>
      </w:pPr>
      <w:r>
        <w:t>सच्चे रहनुमाओं को जो well wishing करता है, उसे आज का मामला यह है कि मुसलमान उसे ज़्यादा कुबूल नहीं कर पाती. तो मौलाना दरअसल मुसलमानों के advocate थे ही नहीं. उनकी वकालत उन्होंने की ही नहीं. मौलाना साहब जो है थे वह इस्लाम की वकालत उन्होंने पूरी ज़िंदगी भर की. तो दरअसल यही मामला है कि मौलाना साहब को इस हैसियत से थोड़ा सा तनाज़ों बना दिया गया.</w:t>
      </w:r>
    </w:p>
    <w:p>
      <w:r>
        <w:rPr>
          <w:b/>
        </w:rPr>
        <w:t xml:space="preserve">[21:23] </w:t>
      </w:r>
      <w:r>
        <w:t>jabki Maulana ki jo hidayat hain, wo aisi hain ki agar un par amal kiya jaye to Hindustan mein Musalmanon ka mustaqeel poori tarah roshan nazar aayega. To baharhal is silsile mein jo rukavaten pesh bhi aa rahi hain, uska Maulana Sahab ne jo tajziya kiya hai, wo main aapke samne muftasran arz karunga.</w:t>
      </w:r>
    </w:p>
    <w:p>
      <w:pPr>
        <w:jc w:val="right"/>
      </w:pPr>
      <w:r>
        <w:t>जबकि मौलाना की जो हिदायात हैं, वह ऐसी हैं कि अगर उन पर अमल किया जाए तो हिंदुस्तान में मुसलमानों का मुस्तक्वील पूरी तरह रोशन नज़र आएगा. तो बहरहाल इस सिलसिले में जो रुकावटें पेश भी आ रही हैं, उसका मौलाना साहब ने जो तज्जिया किया है, वह मैं आपके सामने मुफ्तसरण अर्ज करूंगा.</w:t>
      </w:r>
    </w:p>
    <w:p>
      <w:r>
        <w:rPr>
          <w:b/>
        </w:rPr>
        <w:t xml:space="preserve">[21:43] </w:t>
      </w:r>
      <w:r>
        <w:t>sabse pehle to yeh ki Musalmanon ne Quran ko hidayat ki kitab ke bajaye ek fazail aur tilawat ki kitab bana diya gaya hai. Aam taur par Maulana ke bare mein kaha jata hai ki unki thinking peace based thi. Jabki main kehta hoon ki Maulana ki thinking Quran and Sunnat based thi. Natije ke taur par jo nikalta hai wo peace tha. To aur Maulana ne koi aisa Islam naya Islam pesh nahi kiya balki usi Islam ko redefine kiya.</w:t>
      </w:r>
    </w:p>
    <w:p>
      <w:pPr>
        <w:jc w:val="right"/>
      </w:pPr>
      <w:r>
        <w:t>सबसे पहले तो यह कि मुसलमानों ने कुरान को हिदायत की किताब के बजाय एक फजाइल और तिलावत की किताब बना दिया गया है. आमतौर पर मोलाना के बारे में कहा जाता है कि उनकी thinking peace based थी. जबकि मैं कहता हूं कि मोलाना की thinking कुरान and सुन्नत based थी. नतीजे के तौर पर जो निकलता है वह peace था. तो और मोलाना ने कोई ऐसा इस्लाम नया इस्लाम पेश नहीं किया बल्कि उसी इस्लाम को redefine किया.</w:t>
      </w:r>
    </w:p>
    <w:p>
      <w:r>
        <w:rPr>
          <w:b/>
        </w:rPr>
        <w:t xml:space="preserve">[22:13] </w:t>
      </w:r>
      <w:r>
        <w:t>jise agar aap modern term mein kahein to update kiya taki aaj ki jo new generation hai wo use address, uska mind address ho aur uske liye relevant nazar aaye.</w:t>
      </w:r>
    </w:p>
    <w:p>
      <w:pPr>
        <w:jc w:val="right"/>
      </w:pPr>
      <w:r>
        <w:t>जिसे अगर आप modern term में कहें तो update किया ताकि आज की जो new generation है वह उसे address, उसका mind address हो और उसके लिए relevant नज़र आए.</w:t>
      </w:r>
    </w:p>
    <w:p>
      <w:r>
        <w:rPr>
          <w:b/>
        </w:rPr>
        <w:t xml:space="preserve">[22:24] </w:t>
      </w:r>
      <w:r>
        <w:t>to pehli cheez jo karne ki hai, hum Musalmanon ke liye khasoos taur par ummi yeh hidayat to tamam Musalmanon ke liye hai khusous and hindustani, lekin bilksoos hum CPS ke memberon ke liye is par amal paida hona aur zyada zaroori ho jata hai ki hum har mamle mein Quran ko kitabe hidayat se dekhein.</w:t>
      </w:r>
    </w:p>
    <w:p>
      <w:pPr>
        <w:jc w:val="right"/>
      </w:pPr>
      <w:r>
        <w:t>तो पहली चीज़ जो करने की है, हम मुसलमानों के लिए खासतौर से उम्मी यह हिदायत तो तमाम मुसलमानों के लिए है खुसूस and हिंदुस्तानी, लेकिन बिल्कुसूस हम CPS के memberओं के लिए इस पर अमल पैदा होना और ज़्यादा ज़रूरी हो जाता है कि हम हर मामले में कुरान को किताबें हिदायत से देखें.</w:t>
      </w:r>
    </w:p>
    <w:p>
      <w:r>
        <w:rPr>
          <w:b/>
        </w:rPr>
        <w:t xml:space="preserve">[22:45] </w:t>
      </w:r>
      <w:r>
        <w:t>Number do par jo sabse badi rukawat hai Hindustan mein, wo hai Musalmanon ki bekhabri ki aaj bhi wo isi mindset se hum dekhte hain ki jiski talwar chalti hai, usi ka sikka chalta hai. Jabki yeh daur se nachnashi ka mamla hai. Agar aaj dekha jaye to zamana poora badal chuka hai. Is daur mein aisa badlav aa chuka hai ki ab yeh thinking kargar nahi rahi.</w:t>
      </w:r>
    </w:p>
    <w:p>
      <w:pPr>
        <w:jc w:val="right"/>
      </w:pPr>
      <w:r>
        <w:t>Number दो पर जो सबसे बड़ी रुकावट है हिंदुस्तान में, वह है मुसलमानों की बेखबरी कि आज भी वह इसी mindset से हम देखते हैं कि जिसकी तलवार चलती है, उसी का सिक्का चलता है. जबकि यह दौर से नाचनाशी का मामला है. अगर आज देखा जाए तो ज़माना पूरा बदल चुका है. इस दौर में ऐसा बदलाव आ चुका है कि अब यह thinking कारगर नहीं रही.</w:t>
      </w:r>
    </w:p>
    <w:p>
      <w:r>
        <w:rPr>
          <w:b/>
        </w:rPr>
        <w:t xml:space="preserve">[23:12] </w:t>
      </w:r>
      <w:r>
        <w:t>teesri cheez jo hai, hum khasoos taur par hindustani Musalmanon ke liye ki yahan par kiyaadat ka jo mansab hai, us par jo faiz log hain, wo khutba ki qabeel ke hain. Jo aur khatib jo hota hai, uska kaam hi yeh hota hai ki wo logon ke emotions ko feed karein. Unko koi well wisher ya sanjeeda ya sincere aadmi zyada appeal nahi kar pata aur yahi sabse badi problem hai.</w:t>
      </w:r>
    </w:p>
    <w:p>
      <w:pPr>
        <w:jc w:val="right"/>
      </w:pPr>
      <w:r>
        <w:t>तीसरी चीज़ जो है, हम खासतौर पर हिंदुस्तानी मुसलमानों के लिए कि यहां पर कियादत का जो मंसब है, उस पर जो फाइज़ लोग हैं, वह खुतबा की कबील के हैं. जो और खतीब जो होता है, उसका काम ही यह होता है कि वह लोगों के emotions को feed करें. उनको कोई well wisher या संजीदा या sincere आदमी ज़्यादा appeal नहीं कर पाता और यही सबसे बड़ी problem है.</w:t>
      </w:r>
    </w:p>
    <w:p>
      <w:r>
        <w:rPr>
          <w:b/>
        </w:rPr>
        <w:t xml:space="preserve">[23:38] </w:t>
      </w:r>
      <w:r>
        <w:t>isi silsile mein Maulana Sahab ne khasoos taur par Kashmiri Musalmanon ko ek paigham diya tha ek video mein ki aap wo na karein jo aapke leader kehte hain, balki aap wo karein jo aapke leader karte hain.</w:t>
      </w:r>
    </w:p>
    <w:p>
      <w:pPr>
        <w:jc w:val="right"/>
      </w:pPr>
      <w:r>
        <w:t>इसी सिलसिले में मोलाना साहब ने खासतौर से कश्मीरी मुसलमानों को एक पैगाम दिया था एक video में कि आप वह ना करें जो आपके leader कहते हैं, बल्कि आप वह करें जो आपके leader करते हैं.</w:t>
      </w:r>
    </w:p>
    <w:p>
      <w:r>
        <w:rPr>
          <w:b/>
        </w:rPr>
        <w:t xml:space="preserve">[23:50] </w:t>
      </w:r>
      <w:r>
        <w:t>kyunki maulana ne is mamle mein haq bolne ka bhi haq ada kar diya aur panchven number ki</w:t>
      </w:r>
    </w:p>
    <w:p>
      <w:pPr>
        <w:jc w:val="right"/>
      </w:pPr>
      <w:r>
        <w:t>क्योंकि मौलाना ने इस मामले में हक बोलने का भी हक अदा कर दिया और पांचवें number की</w:t>
      </w:r>
    </w:p>
    <w:p>
      <w:r>
        <w:rPr>
          <w:b/>
        </w:rPr>
        <w:t xml:space="preserve">[24:18] </w:t>
      </w:r>
      <w:r>
        <w:t>cheez ki community based thinking jisko maulana apne alfaz mein ghetto mentality kehte the.</w:t>
      </w:r>
    </w:p>
    <w:p>
      <w:pPr>
        <w:jc w:val="right"/>
      </w:pPr>
      <w:r>
        <w:t>चीज़ कि community based thinking जिसको मौलाना अपने अल्पाज़ में घेटो mentality कहते थे.</w:t>
      </w:r>
    </w:p>
    <w:p>
      <w:r>
        <w:rPr>
          <w:b/>
        </w:rPr>
        <w:t xml:space="preserve">[24:47] </w:t>
      </w:r>
      <w:r>
        <w:t>yeh hamari sabse badi bimari hai. Hamare idare, hamare madaris, hamari schools jo bhi hoti hai wo Muslim based hai. Muslim university, Muslim madrasa, Muslim hospitals. Maulana is thinking ke khilaf the ki sabke liye sochna human oriented mind apne andar paida karna. Yeh wo kamiyaan hain ki agar jise hum door karenge to Inshallah jo rukavat hain wo sire se bilkul uska koi wajood hi nahi rahega. Isi bar main apni baat khatam karta hoon. Tazaak Allahil Allahil.</w:t>
      </w:r>
    </w:p>
    <w:p>
      <w:pPr>
        <w:jc w:val="right"/>
      </w:pPr>
      <w:r>
        <w:t>यह हमारी सबसे बड़ी बीमारी है. हमारे इदारे, हमारे मदारिस, हमारी schools जो भी होती है वह मुस्लिम based है. मुस्लिम university, मुस्लिम मदरसा, मुस्लिम hospitals. मुलाना इस thinking के खिलाफ थे कि सबके लिए सोचना human oriented mind अपने अंदर पैदा करना. यह वह कमियां है कि अगर जिसे हम दूर करेंगे तो इंशालाह जो रुकावट हैं वह सिरे से बिल्कुल उसका कोई वजूद ही नहीं रहेगा. इसी बार मैं अपनी बात खत्म करता हूं. तज़ाक अल्लाहिल अल्लाहिल.</w:t>
      </w:r>
    </w:p>
    <w:p>
      <w:r>
        <w:rPr>
          <w:b/>
        </w:rPr>
        <w:t xml:space="preserve">[25:17] </w:t>
      </w:r>
      <w:r>
        <w:t>aapne un rukavaton ko hamare samne pesh kiya jo ek peaceful mahol ke liye mukhalif hai, peaceful mahol</w:t>
      </w:r>
    </w:p>
    <w:p>
      <w:pPr>
        <w:jc w:val="right"/>
      </w:pPr>
      <w:r>
        <w:t>आपने उन रुकावटों को हमारे सामने पेश किया जो एक peaceful माहौल के लिए मुखालिफ है, peaceful माहौल</w:t>
      </w:r>
    </w:p>
    <w:p>
      <w:r>
        <w:rPr>
          <w:b/>
        </w:rPr>
        <w:t xml:space="preserve">[25:22] </w:t>
      </w:r>
      <w:r>
        <w:t>ki mukhalif hai.</w:t>
      </w:r>
    </w:p>
    <w:p>
      <w:pPr>
        <w:jc w:val="right"/>
      </w:pPr>
      <w:r>
        <w:t>की मुखालिफ है.</w:t>
      </w:r>
    </w:p>
    <w:p>
      <w:r>
        <w:rPr>
          <w:b/>
        </w:rPr>
        <w:t xml:space="preserve">[25:27] </w:t>
      </w:r>
      <w:r>
        <w:t>ab mera sawal malana farah salfi sahab se hai.</w:t>
      </w:r>
    </w:p>
    <w:p>
      <w:pPr>
        <w:jc w:val="right"/>
      </w:pPr>
      <w:r>
        <w:t>अब मेरा सवाल मालाना फराह सलफी साहब से है.</w:t>
      </w:r>
    </w:p>
    <w:p>
      <w:r>
        <w:rPr>
          <w:b/>
        </w:rPr>
        <w:t xml:space="preserve">[25:33] </w:t>
      </w:r>
      <w:r>
        <w:t>aapki farahd darooloom salfiya banaras se hai aur aakhiri chand saal, taqreeban das saal maulana ke sath aap</w:t>
      </w:r>
    </w:p>
    <w:p>
      <w:pPr>
        <w:jc w:val="right"/>
      </w:pPr>
      <w:r>
        <w:t>आपकी फराहद दरोलुम सलफिया बनारस से है और आखिरी चंद साल, तकरीबन दस साल मौलाना के साथ आप</w:t>
      </w:r>
    </w:p>
    <w:p>
      <w:r>
        <w:rPr>
          <w:b/>
        </w:rPr>
        <w:t xml:space="preserve">[25:38] </w:t>
      </w:r>
      <w:r>
        <w:t>rah chuke hain.</w:t>
      </w:r>
    </w:p>
    <w:p>
      <w:pPr>
        <w:jc w:val="right"/>
      </w:pPr>
      <w:r>
        <w:t>रह चुके हैं.</w:t>
      </w:r>
    </w:p>
    <w:p>
      <w:r>
        <w:rPr>
          <w:b/>
        </w:rPr>
        <w:t xml:space="preserve">[25:43] </w:t>
      </w:r>
      <w:r>
        <w:t>aapse sawal yeh hai ki aman ke chand kalidi usool batayein jin par maulana bahut zor diya karte the.</w:t>
      </w:r>
    </w:p>
    <w:p>
      <w:pPr>
        <w:jc w:val="right"/>
      </w:pPr>
      <w:r>
        <w:t>आपसे सवाल यह है कि अमन के चंद कलीदी उसूल बताएं जिन पर मौलाना बहुत ज़ोर दिया करते थे.</w:t>
      </w:r>
    </w:p>
    <w:p>
      <w:r>
        <w:rPr>
          <w:b/>
        </w:rPr>
        <w:t xml:space="preserve">[25:49] </w:t>
      </w:r>
      <w:r>
        <w:t>bismillay hir rahmanir rahim. sabse pehle tumhein hamare sathiyon ne amit ko upar bataya ek point ek khadish mere zehn mein aa rahi hai woh main share karunga. sabir asul ammar bin yaseer ki riwayat hai. baz riwayat mein to rasullah se woh riwayat karte hain. baz mein imran bukhari ne direct unse riwayat ki hai ki unka call hai.</w:t>
      </w:r>
    </w:p>
    <w:p>
      <w:pPr>
        <w:jc w:val="right"/>
      </w:pPr>
      <w:r>
        <w:t>बिस्मिलायक रामानीर रही. सबसे पहले तुम्हें हमारे साथियों ने अमित को ऊपर बताया एक point एक ख़दीश मेरे ज़हन में आ रही है वह मैं share करूंगा. साहबिर असुल अम्मार बिन यासिर की रिवायत है. बाज़ रिवायत में तो रसुल्लाह से वह रिवायत करते हैं. बाज़ में इमान बुखरी ने direct उनसे रिवायत की है कि उनका call है.</w:t>
      </w:r>
    </w:p>
    <w:p>
      <w:r>
        <w:rPr>
          <w:b/>
        </w:rPr>
        <w:t xml:space="preserve">[26:15] </w:t>
      </w:r>
      <w:r>
        <w:t>ki teen cheezein jinhone jama kar li, usne iman ko jama kar liya. toh usmein ek cheez jo hai bazlus salam mili lahaalam ki duniya ke liye salamati phailana. toh yeh samajh lijiye ki aapka iman mukammal nahi ho sakta jab tak aap duniya ke liye salamati ya amb phailane wale na bane. toh yeh jo aap Maulana ki zindagi ko maine dekha hai, bahut hi khareeb se dekha hai maine.</w:t>
      </w:r>
    </w:p>
    <w:p>
      <w:pPr>
        <w:jc w:val="right"/>
      </w:pPr>
      <w:r>
        <w:t>कि तीन चीज़ें जिन्होंने जमा कर ली, उसने ईमान को जमा कर लिया. तो उसमें एक चीज़ जो है बज़लूस सलाम मिली लाहालम कि दुनिया के लिए सलामती फैलाना. तो यह समझ लीजिए कि आपका ईमान मकंबल नहीं हो सकता जब तक आप दुनिया के लिए सलामती या अंब फैलाने वाले ना बने. तो यह जो आप मौलाना की ज़िंदगी को मैंने देखा है, बहुत ही खरीब से देखा है मैंने.</w:t>
      </w:r>
    </w:p>
    <w:p>
      <w:r>
        <w:rPr>
          <w:b/>
        </w:rPr>
        <w:t xml:space="preserve">[26:44] </w:t>
      </w:r>
      <w:r>
        <w:t>aur unse batchit bhi ki hai. bahut lambi meri guftagu bhi rahi hai. toh unko jo yaqeen hasil tha aman ke liye. ab war karein ki kitni zyada makalafati hui. uske bawajood Maulana is par jame rahe ki amm ka kaam karna hai humko.</w:t>
      </w:r>
    </w:p>
    <w:p>
      <w:pPr>
        <w:jc w:val="right"/>
      </w:pPr>
      <w:r>
        <w:t>और उनसे बातचीत भी की है. बहुत लंबी मेरी गुफ्तगू भी रही है. तो उनको जो यकीन हासिल था अमन के लिए. अब war करें कि कितनी ज़्यादा मकालाफती हुई. उसके बावजूद मौराना इस पर जमे रहे कि अम्म का काम करना है हमको.</w:t>
      </w:r>
    </w:p>
    <w:p>
      <w:r>
        <w:rPr>
          <w:b/>
        </w:rPr>
        <w:t xml:space="preserve">[27:14] </w:t>
      </w:r>
      <w:r>
        <w:t>kyun reason kya uska? toh maine ek hadish se relate kiya. woh hadish hai ki abu sufyan jab jate hain hirqal ke darbar mein. jab rasullaslaslam ne khat bheja tha toh us waqt pucha gaya tha. abu sufyan se kuch sawal kiya tha. jo roomi badshah tha usne sawal kiya tha.</w:t>
      </w:r>
    </w:p>
    <w:p>
      <w:pPr>
        <w:jc w:val="right"/>
      </w:pPr>
      <w:r>
        <w:t>क्यों reason क्या उसका? तो मैंने एक हदीश से relate किया. वह हदीश है कि अबू सुफियान जब जाते हैं हिरफल के दरबार में. जब रसुल्लास्लास्लम ने खत भेजा था तो उस वक्त पुछा गया था. अबू सुफियान से कुछ सवाल किया था. जो रूमी बादशाह था उसने सवाल किया था.</w:t>
      </w:r>
    </w:p>
    <w:p>
      <w:r>
        <w:rPr>
          <w:b/>
        </w:rPr>
        <w:t xml:space="preserve">[27:35] </w:t>
      </w:r>
      <w:r>
        <w:t>toh usmein se ek sawal yeh tha ki koi usse toh yeh discovery ka mamla hota hai. toh Maulana ko jo aman ke upar shreshadra kehte hain urdu mein, jo bilkul yakeen tha discovery thi.</w:t>
      </w:r>
    </w:p>
    <w:p>
      <w:pPr>
        <w:jc w:val="right"/>
      </w:pPr>
      <w:r>
        <w:t>तो उसमें से एक सवाल यह था कि कोई उससे तो यह discovery का मामला होता है. तो मौलाना को जो अमन के ऊपर शरेसद्र कहते हैं उर्दू में, जो बिल्कुल ज़कीन था discovery थी.</w:t>
      </w:r>
    </w:p>
    <w:p>
      <w:r>
        <w:rPr>
          <w:b/>
        </w:rPr>
        <w:t xml:space="preserve">[28:01] </w:t>
      </w:r>
      <w:r>
        <w:t>uska reason yeh tha ki Maulana ko ke dil ke andar woh cheez baith chuki thi ki amb bahut hi important cheez hai. Maulana ne puran hadish ko padha tha aur usmein zindagi lagai thi hum jante hain. toh us duniyad par usko darjaft kiya tha Maulana ne. abhi kuch dino pehle kitab zare tartib thi Maulana ki, kitab meri shakhsiyat ke naam se. toh us kitab ko tartib dete hue kafi cheezein mere samne aayi.</w:t>
      </w:r>
    </w:p>
    <w:p>
      <w:pPr>
        <w:jc w:val="right"/>
      </w:pPr>
      <w:r>
        <w:t>उसका reason यह था कि मौलाना को के दिल के अंदर वह चीज़ बैठ चुकी थी कि अंब बहुत ही important चीज़ है. मौलाना ने पुरान हदीश को पढ़ा था और उसमें ज़िंदगी लगाई थी हम जानते हैं. तो उस दुनियाद पर उसको दर्जाफ्त किया था मौलाना ने. अभी कुछ दिनों पहले किताब ज़रे तरतीप थी मोलाना किता मेरी शफ्सियत के नाम से. तो उस किताब को तरतीप देते हुए काफी चीज़ें मेरे सामने आई.</w:t>
      </w:r>
    </w:p>
    <w:p>
      <w:r>
        <w:rPr>
          <w:b/>
        </w:rPr>
        <w:t xml:space="preserve">[28:30] </w:t>
      </w:r>
      <w:r>
        <w:t>jo char chapter uske aaye the usko focus karke main aapko bataunga. pehli cheez jo thi usmein ek sabr ke upar. sabr ke upar jo Maulana ne itna likha hai apna hi uski ahmiyat batayi hai ki jo humne ka sira jo hai woh sabr hai. aapke andar agar sabr nahi toh aap pura aman prasan nahi ban sakte hain.</w:t>
      </w:r>
    </w:p>
    <w:p>
      <w:pPr>
        <w:jc w:val="right"/>
      </w:pPr>
      <w:r>
        <w:t>जो चार chapter उसके आए थे उसको focus करके मैं आपको बताऊंगा. पहली चीज़ जो थी उसमें एक सब्र के ऊपर. सब्र के ऊपर जो मौलाना ने इतना लिखा है अपना ही उसकी अहम्यत बताई है कि जो हमने का सिरा जो है वह सब्र है. आपके अंदर अगर सब्र नहीं तो आप पूरा अमन प्रसन्न नहीं वन सकते हैं.</w:t>
      </w:r>
    </w:p>
    <w:p>
      <w:r>
        <w:rPr>
          <w:b/>
        </w:rPr>
        <w:t xml:space="preserve">[28:54] </w:t>
      </w:r>
      <w:r>
        <w:t>bagair kisi jo aadmi jazbati hoga, besabra hoga vah aman se kaam nahin le sakta to, to pehli</w:t>
      </w:r>
    </w:p>
    <w:p>
      <w:pPr>
        <w:jc w:val="right"/>
      </w:pPr>
      <w:r>
        <w:t>बगैर किसी जो आदमी जज़्बाती होगा, बेसबरा होगा वह अमन से काम नहीं ले सकता तो, तो पहली</w:t>
      </w:r>
    </w:p>
    <w:p>
      <w:r>
        <w:rPr>
          <w:b/>
        </w:rPr>
        <w:t xml:space="preserve">[29:18] </w:t>
      </w:r>
      <w:r>
        <w:t>cheez jo mujhe daryafi mulana ke jo khas amm ke mauju par jo bolte hain, usmein ek hi</w:t>
      </w:r>
    </w:p>
    <w:p>
      <w:pPr>
        <w:jc w:val="right"/>
      </w:pPr>
      <w:r>
        <w:t>चीज़ जो मुझे दरियाफी मुलाना के जो खास अम्म के मौजू पर जो बोलते हैं, उसमें एक ही</w:t>
      </w:r>
    </w:p>
    <w:p>
      <w:r>
        <w:rPr>
          <w:b/>
        </w:rPr>
        <w:t xml:space="preserve">[29:42] </w:t>
      </w:r>
      <w:r>
        <w:t>sab raha hai.</w:t>
      </w:r>
    </w:p>
    <w:p>
      <w:pPr>
        <w:jc w:val="right"/>
      </w:pPr>
      <w:r>
        <w:t>सब रहा है.</w:t>
      </w:r>
    </w:p>
    <w:p>
      <w:r>
        <w:rPr>
          <w:b/>
        </w:rPr>
        <w:t xml:space="preserve">[30:06] </w:t>
      </w:r>
      <w:r>
        <w:t>doosri cheez jo thi iraaz, jisko avoidance bhi molana ne iska translate kiya, avoidance kiya hai.</w:t>
      </w:r>
    </w:p>
    <w:p>
      <w:pPr>
        <w:jc w:val="right"/>
      </w:pPr>
      <w:r>
        <w:t>दूसरी चीज़ जो थी इराज़, जिसको avoidance भी मोलाना ने इसका translate किया, avoidance किया है.</w:t>
      </w:r>
    </w:p>
    <w:p>
      <w:r>
        <w:rPr>
          <w:b/>
        </w:rPr>
        <w:t xml:space="preserve">[30:26] </w:t>
      </w:r>
      <w:r>
        <w:t>yaani koi bhi aapko kuch provoke karne ki koshish kar raha hai, us par woh dhyan nahi dete the.</w:t>
      </w:r>
    </w:p>
    <w:p>
      <w:pPr>
        <w:jc w:val="right"/>
      </w:pPr>
      <w:r>
        <w:t>यानी कोई भी आपको कुछ provoke करने की कोशिश कर रहा है, उस पर वह ध्यान नहीं देते थे.</w:t>
      </w:r>
    </w:p>
    <w:p>
      <w:r>
        <w:rPr>
          <w:b/>
        </w:rPr>
        <w:t xml:space="preserve">[30:47] </w:t>
      </w:r>
      <w:r>
        <w:t>even mujhe waqia yaad aata hai ki kai khutoot aate the molana ke paas.</w:t>
      </w:r>
    </w:p>
    <w:p>
      <w:pPr>
        <w:jc w:val="right"/>
      </w:pPr>
      <w:r>
        <w:t>Even मुझे वाकिया याद आता है कि कई खुतूत आते थे मोलाना के पास.</w:t>
      </w:r>
    </w:p>
    <w:p>
      <w:r>
        <w:rPr>
          <w:b/>
        </w:rPr>
        <w:t xml:space="preserve">[31:08] </w:t>
      </w:r>
      <w:r>
        <w:t>sochte aur kehte the aap jo bol rahe iske andar yeh cheez kam hai ilmi taur par yeh aap isko theek kar lijiye. toh iraz se kaam lete the bahut. ek aur cheez jo thi woh rawadari, tolerance jisko kehte hain. Maulana ki zindagi mein rawadari thi. har ek ko aap milte the.</w:t>
      </w:r>
    </w:p>
    <w:p>
      <w:pPr>
        <w:jc w:val="right"/>
      </w:pPr>
      <w:r>
        <w:t>सोचते और कहते थे आप जो बोल रहे इसके अंदर यह चीज़ कम है इल्मी तौर पर यह आप इसको ठीक कर लीजिए. तो इराज़ से काम लेते थे बहुत. एक और चीज़ जो थी वह रवादारी, tolerance जिसको कहते हैं. मलाना की ज़िंदगी में रवादारी थी. हर एक को आप मिलते थे.</w:t>
      </w:r>
    </w:p>
    <w:p>
      <w:r>
        <w:rPr>
          <w:b/>
        </w:rPr>
        <w:t xml:space="preserve">[31:29] </w:t>
      </w:r>
      <w:r>
        <w:t>agar rasullah ke aaj jo musalman jaisa samajhte hain rasullah ke atharah mein kaha jaye to abu jahal</w:t>
      </w:r>
    </w:p>
    <w:p>
      <w:pPr>
        <w:jc w:val="right"/>
      </w:pPr>
      <w:r>
        <w:t>अगर रसुल्लाह के आज जो मुसलमान जैसा समझते हैं रसुल्लाह के अठारह में कहा जाए तो अबू जहाल</w:t>
      </w:r>
    </w:p>
    <w:p>
      <w:r>
        <w:rPr>
          <w:b/>
        </w:rPr>
        <w:t xml:space="preserve">[31:48] </w:t>
      </w:r>
      <w:r>
        <w:t>bhi aata to us se bhi rasullah sallam islam ki baat aur non muslim ke darmiyan mein bhi jaakar kahi.</w:t>
      </w:r>
    </w:p>
    <w:p>
      <w:pPr>
        <w:jc w:val="right"/>
      </w:pPr>
      <w:r>
        <w:t>भी आता तो उससे भी रसुल्लाह सल्लाह सल्लम इस्लाम की बात और non मुस्लिम के दरमियान में भी जाकर कही.</w:t>
      </w:r>
    </w:p>
    <w:p>
      <w:r>
        <w:rPr>
          <w:b/>
        </w:rPr>
        <w:t xml:space="preserve">[32:08] </w:t>
      </w:r>
      <w:r>
        <w:t>even safarnao maine padhe toh Maulana ne, Maulana ne waqia likha Mumbai ka ki chaupati mein ek bahut bada stage laga tha aur us par program ho raha tha. toh namaz ka time ho gaya. Maulana ne aur pure jo the woh RSS ke kanjeem ke zariye woh program ho raha tha. toh Maulana ne wahan par yeh kaha ki mujhe namaz padhna mujhe koi jagah bata dijiye. main namaz padhunga.</w:t>
      </w:r>
    </w:p>
    <w:p>
      <w:pPr>
        <w:jc w:val="right"/>
      </w:pPr>
      <w:r>
        <w:t>Even सफरनाओं मैंने पढ़ाए तो मौलाना ने, मौलाना ने वाकईया लिखा Mumbai का कि चौपाटी में एक बहुत बड़ा stage लगा था और उस पर program हो रहा था. तो नमाज़ का time हो गया. मोलाना ने और पूरे जो थे वह RSS के कंजीम के जरिए वह program हो रहा था. तो मोलाना ने वहां पर यह कहा कि मुझे नमाज़ पढ़ना मुझे कोई जगह बता दिए. मैं नमाज़ पढ़ूँगा.</w:t>
      </w:r>
    </w:p>
    <w:p>
      <w:r>
        <w:rPr>
          <w:b/>
        </w:rPr>
        <w:t xml:space="preserve">[32:36] </w:t>
      </w:r>
      <w:r>
        <w:t>toh unhone kaha kaha jana aap yahin padh lijiye. toh wahin par namaz padhi unhone sabke samne aur jo sab takleel kar rahe the ki aap hamare stage par aakar namaz padhe, logon ko bataye.</w:t>
      </w:r>
    </w:p>
    <w:p>
      <w:pPr>
        <w:jc w:val="right"/>
      </w:pPr>
      <w:r>
        <w:t>तो उन्होंने कहा कहाँ जाना आप यहीं पढ़ लीजिए. तो वहीं पर नमाज़ पढ़ी उन्होंने सबके सामने और जो सब तकलीर कर रहे थे कि आप हमारे stage पर आकर नमाज़ पढ़े, लोगों को बताएं.</w:t>
      </w:r>
    </w:p>
    <w:p>
      <w:r>
        <w:rPr>
          <w:b/>
        </w:rPr>
        <w:t xml:space="preserve">[33:04] </w:t>
      </w:r>
      <w:r>
        <w:t>toh aise hi hamare liye bhi hai ki hum Maulana ki is talimat ko apnayein, sabr ka tareeka ityar karein aur usko apne liye discovery banayein.</w:t>
      </w:r>
    </w:p>
    <w:p>
      <w:pPr>
        <w:jc w:val="right"/>
      </w:pPr>
      <w:r>
        <w:t>तो ऐसे ही हमारे लिए भी है कि हम मौलाना की इस तालिमात को अपनाएं, सब्र का तरीका इत्यार करें और उसको अपने लिए discovery बनाएं.</w:t>
      </w:r>
    </w:p>
    <w:p>
      <w:r>
        <w:rPr>
          <w:b/>
        </w:rPr>
        <w:t xml:space="preserve">[33:13] </w:t>
      </w:r>
      <w:r>
        <w:t>hum discovery banayenge to uska nateeja yeh hoga ki hum logon ko khuda ka pyaram sahi taur par</w:t>
      </w:r>
    </w:p>
    <w:p>
      <w:pPr>
        <w:jc w:val="right"/>
      </w:pPr>
      <w:r>
        <w:t>हम discovery बनाएंगे तो उसका नतीजा यह होगा कि हम लोगों को खुदार का प्याराम सही तौर पर</w:t>
      </w:r>
    </w:p>
    <w:p>
      <w:r>
        <w:rPr>
          <w:b/>
        </w:rPr>
        <w:t xml:space="preserve">[33:22] </w:t>
      </w:r>
      <w:r>
        <w:t>pohancha sakte hain aur agar hum hamare liye hum aur jo uske teen features maine bataye hain, kitab</w:t>
      </w:r>
    </w:p>
    <w:p>
      <w:pPr>
        <w:jc w:val="right"/>
      </w:pPr>
      <w:r>
        <w:t>पहुंचा सकते हैं और अगर हम हमारे लिए हम और जो उसके तीन features मैंने बताएं हैं, किताब</w:t>
      </w:r>
    </w:p>
    <w:p>
      <w:r>
        <w:rPr>
          <w:b/>
        </w:rPr>
        <w:t xml:space="preserve">[33:32] </w:t>
      </w:r>
      <w:r>
        <w:t>molana ki padhein jaise nai aane wali kitabi taameeri shaksiyat hai woh bhi padhein to aapko is par</w:t>
      </w:r>
    </w:p>
    <w:p>
      <w:pPr>
        <w:jc w:val="right"/>
      </w:pPr>
      <w:r>
        <w:t>मौलाना की पढ़ें जैसे नई आने वाली किताबी तामीरी शख्सियत है वह भी पढ़ें तो आपको इस पर</w:t>
      </w:r>
    </w:p>
    <w:p>
      <w:r>
        <w:rPr>
          <w:b/>
        </w:rPr>
        <w:t xml:space="preserve">[33:41] </w:t>
      </w:r>
      <w:r>
        <w:t>kaafi clarity milegi aur hamare khud apni jati shaksiyat ke liye bhi kya hai woh bahut hi faydamand kitab hai.</w:t>
      </w:r>
    </w:p>
    <w:p>
      <w:pPr>
        <w:jc w:val="right"/>
      </w:pPr>
      <w:r>
        <w:t>काफी clarity मिलेगी और हमारे खुद अपनी जाती शख्सियत के लिए भी क्या है वह बहुत ही फायदामुद किताब है.</w:t>
      </w:r>
    </w:p>
    <w:p>
      <w:r>
        <w:rPr>
          <w:b/>
        </w:rPr>
        <w:t xml:space="preserve">[33:51] </w:t>
      </w:r>
      <w:r>
        <w:t>thinking hai jis par hamare sathi Dani Alsaheb ne bataya aapko. in sab cheezon ko apne andar inculcate karenge toh hum pura andh person ban sakte hain. sirf zuban se andh wala insan kehne se nahi banta. uski jo khususiyaat hai woh apne andar layenge toh hum amm wale insan ban sakte hain. Allah tala humein is baat ki taufeek khaterna hai humein. disakh Allah, aapne peace ke liye jo aqleedi usool hai usko wazeh kya hai?</w:t>
      </w:r>
    </w:p>
    <w:p>
      <w:pPr>
        <w:jc w:val="right"/>
      </w:pPr>
      <w:r>
        <w:t>Thinking है जिस पर हमारे साथी दानी अलसाहब ने बताया आपको. इन सब चीज़ों को अपने अंदर inculcate करेंगे तो हम पूरा अंध person वन सकते हैं. सिर्फ ज़बान से अंध वाला इंसान कहने से नहीं बनता. उसकी जो खुशूसियत है वह अपने अंदर लाएंगे तो हम अम्म वाले इंसान वन सकते हैं. अल्लाह तलाह हमें इस बात की तौफी खतरना है हमें. दिसाख अल्लाह, आपने peace के लिए जो अकलीदी उसूल है उसको वाज़े है क्या?</w:t>
      </w:r>
    </w:p>
    <w:p>
      <w:r>
        <w:rPr>
          <w:b/>
        </w:rPr>
        <w:t xml:space="preserve">[34:16] </w:t>
      </w:r>
      <w:r>
        <w:t>ab chunki hamara us bhi khatm ho chuka hai toh main inhi baaton par apna program khatm karta hoon. aakhir mein main yeh baat bataunga ki Maulana ne peace ke mauju par kai hazar safad likhe hain. hamare sathi bata rahe the Maulana's Raju Raman sahab. woh peace ke unhan par telugu mein kuch tarjuma karwana chah rahe the. toh unhone jab Bengaluru team se uska data manga toh kai hazar safad ka data unko peace ke mauju par mila.</w:t>
      </w:r>
    </w:p>
    <w:p>
      <w:pPr>
        <w:jc w:val="right"/>
      </w:pPr>
      <w:r>
        <w:t>अब चूंकि हमारा उस भी खत्म हो चुका है तो मैं इन्हीं बातों पर अपना program खत्म करता हूं. आखिर में मैं यह बात बताऊंगा कि मौलाना ने peace के मौजू पर कई हज़ार सफाद लिखे हैं. हमारे साथ ही बता रहे थे मोलानास राजू रामान साहब. वह peace के उन्हान पर तेलगु में कुछ तरजुमा करवाना चाह रहे थे. तो उन्होंने जब बेंगलुरु team से उसका data मांगा तो कई हज़ार सफाद का dataओं को peace के मौजू पर मिला.</w:t>
      </w:r>
    </w:p>
    <w:p>
      <w:r>
        <w:rPr>
          <w:b/>
        </w:rPr>
        <w:t xml:space="preserve">[34:46] </w:t>
      </w:r>
      <w:r>
        <w:t>toh Maulana ne kafi kitabein Urdu mein bhi likhe hain. barahraast, anwan ke tehat amnyalam aur seedha bilwasta dor par Maulana ne hindustani musalman, tasveer e millat, hal yahan hai, masail e ishtihar. is tarah ki kitabein likhe hain jo peace ko focus karke likhi gayi hain. isi tarah english mein islam and peace, islam and world peace, the ideology of peace, profit of peace, the age of peace.</w:t>
      </w:r>
    </w:p>
    <w:p>
      <w:pPr>
        <w:jc w:val="right"/>
      </w:pPr>
      <w:r>
        <w:t>तो मोलाना ने काफी किताबें उर्दू में भी लिखे हैं. बराहरास्त, अनुमान के तहत अम्नयालम और सीधा बिलवास्ता दौर पर मोलाना ने हिंदुस्तानी मुसलमान, तस्वीर ए मिल्लत, हल यहां है, मसाइल ए इश्तिहार. इस तरह की किताबें लिखे हैं जो peace को focus करके लिखी गई हैं. इसी तरह english में islam and peace, islam and world peace, the ideology of peace, profit of peace, the age of peace.</w:t>
      </w:r>
    </w:p>
    <w:p>
      <w:r>
        <w:rPr>
          <w:b/>
        </w:rPr>
        <w:t xml:space="preserve">[35:11] </w:t>
      </w:r>
      <w:r>
        <w:t>main samajhta hoon kisi aur ne itni kitabein peace peace ke unwan par nahi likhe hain. peace ke har chhote se mamle ko bhi Maulana ne wazeh kya hain? toh hum is waqt Maulana ko dua karte hue ki Allah taala unko jaza e khair ata karein. unhone jo humko salamati ki taleem di hai, uske badal Allah taala unko udarussalam mein mustaqil jagah ata farmayein. jannatul firdaus mein Allah mukamta karein.</w:t>
      </w:r>
    </w:p>
    <w:p>
      <w:pPr>
        <w:jc w:val="right"/>
      </w:pPr>
      <w:r>
        <w:t>मैं समझता हूँ किसी और ने इतनी किताबें peace peace के उन्मान पर नहीं लिखे हैं. Peace के हर छोटे से मामले को भी मौलाना ने वाज़े क्या हैं? तो हम इस वक़्त मौलाना को दुआ करते हुए कि अल्लाह ताला उनको जज़ा ए खैर अता करें. उन्होंने जो हमको सलामती की तालीम दी है, उसके बदल अल्लाह तालाह उनको उदाहरुस्सलाम में मुस्तकिल जगाता फरमाएं. जनतुल फिरदौस में अल्लाह मुखामता करें.</w:t>
      </w:r>
    </w:p>
    <w:p>
      <w:r>
        <w:rPr>
          <w:b/>
        </w:rPr>
        <w:t xml:space="preserve">[35:36] </w:t>
      </w:r>
      <w:r>
        <w:t>ameen yahan par jo alama hamare sath tabad aale khayal ke liye shamin hue. main unka shukrguzaar hoon aur shamin ka bhi shukrguzaar hoon. shukriya. assalamualikum.</w:t>
      </w:r>
    </w:p>
    <w:p>
      <w:pPr>
        <w:jc w:val="right"/>
      </w:pPr>
      <w:r>
        <w:t>आमीन यहां पर जो अलमा हमारे साथ तबाद अले ख्याल के लिए शामिन हुए. मैं उनका शुकुरगुज़ार हूं और शामीन का भी शुकुरगुज़ार हूं. शुक्रिया. अस्सलामालिकों.</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