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Chairperson, Prof. Farida Khanam's Addressal Peace Conference April 29-30, 2023</w:t>
      </w:r>
    </w:p>
    <w:p>
      <w:r>
        <w:t>https://www.youtube.com/watch?v=ZuVp1fGsZOw</w:t>
      </w:r>
    </w:p>
    <w:p>
      <w:r>
        <w:rPr>
          <w:b/>
        </w:rPr>
        <w:t xml:space="preserve">[00:12] </w:t>
      </w:r>
      <w:r>
        <w:t>Our next session is by chairperson of CPS international, professor fareeda khana. She has been one of the biggest helpers, supporter of Maulana Wahiduddin Khan sahib and Maulana sahib kaha karte the ke mere baat agar ideology ke antar se kuch bhi samajhna ho, kuch bhi poochna ho to apa se poochna aur apa hum sabke liye global apa hain.</w:t>
      </w:r>
    </w:p>
    <w:p>
      <w:pPr>
        <w:jc w:val="right"/>
      </w:pPr>
      <w:r>
        <w:t>Our next session is by chairperson of CPS international, professor फरीदा खाना. She has been one of the biggest helpers, supporter of मलाना वेदुदीन खान साहब and मनाना साहब कहा करते थे कि मेरे बात अगर ideology के अंतार से कुछ भी समझना हो, कुछ भी पूछना हो तो आपा से पूछना और आपा हम सबके लिए global आपा हैं.</w:t>
      </w:r>
    </w:p>
    <w:p>
      <w:r>
        <w:rPr>
          <w:b/>
        </w:rPr>
        <w:t xml:space="preserve">[00:41] </w:t>
      </w:r>
      <w:r>
        <w:t>She is one of the biggest pillar, strongest pillar of CPS international and a great blessing for all of us.</w:t>
      </w:r>
    </w:p>
    <w:p>
      <w:pPr>
        <w:jc w:val="right"/>
      </w:pPr>
      <w:r>
        <w:t>She is one of the biggest pillar, strongest pillar of CPS international and a great blessing for all of us.</w:t>
      </w:r>
    </w:p>
    <w:p>
      <w:r>
        <w:rPr>
          <w:b/>
        </w:rPr>
        <w:t xml:space="preserve">[00:56] </w:t>
      </w:r>
      <w:r>
        <w:t>So I will request Fareeda apa to come here and address the gathering.</w:t>
      </w:r>
    </w:p>
    <w:p>
      <w:pPr>
        <w:jc w:val="right"/>
      </w:pPr>
      <w:r>
        <w:t>So I will request फरीदा आपा to come here and address the gathering.</w:t>
      </w:r>
    </w:p>
    <w:p>
      <w:r>
        <w:rPr>
          <w:b/>
        </w:rPr>
        <w:t xml:space="preserve">[01:12] </w:t>
      </w:r>
      <w:r>
        <w:t>suno yahin par molana ke sath program hua to sab yadein aa gayi, taza ho gayi yadein. to molana ki wafat ke baad yeh pehla mauka hai ke hum sab itni badi taadad mein yahan ikhatta hue hain. molana ke baad mujhe lagta tha ke ab is mission ki raftaar sust pad jayegi.</w:t>
      </w:r>
    </w:p>
    <w:p>
      <w:pPr>
        <w:jc w:val="right"/>
      </w:pPr>
      <w:r>
        <w:t>सुनो यहीं पर मौलाना के साथ program हुआ तो सब यादें आ गई, ताज़ा हो गई यादें. तो मौलाना की वफाद के बाद यह पहला मौका है कि हम सब इतनी बड़ी तादाद में यहां इकट्ठा हुए हैं. मौलाना के बाद मुझे लगता था कि अब इस mission की रफ़्तार सुस्त पड़ जाएगी.</w:t>
      </w:r>
    </w:p>
    <w:p>
      <w:r>
        <w:rPr>
          <w:b/>
        </w:rPr>
        <w:t xml:space="preserve">[01:40] </w:t>
      </w:r>
      <w:r>
        <w:t>ab kya hoga? Sunday program kaise hoga? log kaise ikhatthe honge? lekin waqaiyan yeh hai ke yeh mission, yeh sabit karta hai ke yeh mission khudai mission hai ke pehle se bhi zyada ek strong team ban gayi, pehle se bhi zyada log kaam kar rahe hain. isse pata chalta hai ke allah hamare sath hai, farishte hamare sath hai.</w:t>
      </w:r>
    </w:p>
    <w:p>
      <w:pPr>
        <w:jc w:val="right"/>
      </w:pPr>
      <w:r>
        <w:t>अब क्या होगा? Sunday program कैसे होगा? लोग कैसे इकट्ठे होंगे? लेकिन वाकईया यह है कि यह mission, यह साबित करता है कि यह mission खुदाई mission है कि पहले से भी ज़्यादा एक strong team वन गई, पहले से भी ज़्यादा लोग काम कर रहे हैं. इससे पता चलता है कि अल्लाह हमारे साथ है, फरिश्ते हमारे साथ है.</w:t>
      </w:r>
    </w:p>
    <w:p>
      <w:r>
        <w:rPr>
          <w:b/>
        </w:rPr>
        <w:t xml:space="preserve">[02:10] </w:t>
      </w:r>
      <w:r>
        <w:t>warna aisa ho nahi sakta tha. aam taur par team bikhar jati hai. aisa nahi hota jahan ke koi worldly attraction na ho, to aisa nahi hota ke log phir bhi jude rahe hain. yahan kisi ka koi worldly interest nahi hai. sab log jo hain bilkul selflessly kaam kar rahe hain.</w:t>
      </w:r>
    </w:p>
    <w:p>
      <w:pPr>
        <w:jc w:val="right"/>
      </w:pPr>
      <w:r>
        <w:t>वरना ऐसा हो नहीं सकता था. आमतौर पर team बिखर जाती है. ऐसा नहीं होता जहां के कोई worldly attraction ना हो, तो ऐसा नहीं होता कि लोग फिर भी जुड़े रहे हैं. यहां किसी का कोई worldly interest नहीं है. सब लोग जो हैं बिल्कुल selflessly काम कर रहे हैं.</w:t>
      </w:r>
    </w:p>
    <w:p>
      <w:r>
        <w:rPr>
          <w:b/>
        </w:rPr>
        <w:t xml:space="preserve">[02:32] </w:t>
      </w:r>
      <w:r>
        <w:t>sab log volunteers hain, sirf huda ki raza hasil karne ke liye woh is mission mein lage hue hain aur unka wahi hai jo molana kehte the ke I will do spirit ke sath aap log kaam kariye to wahi tamam log isi tarah kaam kar rahe hain. kuch log yahan aaye hue hain aur bahut sare log kaam kar rahe hain jo yahan aa nahi sake hain. allah taalaah un sabki madad farmayein.</w:t>
      </w:r>
    </w:p>
    <w:p>
      <w:pPr>
        <w:jc w:val="right"/>
      </w:pPr>
      <w:r>
        <w:t>सब लोग volunteers हैं, सिर्फ होदा की रज़ा हासिल करने के लिए वह इस mission में लगे हुए हैं और उनका वही है जो मौलाना कहते थे कि I will do spirit के साथ आप लोग काम करिए तो वही तमाम लोग इसी तरह काम कर रहे हैं. कुछ लोग यहां आए हुए हैं और बहुत सारे लोग काम कर रहे हैं जो यहां आ नहीं सके हैं. अल्लाह तालाह उन सबकी मदद फरमाएं.</w:t>
      </w:r>
    </w:p>
    <w:p>
      <w:r>
        <w:rPr>
          <w:b/>
        </w:rPr>
        <w:t xml:space="preserve">[03:01] </w:t>
      </w:r>
      <w:r>
        <w:t>to yeh mujhe yaad aata hai ke isi tarike se jab rajat isar e salam ko jo logon ne samjha haqeeqat nahi thi lekin logon ne yahi samjha ke unko phansi de di gayi, saleeb par chadha diya gaya to unke jo hawari the, bahut zyada gamgeen baithe hue the.</w:t>
      </w:r>
    </w:p>
    <w:p>
      <w:pPr>
        <w:jc w:val="right"/>
      </w:pPr>
      <w:r>
        <w:t>तो यह मुझे याद आता है कि इसी तरीके से जब रजत ईसार ए सलाम को जो लोगों ने समझा हकीकत नहीं थी लेकिन लोगों ने यही समझा कि उनको फांसी दे दी गई, सलीब पर चढ़ा दिया गया तो उनके जो हवारी थे, बहुत ज़्यादा गमगीन बैठे हुए थे.</w:t>
      </w:r>
    </w:p>
    <w:p>
      <w:r>
        <w:rPr>
          <w:b/>
        </w:rPr>
        <w:t xml:space="preserve">[03:21] </w:t>
      </w:r>
      <w:r>
        <w:t>to hazrati sal is salam kyunke molana ne bataya tha ke raat ho gayi thi, log unko pehchante nahi the to ek dusra jo gaddar unka saathi tha woh pakad ke usko le gaye. hazar teesra rupoosh ho gaye. to teen din ke baad woh apne hawariyon ke paas aaye to unko bahut zyada unko encourage kiya. unhone kaha ke tumko yeh khudai mission, khuda ka pyagam logon tak pahunchana hai.</w:t>
      </w:r>
    </w:p>
    <w:p>
      <w:pPr>
        <w:jc w:val="right"/>
      </w:pPr>
      <w:r>
        <w:t>तो हज़रतीसाल इस सलाम क्योंकि मौलाना ने बताया था कि रात हो गई थी, लोग उनको पहचानते नहीं थे तो एक दूसरा जो गद्दार उनका साथी था वह पकड़ के उसको ले गए. हज़ार तीसरा रूपोश हो गए. तो तीन दिन के बाद वह अपने हवारियों के पास आए तो उनको बहुत ज़्यादा उनको encourage किया. उन्होंने कहा कि तुमको यह खुदाई mission, खुदा का प्यागाम लोगों तक पहुंचाना है.</w:t>
      </w:r>
    </w:p>
    <w:p>
      <w:r>
        <w:rPr>
          <w:b/>
        </w:rPr>
        <w:t xml:space="preserve">[03:50] </w:t>
      </w:r>
      <w:r>
        <w:t>to bahut zyada woh log khush ho gaye.</w:t>
      </w:r>
    </w:p>
    <w:p>
      <w:pPr>
        <w:jc w:val="right"/>
      </w:pPr>
      <w:r>
        <w:t>तो बहुत ज़्यादा वो लोग खुश हो गए.</w:t>
      </w:r>
    </w:p>
    <w:p>
      <w:r>
        <w:rPr>
          <w:b/>
        </w:rPr>
        <w:t xml:space="preserve">[03:55] </w:t>
      </w:r>
      <w:r>
        <w:t>Rajat Isa ne kaha tumhare paas Khuda ka inspiration aayega, uske baad tum log nikal jana aur woh</w:t>
      </w:r>
    </w:p>
    <w:p>
      <w:pPr>
        <w:jc w:val="right"/>
      </w:pPr>
      <w:r>
        <w:t>रजत ईसा ने कहा तुम्हारे पास खुदा का inspiration आएगा, उसके बाद तुम लोग निकल जाना और वह</w:t>
      </w:r>
    </w:p>
    <w:p>
      <w:r>
        <w:rPr>
          <w:b/>
        </w:rPr>
        <w:t xml:space="preserve">[04:00] </w:t>
      </w:r>
      <w:r>
        <w:t>zamana hai religious persecution ka zamana, jabki log bilkul phansi de di jaati thi sirf yeh kehne ke</w:t>
      </w:r>
    </w:p>
    <w:p>
      <w:pPr>
        <w:jc w:val="right"/>
      </w:pPr>
      <w:r>
        <w:t>ज़माना है religious persecution का ज़माना, जबकि लोग बिल्कुल फांसी दे दी जाती थी सिर्फ यह कहने के</w:t>
      </w:r>
    </w:p>
    <w:p>
      <w:r>
        <w:rPr>
          <w:b/>
        </w:rPr>
        <w:t xml:space="preserve">[04:06] </w:t>
      </w:r>
      <w:r>
        <w:t>liye, ki Khuda ek hai, aaj to Allah taala ne zamana hi badal diya hai, hamare liye woh</w:t>
      </w:r>
    </w:p>
    <w:p>
      <w:pPr>
        <w:jc w:val="right"/>
      </w:pPr>
      <w:r>
        <w:t>लिए, कि खुदा एक है, आज तो अल्लाह तालाह ने ज़माना ही बदल दिया है, हमारे लिए वह</w:t>
      </w:r>
    </w:p>
    <w:p>
      <w:r>
        <w:rPr>
          <w:b/>
        </w:rPr>
        <w:t xml:space="preserve">[04:11] </w:t>
      </w:r>
      <w:r>
        <w:t>saari sulaten Allah taala ne khud paida kar di hai kyunki yeh Allah ka mission hai aur yeh</w:t>
      </w:r>
    </w:p>
    <w:p>
      <w:pPr>
        <w:jc w:val="right"/>
      </w:pPr>
      <w:r>
        <w:t>सारी सूलतें अल्लाह तालाह ने खुद पैदा कर दी है क्योंकि यह अल्लाह का mission है और यह</w:t>
      </w:r>
    </w:p>
    <w:p>
      <w:r>
        <w:rPr>
          <w:b/>
        </w:rPr>
        <w:t xml:space="preserve">[04:16] </w:t>
      </w:r>
      <w:r>
        <w:t>har halat mein hamein qayamat se pehle mukammal karna hai.</w:t>
      </w:r>
    </w:p>
    <w:p>
      <w:pPr>
        <w:jc w:val="right"/>
      </w:pPr>
      <w:r>
        <w:t>हर हालत में हमें ख्यामत से पहले मुकम्मल करना है.</w:t>
      </w:r>
    </w:p>
    <w:p>
      <w:r>
        <w:rPr>
          <w:b/>
        </w:rPr>
        <w:t xml:space="preserve">[04:22] </w:t>
      </w:r>
      <w:r>
        <w:t>to phir jab hazad maseel e salam unko chalis din tak unke paas aate rahe, to woh log charged ho gaye aur woh phir nikle kaam karne ke liye ab aap jante hain ke aaj sari duniya mein unhone isaiyat ko phaila diya hai. to isi tarike se kuch aisa lagta hai ke allah taalaah ne hamari team ko bhi inspire kar diya hai. aaj molana nahi hai uske bawajood sab log is mission mein lage hue hain.</w:t>
      </w:r>
    </w:p>
    <w:p>
      <w:pPr>
        <w:jc w:val="right"/>
      </w:pPr>
      <w:r>
        <w:t>तो फिर जब हज़ाद मसील ए सलाम उनको चालीस दिन तक उनके पास आते रहे, तो वो लोग charged हो गए और वो फिर निकले काम करने के लिए अब आप जानते हैं कि आज सारी दुनिया में उन्होंने ईसाईयत को फैला दिया है. तो इसी तरीके से कुछ ऐसा लगता है कि अल्लाह तालाह ने हमारी team को भी inspire कर दिया है. आज मौलाना नहीं है उसके बावजूद सब लोग इस mission में लगे हुए हैं.</w:t>
      </w:r>
    </w:p>
    <w:p>
      <w:r>
        <w:rPr>
          <w:b/>
        </w:rPr>
        <w:t xml:space="preserve">[04:52] </w:t>
      </w:r>
      <w:r>
        <w:t>yeh ho nahi sakta jab tak ke allah ki madad na aaye. allah ne balki apni madad ko bilkul bahut bahut zyada jhel diya hai madad ko.</w:t>
      </w:r>
    </w:p>
    <w:p>
      <w:pPr>
        <w:jc w:val="right"/>
      </w:pPr>
      <w:r>
        <w:t>यह हो नहीं सकता जब तक कि अल्लाह की मदद न आए. अल्लाह ने बल्कि अपनी मदद को बिल्कुल बहुत बहुत ज़्यादा झकेल दिया है मदद को.</w:t>
      </w:r>
    </w:p>
    <w:p>
      <w:r>
        <w:rPr>
          <w:b/>
        </w:rPr>
        <w:t xml:space="preserve">[05:04] </w:t>
      </w:r>
      <w:r>
        <w:t>ab bas hamein khada hona hai jaise abhi mulahan bataye ki hum log to bas human face hain, kaam to sab allah taala kar raha hai kyunke dekhiye yeh creation plan ke mutabik allah taalaah ko yeh, yeh har bande ko jo allah create kiya hai bandon ko unko yeh pragam pahunchana hai ke is duniya mein usko kaise rehna hai? kya do's and don'ts hain? usko marne ke baad usko jawabdi hai.</w:t>
      </w:r>
    </w:p>
    <w:p>
      <w:pPr>
        <w:jc w:val="right"/>
      </w:pPr>
      <w:r>
        <w:t>अब बस हमें खड़ा होना है जैसे अभी मुलाहन बताए की हम लोग तो बस human face है, काम तो सब अल्लाह ताला कर रहा है क्योंकि देखिए यह creation plan के मुताबिक अल्लाह तालाह को यह, यह हर बंदे को जो अल्लाह create किया है बंदों को उनको यह प्राम पहुंचाना है कि इस दुनिया में उसको कैसे रहना है? क्या do's and don'ts हैं? उसको मरने के बाद उसको जवाबदी है.</w:t>
      </w:r>
    </w:p>
    <w:p>
      <w:r>
        <w:rPr>
          <w:b/>
        </w:rPr>
        <w:t xml:space="preserve">[05:31] </w:t>
      </w:r>
      <w:r>
        <w:t>to yeh allah ki zimmedari hai. lekin qanoon e iltebaas ki wajah se allah ne yeh zimmedari insaan ko ata kiya hai. to pehle to aate the pagambar, jab pagambaron ke ki teachings ko log bhula dete the, to dusra pagambar aa jata tha. ab, ab nai baat yeh hai ke rasullah sallah vivasallam aakhri pagambar hai.</w:t>
      </w:r>
    </w:p>
    <w:p>
      <w:pPr>
        <w:jc w:val="right"/>
      </w:pPr>
      <w:r>
        <w:t>तो यह अल्लाह की ज़िम्मेदारी है. लेकिन कानून ए इल्तेबास की वजह से अल्लाह ने यह ज़िम्मेदारी इंसान को अता किया है. तो पहले तो आते थे पगंबर, जब पगंबरों के की teachings को लोग भुला देते थे, तो दूसरा पगंबर आ जाता था. अब, अब नई बात यह है कि रसुल्लाह सल्लाह विवसल्लम आखिरी पगंबर है.</w:t>
      </w:r>
    </w:p>
    <w:p>
      <w:r>
        <w:rPr>
          <w:b/>
        </w:rPr>
        <w:t xml:space="preserve">[05:58] </w:t>
      </w:r>
      <w:r>
        <w:t>aapke baad koi pagambar aane wala nahi, to isliye yeh hamari bounding duty hai ke hum is pagam ko nasal dar nasal pahunchate rahe. agar humne aisa nahi kiya to hamari allah talak yahan hamari pakad hogi.</w:t>
      </w:r>
    </w:p>
    <w:p>
      <w:pPr>
        <w:jc w:val="right"/>
      </w:pPr>
      <w:r>
        <w:t>आपके बाद कोई पगंबर आने वाला नहीं, तो इसलिए यह हमारी bounding duty है कि हम इस पगाम को नस्ल दर नस्ल पहुंचाते रहे. अगर हमने ऐसा नहीं किया तो हमारी अल्लाह तालक यहां हमारी पकड़ होगी.</w:t>
      </w:r>
    </w:p>
    <w:p>
      <w:r>
        <w:rPr>
          <w:b/>
        </w:rPr>
        <w:t xml:space="preserve">[06:28] </w:t>
      </w:r>
      <w:r>
        <w:t>wo suhulaten nahi thi. wo transport nahi tha. wo technology nahi thi. wo religious freedom nahi thi. ab hamare paas koi excuse nahi hai.</w:t>
      </w:r>
    </w:p>
    <w:p>
      <w:pPr>
        <w:jc w:val="right"/>
      </w:pPr>
      <w:r>
        <w:t>वो सुहूलते नहीं थी. वो transport नहीं था. वो technology नहीं थी. वो religious freedom नहीं थी. अब हमारे पास कोई excuse नहीं है.</w:t>
      </w:r>
    </w:p>
    <w:p>
      <w:r>
        <w:rPr>
          <w:b/>
        </w:rPr>
        <w:t xml:space="preserve">[06:38] </w:t>
      </w:r>
      <w:r>
        <w:t>agar kisi ne bhi jante bujhte mahorana ne chalis pachas saal isi mein laga diye, logon ko itni clear tarike se bata diya, literature taiyar kar diya, program kiye, team banai, safar kiye, sari baatein khol khol kar bata di. ab janne ke baad agar hum log ne is kaam ko choda to khuda ke yahan hamari pakad hogi.</w:t>
      </w:r>
    </w:p>
    <w:p>
      <w:pPr>
        <w:jc w:val="right"/>
      </w:pPr>
      <w:r>
        <w:t>अगर किसी ने भी जानते बूझते महोराणा ने चालीस पचास साल इसी में लगा दिए, लोगों को इतनी clear तरीके से बता दिया, literature तैयार कर दिया, program किए, team बनाई, सफर किए, सारी बातें खोल खोल कर बता दी. अब जानने के बाद अगर हम लोग ने इस काम को छोड़ा तो खुदा के यहां हमारी पकड़ होगी.</w:t>
      </w:r>
    </w:p>
    <w:p>
      <w:r>
        <w:rPr>
          <w:b/>
        </w:rPr>
        <w:t xml:space="preserve">[07:08] </w:t>
      </w:r>
      <w:r>
        <w:t>to isliye ab hum log is kaam ko chhod nahi sakte. aakhri waqt tak, aakhri dam tak hamein is kaam ko karte rehna hai aur hamein hamesha allah ki madad milegi. is poori conviction ke sath hamein yeh kaam karna hai.</w:t>
      </w:r>
    </w:p>
    <w:p>
      <w:pPr>
        <w:jc w:val="right"/>
      </w:pPr>
      <w:r>
        <w:t>तो इसलिए अब हम लोग इस काम को छोड़ नहीं सकते. आखिरी वक्त तक, आखिरी दम तक हमें इस काम को करते रहना है और हमें हमेशा अल्लाह की मदद मिलेगी. इस पूरी conviction के साथ हमें यह काम करना है.</w:t>
      </w:r>
    </w:p>
    <w:p>
      <w:r>
        <w:rPr>
          <w:b/>
        </w:rPr>
        <w:t xml:space="preserve">[07:25] </w:t>
      </w:r>
      <w:r>
        <w:t>to yeh kaam jo hai isi par molana ne bahut hi ek baat batai jis se humko bahut zyada darna chahiye ke hamara ummati mohammadi hona doubtful ho jayega agar hum is kaam ko lekar aage nahi badhte. kyunke rasullah sallah sallam ne apne asaf se yahi kaha tha ke tum log mera pragam tamam logon tak pahuncha do. wo log sare nikal gaye.</w:t>
      </w:r>
    </w:p>
    <w:p>
      <w:pPr>
        <w:jc w:val="right"/>
      </w:pPr>
      <w:r>
        <w:t>तो यह काम जो है इसी पर मौलाना ने बहुत ही एक बात बताई जिससे हमको बहुत ज़्यादा डरना चाहिए कि हमारा उम्मती मोहम्मदी होना doubtful हो जाएगा अगर हम इस काम को लेकर आगे नहीं बढ़ते. क्योंकि रसूल्लाह सल्लाह सल्लम ने अपने असाफ से यही कहा था कि तुम लोग मेरा प्रगाम तमाम लोगों तक पहुंचा दो. वो लोग सारे निकल गए.</w:t>
      </w:r>
    </w:p>
    <w:p>
      <w:r>
        <w:rPr>
          <w:b/>
        </w:rPr>
        <w:t xml:space="preserve">[07:52] </w:t>
      </w:r>
      <w:r>
        <w:t>molana ne bataye ki wahan par makka madina mein unki khabrein bahut kam hain. sari duniya mein nikal gayi lekin wo duniya ek limited world thi. bahut sari limitations thi. to jitna wo kar sakte the utna unhone kiya. america to discovery nahi hua tha. door door jana, sawari, janwaron ki sawari ya paidal chalna. to usne mumkin nahi tha.</w:t>
      </w:r>
    </w:p>
    <w:p>
      <w:pPr>
        <w:jc w:val="right"/>
      </w:pPr>
      <w:r>
        <w:t>मौराना ने बताए कि वहां पर मक्का मदीना में उनकी खबरें बहुत कम हैं. सारी दुनिया में निकल गई लेकिन वो दुनिया एक limited world थी. बहुत सारी limitations थी. तो जितना वो कर सकते थे उतना उन्होंने किया. America तो discovery नहीं हुआ था. दूर दूर जाना, सवारी, जानवरों की सवारी या पैदल चलना. तो उसने मुमकिन नहीं था.</w:t>
      </w:r>
    </w:p>
    <w:p>
      <w:r>
        <w:rPr>
          <w:b/>
        </w:rPr>
        <w:t xml:space="preserve">[08:17] </w:t>
      </w:r>
      <w:r>
        <w:t>aaj hum transport hai hamare paas, jahaj hai hamare paas, aur hamare paas literature hai, internet hai, aur hum sikandon mein apna pragam sari duniya tak pahuncha sakte hain. to agar hum aaj bhi na karenge to hum khuda ke aage kya jawab denge? hum doctor nagma siddhi ji kehti hain ke hum bilkul kaanpti hain ke woh hum khud aage aage kaise khade honge? khud aage kya jawab denge?</w:t>
      </w:r>
    </w:p>
    <w:p>
      <w:pPr>
        <w:jc w:val="right"/>
      </w:pPr>
      <w:r>
        <w:t>आज हम transport है हमारे पास, जहाज है हमारे पास, और हमारे पास literature है, internet है, और हम सिकंडों में अपना प्रागम सारी दुनिया तक पहुंचा सकते हैं. तो अगर हम आज भी ना करेंगे तो हम खुदा के आगे क्या जवाब देंगे? हम doctor नगमा सिद्धि जी कहती हैं कि हम बिल्कुल कांपती हैं कि वह हम खुद आगे आगे कैसे खड़े होंगे? खुद आगे आगे क्या जवाब देंगे?</w:t>
      </w:r>
    </w:p>
    <w:p>
      <w:r>
        <w:rPr>
          <w:b/>
        </w:rPr>
        <w:t xml:space="preserve">[08:46] </w:t>
      </w:r>
      <w:r>
        <w:t>kya humne tumko sab kuch de diya tha? phir bhi tumne kaam nahi kiya to khud aage hum kya jawab denge? hamare paas us waqt koi sahara nahi hoga. hum yeh duniya humse chhin chuki hogi. wahan sirf allah taalaah jisko dega jannat usi ko milegi. hum kuch se, kuch hasil wahan nahi kar sakte. duniya khatm ho chuki hogi. yahan to hum kaam karein, na karein. hamein allah ne jo life support system bana diya hai, woh hamein milta rahega.</w:t>
      </w:r>
    </w:p>
    <w:p>
      <w:pPr>
        <w:jc w:val="right"/>
      </w:pPr>
      <w:r>
        <w:t>क्या हमने तुमको सब कुछ दे दिया था? फिर भी तुमने काम नहीं किया तो खुद आगे हम क्या जवाब देंगे? हमारे पास उस वक्त कोई सहारा नहीं होगा. हम यह दुनिया हमसे छिन चुकी होगी. वहां सिर्फ अल्लाह तालाह जिसको देगा जन्नत उसी को मिलेगी. हम कुछ से, कुछ हासिल वहां नहीं कर सकते. दुनिया खत्म हो चुकी होगी. यहां तो हम काम करें, ना करें. हमें अल्लाह ने जो life support system बना दिया है, वह हमें मिलता रहेगा.</w:t>
      </w:r>
    </w:p>
    <w:p>
      <w:r>
        <w:rPr>
          <w:b/>
        </w:rPr>
        <w:t xml:space="preserve">[09:16] </w:t>
      </w:r>
      <w:r>
        <w:t>kyunki yahan hum halaton ke test mein hain. to test ki wajah se sabko yeh sab cheezein mil rahi hain. koi usko use karta hai, koi misuse karta hai. ab dekhiye ke global warming ki wajah se bahut zyada urgency ho gayi hai is kaam ko karne ki. yeh kahin jal jale aa rahe hain, kahin volcanoes aatashah phat rahe hain, kahin toofan aa raha hai, pani ki galat ho gayi hai.</w:t>
      </w:r>
    </w:p>
    <w:p>
      <w:pPr>
        <w:jc w:val="right"/>
      </w:pPr>
      <w:r>
        <w:t>क्योंकि यहां हम हालतें test में हैं. तो test की वजह से सबको यह सब चीज़ें मिल रही हैं. कोई उसको use करता है, कोई misuse करता है. अब देखिए कि global warming की वजह से बहुत ज़्यादा urgency हो गई है इस काम को करने की. यह कहीं जल जले आ रहे हैं, कहीं volcanoes आतश्वशाह फ़ट रहे हैं, कहीं तूफान आ रहा है, पानी की गलत हो गई है.</w:t>
      </w:r>
    </w:p>
    <w:p>
      <w:r>
        <w:rPr>
          <w:b/>
        </w:rPr>
        <w:t xml:space="preserve">[09:41] </w:t>
      </w:r>
      <w:r>
        <w:t>abhi khabar aayi thi ke poore Cape town poora declare ho gaya drought area, pani na hone ki wajah se. Oxygen ke resources deplete hote ja rahe hain. to life support system jiski wajah se insan is duniya mein survive kar raha tha, usmein bahut tezi se kami aa rahi hain.</w:t>
      </w:r>
    </w:p>
    <w:p>
      <w:pPr>
        <w:jc w:val="right"/>
      </w:pPr>
      <w:r>
        <w:t>अभी खबर आई थी कि पूरे Cape town पूरा declare हो गया drought area, पानी ना होने की वजह से. Oxygen के resources deplete होते जा रहे हैं. तो life support system जिसकी वजह से इंसान इस दुनिया में survive कर रहा था, उसमें बहुत तेज़ी से कमी आ रही हैं.</w:t>
      </w:r>
    </w:p>
    <w:p>
      <w:r>
        <w:rPr>
          <w:b/>
        </w:rPr>
        <w:t xml:space="preserve">[10:01] </w:t>
      </w:r>
      <w:r>
        <w:t>to Maulana ne yeh bataya ke dekhiye, kitni bhi problem ho jaye, duniya mein kitni bhi museebatein aa jayein, aapko saaf hawa na mile, aapko pani na mile, aapko khana na mile lekin jab tak ke aap yeh daavah bharg ka kaam karke sari duniya ko Khuda ka paigaam nahi pahuncha denge tab tak qayamat hi tali rahegi. aap museebat mein yahan rahenge aur qayamat bhi nahi aayegi ke yeh museebat kisi tarah khatm ho jaye.</w:t>
      </w:r>
    </w:p>
    <w:p>
      <w:pPr>
        <w:jc w:val="right"/>
      </w:pPr>
      <w:r>
        <w:t>तो मोलाना ने यह बताया कि देखिए, कितनी भी problem हो जाए, दुनिया में कितनी भी मुसीबतें आ जाएं, आपको साफ हवा ना मिले, आपको पानी ना मिले, आपको खाना ना मिले लेकिन जब तक के आप यह दावाभर्ग का काम करके सारी दुनिया को खुदा का प्रकाम नहीं पहुंचा देंगे तब तक क्यामत ही टली रहेगी. आप मुसीबत में यहां रहेंगे और क्यामत भी नहीं आएगी कि यह मुसीबत किसी तरह खत्म हो जाए.</w:t>
      </w:r>
    </w:p>
    <w:p>
      <w:r>
        <w:rPr>
          <w:b/>
        </w:rPr>
        <w:t xml:space="preserve">[10:28] </w:t>
      </w:r>
      <w:r>
        <w:t>to hamein har halat mein is baat ko samajhna hai aur, aur yeh kaam jo Allah taala ne hamare zimme kiya hai, to woh kaam hamein usko achhi tarike se anjaam dena hai. bilkul har waqt Khuda ko haazir aur naazir samajhkar ke hamein Allah taala ke yahan jawabdehi karni hai, usi hisab se hamein sara kaam karna hai.</w:t>
      </w:r>
    </w:p>
    <w:p>
      <w:pPr>
        <w:jc w:val="right"/>
      </w:pPr>
      <w:r>
        <w:t>तो हमें हर हालत में इस बात को समझना है और, और यह काम जो अल्लाह ताला ने हमारे ज़िम्मे किया है, तो वह काम हमें उसको अच्छी तरीके से अंजाम देना है. बिल्कुल हर वक्त खुदा को हादिर और नादिर समझकर के हमें अल्लाह तालाह के यहां जवाबदीह करनी है, उसी हिसाब से हमें सारा काम करना है.</w:t>
      </w:r>
    </w:p>
    <w:p>
      <w:r>
        <w:rPr>
          <w:b/>
        </w:rPr>
        <w:t xml:space="preserve">[10:52] </w:t>
      </w:r>
      <w:r>
        <w:t>to yeh jo hai aur ek bahut bada jo ehsaan Allah taala ne kiya hai ke hamein har qism ka literature daavah par, har aspect ka usmein deal kiya gaya hai, cover kiya gaya hai. hamare paas literature hai, to hamein jo hai literature, pehle jo hamara literature tha woh madhu friendly nahi tha. duniya ko logon ne darul harb darul islam mein baant rakha tha. to madhu friendly nahi tha.</w:t>
      </w:r>
    </w:p>
    <w:p>
      <w:pPr>
        <w:jc w:val="right"/>
      </w:pPr>
      <w:r>
        <w:t>तो यह जो है और एक बहुत बड़ा जो एहसान अल्लाह ताला ने किया है कि हमें हर किस्म का literature दावा पर, हर aspect का उसमें deal किया गया है, cover किया गया है. हमारे पास literature है, तो हमें जो है literature, पहले जो हमारा literature था वो मधु friendly नहीं था. दुनिया को लोगों ने दारुल हर्व दारुल इस्लाम में बांट रखा था. तो मधु friendly नहीं था.</w:t>
      </w:r>
    </w:p>
    <w:p>
      <w:r>
        <w:rPr>
          <w:b/>
        </w:rPr>
        <w:t xml:space="preserve">[11:21] </w:t>
      </w:r>
      <w:r>
        <w:t>to koi usko padhne se kisi ko dilchaspi nahi hoti thi. ab hamare paas jo literature hai woh aap kisi ko aankh band karke de sakte hain aur usse woh mutasir hota hai, usko padhta hai, woh push hota hai padhkar aur kai baar jo hai usko bahut zyada shauk ho jata hai mazeed literature padhne ka.</w:t>
      </w:r>
    </w:p>
    <w:p>
      <w:pPr>
        <w:jc w:val="right"/>
      </w:pPr>
      <w:r>
        <w:t>तो कोई उसको पढ़ने से किसी को दिलचस्पी नहीं होती थी. अब हमारे पास जो literature है वो आप किसी को आंख बंद करके दे सकते हैं और उससे वह मुतास्सिर होता है, उसको पढ़ता है, वह push होता है पढ़कर और कई बार जो है उसको बहुत ज़्यादा शौक हो जाता है मज़ीद literature पढ़ने का.</w:t>
      </w:r>
    </w:p>
    <w:p>
      <w:r>
        <w:rPr>
          <w:b/>
        </w:rPr>
        <w:t xml:space="preserve">[11:40] </w:t>
      </w:r>
      <w:r>
        <w:t>to isi tarike se freedom hai. mazza aksha mein to non muslim ko entry hi nahi hai. sirf musalman ja sakta hai wahan.</w:t>
      </w:r>
    </w:p>
    <w:p>
      <w:pPr>
        <w:jc w:val="right"/>
      </w:pPr>
      <w:r>
        <w:t>तो इसी तरीके से freedom है. मज़द अक्षा में तो non मुस्लिम को entry ही नहीं है. सिर्फ मुसलमान जा सकता है वहां.</w:t>
      </w:r>
    </w:p>
    <w:p>
      <w:r>
        <w:rPr>
          <w:b/>
        </w:rPr>
        <w:t xml:space="preserve">[12:05] </w:t>
      </w:r>
      <w:r>
        <w:t>to is tarike se chunke woh log bahut highly educated kaun hain? Jews jo hain. to woh logon ko poore tarike se freedom aajkal ke logon ka jo hai imaan hai, sammam bonam hai freedom unke liye. to wahan poori maane mein religious freedom hai aur aajkal to wahan bahut zyada kaam ho raha hai Quran distribution ka.</w:t>
      </w:r>
    </w:p>
    <w:p>
      <w:pPr>
        <w:jc w:val="right"/>
      </w:pPr>
      <w:r>
        <w:t>तो इस तरीके से चूंकि वह लोग बहुत highly educated कौन है? Jews जो हैं. तो वो लोगों को पूरे तरीके से freedom आजकल के लोगों का जो है ईमान है, सम्मं बोनम है freedom उनके लिए. तो वहां पूरी माने में religious freedom है और आजकल तो वहां बहुत ज़्यादा काम हो रहा है कुरान distribution का.</w:t>
      </w:r>
    </w:p>
    <w:p>
      <w:r>
        <w:rPr>
          <w:b/>
        </w:rPr>
        <w:t xml:space="preserve">[12:28] </w:t>
      </w:r>
      <w:r>
        <w:t>to good word ne jo sare jawano mein tamam major languages mein Quran mein aa rahi translations taiyar kar diye hain, uski wajah se sari duniya mein yeh kaam ho raha hai. Inshallah aap logon ki cooperation ke saath yeh kaam jo hai woh badhta hi chala jayega. jahan tak team ka sawal hai woh Maulana ne team bahut mehnat se taiyar kar di hai.</w:t>
      </w:r>
    </w:p>
    <w:p>
      <w:pPr>
        <w:jc w:val="right"/>
      </w:pPr>
      <w:r>
        <w:t>तो good word ने जो सारे जवानों में तमाम major languages में कुरान में आ रही translations तैयार कर दिए हैं, उसकी वजह से सारी दुनिया में यह काम हो रहा है. इंशाल लताला आप लोगों की cooperation के साथ यह काम जो है वह बढ़ता ही चला जाएगा. जहां तक team का सवाल है वह मौलाना ने team बहुत मेहनत से तैयार कर दी है.</w:t>
      </w:r>
    </w:p>
    <w:p>
      <w:r>
        <w:rPr>
          <w:b/>
        </w:rPr>
        <w:t xml:space="preserve">[12:55] </w:t>
      </w:r>
      <w:r>
        <w:t>bees saal to unhone regular saturday, sunday classes ki logon se mulakatein ki. unke tamam questions ko answer kiya, address kiya, unke mind ko. Program ke liye bahar gaye bahut sare safar kiye, aur safar mein un logon ko le jate the train karne ke liye.</w:t>
      </w:r>
    </w:p>
    <w:p>
      <w:pPr>
        <w:jc w:val="right"/>
      </w:pPr>
      <w:r>
        <w:t>बीस साल तो उन्होंने regular saturday, sunday classes की लोगों से मुलाकातें की. उनके तमाम questions को answer किया, address किया, उनके mind को. Program के लिए बाहर गए बहुत सारे सफर किए, और सफर में उन लोगों को ले जाते थे train करने के लिए.</w:t>
      </w:r>
    </w:p>
    <w:p>
      <w:r>
        <w:rPr>
          <w:b/>
        </w:rPr>
        <w:t xml:space="preserve">[13:15] </w:t>
      </w:r>
      <w:r>
        <w:t>unke dhyan mein zabardast priority thi team ki, ke in logon ko prepare karna hai taake yahi log jo hai baad mein kaam karenge. to hamare samne bahut sare log hain, tamam aap log jo aaye hain bahut zyada isse mutasir hain, tabhi to aap log aaye hain apna ghar baal se door aaye hain yahan par kuch hasil karne ke liye aaye hain.</w:t>
      </w:r>
    </w:p>
    <w:p>
      <w:pPr>
        <w:jc w:val="right"/>
      </w:pPr>
      <w:r>
        <w:t>उनके ध्यान में ज़बरदस्त priority थी team की, कि इन लोगों को prepare करना है ताकि यही लोग जो है बाद में काम करेंगे. तो हमारे सामने बहुत सारे लोग हैं, तमाम आप लोग जो आए हैं बहुत ज़्यादा इससे मुतस्सिर हैं, तभी तो आप लोग आए हैं अपना घर बाल से दूर आए हैं यहां पर कुछ हासिल करने के लिए आए हैं.</w:t>
      </w:r>
    </w:p>
    <w:p>
      <w:r>
        <w:rPr>
          <w:b/>
        </w:rPr>
        <w:t xml:space="preserve">[13:41] </w:t>
      </w:r>
      <w:r>
        <w:t>to hamare paas jab hamare yahan jo sabse zyada jab CPS ka kaam hua to usmein doctor Nagma Siddiqui ka bahut bada role hai. Maulana ne ek baar kaha tha ke inke andar itni salahiyat hai ke yeh bahut badi company ki director ho sakti hai lekin unhone sabko chhod diya aur poore maane mein 100% unhone apne aap ko mission ke liye devote kar diya. kal hi Mu'eeddin sahab hai America mein.</w:t>
      </w:r>
    </w:p>
    <w:p>
      <w:pPr>
        <w:jc w:val="right"/>
      </w:pPr>
      <w:r>
        <w:t>तो हमारे पास जब हमारे यहां जो सबसे ज़्यादा जब CPS का क्याम हुआ तो उसमें doctor नगमा सिद्धि का बहुत बड़ा role है. मौलाना ने एक बार कहा था कि इनके अंदर इतनी सलाहियत है कि यह बहुत बड़ी company की director हो सकती है लेकिन उन्होंने सबको छोड़ दिया और पूरे माने में 100% उन्होंने अपने आप को mission के लिए devote कर दिया. कल ही मुद्दीन साहब है America में.</w:t>
      </w:r>
    </w:p>
    <w:p>
      <w:r>
        <w:rPr>
          <w:b/>
        </w:rPr>
        <w:t xml:space="preserve">[14:09] </w:t>
      </w:r>
      <w:r>
        <w:t>unhone poori zindagi mein pehle to job kar rahe the to one man to mission tha lekin ab unhone job bhi chhod diya. din raat isi mein lage rehte hain, daavah ki planning karte rehte hain. itna zyada Quran distribution karte hain, post karte hain to wahan par log unko Quran Ma'een hi kehne lage. to uske liye barabar safar karte hain aur doctor Rajat Malhotra ki qurbaniyan to itni zyada hai kyunke usko yahan bayan karna hi mushkil hai.</w:t>
      </w:r>
    </w:p>
    <w:p>
      <w:pPr>
        <w:jc w:val="right"/>
      </w:pPr>
      <w:r>
        <w:t>उन्होंने पूरी ज़िंदगी में पहले तो job कर रहे थे तो one man to mission था लेकिन अब उन्होंने job भी छोड़ दिया. दिन रात इसी में लगे रहते हैं, दावा की planning करते रहते हैं. इतना ज़्यादा कुरान distribution करते हैं, post करते हैं तो वहां पर लोग उनको कुरान मायन ही कहने लगे. तो उसके लिए बराबर सफर करते हैं और doctor रजत मलोत्रा की कुर्बानियां तो इतनी ज़्यादा है क्योंकि उसको यहां बयान करना ही मुश्किल है.</w:t>
      </w:r>
    </w:p>
    <w:p>
      <w:r>
        <w:rPr>
          <w:b/>
        </w:rPr>
        <w:t xml:space="preserve">[14:38] </w:t>
      </w:r>
      <w:r>
        <w:t>unhone apne aap ko bilkul hawale kar diya mission ke. Allah taala in tamam logon ke darjaat ko buland kare, qubool farmaye aur bahut sare log hain. Haroon Sheikh sahab hain, unhone Quran ke kaam ko bilkul apne zimme le liya hai. usmein poora tarike se woh contribution usmein unka rehta hai. Khurram Qureshi hain, woh pilot hain.</w:t>
      </w:r>
    </w:p>
    <w:p>
      <w:pPr>
        <w:jc w:val="right"/>
      </w:pPr>
      <w:r>
        <w:t>उन्होंने अपने आप को बिल्कुल हवाले कर दिया mission के. अल्लाह तालाह इन तमाम लोगों के दर्जात को बुलंद करे, कुबूल फरमाएं और बहुत सारे लोग हैं. हरुन शेख साहब हैं, उन्होंने कुरान के काम को बिल्कुल अपने ज़िम्मे ले लिया है. उसमें पूरा तरीके से वह contribution उसमें उनका रहता है. खुरम कुरैशी हैं, वह pilot हैं.</w:t>
      </w:r>
    </w:p>
    <w:p>
      <w:r>
        <w:rPr>
          <w:b/>
        </w:rPr>
        <w:t xml:space="preserve">[15:03] </w:t>
      </w:r>
      <w:r>
        <w:t>woh jagah jagah jate hain aur har jagah ek team banate hain, har jagah kaam karte hain. Doctor Pradhan bahut zyada kaam kar rahe hain. unhone to apna ghar hi Nizamuddin mein le liya taake woh zyada se zyada mission mein involve ho sake. to isi tarike se main kuch logon ke naam liye hain magar sabhi log aap log jo hain isi tarike se kaam kar rahe hain.</w:t>
      </w:r>
    </w:p>
    <w:p>
      <w:pPr>
        <w:jc w:val="right"/>
      </w:pPr>
      <w:r>
        <w:t>वह जगह जगह जाते हैं और हर जगह एक team बनाते हैं, हर जगह काम करते हैं. Doctor प्रधान बहुत ज़्यादा काम कर रहे हैं. उन्होंने तो अपना घर ही नज़ामुद्दीन में ले लिया ताकि वो ज़्यादा से ज़्यादा mission में involve हो सके. तो इसी तरीके से मैं कुछ लोगों के नाम लिए हैं मगर सभी लोग आप लोग जो हैं इसी तरीके से काम कर रहे हैं.</w:t>
      </w:r>
    </w:p>
    <w:p>
      <w:r>
        <w:rPr>
          <w:b/>
        </w:rPr>
        <w:t xml:space="preserve">[15:28] </w:t>
      </w:r>
      <w:r>
        <w:t>Ladies mein doctor Fahmida Khan hai, Sara Fatima hai aur bahut sari ladies hai jo din raat ismein</w:t>
      </w:r>
    </w:p>
    <w:p>
      <w:pPr>
        <w:jc w:val="right"/>
      </w:pPr>
      <w:r>
        <w:t>Ladies में doctor फैमीदा खान है, सारा फात्मा है और बहुत सारी ladies है जो दिन रात इसमें</w:t>
      </w:r>
    </w:p>
    <w:p>
      <w:r>
        <w:rPr>
          <w:b/>
        </w:rPr>
        <w:t xml:space="preserve">[15:44] </w:t>
      </w:r>
      <w:r>
        <w:t>apne aap ko devote kiye, kiye hue hain aur Sara Fatima jo hai woh sabse zyada koi pareshani nahi hogi.</w:t>
      </w:r>
    </w:p>
    <w:p>
      <w:pPr>
        <w:jc w:val="right"/>
      </w:pPr>
      <w:r>
        <w:t>अपने आप को devote किए, किए हुए हैं और सारा फात्मा जो है वह सबसे ज़्यादा कोई परेशानी नहीं होगी.</w:t>
      </w:r>
    </w:p>
    <w:p>
      <w:r>
        <w:rPr>
          <w:b/>
        </w:rPr>
        <w:t xml:space="preserve">[16:00] </w:t>
      </w:r>
      <w:r>
        <w:t>ek baar Maulana se kisi ne poocha Arab mulk mein ke aapka barnamz yaani program kya hai? to Maulana ne kaha hamara program, program saadh insan tayyar karna hai. to woh insan tayyar kar rahe the. log unko judge karte the unhone kitne center banaye, kitni buildingein banayi, usse unko judge nahi kiya ja sakta. woh insan banate the. kehte the insan ho jayega to phir woh khud program banayega, khud kaam karega. to isi ke liye unhone bahut zyada kaam kiya.</w:t>
      </w:r>
    </w:p>
    <w:p>
      <w:pPr>
        <w:jc w:val="right"/>
      </w:pPr>
      <w:r>
        <w:t>एक बार मौलाना से किसी ने पुछा अरब मुल्क में कि आपका बर्नामज़ यानी program क्या है? तो मौलाना ने कहा हमारा program, program साध इंसान तैयार करना है. तो वो इंसान तैयार कर रहे थे. लोग उनको judge करते थे उन्होंने कितने center बनाए, कितनी buildingएं बनाई, उससे उनको judge नहीं किया जा सकता. वो इंसान बनाते थे. कहते थे इंसान हो जाएगा तो फिर वो खुद program बनाएगा, खुद काम करेगा. तो इसी के लिए उन्होंने बहुत ज़्यादा काम किया.</w:t>
      </w:r>
    </w:p>
    <w:p>
      <w:r>
        <w:rPr>
          <w:b/>
        </w:rPr>
        <w:t xml:space="preserve">[16:30] </w:t>
      </w:r>
      <w:r>
        <w:t>itna zyada din raat unhone usi mein laga diya tha ke jab aakhir mein taqreeban ek saal kafi bimar rahe, bistar par the. phir bhi woh telephone ke zariye se hadayat dete rehte. koi bhi aata to usse milte. hum log thoda sa hesitate karte the ke unki tabiyat theek nahi hai, kaise milwayen? lekin sabse milte the. ek din ek telephone aaya, kiska aaya? mujhe yaad nahi aa raha hai.</w:t>
      </w:r>
    </w:p>
    <w:p>
      <w:pPr>
        <w:jc w:val="right"/>
      </w:pPr>
      <w:r>
        <w:t>इतना ज़्यादा दिन रात उन्होंने उसी में लगा दिया था कि जब आखिर में तकरीबन एक साल काफी बीमार रहे, बिस्तर पर थे. फिर भी वह telephone के जरिए से हदायाद देते रहते. कोई भी आता तो उससे मिलते. हम लोग थोड़ा सा hesitate करते थे कि उनकी तबीयत ठीक नहीं है, कैसे मिलवाएं? लेकिन सबसे मिलते थे. एक दिन एक telephone आया, किसका आया? मुझे याद नहीं आ रहा है.</w:t>
      </w:r>
    </w:p>
    <w:p>
      <w:r>
        <w:rPr>
          <w:b/>
        </w:rPr>
        <w:t xml:space="preserve">[16:56] </w:t>
      </w:r>
      <w:r>
        <w:t>telephone aaya to ab dawayein khate the usmein thoda sa neend veend ka bhi asar hota hai. to woh so rahe the. maine halke se awaaz di ke kya aapka telephone hai? to awaaz uthi nahi to maine phir telephone rakh diya. jab uthe to humne bataya ke aapka telephone aaya tha. to aap so rahe the. to itna zyada gussa hue ke tumne mujhe kyun nahi jagaya? tumne mujhe patthar maar ke jagaya hota.</w:t>
      </w:r>
    </w:p>
    <w:p>
      <w:pPr>
        <w:jc w:val="right"/>
      </w:pPr>
      <w:r>
        <w:t>Telephone आया तो अब दवाएं खाते थे उसमें थोड़ा सा नींद वीत का भी असर होता है. तो वह सो रहे थे. मैंने हल्के से आवाज़ दी कि क्या आपका telephone है? तो आवाज़ उठे नहीं तो मैंने फिर telephone रख दिया. जब उठे तो हमने बताया कि आपका telephone आया था. तो आप सो रहे थे. तो इतना ज़्यादा गुस्सा हुए कि तुमने मुझे क्यों नहीं जगाया? तुमने मुझे पत्थर मार के जगाया होता.</w:t>
      </w:r>
    </w:p>
    <w:p>
      <w:r>
        <w:rPr>
          <w:b/>
        </w:rPr>
        <w:t xml:space="preserve">[17:24] </w:t>
      </w:r>
      <w:r>
        <w:t>to itna zyada logon ko address kar rahe the. Team ke silsile mein itna zyada kaam kar rahe the ke aakhir waqt tak hidayat dete rahe. woh yahi chahte the. kehte the ke maine team taiyar kar diya hai lekin sirf ittehad jo hai woh ikhtilaf jo hai woh na khatm ho, ikhtilaf khatm hone se phir team, team kamzor ho sakti hai.</w:t>
      </w:r>
    </w:p>
    <w:p>
      <w:pPr>
        <w:jc w:val="right"/>
      </w:pPr>
      <w:r>
        <w:t>तो इतना ज़्यादा लोगों को address कर रहे थे. Team के सिलसिले में इतना ज़्यादा काम कर रहे थे कि आखिर वक्त तक हिदायत देते रहे. वह यही चाहते थे. कहते थे कि मैंने team तैयार कर दिया है लेकिन सिर्फ इत्तिहाद जो है वह इख्तलाफ जो है वह ना खत्म हो, इख्तलाफ खत्म होने से फिर team, team कमज़ोर हो सकती है.</w:t>
      </w:r>
    </w:p>
    <w:p>
      <w:r>
        <w:rPr>
          <w:b/>
        </w:rPr>
        <w:t xml:space="preserve">[17:52] </w:t>
      </w:r>
      <w:r>
        <w:t>otherwise team taiyar ho gayi hai aur iska iski koi tumko pareshani nahi hogi tum logon ko. to ab hum log yahan ikhatta hue hain, to hum log dekh rahe hain ke bahut zyada log bahut energy ke saath yahan par aaye hain, bahut zyada kaam karna chah rahe hain. to ismein bahut zyada khushi ho rahi hai.</w:t>
      </w:r>
    </w:p>
    <w:p>
      <w:pPr>
        <w:jc w:val="right"/>
      </w:pPr>
      <w:r>
        <w:t>Otherwise team तैयार हो गई है और इसका इसकी कोई तुमको परेशानी नहीं होगी तुम लोगों को. तो अब हम लोग यहां इकट्ठा हुए हैं, तो हम लोग देख रहे हैं कि बहुत ज़्यादा लोग बहुत energy के साथ यहां पर आए हैं, बहुत ज़्यादा काम करना चाह रहे हैं. तो इसमें बहुत ज़्यादा खुशी हो रही है.</w:t>
      </w:r>
    </w:p>
    <w:p>
      <w:r>
        <w:rPr>
          <w:b/>
        </w:rPr>
        <w:t xml:space="preserve">[18:17] </w:t>
      </w:r>
      <w:r>
        <w:t>to ismein hamein yeh ehsaas ho raha hai ke hamein Maulana ke is khwab ko poora karna hai. woh samajhte the ke jo kaam main chhodkar ja raha hoon, woh yeh team poora karegi. to hamein is is kaam ko poora karna hai. humko yahan par ahad karna hai ke hum is kaam ko poora karenge aur is talaaf ke maam ke silsile mein hamein yaad rakhna chahiye ke ek talaaf to hota hai. dekhiye, man is a thinking animal.</w:t>
      </w:r>
    </w:p>
    <w:p>
      <w:pPr>
        <w:jc w:val="right"/>
      </w:pPr>
      <w:r>
        <w:t>तो इसमें हमें यह एहसास हो रहा है कि हमें मौलाना के इस खाब को पूरा करना है. वह समझते थे कि जो काम मैं छोड़कर जा रहा हूं, वह यह team पूरा करेगी. तो हमें इस इस काम को पूरा करना है. हमको यहां पर अहद करना है कि हम इस काम को पूरा करेंगे और इस तलाफ के माम के सिलसिले में हमें याद रखना चाहिए कि एक तलाफ तो होता है. देखिए, man is a thinking animal.</w:t>
      </w:r>
    </w:p>
    <w:p>
      <w:r>
        <w:rPr>
          <w:b/>
        </w:rPr>
        <w:t xml:space="preserve">[18:46] </w:t>
      </w:r>
      <w:r>
        <w:t>to ek talaaf to hoga. aur kya Sahaba ko ek talaaf nahi hua? lekin ek talaaf ko ek had tak rakhte the. Mission ko nahi chhodti thi. kisi ne mission ko ek talaaf ki wajah se nahi chhoda. masla misaal ke taur par Hazrat Khalid bahut bade war general the. koi war aisi nahi hui jismein unhone hissa liya aur woh haare hon. har war woh jeette the. to bahut zyada popular leader ban gaye the.</w:t>
      </w:r>
    </w:p>
    <w:p>
      <w:pPr>
        <w:jc w:val="right"/>
      </w:pPr>
      <w:r>
        <w:t>तो एक तलाफ तो होगा. और क्या साहबा को एक तलाफ नहीं हुआ? लेकिन एक तलाफ को एक हद तक रखते थे. Mission को नहीं छोड़ती थी. किसी ने mission को एक तलाक की वजह से नहीं छोड़ा. मसला मिसाल के तौर पर हदरत खालीद बहुत बड़े war general थे. कोई war ऐसी नहीं हुई जिसमें उन्होंने हिस्सा लिया और वह हारे हों. हर war वह जीतते थे. तो बहुत ज़्यादा popular leader वन गए थे.</w:t>
      </w:r>
    </w:p>
    <w:p>
      <w:r>
        <w:rPr>
          <w:b/>
        </w:rPr>
        <w:t xml:space="preserve">[19:13] </w:t>
      </w:r>
      <w:r>
        <w:t>to ek baar ek jang ho rahi thi to usmein Hazrat Umar ko aisa mehsoos hua ke log yeh samjhenge ke Khuda ki wajah se jeet nahi ho rahi hai balki Khalid ki wajah se ho rahi hai. to Hazrat Umar ne kaha, unko hukm bhej diya ke jo command kar rahe the na, to unko hukm kisi doosre ko commander bana diya.</w:t>
      </w:r>
    </w:p>
    <w:p>
      <w:pPr>
        <w:jc w:val="right"/>
      </w:pPr>
      <w:r>
        <w:t>तो एक बार एक जंग हो रही थी तो उसमें हदरत उमर को ऐसा महसूस हुआ कि लोग यह समझेंगे कि खुदा की वजह से जीत नहीं हो रही है बल्कि खालिद की वजह से हो रही है. तो हजरत उमर ने कहा, उनको हुक्म भेज दिया कि जो command कर रहे थे ना, तो उनको हुक्म किसी दूसरे को commander बना दिया.</w:t>
      </w:r>
    </w:p>
    <w:p>
      <w:r>
        <w:rPr>
          <w:b/>
        </w:rPr>
        <w:t xml:space="preserve">[19:37] </w:t>
      </w:r>
      <w:r>
        <w:t>to Hazrat Khalid khamoshi se ek soldier ki tarike se woh shamil ho gaye aur doosre ko commander banne diya.</w:t>
      </w:r>
    </w:p>
    <w:p>
      <w:pPr>
        <w:jc w:val="right"/>
      </w:pPr>
      <w:r>
        <w:t>तो हजरत खालिद खामोशी से एक soldier की तरीके से वह शामिल हो गए और दूसरे को commander बनने दिया.</w:t>
      </w:r>
    </w:p>
    <w:p>
      <w:r>
        <w:rPr>
          <w:b/>
        </w:rPr>
        <w:t xml:space="preserve">[19:45] </w:t>
      </w:r>
      <w:r>
        <w:t>Jab jang khatm hui to unke saare saathi jama hue kehne lage ki aap yeh, yeh up mat maniye.</w:t>
      </w:r>
    </w:p>
    <w:p>
      <w:pPr>
        <w:jc w:val="right"/>
      </w:pPr>
      <w:r>
        <w:t>जब जंग खत्म हुई तो उनके सारे साथी जमा हुए कहने लगे कि आप यह, यह उप मत मानिए.</w:t>
      </w:r>
    </w:p>
    <w:p>
      <w:r>
        <w:rPr>
          <w:b/>
        </w:rPr>
        <w:t xml:space="preserve">[19:54] </w:t>
      </w:r>
      <w:r>
        <w:t>Hum aapke saath hain.</w:t>
      </w:r>
    </w:p>
    <w:p>
      <w:pPr>
        <w:jc w:val="right"/>
      </w:pPr>
      <w:r>
        <w:t>हम आपके साथ हैं.</w:t>
      </w:r>
    </w:p>
    <w:p>
      <w:r>
        <w:rPr>
          <w:b/>
        </w:rPr>
        <w:t xml:space="preserve">[20:03] </w:t>
      </w:r>
      <w:r>
        <w:t>To Haddalit ne jo jawab diya tha ki main Umar ke liye nahi ladta hoon, main apne main</w:t>
      </w:r>
    </w:p>
    <w:p>
      <w:pPr>
        <w:jc w:val="right"/>
      </w:pPr>
      <w:r>
        <w:t>तो हददालित ने जो जवाब दिया था कि मैं उमर के लिए नहीं लड़ता हूं, मैं अपने मैं</w:t>
      </w:r>
    </w:p>
    <w:p>
      <w:r>
        <w:rPr>
          <w:b/>
        </w:rPr>
        <w:t xml:space="preserve">[20:12] </w:t>
      </w:r>
      <w:r>
        <w:t>Umar ke Rab ke liye ladta hoon.</w:t>
      </w:r>
    </w:p>
    <w:p>
      <w:pPr>
        <w:jc w:val="right"/>
      </w:pPr>
      <w:r>
        <w:t>उमर के रब के लिए लड़ता हूं.</w:t>
      </w:r>
    </w:p>
    <w:p>
      <w:r>
        <w:rPr>
          <w:b/>
        </w:rPr>
        <w:t xml:space="preserve">[20:21] </w:t>
      </w:r>
      <w:r>
        <w:t>main yeh kaam nahi chhod sakta. humein sahaaba hamare jo hai woh examples hain, unhi ke naqsh qadam par humko chalna hai. yeh ek talaafaat hote hain uski wajah se agar mission chhod de, toh woh wahi hoga jo shaitan ka hua hai ki ana khairummin. jab Allah taala ne use kaha ki Adam ke aage jhuk jao, toh woh nahi jhuka apni badai ki wajah se, ki usne kaha ana khairummin, main usse bada hoon, main usse behtar hoon.</w:t>
      </w:r>
    </w:p>
    <w:p>
      <w:pPr>
        <w:jc w:val="right"/>
      </w:pPr>
      <w:r>
        <w:t>मैं यह काम नहीं छोड़ सकता. हमें सहाबा हमारे जो है वह examples हैं, उन्हीं के नक्श कदम पर हमको चलना है. यह एक तलाफात होते हैं उसकी वजह से अगर mission छोड़ दे, तो वह वही होगा जो शैतान का हुआ है कि अनाखैरुम्मिन. जब अल्लाह ताला ने उसे कहा कि आदम के आगे झुक जाओ, तो वह नहीं झुका अपनी बड़ाई की वजह से, कि उसने कहा अनाखैरुम्मिन, मैं उससे बड़ा हूं, मैं उससे बेहतर हूं.</w:t>
      </w:r>
    </w:p>
    <w:p>
      <w:r>
        <w:rPr>
          <w:b/>
        </w:rPr>
        <w:t xml:space="preserve">[20:50] </w:t>
      </w:r>
      <w:r>
        <w:t>To yeh jo zaati badai ka jo jazba hota hai, uski wajah se log alag hote hain.</w:t>
      </w:r>
    </w:p>
    <w:p>
      <w:pPr>
        <w:jc w:val="right"/>
      </w:pPr>
      <w:r>
        <w:t>तो यह जो जाति बड़ाई का जो जज़्बा होता है, उसकी वजह से लोग अलग होते हैं.</w:t>
      </w:r>
    </w:p>
    <w:p>
      <w:r>
        <w:rPr>
          <w:b/>
        </w:rPr>
        <w:t xml:space="preserve">[21:04] </w:t>
      </w:r>
      <w:r>
        <w:t>To hum logon ko yeh jazba koot koot ke nikal dena hai.</w:t>
      </w:r>
    </w:p>
    <w:p>
      <w:pPr>
        <w:jc w:val="right"/>
      </w:pPr>
      <w:r>
        <w:t>तो हम लोगों को यह जज़्बा कूट कूट के निकाल देना है.</w:t>
      </w:r>
    </w:p>
    <w:p>
      <w:r>
        <w:rPr>
          <w:b/>
        </w:rPr>
        <w:t xml:space="preserve">[21:18] </w:t>
      </w:r>
      <w:r>
        <w:t>Kyunki yeh koi bada Khuda hai, insan bada hai hi nahi.</w:t>
      </w:r>
    </w:p>
    <w:p>
      <w:pPr>
        <w:jc w:val="right"/>
      </w:pPr>
      <w:r>
        <w:t>क्योंकि यह कोई बड़ा खुदा है, इंसान बड़ा है ही नहीं.</w:t>
      </w:r>
    </w:p>
    <w:p>
      <w:r>
        <w:rPr>
          <w:b/>
        </w:rPr>
        <w:t xml:space="preserve">[21:32] </w:t>
      </w:r>
      <w:r>
        <w:t>Stupid kaam hai. toh humein yeh nahi karna hai. humein Rasool Allah sal Allah alayhi wa sallam ne muhayde Hudaybiya ke baad apne ashaab ko jama kiya aur unko nasiyat ki ki Allah ne mujhko tamam dunya ke liye rehmat banakar bheja hai. toh tum log is paigham ko meri taraf se tamam qaumon tak pahuncha do aur ikhtilaf mein na padna. isse pata chal ja chalta hai ki asal cheez ikhtilaf hai.</w:t>
      </w:r>
    </w:p>
    <w:p>
      <w:pPr>
        <w:jc w:val="right"/>
      </w:pPr>
      <w:r>
        <w:t>Stupid काम है. तो हमें यह नहीं करना है. हमें रसूल्लाह सलाह सलाह सलाह ने मुहायदे हुदेबिया के बाद अपने असाब को जमा किया और उनको नसियत की कि अल्लाह ने मुझको तमाम दुनिया के लिए राहमत बनाकर भेजा है. तो तुम लोग इस पैगाम को मेरी तरफ से तमाम कौमों तक पहुंचा दो और इख्तलाफ में ना पढ़ना. इससे पता चल जा चलता है कि असल चीज़ इख्तलाफ है.</w:t>
      </w:r>
    </w:p>
    <w:p>
      <w:r>
        <w:rPr>
          <w:b/>
        </w:rPr>
        <w:t xml:space="preserve">[22:01] </w:t>
      </w:r>
      <w:r>
        <w:t>ab dekhiye ki unhone apne zamane ke lihaaz se poori dunya ko jo aabaad dunya thi, jahan tak woh ja sakte the unhone poori dunya ko paigham pahuncha diya. ab dekhiye ki hamare liye kitna bada Allah taala ne intezaam kar diya hai ki unhone sirf aabaad dunya tak pahunch sakte the. hum poori dunya tak pahunch sakte hain.</w:t>
      </w:r>
    </w:p>
    <w:p>
      <w:pPr>
        <w:jc w:val="right"/>
      </w:pPr>
      <w:r>
        <w:t>अब देखिए कि उन्होंने अपने जमाने के लिहाज से पूरी दुनिया को जो आबाद दुनिया थी, जहां तक वह जा सकते थे उन्होंने पूरी दुनिया को पैगाम पहुंचा दिया. अब देखिए कि हमारे लिए कितना बड़ा अल्लाह तालाह ने इंतज़ाम कर दिया है कि उन्होंने सिर्फ आबाद दुनिया तक पहुंचा सकते थे. हम पूरी दुनिया तक पहुंचा सकते हैं.</w:t>
      </w:r>
    </w:p>
    <w:p>
      <w:r>
        <w:rPr>
          <w:b/>
        </w:rPr>
        <w:t xml:space="preserve">[22:25] </w:t>
      </w:r>
      <w:r>
        <w:t>Ugalban yahi baat hai jo Allah ne ek baar kaha tha ki main apne ikbaan ko use dekhna chahta hoon. toh sahaba ne kaha hum aapke ikbaan nahi hain. toh aapne kaha tum, tum log hamare mere ashaab ho. ikbaan toh baad mein aayenge. toh ikbaan ka matlab kya hai?</w:t>
      </w:r>
    </w:p>
    <w:p>
      <w:pPr>
        <w:jc w:val="right"/>
      </w:pPr>
      <w:r>
        <w:t>उगाल्बन यही बात है जो अल्लाह ने एक बार कहा था कि मैं अपने इकबाने अपने इकबान को उसे देखना चाहता हूं. तो साहब ने कहा हम आपके इकबान नहीं हैं. तो आपने कहा तुम, तुम लोग हमारे मेरे असाब हो. इक्वान तो बाद में आऐंगे. तो इक्वान का मतलब क्या है?</w:t>
      </w:r>
    </w:p>
    <w:p>
      <w:r>
        <w:rPr>
          <w:b/>
        </w:rPr>
        <w:t xml:space="preserve">[22:50] </w:t>
      </w:r>
      <w:r>
        <w:t>ki jo Rasool Allah sal Allah alayhi wa sallam ke paigham ko as it is saari dunya mein pahunchaye toh woh, woh Rasool Allah sal Allah alayhi wa sallam usko apna ikbaan kehte hain.</w:t>
      </w:r>
    </w:p>
    <w:p>
      <w:pPr>
        <w:jc w:val="right"/>
      </w:pPr>
      <w:r>
        <w:t>कि जो रसूल्लाह सल्लाह सल्लाह सल्लाह सल्लाह के पैराम को as it is सारी दुनिया में पहुंचाए तो वह, वह रसूल्लाह सल्लाह उसको अपना इकबान कहते हैं.</w:t>
      </w:r>
    </w:p>
    <w:p>
      <w:r>
        <w:rPr>
          <w:b/>
        </w:rPr>
        <w:t xml:space="preserve">[23:06] </w:t>
      </w:r>
      <w:r>
        <w:t>To woh hamein banna hai, Rasoolullah ka iqbaan banna hai aur unhi ke bare mein shayad woh hadith,</w:t>
      </w:r>
    </w:p>
    <w:p>
      <w:pPr>
        <w:jc w:val="right"/>
      </w:pPr>
      <w:r>
        <w:t>तो वह हमें बनना है, रसूल्लाह का इकबान बनना है और उन्हीं के बारे में शायद वो हदी,</w:t>
      </w:r>
    </w:p>
    <w:p>
      <w:r>
        <w:rPr>
          <w:b/>
        </w:rPr>
        <w:t xml:space="preserve">[23:13] </w:t>
      </w:r>
      <w:r>
        <w:t>woh hai hadith qudsi ki Allah taala akhirat mein kuch fakr karega ki mere bande aise the</w:t>
      </w:r>
    </w:p>
    <w:p>
      <w:pPr>
        <w:jc w:val="right"/>
      </w:pPr>
      <w:r>
        <w:t>वो है हदी से कुत्सी कि अल्लाह तालाह आखिरत में कुछ फ़क्र करेगा कि मेरे बंदे ऐसे थे</w:t>
      </w:r>
    </w:p>
    <w:p>
      <w:r>
        <w:rPr>
          <w:b/>
        </w:rPr>
        <w:t xml:space="preserve">[23:20] </w:t>
      </w:r>
      <w:r>
        <w:t>ki main matlab Khuda aalme ghaib mein hai, uske bawajood hum Khuda ke mission ko lekar khade hue</w:t>
      </w:r>
    </w:p>
    <w:p>
      <w:pPr>
        <w:jc w:val="right"/>
      </w:pPr>
      <w:r>
        <w:t>कि मैं मतलब खुदा आलमे गैब में है, उसके बावजूद हम खुदा के mission को लेकर खड़े हुए</w:t>
      </w:r>
    </w:p>
    <w:p>
      <w:r>
        <w:rPr>
          <w:b/>
        </w:rPr>
        <w:t xml:space="preserve">[23:27] </w:t>
      </w:r>
      <w:r>
        <w:t>aur apna jo kuch bhi hamare paas energy thi, jo kuch bhi resources the usko humne lagaya aur</w:t>
      </w:r>
    </w:p>
    <w:p>
      <w:pPr>
        <w:jc w:val="right"/>
      </w:pPr>
      <w:r>
        <w:t>और अपना जो कुछ भी हमारे पास energy थी, जो कुछ भी resources थे उसको हमने लगाया और</w:t>
      </w:r>
    </w:p>
    <w:p>
      <w:r>
        <w:rPr>
          <w:b/>
        </w:rPr>
        <w:t xml:space="preserve">[23:34] </w:t>
      </w:r>
      <w:r>
        <w:t>yeh kaam kiya Allah taala ka kyunki yeh kaam Allah taala ka hai.</w:t>
      </w:r>
    </w:p>
    <w:p>
      <w:pPr>
        <w:jc w:val="right"/>
      </w:pPr>
      <w:r>
        <w:t>यह काम किया अल्लाह ताला का क्योंकि यह काम अल्लाह ताला का है.</w:t>
      </w:r>
    </w:p>
    <w:p>
      <w:r>
        <w:rPr>
          <w:b/>
        </w:rPr>
        <w:t xml:space="preserve">[23:41] </w:t>
      </w:r>
      <w:r>
        <w:t>Qanoon hai iltebaaz ki wajah se humein yeh mauka mil gaya hai kaam karne ka aur iska bahut bada ajar humein milega.</w:t>
      </w:r>
    </w:p>
    <w:p>
      <w:pPr>
        <w:jc w:val="right"/>
      </w:pPr>
      <w:r>
        <w:t>कानून है इल्तेबाज की वजह से हमें यह मौका मिल गया है काम करने का और इसका बहुत बड़ा अजर हमें मिलेगा.</w:t>
      </w:r>
    </w:p>
    <w:p>
      <w:r>
        <w:rPr>
          <w:b/>
        </w:rPr>
        <w:t xml:space="preserve">[23:49] </w:t>
      </w:r>
      <w:r>
        <w:t>Maulana bhi apne baare mein kehte the aur jo bahar humein milega usko pakad ke le aayenge aur usi ko baitha denge takht par. ab woh bahar nikle toh subah subah kaun milta siway woodcutter ke?</w:t>
      </w:r>
    </w:p>
    <w:p>
      <w:pPr>
        <w:jc w:val="right"/>
      </w:pPr>
      <w:r>
        <w:t>मौलाना भी अपने बारे में कहते थे और जो बाहर हमें मिलेगा उसको पकड़ के ले आऐंगे और उसी को बैठा देंगे तख्त पर. अब वो बाहर निकले तो सुबह सुबह कौन मिलता सिवाय woodcutter के?</w:t>
      </w:r>
    </w:p>
    <w:p>
      <w:r>
        <w:rPr>
          <w:b/>
        </w:rPr>
        <w:t xml:space="preserve">[24:18] </w:t>
      </w:r>
      <w:r>
        <w:t>toh ek woodcutter unko mil gaya woh la ke unhone Maulana Abul Kalam Azad, bade bade logon ko Allah taala ne paida kiya. un log sab ke sabse aasaat mein lag gaye.</w:t>
      </w:r>
    </w:p>
    <w:p>
      <w:pPr>
        <w:jc w:val="right"/>
      </w:pPr>
      <w:r>
        <w:t>तो एक woodcutter उनको मिल गया वो ला के उन्होंने मौरानाबुल कलाम आज़ाद, बड़े बड़े लोगों को अल्लाह ताला ने पैदा किया. उन लोग सब के सबसे आसत में लग गए.</w:t>
      </w:r>
    </w:p>
    <w:p>
      <w:r>
        <w:rPr>
          <w:b/>
        </w:rPr>
        <w:t xml:space="preserve">[24:46] </w:t>
      </w:r>
      <w:r>
        <w:t>To Allah taala ne ek boot cutter ko pakad liya aur phir usko hidayat bheji.</w:t>
      </w:r>
    </w:p>
    <w:p>
      <w:pPr>
        <w:jc w:val="right"/>
      </w:pPr>
      <w:r>
        <w:t>तो अल्लाह ताला ने एक boot cutter को पकड़ लिया और फिर उसको हिदायत भेजी.</w:t>
      </w:r>
    </w:p>
    <w:p>
      <w:r>
        <w:rPr>
          <w:b/>
        </w:rPr>
        <w:t xml:space="preserve">[25:02] </w:t>
      </w:r>
      <w:r>
        <w:t>usko apni rehmat se, apne farishton ke zariye se uski madad ki aur usne discover kiya ke islam</w:t>
      </w:r>
    </w:p>
    <w:p>
      <w:pPr>
        <w:jc w:val="right"/>
      </w:pPr>
      <w:r>
        <w:t>उसको अपनी रहमत से, अपने फरिश्तों के जरिए से उसकी मदद की और उसने discover किया कि इस्लाम</w:t>
      </w:r>
    </w:p>
    <w:p>
      <w:r>
        <w:rPr>
          <w:b/>
        </w:rPr>
        <w:t xml:space="preserve">[25:18] </w:t>
      </w:r>
      <w:r>
        <w:t>ka jo asal hai woh syasat nahi hai balki khuda ka paigham kar sake.</w:t>
      </w:r>
    </w:p>
    <w:p>
      <w:pPr>
        <w:jc w:val="right"/>
      </w:pPr>
      <w:r>
        <w:t>का जो असल है वह स्यासत नहीं है बल्कि खुदा का पैगाम कर सकें.</w:t>
      </w:r>
    </w:p>
    <w:p>
      <w:r>
        <w:rPr>
          <w:b/>
        </w:rPr>
        <w:t xml:space="preserve">[25:35] </w:t>
      </w:r>
      <w:r>
        <w:t>Finally main ek waqai se conclude karungi ki unnis sau mein Times London mein ek ad shy hua tha sir Ernest Shackleton ka. Antarctica exploration unko karna tha South Pole mein. woh barf se dhaki hui hoti hai. toh wahan ke liye unko ek team chahiye thi. yeh woh zamana hai jab british empire saari dunya mein qaayam thi.</w:t>
      </w:r>
    </w:p>
    <w:p>
      <w:pPr>
        <w:jc w:val="right"/>
      </w:pPr>
      <w:r>
        <w:t>Finally मैं एक वाकई से conclude करूंगी कि उन्नीस सौ में Times London में एक ad shy हुआ था sir Ernest Shackleton का. Antarctica exploration उनको करना था South Pole में. वह बर्फ से ढकी हुई होती है. तो वहां के लिए उनको एक team चाहिए थी. यह वह जमाना है जब british empire सारी दुनिया में कायम थी.</w:t>
      </w:r>
    </w:p>
    <w:p>
      <w:r>
        <w:rPr>
          <w:b/>
        </w:rPr>
        <w:t xml:space="preserve">[26:04] </w:t>
      </w:r>
      <w:r>
        <w:t>kaha jata tha ki the sun never sits on the british empire. toh aur unka jo alphas the woh suniye aap. Men wanted for hazardous journey. Small wedges, bitter cold, long months of complete darkness, constant danger, safe return doubtful, honor and recognition in case of success.</w:t>
      </w:r>
    </w:p>
    <w:p>
      <w:pPr>
        <w:jc w:val="right"/>
      </w:pPr>
      <w:r>
        <w:t>कहा जाता था कि the sun never sits on the british empire. तो और उनका जो alphas थे वह सुनिए आप. Men wanted for hazardous journey. Small wedges, bitter cold, long months of complete darkness, constant danger, safe return doubtful, honor and recognition in case of success.</w:t>
      </w:r>
    </w:p>
    <w:p>
      <w:r>
        <w:rPr>
          <w:b/>
        </w:rPr>
        <w:t xml:space="preserve">[26:34] </w:t>
      </w:r>
      <w:r>
        <w:t>toh yeh ishtehaar tha. is ishtehaar par itni applications aayi ki unko select karna pada. matlab woh toh ek worldly goal goal tha lekin kitne ambitious the woh dunya ke mein ke liye ek kaam karna tha unko.</w:t>
      </w:r>
    </w:p>
    <w:p>
      <w:pPr>
        <w:jc w:val="right"/>
      </w:pPr>
      <w:r>
        <w:t>तो यह इश्तेहार था. इस इश्तेहार पर इतनी applications आई कि उनको select करना पड़ा. मतलब वह तो एक worldly goal goal था लेकिन कितने ambitious थे वह दुनिया के में के लिए एक काम करना था उनको.</w:t>
      </w:r>
    </w:p>
    <w:p>
      <w:r>
        <w:rPr>
          <w:b/>
        </w:rPr>
        <w:t xml:space="preserve">[26:50] </w:t>
      </w:r>
      <w:r>
        <w:t>ab hamare hum humko usse hazaar guna ambitious hona chahiye Allah ki marzi ke mutabiq is dunya mein rahe aur Allah ki marzi ke mutabiq humne kaam kiya toh zaroor humko Allah taala uska ajrata par maayenge.</w:t>
      </w:r>
    </w:p>
    <w:p>
      <w:pPr>
        <w:jc w:val="right"/>
      </w:pPr>
      <w:r>
        <w:t>अब हमारे हम हमको उससे हज़ार गुना ambitious होना चाहिए अल्लाह की मर्ज़ी के मुताबिक इस दुनिया में रहे और अल्लाह की मर्ज़ी के मुताबिक हमने काम किया तो ज़रूर हमको अल्लाह तालाह उसका आजराता पर माएंगे.</w:t>
      </w:r>
    </w:p>
    <w:p>
      <w:r>
        <w:rPr>
          <w:b/>
        </w:rPr>
        <w:t xml:space="preserve">[27:20] </w:t>
      </w:r>
      <w:r>
        <w:t>phir ek khaab main diary mein dekh rahi thi. yeh hai barah April do hazar chheh. toh ismein likha Maulana ne yeh khwaab dekha tha ki maine aap logon ko jannat ke darwaze tak pahuncha diya hai. ab aage aapka kaam hai. toh mujhe laga ki kitni sahi baat hai ki humko Maulana ne jannat ka rasta dikha diya hai. ab chalna toh hamara kaam hai. kya hum us raste par chalein?</w:t>
      </w:r>
    </w:p>
    <w:p>
      <w:pPr>
        <w:jc w:val="right"/>
      </w:pPr>
      <w:r>
        <w:t>फिर एक खाब मैं diary में देख रही थी. यह है बारह April दो हज़ार छह. तो इसमें लिखा मौलाना ने यह ख्वाब देखा था कि मैंने आप लोगों को जन्नत के दरवाज़े तक पहुंचा दिया है. अब आगे आपका काम है. तो मुझे लगा कि कितनी सही बात है कि हमको मौलाना ने जन्नत का रास्ता दिखा दिया है. अब चलना तो हमारा काम है. क्या हम उस रास्ते पर चलें?</w:t>
      </w:r>
    </w:p>
    <w:p>
      <w:r>
        <w:rPr>
          <w:b/>
        </w:rPr>
        <w:t xml:space="preserve">[27:50] </w:t>
      </w:r>
      <w:r>
        <w:t>aur inshallah taala aakhirat mein humko wahan jannat mein isi tarah ki mehfilein hongi. Maulana khwaab mein dekha tha ek baar ki bilkul jannat hi mahaul hai garden ka aur wahan saare log ekdum celebration mode mein hain aur wahan par saare log ikattha honge aur wahan par Maulana honge, wahan saare ambiya honge. aap soch sakte hain ki woh kitna kitna wahan par marifat hogi.</w:t>
      </w:r>
    </w:p>
    <w:p>
      <w:pPr>
        <w:jc w:val="right"/>
      </w:pPr>
      <w:r>
        <w:t>और इंशाह अल्लाह तालाह आखिरत में हमको वहां जन्नत में इसी तरीके की मैफिलें होंगी. मौराना खाब में देखा था एक बार कि बिल्कुल जन्नत ही माहौल है garden का और वहां सारे लोग एकदम celebration mode में है और वहां पर सारे लोग इकट्ठा होंगे और वहां पर मौराना होंगे, वहां सारे अंबियां होंगे. आप सोच सकते हैं कि वह कितना कितना वहां पर मार्फत होगी.</w:t>
      </w:r>
    </w:p>
    <w:p>
      <w:r>
        <w:rPr>
          <w:b/>
        </w:rPr>
        <w:t xml:space="preserve">[28:19] </w:t>
      </w:r>
      <w:r>
        <w:t>Maulana ne bataya tha ki marifat ki yeh beginning hai. marifat ka conclusion toh aakhir mein hoga. musalsal jo jannat mein hogi wahan sofe par baithe rehne ki jannat nahi hai. balki Khuda ki marifat wahan hogi humein aur hum hamesha hamesha Khuda ki marifat, Khuda ek limitless being hai toh woh marifat hamari kabhi khatm nahi hogi aur hamara joy bhi kabhi khatm nahi hoga.</w:t>
      </w:r>
    </w:p>
    <w:p>
      <w:pPr>
        <w:jc w:val="right"/>
      </w:pPr>
      <w:r>
        <w:t>मौराना ने बताया था कि मार्फत की यह beginning है. मारफत का conclusion तो आख़िर्द में होगा. मुसलसल जो जन्नत में होगी वहां सोफे पर बैठे रहने की जन्नत नहीं है. बल्कि खुदा की मारफत वहां होगी हमें और हम हमेशा हमेशा खुदा की मारफत, खुदा एक limitless being है तो वह मार्फत हमारी कभी खत्म नहीं होगी और हमारा joy भी कभी खत्म नहीं होगा.</w:t>
      </w:r>
    </w:p>
    <w:p>
      <w:r>
        <w:rPr>
          <w:b/>
        </w:rPr>
        <w:t xml:space="preserve">[28:45] </w:t>
      </w:r>
      <w:r>
        <w:t>toh humein chahiye ki hum is kaam ko lekar aage badhein aur kabhi bhi ikhtilaf ke chakkar mein na padein. is talaafa toh hoga matlab is talaafa ko humein bardasht karna hai. is talaafa ko humein ignore karna hai aur apne kaam mein lage rehna hai. Allah taala aap logon ki madad farmaaye. Amin.</w:t>
      </w:r>
    </w:p>
    <w:p>
      <w:pPr>
        <w:jc w:val="right"/>
      </w:pPr>
      <w:r>
        <w:t>तो हमें चाहिए कि हम इस काम को लेकर आगे बढ़ें और कभी भी इख्तलाफ के चक्कर में ना पड़े. इस तलाफ तो होगा मतलब इस तलाफ को हमें बर्दाश्त करना है. इस तलाफ को हमें ignore करना है और अपने काम में लगे रहना है. अल्लाह तालाह आप लोगों की मदद फरमाएं. आमिन.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