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Welcome Address by Dr. Rajat Malhotra CPS International Peace Conference April 29-30, 2023</w:t>
      </w:r>
    </w:p>
    <w:p>
      <w:r>
        <w:t>https://www.youtube.com/watch?v=z94aS7nevv0</w:t>
      </w:r>
    </w:p>
    <w:p>
      <w:r>
        <w:rPr>
          <w:b/>
        </w:rPr>
        <w:t xml:space="preserve">[00:12] </w:t>
      </w:r>
      <w:r>
        <w:t>Assalamualikum. Welcome to CPS international peace conference April 2023. yeh pehli conference hai jo Maulana Wahiduddin Khan sahab ke inteqal ke baad CPS ne organize kari hai. isse pehle aisi koi conference nahi hui jisme Maulana khud maujood na ho.</w:t>
      </w:r>
    </w:p>
    <w:p>
      <w:pPr>
        <w:jc w:val="right"/>
      </w:pPr>
      <w:r>
        <w:t>अस्लामालिकुम. Welcome to CPS international peace conference April 2023. यह पहली conference है जो मुलाना वैदुद्दीन खान साहब के इंतकाल के बाद CPS ने organize करी है. इससे पहले ऐसी कोई conference नहीं हुई जिसमें मौलाना खुद मौजूद ना हो.</w:t>
      </w:r>
    </w:p>
    <w:p>
      <w:r>
        <w:rPr>
          <w:b/>
        </w:rPr>
        <w:t xml:space="preserve">[00:35] </w:t>
      </w:r>
      <w:r>
        <w:t>kai log logon ka sochna tha aur aksar aisa hota bhi hai ki founder ke jaane ke baad team bikhar jaati hai. magar Maulana ki training, Maulana ki duaen, uski wajah se CPS team pehle se bhi zyada mazboot hai. Maulana ka yeh sapna tha ki ek aisi team ban jaye Allah ke khaatir jo program makers ki team ho, jise yeh na bataya jaye ki karna kya hai? woh khud, khud ba khud program banaye.</w:t>
      </w:r>
    </w:p>
    <w:p>
      <w:pPr>
        <w:jc w:val="right"/>
      </w:pPr>
      <w:r>
        <w:t>कई लोग लोगों का सोचना था और अक्सर ऐसा होता भी है कि founder के जाने के बाद team बिखर जाती है. मगर मुलाना की training, मुलाना की दुआएं, उसकी वजह से CPS team पहले से भी ज़्यादा मज़बूत है. मुलाना का यह सपना था कि एक ऐसी team वन जाए अल्लाह के खातेर जो program makers की team हो, जिसे यह ना बताया जाए कि करना क्या है? वह खुद, खुद ब खुद program बनाएं.</w:t>
      </w:r>
    </w:p>
    <w:p>
      <w:r>
        <w:rPr>
          <w:b/>
        </w:rPr>
        <w:t xml:space="preserve">[01:05] </w:t>
      </w:r>
      <w:r>
        <w:t>Alhamdulillah hum yeh keh sakte hain ki CPS members, program makers ban chuke hain. Maulana hamesha team par emphasize karte the. unki modesty ka yeh aalam tha ki hamesha kehte the ki main toh kuch nahi karta. meri team hai jo saara karti hai. saara ka saara credit aap sab logon ne mehsoos kiya hoga. Team ko dete the. kehte the main toh bas kursi todta hoon.</w:t>
      </w:r>
    </w:p>
    <w:p>
      <w:pPr>
        <w:jc w:val="right"/>
      </w:pPr>
      <w:r>
        <w:t>अलहम् दुलिल्लाहब हम यह कह सकते हैं कि CPS members, program makers वन चुके हैं. मुलाना हमेशा team पर emphasize करते थे. उनकी modesty का यह आलम था कि हमेशा कहते थे कि मैं तो कुछ नहीं करता. मेरी team है जो सारा करती है. सारा का सारा credit आप सब लोगों ने महसूस किया होगा. Team को देते थे. कहते थे मैं तो बस कुर्सी तोड़ता हूं.</w:t>
      </w:r>
    </w:p>
    <w:p>
      <w:r>
        <w:rPr>
          <w:b/>
        </w:rPr>
        <w:t xml:space="preserve">[01:32] </w:t>
      </w:r>
      <w:r>
        <w:t>yahan par main batana chahunga ki kuch waqt pehle Maulana Iqbal Umri, Maulana Asrar Umri aur Maulana Fayaz Umri ka safar ek shahar mein hua. wahan pe woh ek organization ki building mein gaye. toh maine Iqbal bhai se poocha ki Iqbal bhai building kaisi thi? toh unhone kaha bahut shandar aur infrastructure bahut achha tha. toh maine unse kaha ki log kitne jude hue hain?</w:t>
      </w:r>
    </w:p>
    <w:p>
      <w:pPr>
        <w:jc w:val="right"/>
      </w:pPr>
      <w:r>
        <w:t>यहां पर मैं बताना चाहूंगा कि कुछ वक्त पहले मुलाना इकबाल उम्री, मुलाना असरार उम्री और मुलाना फयाज़ उम्री का सफर एक शहर में हुआ. वहाँ पे वो एक organization की building में गए. तो मैंने इकबाल भाई से पुछा कि इकबाल भाई building कैसी थी? तो उन्होंने कहा बहुत शानदार और infrastructure बहुत अच्छा था. तो मैंने उनसे कहा कि लोग कितने जुड़े हुए हैं?</w:t>
      </w:r>
    </w:p>
    <w:p>
      <w:r>
        <w:rPr>
          <w:b/>
        </w:rPr>
        <w:t xml:space="preserve">[02:01] </w:t>
      </w:r>
      <w:r>
        <w:t>toh unhone kaha ki unke paas sirf building hai, log nahi hain. phir unhone ek bahut ahum baat kahi. unhone kaha ki Maulana ne building nahi banayi hai, log banaye hain. aaj aap sab log jo is hall mein maujood hain, toh mujhe sahaaba ke daur par woh riwayat yaad aati hai ki jab Hazrat, Hazrat Umar bin Khattab ne apne sahabi se kaha ki apni khwaishat bayan karo.</w:t>
      </w:r>
    </w:p>
    <w:p>
      <w:pPr>
        <w:jc w:val="right"/>
      </w:pPr>
      <w:r>
        <w:t>तो उन्होंने कहा कि उनके पास सिर्फ building है, लोग नहीं हैं. फिर उन्होंने एक बहुत अहम् बात कही. उन्होंने कहा कि मौलाना ने building नहीं बनाई है, लोग बनाए हैं. आज आप सब लोग जो इस hall में मौजूद हैं, तो मुझे साहबा के दौर पर वह रवायत याद आती है कि जब हज़रत, हज़रत उमर बिन ख़त्ताब ने अपने साहबी से कहा कि अपनी खाईशे बयान करो.</w:t>
      </w:r>
    </w:p>
    <w:p>
      <w:r>
        <w:rPr>
          <w:b/>
        </w:rPr>
        <w:t xml:space="preserve">[02:26] </w:t>
      </w:r>
      <w:r>
        <w:t>ek ne kaha ke kaash yeh hall sapne apne desires express karein.</w:t>
      </w:r>
    </w:p>
    <w:p>
      <w:pPr>
        <w:jc w:val="right"/>
      </w:pPr>
      <w:r>
        <w:t>एक ने कहा कि काश यह hall सपने अपने desires express करें.</w:t>
      </w:r>
    </w:p>
    <w:p>
      <w:r>
        <w:rPr>
          <w:b/>
        </w:rPr>
        <w:t xml:space="preserve">[02:38] </w:t>
      </w:r>
      <w:r>
        <w:t>aakhir mein hazd umar bin khatam ne kaha ke agar yeh ghar abu ubaida bin jarra, maas bin</w:t>
      </w:r>
    </w:p>
    <w:p>
      <w:pPr>
        <w:jc w:val="right"/>
      </w:pPr>
      <w:r>
        <w:t>आखिर में हज़द उमर बिन खत्म ने कहा कि अगर यह घर अबू उबैदा बिन जर्रा, मास बिन</w:t>
      </w:r>
    </w:p>
    <w:p>
      <w:r>
        <w:rPr>
          <w:b/>
        </w:rPr>
        <w:t xml:space="preserve">[02:50] </w:t>
      </w:r>
      <w:r>
        <w:t>jawwal, huzayfa bin yaman se bhara hua hota to main unhein governor bana kar allah ke raste par laga deta.</w:t>
      </w:r>
    </w:p>
    <w:p>
      <w:pPr>
        <w:jc w:val="right"/>
      </w:pPr>
      <w:r>
        <w:t>जवल, हुज़ैफा बिन यामान से भरा हुआ होता तो मैं उन्हें governor बनाकर अल्लाह के रास्ते पर लगा देता.</w:t>
      </w:r>
    </w:p>
    <w:p>
      <w:r>
        <w:rPr>
          <w:b/>
        </w:rPr>
        <w:t xml:space="preserve">[03:02] </w:t>
      </w:r>
      <w:r>
        <w:t>yahan par sochne ki baat yeh hai ke unhon ne maal paise se zyada team ko bara samjha aur aaj aap sabki maujoodgi is bare hall mein usi spirit ko reflect karta hai jo Hazrat Umar bin Khattab ne bayan kari gayi thi. Maulana ne building nahi banai but Maulana ne bohat bari team banai hai aur aaj Maulana ke in taqal ke do saal ho gaye hain.</w:t>
      </w:r>
    </w:p>
    <w:p>
      <w:pPr>
        <w:jc w:val="right"/>
      </w:pPr>
      <w:r>
        <w:t>यहां पर सोचने की बात यह है कि उन्होंने माल पैसे से ज़्यादा team को बड़ा समझा और आज आप सबकी मौजूदगी इस बड़े hall में उसी spirit को reflect करता है जो हज़रत उमर बिन ख़ताब ने बयान करी गई थी. मुलाना ने building नहीं बनाई but मुलाना ने बहुत बड़ी team बनाई है और आज मुलाना के इन तकाल के दो साल हो गए हैं.</w:t>
      </w:r>
    </w:p>
    <w:p>
      <w:r>
        <w:rPr>
          <w:b/>
        </w:rPr>
        <w:t xml:space="preserve">[03:32] </w:t>
      </w:r>
      <w:r>
        <w:t>hum yahan par aaj phir yahi ahad karne ke liye ikhatta hue hain ke Maulana ne jo Quran distribution ka hamein target diya tha ke poori duniya mein hamein Quran ko phailana hai. Yaani hamein peacefully logon ko batana hai ke creation plan of god kya hai? Hamein poori insaniyat ka khairkhwah banna hai, well wisher banna hai aur jo Islam ki jo image bigad gayi hai, jis se log Islam ke paigham se door ho gaye hain, usko hamein sahi tareeqe se pesh karna hai.</w:t>
      </w:r>
    </w:p>
    <w:p>
      <w:pPr>
        <w:jc w:val="right"/>
      </w:pPr>
      <w:r>
        <w:t>हम यहाँ पर आज फिर यही अहद करने के लिए इकट्ठा हुए हैं कि मुलाना ने जो कुरान distribution का हमें target दिया था कि पूरी दुनिया में हमें कुरान को फैलाना है. यानी हमें peacefully लोगों को बताना है कि creation plan of god क्या है? हमें पूरी इंसानियत का खैरख्वाह बनना है, well wisher बनना है और जो इस्लाम की जो image बिगड़ गई है, जिससे लोग इस्लाम के पेगाम से दूर हो गए हैं, उसको हमें सही तरीके से पेश करना है.</w:t>
      </w:r>
    </w:p>
    <w:p>
      <w:r>
        <w:rPr>
          <w:b/>
        </w:rPr>
        <w:t xml:space="preserve">[04:01] </w:t>
      </w:r>
      <w:r>
        <w:t>isme koi shaq nahi ke CPS mission aaj waqt ki awaaz hai, lekin yeh bhi sahi hai ke daawati kaam sirf team ke level par hi ho sakta hai, individual level par nahi ho sakta hai. Hadees mein aaya hai ke satan is the wolf of man. Ek bhediya jhund se nikle hue ek bhed yani sheep ka aasani se shikar kar leta hai.</w:t>
      </w:r>
    </w:p>
    <w:p>
      <w:pPr>
        <w:jc w:val="right"/>
      </w:pPr>
      <w:r>
        <w:t>इसमें कोई शक नहीं कि CPS mission आज वक्त की आवाज़ है, लेकिन यह भी सही है कि दावती काम सिर्फ team के level पर ही हो सकता है, individual level पर नहीं हो सकता है. हदीस में आया है कि satan is the wolf of man. एक भेड़िया झुंड से निकले हुए एक भेड़ यानी sheep का आसानी से शिकार कर लेता है.</w:t>
      </w:r>
    </w:p>
    <w:p>
      <w:r>
        <w:rPr>
          <w:b/>
        </w:rPr>
        <w:t xml:space="preserve">[04:28] </w:t>
      </w:r>
      <w:r>
        <w:t>isiliye Rasoolullah ne farmaya, avoid branching out, stay together with the group. Lekin aksar aisa hota hai ke team mein log offend ho jate hain. Woh kisi baat se ke unki baat nahi maani gayi, alag ho jate hain. Kai logon ko lagta hai ke unko humiliate kar diya. Mujhe yahan par Hazrat Umar ki ek baat bohat zabardast lagi.</w:t>
      </w:r>
    </w:p>
    <w:p>
      <w:pPr>
        <w:jc w:val="right"/>
      </w:pPr>
      <w:r>
        <w:t>इसीलिए रसुल्ला ने फरमाया, avoid branching out, stay together with the group. लेकिन अक्सर ऐसा होता है कि team में लोग offend हो जाते हैं. वह किसी बात से कि उनकी बात नहीं मानी गई, अलग हो जाते हैं. कई लोगों को लगता है कि उनको humiliate कर दिया. मुझे यहां पर हज़त उमर की एक बात बहुत ज़बरदस्त लगी.</w:t>
      </w:r>
    </w:p>
    <w:p>
      <w:r>
        <w:rPr>
          <w:b/>
        </w:rPr>
        <w:t xml:space="preserve">[04:50] </w:t>
      </w:r>
      <w:r>
        <w:t>unhon ne kaha, the humiliation of obedience brings a man closer to a good end as against dignity earned through disobedience. Itaat mein zillat bardasht karna gunahon mein zahiri izzat milne se neki ke zyada qareeb hai. Maulana Wahiduddin Khan sahab ko ek hi concern tha. Woh is mission ki potential ko jaan chuke the.</w:t>
      </w:r>
    </w:p>
    <w:p>
      <w:pPr>
        <w:jc w:val="right"/>
      </w:pPr>
      <w:r>
        <w:t>उन्होंने कहा, the humiliation of obedience brings a man closer to a good end as against dignity earned through disobedience. इतात में ज़िल्लत बर्दाश्त करना गुनाहों में ज़ाहिरी इज्जत मिलने से निकी के ज़्यादा करीब है. मुलाना वैदुद्दीन खान साहब को एक ही concern था. वह इस mission की potential को जान चुके थे.</w:t>
      </w:r>
    </w:p>
    <w:p>
      <w:r>
        <w:rPr>
          <w:b/>
        </w:rPr>
        <w:t xml:space="preserve">[05:16] </w:t>
      </w:r>
      <w:r>
        <w:t>unhon ne CPS members ke dilon mein jo dawat ki aag lagi hui hai, usko bhaamp liya tha. Lekin woh ek hi cheez kehte the ke hum sab apne differences ko manage kar sakein. Woh kehte the team bani hai to differences to aayenge. Lekin hamein differences ko secondary banana hai aur Allah ke liye team se jude rehne ko hamein asal banana hai.</w:t>
      </w:r>
    </w:p>
    <w:p>
      <w:pPr>
        <w:jc w:val="right"/>
      </w:pPr>
      <w:r>
        <w:t>उन्होंने CPS members के दिलों में जो दावत की आग लगी हुई है, उसको भांप लिया था. लेकिन वह एक ही चीज़ कहते थे कि हम सब अपने differences को manage कर सकें. वह कहते थे team बनी है तो differences तो आऐंगे. लेकिन हमें differences को secondary बनाना है और अल्लाह के लिए team से जुड़े रहने को हमें असल बनाना है.</w:t>
      </w:r>
    </w:p>
    <w:p>
      <w:r>
        <w:rPr>
          <w:b/>
        </w:rPr>
        <w:t xml:space="preserve">[05:42] </w:t>
      </w:r>
      <w:r>
        <w:t>dawat hi hamara main kaam hai, doosra aur koi kaam nahi. Ek Allah ne ek bohat bada ek kaam karwa liya ke hamare paas sara literature ab tayyar hai.</w:t>
      </w:r>
    </w:p>
    <w:p>
      <w:pPr>
        <w:jc w:val="right"/>
      </w:pPr>
      <w:r>
        <w:t>दावत ही हमारा main काम है, दूसरा और कोई काम नहीं. एक अल्लाह ने एक बहुत बड़ा एक काम करवा लिया कि हमारे पास सारा literature अब तैयार है.</w:t>
      </w:r>
    </w:p>
    <w:p>
      <w:r>
        <w:rPr>
          <w:b/>
        </w:rPr>
        <w:t xml:space="preserve">[05:54] </w:t>
      </w:r>
      <w:r>
        <w:t>hamein sirf ek kaam karna hai ke us literature ko hamein poori duniya mein badha diya hai. Quran mein aaya hai ke ek din sab insaan ko maut chakhni padegi.</w:t>
      </w:r>
    </w:p>
    <w:p>
      <w:pPr>
        <w:jc w:val="right"/>
      </w:pPr>
      <w:r>
        <w:t>हमें सिर्फ एक काम करना है कि उस literature को हमें पूरी दुनिया में बढ़ा दिया है. कुरान में आया है कि एक दिन सब इंसान को मौत चखनी पड़ेगी.</w:t>
      </w:r>
    </w:p>
    <w:p>
      <w:r>
        <w:rPr>
          <w:b/>
        </w:rPr>
        <w:t xml:space="preserve">[06:22] </w:t>
      </w:r>
      <w:r>
        <w:t>isme koi exception nahi. Maulana sahab se kisi ne kaha ke Maulana sahab aapke baad team ka kya hoga? To bina palak jhapakte unhon ne kaha ke leader zinda ho na ho, team ki spirit zinda honi chahiye. Yeh bohat ahum baat hai aur hadees mein un logon ke liye aaya hai jo aapas mein Allah ke liye mohabbat karte hain.</w:t>
      </w:r>
    </w:p>
    <w:p>
      <w:pPr>
        <w:jc w:val="right"/>
      </w:pPr>
      <w:r>
        <w:t>इसमें कोई exception नहीं. मुलाना साहब से किसी ने कहा कि मुलाना साहब आपके बाद team का क्या होगा? तो बिना पलक झपक्ते उन्होंने कहा कि leader ज़िंदा हो ना हो, team की spirit ज़िंदा होनी चाहिए. यह बहुत अहम् बात है और हदीज़ में उन लोगों के लिए आया है जो आपस में अल्लाह के लिए मोहब्बत करते हैं.</w:t>
      </w:r>
    </w:p>
    <w:p>
      <w:r>
        <w:rPr>
          <w:b/>
        </w:rPr>
        <w:t xml:space="preserve">[06:46] </w:t>
      </w:r>
      <w:r>
        <w:t>yaani jo shakhs Allah ke khatir aapas mein mohabbat karte hain, unka darja bada hai. Allah ki taraf se unke liye jannat ki khushkhabri hai aur woh isiliye kyunke dawat ka kaam bohat nazuk kaam hai aur yeh tabhi ho sakta hai jab team mein differences na hon. Isko hum book form mein nahi bata sakte ke aise do's aur don'ts mein.</w:t>
      </w:r>
    </w:p>
    <w:p>
      <w:pPr>
        <w:jc w:val="right"/>
      </w:pPr>
      <w:r>
        <w:t>यानी जो शख्स अल्लाह के खातार आपस में मोहब्बत करते हैं, उनका दर्जा बड़ा है. अल्लाह की तरफ से उनके लिए जन्नत की खुशखबरी है और वह इसीलिए क्योंकि दावत का काम बहुत नाजुक काम है और यह तभी हो सकता है जब team में differences ना हों. इसको हम book form में नहीं बता सकते कि ऐसे do's और don'ts में.</w:t>
      </w:r>
    </w:p>
    <w:p>
      <w:r>
        <w:rPr>
          <w:b/>
        </w:rPr>
        <w:t xml:space="preserve">[07:09] </w:t>
      </w:r>
      <w:r>
        <w:t>yeh ek aisa kaam hai jo creative way mein tabhi ho payega jab hum differences se upar uth sakenge aur is mission mein hum sabke liye tab bhi reward hai jab hum is mission mein hum lage hue hain aur hamare jaane se pehle agar hum is mission ko mazboot karke jaate hain to baad mein bhi sadqa-e-jariya ki shakal mein bhi hamare liye reward hai.</w:t>
      </w:r>
    </w:p>
    <w:p>
      <w:pPr>
        <w:jc w:val="right"/>
      </w:pPr>
      <w:r>
        <w:t>यह एक ऐसा काम है जो creative way में तभी हो पाएगा जब हम differences से ऊपर उठ सकेंगे और इस mission में हम सबके लिए तब भी reward है जब हम इस mission में हम लगे हुए हैं और हमारे जाने से पहले अगर हम इस mission को मज़बूत करके जाते हैं तो बाद में भी सत्काई जारिय की शक्ल में भी हमारे लिए reward है.</w:t>
      </w:r>
    </w:p>
    <w:p>
      <w:r>
        <w:rPr>
          <w:b/>
        </w:rPr>
        <w:t xml:space="preserve">[07:35] </w:t>
      </w:r>
      <w:r>
        <w:t>hum log sab isi tareeqe se kaam karte rahe hatta ke hum Allah taala se khushi khushi milein aur woh humse khushi khushi milein aur woh hamari zindagi ka sabse behtareen lamha ho, hamari zindagi ka sabse best day ho. Allah taala hum sabko Sahaba wali spirit dein aur hamari koshishein qabool karein, Ameen.</w:t>
      </w:r>
    </w:p>
    <w:p>
      <w:pPr>
        <w:jc w:val="right"/>
      </w:pPr>
      <w:r>
        <w:t>हम लोग सब इसी तरीके से काम करते रहें हत्ता कि हम अल्लाह तालाह से खुशी खुशी मिलें और वह हमसे खुशी खुशी मिलें और वह हमारी ज़िंदगी का सबसे बेहतरीन लमा हो, हमारी ज़िंदगी का सबसे best day हो. अल्लाह तालाह हम सबको सहाबा वाली spirit दें और हमारी कोशिशें कबूल करें, अमीन.</w:t>
      </w:r>
    </w:p>
    <w:p>
      <w:r>
        <w:rPr>
          <w:b/>
        </w:rPr>
        <w:t xml:space="preserve">[08:00] </w:t>
      </w:r>
      <w:r>
        <w:t>hum log har har bari program mulana ke talk se shuru karte the.</w:t>
      </w:r>
    </w:p>
    <w:p>
      <w:pPr>
        <w:jc w:val="right"/>
      </w:pPr>
      <w:r>
        <w:t>हम लोग हर हर बारी program मुलाना के talk से शुरू करते थे.</w:t>
      </w:r>
    </w:p>
    <w:p>
      <w:r>
        <w:rPr>
          <w:b/>
        </w:rPr>
        <w:t xml:space="preserve">[08:13] </w:t>
      </w:r>
      <w:r>
        <w:t>aaj bhi hum waisa hi karenge.</w:t>
      </w:r>
    </w:p>
    <w:p>
      <w:pPr>
        <w:jc w:val="right"/>
      </w:pPr>
      <w:r>
        <w:t>आज भी हम वैसा ही करेंगे.</w:t>
      </w:r>
    </w:p>
    <w:p>
      <w:r>
        <w:rPr>
          <w:b/>
        </w:rPr>
        <w:t xml:space="preserve">[08:26] </w:t>
      </w:r>
      <w:r>
        <w:t>hum ek fifteen minutes ka mulana ka talk dikhayenge aur uske baad phir hum program ko aage badhayenge.</w:t>
      </w:r>
    </w:p>
    <w:p>
      <w:pPr>
        <w:jc w:val="right"/>
      </w:pPr>
      <w:r>
        <w:t>हम एक fifteen minutes का मुलाना का talk दिखाएंगे और उसके बाद फिर हम program को आगे बढ़ाएंगे.</w:t>
      </w:r>
    </w:p>
    <w:p>
      <w:r>
        <w:rPr>
          <w:b/>
        </w:rPr>
        <w:t xml:space="preserve">[08:39] </w:t>
      </w:r>
      <w:r>
        <w:t>is baat ko achhi tarah samajh lijiye ke karakiyat dawat jo hai uske marahil kya hai? Yaani Khuda ta'ala ko qistam manage kar raha hai. Pehla daur woh hai jabke Allah ne Ambiya ko bheja ke woh elaan karein, woh bataye logon ko aur unki madad ke liye Allah ne moajze diye, moajze.</w:t>
      </w:r>
    </w:p>
    <w:p>
      <w:pPr>
        <w:jc w:val="right"/>
      </w:pPr>
      <w:r>
        <w:t>इस बात को अच्छी तरह समझ लीजिए कि कार्यक्ति दावत जो है उसके मराहिल क्या है? यानी खुदा ताईख को किस्तम manage कर रहा है. पहला दौर वो है जबकि अल्लाह ने अम्बिया के भेजा कि वो ऐलान करें, वो बताए लोगों को और उनकी मदद के लिए अल्लाह ने मौजे दिए, मौजे.</w:t>
      </w:r>
    </w:p>
    <w:p>
      <w:r>
        <w:rPr>
          <w:b/>
        </w:rPr>
        <w:t xml:space="preserve">[09:08] </w:t>
      </w:r>
      <w:r>
        <w:t>moajze ko ko maane hote hain aajiz kar dene wala yani compelling cheez aajiz kar dene wala. Lekin insaan ko aazadi mili hui thi. Aazadi ko misuse kiya usne aur woh buton ko maanne ki tayyar nahi hua.</w:t>
      </w:r>
    </w:p>
    <w:p>
      <w:pPr>
        <w:jc w:val="right"/>
      </w:pPr>
      <w:r>
        <w:t>मौजा को को माने होते हैं आजिज कर देने वाला यानी compelling चीज़ आजिज कर देने वाला. लेकिन इंसान को आज़ादी बिली हुई थी. आज़ादी को misuse किया उसमें और वो गोबरों को मानने की तैयार नहीं हुआ.</w:t>
      </w:r>
    </w:p>
    <w:p>
      <w:r>
        <w:rPr>
          <w:b/>
        </w:rPr>
        <w:t xml:space="preserve">[09:31] </w:t>
      </w:r>
      <w:r>
        <w:t>kuch chand individuals aise nikle lekin koi group, koi team ki umeed nahi ban paai. To woh jo method tha ke profit plus mujza, profit plus miracle, Allah taala ne usko mansookh kar diya. Ab yeh nahi hua.</w:t>
      </w:r>
    </w:p>
    <w:p>
      <w:pPr>
        <w:jc w:val="right"/>
      </w:pPr>
      <w:r>
        <w:t>कुछ चंद individuals ऐसे निकले लेकिन कोई group, कोई team की उम्मीद नहीं वन पाई. तो वह जो method था कि profit plus मुझज़ा, profit plus मिरेकिल, अल्लाहतर ने उसको मंसूफ कर दिया. अब यह नहीं हुआ.</w:t>
      </w:r>
    </w:p>
    <w:p>
      <w:r>
        <w:rPr>
          <w:b/>
        </w:rPr>
        <w:t xml:space="preserve">[09:59] </w:t>
      </w:r>
      <w:r>
        <w:t>ab profit plus team ho gayi. Rachna sahab se pehle jo daur guzra hai kuch saulat profit trust miracle ka daur tha woh. In taakhbar aur unki madad ke liye moajze. Woh daur khatam kar dega. Ab kya hai raakhad plus team jisko ehsaaba kaha gaya hai.</w:t>
      </w:r>
    </w:p>
    <w:p>
      <w:pPr>
        <w:jc w:val="right"/>
      </w:pPr>
      <w:r>
        <w:t>अब profit plus team हो गई. रचना साहब से पहले जो दौर गुजरा है कुछ सौत profit trust ब्रेकिल का दौर था वह. इन ताख़बर और उनकी मदद के लिए मौज़द. वह दौर खत्म कर देगा. अब क्या है राखड़ plus team जिसको एहसाबा कहा गया है.</w:t>
      </w:r>
    </w:p>
    <w:p>
      <w:r>
        <w:rPr>
          <w:b/>
        </w:rPr>
        <w:t xml:space="preserve">[10:29] </w:t>
      </w:r>
      <w:r>
        <w:t>to do ek saaba hadees se sabit hota hai. Asaba Rasul, Ifan Rasul. Asaba Rasul rawayati daur ke liye aur Ikwan Asur saansi daur ke.</w:t>
      </w:r>
    </w:p>
    <w:p>
      <w:pPr>
        <w:jc w:val="right"/>
      </w:pPr>
      <w:r>
        <w:t>तो दो एक साबा हदी से साबित होता है. असाबा रेशुल, ईफान रेशुल. असाबा रेशुल रवायती दौर के लिए और इक्वान असुर सांसी दौर के.</w:t>
      </w:r>
    </w:p>
    <w:p>
      <w:r>
        <w:rPr>
          <w:b/>
        </w:rPr>
        <w:t xml:space="preserve">[10:50] </w:t>
      </w:r>
      <w:r>
        <w:t>donon mein jo is common hai, donon yeh saaba, donon jo yeh saaba hai, donon jo jo garv hai, usmein jo is common hai, woh kya hai?</w:t>
      </w:r>
    </w:p>
    <w:p>
      <w:pPr>
        <w:jc w:val="right"/>
      </w:pPr>
      <w:r>
        <w:t>दोनों में जो इस common है, दोनों यह साबा, दोनों जो यह साबा है, दोनों जो जो गर्व है, उसमें जो इस common है, वह क्या है?</w:t>
      </w:r>
    </w:p>
    <w:p>
      <w:r>
        <w:rPr>
          <w:b/>
        </w:rPr>
        <w:t xml:space="preserve">[11:03] </w:t>
      </w:r>
      <w:r>
        <w:t>woh ek, woh ek hai ke aap himmat karke human face ban jayein, kyunke pehli himmat to karni padti hai, pehli himmat to karni padti hai, badhai halaat tareekh honge, badhai raahain chal rahi hongi.</w:t>
      </w:r>
    </w:p>
    <w:p>
      <w:pPr>
        <w:jc w:val="right"/>
      </w:pPr>
      <w:r>
        <w:t>वह एक, वह एक है कि आप हिम्मत करके human face वन जाएं, क्योंकि पहली हिम्मत तो करनी पड़ती है, पहली हिम्मत तो करनी पड़ती है, बधाई हालात तारीख होंगे, बधाई राध्यां चल रही होंगी.</w:t>
      </w:r>
    </w:p>
    <w:p>
      <w:r>
        <w:rPr>
          <w:b/>
        </w:rPr>
        <w:t xml:space="preserve">[11:27] </w:t>
      </w:r>
      <w:r>
        <w:t>badhai kuch ashwaap dikhai nahi denge, phir bhi aapko hafte ko shukna padega. Yeh mat samjhiye ke khwaish dikhai de aaj baap khulkar saamne aa jaye kyunke agar aisa ho jaye to intehaan khatam, test, test khatam. To test ko khatam karke, test ki masla ko khatam karke madad kabhi nahi aati. Yaad rakhiye.</w:t>
      </w:r>
    </w:p>
    <w:p>
      <w:pPr>
        <w:jc w:val="right"/>
      </w:pPr>
      <w:r>
        <w:t>बधाई कुछ अश्वाप दिखाई नहीं देंगे, फिर भी आपको हफ्ते को शोकना पड़ेगा. यह मत समझिए कि ख्वेस्थ्य दिखाई दे आज बाप खुलकर सामने आ जाए क्योंकि अगर ऐसा हो जाए तो इंतान खत्म, test, test खत्म. तो test को खत्म करके, test की मसला को खत्म करके मदद कभी नहीं आती. याद रखिए.</w:t>
      </w:r>
    </w:p>
    <w:p>
      <w:r>
        <w:rPr>
          <w:b/>
        </w:rPr>
        <w:t xml:space="preserve">[11:57] </w:t>
      </w:r>
      <w:r>
        <w:t>madad aati hai, test par aap qualify karein, tab aati hai. To test kya hai? Hadees baat hai ke man jagal humu Muhammad waidan hum makhirte hi tafahul lao anumumi duniya.</w:t>
      </w:r>
    </w:p>
    <w:p>
      <w:pPr>
        <w:jc w:val="right"/>
      </w:pPr>
      <w:r>
        <w:t>मदद आती है, test पर आप qualify करें, तब आती है. तो test क्या है? हदीस बात है कि मन जागल हुमू मोहम्मद वायदन हम माख़िरते ही तफाहुल लाओ अनुमूमी दुनिया.</w:t>
      </w:r>
    </w:p>
    <w:p>
      <w:r>
        <w:rPr>
          <w:b/>
        </w:rPr>
        <w:t xml:space="preserve">[12:23] </w:t>
      </w:r>
      <w:r>
        <w:t>matlab jo Allah ko prospr sole concern bana le dawat-e-Allah ko opera ko chhod de usmein chal pade uske raaste mein. Badhai ashwaap ho gaya na ho, badhai saathi ho gaya na ho, badhai darwaze khule ho gaye na khule ho gaye, apne ko chhod de to jaise hi woh chhodega phir phir preshton ki madad aa jayegi.</w:t>
      </w:r>
    </w:p>
    <w:p>
      <w:pPr>
        <w:jc w:val="right"/>
      </w:pPr>
      <w:r>
        <w:t>मतलब जो अद्लाह को प्रोषेप्र sole concern बना ले दावते अद्लाह को opera को छोक दे उसमें चल पड़े उसके रास्ते में. बधाई अस्वाह हो गया ना हो, बधाई साथी हो गया ना हो, बधाई दरवाज़े खुले हो गए ना खुले हो गए, अपने को छोक दे तो जैसे ही वह छोकेगा फिर फिर प्रेष्ठों की मदद आ जाएगी.</w:t>
      </w:r>
    </w:p>
    <w:p>
      <w:r>
        <w:rPr>
          <w:b/>
        </w:rPr>
        <w:t xml:space="preserve">[12:53] </w:t>
      </w:r>
      <w:r>
        <w:t>to is test mein to barah poora uthana padega.</w:t>
      </w:r>
    </w:p>
    <w:p>
      <w:pPr>
        <w:jc w:val="right"/>
      </w:pPr>
      <w:r>
        <w:t>तो इस test में तो बारह पूरा उठाना पड़ेगा.</w:t>
      </w:r>
    </w:p>
    <w:p>
      <w:r>
        <w:rPr>
          <w:b/>
        </w:rPr>
        <w:t xml:space="preserve">[13:00] </w:t>
      </w:r>
      <w:r>
        <w:t>is test mein barah poora utarna padega ke bazaar aswaap ki ghar mohitgi hogi aur aapko koodna padega</w:t>
      </w:r>
    </w:p>
    <w:p>
      <w:pPr>
        <w:jc w:val="right"/>
      </w:pPr>
      <w:r>
        <w:t>इस test में बारह पूरा उतरना पड़ेगा कि बाज़ार अस्वाप की घर मोहितगी होगी और आपको कूदना पड़ेगा</w:t>
      </w:r>
    </w:p>
    <w:p>
      <w:r>
        <w:rPr>
          <w:b/>
        </w:rPr>
        <w:t xml:space="preserve">[13:08] </w:t>
      </w:r>
      <w:r>
        <w:t>daanv fark ke liye.</w:t>
      </w:r>
    </w:p>
    <w:p>
      <w:pPr>
        <w:jc w:val="right"/>
      </w:pPr>
      <w:r>
        <w:t>दांव फ़र्क के लिए.</w:t>
      </w:r>
    </w:p>
    <w:p>
      <w:r>
        <w:rPr>
          <w:b/>
        </w:rPr>
        <w:t xml:space="preserve">[13:16] </w:t>
      </w:r>
      <w:r>
        <w:t>to yahi ehsaaba ubal ke waqt hua ehsaaba aasani ke baad fark yahi hai.</w:t>
      </w:r>
    </w:p>
    <w:p>
      <w:pPr>
        <w:jc w:val="right"/>
      </w:pPr>
      <w:r>
        <w:t>तो यही एहसाबा उबल के वक्त हुआ एहसाबा आसानी के बाद फ़र्क यही है.</w:t>
      </w:r>
    </w:p>
    <w:p>
      <w:r>
        <w:rPr>
          <w:b/>
        </w:rPr>
        <w:t xml:space="preserve">[13:24] </w:t>
      </w:r>
      <w:r>
        <w:t>yahi mamla asawre surat saath prashah hai ya mamla ikhmanrasurat saathi prashah hai. Ab dekhiye, hadees kehta hai ke zameen mein koi chhota ya bada ghar nahi bachega, jahan Allah ka kalma dakhal na ho jayega. Allah kalma kya hai?</w:t>
      </w:r>
    </w:p>
    <w:p>
      <w:pPr>
        <w:jc w:val="right"/>
      </w:pPr>
      <w:r>
        <w:t>यही मामला असावरे सूरत साथ प्रशाह है या मामला इखमानरसूरत साथ ही प्रशाह है. अब देखिए, हदीश कहता है कि ज़मीन में कोई छोटा या बड़ा घर नहीं बचेगा, जहां अल्लाह का कल्मा दखल ना हो जाएगा. अल्लाह कल्मा क्या है?</w:t>
      </w:r>
    </w:p>
    <w:p>
      <w:r>
        <w:rPr>
          <w:b/>
        </w:rPr>
        <w:t xml:space="preserve">[13:50] </w:t>
      </w:r>
      <w:r>
        <w:t>puran, puran printed form mein ya internet ke zariye ya aur kai zariye se ghar ghar pahunch jaana matlab hai. ab main samajhta hoon ki daurya jo, jo net technology aai hai, net technology, uski ismein iski unka prediction hai.</w:t>
      </w:r>
    </w:p>
    <w:p>
      <w:pPr>
        <w:jc w:val="right"/>
      </w:pPr>
      <w:r>
        <w:t>पुरान, पुरान printed form में या internet के जरिए या और कई जरिए से घर घर पहुंच जाना मतलब है. अब मैं समझता हूं कि दौर्य जो, जो net technology आई है, net technology, उसकी इसमें इसकी उनका prediction है.</w:t>
      </w:r>
    </w:p>
    <w:p>
      <w:r>
        <w:rPr>
          <w:b/>
        </w:rPr>
        <w:t xml:space="preserve">[14:19] </w:t>
      </w:r>
      <w:r>
        <w:t>aap gaur kijiye ki ghar ghar mein kahin jaakar ho sakta hai. itni badi team ho agar vah chale apne haath mein quran chhapa hua lekar ke aur ghar ghar mein pahunchna chahe to isse pehle ki vah ghar pahunche hue mar chuka hoga. vah bole to aapki vahi saath sattar saal, assi saal rahegi. itna bada group, itne saare log hain, itne saare ghar hain.</w:t>
      </w:r>
    </w:p>
    <w:p>
      <w:pPr>
        <w:jc w:val="right"/>
      </w:pPr>
      <w:r>
        <w:t>आप गौर कीजिए कि घर घर में कहीं जाकर हो सकता है. इतनी बड़ी team हो अगर वह चले अपने हाथ में कुरान छपा हुआ लेकर के और घर घर में पहुंचना चाहे तो इससे पहले कि वह घर पहुंचे हुए मर चुका होगा. वह बोले तो आपकी वही साठ सत्तर साल, अस्सी साल रहेगी. इतना बड़ा group, इतने सारे लोग हैं, इतने सारे घर हैं.</w:t>
      </w:r>
    </w:p>
    <w:p>
      <w:r>
        <w:rPr>
          <w:b/>
        </w:rPr>
        <w:t xml:space="preserve">[14:47] </w:t>
      </w:r>
      <w:r>
        <w:t>to kitni badi keem aapke paas ho, agar iska matlab yeh liya jaye ke quran ki kaafi aapke</w:t>
      </w:r>
    </w:p>
    <w:p>
      <w:pPr>
        <w:jc w:val="right"/>
      </w:pPr>
      <w:r>
        <w:t>तो कितनी बड़ी कीम आपके पास हो, अगर इसका मतलब यह लिया जाए कि कुरान की काफी आपके</w:t>
      </w:r>
    </w:p>
    <w:p>
      <w:r>
        <w:rPr>
          <w:b/>
        </w:rPr>
        <w:t xml:space="preserve">[14:53] </w:t>
      </w:r>
      <w:r>
        <w:t>haath mein hai aur ghar ghar ja kar naak karke aap de rahe ho to aap de nahi payenge</w:t>
      </w:r>
    </w:p>
    <w:p>
      <w:pPr>
        <w:jc w:val="right"/>
      </w:pPr>
      <w:r>
        <w:t>हाथ में है और घर घर जाकर नाक करके आप दे रहे हो तो आप दे नहीं पाएंगे</w:t>
      </w:r>
    </w:p>
    <w:p>
      <w:r>
        <w:rPr>
          <w:b/>
        </w:rPr>
        <w:t xml:space="preserve">[14:59] </w:t>
      </w:r>
      <w:r>
        <w:t>aur mauta jayegi.</w:t>
      </w:r>
    </w:p>
    <w:p>
      <w:pPr>
        <w:jc w:val="right"/>
      </w:pPr>
      <w:r>
        <w:t>और मौता जाएगी.</w:t>
      </w:r>
    </w:p>
    <w:p>
      <w:r>
        <w:rPr>
          <w:b/>
        </w:rPr>
        <w:t xml:space="preserve">[15:05] </w:t>
      </w:r>
      <w:r>
        <w:t>yeh jo yeh jo e, e dawa hai, e dawa yani electronic dawa usne pehli baar har sandesh</w:t>
      </w:r>
    </w:p>
    <w:p>
      <w:pPr>
        <w:jc w:val="right"/>
      </w:pPr>
      <w:r>
        <w:t>यह जो यह जो e, e दावा है, e दावा यानी electronic दावा उसने पहली बार हर संदेश</w:t>
      </w:r>
    </w:p>
    <w:p>
      <w:r>
        <w:rPr>
          <w:b/>
        </w:rPr>
        <w:t xml:space="preserve">[15:11] </w:t>
      </w:r>
      <w:r>
        <w:t>to phir bataya ke sachmul ghar par pahunch sakta hai.</w:t>
      </w:r>
    </w:p>
    <w:p>
      <w:pPr>
        <w:jc w:val="right"/>
      </w:pPr>
      <w:r>
        <w:t>तो फिर बताया कि सचमुल घर पर पहुंच सकता है.</w:t>
      </w:r>
    </w:p>
    <w:p>
      <w:r>
        <w:rPr>
          <w:b/>
        </w:rPr>
        <w:t xml:space="preserve">[15:18] </w:t>
      </w:r>
      <w:r>
        <w:t>aaj har ghar mein computer hai, har ghar mein laptop hai, har ghar mein internet hai. is cheez ne yah baat batai ki allatala ko mustaqmil tak allatala dekha tha.</w:t>
      </w:r>
    </w:p>
    <w:p>
      <w:pPr>
        <w:jc w:val="right"/>
      </w:pPr>
      <w:r>
        <w:t>आज हर घर में computer है, हर घर में laptop है, हर घर में internet है. इस चीज़ ने यह बात बताई कि अल्लाताला को मुस्तक्मिल तक अल्लाताला देखा था.</w:t>
      </w:r>
    </w:p>
    <w:p>
      <w:r>
        <w:rPr>
          <w:b/>
        </w:rPr>
        <w:t xml:space="preserve">[15:36] </w:t>
      </w:r>
      <w:r>
        <w:t>to ki allah taala taala taala taala yeh jo hadees mein hai to allah ne yeh jo us ullah</w:t>
      </w:r>
    </w:p>
    <w:p>
      <w:pPr>
        <w:jc w:val="right"/>
      </w:pPr>
      <w:r>
        <w:t>तो कि अल्लाह तालाह तालाह तालाह यह जो हदीस में है तो अल्लाह ने यह जो उस उल्लाह</w:t>
      </w:r>
    </w:p>
    <w:p>
      <w:r>
        <w:rPr>
          <w:b/>
        </w:rPr>
        <w:t xml:space="preserve">[15:46] </w:t>
      </w:r>
      <w:r>
        <w:t>ko bataya yeh ghar ghar ghar pahunche gaye chhota ghar, bada ghar, shayad, gulop par jitne bhi ghar hain.</w:t>
      </w:r>
    </w:p>
    <w:p>
      <w:pPr>
        <w:jc w:val="right"/>
      </w:pPr>
      <w:r>
        <w:t>को बताया यह घर घर घर पहुंचे गए छोटा घर, बड़ा घर, शायद, गुलोप पर जितने भी घर हैं.</w:t>
      </w:r>
    </w:p>
    <w:p>
      <w:r>
        <w:rPr>
          <w:b/>
        </w:rPr>
        <w:t xml:space="preserve">[15:57] </w:t>
      </w:r>
      <w:r>
        <w:t>to yeh yeh allatara ki mustakmil tak jo nazar hai allatara ki mushkil aise hi allatara nahi hai kaha.</w:t>
      </w:r>
    </w:p>
    <w:p>
      <w:pPr>
        <w:jc w:val="right"/>
      </w:pPr>
      <w:r>
        <w:t>तो यह यह अल्लातारा की मुस्तक्मिल तक जो नज़र है अल्लातारा की मुश्किल ऐसे ही अल्लातारा नहीं है कहा.</w:t>
      </w:r>
    </w:p>
    <w:p>
      <w:r>
        <w:rPr>
          <w:b/>
        </w:rPr>
        <w:t xml:space="preserve">[16:08] </w:t>
      </w:r>
      <w:r>
        <w:t>aise zarae paida honge, aise saadhan paida honge, aise washal paida honge jabki har har ghar mein, har ghar mein word of god ka pahunchna mamkin ho jaega. to allah ka isko mumkin daal chuke hain aur ghar ghar pahunch raha hai.</w:t>
      </w:r>
    </w:p>
    <w:p>
      <w:pPr>
        <w:jc w:val="right"/>
      </w:pPr>
      <w:r>
        <w:t>ऐसे जराए पैदा होंगे, ऐसे साधन पैदा होंगे, ऐसे वशाल पैदा होंगे जबकि हर हर घर में, हर घर में word of god का पहुंचना ममकिन हो जाएगा. तो अल्लाह का इसको मुमकिन डाल चुके हैं और घर घर पहुंच रहा है.</w:t>
      </w:r>
    </w:p>
    <w:p>
      <w:r>
        <w:rPr>
          <w:b/>
        </w:rPr>
        <w:t xml:space="preserve">[16:35] </w:t>
      </w:r>
      <w:r>
        <w:t>painted farming bhi aur eternity reason. khula hua yah baat ka vah hai ki jis tarah se ehsaab ehsaab ehsaab ehsaani ke liye ehsaab ehsaab ehsaab ehsaani halaat pata kiye hain ki vah us kaam van jaungi.</w:t>
      </w:r>
    </w:p>
    <w:p>
      <w:pPr>
        <w:jc w:val="right"/>
      </w:pPr>
      <w:r>
        <w:t>Painted farming भी और eternity reason. खुला हुआ यह बात का वह है कि जिस तरह से एहसाब एहसाब एहसाब एहसानी के लिए एहसाब एहसाब एहसाब एहसानी हालात पता किए हैं कि वह उस काम वन जाऊंगी.</w:t>
      </w:r>
    </w:p>
    <w:p>
      <w:r>
        <w:rPr>
          <w:b/>
        </w:rPr>
        <w:t xml:space="preserve">[16:59] </w:t>
      </w:r>
      <w:r>
        <w:t>khula hua yah eesharaah main draw karta hoon. Till now humko is daurakhir mein daati allah ke likhul farmaal.</w:t>
      </w:r>
    </w:p>
    <w:p>
      <w:pPr>
        <w:jc w:val="right"/>
      </w:pPr>
      <w:r>
        <w:t>खुला हुआ यह ईशाराह मैं दा करता हूं तैला तैला हमको इस दौराखिर में दावती अल्लाह के लिखूल फ़रमाल.</w:t>
      </w:r>
    </w:p>
    <w:p>
      <w:r>
        <w:rPr>
          <w:b/>
        </w:rPr>
        <w:t xml:space="preserve">[17:26] </w:t>
      </w:r>
      <w:r>
        <w:t>jo jo glimi daav varg to ne ko qadar kiya hai,</w:t>
      </w:r>
    </w:p>
    <w:p>
      <w:pPr>
        <w:jc w:val="right"/>
      </w:pPr>
      <w:r>
        <w:t>यो क्या मुझसे पहले का क्या मज़हब पहले के ज़ुबाने में जो अलमी दावा वर्थ होना है वो मुखतर है उसके लिए खुद आया हम अपने को face तो face करते थे इस समय आपको पता है पर face तो कुमूल फरमाओ. जो जो ग़लीमी दाव वर्ग तो ने को कदर किया है,</w:t>
      </w:r>
    </w:p>
    <w:p>
      <w:r>
        <w:rPr>
          <w:b/>
        </w:rPr>
        <w:t xml:space="preserve">[17:55] </w:t>
      </w:r>
      <w:r>
        <w:t>uske liye bilashati se kuch human face dilka rahe hain, pata hai hum apne aap ko kesh karte</w:t>
      </w:r>
    </w:p>
    <w:p>
      <w:pPr>
        <w:jc w:val="right"/>
      </w:pPr>
      <w:r>
        <w:t>उसके लिए बिलाशाती से कुछ human face दिल्का रहे हैं, पता है हम अपने आप को केश करते</w:t>
      </w:r>
    </w:p>
    <w:p>
      <w:r>
        <w:rPr>
          <w:b/>
        </w:rPr>
        <w:t xml:space="preserve">[18:04] </w:t>
      </w:r>
      <w:r>
        <w:t>hain to usko human face ke taur par, to humko is kaam ke liye istemal fanka hai.</w:t>
      </w:r>
    </w:p>
    <w:p>
      <w:pPr>
        <w:jc w:val="right"/>
      </w:pPr>
      <w:r>
        <w:t>हैं तो उसको human face के तौर पर, तो हमको इस काम के लिए इस्तेमाल फ़ंका है.</w:t>
      </w:r>
    </w:p>
    <w:p>
      <w:r>
        <w:rPr>
          <w:b/>
        </w:rPr>
        <w:t xml:space="preserve">[18:14] </w:t>
      </w:r>
      <w:r>
        <w:t>humko woh himmat de, humko wo nazar de, humko wo soch de, humko wo wasaal de jiske liye</w:t>
      </w:r>
    </w:p>
    <w:p>
      <w:pPr>
        <w:jc w:val="right"/>
      </w:pPr>
      <w:r>
        <w:t>हमको वह हिम्मत दे, हमको वो नज़र दे, हमको वो सोच दे, हमको वो वसाल दे जिसके लिए</w:t>
      </w:r>
    </w:p>
    <w:p>
      <w:r>
        <w:rPr>
          <w:b/>
        </w:rPr>
        <w:t xml:space="preserve">[18:23] </w:t>
      </w:r>
      <w:r>
        <w:t>hum is kaam ko wo kamar kar sake.</w:t>
      </w:r>
    </w:p>
    <w:p>
      <w:pPr>
        <w:jc w:val="right"/>
      </w:pPr>
      <w:r>
        <w:t>हम इस काम को वो कमर कर सके.</w:t>
      </w:r>
    </w:p>
    <w:p>
      <w:r>
        <w:rPr>
          <w:b/>
        </w:rPr>
        <w:t xml:space="preserve">[18:33] </w:t>
      </w:r>
      <w:r>
        <w:t>filhaal isse pehle bhi jin logon ne daawat ka kaam kiya vo bhi kamzor log the teri madad se hi teri madad hi hi se vah kaam kar pae.</w:t>
      </w:r>
    </w:p>
    <w:p>
      <w:pPr>
        <w:jc w:val="right"/>
      </w:pPr>
      <w:r>
        <w:t>फ़िलहाल इससे पहले भी जिन लोगों ने दावत का काम किया वो भी कमज़ोर लोग थे तेरी मदद से ही तेरी मदद ही ही से वह काम कर पाए.</w:t>
      </w:r>
    </w:p>
    <w:p>
      <w:r>
        <w:rPr>
          <w:b/>
        </w:rPr>
        <w:t xml:space="preserve">[18:46] </w:t>
      </w:r>
      <w:r>
        <w:t>aaj bhi ho gaya tere kamzor bande, tujhse usi rahmat ki ummeed kar rahe hain ki teri madad se hum is kaam ko poora kar sake.</w:t>
      </w:r>
    </w:p>
    <w:p>
      <w:pPr>
        <w:jc w:val="right"/>
      </w:pPr>
      <w:r>
        <w:t>आज भी हो गया तेरे कमज़ोर बंदे, तुझसे उसी राहमत की उम्मीद कर रहे हैं कि तेरी मदद से हम इस काम को पूरा कर सके.</w:t>
      </w:r>
    </w:p>
    <w:p>
      <w:r>
        <w:rPr>
          <w:b/>
        </w:rPr>
        <w:t xml:space="preserve">[19:10] </w:t>
      </w:r>
      <w:r>
        <w:t>bataya hamein himmat de, bataya hamari niyaton ko doosre parwah, hamari zuban mein taqat de, hamare thodi koshish</w:t>
      </w:r>
    </w:p>
    <w:p>
      <w:pPr>
        <w:jc w:val="right"/>
      </w:pPr>
      <w:r>
        <w:t>बताया हमें हिम्मत दे, बताया हमारी नियतों को दूसरे पर्वाह, हमारी जुबान में ताकत दे, हमारे थोड़ी कोशिश</w:t>
      </w:r>
    </w:p>
    <w:p>
      <w:r>
        <w:rPr>
          <w:b/>
        </w:rPr>
        <w:t xml:space="preserve">[19:20] </w:t>
      </w:r>
      <w:r>
        <w:t>ko barkat apni barkat deriya zyada bukhir bana de.</w:t>
      </w:r>
    </w:p>
    <w:p>
      <w:pPr>
        <w:jc w:val="right"/>
      </w:pPr>
      <w:r>
        <w:t>को बरकत अपनी बरकत देरिया ज़्यादा बुखीर बना दे.</w:t>
      </w:r>
    </w:p>
    <w:p>
      <w:r>
        <w:rPr>
          <w:b/>
        </w:rPr>
        <w:t xml:space="preserve">[19:30] </w:t>
      </w:r>
      <w:r>
        <w:t>khuda humein to phir dekh hum insaan ke kharkhaw bane.</w:t>
      </w:r>
    </w:p>
    <w:p>
      <w:pPr>
        <w:jc w:val="right"/>
      </w:pPr>
      <w:r>
        <w:t>खुदा हमें तो फिर देख हम इंसान के ख़रख़ाव बने.</w:t>
      </w:r>
    </w:p>
    <w:p>
      <w:r>
        <w:rPr>
          <w:b/>
        </w:rPr>
        <w:t xml:space="preserve">[19:41] </w:t>
      </w:r>
      <w:r>
        <w:t>hum sirf insaan ke kharkhai ke liye aur itni radda ke liye kaam karen. hota hai hamein dopahrik dekh hum kisi bhi kisi kisi kisi kin ka maaddi increase. hamare andar na fayda hone pae.</w:t>
      </w:r>
    </w:p>
    <w:p>
      <w:pPr>
        <w:jc w:val="right"/>
      </w:pPr>
      <w:r>
        <w:t>हम सिर्फ इंसान के ख़रख़ाई के लिए और इतनी रद्दा के लिए काम करें. होता है हमें दोपहरीक देख हम किसी भी किसी किसी किसी किन का माद्दी increase. हमारे अंदर ना फ़ायदा होने पाए.</w:t>
      </w:r>
    </w:p>
    <w:p>
      <w:r>
        <w:rPr>
          <w:b/>
        </w:rPr>
        <w:t xml:space="preserve">[20:07] </w:t>
      </w:r>
      <w:r>
        <w:t>koi ahmad trfeek dekh hum poore haath ke saath us kaam kar sake kyunki yah to bada kaam teen varg par bagar nahin ho sakta, teen varg par bagar nahin ho sakta. khudaya tu preshton ke fauj bhej diya hamari madad ke liye.</w:t>
      </w:r>
    </w:p>
    <w:p>
      <w:pPr>
        <w:jc w:val="right"/>
      </w:pPr>
      <w:r>
        <w:t>कोई अहमद त्रफीक देख हम पूरे हाथ के साथ उस काम कर सके क्योंकि यह तो बड़ा काम तीन वर्ग पर बगार नहीं हो सकता, तीन वर्ग पर बगार नहीं हो सकता. खुदाया तू प्रेष्टों के फ़ौज भेज दिया हमारी मदद के लिए.</w:t>
      </w:r>
    </w:p>
    <w:p>
      <w:r>
        <w:rPr>
          <w:b/>
        </w:rPr>
        <w:t xml:space="preserve">[20:35] </w:t>
      </w:r>
      <w:r>
        <w:t>khudaya hamein un baddon mein shaanbhar farma yaast mein poshe to asaab rasool to rasulla se asaab farmaen ke liye mere vo ummeed ke log jinhone mere mission ko bookmarked kiya.</w:t>
      </w:r>
    </w:p>
    <w:p>
      <w:pPr>
        <w:jc w:val="right"/>
      </w:pPr>
      <w:r>
        <w:t>खुदाया हमें उन बद्दों में शांभर फरमा यासत में पोशे तो असाब रसूल तो रसूल्ला से असाब फरमाएं के लिए मेरे वो उम्मीद के लोग जिन्होंने मेरे mission को बुकमर किया.</w:t>
      </w:r>
    </w:p>
    <w:p>
      <w:r>
        <w:rPr>
          <w:b/>
        </w:rPr>
        <w:t xml:space="preserve">[21:00] </w:t>
      </w:r>
      <w:r>
        <w:t>vahan main allah ki roz mein jagah mile, vahan hamari janat ke darwaze khole jaen. vahan hum asabar sool se mil saken, august, august se aur saare pagalon se mil saken. vahan solah ke yograh hamare swar ho.</w:t>
      </w:r>
    </w:p>
    <w:p>
      <w:pPr>
        <w:jc w:val="right"/>
      </w:pPr>
      <w:r>
        <w:t>वहां मैं अल्लाह की रोज़ में जगह मिले, वहां हमारी जनत के दरवाज़े खोले जाए. वहां हम असाबर सूल से मिल सकें, August, August से और सारे पागलों से मिल सकें. वहां सोलह के योग्रह हमारे स्वार हो.</w:t>
      </w:r>
    </w:p>
    <w:p>
      <w:r>
        <w:rPr>
          <w:b/>
        </w:rPr>
        <w:t xml:space="preserve">[21:28] </w:t>
      </w:r>
      <w:r>
        <w:t>fazad aabad se allah ke liye jo bhi cheezen muddooq hain jinka hamein el bhi nahin vo sab hamein atafarama daavat e allah ke liye kya kya muddoob hai kya kya chahiye usko sahi tarah panjam dene ke liye hum uski koi phir se nahin bana sakte.</w:t>
      </w:r>
    </w:p>
    <w:p>
      <w:pPr>
        <w:jc w:val="right"/>
      </w:pPr>
      <w:r>
        <w:t>फ़ज़ाद आबाद से अल्लाह के लिए जो भी चीज़ें मुद्दूक हैं जिनका हमें ऐल भी नहीं वो सब हमें अताफरमा दावत ए अल्लाह के लिए क्या क्या मुद्दूब है क्या क्या चाहिए उसको सही तरह पंजाम देने के लिए हम उसकी कोई फिर से नहीं बना सकते.</w:t>
      </w:r>
    </w:p>
    <w:p>
      <w:r>
        <w:rPr>
          <w:b/>
        </w:rPr>
        <w:t xml:space="preserve">[21:58] </w:t>
      </w:r>
      <w:r>
        <w:t>yah tairai kaam hai aur teri hil mein yah baat bhi hai ki kya vaisaal chahiye usko mukambal karne ke liye? to khuda hai vo saare vo saare meida farma. hamein is daurafir mein gavat allah ke kaam kariye fabool farma.</w:t>
      </w:r>
    </w:p>
    <w:p>
      <w:pPr>
        <w:jc w:val="right"/>
      </w:pPr>
      <w:r>
        <w:t>यह तैराई काम है और तेरी हिल में यह बात भी है कि क्या वैसाल चाहिए उसको मुकंबल करने के लिए? तो खुदा है वो सारे वो सारे मैदा फ़रमा. हमें इस दौराफिर में गावत अल्लाह के काम करिए फबूल फ़रमा.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