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Message of Ramadan April 9, 2023 Prof. Farida Khanam</w:t>
      </w:r>
    </w:p>
    <w:p>
      <w:r>
        <w:t>https://www.youtube.com/watch?v=z-jsHB1vlV4</w:t>
      </w:r>
    </w:p>
    <w:p>
      <w:r>
        <w:rPr>
          <w:b/>
        </w:rPr>
        <w:t xml:space="preserve">[00:11] </w:t>
      </w:r>
      <w:r>
        <w:t>assalamalikum. last week we had conversation with doctor saniya snen khan on the importance and virtues of ramadan. we'll continue the discussion on message of ramadan today with professor farida khanam. as we know that ramadan is a month of spiritual activism to awaken one's spirituality.</w:t>
      </w:r>
    </w:p>
    <w:p>
      <w:pPr>
        <w:jc w:val="right"/>
      </w:pPr>
      <w:r>
        <w:t>अस्सलामालेकुम. Last week we had conversation with doctor सानिया स्नेन खान on the importance and virtues of रामादान. We'll continue the discussion on message of रामादान today with professor फरीदा खानम. As we know that रमादान is a month of spiritual activism to awaken one's spirituality.</w:t>
      </w:r>
    </w:p>
    <w:p>
      <w:r>
        <w:rPr>
          <w:b/>
        </w:rPr>
        <w:t xml:space="preserve">[00:35] </w:t>
      </w:r>
      <w:r>
        <w:t>ramadan is a reminder, a sincere reminder for everyone that this world has been created by god almighty and not by us. he's the owner of this world and we have to live in this world in accordance with his will. so the secret to success to live in this world of god is to live a disciplined life. discipline comes with purification.</w:t>
      </w:r>
    </w:p>
    <w:p>
      <w:pPr>
        <w:jc w:val="right"/>
      </w:pPr>
      <w:r>
        <w:t>रमादान is a reminder, a sincere reminder for everyone that this world has been created by god almighty and not by us. He's the owner of this world and we have to live in this world in accordance with his will. So the secret to success to live in this world of God is to live a disciplined life. Discipline comes with purification.</w:t>
      </w:r>
    </w:p>
    <w:p>
      <w:r>
        <w:rPr>
          <w:b/>
        </w:rPr>
        <w:t xml:space="preserve">[01:01] </w:t>
      </w:r>
      <w:r>
        <w:t>prophet mohammad once said that there is purification for all things and the purification for body is fasting. so, ramadan is the month of purification of one's soul. mera person reassesses one's life, reviews all the affairs and replans one life to build a personality, a new personality within oneself.</w:t>
      </w:r>
    </w:p>
    <w:p>
      <w:pPr>
        <w:jc w:val="right"/>
      </w:pPr>
      <w:r>
        <w:t>Prophet मोहम्मद once said that there is purification for all things and the purification for body is fasting. So, रमादान is the month of purification of one's soul. मेरा person reassesses one's life, reviews all the affairs and replans one life to build a personality, a new personality within oneself.</w:t>
      </w:r>
    </w:p>
    <w:p>
      <w:r>
        <w:rPr>
          <w:b/>
        </w:rPr>
        <w:t xml:space="preserve">[01:27] </w:t>
      </w:r>
      <w:r>
        <w:t>to chaliye aaj hum baatchit karte hain farida apa se on the message of ramadan. assalama alima apa kaisi hain aap? wali bislama, walam dillaah. aap theek hain? ji apa alamdil alla.</w:t>
      </w:r>
    </w:p>
    <w:p>
      <w:pPr>
        <w:jc w:val="right"/>
      </w:pPr>
      <w:r>
        <w:t>तो चलिए आज हम बातचीत करते हैं फरीदा आपा से on the message of रमादान. अस्सलामा अलीमा आपा कैसी हैं आप? वाली बिस्लाम, वालाम दिल्लाह. आप ठीक हैं? जी आपा अलामदिल अल्ला.</w:t>
      </w:r>
    </w:p>
    <w:p>
      <w:r>
        <w:rPr>
          <w:b/>
        </w:rPr>
        <w:t xml:space="preserve">[01:40] </w:t>
      </w:r>
      <w:r>
        <w:t>aap jaisa ki hum jaante hain ki Ramadan is the month jab Quran utari and it was the first verse that came to Prophet was when he was in the cave Hira near Makkah and takreeban tees saal lage poori Quran ko utarne mein. to there is a close link between Rama Ramadan and Quran.</w:t>
      </w:r>
    </w:p>
    <w:p>
      <w:pPr>
        <w:jc w:val="right"/>
      </w:pPr>
      <w:r>
        <w:t>आप जैसा कि हम जानते हैं कि रमादान is the month जब कुरान उतरी and it was the first verse that came to profit was when he was in the cave हीरा near मक्का and तकरीबन तेईस साल लगे पूरी कुरान को उतरने में. तो there is a close link between रमा रमादान and कुरान.</w:t>
      </w:r>
    </w:p>
    <w:p>
      <w:r>
        <w:rPr>
          <w:b/>
        </w:rPr>
        <w:t xml:space="preserve">[02:04] </w:t>
      </w:r>
      <w:r>
        <w:t>to mera pehla sawal to aap aapse yahi hai ki aap hum sabko bataen quran aur ramadan ke bare mein, quran kaise padha jaaye aur aur bhi bahut kuch. to aap, aap yahan se shuru kijiye. ji aapne sahi farmaya ki quran jo hai uska mujool hua ramzan mein. quran mein aaya hai surya bukhra mein, shahro ramzan allaji unzila feel quran.</w:t>
      </w:r>
    </w:p>
    <w:p>
      <w:pPr>
        <w:jc w:val="right"/>
      </w:pPr>
      <w:r>
        <w:t>तो मेरा पहला सवाल तो आप आपसे यही है कि आप हम सबको बताएं कुरान और रमादान के बारे में, कुरान कैसे पढ़ा जाए और और भी बहुत कुछ. तो आप, आप यहां से शुरू कीजिए. जी आपने सही फरमाया कि कुरान जो है उसका मुजूल हुआ रमज़ान में. कुरान में आया है सूर्य बखरा में, शहरों रमज़ान अल्लजी उनजिला फील कुरान.</w:t>
      </w:r>
    </w:p>
    <w:p>
      <w:r>
        <w:rPr>
          <w:b/>
        </w:rPr>
        <w:t xml:space="preserve">[02:33] </w:t>
      </w:r>
      <w:r>
        <w:t>to quran ramzan ke mahine mein utara gaya. to bas tum mein se jo shakhs is mahine ko paaye usmein roze rakhein. alquran ka matlab hai padhi jaane wali kitab. lekin padhi jaane wali kitab se murad sirf tilawat ya recitation nahi hai balki tatabbur, tafakur ke saath padhna, jisko hum keh sakte hain study karna.</w:t>
      </w:r>
    </w:p>
    <w:p>
      <w:pPr>
        <w:jc w:val="right"/>
      </w:pPr>
      <w:r>
        <w:t>तो कुरान रमज़ान के महीने में उतारा गया. तो बस तुम में से जो शख्स इस महीने को पाए उसमें रोज़े रखें. अल्कुरान का मतलब है पढ़ी जाने वाली किताब. लेकिन पढ़ी जाने वाली किताब से मुराद सिर्फ तिलावत या recitation नहीं है बल्कि ततब्बूर, तफकुर के साथ पढ़ना, जिसको हम कह सकते हैं study करना.</w:t>
      </w:r>
    </w:p>
    <w:p>
      <w:r>
        <w:rPr>
          <w:b/>
        </w:rPr>
        <w:t xml:space="preserve">[02:59] </w:t>
      </w:r>
      <w:r>
        <w:t>to poora tareeke se usko samajhna aur uske paigham ko apni zindagi mein apply karna. isiliye tarabi ka qayam amal mein aaya ki taaki tamam log milkar istemai taur par quran ka telawat mein hissa lein aur uski study mein hissa lein, us par discussion karein aur usko samjhein ki quran ka message kya hai?</w:t>
      </w:r>
    </w:p>
    <w:p>
      <w:pPr>
        <w:jc w:val="right"/>
      </w:pPr>
      <w:r>
        <w:t>तो पूरा तरीके से उसको समझना और उसके पैगाम को अपनी ज़िंदगियों में apply करना. इसीलिए तराबी का क्याम अमल में आया कि ताकि तमाम लोग मिलकर इस्तेमाई तौर पर कुरान का कि तेलावत में हिस्सा लें और उसकी study में हिस्सा लें, उस पर discussion करें और उसको समझें कि कुरान का message क्या है?</w:t>
      </w:r>
    </w:p>
    <w:p>
      <w:r>
        <w:rPr>
          <w:b/>
        </w:rPr>
        <w:t xml:space="preserve">[03:25] </w:t>
      </w:r>
      <w:r>
        <w:t>to hadith bhi hai ki tum mein sabse behtar wah shakhs hai jo quran ko seekhe aur sikhaye. to ramzan ka mahina jo hai quran par gaur karne ka mahina hai. kai tareeke se namaz, namaz mein quran padha jaata hai. phir tarabi mein poora quran mukammal kiya jaata hai. to is tareeke se aur etkaf mein full time quran padha jaata hai.</w:t>
      </w:r>
    </w:p>
    <w:p>
      <w:pPr>
        <w:jc w:val="right"/>
      </w:pPr>
      <w:r>
        <w:t>तो हदीस भी है कि तुम में सबसे बेहतर वह शख्स है जो कुरान को सीखे और सिखाए. तो रमज़ान का महीना जो है कुरान पर गौर करने का महीना है. कई तरीके से नमाज़, नमाज़ में कुरान पढ़ा जाता है. फिर तराबी में पूरा कुरान मुकंबल किया जाता है. तो इस तरीके से और एतकाफ में full time कुरान पढ़ा जाता है.</w:t>
      </w:r>
    </w:p>
    <w:p>
      <w:r>
        <w:rPr>
          <w:b/>
        </w:rPr>
        <w:t xml:space="preserve">[03:53] </w:t>
      </w:r>
      <w:r>
        <w:t>usko uske tarj mein padhe jaate hain, usko samjha jaata hai. to is tareeke se quran se hamein poora jo hai rabbani, quran ek rabbani dastar khan hai. to hamein usse wah spiritual food hamein milna chahiye tabhi humne quran ko padha. warna hazrat aisha ki zabaan mein kahenge ki quran ko padha magar nahi padha. to jo far far far karke quran mukammal kar lete hain, to woh uska wah faida nahi hai jo quran ki study karne ka faida hai.</w:t>
      </w:r>
    </w:p>
    <w:p>
      <w:pPr>
        <w:jc w:val="right"/>
      </w:pPr>
      <w:r>
        <w:t>उसको उसके तर्ज में पढ़े जाते हैं, उसको समझा जाता है. तो इस तरीके से कुरान से हमें पूरा जो है रब्बानी, कुरान एक रब्बानी दस्तर खान है. तो हमें उससे वह spiritual food हमें मिलना चाहिए तभी हमने कुरान को पढ़ा. वरना हजरताइशा की ज़बान में कहेंगे कि कुरान को पढ़ा मगर नहीं पढ़ा. तो जो फ़र फ़र फ़र करके कुरान मकंबल कर लेते हैं, तो वह उसका वह फ़ायदा नहीं है जो कुरान की study करने का फ़ायदा है.</w:t>
      </w:r>
    </w:p>
    <w:p>
      <w:r>
        <w:rPr>
          <w:b/>
        </w:rPr>
        <w:t xml:space="preserve">[04:23] </w:t>
      </w:r>
      <w:r>
        <w:t>asal mein dekhiye quran khuda ki ek ajeeb nemat hai. allah taala ne divine books har bagambar ke saath bheji apna message, har bagambar ke saath bheja lekin quran hi ek wahid kitab hai jo mehfooz hai. to hamare paas khuda ki mehfooz preserved divine book hai. to usko hum jitna bhi padhein jitna bhi samajhne ki koshish karein, to wah hamare liye kam hai.</w:t>
      </w:r>
    </w:p>
    <w:p>
      <w:pPr>
        <w:jc w:val="right"/>
      </w:pPr>
      <w:r>
        <w:t>असल में देखिए कुरान खुदा की एक अजीब नेमत है. अल्लाह तालाह ने divine books हर बगम्बर के साथ भेजी अपना message, हर बगम्बर के साथ भेजा लेकिन कुरान ही एक वाहित किताब है जो महफूज है. तो हमारे पास खुदा की महफूज preserved divine book है. तो उसको हम जितना भी पढ़ें जितना भी समझने की कोशिश करें, तो वह हमारे लिए कम है.</w:t>
      </w:r>
    </w:p>
    <w:p>
      <w:r>
        <w:rPr>
          <w:b/>
        </w:rPr>
        <w:t xml:space="preserve">[04:48] </w:t>
      </w:r>
      <w:r>
        <w:t>quran ke bahut sare maane discover hote hain jab bar bar usko gehrai ke saath hum padhte hain.</w:t>
      </w:r>
    </w:p>
    <w:p>
      <w:pPr>
        <w:jc w:val="right"/>
      </w:pPr>
      <w:r>
        <w:t>कुरान के बहुत सारे माने discover होते हैं जब बार बार उसको गहराई के साथ हम पढ़ते हैं.</w:t>
      </w:r>
    </w:p>
    <w:p>
      <w:r>
        <w:rPr>
          <w:b/>
        </w:rPr>
        <w:t xml:space="preserve">[04:55] </w:t>
      </w:r>
      <w:r>
        <w:t>to is tareeqe se yeh poora mahina humko isi tarah guzarna chahiye, aur apne distractions ko kam karna</w:t>
      </w:r>
    </w:p>
    <w:p>
      <w:pPr>
        <w:jc w:val="right"/>
      </w:pPr>
      <w:r>
        <w:t>तो इस तरीके से यह पूरा महीना हमको इसी तरह गुज़ारना चाहिए, और अपने distractions को कम करना</w:t>
      </w:r>
    </w:p>
    <w:p>
      <w:r>
        <w:rPr>
          <w:b/>
        </w:rPr>
        <w:t xml:space="preserve">[05:04] </w:t>
      </w:r>
      <w:r>
        <w:t>chahiye, apne jo duniya mein mashgooliyat hain usmein usmein kami karna chahiye, zyada zindagi hityar karna chahiye ek</w:t>
      </w:r>
    </w:p>
    <w:p>
      <w:pPr>
        <w:jc w:val="right"/>
      </w:pPr>
      <w:r>
        <w:t>चाहिए, अपने जो दुनिया में मशगूलियात हैं उसमें उसमें कमी करना चाहिए, ज़्यादा ज़िंदगी हित्यार करना चाहिए एक</w:t>
      </w:r>
    </w:p>
    <w:p>
      <w:r>
        <w:rPr>
          <w:b/>
        </w:rPr>
        <w:t xml:space="preserve">[05:14] </w:t>
      </w:r>
      <w:r>
        <w:t>mahine mein jab hum achhi tarah se quran ko padhenge, samjhenge, to phir woh hamari aage poore saal</w:t>
      </w:r>
    </w:p>
    <w:p>
      <w:pPr>
        <w:jc w:val="right"/>
      </w:pPr>
      <w:r>
        <w:t>महीने में जब हम अच्छी तरीके से कुरान को पढ़ेंगे, समझेंगे, तो फिर वह हमारी आगे पूरे साल</w:t>
      </w:r>
    </w:p>
    <w:p>
      <w:r>
        <w:rPr>
          <w:b/>
        </w:rPr>
        <w:t xml:space="preserve">[05:24] </w:t>
      </w:r>
      <w:r>
        <w:t>hamare kaam aayega, phir agli baar phir ek mahina hamein milega, to ek mahina humko poore concentration ke</w:t>
      </w:r>
    </w:p>
    <w:p>
      <w:pPr>
        <w:jc w:val="right"/>
      </w:pPr>
      <w:r>
        <w:t>हमारे काम आएगा, फिर अगली बार फिर एक महीना हमें मिलेगा, तो एक महीना हमको पूरे concentration के</w:t>
      </w:r>
    </w:p>
    <w:p>
      <w:r>
        <w:rPr>
          <w:b/>
        </w:rPr>
        <w:t xml:space="preserve">[05:34] </w:t>
      </w:r>
      <w:r>
        <w:t>saath, poore devotion ke saath puran ke message ko samajhna hai.</w:t>
      </w:r>
    </w:p>
    <w:p>
      <w:pPr>
        <w:jc w:val="right"/>
      </w:pPr>
      <w:r>
        <w:t>साथ, पूरे devotion के साथ पुरान के message को समझना है.</w:t>
      </w:r>
    </w:p>
    <w:p>
      <w:r>
        <w:rPr>
          <w:b/>
        </w:rPr>
        <w:t xml:space="preserve">[05:44] </w:t>
      </w:r>
      <w:r>
        <w:t>ji, aap bahut achha kaha aapne ki yeh tarbiyat ka mahina hai aur saada zindagi ikhtiyar karna hai. asal mein to jo source of problems hai wah yahi hai ki insaan saada zindagi nahi ikhtiyar karta. aap to main taqwe se related aapse poochna chahunga. jaise hum jaante hain ki taqwa means god faring life or leading a cautious life.</w:t>
      </w:r>
    </w:p>
    <w:p>
      <w:pPr>
        <w:jc w:val="right"/>
      </w:pPr>
      <w:r>
        <w:t>जी, आप बहुत अच्छा कहा आपने कि यह तरबीयत का महीना है और सादा ज़िंदगी इख्तैयार करना है. असल में तो जो source of problems है वह यही है कि इंसान सादा ज़िंदगी नहीं इख्तैयार करता. आप तो मैं तक्वे से related आपसे पूछना चाहूंगा. जैसे हम जानते हैं कि तक्वा means god faring life or leading a cautious life.</w:t>
      </w:r>
    </w:p>
    <w:p>
      <w:r>
        <w:rPr>
          <w:b/>
        </w:rPr>
        <w:t xml:space="preserve">[06:05] </w:t>
      </w:r>
      <w:r>
        <w:t>it means basically that a person has to avoid all those things which have been prohibited by god almighty and do all those things which are allowed. to aap roze se takwa kaise badhta hai? iske bare mein aap hum sabko bataye.</w:t>
      </w:r>
    </w:p>
    <w:p>
      <w:pPr>
        <w:jc w:val="right"/>
      </w:pPr>
      <w:r>
        <w:t>It means basically that a person has to avoid all those things which have been prohibited by god almighty and do all those things which are allowed. तो आप रोज़े से तकवा कैसे बढ़ता है? इसके बारे में आप हम सबको बताएं.</w:t>
      </w:r>
    </w:p>
    <w:p>
      <w:r>
        <w:rPr>
          <w:b/>
        </w:rPr>
        <w:t xml:space="preserve">[06:24] </w:t>
      </w:r>
      <w:r>
        <w:t>asal mein jo roza ki jo spirit hai wah usi se takhba nikalta hai kyunki puran mein aaya hai aye iman walon tum par roza farz kiya gaya taaki tum muttaki bano.</w:t>
      </w:r>
    </w:p>
    <w:p>
      <w:pPr>
        <w:jc w:val="right"/>
      </w:pPr>
      <w:r>
        <w:t>असल में जो रोज़ा की जो spirit है वही उसी से तखबा निकलता है क्योंकि पुरान में आया है ए ईमान वालों तुम पर रोज़ा फर्ज किया गया ताकि तुम मुत्तखी बनो.</w:t>
      </w:r>
    </w:p>
    <w:p>
      <w:r>
        <w:rPr>
          <w:b/>
        </w:rPr>
        <w:t xml:space="preserve">[06:37] </w:t>
      </w:r>
      <w:r>
        <w:t>to muttaki banne ka matlab yeh hai ki hum jab poora ek mahina is tarah guzarenge, yeh khuda ki yaad mein, quran ko padhne mein aur apna khana peena hamara din ko nahi hota hai, to hamare paas poora time hota hai without any distraction. to hum poore tareeke se apne aap ko devote kar sakte hain. kya islam ka paigham hai? kya quran mein hamein paigham milta hai?</w:t>
      </w:r>
    </w:p>
    <w:p>
      <w:pPr>
        <w:jc w:val="right"/>
      </w:pPr>
      <w:r>
        <w:t>तो मुत्तखी बनने का मतलब यह है कि हम जब पूरा एक महीना इस तरह गुज़ारेंगे, यह खुदा की याद में, कुरान को पढ़ने में और अपना खाना पीना हमारा दिन को नहीं होता है, तो हमारे पास पूरा time होता है without any distraction. तो हम पूरे तरीके से अपने आप को devote कर सकते हैं. क्या इस्लाम का पागाम है? क्या कुरान में हमें पागाम मिलता है?</w:t>
      </w:r>
    </w:p>
    <w:p>
      <w:r>
        <w:rPr>
          <w:b/>
        </w:rPr>
        <w:t xml:space="preserve">[07:04] </w:t>
      </w:r>
      <w:r>
        <w:t>to us tareeke se hamein jitna zyada hum gehrai se quran ko padhenge yeh sab related hai quran ki study karne se utna hi hamare andar god consciousness paida hogi aur lamzan mein chunki hamari jo sabse basic need hai khana peena, sona, sab mein fark aa jaata hai. hamari mamoolat mein fark aa jaata hai.</w:t>
      </w:r>
    </w:p>
    <w:p>
      <w:pPr>
        <w:jc w:val="right"/>
      </w:pPr>
      <w:r>
        <w:t>तो उस तरीके से हमें जितना ज़्यादा हम गहराई से कुरान को पढ़ेंगे यह सब related है कुरान की study करने से उतना ही हमारे अंदर god consciousness पैदा होगी और लमज़ान में चूंकि हमारी जो सबसे basic need है खाना पीना, सोना, सब में फ़र्क आ जाता है. हमारी मामूलात में फ़र्क आ जाता है.</w:t>
      </w:r>
    </w:p>
    <w:p>
      <w:r>
        <w:rPr>
          <w:b/>
        </w:rPr>
        <w:t xml:space="preserve">[07:27] </w:t>
      </w:r>
      <w:r>
        <w:t>to hamein doosri jo mana ki hui cheezein hain, jo forbidden cheezein hain, usmein hamein us par amal</w:t>
      </w:r>
    </w:p>
    <w:p>
      <w:pPr>
        <w:jc w:val="right"/>
      </w:pPr>
      <w:r>
        <w:t>तो हमें दूसरी जो मना की हुई चीज़ें हैं, जो forbidden चीज़ें हैं, उसमें हमें उस पर अमल</w:t>
      </w:r>
    </w:p>
    <w:p>
      <w:r>
        <w:rPr>
          <w:b/>
        </w:rPr>
        <w:t xml:space="preserve">[07:33] </w:t>
      </w:r>
      <w:r>
        <w:t>karne mein hamein aasani hoti hai, kyunki jab hum khana peena chhod sakte hain khuda ki, rada ki</w:t>
      </w:r>
    </w:p>
    <w:p>
      <w:pPr>
        <w:jc w:val="right"/>
      </w:pPr>
      <w:r>
        <w:t>करने में हमें आसानी होती है, क्योंकि जब हम खाना पीना छोड़ सकते हैं खुदा की, रदा की</w:t>
      </w:r>
    </w:p>
    <w:p>
      <w:r>
        <w:rPr>
          <w:b/>
        </w:rPr>
        <w:t xml:space="preserve">[07:39] </w:t>
      </w:r>
      <w:r>
        <w:t>khaatir to doosri cheezon ko chhodna jo hai hamare liye aasan ho jata hai, kyunki ab woh hadees</w:t>
      </w:r>
    </w:p>
    <w:p>
      <w:pPr>
        <w:jc w:val="right"/>
      </w:pPr>
      <w:r>
        <w:t>खातीर तो दूसरी चीज़ों को छोड़ना जो है हमारे लिए आसान हो जाता है, क्योंकि अब वह हदीस</w:t>
      </w:r>
    </w:p>
    <w:p>
      <w:r>
        <w:rPr>
          <w:b/>
        </w:rPr>
        <w:t xml:space="preserve">[07:45] </w:t>
      </w:r>
      <w:r>
        <w:t>hai, aisi hadees se hain jismein bataya gaya hai ki hoda ko iski haajat nahin hai ki tum</w:t>
      </w:r>
    </w:p>
    <w:p>
      <w:pPr>
        <w:jc w:val="right"/>
      </w:pPr>
      <w:r>
        <w:t>है, ऐसी हदी से हैं जिसमें बताया गया है कि होदा को इसकी हाजत नहीं है कि तुम</w:t>
      </w:r>
    </w:p>
    <w:p>
      <w:r>
        <w:rPr>
          <w:b/>
        </w:rPr>
        <w:t xml:space="preserve">[07:51] </w:t>
      </w:r>
      <w:r>
        <w:t>apna khana peena chhod do, balki har burai ko chhod do.</w:t>
      </w:r>
    </w:p>
    <w:p>
      <w:pPr>
        <w:jc w:val="right"/>
      </w:pPr>
      <w:r>
        <w:t>अपना खाना पीना छोड़ दो, बल्कि हर बुराई को छोड़ दो.</w:t>
      </w:r>
    </w:p>
    <w:p>
      <w:r>
        <w:rPr>
          <w:b/>
        </w:rPr>
        <w:t xml:space="preserve">[07:58] </w:t>
      </w:r>
      <w:r>
        <w:t>koi bhi provocation ho to tum provoke na ho, kisi tareeke se bhi tumhare andar negativity na aaye, chahe kitna hi doosron se problem tum log face karna pade aur agar koi kuch galat baat kehta hai to tum uska jawab mat do, tum keh do main rozedar hoon.</w:t>
      </w:r>
    </w:p>
    <w:p>
      <w:pPr>
        <w:jc w:val="right"/>
      </w:pPr>
      <w:r>
        <w:t>कोई भी provocation हो तो तुम provoke ना हो, किसी तरीके से भी तुम्हारे अंदर negativity ना आए, चाहे कितना ही दूसरों से problem तुम लोग face करना पड़े और अगर कोई कुछ गलत बात कहता है तो तुम उसका जवाब मत दो, तुम कह दो मैं रोज़ेदार हूं.</w:t>
      </w:r>
    </w:p>
    <w:p>
      <w:r>
        <w:rPr>
          <w:b/>
        </w:rPr>
        <w:t xml:space="preserve">[08:15] </w:t>
      </w:r>
      <w:r>
        <w:t>to yeh jo hai sara mashk jo sahab mahine bhar ki hoti hai, uski wajah se hamari ek, ek positive personality banti hai lekin hamein uske liye bilkul sachha roza rakhna chahiye, poori spirit ke saath roza. to maulana sahab ne har ek ibadat ko kaha hai ki uski spirit ke saath rakhi jaaye, rakh wah ek ibadat ki jaaye tabhi wah qabil e qubool hoti hai khuda ke yahan.</w:t>
      </w:r>
    </w:p>
    <w:p>
      <w:pPr>
        <w:jc w:val="right"/>
      </w:pPr>
      <w:r>
        <w:t>तो यह जो है सारा मश्क जो साहब महीने भर की होती है, उसकी वजह से हमारी एक, एक positive personality बनती है लेकिन हमें उसके लिए बिल्कुल सच्चा रोज़ा रखना चाहिए, पूरी spirit के साथ रोज़ा. तो मौराना साहब ने हर एक बादत को कहा है कि उसकी spirit के साथ रखी जाए, रख वह एक बादत की जाए तभी वह काबिलों कोबूल होती है खुदा के यहां.</w:t>
      </w:r>
    </w:p>
    <w:p>
      <w:r>
        <w:rPr>
          <w:b/>
        </w:rPr>
        <w:t xml:space="preserve">[08:41] </w:t>
      </w:r>
      <w:r>
        <w:t>aisi bahut si hadith hain ki jab tak hum uski spirit ke saath nahi kaam karenge tab tak wah khuda ke yahan, namaz bhi khuda ke yahan wah acceptable nahi hogi. to isi tareeke se roza hai.</w:t>
      </w:r>
    </w:p>
    <w:p>
      <w:pPr>
        <w:jc w:val="right"/>
      </w:pPr>
      <w:r>
        <w:t>ऐसी बहुत सी आदि से हैं कि जब तक हम उसकी spirit के साथ नहीं काम करेंगे तब तक वह खुदा के यहां, नमाज़ भी खुदा के यहां वह acceptable नहीं होगी. तो इसी तरीके से रोज़ा है.</w:t>
      </w:r>
    </w:p>
    <w:p>
      <w:r>
        <w:rPr>
          <w:b/>
        </w:rPr>
        <w:t xml:space="preserve">[08:53] </w:t>
      </w:r>
      <w:r>
        <w:t>to hamein zyada se zyada chahiye ki hum uski spirit ko poore tareeqe se us par amal karein</w:t>
      </w:r>
    </w:p>
    <w:p>
      <w:pPr>
        <w:jc w:val="right"/>
      </w:pPr>
      <w:r>
        <w:t>तो हमें ज़्यादा से ज़्यादा चाहिए कि हम उसकी spirit को पूरे तरीके से उस पर अमल करें</w:t>
      </w:r>
    </w:p>
    <w:p>
      <w:r>
        <w:rPr>
          <w:b/>
        </w:rPr>
        <w:t xml:space="preserve">[09:01] </w:t>
      </w:r>
      <w:r>
        <w:t>jo do's and don'ts hain, jo bhi forbidden cheezein hain, jo bhi, jo bhi moral values hain us</w:t>
      </w:r>
    </w:p>
    <w:p>
      <w:pPr>
        <w:jc w:val="right"/>
      </w:pPr>
      <w:r>
        <w:t>जो do's and don'ts हैं, जो भी forbidden चीज़ें हैं, जो भी, जो भी moral values हैं उस</w:t>
      </w:r>
    </w:p>
    <w:p>
      <w:r>
        <w:rPr>
          <w:b/>
        </w:rPr>
        <w:t xml:space="preserve">[09:09] </w:t>
      </w:r>
      <w:r>
        <w:t>par poore tareeqe se hum amal karein kyunki aisa hota hai ki zara der mein hamari hum galat</w:t>
      </w:r>
    </w:p>
    <w:p>
      <w:pPr>
        <w:jc w:val="right"/>
      </w:pPr>
      <w:r>
        <w:t>पर पूरे तरीके से हम अमल करें क्योंकि ऐसा होता है कि ज़रा देर में हमारी हम गलत</w:t>
      </w:r>
    </w:p>
    <w:p>
      <w:r>
        <w:rPr>
          <w:b/>
        </w:rPr>
        <w:t xml:space="preserve">[09:18] </w:t>
      </w:r>
      <w:r>
        <w:t>kaam karenge to hamara roza jo hai woh qubool nahin hoga aur phir jab hum bahut zyada quran</w:t>
      </w:r>
    </w:p>
    <w:p>
      <w:pPr>
        <w:jc w:val="right"/>
      </w:pPr>
      <w:r>
        <w:t>काम करेंगे तो हमारा रोज़ा जो है वह कुबूल नहीं होगा और फिर जब हम बहुत ज़्यादा कुरान</w:t>
      </w:r>
    </w:p>
    <w:p>
      <w:r>
        <w:rPr>
          <w:b/>
        </w:rPr>
        <w:t xml:space="preserve">[09:26] </w:t>
      </w:r>
      <w:r>
        <w:t>padhenge, bahut zyada apna introspection karenge, itisab karenge to phir usi tareeqe se hamari ek spiritual personality ka</w:t>
      </w:r>
    </w:p>
    <w:p>
      <w:pPr>
        <w:jc w:val="right"/>
      </w:pPr>
      <w:r>
        <w:t>पढ़ेंगे, बहुत ज़्यादा अपना introspection करेंगे, इतिसाब करेंगे तो फिर उसी तरीके से हमारी एक spiritual personality का</w:t>
      </w:r>
    </w:p>
    <w:p>
      <w:r>
        <w:rPr>
          <w:b/>
        </w:rPr>
        <w:t xml:space="preserve">[09:34] </w:t>
      </w:r>
      <w:r>
        <w:t>development hota hai.</w:t>
      </w:r>
    </w:p>
    <w:p>
      <w:pPr>
        <w:jc w:val="right"/>
      </w:pPr>
      <w:r>
        <w:t>development होता है.</w:t>
      </w:r>
    </w:p>
    <w:p>
      <w:r>
        <w:rPr>
          <w:b/>
        </w:rPr>
        <w:t xml:space="preserve">[09:43] </w:t>
      </w:r>
      <w:r>
        <w:t>jis wo quran mein kaha hai kunu rabbaneen, be god oriented to hamein apni zindagi ko ek god oriented life banana hai. to rasoolullah sallallahu sallallahu bhi bahut zyada iska khayal rakhte the roze mein. roze mein sadqa bhi aap bahut zyada karte the, ibadat bahut zyada karte the. to aap istighfar kehte hain ki sattar baar istighfar karte the.</w:t>
      </w:r>
    </w:p>
    <w:p>
      <w:pPr>
        <w:jc w:val="right"/>
      </w:pPr>
      <w:r>
        <w:t>जिस वो कुरान में कहा है कूनू रब्बानीन, be god oriented तो हमें अपनी ज़िंदगी को एक god oriented life बनाना है. तो रसूल्लाह सल्लाह सल्लाह भी बहुत ज़्यादा इसका ख्याल लगते थे रोज़े में. रोज़े में सत्का भी आप बहुत ज़्यादा करते थे, बादत बहुत ज़्यादा करते थे. तो आप इस्तेख्वार कहते हैं कि सत्तर बार इस्तेख्वार करते थे.</w:t>
      </w:r>
    </w:p>
    <w:p>
      <w:r>
        <w:rPr>
          <w:b/>
        </w:rPr>
        <w:t xml:space="preserve">[10:08] </w:t>
      </w:r>
      <w:r>
        <w:t>to aap samajh sakte hain hamein kitna zyada istighfar karna hai, apni galtiyon ko discover karna hai aur uske uske liye khuda se maafi mangni hai. to chunki roze mein hamari jo sensitivity hai, spiritual sensitivity hamari badh jaati hai, to isliye aadat mein bahut zyada effect aa jaata hai.</w:t>
      </w:r>
    </w:p>
    <w:p>
      <w:pPr>
        <w:jc w:val="right"/>
      </w:pPr>
      <w:r>
        <w:t>तो आप समझ सकते हैं हमें कितना ज़्यादा इस्तेख्वार करना है, अपनी गलतियों को discover करना है और उसके उसके लिए खुदा से माफी मांगनी है. तो चूंकि रोज़े में हमारी जो sensitivity है, spiritual sensitivity हमारी बढ़ जाती है, तो इसलिए अब आदत में बहुत ज़्यादा effect आ जाता है.</w:t>
      </w:r>
    </w:p>
    <w:p>
      <w:r>
        <w:rPr>
          <w:b/>
        </w:rPr>
        <w:t xml:space="preserve">[10:29] </w:t>
      </w:r>
      <w:r>
        <w:t>to us effect ki wajah se hum zyada se zyada quran se, namaz se, hum zyada se zyada faida utha sakte hain. to waise to wah hamesha ke liye hai, saal bhar ke liye hai lekin ab ramzan mein thoda mahaul ekdam different hota hai. hamara din ko hum khali rehte hain. to hamara bahut zyada waqt jo hai wah ibadat mein guzarta hai. to iski wajah se hamare andar ek takhwa ki capacity bhi badh jaati hai.</w:t>
      </w:r>
    </w:p>
    <w:p>
      <w:pPr>
        <w:jc w:val="right"/>
      </w:pPr>
      <w:r>
        <w:t>तो उस effect की वजह से हम ज़्यादा से ज़्यादा कुरान से, नमाज़ से, हम ज़्यादा से ज़्यादा फ़ायदा उठा सकते हैं. तो वैसे तो वह हमेशा के लिए है, साल भर के लिए है लेकिन अब रमज़ान में थोड़ा माहौल एकदम different होता है. हमारा दिन को हम खाली रहते हैं. तो हमारा बहुत ज़्यादा वक्त जो है वह इबादत में गुजरता है. तो इसकी वजह से हमारे अंदर एक तख्वा की cafeette भी बढ़ जाती है.</w:t>
      </w:r>
    </w:p>
    <w:p>
      <w:r>
        <w:rPr>
          <w:b/>
        </w:rPr>
        <w:t xml:space="preserve">[10:58] </w:t>
      </w:r>
      <w:r>
        <w:t>ji, bilkul aap aur aap yeh bhi hai ki jab temporarily basis par ek rozedar khana aur peena chhodta hai. to jaise aapne kaha ki uske andar yeh ehsaas aata hai ki hamein galat baat nahi karni hai. usi tareeke se ek aur ehsaas uske andar paida hota hai ki yeh khana aur yeh peena jo hai yeh kahan se aa raha hai? usne khud to create nahi kiya. to yeh ek supreme being, ek all powerful almighty god hai jo usko yeh cheezein pahuncha raha hai.</w:t>
      </w:r>
    </w:p>
    <w:p>
      <w:pPr>
        <w:jc w:val="right"/>
      </w:pPr>
      <w:r>
        <w:t>जी, बिल्कुल आप और आप यह भी है कि जब temporarily basis पर एक रोज़ेदार खाना और पीना छोड़ता है. तो जैसे आपने कहा कि उसके अंदर यह एहसास आता है कि हमें ग़लत बात नहीं करनी है. उसी तरीके से एक और एहसास उसके अंदर पैदा होता है कि यह खाना और यह पीना जो है यह कहां से आ रहा है? उसने ख़ुद तो create नहीं किया. तो यह एक supreme being, एक all powerful almighty god है जो उसको यह चीज़ें पहुंचा रहा है.</w:t>
      </w:r>
    </w:p>
    <w:p>
      <w:r>
        <w:rPr>
          <w:b/>
        </w:rPr>
        <w:t xml:space="preserve">[11:25] </w:t>
      </w:r>
      <w:r>
        <w:t>to ek tareeke se aap yeh hota hai ki insaan ki jo stubbornness hai, arrogance hai, wah tootti hai. he is cut to size because he realizes that there is some other power which is giving him all these blessings, ek poora life support system. to papa isliye ramzan ko mahina, thanksgiving ka mahina bhi kaha jaata hai. to iske bare mein bhi aap thoda bataye hum sabko.</w:t>
      </w:r>
    </w:p>
    <w:p>
      <w:pPr>
        <w:jc w:val="right"/>
      </w:pPr>
      <w:r>
        <w:t>तो एक तरीके से आपा यह होता है कि इंसान की जो stubbornness है, arrogance है, वह टूटती है. He is cut to size because he realizes that there is some other power which is giving him all these blessings, एक पूरा life support system. तो papa इसलिए रमज़ान को महीना, Thanksgiving का महीना भी कहा जाता है. तो इसके बारे में भी आप थोड़ा बताएं हम सबको.</w:t>
      </w:r>
    </w:p>
    <w:p>
      <w:r>
        <w:rPr>
          <w:b/>
        </w:rPr>
        <w:t xml:space="preserve">[11:53] </w:t>
      </w:r>
      <w:r>
        <w:t>soore baqarah mein one eighty three se shayad one eighty six tak ramzan ke bare mein bataya gaya hai ki hamein ramzan mein kis tareeke se ramzan roze rakhne hain uske kya kya cheezein observe karni hai. to usi mein hai la'allakum tashkaroon ki roze ka jo maqsad hai ki tum khuda ka shukr ada karo.</w:t>
      </w:r>
    </w:p>
    <w:p>
      <w:pPr>
        <w:jc w:val="right"/>
      </w:pPr>
      <w:r>
        <w:t>सोरे बकरा में one eighty three से शायद one eighty six तक रमज़ान के बारे में बताया गया है कि हमें रमज़ान में किस तरीके से रमज़ान रोज़े रखने हैं उसके क्या क्या चीज़ें observe करनी है. तो उसी में है लाल लक्म तश्करून कि रोज़े का जो मकसद है कि तुम खुदा का शुक्र अदा करो.</w:t>
      </w:r>
    </w:p>
    <w:p>
      <w:r>
        <w:rPr>
          <w:b/>
        </w:rPr>
        <w:t xml:space="preserve">[12:14] </w:t>
      </w:r>
      <w:r>
        <w:t>dekhiye khuda ka shukr to hamein hamesha hi karna hai, hota ka shukr ka ehsaas paida hota hai. to is tareeke se hamein bahut zyada jo isko kehte hain haqeeqi maane mein shukr paida hota hai.</w:t>
      </w:r>
    </w:p>
    <w:p>
      <w:pPr>
        <w:jc w:val="right"/>
      </w:pPr>
      <w:r>
        <w:t>देखिए खुदा का शुक्र तो हमें हमेशा ही करना है, होता का शुक्र का एहसास पैदा होता है. तो इस तरीके से हमें बहुत ज़्यादा जो इसको कहते हैं हकीकी माने में शुक्र पैदा होता है.</w:t>
      </w:r>
    </w:p>
    <w:p>
      <w:r>
        <w:rPr>
          <w:b/>
        </w:rPr>
        <w:t xml:space="preserve">[12:43] </w:t>
      </w:r>
      <w:r>
        <w:t>to wah ehsaas karaya jaata hai ki aam taur par hum cheezon ko for granted le lete hain. cheezein to hamein mil hi rahi hain. to hamein kuch shadeed jo hai bhook pyas ka ya kisi aur zaroorat ka jaise neend bhi hamari kam hoti hai. to uska hamein ehsaas karaya jaata hai.</w:t>
      </w:r>
    </w:p>
    <w:p>
      <w:pPr>
        <w:jc w:val="right"/>
      </w:pPr>
      <w:r>
        <w:t>तो वह एहसास कराया जाता है कि आमतौर पर हम चीज़ों को for granted ले लेते हैं. चीज़ें तो हमें मिल ही रही हैं. तो हमें कुछ शदीद जो है भूख प्यास का या किसी और ज़रूरत का जैसे नींद भी हमारी कम होती है. तो उसका हमें एहसास कराया जाता है.</w:t>
      </w:r>
    </w:p>
    <w:p>
      <w:r>
        <w:rPr>
          <w:b/>
        </w:rPr>
        <w:t xml:space="preserve">[13:01] </w:t>
      </w:r>
      <w:r>
        <w:t>shareer bhook pyaas ka tazurba karaya jata hai kyunke agar bhook pyaas ka tazurba na ho to humein itna zyada woh feel feel nahin karte hain ke yeh jo hai khuda ki kitni bari nemat hai. har cheez khuda ki nemat hai lekin usko hum shadeed bhook pyaas ke tazurbe ke baad jo hum pura din hamara guzarta hai, tab humein ehsaas hota hai ke kitni bari khuda ki nemat hai.</w:t>
      </w:r>
    </w:p>
    <w:p>
      <w:pPr>
        <w:jc w:val="right"/>
      </w:pPr>
      <w:r>
        <w:t>शरीर भूख प्यास का तज़र्बा कराया जाता है क्योंकि अगर भूख प्यास का तज़र्बा ना हो तो हमें इतना ज़्यादा वह feel feel नहीं करते हैं कि यह जो है खोदा की कितनी बड़ी नेमत है. हर चीज़ खोदा की नेमत है लेकिन उसको हम शदीद भूख प्यास के तज़र्बे के बाद जो हम पूरा दिन हमारा गुजरता है, तब हमें एहसास होता है कि कितनी बड़ी खुदा की नेमत है.</w:t>
      </w:r>
    </w:p>
    <w:p>
      <w:r>
        <w:rPr>
          <w:b/>
        </w:rPr>
        <w:t xml:space="preserve">[13:29] </w:t>
      </w:r>
      <w:r>
        <w:t>to khuda benefactor hai, hum receive receiving end par hain, khuda giver hain, hum taker hain, yeh saare ehsaasaad. to ab jitna zyada hum sochenge, ab hamare zubaan mein test na ho.</w:t>
      </w:r>
    </w:p>
    <w:p>
      <w:pPr>
        <w:jc w:val="right"/>
      </w:pPr>
      <w:r>
        <w:t>तो खुदा benefactor है, हम receive receiving end पर हैं, खुदा giver हैं, हम taker हैं, यह सारे एहसासाद. तो अब जितना ज़्यादा हम सोचेंगे, अब हमारे ज़बान में test ना हो.</w:t>
      </w:r>
    </w:p>
    <w:p>
      <w:r>
        <w:rPr>
          <w:b/>
        </w:rPr>
        <w:t xml:space="preserve">[13:59] </w:t>
      </w:r>
      <w:r>
        <w:t>das hazar buds hain, test buds hain, to hum har cheez ko test karte hain. ab nahin to hum janwaron ki tarah khana khate pet bharte hain. hum uska test ka kuch humein enjoy nahin kar paate. ek ek cheez ke bare mein humein sochna hai.</w:t>
      </w:r>
    </w:p>
    <w:p>
      <w:pPr>
        <w:jc w:val="right"/>
      </w:pPr>
      <w:r>
        <w:t>दस हज़ार buds हैं, test buds हैं, तो हम हर चीज़ को test करते हैं. अब नहीं तो हम जानवरों की तरह खाना खाते पेट भरते हैं. हम उसका test का कुछ हमें enjoy नहीं कर पाते. एक एक चीज़ के बारे में हमें सोचना है.</w:t>
      </w:r>
    </w:p>
    <w:p>
      <w:r>
        <w:rPr>
          <w:b/>
        </w:rPr>
        <w:t xml:space="preserve">[14:14] </w:t>
      </w:r>
      <w:r>
        <w:t>sochne ke baad humein jo bepana shukr ka jazba hamare andar paida hoga aur aisi woh hai hadees hai ke bahut se rozedar aise hain jinko apne roze se bhook aur pyaas ke sawal kuch nahin milta. to sachcha roza jo hoga woh insaan ko is qabil banayega ke woh sahi maane mein khuda ka shukr ada kar sake. to shukr ki haqeeqat hi acknowledgement hai.</w:t>
      </w:r>
    </w:p>
    <w:p>
      <w:pPr>
        <w:jc w:val="right"/>
      </w:pPr>
      <w:r>
        <w:t>सोचने के बाद हमें जो बेपना शुक्र का जज़्बा हमारे अंदर पैदा होगा और ऐसी वह है हदीश है कि बहुत से रोज़ेदार ऐसे हैं जिनको अपने रोज़े से भूख और प्यास के सवाल कुछ नहीं मिलता. तो सच्चा रोज़ा जो होगा वह इंसान को इस काबिल बनाएगा कि वह सही माने में खुदा का शुक्र अदा कर सके. तो शुक्र की हकीकत ही acknowledgement है.</w:t>
      </w:r>
    </w:p>
    <w:p>
      <w:r>
        <w:rPr>
          <w:b/>
        </w:rPr>
        <w:t xml:space="preserve">[14:43] </w:t>
      </w:r>
      <w:r>
        <w:t>mana ne likha hai ki jo puran ka jo pehla lafz e alhand, to woh acknowledgement hai.</w:t>
      </w:r>
    </w:p>
    <w:p>
      <w:pPr>
        <w:jc w:val="right"/>
      </w:pPr>
      <w:r>
        <w:t>माना ने लिखा है कि जो पुरान का जो पहला लब्ज़ ए अलहंद, तो वह acknowledgement है.</w:t>
      </w:r>
    </w:p>
    <w:p>
      <w:r>
        <w:rPr>
          <w:b/>
        </w:rPr>
        <w:t xml:space="preserve">[14:51] </w:t>
      </w:r>
      <w:r>
        <w:t>khuda ki praise ka matlab khuda ki blessings ko acknowledge karna aur isi acknowledge ki acknowledgement ki keemat</w:t>
      </w:r>
    </w:p>
    <w:p>
      <w:pPr>
        <w:jc w:val="right"/>
      </w:pPr>
      <w:r>
        <w:t>खुदा की praise का मतलब खुदा की blessings को acknowledge करना और इसी acknowledge की acknowledgement की कीमत</w:t>
      </w:r>
    </w:p>
    <w:p>
      <w:r>
        <w:rPr>
          <w:b/>
        </w:rPr>
        <w:t xml:space="preserve">[14:59] </w:t>
      </w:r>
      <w:r>
        <w:t>jo hai woh jante hain.</w:t>
      </w:r>
    </w:p>
    <w:p>
      <w:pPr>
        <w:jc w:val="right"/>
      </w:pPr>
      <w:r>
        <w:t>जो है वह जनते हैं.</w:t>
      </w:r>
    </w:p>
    <w:p>
      <w:r>
        <w:rPr>
          <w:b/>
        </w:rPr>
        <w:t xml:space="preserve">[15:07] </w:t>
      </w:r>
      <w:r>
        <w:t>to hum khoda ko koi return nahin de rahe hain.</w:t>
      </w:r>
    </w:p>
    <w:p>
      <w:pPr>
        <w:jc w:val="right"/>
      </w:pPr>
      <w:r>
        <w:t>तो हम खोदा को कोई return नहीं दे रहे हैं.</w:t>
      </w:r>
    </w:p>
    <w:p>
      <w:r>
        <w:rPr>
          <w:b/>
        </w:rPr>
        <w:t xml:space="preserve">[15:15] </w:t>
      </w:r>
      <w:r>
        <w:t>hum to sirf hoda ki di hui cheezon ko hamein acknowledge karna hai.</w:t>
      </w:r>
    </w:p>
    <w:p>
      <w:pPr>
        <w:jc w:val="right"/>
      </w:pPr>
      <w:r>
        <w:t>हम तो सिर्फ होदा की दी हुई चीज़ों को हमें acknowledge करना है.</w:t>
      </w:r>
    </w:p>
    <w:p>
      <w:r>
        <w:rPr>
          <w:b/>
        </w:rPr>
        <w:t xml:space="preserve">[15:23] </w:t>
      </w:r>
      <w:r>
        <w:t>to yahi jo hai shukr ka bhi yahi baat hai. ji. yeh sachcha ehsaas shukr ka tabhi paida hota hai. ji ji bilkul sahi hai. aap in a way fasting makes a person realize the reality of life. ab aap isi tarah se ramzan ko sabr ka mahina bhi kaha gaya hai. patience is key and and the key to paradise is patience.</w:t>
      </w:r>
    </w:p>
    <w:p>
      <w:pPr>
        <w:jc w:val="right"/>
      </w:pPr>
      <w:r>
        <w:t>तो यही जो है शुक्र का भी यही बात है. जी. यह सच्चा एहसास शुक्र का तभी पैदा होता है. जी जी बिल्कुल सही है. आप in a way fasting makes a person realize the reality of life. अब आप इसी तरीके से रमज़ान को सब्र का महीना भी कहा गया है. Patience is key and and the key to paradise is patience.</w:t>
      </w:r>
    </w:p>
    <w:p>
      <w:r>
        <w:rPr>
          <w:b/>
        </w:rPr>
        <w:t xml:space="preserve">[15:46] </w:t>
      </w:r>
      <w:r>
        <w:t>kyunke har cheez sabr se related hai, positive thinking aur is duniya mein kamyabi samne wale insaan ko badalne mein abhi sabr ki sabse zyada requirement hoti hai. to aap iske bare mein bhi batayein ke kyun ramzan ko sabr ka mahina kaha gaya hai? sabr ka lafz quran mein ek sau teen bar aaya hai.</w:t>
      </w:r>
    </w:p>
    <w:p>
      <w:pPr>
        <w:jc w:val="right"/>
      </w:pPr>
      <w:r>
        <w:t>क्योंकि हर चीज़ सब्र से related है, Positive thinking और इस दुनिया में कामयाबी सामने वाले इंसान को बदलने में अभी सब्र की सबसे ज़्यादा requirement होती है. तो आप इसके बारे में भी बताएं कि क्यों रमज़ान को सब्र का महीना कहा गया है? सब्र का लद्द कुरान में एक सौ तीन बार आया है.</w:t>
      </w:r>
    </w:p>
    <w:p>
      <w:r>
        <w:rPr>
          <w:b/>
        </w:rPr>
        <w:t xml:space="preserve">[16:10] </w:t>
      </w:r>
      <w:r>
        <w:t>sabr ke maane hain rukna, sabit qadam rehna, bebarbast na hona, yeh sab sabr ke maane hain. to pura roza hi life of restraint ko batata hai ke haqeeqi jo hai haqeeqat hai roze ki woh sabr hai. asal mein ramzan jo hai main itna zyada sabr karna padta hai ke hamara routine toot jata hai. khane ka, peene ka, sone ka, har cheez ka routine tootta hai.</w:t>
      </w:r>
    </w:p>
    <w:p>
      <w:pPr>
        <w:jc w:val="right"/>
      </w:pPr>
      <w:r>
        <w:t>सब्र के माने हैं रुकना, साबित कदम रहना, बेबरदस्त ना होना, यह सब सब्र के माने हैं. तो पूरा रोज़ा ही life of restraint को बताता है कि हकीकी जो है हकीकत है रोज़े की वह सब्र है. असल में रमज़ान जो है मैं इतना ज़्यादा सब्र करना पड़ता है कि हमारा routine टूट जाता है. खाने का, पीने का, सोने का, हर चीज़ का routine टूटता है.</w:t>
      </w:r>
    </w:p>
    <w:p>
      <w:r>
        <w:rPr>
          <w:b/>
        </w:rPr>
        <w:t xml:space="preserve">[16:38] </w:t>
      </w:r>
      <w:r>
        <w:t>to routine tootne se insaan jo hai bahut zyada woh hota hai. uska abnormal situation ek qism ki paida ho jati hai. to usmein sabr karna padta hai. ab humein khaas taur par jab garmi ka roza hota hai to bahut shareer, humein pyaas lagti hai, halaq sookh raha hota hai lekin hum pani nahin pi sakte, bhook lagti hai, khana nahin kha sakte, raat ko uthna padta hai to hum hamari neyat kharab hoti hai.</w:t>
      </w:r>
    </w:p>
    <w:p>
      <w:pPr>
        <w:jc w:val="right"/>
      </w:pPr>
      <w:r>
        <w:t>तो routine टूटने से इंसान जो है बहुत ज़्यादा वह होता है. उसका abnormal situation एक किस्म की पैदा हो जाती है. तो उसमें सब्र करना पड़ता है. अब हमें खास तौर पर जब गर्मी करोजा होता है तो बहुत शरीर, हमें प्यास लगती है, हलक सूख रहा होता है लेकिन हम पानी नहीं पी सकते, भूख लगती है, खाना नहीं खा सकते, रात को उठना पड़ता है तो हम हमारी नेत खराब होती है.</w:t>
      </w:r>
    </w:p>
    <w:p>
      <w:r>
        <w:rPr>
          <w:b/>
        </w:rPr>
        <w:t xml:space="preserve">[17:06] </w:t>
      </w:r>
      <w:r>
        <w:t>to yeh saari cheezein jo hain humein sab sikhati hain. humein life of patience humein puri zindagi puri zindagi ke liye chahiye. to agar hum ek, ek mahina life of patients guzaar rahe hain, to isse kam se kam saal bhar to hamara woh chalega. phir aindah humein mauka milega saal bhar ka.</w:t>
      </w:r>
    </w:p>
    <w:p>
      <w:pPr>
        <w:jc w:val="right"/>
      </w:pPr>
      <w:r>
        <w:t>तो यह सारी चीज़ें जो हैं हमें सब सिखाती हैं. हमें life of patience हमें पूरी ज़िंदगी पूरी ज़िंदगी के लिए चाहिए. तो अगर हम एक, एक महीना life of patients गुज़ा रहे हैं, तो इससे कम से कम साल भर तो हमारा वह चलेगा. फिर आइंदा हमें मौका मिलेगा साल भर का.</w:t>
      </w:r>
    </w:p>
    <w:p>
      <w:r>
        <w:rPr>
          <w:b/>
        </w:rPr>
        <w:t xml:space="preserve">[17:29] </w:t>
      </w:r>
      <w:r>
        <w:t>to yeh ek qism ka training course hai sabr jo hai, taake hum aindah jo hai hamara yeh jo sabr ka jo jo hamari training hai woh hamare kaam aati rahe. doosri hai ke jab aadmi khana peena chhod sakta hai to doosri cheezein chhodna uske liye kuch bhi mushkil nahin hota. usko mushkil nahin lagta matlab woh aasani se doosri cheezon ko har evil ko woh chhod sakta hai. kyunke is roze mein desire management karna padta hai.</w:t>
      </w:r>
    </w:p>
    <w:p>
      <w:pPr>
        <w:jc w:val="right"/>
      </w:pPr>
      <w:r>
        <w:t>तो यह एक किस्म का training course है सब्र जो है, ताकि हम आइंदा जो है हमारा यह जो सब्र का जो जो हमारी training है वह हमारे काम आती रहे. दूसरी है कि जब आदमी खाना पीना छोड़ सकता है तो दूसरी चीज़ें छोड़ना उसके लिए कुछ भी मुश्किल नहीं होता. उसको मुश्किल नहीं लगता मतलब वह आसानी से दूसरी चीज़ों को हर evil को वह छोड़ सकता है. क्योंकि इस रोज़े में desire management करना पड़ता है.</w:t>
      </w:r>
    </w:p>
    <w:p>
      <w:r>
        <w:rPr>
          <w:b/>
        </w:rPr>
        <w:t xml:space="preserve">[17:58] </w:t>
      </w:r>
      <w:r>
        <w:t>to uske liye bhi sabr chahiye aur doosri hai ke hum jo jo khuda ka jo mission hai ke khuda ka paigham doosron tak pahunchana hai. uske liye bhi sabr ki bahut zyada zaroorat hai. kyunke is khuda ke creation plan ke mutabiq jo hai har tarah ke log ek duniya mein hain aur unko puri aazadi mili hui hai. to woh humein pareshan karte hain, humein hurt karte hain kyunke har aadmi ek conditioning ka case hai.</w:t>
      </w:r>
    </w:p>
    <w:p>
      <w:pPr>
        <w:jc w:val="right"/>
      </w:pPr>
      <w:r>
        <w:t>तो उसके लिए भी सब्र चाहिए और दूसरी है कि हम जो जो खुदा का जो mission है कि खुदा का प्रकाम दूसरों तक पहुंचाना है. उसके लिए भी सब्र की बहुत ज़्यादा ज़रूरत है. क्योंकि इस खुदा के creation plan के मुताबिक जो है हर तरह के लोग एक दुनिया में हैं और उनको पूरी आज़ादी मिली हुई है. तो वह हमें परेशान करते हैं, हमें hurt करते हैं क्योंकि हर आदमी एक conditioning का case है.</w:t>
      </w:r>
    </w:p>
    <w:p>
      <w:r>
        <w:rPr>
          <w:b/>
        </w:rPr>
        <w:t xml:space="preserve">[18:27] </w:t>
      </w:r>
      <w:r>
        <w:t>ab hum usko ek naya paigham denge to woh usko pasand nahin karega. to humein tarah tarah ke provocation honge, tarah tarah ke unfavorable situations honge. to humein usko retaliate nahin karna hai, humein react nahin karna hai balkeh humein bilkul positive response dena hai. to in sab cheez ke liye humein sabr chahiye. rasoolullah sallallahu alaihi wasallam ek bar koi bhi sahabi bimar the unko dekhne ke liye ja rahe the. to raste mein abdullah ibne ubai ka ghar pada.</w:t>
      </w:r>
    </w:p>
    <w:p>
      <w:pPr>
        <w:jc w:val="right"/>
      </w:pPr>
      <w:r>
        <w:t>अब हम उसको एक नया पागाम देंगे तो वह उसको पसंद नहीं करेगा. तो हमें तरह तरह के provocation होंगे, तरह तरह के unfavorable situations होंगे. तो हमें उसको retaliate नहीं करना है, हमें react नहीं करना है बल्कि हमें बिल्कुल positive response देना है. तो इन सब चीज़ के लिए हमें सब चाहिए. रसूल्लाह सरसलम एक बार कोई भी साहबी बीमार थे उनको देखने के लिए जा रहे थे. तो रास्ते में अब्दुल्लाहिब ने ओबैय का घर पड़ा.</w:t>
      </w:r>
    </w:p>
    <w:p>
      <w:r>
        <w:rPr>
          <w:b/>
        </w:rPr>
        <w:t xml:space="preserve">[18:56] </w:t>
      </w:r>
      <w:r>
        <w:t>uska ghar bahut bada tha kalanuuma. woh leader tha madina ka. to wahan uske paas bahut sare log baithe hue the to rasoolullah sallallahu alaihi wasallam donkey par ja rahe the to woh utar ke wahan uske paas gaye aur wahan quran ki chand ayatein usko sunai. woh to bahut andar andar woh munafiq tha sabse bada munafiq wahi tha. upar se islam le aaya tha kyunke majority wahan islam le aayi thi to usko usi mein faida tha.</w:t>
      </w:r>
    </w:p>
    <w:p>
      <w:pPr>
        <w:jc w:val="right"/>
      </w:pPr>
      <w:r>
        <w:t>उसका घर बहुत बड़ा था कलानुमाह. वह leader था मरीने का. तो वहां उसके पास बहुत सारे लोग बैठे हुए थे तो रसूल्लाह ससुल्लम डंकी पर जा रहे थे तो वह उतर के वहां उसके पास गए और वहां कुरान की चंद आए थे उसको सुनाई. वह तो बहुत अंदर अंदर वह मुनाफिक था सबसे बड़ा मुनाफिक वही था. ऊपर से इस्लाम ले आया था क्योंकि majority वहां इस्लाम ले आई थी तो उसको उसी में फ़ायदा था.</w:t>
      </w:r>
    </w:p>
    <w:p>
      <w:r>
        <w:rPr>
          <w:b/>
        </w:rPr>
        <w:t xml:space="preserve">[19:24] </w:t>
      </w:r>
      <w:r>
        <w:t>to usne kaha quran, jab aap quran suna rahe the to khamoshi se sunta raha. phir jab aap chuke to kehne laga woh ke aapne jo baat kahi hai woh theek hai lekin jo aapko bulaye sunne ke liye bas aap usi ko sunaiye. to ab yeh kitna bada sabr ki baat hai. to isi tarah se har baat par sabr karna padta hai.</w:t>
      </w:r>
    </w:p>
    <w:p>
      <w:pPr>
        <w:jc w:val="right"/>
      </w:pPr>
      <w:r>
        <w:t>तो उसने कहा पुरान, जब आप पुरान सुना रहे थे तो कामोशी से सुनता रहा. फिर जब आप सुना चुके तो कहने लगा वह कि आपने जो बात कही है वह ठीक है लेकिन जो आपको बुलाए सुनने के लिए बस आप उसी को सुनाइए. तो अब यह कितना बड़ा सब्र की बात है. तो इसी तरीके से हर बात पर सब्र करना पड़ता है.</w:t>
      </w:r>
    </w:p>
    <w:p>
      <w:r>
        <w:rPr>
          <w:b/>
        </w:rPr>
        <w:t xml:space="preserve">[19:48] </w:t>
      </w:r>
      <w:r>
        <w:t>agar hum sabr nahin karenge to hum hamara negative reaction hoga aur woh hamare khilaf jayega. hamara paigham doosron tak nahin pahunch payega kyunke har aadmi jab conditioned hai to usko deconditioning mein usko time lagta hai to us time ke liye humein sabr karna padega taake usko mauka diya jaye ke woh apni halat e fitri par aa sake.</w:t>
      </w:r>
    </w:p>
    <w:p>
      <w:pPr>
        <w:jc w:val="right"/>
      </w:pPr>
      <w:r>
        <w:t>अगर हम सब्र नहीं करेंगे तो हम हमारा negative reaction होगा और वह हमारे खिलाफ जाएगा. हमारा प्रकाम दूसरों तक नहीं पहुंच पाएगा क्योंकि हर आदमी जब conditioned है तो उसको deconditioning में उसको time लगता है तो उस time के लिए हमें सब्र करना पड़ेगा ताकि उसको मौका दिया जाए कि वह अपनी हालतें फितरी पर आ सके.</w:t>
      </w:r>
    </w:p>
    <w:p>
      <w:r>
        <w:rPr>
          <w:b/>
        </w:rPr>
        <w:t xml:space="preserve">[20:13] </w:t>
      </w:r>
      <w:r>
        <w:t>tamam insaan jo hain woh fitrat hi par paida kiye gaye hain lekin woh bahar ki jo society hai usse woh mutasir ho jate hain. is wajah se jo haq ka paigham hai woh usko usko positive response nahin de paate hain. to isiliye sabr ko maulana ne practical wisdom kaha hai. yeh practical wisdom hai aur sabr ke baghair na hamari personal life mein koi kaam ho sakta hai, na hamari social life mein koi kaam ho sakta hai.</w:t>
      </w:r>
    </w:p>
    <w:p>
      <w:pPr>
        <w:jc w:val="right"/>
      </w:pPr>
      <w:r>
        <w:t>तम्माम इंसान जो हैं वह फितरत ही पर पैदा किए गए हैं लेकिन वह बाहर की जो society है उससे वह मुतासिर हो जाते हैं. इस वजह से जो हाक का पागाम है वह उसको उसको positive response नहीं दे पाते हैं. तो इसीलिए सब्र को मौलाना ने practical wisdom कहा है. यह practical wisdom है और सब्र के बगैर ना हमारी personal life में कोई काम हो सकता है, ना हमारी social life में कोई काम हो सकता है.</w:t>
      </w:r>
    </w:p>
    <w:p>
      <w:r>
        <w:rPr>
          <w:b/>
        </w:rPr>
        <w:t xml:space="preserve">[20:41] </w:t>
      </w:r>
      <w:r>
        <w:t>to yeh roza jo hai na woh sabr ki satah paida karta hai. isliye sabr jo hai woh islami zindagi ki lazmi zaroorat hai. jaisa kallah aap. aap kuch comments padhna chahunga sawal aur jawab lene se pehle. yeh comment bheja hai mohammad ikram sahab ne balochistan se. unhone likha hai I believe taqwa means taking right decisions at right time. I have learned this from Maulana Wahiduddin Khan.</w:t>
      </w:r>
    </w:p>
    <w:p>
      <w:pPr>
        <w:jc w:val="right"/>
      </w:pPr>
      <w:r>
        <w:t>तो यह रोज़ा जो है ना वह सब्र की स्थेदार पैदा करता है. इसलिए सब्र जो है वह इस्लामी ज़िंदगी की लादमी ज़रूरत है. जैसा कल्लाह आप. आप कुछ comments पढ़ना चाहूंगा सवाल और सवाल लेने से पहले. यह comment भेजा है मोहम्मद इक्रम साहब ने बलूचिस्तान से. उन्होंने लिखा है I believe तक्वा means taking right decisions at right time. I have learned this from मुलाना वेदुद्दीन खान.</w:t>
      </w:r>
    </w:p>
    <w:p>
      <w:r>
        <w:rPr>
          <w:b/>
        </w:rPr>
        <w:t xml:space="preserve">[21:09] </w:t>
      </w:r>
      <w:r>
        <w:t>professor najma siddiqui ne dubai se likha hai jaza kallah very meaningful talk, great reminder. satish bhatia ji ne punjab se likha hai aap sabko mera salam. is ramzan ke mahine mein allah sab iman walon ko deen mein kamyabi hasil karein aur allah hum sabki gunahon ko maaf farmayein aur aapko is deen ki dawat mein kamyabi hasil karein amin.</w:t>
      </w:r>
    </w:p>
    <w:p>
      <w:pPr>
        <w:jc w:val="right"/>
      </w:pPr>
      <w:r>
        <w:t>Professor नजमा सिद्दीकी ने Dubai से लिखा है जज़ा कल्लाह very meaningful talk, great reminder. सतीश भाटिया जी ने Punjab से लिखा है आप सबको मेरा सलाम. इस रमज़ान के महीने में अल्लाह सब ईमान वालों को दीन में कामयाबी हासिल करें और अल्लाह हम सबकी गुनाहों को माफ़रमाएं और आपको इस दीन की दावत में कामयाबी हासिल करें आमिन.</w:t>
      </w:r>
    </w:p>
    <w:p>
      <w:r>
        <w:rPr>
          <w:b/>
        </w:rPr>
        <w:t xml:space="preserve">[21:35] </w:t>
      </w:r>
      <w:r>
        <w:t>miss farida kamran ne islamabad pakistan se likha hai, jaza kallah absolutely right apa ramzan teaches us to lead a life with the spirit of taqwa. we can attain taqwa by reading quran, thinking, pondering on the verses of the quran. we should try to understand the deeper meaning of quran. miss reshma parvez ne kochi se likha hai our main desires are food, water, sleep and intimacy.</w:t>
      </w:r>
    </w:p>
    <w:p>
      <w:pPr>
        <w:jc w:val="right"/>
      </w:pPr>
      <w:r>
        <w:t>Miss फरीदा कामरान ने इस्लामाबाद Pakistan से लिखा है, जज़ा कल्लाह absolutely right आपा रमज़ान teaches us to lead a life with the spirit of तकवा. We can attain तकवाह by reading कुरान, thinking, pondering on the verses of the कुरान. We should try to understand the deeper meaning of Quran. Miss रेशमा पर्वेज ने कोची से लिखा है our main desires are food, water, sleep and intimacy.</w:t>
      </w:r>
    </w:p>
    <w:p>
      <w:r>
        <w:rPr>
          <w:b/>
        </w:rPr>
        <w:t xml:space="preserve">[22:04] </w:t>
      </w:r>
      <w:r>
        <w:t>ramadan limits that so we can see how thankful we are and how do we respond, without these things. it's a time of self realization and connection with god and doing the one thing we were created for, that is worship. may god let us live to experience the full blessings of ramadan.</w:t>
      </w:r>
    </w:p>
    <w:p>
      <w:pPr>
        <w:jc w:val="right"/>
      </w:pPr>
      <w:r>
        <w:t>रमादान limits that so we can see how thankful we are and how do we respond, without these things. It's a time of self realization and connection with God and doing the one thing we were created for, that is worship. May God let us live to experience the full blessings of रमादान.</w:t>
      </w:r>
    </w:p>
    <w:p>
      <w:r>
        <w:rPr>
          <w:b/>
        </w:rPr>
        <w:t xml:space="preserve">[22:27] </w:t>
      </w:r>
      <w:r>
        <w:t>abd, the multitude of benefits of ramzan inspired the prophet to exclaim that welcome to the one who purifies. so ramzan is also the month of inner purification. aapne abhi iska kuch zikr bhi kiya to main chahunga isko thoda aur aap expand karke isko samjhaye hum sabko. isko tazkiya nafs kehte hain, purification of the self.</w:t>
      </w:r>
    </w:p>
    <w:p>
      <w:pPr>
        <w:jc w:val="right"/>
      </w:pPr>
      <w:r>
        <w:t>अब्द, the multitude of benefits of रमज़ान inspired the prophet to exclaim that welcome to the one who purifies. So रमज़ान is also the month of inner purification. आपने अभी इसका कुछ ज़िक्र भी किया तो मैं चाहूंगा इसको थोड़ा और आप expand करके इसको समझाएं हम सबको. इसको तस्किया नफ्स कहते हैं, purification of the self.</w:t>
      </w:r>
    </w:p>
    <w:p>
      <w:r>
        <w:rPr>
          <w:b/>
        </w:rPr>
        <w:t xml:space="preserve">[22:56] </w:t>
      </w:r>
      <w:r>
        <w:t>to purification of the self ka matlab hai ke hum apne ek mahaul mein rehte hain, is duniya ki zindagi mein rehte hain, to usmein hum kho jate hain. duniya jo hai woh bahut attractive hai. to hum usmein kho jate hain aur humko yeh ehsaas nahin hota ke hum is duniya mein kisi maqsad ke liye bheje gaye hain. to yeh jo hai duniya jo humein us maqsad se deviate karti hai.</w:t>
      </w:r>
    </w:p>
    <w:p>
      <w:pPr>
        <w:jc w:val="right"/>
      </w:pPr>
      <w:r>
        <w:t>तो purification of the self का मतलब है कि हम अपने एक माहौल में रहते हैं, इस दुनिया की ज़िंदगी में रहते हैं, तो उसमें हम खो जाते हैं. दुनिया जो है वह बहुत attractive है. तो हम उसमें खो जाते हैं और हमको यह एहसास नहीं होता कि हम इस दुनिया में किसी मकसद के लिए भेजे गए हैं. तो यह जो है दुनिया जो हमें उस मकसद से deviate करती है.</w:t>
      </w:r>
    </w:p>
    <w:p>
      <w:r>
        <w:rPr>
          <w:b/>
        </w:rPr>
        <w:t xml:space="preserve">[23:23] </w:t>
      </w:r>
      <w:r>
        <w:t>maqsad jo hai hamara sirat e mustaqeem ka usse hamara deviation ho jata hai. to isliye humein bar bar iska yaad dilaya jata hai ke hum apni freedom ka misuse kar rahe hain. kyunke freedom to humein di gayi hai test ke liye. lekin is freedom ko humein misuse nahin karna hai. allah ki marzi ke mutabiq humein apni freedom ka use karna hai. yahi hamara test hai.</w:t>
      </w:r>
    </w:p>
    <w:p>
      <w:pPr>
        <w:jc w:val="right"/>
      </w:pPr>
      <w:r>
        <w:t>मकसद जो है हमारा शरात है मुस्तक़ीम का उससे हमारा deviation हो जाता है. तो इसलिए हमें बार बार इसका याद दिलाया जाता है कि हम अपनी freedom का misuse कर रहे हैं. क्योंकि freedom तो हमें दी गई है test के लिए. लेकिन इस freedom को हमें misuse नहीं करना है. अल्लाह की मर्ज़ी के मुताबिक हमें अपनी freedom का use करना है. यही हमारा test है.</w:t>
      </w:r>
    </w:p>
    <w:p>
      <w:r>
        <w:rPr>
          <w:b/>
        </w:rPr>
        <w:t xml:space="preserve">[23:49] </w:t>
      </w:r>
      <w:r>
        <w:t>to humein chahiye ke hum apne nafs ko jo hamara conditioned ho jata hai bar bar conditioning ka case ban jata hai kyunke hum mustaqil society mein jate hain tarah tarah ka cheezon se hum expose hote hain to hamari conditioning hoti rehti hai. to hamesha us conditioning ko introspection ke zariye se humein usko door karna chahiye introspection, istighfar.</w:t>
      </w:r>
    </w:p>
    <w:p>
      <w:pPr>
        <w:jc w:val="right"/>
      </w:pPr>
      <w:r>
        <w:t>तो हमें चाहिए कि हम अपने नफ्स को जो हमारा conditioned हो जाता है बार बार conditioning का case वन जाता है क्योंकि हम मुस्तकिल society में जाते हैं तरह तरह का चीज़ों से हम expose होते हैं तो हमारी conditioning होती रहती है. तो हमेशा उस conditioning को introspection के जरिए से हमें उसको दूर करना चाहिए introspection, इस्तेफार.</w:t>
      </w:r>
    </w:p>
    <w:p>
      <w:r>
        <w:rPr>
          <w:b/>
        </w:rPr>
        <w:t xml:space="preserve">[24:14] </w:t>
      </w:r>
      <w:r>
        <w:t>to koi bhi humein koi bhi galat kaam karein to hum sochenge kyunke insaan apne aap ko bohat ziyada acha samajhta hai. kisi ne kaha tha ke har insaan ke kaan mein shaitan ne yeh phook diya hai ke tumse acha koi nahi. to insaan apne aap ko sab acha hi samajhte hain. to is wajah se unko apni ghalti nazar nahi aati hai. to jab hum introspection karte hain, Maulana bohat ziyada introspection karte the.</w:t>
      </w:r>
    </w:p>
    <w:p>
      <w:pPr>
        <w:jc w:val="right"/>
      </w:pPr>
      <w:r>
        <w:t>तो कोई भी हमें कोई भी गलत काम करें तो हम सोचेंगे क्योंकि इंसान अपने आप को बहुत ज़्यादा अच्छा समझता है. किसी ने कहा था कि हर इंसान के कान में शैतान ने यह फूक दिया है कि तुमसे अच्छा कोई नहीं. तो इंसान अपने आप को सब अच्छा ही समझते हैं. तो इस वजह से उनको अपनी गलती नज़र नहीं आती है. तो जब हम introspection करते हैं, मौराना बहुत ज़्यादा introspection करते थे.</w:t>
      </w:r>
    </w:p>
    <w:p>
      <w:r>
        <w:rPr>
          <w:b/>
        </w:rPr>
        <w:t xml:space="preserve">[24:42] </w:t>
      </w:r>
      <w:r>
        <w:t>baar baar sochte rehte the ke maine koi baat mein ghalti to nahi ho gayi hai. musalsal is par sochte rehte the. to hum soch sochkar hum apni ghalti ko dhoondhein, ghalti ko nikalen aur phir Khuda se istighfar karein. Khuda se tauba karein. usko tauba to nasooh kar dein, sacchi tauba. to woh tauba karein to kaha jaye ke jisne imaan aur ehsaab ke saath roze rakhe uske tamam pichle gunah maaf ho jate hain.</w:t>
      </w:r>
    </w:p>
    <w:p>
      <w:pPr>
        <w:jc w:val="right"/>
      </w:pPr>
      <w:r>
        <w:t>बार बार सोचते रहते थे कि मैंने कोई बात मैं गलती तो नहीं हो गई है. मुसलसल इस पर सोचते रहते थे. तो हम सोच सोचकर हम अपनी गलती को ढूंढें, गलती को निकालें और फिर होदा से इस्तेफार करें. होदा से तौबा करें. उसको तौबा तो नुसू कर दें, सच्ची तौबा. तो वह तौबा करें तो कहा जाए कि जिसने ईमान और एहतसाब के साथ रोज़े रखे उसके तमाम पिछले गुना माफ हो जाते हैं.</w:t>
      </w:r>
    </w:p>
    <w:p>
      <w:r>
        <w:rPr>
          <w:b/>
        </w:rPr>
        <w:t xml:space="preserve">[25:11] </w:t>
      </w:r>
      <w:r>
        <w:t>yeh hadees hai. to yeh kaam koi bohat ziyada mushkil nahi hai ke we are spiritual by birth. hum spiritual hi paida hue hain. yeh to upar se hamari conditioning ho jati hai. to isi veil ko hamein hatana hai. jab hum is veil ko hatayenge to jo hamara spiritual potential hai woh actual ban jayega. to hamein sirf discover karna hai. aisa nahi kuch invent karna hai.</w:t>
      </w:r>
    </w:p>
    <w:p>
      <w:pPr>
        <w:jc w:val="right"/>
      </w:pPr>
      <w:r>
        <w:t>यह खदीस है. तो यह काम कोई बहुत ज़्यादा मुश्किल नहीं है कि we are spiritual by birth. हम spiritual ही पैदा हुए हैं. यह तो ऊपर से हमारी conditioning हो जाती है. तो इसी whale को हमें हटाना है. जब हम इस whale को हटाएंगे तो जो हमारा spiritual potential है वह actual वन जाएगा. तो हमें सिर्फ discover करना है. ऐसा नहीं कुछ invent करना है.</w:t>
      </w:r>
    </w:p>
    <w:p>
      <w:r>
        <w:rPr>
          <w:b/>
        </w:rPr>
        <w:t xml:space="preserve">[25:39] </w:t>
      </w:r>
      <w:r>
        <w:t>koi nai cheez nikalni hai balkeh hamein sirf discover karna hai apni asal fitrat ko. to yeh asal fitrat ko discover karenge jab bhi hum hamara Khuda se connection qaim hoga. to yeh kaam itna aam hai ke paighambar ko ka ek kaam bataya gaya hai ke woh ummat ka tazkiya karta hai. Surah Baqarah mein 129.</w:t>
      </w:r>
    </w:p>
    <w:p>
      <w:pPr>
        <w:jc w:val="right"/>
      </w:pPr>
      <w:r>
        <w:t>कोई नई चीज़ निकालनी है बल्कि हमें सिर्फ discover करना है अपनी असिलफितरत को. तो यह असिलफितरत को discover करेंगे जब भी हम हमारा खुदा से connection कायम होगा. तो यह काम इतना आम है कि पगम्बर को का एक काम बताया गया है कि वह movement का तस्किया करता है. सूर्य बकराम में one twenty nine.</w:t>
      </w:r>
    </w:p>
    <w:p>
      <w:r>
        <w:rPr>
          <w:b/>
        </w:rPr>
        <w:t xml:space="preserve">[26:02] </w:t>
      </w:r>
      <w:r>
        <w:t>to paighambar ki madad se uske follower jo hain woh develop karte hain ek spiritual personality ko aur hamare paas hum log kitna khushkismat hain ke har cheez mehfooz shakal mein maujood hai. Quran mehfooz shakal maujood hai.</w:t>
      </w:r>
    </w:p>
    <w:p>
      <w:pPr>
        <w:jc w:val="right"/>
      </w:pPr>
      <w:r>
        <w:t>तो प्रगतंबर की मदद से उसके follower जो है वह develop करते हैं एक spiritual personality को और हमारे पास हम लोग कितना खुशकिस्मत है कि हर चीज़ महफूज शक्ल में मौजूद है. पुरान महफूज शक्ल मौजूद है.</w:t>
      </w:r>
    </w:p>
    <w:p>
      <w:r>
        <w:rPr>
          <w:b/>
        </w:rPr>
        <w:t xml:space="preserve">[26:17] </w:t>
      </w:r>
      <w:r>
        <w:t>hadees, sunnat, Sahaba ki zindagiyaan pure detail mein maujood hain to hum unko padhein khaastaur par roze mein unko padhein aur unse sabak lein aur unse apna ziyada se ziyada unse faida uthayen.</w:t>
      </w:r>
    </w:p>
    <w:p>
      <w:pPr>
        <w:jc w:val="right"/>
      </w:pPr>
      <w:r>
        <w:t>हदीश, सुनना, सहाबा की ज़िंदगियां पूरे detail में मौजूद हैं तो हम उनको पढ़ें खास्तों पर रोज़े में उनको पढ़ें और उनसे अब सबक लें और उनसे अपना ज़्यादा से ज़्यादा उनसे फ़ायदा उठाएं.</w:t>
      </w:r>
    </w:p>
    <w:p>
      <w:r>
        <w:rPr>
          <w:b/>
        </w:rPr>
        <w:t xml:space="preserve">[26:36] </w:t>
      </w:r>
      <w:r>
        <w:t>to roze se hamein woh hota hai baar baar jo ke hum sochte hain na ke roza ek reminder ban jata hai jaise ke aapne kaha tha ek reminder ban jata hai ke hum jo hain Khuda ki duniya mein hain. to hamein jo hai is is duniya mein Khuda ki marzi ke mutabiq zindagi guzarni hai. na ke apni marzi ke mutabiq. to yahi jo hai jo hai poora poore month mein hamein ek tan diya jata hai.</w:t>
      </w:r>
    </w:p>
    <w:p>
      <w:pPr>
        <w:jc w:val="right"/>
      </w:pPr>
      <w:r>
        <w:t>तो रोज़ाएं से हमें वो होता है बार बार जो कि हम सोचते है ना कि रोज़ा एक reminder वन जाता है जैसे कि आपने कहा था एक reminder वन जाता है कि हम जो है खुदा की दुनिया में है. तो हमें जो है इस इस दुनिया में खुदा की मर्ज़ी के मुताबिक ज़िंदगी गुज़ारनी है. ना कि अपनी मर्ज़ी के मुताबिक. तो यही जो है जो है पूरा पूरे month में हमें एक तन दिया जाता है.</w:t>
      </w:r>
    </w:p>
    <w:p>
      <w:r>
        <w:rPr>
          <w:b/>
        </w:rPr>
        <w:t xml:space="preserve">[27:03] </w:t>
      </w:r>
      <w:r>
        <w:t>tazkiya jo hai ke zariye se hamein iski training di jati hai. to poore month yeh training jab chalti rehti hai to hamare andar ek habit develop ho jati hai. kyunke psychology ke is is psychology mein yeh hai ke agar aadmi barabar ek mahine tak tees din chalees din ek mahine tak ek koi kaam karta rahe to woh habit form ho jati hai. to ek habit ho jayegi phir hum woh salamat salamat yeh kaam karte rahenge. Insha Allah.</w:t>
      </w:r>
    </w:p>
    <w:p>
      <w:pPr>
        <w:jc w:val="right"/>
      </w:pPr>
      <w:r>
        <w:t>तस्कियां जो है के जरिए से हमें इसकी training दी जाती है. तो पूरे month यह training जब चलती रहती है तो हमारे अंदर एक habit develop हो जाती है. क्योंकि psychology के इस इस psychology में यह है कि अगर आदमी बराबर एक महीने तक तीस दिन चालीस दिन एक महीने तक एक कोई काम करता रहे तो वह habit form हो जाती है. तो एक habit हो जाएगी फिर हम वह सलम सलम यह काम करते रहेंगे. आशा अल्लाह.</w:t>
      </w:r>
    </w:p>
    <w:p>
      <w:r>
        <w:rPr>
          <w:b/>
        </w:rPr>
        <w:t xml:space="preserve">[27:33] </w:t>
      </w:r>
      <w:r>
        <w:t>Our Prophet was most generous and he would be more generous during the month of Ramadan. It is said that he was more generous than the blowing wind and anybody who would come and ask him for anything he would never refuse. to yeh Ramadan ko month of charity bhi kaha gaya hai. to main chahunga ke isko thoda aap isko wazeh karein, thoda expand karke hum sabko samjhayein.</w:t>
      </w:r>
    </w:p>
    <w:p>
      <w:pPr>
        <w:jc w:val="right"/>
      </w:pPr>
      <w:r>
        <w:t>अपार प्रोपित was most generous and he would be more generous during the month of रमज़ान. It is said that he was more generous than the blowing wind and anybody who would come and ask him for anything he would never refuse. तो यह रमज़ान को month of charity भी कहा गया है. तो मैं चाहूंगा कि इसको थोड़ा आप इसको वाज़े करें, थोड़ा expand करके हम सबको समझाएं.</w:t>
      </w:r>
    </w:p>
    <w:p>
      <w:r>
        <w:rPr>
          <w:b/>
        </w:rPr>
        <w:t xml:space="preserve">[28:02] </w:t>
      </w:r>
      <w:r>
        <w:t>Rasool Allah sallallahu alaihi wasallam to bohat ziyada charity karte the. ek baar aap ghar mein aaye to Hazrat Aisha ne kaha, koi cheez aayi thi ziyada thi woh. to woh sab charity mein chali gayi hai. Hazrat Aisha to sabhi aapki poori family aisi thi. to thoda sa unhone ghar ke liye bacha liya. to jab Rasool Allah sallallahu alaihi wasallam aaye to aapne kaha ke bas yahi bacha hai baqi sab distribute ho gaya.</w:t>
      </w:r>
    </w:p>
    <w:p>
      <w:pPr>
        <w:jc w:val="right"/>
      </w:pPr>
      <w:r>
        <w:t>रसूल्लाह सर्वसलम तो बहुत ज़्यादा charity करते थे. एक बार आप घर में आए तो हजरत आयशा ने कहा, कोई चीज़ आई थी ज़्यादा थी वो. तो वो सब charity में चली गई है. हजरताईशा तो सभी आपकी पूरी family ऐसी थी. तो थोड़ा सा उन्होंने घर के लिए बचा लिया. तो जब रसूल्लाह सरसलम आए तो आपने कहा कि बस यही बचा है बाकी सब distribute हो गया.</w:t>
      </w:r>
    </w:p>
    <w:p>
      <w:r>
        <w:rPr>
          <w:b/>
        </w:rPr>
        <w:t xml:space="preserve">[28:29] </w:t>
      </w:r>
      <w:r>
        <w:t>to Rasool Allah sallallahu alaihi wasallam ne farmaya ke jo distribute hua wahi bacha hai. yaani aakhri mein usi ka reward milega na to wahi bacha hai aur yeh itna nahi bacha hai jo tumne apne liye rakh liya hai. to aap koi cheez apne paas rakhte hi nahi the ziyada se ziyada kuch bhi aata tha. baad mein bhi jab conquest ho gayi, Makkah Madinah fateh ho gaya, fateh ho gaya. tab bhi aapke paas jo kuch aata tha sab aap distribute kar dete the.</w:t>
      </w:r>
    </w:p>
    <w:p>
      <w:pPr>
        <w:jc w:val="right"/>
      </w:pPr>
      <w:r>
        <w:t>तो रसूल्लाह सरसलम ने फरमाया कि जो distribute हुआ वही बचा है. यानी आखिरी में उसी का reward मिलेगा ना तो वही बचा है और यह इतना नहीं बचा है जो तुमने अपने लिए रख लिया है. तो आप कोई चीज़ अपने पास रखते ही नहीं थे ज़्यादा से ज़्यादा कुछ भी आता था. बाद में भी जब con conquest हो गई, मक्का मदीना सफलता हो गया, अरफलता हो गया. तब भी आपके पास जो कुछ आता था सब आप distribute कर देते थे.</w:t>
      </w:r>
    </w:p>
    <w:p>
      <w:r>
        <w:rPr>
          <w:b/>
        </w:rPr>
        <w:t xml:space="preserve">[28:58] </w:t>
      </w:r>
      <w:r>
        <w:t>to khaastaur par roze mein aapki generosity jo hai bohat ziyada badh jati thi. kyunke roze ko kaha hi gaya shahrul mawaasaat. mawaasaat maane wahi philanthropy ya social work jo aap kehte hain. to wahi hai. to iski bohat ziyada ahmiyat hai Islam mein. kyunke is duniya mein bohat sare log aise hain jo jisko hai kuch hai ziyadatar hai hai to unki madad karna woh hamari zimmedari hai.</w:t>
      </w:r>
    </w:p>
    <w:p>
      <w:pPr>
        <w:jc w:val="right"/>
      </w:pPr>
      <w:r>
        <w:t>तो खासतौर पर रोज़े में आपकी generosity जो है बहुत ज़्यादा बढ़ जाती थी. क्योंकि रोज़े को कहा ही गया शहरुल मौसात. मौसात माने वही philanthropy या social work जो आप कहते हैं. तो वही है. तो इसकी बहुत ज़्यादा अहमियत है इस्लाम में. क्योंकि इस दुनिया में बहुत सारे लोग ऐसे हैं जो जिसको है कुछ है ज़्यादातर है है तो उनकी मदद करना वह हमारी ज़िम्मेदारी है.</w:t>
      </w:r>
    </w:p>
    <w:p>
      <w:r>
        <w:rPr>
          <w:b/>
        </w:rPr>
        <w:t xml:space="preserve">[29:25] </w:t>
      </w:r>
      <w:r>
        <w:t>to is tarike se hamein unki madad karni chahiye. to kuch to obligatory hai charity jaise zakat aur kuch voluntary hai jaise sadqa. to hamein musalsal in logon ki madad karna chahiye kyunke Allah taala ke creation plan ke mutabiq jo hum logon ko diya jata hai chahe woh ilm ho, chahe woh paisa ho usmein doosron ka hissa hota hai. to hamein bilkul generously doosron ki madad karna chahiye.</w:t>
      </w:r>
    </w:p>
    <w:p>
      <w:pPr>
        <w:jc w:val="right"/>
      </w:pPr>
      <w:r>
        <w:t>तो इस तरीके से हमें उनकी मदद करनी चाहिए. तो कुछ तो obligatory है charity जैसे दकात और कुछ voluntary है जैसे सत्का. तो हमें मुसलसल इन लोगों की मदद करना चाहिए क्योंकि अल्लाह तालाह के creation plan के मुताबिक जो हम लोगों को दिया जाता है चाहे वह इल्म हो, चाहे वह पैसा हो उसमें दूसरों का हिस्सा होता है. तो हमें बिल्कुल generously दूसरों की मदद करना चाहिए.</w:t>
      </w:r>
    </w:p>
    <w:p>
      <w:r>
        <w:rPr>
          <w:b/>
        </w:rPr>
        <w:t xml:space="preserve">[29:52] </w:t>
      </w:r>
      <w:r>
        <w:t>ek hadees hai ke aisa hargiz nahi hai ke agar hum tum, tum kisi ko kuch do to tumhare maal mein ghata ho jaye. balkeh aur izafa hoga. to yeh nahi sochna chahiye ke yeh doge to hamare paas kami ho jayegi.</w:t>
      </w:r>
    </w:p>
    <w:p>
      <w:pPr>
        <w:jc w:val="right"/>
      </w:pPr>
      <w:r>
        <w:t>एक हदीश है कि ऐसा हरगिज नहीं है कि अगर हम तुम, तुम किसी को कुछ दो तो तुम्हारे माल में घाटा हो जाए. बल्कि और इज़ाफा होगा. तो यह नहीं सोचना चाहिए कि यह दोएंगे तो हमारे पास कमी हो जाएगी.</w:t>
      </w:r>
    </w:p>
    <w:p>
      <w:r>
        <w:rPr>
          <w:b/>
        </w:rPr>
        <w:t xml:space="preserve">[30:20] </w:t>
      </w:r>
      <w:r>
        <w:t>matlab hisab paisa tha lekin woh mazdooron ko bhi theek se mazdoori nahi dete the. to do taqreeban aath das saal ke baad maine suna ke unka sab paisa khatam ho gaya. yahan tak ke unka ghar bhi bik gaya. to dene lene se barkat hoti hai. yeh samajh ke dena chahiye duniya mein bhi barkat aur aakhirat mein woh ek reward hai. to hai hadees ke mutabiq al khalq aal Allah. The creation is god's family.</w:t>
      </w:r>
    </w:p>
    <w:p>
      <w:pPr>
        <w:jc w:val="right"/>
      </w:pPr>
      <w:r>
        <w:t>मतलब हिसाब पैसा था लेकिन वो मजदूरों को भी ठीक से मजदूरी नहीं देते थे. तो दो तकरीबन आठ दस साल के बाद मैंने सुना कि उनका सब पैसा खत्म हो गया. यहाँ तक कि उनका घर भी बिक गया. तो देने लेने से बर्कत होती है. यह समझ के देना चाहिए दुनिया में भी बर्कत और आखिरत में वह एक reward है. तो है खदीस के मुताबिक अल खाल को आया अल उल्लाह. The creation is god's family.</w:t>
      </w:r>
    </w:p>
    <w:p>
      <w:r>
        <w:rPr>
          <w:b/>
        </w:rPr>
        <w:t xml:space="preserve">[30:48] </w:t>
      </w:r>
      <w:r>
        <w:t>to chunki tamam log khuda ke children of god hain to hamein sabko ek nazar se dekhna hai</w:t>
      </w:r>
    </w:p>
    <w:p>
      <w:pPr>
        <w:jc w:val="right"/>
      </w:pPr>
      <w:r>
        <w:t>तो चूंकि तमाम लोग खुदा के children of god हैं तो हमें सबको एक नज़र से देखना है</w:t>
      </w:r>
    </w:p>
    <w:p>
      <w:r>
        <w:rPr>
          <w:b/>
        </w:rPr>
        <w:t xml:space="preserve">[30:55] </w:t>
      </w:r>
      <w:r>
        <w:t>sabki madad karni hai.</w:t>
      </w:r>
    </w:p>
    <w:p>
      <w:pPr>
        <w:jc w:val="right"/>
      </w:pPr>
      <w:r>
        <w:t>सबकी मदद करनी है.</w:t>
      </w:r>
    </w:p>
    <w:p>
      <w:r>
        <w:rPr>
          <w:b/>
        </w:rPr>
        <w:t xml:space="preserve">[31:02] </w:t>
      </w:r>
      <w:r>
        <w:t>to roza is sharing spirit ko ubharta hai aur yeh itna important hai logon ki madad karna ke</w:t>
      </w:r>
    </w:p>
    <w:p>
      <w:pPr>
        <w:jc w:val="right"/>
      </w:pPr>
      <w:r>
        <w:t>तो रोज़ा इस sharing spirit को उभारता है और यह इतना important है लोगों की मदद करना कि</w:t>
      </w:r>
    </w:p>
    <w:p>
      <w:r>
        <w:rPr>
          <w:b/>
        </w:rPr>
        <w:t xml:space="preserve">[31:09] </w:t>
      </w:r>
      <w:r>
        <w:t>ek hadees qudsi hai.</w:t>
      </w:r>
    </w:p>
    <w:p>
      <w:pPr>
        <w:jc w:val="right"/>
      </w:pPr>
      <w:r>
        <w:t>एक हदी से कुत्सी है.</w:t>
      </w:r>
    </w:p>
    <w:p>
      <w:r>
        <w:rPr>
          <w:b/>
        </w:rPr>
        <w:t xml:space="preserve">[31:16] </w:t>
      </w:r>
      <w:r>
        <w:t>hadees qudsi jo Allah taala ki awaaz mein hoti hai, Allah taala ki zabaan mein hoti hai</w:t>
      </w:r>
    </w:p>
    <w:p>
      <w:pPr>
        <w:jc w:val="right"/>
      </w:pPr>
      <w:r>
        <w:t>हदी से कुत्सी जो अल्लाह तालाह की आवाज़ में होती है, अल्लाह तालाह की ज़बान में होती है</w:t>
      </w:r>
    </w:p>
    <w:p>
      <w:r>
        <w:rPr>
          <w:b/>
        </w:rPr>
        <w:t xml:space="preserve">[31:23] </w:t>
      </w:r>
      <w:r>
        <w:t>lekin Quran ka hissa nahi hai.</w:t>
      </w:r>
    </w:p>
    <w:p>
      <w:pPr>
        <w:jc w:val="right"/>
      </w:pPr>
      <w:r>
        <w:t>लेकिन कुरान का हिस्सा नहीं है.</w:t>
      </w:r>
    </w:p>
    <w:p>
      <w:r>
        <w:rPr>
          <w:b/>
        </w:rPr>
        <w:t xml:space="preserve">[31:31] </w:t>
      </w:r>
      <w:r>
        <w:t>to banda kehta hai ke aap to almighty hain, lord of the world hain. aapko kaise yeh sab ho sakta hai? tab Allah taala farmate hain ke falan shakhs jo bhooka tha agar tum usko khilate to tum wahan mujhe paate. falan shakhs jo pyasa tha agar tum usko pilate pani to wahan tum mujhe paate. main beemar tha yaani falan shakhs beemar tha agar tum uski aadat karte to wahan tum mujhe paate.</w:t>
      </w:r>
    </w:p>
    <w:p>
      <w:pPr>
        <w:jc w:val="right"/>
      </w:pPr>
      <w:r>
        <w:t>तो बंदा कहता है कि आप तो almighty हैं, lord of the world हैं. आपको कैसे यह सब हो सकता है? तब अल्लाह ताला फरमाते हैं कि फलांशाल जो भूखा था अगर तुम उसको खिलाते तो तुम वहां मुझे पाते. फलांसक जो प्यासा था अगर तुम उसको पिलाते पानी तो वहां तुम मुझे पाते. मैं बीमार था यानी फलांसक बीमार था अगर तुम उसकी आदत करते तो वहां तुम मुझे पाते.</w:t>
      </w:r>
    </w:p>
    <w:p>
      <w:r>
        <w:rPr>
          <w:b/>
        </w:rPr>
        <w:t xml:space="preserve">[31:56] </w:t>
      </w:r>
      <w:r>
        <w:t>to hamein is jazbe ke saath logon ki madad karni hai ke yeh Khuda ka hukum hai. to Khuda ka hukum jo hai log samajhte hain bas yeh ibaadat hai jo hai namaz roza hajj zakaat bas yeh kar liya uske baad aur kisi cheez ki koi khaas zaroorat nahi hai. aisa nahi hai jo bhi Khuda ka hukum hai usko karna hai aur usi mein hamein uska reward milega.</w:t>
      </w:r>
    </w:p>
    <w:p>
      <w:pPr>
        <w:jc w:val="right"/>
      </w:pPr>
      <w:r>
        <w:t>तो हमें इस जज़्बे के साथ लोगों की मदद करनी है कि यह खुदा का हुक्म है. तो खुदा का हुक्म जो है लोग समझते हैं बस यह बादत है जो है नमाज़ रोज़ा हर जगात बस यह कर लिया उसके बाद और किसी चीज़ की कोई खास ज़रूरत नहीं है. ऐसा नहीं है जो भी खुदा का हुक में उसको करना है और उसी में हमें उसका reward मिलेगा.</w:t>
      </w:r>
    </w:p>
    <w:p>
      <w:r>
        <w:rPr>
          <w:b/>
        </w:rPr>
        <w:t xml:space="preserve">[32:23] </w:t>
      </w:r>
      <w:r>
        <w:t>ek aur hadees dene wala hath lene wale hath se behtar hai.</w:t>
      </w:r>
    </w:p>
    <w:p>
      <w:pPr>
        <w:jc w:val="right"/>
      </w:pPr>
      <w:r>
        <w:t>एक और हदीशे देने वाला हाथ लेने वाले हाथ से बेहतर है.</w:t>
      </w:r>
    </w:p>
    <w:p>
      <w:r>
        <w:rPr>
          <w:b/>
        </w:rPr>
        <w:t xml:space="preserve">[32:31] </w:t>
      </w:r>
      <w:r>
        <w:t>kisi bhi musafir ko kisi bhi ghar mein rehne ki ijazat hoti thi.</w:t>
      </w:r>
    </w:p>
    <w:p>
      <w:pPr>
        <w:jc w:val="right"/>
      </w:pPr>
      <w:r>
        <w:t>किसी भी मुसाफिर को किसी भी घर में रहने की इजाज़त होती थी.</w:t>
      </w:r>
    </w:p>
    <w:p>
      <w:r>
        <w:rPr>
          <w:b/>
        </w:rPr>
        <w:t xml:space="preserve">[32:40] </w:t>
      </w:r>
      <w:r>
        <w:t>kahin bhi woh reh sakta tha.</w:t>
      </w:r>
    </w:p>
    <w:p>
      <w:pPr>
        <w:jc w:val="right"/>
      </w:pPr>
      <w:r>
        <w:t>कहीं भी वह रह सकता था.</w:t>
      </w:r>
    </w:p>
    <w:p>
      <w:r>
        <w:rPr>
          <w:b/>
        </w:rPr>
        <w:t xml:space="preserve">[32:49] </w:t>
      </w:r>
      <w:r>
        <w:t>to is tarah se ab jo zarooraten hain ab ab aajkal ke zamane ke lihaaz se hamein un</w:t>
      </w:r>
    </w:p>
    <w:p>
      <w:pPr>
        <w:jc w:val="right"/>
      </w:pPr>
      <w:r>
        <w:t>तो इस तरीके से अब जो ज़रूरतें हैं अब अब आजकल के जमाने के लिहाज से हमें उन</w:t>
      </w:r>
    </w:p>
    <w:p>
      <w:r>
        <w:rPr>
          <w:b/>
        </w:rPr>
        <w:t xml:space="preserve">[32:57] </w:t>
      </w:r>
      <w:r>
        <w:t>zaroorat ko poora karna hai.</w:t>
      </w:r>
    </w:p>
    <w:p>
      <w:pPr>
        <w:jc w:val="right"/>
      </w:pPr>
      <w:r>
        <w:t>ज़रूरत को पूरा करना है.</w:t>
      </w:r>
    </w:p>
    <w:p>
      <w:r>
        <w:rPr>
          <w:b/>
        </w:rPr>
        <w:t xml:space="preserve">[33:06] </w:t>
      </w:r>
      <w:r>
        <w:t>misal ke taur par education mein, medical treatment mein to khaas taur par agar education mein madad ki</w:t>
      </w:r>
    </w:p>
    <w:p>
      <w:pPr>
        <w:jc w:val="right"/>
      </w:pPr>
      <w:r>
        <w:t>मिसाल के तौर पर education में, medical treatment में तो खास तौर पर अगर education में मदद की</w:t>
      </w:r>
    </w:p>
    <w:p>
      <w:r>
        <w:rPr>
          <w:b/>
        </w:rPr>
        <w:t xml:space="preserve">[33:15] </w:t>
      </w:r>
      <w:r>
        <w:t>jaaye to uski madad sari zindagi bhar woh chalegi.</w:t>
      </w:r>
    </w:p>
    <w:p>
      <w:pPr>
        <w:jc w:val="right"/>
      </w:pPr>
      <w:r>
        <w:t>जाए तो उसकी मदद सारी ज़िंदगी भर वह चलेगी.</w:t>
      </w:r>
    </w:p>
    <w:p>
      <w:r>
        <w:rPr>
          <w:b/>
        </w:rPr>
        <w:t xml:space="preserve">[33:24] </w:t>
      </w:r>
      <w:r>
        <w:t>to is tarike se saccha mashwara, sacchi nasihat uske liye dua karna agar hamare paas kuch bhi nahi hai to hum uske liye dua karein. to roza jo hai isi in sari cheezon ki jo hai na hamari training hai aur yeh bohat ziyada important hai. hamein isko samajhna chahiye ke hum Khuda ke liye hum kamzor bohat ziyada bilkul helpless hain. to hum Khuda se madad chahte hain.</w:t>
      </w:r>
    </w:p>
    <w:p>
      <w:pPr>
        <w:jc w:val="right"/>
      </w:pPr>
      <w:r>
        <w:t>तो इस तरीके से सच्चा मशवरा, सच्ची ना सिहद उसके लिए द्वा करना अगर हमारे पास कुछ भी नहीं है तो हम उसके लिए द्वा करें. तो रोज़ा जो है इसी इन सारी चीज़ों की जो है ना हमारी training है और यह बहुत ज़्यादा important है. हमें इसको समझना चाहिए कि हम खोदा के लिए हम कम बहुत ज़्यादा बिल्कुल helpless हैं. तो हम खोदा से मदद चाहते हैं.</w:t>
      </w:r>
    </w:p>
    <w:p>
      <w:r>
        <w:rPr>
          <w:b/>
        </w:rPr>
        <w:t xml:space="preserve">[33:52] </w:t>
      </w:r>
      <w:r>
        <w:t>to agar hum koi aisi dua karte hain to usi ke mutabiq hamara amal bhi hona chahiye. matlab hum doosron ki madad na karein aur hum Khuda se madad chahein to aisi hi dua qabool nahi hogi. ek dilchasp qissa hai ke ek buzurg the to unke paas ek aadmi gaye ke mera beta jo hai bohat ziyada gutkha khata hai, iske liye dua kar dijiye.</w:t>
      </w:r>
    </w:p>
    <w:p>
      <w:pPr>
        <w:jc w:val="right"/>
      </w:pPr>
      <w:r>
        <w:t>तो अगर हम कोई ऐसी दुआ करते हैं तो उसी के मुताबिक हमारा अमल भी होना चाहिए. मतलब हम दूसरों की मदद ना करें और हम खुदा से मदद चाहें तो ऐसी ही दुआ कोबूल नहीं होगी. एक दिलचस्प किस्सा है कि एक बुज़ुर्ग थे तो उनके पास एक आदमी गए कि मेरा बेटा जो है बहुत ज़्यादा गुड़खाता है, इसके लिए दुआ कर दीजिए.</w:t>
      </w:r>
    </w:p>
    <w:p>
      <w:r>
        <w:rPr>
          <w:b/>
        </w:rPr>
        <w:t xml:space="preserve">[34:17] </w:t>
      </w:r>
      <w:r>
        <w:t>to unhone kaha ke ek hafte baad, das din baad usko bulaya, phir unhone dua kiya aur woh phir uska gutkha khana kam ho gaya. to unhone kaha aapne usi din kyun nahi dua kiya? pehle kaha main khud gutkha khata tha. to unhone sabse pehle apna gutkha chhoda phir dua ki. yeh sacchi dua hai. agar hum kuch galat kaam karte rahein aur phir hum dua karein to woh hamari dua ko qabool nahi hogi. to yeh hai. ji, bilkul sahi aapka.</w:t>
      </w:r>
    </w:p>
    <w:p>
      <w:pPr>
        <w:jc w:val="right"/>
      </w:pPr>
      <w:r>
        <w:t>तो उन्होंने कहा कि एक हफ्ते बाद, दस दिन बाद उसको बुलाया, फिर उन्होंने दुआ किया और वह फिर उसका गुड़खाना कम हो गया. तो उन्होंने कहा आपने उसी दिन क्यों नहीं दुआ किया? पहले कहा मैं खुद गुड़खाता था. तो उन्होंने सबसे पहले अपना गुड़ छोड़ा फिर दुआ की. यह सच्ची दुआ है. अगर हम कुछ गलत काम करते रहें और फिर हम दुआ करें तो वह हमारी दुआ को भूल नहीं होगी. तो यह है. जी, बिल्कुल सही आपका.</w:t>
      </w:r>
    </w:p>
    <w:p>
      <w:r>
        <w:rPr>
          <w:b/>
        </w:rPr>
        <w:t xml:space="preserve">[34:47] </w:t>
      </w:r>
      <w:r>
        <w:t>aapka kuch comments padhunga main. agla sawal lene se pehle yeh comment bheja hai Saharanpur se Doctor Aslam sahab ne. unhone likha hai nicely described professor Fareeda. Actually roza reduces our hypertension, improves body immunity and also reduces cancer risk. So many benefits physically and also spiritually. It makes us a superb personality.</w:t>
      </w:r>
    </w:p>
    <w:p>
      <w:pPr>
        <w:jc w:val="right"/>
      </w:pPr>
      <w:r>
        <w:t>आपका कुछ comments पढूंगा मैं. अगला सवाल लेने से पहले यह comment भेजा है सहारनपुर से doctor असम साहब ने. उन्होंने लिखा है nicely described professor फरीदा. Actually रोज़ा reduces our hypertension, improves body immunity and also reduces cancer risk. So many benefits physically and also spiritually. It makes us a superb personality.</w:t>
      </w:r>
    </w:p>
    <w:p>
      <w:r>
        <w:rPr>
          <w:b/>
        </w:rPr>
        <w:t xml:space="preserve">[35:14] </w:t>
      </w:r>
      <w:r>
        <w:t>Imran Ahmed sahab ne Delhi se likha hai Mashallah well explained apa, aapne bohat se pehluon par roshni dali. phir unhone apa wahi charity ke hawale se hi sawal bhi pucha jo aap jiska aap jawab de chuki hain. to main agle sawal ki taraf rukh karta hoon. aap bas zikr ke upar poochna chahunga.</w:t>
      </w:r>
    </w:p>
    <w:p>
      <w:pPr>
        <w:jc w:val="right"/>
      </w:pPr>
      <w:r>
        <w:t>इमरान अहमद साहब ने दिल्ली से लिखा है माशालाह well explained आपा, आपने बहुत से पहलुओं पर रौशनी डाली. फिर उन्होंने आपा वही charity के हवाले से ही सवाल भी पुछा जो आप जिसका आप जवाब दे चुकी हैं. तो मैं अगले सवाल की तरफ रुक करता हूँ. आप बस ज़िक्र के ऊपर पूछना चाहूंगा.</w:t>
      </w:r>
    </w:p>
    <w:p>
      <w:r>
        <w:rPr>
          <w:b/>
        </w:rPr>
        <w:t xml:space="preserve">[35:32] </w:t>
      </w:r>
      <w:r>
        <w:t>ज़िक्र जैसा कि हम समझते हैं कि it simply it means to remember God and prophet once remarked</w:t>
      </w:r>
    </w:p>
    <w:p>
      <w:pPr>
        <w:jc w:val="right"/>
      </w:pPr>
      <w:r>
        <w:t>ज़िक्र जैसा कि हम समझते हैं कि it simply it means to remember god and prophet once remarked</w:t>
      </w:r>
    </w:p>
    <w:p>
      <w:r>
        <w:rPr>
          <w:b/>
        </w:rPr>
        <w:t xml:space="preserve">[35:37] </w:t>
      </w:r>
      <w:r>
        <w:t>that the most generous is one who belongs to the assemblies of zikr.</w:t>
      </w:r>
    </w:p>
    <w:p>
      <w:pPr>
        <w:jc w:val="right"/>
      </w:pPr>
      <w:r>
        <w:t>that the most generous is one who belongs to the assemblies of ज़िक्र.</w:t>
      </w:r>
    </w:p>
    <w:p>
      <w:r>
        <w:rPr>
          <w:b/>
        </w:rPr>
        <w:t xml:space="preserve">[35:42] </w:t>
      </w:r>
      <w:r>
        <w:t>to yeh bahut hi pyari baat unhone kahi.</w:t>
      </w:r>
    </w:p>
    <w:p>
      <w:pPr>
        <w:jc w:val="right"/>
      </w:pPr>
      <w:r>
        <w:t>तो यह बहुत ही प्यारी बात उन्होंने कही.</w:t>
      </w:r>
    </w:p>
    <w:p>
      <w:r>
        <w:rPr>
          <w:b/>
        </w:rPr>
        <w:t xml:space="preserve">[35:47] </w:t>
      </w:r>
      <w:r>
        <w:t>to main chahunga aap aaj zikr ke bare mein aap usko waazeh karein.</w:t>
      </w:r>
    </w:p>
    <w:p>
      <w:pPr>
        <w:jc w:val="right"/>
      </w:pPr>
      <w:r>
        <w:t>तो मैं चाहूंगा आप आज ज़िक्र के बारे में आप उसको वाज़े करें.</w:t>
      </w:r>
    </w:p>
    <w:p>
      <w:r>
        <w:rPr>
          <w:b/>
        </w:rPr>
        <w:t xml:space="preserve">[35:52] </w:t>
      </w:r>
      <w:r>
        <w:t>roze se kaise related hai aur iske bare mein hum sabko batayein.</w:t>
      </w:r>
    </w:p>
    <w:p>
      <w:pPr>
        <w:jc w:val="right"/>
      </w:pPr>
      <w:r>
        <w:t>रोज़े से कैसे related है और इसके बारे में हम सबको बताएं.</w:t>
      </w:r>
    </w:p>
    <w:p>
      <w:r>
        <w:rPr>
          <w:b/>
        </w:rPr>
        <w:t xml:space="preserve">[35:57] </w:t>
      </w:r>
      <w:r>
        <w:t>haan, Quran mein aaya hai uskurullah, zikran, kaseera.</w:t>
      </w:r>
    </w:p>
    <w:p>
      <w:pPr>
        <w:jc w:val="right"/>
      </w:pPr>
      <w:r>
        <w:t>हां, कुरान में आया है उस्कुरुल्लाह, ज़िक्रण, कसीरा.</w:t>
      </w:r>
    </w:p>
    <w:p>
      <w:r>
        <w:rPr>
          <w:b/>
        </w:rPr>
        <w:t xml:space="preserve">[36:03] </w:t>
      </w:r>
      <w:r>
        <w:t>khuda ko bohat ziyada yaad karna. to khuda ko bohat ziyada yaad karne ka yeh matlab logon ne nikala hai ke tasbi padhna. to us mein kuch alfaaz hote hain usko tasbi padhte rehte hain. log kai kai tasbiyan khatam kar dete hain. to yeh jo hai tasbi bhi padhe agar to khuda ko yaad karte hue padhe. khuda ke nehmaton ki yaad karte hue padhen. khuda ke nehmaton ke reference se padhen.</w:t>
      </w:r>
    </w:p>
    <w:p>
      <w:pPr>
        <w:jc w:val="right"/>
      </w:pPr>
      <w:r>
        <w:t>खुदा को बहुत ज़्यादा याद करना. तो खुदा को बहुत ज़्यादा याद करने का यह मतलब लोगों ने निकाला है कि तस्बी पढ़ना. तो उसमें कुछ अल्फाज़ होते हैं उसको तस्बी पढ़ते रहते हैं. लोग कई कई तस्बीयां खत्म कर देते हैं. तो यह जो है तस्बी भी पढ़े अगर तो खुदा को याद करते हुए पढ़े. खुदा के नेहमतों की याद करते हुए पढ़ें. खुदा के नेहमतों के reference से पढ़ें.</w:t>
      </w:r>
    </w:p>
    <w:p>
      <w:r>
        <w:rPr>
          <w:b/>
        </w:rPr>
        <w:t xml:space="preserve">[36:28] </w:t>
      </w:r>
      <w:r>
        <w:t>tab to uska faida hoga lekin sirf alfaad dohrane se uska koi faida nahi hoga. to ek baar aisa hua ke rasul da sallalah waleh wasalam ki wafat ke baad log madine mein masjide navvi mein baithe bohat sara apne samne woh rakhe hue the.</w:t>
      </w:r>
    </w:p>
    <w:p>
      <w:pPr>
        <w:jc w:val="right"/>
      </w:pPr>
      <w:r>
        <w:t>तब तो उसका फ़ायदा होगा लेकिन सिर्फ अल्फाद दोहराने से उसका कोई फ़ायदा नहीं होगा. तो एक बार ऐसा हुआ कि रसुल्दा सल्ललाह वालेव सलन की वफाद के बाद लोग मदीने में मस्जिदे नव्वी में बैठे बहुत सारा अपने सामने वह रखे हुए थे.</w:t>
      </w:r>
    </w:p>
    <w:p>
      <w:r>
        <w:rPr>
          <w:b/>
        </w:rPr>
        <w:t xml:space="preserve">[36:47] </w:t>
      </w:r>
      <w:r>
        <w:t>khajoor ki gutliyan woh kankriyan nikalti hai aur apne helplessness ke ehsaas se nikalti hai to woh hoti</w:t>
      </w:r>
    </w:p>
    <w:p>
      <w:pPr>
        <w:jc w:val="right"/>
      </w:pPr>
      <w:r>
        <w:t>खजूर की गुट्लियां वो कंक्रियां निकलती है और अपने helplessness के एहसास से निकलती है तो वह होती</w:t>
      </w:r>
    </w:p>
    <w:p>
      <w:r>
        <w:rPr>
          <w:b/>
        </w:rPr>
        <w:t xml:space="preserve">[37:45] </w:t>
      </w:r>
      <w:r>
        <w:t>hai dua woh hota hai zikr aur wahi Khuda ke yahan qubool hota hai.</w:t>
      </w:r>
    </w:p>
    <w:p>
      <w:pPr>
        <w:jc w:val="right"/>
      </w:pPr>
      <w:r>
        <w:t>है दुआ वह होता है ज़िक्र और वही खुदा के यहां कुबूल होता है.</w:t>
      </w:r>
    </w:p>
    <w:p>
      <w:r>
        <w:rPr>
          <w:b/>
        </w:rPr>
        <w:t xml:space="preserve">[38:44] </w:t>
      </w:r>
      <w:r>
        <w:t>bilkul last point edge ka hota hai wahan khuda ka contract hota hai. agar hum samjhenge hamare humko to sab aata hai to wahan khuda ka contract nahi hota hai. jab tak ke hum apni helplessness ko discover nahi karenge aur khuda ko all powerful nahi manenge tab tak hamara khuda se contract hi nahi hoga. to khuda se contract nahi hoga to hamari duaen kaise quboolungi hum? hamara zikr mein effect kaise aayega?</w:t>
      </w:r>
    </w:p>
    <w:p>
      <w:pPr>
        <w:jc w:val="right"/>
      </w:pPr>
      <w:r>
        <w:t>बिल्कुल last point edge का होता है वहां खुदा का contract होता है. अगर हम समझेंगे हमारे हमको तो सब आता है तो वहां खुदा का contract नहीं होता है. जब तक कि हम अपनी helplessness को discover नहीं करेंगे और खुदा को all powerful नहीं मानेंगे तब तक हमारा खुदा से contract ही नहीं होगा. तो खुदा से contract नहीं होगा तो हमारी दुआएं कैसे कुबूलूंगी हम? हमारा ज़िक्र में effect कैसे आएगा?</w:t>
      </w:r>
    </w:p>
    <w:p>
      <w:r>
        <w:rPr>
          <w:b/>
        </w:rPr>
        <w:t xml:space="preserve">[39:12] </w:t>
      </w:r>
      <w:r>
        <w:t>to iska ek misal helplessness ki ek misal Maulana ne likhi hai ki ek bachcha tha usko cycle chahiye thi.</w:t>
      </w:r>
    </w:p>
    <w:p>
      <w:pPr>
        <w:jc w:val="right"/>
      </w:pPr>
      <w:r>
        <w:t>तो इसका एक मिसाल helplessness की एक मिसाल मौलाना ने लिखी है कि एक बच्चा था उसको cycle चाहिए थी.</w:t>
      </w:r>
    </w:p>
    <w:p>
      <w:r>
        <w:rPr>
          <w:b/>
        </w:rPr>
        <w:t xml:space="preserve">[40:04] </w:t>
      </w:r>
      <w:r>
        <w:t>roz apne baap se kehta ki mujhe cycle chahiye.</w:t>
      </w:r>
    </w:p>
    <w:p>
      <w:pPr>
        <w:jc w:val="right"/>
      </w:pPr>
      <w:r>
        <w:t>रोज़ अपने बाप से कहता कि मुझे cycle चाहिए.</w:t>
      </w:r>
    </w:p>
    <w:p>
      <w:r>
        <w:rPr>
          <w:b/>
        </w:rPr>
        <w:t xml:space="preserve">[40:56] </w:t>
      </w:r>
      <w:r>
        <w:t>Naturally.</w:t>
      </w:r>
    </w:p>
    <w:p>
      <w:pPr>
        <w:jc w:val="right"/>
      </w:pPr>
      <w:r>
        <w:t>Naturally.</w:t>
      </w:r>
    </w:p>
    <w:p>
      <w:r>
        <w:rPr>
          <w:b/>
        </w:rPr>
        <w:t xml:space="preserve">[41:06] </w:t>
      </w:r>
      <w:r>
        <w:t>تو ہم we take everything for granted.</w:t>
      </w:r>
    </w:p>
    <w:p>
      <w:pPr>
        <w:jc w:val="right"/>
      </w:pPr>
      <w:r>
        <w:t>तो हम we take everything for granted.</w:t>
      </w:r>
    </w:p>
    <w:p>
      <w:r>
        <w:rPr>
          <w:b/>
        </w:rPr>
        <w:t xml:space="preserve">[41:16] </w:t>
      </w:r>
      <w:r>
        <w:t>to hamein soch soch kar soch soch kar Khuda ki name to koi yaad karna hai aur us</w:t>
      </w:r>
    </w:p>
    <w:p>
      <w:pPr>
        <w:jc w:val="right"/>
      </w:pPr>
      <w:r>
        <w:t>तो हमें सोच सोच कर सोच सोच कर खुदा की name तो कोई याद करना है और उस</w:t>
      </w:r>
    </w:p>
    <w:p>
      <w:r>
        <w:rPr>
          <w:b/>
        </w:rPr>
        <w:t xml:space="preserve">[41:27] </w:t>
      </w:r>
      <w:r>
        <w:t>waqt jo alfaaz niklenge dil se to wahi Khuda ke yahan to samajhte hain ki alfaaz mein kuch</w:t>
      </w:r>
    </w:p>
    <w:p>
      <w:pPr>
        <w:jc w:val="right"/>
      </w:pPr>
      <w:r>
        <w:t>वक्त जो अल्फाद निकलेंगे दिल से तो वही खुदा के यहां तो समझते हैं कि अल्फाद में कुछ</w:t>
      </w:r>
    </w:p>
    <w:p>
      <w:r>
        <w:rPr>
          <w:b/>
        </w:rPr>
        <w:t xml:space="preserve">[41:37] </w:t>
      </w:r>
      <w:r>
        <w:t>miraculous mysterious effect hai.</w:t>
      </w:r>
    </w:p>
    <w:p>
      <w:pPr>
        <w:jc w:val="right"/>
      </w:pPr>
      <w:r>
        <w:t>miraculous mysterious effect है.</w:t>
      </w:r>
    </w:p>
    <w:p>
      <w:r>
        <w:rPr>
          <w:b/>
        </w:rPr>
        <w:t xml:space="preserve">[41:48] </w:t>
      </w:r>
      <w:r>
        <w:t>woh padh liya to woh bangle ban gaye. to ek baar Maria jab chhoti thi to Maria ko isi tarah bataya gaya ke yeh alphase padh lo tasbi yeh sulphase ki tasbi padh lo to tumhari itne bangle banenge itne maal banenge. jab bohat ho gaya to ek din Maria ne kaha ke ab bohat maal ho gaye, ab nahi padhenge. to yeh hai.</w:t>
      </w:r>
    </w:p>
    <w:p>
      <w:pPr>
        <w:jc w:val="right"/>
      </w:pPr>
      <w:r>
        <w:t>वह पढ़ लिया तो वह बंगले वन गए. तो एक बार Maria जब छोटी थी तो Maria को इसी तरह बताया गया कि यह alphase पढ़ लो तस्वी यह sulphase की तस्वी पढ़ लो तो तुम्हारी इतने बंगले बनेंगे इतने माल बनेंगे. जब बहुत हो गया तो एक दिन मारिया ने कहा कि अब बहुत माल हो गए, अब नहीं पढ़ेंगे. तो यह है.</w:t>
      </w:r>
    </w:p>
    <w:p>
      <w:r>
        <w:rPr>
          <w:b/>
        </w:rPr>
        <w:t xml:space="preserve">[42:13] </w:t>
      </w:r>
      <w:r>
        <w:t>masha allah, bilkul aap aapne sahi kaha ke asal zikr to wahi hai jo khuda se contact establish kare aur woh ek helpless helplessness ke level par hi hota hai. aap aur aksar log yeh bhi karte hain, bohat zor zor se zikr karte hain. mere ko ek riwayat bhi yaad aayi hazrat Aisha se hai ke unhone kaha ke prophet used to give importance to low tone zikr 70 times more.</w:t>
      </w:r>
    </w:p>
    <w:p>
      <w:pPr>
        <w:jc w:val="right"/>
      </w:pPr>
      <w:r>
        <w:t>माशा अल्लाह, बिल्कुल आप आपने सही कहा कि असल ज़िक्र तो वही है जो खुदा से contact establish करें और वह एक helpless helplessness के level पर ही होता है. आप और अक्सर लोग यह भी करते हैं, बहुत ज़ोर ज़ोर से ज़िक्र करते हैं. मेरे को एक रिवायत भी याद आई हज़रत आईशा से है कि उन्होंने कहा कि prophet used to give importance to low tone ज़िक्र 70 times more.</w:t>
      </w:r>
    </w:p>
    <w:p>
      <w:r>
        <w:rPr>
          <w:b/>
        </w:rPr>
        <w:t xml:space="preserve">[42:40] </w:t>
      </w:r>
      <w:r>
        <w:t>so she reported ke rasul da ne ek martaba kaha ke on the day of judgement when all the creatures will be gathered before god, then god will ask his angels pointing towards a man that has there anything remained to be recorded of this man? so the angels will say that my lord, we didn't miss out anything. we have recorded every single bit about this person.</w:t>
      </w:r>
    </w:p>
    <w:p>
      <w:pPr>
        <w:jc w:val="right"/>
      </w:pPr>
      <w:r>
        <w:t>So she reported कि रसुल्ला ने एक मरतवाह कहा कि on the day of judgement when all the creatures will be gathered before god, then god will ask his angels pointing towards a man that has there anything remained to be recorded of this man? So the angels will say that my lord, we didn't miss out anything. We have recorded every single bit about this person.</w:t>
      </w:r>
    </w:p>
    <w:p>
      <w:r>
        <w:rPr>
          <w:b/>
        </w:rPr>
        <w:t xml:space="preserve">[43:05] </w:t>
      </w:r>
      <w:r>
        <w:t>so then god will say to this man, he will say that today, I will tell you about a thing which I have with me, which is hidden from you and I will reward you today and that is low toned remembrance aur low toned remembrance ka matlab wahi hai remembrance in heart. wahi dil dil se jo alfaaz toote hue alfaaz jo nikalte hain helplessness ke level par wahi allah tak pahunchte hain. to yahan par bohat acche se explain kiya apa aur asal mein zikr yahi hai.</w:t>
      </w:r>
    </w:p>
    <w:p>
      <w:pPr>
        <w:jc w:val="right"/>
      </w:pPr>
      <w:r>
        <w:t>So then god will say to this man, he will say that today, I will tell you about a thing which I have with me, which is hidden from you and I will reward you today and that is low toned remembrance और low toned remembrance का मतलब वही है remembrance in heart. वही दिल दिल से जो अल्फास टूटे हुए अल्फास जो निकलते हैं helplessness के level पर वही अल्लाह तक पहुंचते हैं. तो यहां पर बहुत अच्छे से explain किया आपा और असल में ज़िक्र यही है.</w:t>
      </w:r>
    </w:p>
    <w:p>
      <w:r>
        <w:rPr>
          <w:b/>
        </w:rPr>
        <w:t xml:space="preserve">[43:34] </w:t>
      </w:r>
      <w:r>
        <w:t>na ke woh tez tez zor zor aise zikr karna hai ya woh tasbi padhna hai jaise aapne Maria ka example bataya. jaza kallah apa. so we will now move to the last question. aap yeh belief hai ke roze ka jo sawab hai woh beyond measure hai. to isko iske bare mein bhi aap bataen isko bazi karen. roze ka aaj bohat ziyada hai.</w:t>
      </w:r>
    </w:p>
    <w:p>
      <w:pPr>
        <w:jc w:val="right"/>
      </w:pPr>
      <w:r>
        <w:t>ना कि वह तेज़ तेज़ ज़ोर ज़ोर ऐसे ज़िक्र करना है या वह तस्वी पढ़ना है जैसे आपने मारिया का example बताया. जज़ा कल्लाह आपा. So we will now move to the last question. आप यह belief है कि रोज़े का जो सवाब है वह beyond measure है. तो इसको इसके बारे में भी आप बताएं इसको बाज़ी करें. रोज़े का आज बहुत ज़्यादा है.</w:t>
      </w:r>
    </w:p>
    <w:p>
      <w:r>
        <w:rPr>
          <w:b/>
        </w:rPr>
        <w:t xml:space="preserve">[44:02] </w:t>
      </w:r>
      <w:r>
        <w:t>to aaj har negi ka aaj Allah taala bahut zyada badha ke dete hain.</w:t>
      </w:r>
    </w:p>
    <w:p>
      <w:pPr>
        <w:jc w:val="right"/>
      </w:pPr>
      <w:r>
        <w:t>तो आज हर नेगी का आज अल्लाह तालाह बहुत ज़्यादा बढ़ा के देते हैं.</w:t>
      </w:r>
    </w:p>
    <w:p>
      <w:r>
        <w:rPr>
          <w:b/>
        </w:rPr>
        <w:t xml:space="preserve">[44:28] </w:t>
      </w:r>
      <w:r>
        <w:t>das guna se 700 guna tak.</w:t>
      </w:r>
    </w:p>
    <w:p>
      <w:pPr>
        <w:jc w:val="right"/>
      </w:pPr>
      <w:r>
        <w:t>दस गुना से 700 गुना तक.</w:t>
      </w:r>
    </w:p>
    <w:p>
      <w:r>
        <w:rPr>
          <w:b/>
        </w:rPr>
        <w:t xml:space="preserve">[44:54] </w:t>
      </w:r>
      <w:r>
        <w:t>to khayeshad ke khilaf jihad. to yeh ek sacrifice ke level par hota hai to allah taala uska bohat ziyada aj denge. in nafs sab roon aj roon bagairhi sab. to yeh hai usmein khana, pani, neend aur doosre kuch mamulat usko sab jo hai woh tootte hain hamare.</w:t>
      </w:r>
    </w:p>
    <w:p>
      <w:pPr>
        <w:jc w:val="right"/>
      </w:pPr>
      <w:r>
        <w:t>तो खाइशाद के खिलाफ जिहाद. तो यह एक sacrifice के level पर होता है तो अल्लाह तालाह उसका बहुत ज़्यादा आज देंगे. इन नमा युवफस साब रून आज रून बगैरही साब. तो यह है उसमें खाना, पानी, नींद और दूसरे कुछ मामुलात उसको सब जो है वह टूटते हैं हमारे.</w:t>
      </w:r>
    </w:p>
    <w:p>
      <w:r>
        <w:rPr>
          <w:b/>
        </w:rPr>
        <w:t xml:space="preserve">[45:20] </w:t>
      </w:r>
      <w:r>
        <w:t>to is wajah se uska ajar bohat ziyada ho jata hai aur phir uske usko hum sahi tarike se jab hum istemal karen apne time ka quran padhen, usko samjhen, uske upar mehnat karen, usko samajhne mein tafseel padhen, to usko apni zindagi mein apply karen. har negi ka kaam karen matlab yeh nahi ke sirf bhook pyas balki har negi ka kaam karen jaise apna taskiya nafs hai.</w:t>
      </w:r>
    </w:p>
    <w:p>
      <w:pPr>
        <w:jc w:val="right"/>
      </w:pPr>
      <w:r>
        <w:t>तो इस वजह से उसका अजर बहुत ज़्यादा हो जाता है और फिर उसके उसको हम सही तरीके से जब हम इस्तेमाल करें अपने time का पुरान पढ़ें, उसको समझें, उसके ऊपर मेहनत करें, उसको समझने में तफ्सील पढ़ें, तो उसको अपनी ज़िंदगी में apply करें. हर नैकी का काम करें मतलब यह नहीं कि सिर्फ भूख प्यास बल्कि हर नैकी का काम करें जैसे अपना तस्किया नफ्स है.</w:t>
      </w:r>
    </w:p>
    <w:p>
      <w:r>
        <w:rPr>
          <w:b/>
        </w:rPr>
        <w:t xml:space="preserve">[45:46] </w:t>
      </w:r>
      <w:r>
        <w:t>to is tarike se har negi ka jab hum kaam karenge to uska ajar jo hai behisab milega aur ek ek ramadan jo hai ek qism ki annual rehearsal ho jayegi ke har saal ek mahine ka humein ek refresher course karaya jata hai aur uske baad hum bilkul taza dam ho jate hain spiritually.</w:t>
      </w:r>
    </w:p>
    <w:p>
      <w:pPr>
        <w:jc w:val="right"/>
      </w:pPr>
      <w:r>
        <w:t>तो इस तरीके से हर नैकी का जब हम काम करेंगे तो उसका अजर जो है बेहिसाब मिलेगा और एक एक रमज़ान जो है एक किस्म की annual rehearsal हो जाएगी कि हर साल एक महीने का हमें एक refresher course कराया जाता है और उसके बाद हम बिल्कुल ताज़ा धम हो जाते हैं spiritually.</w:t>
      </w:r>
    </w:p>
    <w:p>
      <w:r>
        <w:rPr>
          <w:b/>
        </w:rPr>
        <w:t xml:space="preserve">[46:08] </w:t>
      </w:r>
      <w:r>
        <w:t>taki hum saal bhar ek spiritual person ki hasiyat se society mein apna role ada karein aur khaas</w:t>
      </w:r>
    </w:p>
    <w:p>
      <w:pPr>
        <w:jc w:val="right"/>
      </w:pPr>
      <w:r>
        <w:t>ताकि हम साल भर एक spiritual person की हसियत से society में अपना role अदा करें और खास</w:t>
      </w:r>
    </w:p>
    <w:p>
      <w:r>
        <w:rPr>
          <w:b/>
        </w:rPr>
        <w:t xml:space="preserve">[46:17] </w:t>
      </w:r>
      <w:r>
        <w:t>taur par hamara role jo hai vah to is wajah se yeh mahine bhar karoge hamein bataya gaya</w:t>
      </w:r>
    </w:p>
    <w:p>
      <w:pPr>
        <w:jc w:val="right"/>
      </w:pPr>
      <w:r>
        <w:t>तौर पर हमारा role जो है वह तो इस वजह से यह महीने भर करोगे हमें बताया गया</w:t>
      </w:r>
    </w:p>
    <w:p>
      <w:r>
        <w:rPr>
          <w:b/>
        </w:rPr>
        <w:t xml:space="preserve">[46:27] </w:t>
      </w:r>
      <w:r>
        <w:t>hai taki mahina bhar lagega to hamari ek habit form ho jayegi phir hum bahut dinon tak yeh</w:t>
      </w:r>
    </w:p>
    <w:p>
      <w:pPr>
        <w:jc w:val="right"/>
      </w:pPr>
      <w:r>
        <w:t>है ताकि महीना भर लगेगा तो हमारी एक habit form हो जाएगी फिर हम बहुत दिनों तक यह</w:t>
      </w:r>
    </w:p>
    <w:p>
      <w:r>
        <w:rPr>
          <w:b/>
        </w:rPr>
        <w:t xml:space="preserve">[46:37] </w:t>
      </w:r>
      <w:r>
        <w:t>hamara iska asar baqi rahega.</w:t>
      </w:r>
    </w:p>
    <w:p>
      <w:pPr>
        <w:jc w:val="right"/>
      </w:pPr>
      <w:r>
        <w:t>हमारा इसका असर बाकी रहेगा.</w:t>
      </w:r>
    </w:p>
    <w:p>
      <w:r>
        <w:rPr>
          <w:b/>
        </w:rPr>
        <w:t xml:space="preserve">[46:47] </w:t>
      </w:r>
      <w:r>
        <w:t>masha allah. aap aaj bohat hi aapne ek spiritual session conduct kiya. message of ramadan se aapne bataya sabr ke bare mein, charity ke bare mein, inner purification, taqwa aur zikr. to bohat si acchi baaten aapne batai jo hum sab ke liye sabak ke taur par usko hum apni rozmarra zindagi mein usko apply kar sakte hain.</w:t>
      </w:r>
    </w:p>
    <w:p>
      <w:pPr>
        <w:jc w:val="right"/>
      </w:pPr>
      <w:r>
        <w:t>माशा अल्लाह. आप आज बहुत ही आपने एक spiritual session conduct किया. Message of रमादान से आपने बताया सब्र के बारे में, charity के बारे में, inner purification, तकवाह और ज़िक्र. तो बहुत सी अच्छी बातें आपने बताई जो हम सबके लिए सबक के तौर पर उसको हम अपनी रोजमर्रा ज़िंदगी में उसको apply कर सकते हैं.</w:t>
      </w:r>
    </w:p>
    <w:p>
      <w:r>
        <w:rPr>
          <w:b/>
        </w:rPr>
        <w:t xml:space="preserve">[47:09] </w:t>
      </w:r>
      <w:r>
        <w:t>jaza kallah apa for doing an amazing session today and before we end today's session we have some important releases like always. as you know, cps international and good world books has been making tremendous efforts to bring out quran in different national and international languages. also, great efforts is being put to bring out Maulana Wahiduddin Khan saab's book in several international languages.</w:t>
      </w:r>
    </w:p>
    <w:p>
      <w:pPr>
        <w:jc w:val="right"/>
      </w:pPr>
      <w:r>
        <w:t>जज़ा कल्लापा for doing an amazing session today and before we end today's session we have some important releases like always. As you know, CPS International and Good World Books has been making tremendous efforts to bring out Quran in different national and international languages. Also, great efforts is being put to bring out मलाना वैदुद्दीन खान साहब's book in several international languages.</w:t>
      </w:r>
    </w:p>
    <w:p>
      <w:r>
        <w:rPr>
          <w:b/>
        </w:rPr>
        <w:t xml:space="preserve">[47:36] </w:t>
      </w:r>
      <w:r>
        <w:t>So today we will be launching two new translations of Quran and one book of Maulana Vaigudin Khan</w:t>
      </w:r>
    </w:p>
    <w:p>
      <w:pPr>
        <w:jc w:val="right"/>
      </w:pPr>
      <w:r>
        <w:t>So today we will be launching two new translations of Quran and one book of Mulana Vaigudin Khan</w:t>
      </w:r>
    </w:p>
    <w:p>
      <w:r>
        <w:rPr>
          <w:b/>
        </w:rPr>
        <w:t xml:space="preserve">[47:41] </w:t>
      </w:r>
      <w:r>
        <w:t>Saab in international language.</w:t>
      </w:r>
    </w:p>
    <w:p>
      <w:pPr>
        <w:jc w:val="right"/>
      </w:pPr>
      <w:r>
        <w:t>Saab in international language.</w:t>
      </w:r>
    </w:p>
    <w:p>
      <w:r>
        <w:rPr>
          <w:b/>
        </w:rPr>
        <w:t xml:space="preserve">[47:47] </w:t>
      </w:r>
      <w:r>
        <w:t>And for this release, I would request doctor Saniya Sling Khan Saab to do the launch.</w:t>
      </w:r>
    </w:p>
    <w:p>
      <w:pPr>
        <w:jc w:val="right"/>
      </w:pPr>
      <w:r>
        <w:t>And for this release, I would request doctor Saniya Sling Khan Saab to do the launch.</w:t>
      </w:r>
    </w:p>
    <w:p>
      <w:r>
        <w:rPr>
          <w:b/>
        </w:rPr>
        <w:t xml:space="preserve">[47:53] </w:t>
      </w:r>
      <w:r>
        <w:t>So the first Quran translation launch that I would request him to do is in the language is</w:t>
      </w:r>
    </w:p>
    <w:p>
      <w:pPr>
        <w:jc w:val="right"/>
      </w:pPr>
      <w:r>
        <w:t>So the first Quran translation launch that I would request him to do is in the language is</w:t>
      </w:r>
    </w:p>
    <w:p>
      <w:r>
        <w:rPr>
          <w:b/>
        </w:rPr>
        <w:t xml:space="preserve">[47:58] </w:t>
      </w:r>
      <w:r>
        <w:t>in the Filipino language.</w:t>
      </w:r>
    </w:p>
    <w:p>
      <w:pPr>
        <w:jc w:val="right"/>
      </w:pPr>
      <w:r>
        <w:t>in the Filipino language.</w:t>
      </w:r>
    </w:p>
    <w:p>
      <w:r>
        <w:rPr>
          <w:b/>
        </w:rPr>
        <w:t xml:space="preserve">[48:04] </w:t>
      </w:r>
      <w:r>
        <w:t>So I will request doctor sahab to do the launch.</w:t>
      </w:r>
    </w:p>
    <w:p>
      <w:pPr>
        <w:jc w:val="right"/>
      </w:pPr>
      <w:r>
        <w:t>So I will request doctor साहब to do the launch.</w:t>
      </w:r>
    </w:p>
    <w:p>
      <w:r>
        <w:rPr>
          <w:b/>
        </w:rPr>
        <w:t xml:space="preserve">[48:10] </w:t>
      </w:r>
      <w:r>
        <w:t>bismillahir rahmanir rahim, rabbi shrahli sadri, wayassirli amri, wahul uqdatam mil lisani, yafqahu qawli. yeh jo translation filipino language ya tagaluk language mein hai, isko launch karte hue mujhe behad khushi ho rahi hai kyunke humne yeh, quran filipino language mein pehle bhi shayad kiya tha lekin woh kisi aur translator ka tha aur kaafi bulky tha isse almost double tha.</w:t>
      </w:r>
    </w:p>
    <w:p>
      <w:pPr>
        <w:jc w:val="right"/>
      </w:pPr>
      <w:r>
        <w:t>जिस मिल्लाही रामारी रहीम, रब्बी श्रेयली सदरी, वैस्यर्ली अमरी, वैलुल उप्तम्य लिसानी, या फ़कहो कौली. यह जो translation फिलिपीनों language या तगालुक language में है, इसको launch करते हुए मुझे बेहद ख़ुशी हो रही है क्योंकि हमने यह, कुरान फिलिपिनो language में पहले भी शायद किया था लेकिन वह किसी और translator का था और काफ़ी bulky था इससे almost double था.</w:t>
      </w:r>
    </w:p>
    <w:p>
      <w:r>
        <w:rPr>
          <w:b/>
        </w:rPr>
        <w:t xml:space="preserve">[48:39] </w:t>
      </w:r>
      <w:r>
        <w:t>abhi jo yeh quran ka translation hua hai jisko ek saab ne philippines mein tarjuma kiya hai, unka naam hai Mujahid Nabra.</w:t>
      </w:r>
    </w:p>
    <w:p>
      <w:pPr>
        <w:jc w:val="right"/>
      </w:pPr>
      <w:r>
        <w:t>अभी जो यह कुरान का translation हुआ है जिसको एक साहब ने Philippines में तजुमा किया है, उनका नाम है मुजाहिद नाबरा.</w:t>
      </w:r>
    </w:p>
    <w:p>
      <w:r>
        <w:rPr>
          <w:b/>
        </w:rPr>
        <w:t xml:space="preserve">[48:48] </w:t>
      </w:r>
      <w:r>
        <w:t>to unhone Maulana ka English translation se hi isko kiya hai aur bohat accha tarjuma hai aur inshallah isse bohat faida hoga aur khas taur se jo Philippine ke log hain, mera kai baar jana hua wahan aur milna hua logon se to woh mujhe andaza hoga ke woh bohat hi receptive hain aur unko quran agar dete hain to bohat hi khushi ka izhaar karte hain. to Philippines mein abhi isko distribution hoga.</w:t>
      </w:r>
    </w:p>
    <w:p>
      <w:pPr>
        <w:jc w:val="right"/>
      </w:pPr>
      <w:r>
        <w:t>तो उन्होंने मौलाना का English translation से ही इसको किया है और बहुत अच्छा तजुमा है और इंशालाह इससे बहुत फ़ायदा होगा और खास तौर से जो Philippine के लोग हैं, मेरा कई बार जाना हुआ वहां और मिलना हुआ लोगों से तो वह मुझे अंदाज़ा होगा कि वह बहुत ही receptive हैं और उनको कुरान अगर देते हैं तो बहुत ही खुशी का इज़ार करते हैं. तो Philippines में अभी इसको distribution होगा.</w:t>
      </w:r>
    </w:p>
    <w:p>
      <w:r>
        <w:rPr>
          <w:b/>
        </w:rPr>
        <w:t xml:space="preserve">[49:17] </w:t>
      </w:r>
      <w:r>
        <w:t>khalim saab bhijwa rahe ek badi adad aur khas taur se arab countries mein, arab countries mein dubai aur doosri countries mein bohat filipinos hain. to inshallah un tak bhi yeh baat pahunchegi. izah karla. izah karla, doctor saab. now I will request doctor saab to launch the Spanish translation of the quran. yeh naya translation hai is Spanish language mein.</w:t>
      </w:r>
    </w:p>
    <w:p>
      <w:pPr>
        <w:jc w:val="right"/>
      </w:pPr>
      <w:r>
        <w:t>कलीम साहब भिजवा रहे एक बड़ी आदात और खासतौर से Arab countries में, Arab countries में Dubai और दूसरी countries में बहुत Filipinos हैं. तो इन्शालाह उन तक भी यह बात पहुंचेगी. इज़ाह करला. इज़ाह करला, Doctor साहब. Now I will request Doctor साहब to launch the Spanish translation of the Quran. यह नया translation है इस Spanish language में.</w:t>
      </w:r>
    </w:p>
    <w:p>
      <w:r>
        <w:rPr>
          <w:b/>
        </w:rPr>
        <w:t xml:space="preserve">[49:46] </w:t>
      </w:r>
      <w:r>
        <w:t>pehle humne ek aur kiya tha Julio Cortes ka, Cortes ka tha. woh abhi jo yeh hai, yeh hai, Esa Grecia. yeh kalim saab ke contact mein ek saab hain, jo, South America mein rehte hain aur scholar hain unka tarjuma hai aur bohat hi ziyada accha tarjuma mana jata hai.</w:t>
      </w:r>
    </w:p>
    <w:p>
      <w:pPr>
        <w:jc w:val="right"/>
      </w:pPr>
      <w:r>
        <w:t>पहले हमने एक और किया था Julio Cortes का, Cortes का था. वह अभी जो यह है, यह है, Esa Grecia. यह कलिम साहब के contact में एक साहब हैं, जो, South America में रहते हैं और scholar हैं उनका तजमा है और बहुत ही ज़्यादा अच्छा तजमा माना जाता है.</w:t>
      </w:r>
    </w:p>
    <w:p>
      <w:r>
        <w:rPr>
          <w:b/>
        </w:rPr>
        <w:t xml:space="preserve">[50:11] </w:t>
      </w:r>
      <w:r>
        <w:t>to hum log inshallah is translation ko ab istemal karenge aur kalim saab kai baar brazil aur doosri countries mein wahan gaye hain aur wahan kaafi accha setup ho gaya hai distribution ka. kai badi masjidें hain jahan tourists aate hain wahan aur kai logon se taluq ho gaya to ek badi taadad mein inshallah yeh spanish quran wahan jayega. masha allah.</w:t>
      </w:r>
    </w:p>
    <w:p>
      <w:pPr>
        <w:jc w:val="right"/>
      </w:pPr>
      <w:r>
        <w:t>तो हम लोग इन्शालाह इस translation को अब इस्तेमाल करेंगे और कलीम साहब कई बार Brazil और दूसरी countries में वहां गए हैं और वहां काफी अच्छा setup हो गया है distribution का. कई बड़ी मस्जिदें हैं जहां tourists आते हैं वहां और कई लोगों से ताल्लुक हो गया तो एक बड़ी तादाद में इंशालाह यह spanish कुरान वहां जाएगा. माशालाह.</w:t>
      </w:r>
    </w:p>
    <w:p>
      <w:r>
        <w:rPr>
          <w:b/>
        </w:rPr>
        <w:t xml:space="preserve">[50:40] </w:t>
      </w:r>
      <w:r>
        <w:t>And this is the third and the last translation launch today. This is a translation of Maulana Wahiduddin Khan sahib's book What is Islam? In Spanish language and while I hold this, you know, book in my hand, I mean, it's it's an amazing print. Iska paper quality bohat acha hai DocsApp aur choti si kitab hai. Traveler isko apne saath carry kar sakta hai, parh sakta hai.</w:t>
      </w:r>
    </w:p>
    <w:p>
      <w:pPr>
        <w:jc w:val="right"/>
      </w:pPr>
      <w:r>
        <w:t>And this is the third and the last translation launch today. This is a translation of मुलाना वेदुद्दीन खान साहब's book What is Islam? In Spanish language and while I hold this, you know, book in my hand, I mean, it's it's an amazing print. इसका paper quality बहुत अच्छा है DocsApp और छोटी सी किताब है. Traveler इसको अपने साथ carry कर सकता है, पढ़ सकता है.</w:t>
      </w:r>
    </w:p>
    <w:p>
      <w:r>
        <w:rPr>
          <w:b/>
        </w:rPr>
        <w:t xml:space="preserve">[51:09] </w:t>
      </w:r>
      <w:r>
        <w:t>Bohat hi beautiful, good looking book hai yeh. To main chahunga DocsApp isko bhi aap launch karein. Yeh jo kitab hai, yeh Discover Islam iska title hai aur yeh Spanish translation hai. Pehle humne kai saare booklets print kiye the, what is Islam? Prophet ki life ke upar ek chota booklet aur reality of Islam waghera.</w:t>
      </w:r>
    </w:p>
    <w:p>
      <w:pPr>
        <w:jc w:val="right"/>
      </w:pPr>
      <w:r>
        <w:t>बहुत ही beautiful, good looking book है यह. तो मैं चाहूंगा DocsApp इसको भी आप launch करें. यह जो किताब है, यह Discover Islam इसका title है और यह Spanish translation है. पहले हमने कई सारे booklets print किए थे, what is Islam? Prophet की life के ऊपर एक छोटा booklet और reality of Islam वगैरह.</w:t>
      </w:r>
    </w:p>
    <w:p>
      <w:r>
        <w:rPr>
          <w:b/>
        </w:rPr>
        <w:t xml:space="preserve">[51:36] </w:t>
      </w:r>
      <w:r>
        <w:t>To wo sab chaar paanch booklet mila ke yeh ek book choti si ban gayi hai aur Kaleem sahib ka yeh idea tha ki Quran ke saath isko hum dein taaki jisko bhi Quran diya jaye, uske saath to abhi jo Quran jayenge Brazil waghera, wo aise sharing wrap hokar jayenge. Ek taraf se yeh dikhegi ek taraf se Quran dikhega.</w:t>
      </w:r>
    </w:p>
    <w:p>
      <w:pPr>
        <w:jc w:val="right"/>
      </w:pPr>
      <w:r>
        <w:t>तो वो सब चार पांच booklet मिला के ये एक book छोटी सी वन गई है और कलीम साहब का यह idea था कि कुरान के साथ इसको हम दें ताकि जिसको भी कुरान दिया जाए, उसके साथ तो अभी जो कुरान जाएंगे Brazil वगैरह, वो ऐसे sharing wrap होकर जाएंगे. एक तरफ से यह दिखेगी एक तरफ से कुरान दिखेगा.</w:t>
      </w:r>
    </w:p>
    <w:p>
      <w:r>
        <w:rPr>
          <w:b/>
        </w:rPr>
        <w:t xml:space="preserve">[52:00] </w:t>
      </w:r>
      <w:r>
        <w:t>to yeh idea kalim sahab ka tha ki isko quran ke saath diya jaye chuki bahut hi comprehensive</w:t>
      </w:r>
    </w:p>
    <w:p>
      <w:pPr>
        <w:jc w:val="right"/>
      </w:pPr>
      <w:r>
        <w:t>तो यह idea कलिम साहब का था कि इसको कुरान के साथ दिया जाए चूंकि बहुत ही comprehensive</w:t>
      </w:r>
    </w:p>
    <w:p>
      <w:r>
        <w:rPr>
          <w:b/>
        </w:rPr>
        <w:t xml:space="preserve">[52:06] </w:t>
      </w:r>
      <w:r>
        <w:t>aur bahut hi brief bahut hi achha introduction hai islam ka jo Maulana ki kitabon mein se liya</w:t>
      </w:r>
    </w:p>
    <w:p>
      <w:pPr>
        <w:jc w:val="right"/>
      </w:pPr>
      <w:r>
        <w:t>और बहुत ही brief बहुत ही अच्छा introduction है इस्लाम का जो मुलाना की किताबों में से लिया</w:t>
      </w:r>
    </w:p>
    <w:p>
      <w:r>
        <w:rPr>
          <w:b/>
        </w:rPr>
        <w:t xml:space="preserve">[52:12] </w:t>
      </w:r>
      <w:r>
        <w:t>hua hai aur sabse pehle ismein prophet Mohammad ke bare mein ek hissa hai chuki jo bhi non</w:t>
      </w:r>
    </w:p>
    <w:p>
      <w:pPr>
        <w:jc w:val="right"/>
      </w:pPr>
      <w:r>
        <w:t>हुआ है और सबसे पहले इसमें prophet मोहम्मद के बारे में एक हिस्सा है चूंकि जो भी non</w:t>
      </w:r>
    </w:p>
    <w:p>
      <w:r>
        <w:rPr>
          <w:b/>
        </w:rPr>
        <w:t xml:space="preserve">[52:19] </w:t>
      </w:r>
      <w:r>
        <w:t>muslim khaas taur se quran padhna chahta hai, islam ke bare mein janna chahta hai to vah sabse</w:t>
      </w:r>
    </w:p>
    <w:p>
      <w:pPr>
        <w:jc w:val="right"/>
      </w:pPr>
      <w:r>
        <w:t>मुस्लिम खास तौर से कुरान पढ़ना चाहता है, इस्लाम के बारे में जानना चाहता है तो वह सबसे</w:t>
      </w:r>
    </w:p>
    <w:p>
      <w:r>
        <w:rPr>
          <w:b/>
        </w:rPr>
        <w:t xml:space="preserve">[52:25] </w:t>
      </w:r>
      <w:r>
        <w:t>pehle janna chahte hain prophet ki life ke bare mein.</w:t>
      </w:r>
    </w:p>
    <w:p>
      <w:pPr>
        <w:jc w:val="right"/>
      </w:pPr>
      <w:r>
        <w:t>पहले जानना चाहते हैं prophet की life के बारे में.</w:t>
      </w:r>
    </w:p>
    <w:p>
      <w:r>
        <w:rPr>
          <w:b/>
        </w:rPr>
        <w:t xml:space="preserve">[52:32] </w:t>
      </w:r>
      <w:r>
        <w:t>To yeh is tarah se ab irada hai ki aindah Quran aur Discover Islam is tarah se diya jaye taaki yeh ek comprehensive pack ho jaye aur ismein saari baatein aa jaye. Inshallah jo log bhi is kaam mein, hissa le rahe hain Allah taala unko jaza e khair ata farmah. Amen. Thank you, doctor sahib, for doing the launches of these three important translations.</w:t>
      </w:r>
    </w:p>
    <w:p>
      <w:pPr>
        <w:jc w:val="right"/>
      </w:pPr>
      <w:r>
        <w:t>तो यह इस तरह से अब इरादा है कि आइंदा कुरान और Discover Islam इस तरह से दिया जाए ताकि यह एक comprehensive pack हो जाए और इसमें सारी बातें आ जाए. इन्शालाह जो लोग भी इस काम में, हिस्सा ले रहे हैं अल्लाताला उनको जज़ा है खैर अताफ़रमाह. Amen. Thank you, doctor साहब, for doing the launches of these three important translations.</w:t>
      </w:r>
    </w:p>
    <w:p>
      <w:r>
        <w:rPr>
          <w:b/>
        </w:rPr>
        <w:t xml:space="preserve">[52:59] </w:t>
      </w:r>
      <w:r>
        <w:t>We will end, today's session, and we'll be back next Sunday, 10:30AM. Thank you.</w:t>
      </w:r>
    </w:p>
    <w:p>
      <w:pPr>
        <w:jc w:val="right"/>
      </w:pPr>
      <w:r>
        <w:t>We will end, today's session, and we'll be back next Sunday, 10:30AM.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