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Interaction 14 March 26, 2023</w:t>
      </w:r>
    </w:p>
    <w:p>
      <w:r>
        <w:t>https://www.youtube.com/watch?v=YbPaWOQC7lk</w:t>
      </w:r>
    </w:p>
    <w:p>
      <w:r>
        <w:rPr>
          <w:b/>
        </w:rPr>
        <w:t xml:space="preserve">[00:06] </w:t>
      </w:r>
      <w:r>
        <w:t>Assalam o Alaikum. Today is twenty sixth March two thousand twenty three, Sunday. And today professor Fareeda Khanam, chairperson of CPS International, and Maulana Farhad Ahmed Umri is joining in with this session to take the question and answer session with all the ladies. We had shared the link on the WhatsApp group. Okay.</w:t>
      </w:r>
    </w:p>
    <w:p>
      <w:pPr>
        <w:jc w:val="right"/>
      </w:pPr>
      <w:r>
        <w:t>अस्लाम निकुम. Today is twenty sixth March two thousand twenty three, Sunday. And today professor फरीदा खानम, chairperson of CPS International, and मोलाना फराद अहमद उम्री is joining in with this session to take the question and answer session with all the ladies. We had shared the link on the WhatsApp group. Okay.</w:t>
      </w:r>
    </w:p>
    <w:p>
      <w:r>
        <w:rPr>
          <w:b/>
        </w:rPr>
        <w:t xml:space="preserve">[00:30] </w:t>
      </w:r>
      <w:r>
        <w:t>We have already asked the ladies to prepare the question and answers, and we will ask those questions and queries from Apa. And please note that we are going to finish this session exactly on time, that is from three to 4PM, not one minute more because it's already Ramadan and everybody is fasting. So we are not going to make it strenuous.</w:t>
      </w:r>
    </w:p>
    <w:p>
      <w:pPr>
        <w:jc w:val="right"/>
      </w:pPr>
      <w:r>
        <w:t>We have already asked the ladies to prepare the question and answers, and we will ask those questions and queries from upper. And please note that we are going to finish this session exactly on time, that is from three to 4PM, not one minute more because it's already रमज़ान and everybody is fasting. So we are not going to make it strenuous.</w:t>
      </w:r>
    </w:p>
    <w:p>
      <w:r>
        <w:rPr>
          <w:b/>
        </w:rPr>
        <w:t xml:space="preserve">[00:57] </w:t>
      </w:r>
      <w:r>
        <w:t>And it's a request to all the ladies who have joined in here to make the question.</w:t>
      </w:r>
    </w:p>
    <w:p>
      <w:pPr>
        <w:jc w:val="right"/>
      </w:pPr>
      <w:r>
        <w:t>And it's a request to all the ladies who have joined in here to make the question.</w:t>
      </w:r>
    </w:p>
    <w:p>
      <w:r>
        <w:rPr>
          <w:b/>
        </w:rPr>
        <w:t xml:space="preserve">[01:02] </w:t>
      </w:r>
      <w:r>
        <w:t>Whatever the learning event they want to share or experience they want you to share with Apa, please</w:t>
      </w:r>
    </w:p>
    <w:p>
      <w:pPr>
        <w:jc w:val="right"/>
      </w:pPr>
      <w:r>
        <w:t>Whatever the learning event they want to share or experience they want you to share with Apa, please</w:t>
      </w:r>
    </w:p>
    <w:p>
      <w:r>
        <w:rPr>
          <w:b/>
        </w:rPr>
        <w:t xml:space="preserve">[01:07] </w:t>
      </w:r>
      <w:r>
        <w:t>make it very short and precise, naming them and the place they are talking from.</w:t>
      </w:r>
    </w:p>
    <w:p>
      <w:pPr>
        <w:jc w:val="right"/>
      </w:pPr>
      <w:r>
        <w:t>make it very short and precise, naming them and the place they are talking from.</w:t>
      </w:r>
    </w:p>
    <w:p>
      <w:r>
        <w:rPr>
          <w:b/>
        </w:rPr>
        <w:t xml:space="preserve">[01:12] </w:t>
      </w:r>
      <w:r>
        <w:t>So we are going to start the session today.</w:t>
      </w:r>
    </w:p>
    <w:p>
      <w:pPr>
        <w:jc w:val="right"/>
      </w:pPr>
      <w:r>
        <w:t>So we are going to start the session today.</w:t>
      </w:r>
    </w:p>
    <w:p>
      <w:r>
        <w:rPr>
          <w:b/>
        </w:rPr>
        <w:t xml:space="preserve">[01:17] </w:t>
      </w:r>
      <w:r>
        <w:t>aapka preet aba we are going to start the session. Asslam Aliku.</w:t>
      </w:r>
    </w:p>
    <w:p>
      <w:pPr>
        <w:jc w:val="right"/>
      </w:pPr>
      <w:r>
        <w:t>आपका प्रेमीत आबा we are going to start the session. अस्लाम अलीकू.</w:t>
      </w:r>
    </w:p>
    <w:p>
      <w:r>
        <w:rPr>
          <w:b/>
        </w:rPr>
        <w:t xml:space="preserve">[01:22] </w:t>
      </w:r>
      <w:r>
        <w:t>Walekum Islam Apa?</w:t>
      </w:r>
    </w:p>
    <w:p>
      <w:pPr>
        <w:jc w:val="right"/>
      </w:pPr>
      <w:r>
        <w:t>वालिक में इस्लाम आपा?</w:t>
      </w:r>
    </w:p>
    <w:p>
      <w:r>
        <w:rPr>
          <w:b/>
        </w:rPr>
        <w:t xml:space="preserve">[01:28] </w:t>
      </w:r>
      <w:r>
        <w:t>Fareeda Apa. Haan chaliye boliye. Assalam o Alaikum. Assalam o Alaikum sunao aap. Aap kaisi hain Apa? Theek hai. Haan. Walikum Assalam. Walikum Assalam. Walikum Assalam zor se. Walikum Assalam. Bohat achi awaaz aa rahi hai aap logon ki. Acha. Haan haan. Salam Walikum. Walikum.</w:t>
      </w:r>
    </w:p>
    <w:p>
      <w:pPr>
        <w:jc w:val="right"/>
      </w:pPr>
      <w:r>
        <w:t>फरीदा अप्पा. हां चलो बोलिए. अलावा लेको. अलावा लेको सुनाओ आप. आप कैसी है अप्पा? ठीक है. हां. वालिकुल वालिकुल वालिकुल ज़ोर से. वालिकुल सलाम. बहुत अच्छी आवाज़ आ रही है आप लोगों की. अच्छा. हां हां. सलाम वालेकुल. बालेकुल.</w:t>
      </w:r>
    </w:p>
    <w:p>
      <w:r>
        <w:rPr>
          <w:b/>
        </w:rPr>
        <w:t xml:space="preserve">[01:57] </w:t>
      </w:r>
      <w:r>
        <w:t>Balqul balqul. Ji.</w:t>
      </w:r>
    </w:p>
    <w:p>
      <w:pPr>
        <w:jc w:val="right"/>
      </w:pPr>
      <w:r>
        <w:t>बालेकुल बालेकुल. जी.</w:t>
      </w:r>
    </w:p>
    <w:p>
      <w:r>
        <w:rPr>
          <w:b/>
        </w:rPr>
        <w:t xml:space="preserve">[02:04] </w:t>
      </w:r>
      <w:r>
        <w:t>zarur karte hain question answers se.</w:t>
      </w:r>
    </w:p>
    <w:p>
      <w:pPr>
        <w:jc w:val="right"/>
      </w:pPr>
      <w:r>
        <w:t>ज़रूर करते हैं question answers से.</w:t>
      </w:r>
    </w:p>
    <w:p>
      <w:r>
        <w:rPr>
          <w:b/>
        </w:rPr>
        <w:t xml:space="preserve">[02:12] </w:t>
      </w:r>
      <w:r>
        <w:t>to please mera question hai Farhassa aur aapse ki Farhassa mein aap batayein ki puran ko hum samajhkar</w:t>
      </w:r>
    </w:p>
    <w:p>
      <w:pPr>
        <w:jc w:val="right"/>
      </w:pPr>
      <w:r>
        <w:t>तो please मेरा question है फरहासा और आपसे कि फरहासा में आप बताएं कि पुरान को हम समझकर</w:t>
      </w:r>
    </w:p>
    <w:p>
      <w:r>
        <w:rPr>
          <w:b/>
        </w:rPr>
        <w:t xml:space="preserve">[02:20] </w:t>
      </w:r>
      <w:r>
        <w:t>kis tarah parhen?</w:t>
      </w:r>
    </w:p>
    <w:p>
      <w:pPr>
        <w:jc w:val="right"/>
      </w:pPr>
      <w:r>
        <w:t>किस तरह पढ़ें?</w:t>
      </w:r>
    </w:p>
    <w:p>
      <w:r>
        <w:rPr>
          <w:b/>
        </w:rPr>
        <w:t xml:space="preserve">[02:28] </w:t>
      </w:r>
      <w:r>
        <w:t>puran ko samajhkar kuch taiyar hoga bataiye?</w:t>
      </w:r>
    </w:p>
    <w:p>
      <w:pPr>
        <w:jc w:val="right"/>
      </w:pPr>
      <w:r>
        <w:t>पुरान को समझकर कुछ तैयार होगा बताइए?</w:t>
      </w:r>
    </w:p>
    <w:p>
      <w:r>
        <w:rPr>
          <w:b/>
        </w:rPr>
        <w:t xml:space="preserve">[02:36] </w:t>
      </w:r>
      <w:r>
        <w:t>chahiye. Maulana sahib ki ek writing maine padha tha ki mutalla matlab jo hadith hai ki jab aadmi neeche rehta hai to saamne ki cheezon ko dekh tak uski nazar jati hai. Lekin jab hum upar ki building se dekhte hain to hum bohat door tak usko dekh paate hain.</w:t>
      </w:r>
    </w:p>
    <w:p>
      <w:pPr>
        <w:jc w:val="right"/>
      </w:pPr>
      <w:r>
        <w:t>चाहिए. मलाला साहब की एक writing मैंने पढ़ा था कि मुत्तल्ला मतलब जो हदीश है कि जब आदमी नीचे रहता है तो सामने की चीज़ों को देख तक उसकी नज़र जाती है. लेकिन जब हम ऊपर की building से देखते हैं तो हम बहुत दूर तक उसको देख पाते हैं.</w:t>
      </w:r>
    </w:p>
    <w:p>
      <w:r>
        <w:rPr>
          <w:b/>
        </w:rPr>
        <w:t xml:space="preserve">[02:58] </w:t>
      </w:r>
      <w:r>
        <w:t>Is tarah se aap humein kuch samjhaiye ki hum kis tarah se aur zyada bohat difficult soch samajhkar Quran ko samjhein. Yes, Walikum Assalam. Haan Walikum Assalam.</w:t>
      </w:r>
    </w:p>
    <w:p>
      <w:pPr>
        <w:jc w:val="right"/>
      </w:pPr>
      <w:r>
        <w:t>इस तरह से आप हमें कुछ समझाइए कि हम किस तरह से और ज़्यादा बहुत difficult सोच समझकर दुरान को समझें. Yes, लामालिकुम. हां लालिकुम.</w:t>
      </w:r>
    </w:p>
    <w:p>
      <w:r>
        <w:rPr>
          <w:b/>
        </w:rPr>
        <w:t xml:space="preserve">[03:21] </w:t>
      </w:r>
      <w:r>
        <w:t>dekhiye uska ek tarika to yeh hai agar quran kholne samne to main kuch parhen, parhen koi aaye</w:t>
      </w:r>
    </w:p>
    <w:p>
      <w:pPr>
        <w:jc w:val="right"/>
      </w:pPr>
      <w:r>
        <w:t>देखिए उसका एक तरीका तो यह है अगर कुरान खोलने सामने तो मैं कुछ पढ़ें, पढ़ें कोई आए</w:t>
      </w:r>
    </w:p>
    <w:p>
      <w:r>
        <w:rPr>
          <w:b/>
        </w:rPr>
        <w:t xml:space="preserve">[03:40] </w:t>
      </w:r>
      <w:r>
        <w:t>to main usse batata aapko.</w:t>
      </w:r>
    </w:p>
    <w:p>
      <w:pPr>
        <w:jc w:val="right"/>
      </w:pPr>
      <w:r>
        <w:t>तो मैं उससे बताता आपको.</w:t>
      </w:r>
    </w:p>
    <w:p>
      <w:r>
        <w:rPr>
          <w:b/>
        </w:rPr>
        <w:t xml:space="preserve">[03:59] </w:t>
      </w:r>
      <w:r>
        <w:t>usmein ek yeh hota hai ki hum koi bhi ayat padhte to usse hum dua yeh kar sakte</w:t>
      </w:r>
    </w:p>
    <w:p>
      <w:pPr>
        <w:jc w:val="right"/>
      </w:pPr>
      <w:r>
        <w:t>उसमें एक यह होता है कि हम कोई भी आयत पढ़ते तो उससे हम दुआ यह कर सकते</w:t>
      </w:r>
    </w:p>
    <w:p>
      <w:r>
        <w:rPr>
          <w:b/>
        </w:rPr>
        <w:t xml:space="preserve">[04:18] </w:t>
      </w:r>
      <w:r>
        <w:t>hain, drive kar sakte hain.</w:t>
      </w:r>
    </w:p>
    <w:p>
      <w:pPr>
        <w:jc w:val="right"/>
      </w:pPr>
      <w:r>
        <w:t>हैं, drive कर सकते हैं.</w:t>
      </w:r>
    </w:p>
    <w:p>
      <w:r>
        <w:rPr>
          <w:b/>
        </w:rPr>
        <w:t xml:space="preserve">[04:37] </w:t>
      </w:r>
      <w:r>
        <w:t>jaise humne padha</w:t>
      </w:r>
    </w:p>
    <w:p>
      <w:pPr>
        <w:jc w:val="right"/>
      </w:pPr>
      <w:r>
        <w:t>जैसे हमने पढ़ा</w:t>
      </w:r>
    </w:p>
    <w:p>
      <w:r>
        <w:rPr>
          <w:b/>
        </w:rPr>
        <w:t xml:space="preserve">[04:56] </w:t>
      </w:r>
      <w:r>
        <w:t>Allah taala mein kya bohat sari galtiyan karta hoon hum usko maaf karte hain. Hum kadam kadam par galtiyan karne wale hain. Insan galti karta hai. Aisa nahi ki har insan 100% kya ho, galti free ho. Aisa nahi ho sakta hai. To yeh kya rehmat ko samajhne ka mauka hai yeh? Maulana ne ek misaal diya tha ki unke haath se ek bottle chhoot gaya, pani ka glass tab chhoot gaya.</w:t>
      </w:r>
    </w:p>
    <w:p>
      <w:pPr>
        <w:jc w:val="right"/>
      </w:pPr>
      <w:r>
        <w:t>अल्लाह तलाह में क्या बहुत सारी गलतियां करता हूं हम उसको माफ करते हैं. हम कदम कदम पर गलतियां करने वाले हैं. इंसान गलती करता है. ऐसा नहीं कि हर इंसान 100% क्या हो, गलती free हो. ऐसा नहीं हो सकता है. तो यह क्या रामत को समझने का मौका है यह? मनाना ने एक मिसाल दिया था कि उनके हाथ से एक बोतल छूट गया, पानी की का glass तब छूट गया.</w:t>
      </w:r>
    </w:p>
    <w:p>
      <w:r>
        <w:rPr>
          <w:b/>
        </w:rPr>
        <w:t xml:space="preserve">[05:21] </w:t>
      </w:r>
      <w:r>
        <w:t>to unhone wahan par socha ki kaynath jo hai sari ki sari woh Allah taala yeh kar raha</w:t>
      </w:r>
    </w:p>
    <w:p>
      <w:pPr>
        <w:jc w:val="right"/>
      </w:pPr>
      <w:r>
        <w:t>तो उन्होंने वहां पर सोचा कि कायनाथ जो है सारी की सारी वह अल्लाह तालाह यह कर रहा</w:t>
      </w:r>
    </w:p>
    <w:p>
      <w:r>
        <w:rPr>
          <w:b/>
        </w:rPr>
        <w:t xml:space="preserve">[05:27] </w:t>
      </w:r>
      <w:r>
        <w:t>hai, sambhal raha hai.</w:t>
      </w:r>
    </w:p>
    <w:p>
      <w:pPr>
        <w:jc w:val="right"/>
      </w:pPr>
      <w:r>
        <w:t>है, संभाल रहा है.</w:t>
      </w:r>
    </w:p>
    <w:p>
      <w:r>
        <w:rPr>
          <w:b/>
        </w:rPr>
        <w:t xml:space="preserve">[05:33] </w:t>
      </w:r>
      <w:r>
        <w:t>zameen dekhiye uska koi khamba nahi hai.</w:t>
      </w:r>
    </w:p>
    <w:p>
      <w:pPr>
        <w:jc w:val="right"/>
      </w:pPr>
      <w:r>
        <w:t>ज़मीन देखिए उसका कोई खंबा नहीं है.</w:t>
      </w:r>
    </w:p>
    <w:p>
      <w:r>
        <w:rPr>
          <w:b/>
        </w:rPr>
        <w:t xml:space="preserve">[05:39] </w:t>
      </w:r>
      <w:r>
        <w:t>Allah taala aise hi usko kya hai?</w:t>
      </w:r>
    </w:p>
    <w:p>
      <w:pPr>
        <w:jc w:val="right"/>
      </w:pPr>
      <w:r>
        <w:t>अल्लाह तालाह ऐसे ही उसको क्या है?</w:t>
      </w:r>
    </w:p>
    <w:p>
      <w:r>
        <w:rPr>
          <w:b/>
        </w:rPr>
        <w:t xml:space="preserve">[05:45] </w:t>
      </w:r>
      <w:r>
        <w:t>gravity ke zariye sambhal kar rakha hai.</w:t>
      </w:r>
    </w:p>
    <w:p>
      <w:pPr>
        <w:jc w:val="right"/>
      </w:pPr>
      <w:r>
        <w:t>Gravity के ज़रिए संभाल कर रखा है.</w:t>
      </w:r>
    </w:p>
    <w:p>
      <w:r>
        <w:rPr>
          <w:b/>
        </w:rPr>
        <w:t xml:space="preserve">[05:51] </w:t>
      </w:r>
      <w:r>
        <w:t>agar Allah taala aisa ho ki uski jaise glass ek insan ke hath se gir jata hai, waise</w:t>
      </w:r>
    </w:p>
    <w:p>
      <w:pPr>
        <w:jc w:val="right"/>
      </w:pPr>
      <w:r>
        <w:t>अगर अल्लाह तालाह ऐसा हो कि उसकी जैसे glass एक इंसान के हाथ से गिर जाता है, वैसे</w:t>
      </w:r>
    </w:p>
    <w:p>
      <w:r>
        <w:rPr>
          <w:b/>
        </w:rPr>
        <w:t xml:space="preserve">[05:57] </w:t>
      </w:r>
      <w:r>
        <w:t>hi Allah taala kaha se zameen chhootkar gir jaye to kya halat hogi hamari?</w:t>
      </w:r>
    </w:p>
    <w:p>
      <w:pPr>
        <w:jc w:val="right"/>
      </w:pPr>
      <w:r>
        <w:t>ही अल्लाह तालाह कहा से ज़मीन छूटकर गिर जाए तो क्या हालत होगी हमारी?</w:t>
      </w:r>
    </w:p>
    <w:p>
      <w:r>
        <w:rPr>
          <w:b/>
        </w:rPr>
        <w:t xml:space="preserve">[06:04] </w:t>
      </w:r>
      <w:r>
        <w:t>To Allah taala ki rehmat to hum isse discover kar sakte hain to aur Allah taala se mohabbat paida hoga. Aisi mukhtali fayedey hain. Koi ayat aapke saamne woh padhiye usse main batata hoon aapko. Koi padhiye? Awaaz cut gayi thi khasa. Chapter eight ki verse 50 khola maine. Padhiye tarjuma?</w:t>
      </w:r>
    </w:p>
    <w:p>
      <w:pPr>
        <w:jc w:val="right"/>
      </w:pPr>
      <w:r>
        <w:t>तो अल्लाह तालाह की राहमत तो हम इससे discover कर सकते हैं तो और अल्लाह तालाह से मोहब्बत पैदा होगा. ऐसी मक्तली फ़ायदे हैं. कोई आयात आपके सामने वह पढ़िए उससे मैं बताता हूं आपको. कोई पढ़िए? आवाज़ cut गई थी खासा. Chapter eight की verse 50 खोला मैंने. पढ़िए तर्जुमा?</w:t>
      </w:r>
    </w:p>
    <w:p>
      <w:r>
        <w:rPr>
          <w:b/>
        </w:rPr>
        <w:t xml:space="preserve">[06:33] </w:t>
      </w:r>
      <w:r>
        <w:t>aur agar tum dekhte jabki farishte un munkireen ki jaan qabz karte hain, marte hue unke chehre aur</w:t>
      </w:r>
    </w:p>
    <w:p>
      <w:pPr>
        <w:jc w:val="right"/>
      </w:pPr>
      <w:r>
        <w:t>और अगर तुम देखते जबकि फरिश्ते उन मुनकीरीन की जान कब्ज करते हैं, मारते हुए उनके चेहरे और</w:t>
      </w:r>
    </w:p>
    <w:p>
      <w:r>
        <w:rPr>
          <w:b/>
        </w:rPr>
        <w:t xml:space="preserve">[06:43] </w:t>
      </w:r>
      <w:r>
        <w:t>unke peethon par aur yeh kehte hue hain ki ab jalne ka azaab chako.</w:t>
      </w:r>
    </w:p>
    <w:p>
      <w:pPr>
        <w:jc w:val="right"/>
      </w:pPr>
      <w:r>
        <w:t>उनके पीठों पर और यह कहते हुए हैं कि अब जलने का अजाब चखो.</w:t>
      </w:r>
    </w:p>
    <w:p>
      <w:r>
        <w:rPr>
          <w:b/>
        </w:rPr>
        <w:t xml:space="preserve">[06:54] </w:t>
      </w:r>
      <w:r>
        <w:t>yeh badla hai uska jo tumne apne hathon aage bheja tha aur Allah hargiz bando ko zurm karne wala nahi.</w:t>
      </w:r>
    </w:p>
    <w:p>
      <w:pPr>
        <w:jc w:val="right"/>
      </w:pPr>
      <w:r>
        <w:t>यह बदला है उसका जो तुमने अपने हाथों आगे भेजा था और अल्लाह हरगिज बंदों को ज़ुर्म करने वाला नहीं.</w:t>
      </w:r>
    </w:p>
    <w:p>
      <w:r>
        <w:rPr>
          <w:b/>
        </w:rPr>
        <w:t xml:space="preserve">[07:04] </w:t>
      </w:r>
      <w:r>
        <w:t>phir aur walon ki tarah aur jo unse pehle the ki unhone Allah ki nishaniyon ka inkar kiya.</w:t>
      </w:r>
    </w:p>
    <w:p>
      <w:pPr>
        <w:jc w:val="right"/>
      </w:pPr>
      <w:r>
        <w:t>फिर और वालों की तरह और जो उनसे पहले थे कि उन्होंने अल्लाह की निशानियों का इंकार किया.</w:t>
      </w:r>
    </w:p>
    <w:p>
      <w:r>
        <w:rPr>
          <w:b/>
        </w:rPr>
        <w:t xml:space="preserve">[07:15] </w:t>
      </w:r>
      <w:r>
        <w:t>jo bhi theek hai, na theek hai.</w:t>
      </w:r>
    </w:p>
    <w:p>
      <w:pPr>
        <w:jc w:val="right"/>
      </w:pPr>
      <w:r>
        <w:t>जो भी ठीक है, ना ठीक है.</w:t>
      </w:r>
    </w:p>
    <w:p>
      <w:r>
        <w:rPr>
          <w:b/>
        </w:rPr>
        <w:t xml:space="preserve">[07:28] </w:t>
      </w:r>
      <w:r>
        <w:t>dekhiye ismein do cheezen karna hai.</w:t>
      </w:r>
    </w:p>
    <w:p>
      <w:pPr>
        <w:jc w:val="right"/>
      </w:pPr>
      <w:r>
        <w:t>देखिए इसमें दो चीज़ें करना है.</w:t>
      </w:r>
    </w:p>
    <w:p>
      <w:r>
        <w:rPr>
          <w:b/>
        </w:rPr>
        <w:t xml:space="preserve">[07:41] </w:t>
      </w:r>
      <w:r>
        <w:t>rasullah salah salah ka tarika tha jahan bhi azaab kya ayat aati to us par Allah taala se</w:t>
      </w:r>
    </w:p>
    <w:p>
      <w:pPr>
        <w:jc w:val="right"/>
      </w:pPr>
      <w:r>
        <w:t>रसुल्लाह सलाह सलाह का तरीका था जहां भी अज़ाब क्या आयत आती तो उस पर अल्लाह तालाह से</w:t>
      </w:r>
    </w:p>
    <w:p>
      <w:r>
        <w:rPr>
          <w:b/>
        </w:rPr>
        <w:t xml:space="preserve">[07:54] </w:t>
      </w:r>
      <w:r>
        <w:t>azaab se pana chahte the.</w:t>
      </w:r>
    </w:p>
    <w:p>
      <w:pPr>
        <w:jc w:val="right"/>
      </w:pPr>
      <w:r>
        <w:t>अज़ाब से पना चाहते थे.</w:t>
      </w:r>
    </w:p>
    <w:p>
      <w:r>
        <w:rPr>
          <w:b/>
        </w:rPr>
        <w:t xml:space="preserve">[08:08] </w:t>
      </w:r>
      <w:r>
        <w:t>To hum is tareeqe se Quran ko samajh sakte hain. Theek hai? Clear hai baat? Clear hai sir. Clear hai. Aapne jo bataya ki Maulana ne kaha tha ki laas haath se chhoot jaye to gehrla taala ki haath se zameen chhoot jaye. Yeh baat hi jo raat hai na woh pata hai. Nahi Allah taala ke haath se nahi chhutega woh Allah taala pakad kar rakha hai.</w:t>
      </w:r>
    </w:p>
    <w:p>
      <w:pPr>
        <w:jc w:val="right"/>
      </w:pPr>
      <w:r>
        <w:t>तो हम इस तरीके से कुरान को समझ सकते हैं. ठीक है? Clear है बात? Clear है sir. Clear है. आपने जो बताया कि मुलाना ने कहा था कि लास हाथ से छूट जाए तो गहरला ताला की हाथ से ज़मीन छूट जाए. यह बात ही जो रात है ना वह पता है. नहीं अल्ला ताला के हाथ से नहीं छूटेगा वह अल्ला ताला पकड़ कर रखा है.</w:t>
      </w:r>
    </w:p>
    <w:p>
      <w:r>
        <w:rPr>
          <w:b/>
        </w:rPr>
        <w:t xml:space="preserve">[08:36] </w:t>
      </w:r>
      <w:r>
        <w:t>humko Allah taala ko pakadna hai apni taraf se.</w:t>
      </w:r>
    </w:p>
    <w:p>
      <w:pPr>
        <w:jc w:val="right"/>
      </w:pPr>
      <w:r>
        <w:t>हमको अल्लाह तालाह को पकड़ना है अपनी तरफ से.</w:t>
      </w:r>
    </w:p>
    <w:p>
      <w:r>
        <w:rPr>
          <w:b/>
        </w:rPr>
        <w:t xml:space="preserve">[08:42] </w:t>
      </w:r>
      <w:r>
        <w:t>matlab har cheez jo aap padhe wo quran ho, hadith ho ya aur islami kitabon hoti hai har</w:t>
      </w:r>
    </w:p>
    <w:p>
      <w:pPr>
        <w:jc w:val="right"/>
      </w:pPr>
      <w:r>
        <w:t>मतलब हर चीज़ जो आप पढ़े वो कुरान हो, हदीस हो या और इस्लामी किताबों होती है हर</w:t>
      </w:r>
    </w:p>
    <w:p>
      <w:r>
        <w:rPr>
          <w:b/>
        </w:rPr>
        <w:t xml:space="preserve">[08:48] </w:t>
      </w:r>
      <w:r>
        <w:t>cheez aapko aapki badar hai har cheez hamein khuda ki yaad dilaye kabhi hum khuda se off karen</w:t>
      </w:r>
    </w:p>
    <w:p>
      <w:pPr>
        <w:jc w:val="right"/>
      </w:pPr>
      <w:r>
        <w:t>चीज़ आपको आपकी बादार है हर चीज़ हमें खुदा की याद दिलाए कभी हम खुदा से off करें</w:t>
      </w:r>
    </w:p>
    <w:p>
      <w:r>
        <w:rPr>
          <w:b/>
        </w:rPr>
        <w:t xml:space="preserve">[08:55] </w:t>
      </w:r>
      <w:r>
        <w:t>ki hum koi galat kaam na karein kabhi allah yeh rehmat jab saamne aaye to hum khuda se</w:t>
      </w:r>
    </w:p>
    <w:p>
      <w:pPr>
        <w:jc w:val="right"/>
      </w:pPr>
      <w:r>
        <w:t>कि हम कोई गलत काम ना करें कभी अल्लाह यह रहमत जब सामने आए तो हम खुदा से</w:t>
      </w:r>
    </w:p>
    <w:p>
      <w:r>
        <w:rPr>
          <w:b/>
        </w:rPr>
        <w:t xml:space="preserve">[09:01] </w:t>
      </w:r>
      <w:r>
        <w:t>mohabbat karenge allah itna geham karne wala hai to har cheez hamein har amal har amal hamein puda</w:t>
      </w:r>
    </w:p>
    <w:p>
      <w:pPr>
        <w:jc w:val="right"/>
      </w:pPr>
      <w:r>
        <w:t>मोहब्बत करेंगे अल्लाह इतना गहम् करने वाला है तो हर चीज़ हमें हर अमल हर अमल हमें पुदा</w:t>
      </w:r>
    </w:p>
    <w:p>
      <w:r>
        <w:rPr>
          <w:b/>
        </w:rPr>
        <w:t xml:space="preserve">[09:07] </w:t>
      </w:r>
      <w:r>
        <w:t>ki yaad dilaye yeh matlab hai kyunki dekhiye duniya ke kaam jab aadmi karta hai to bahut zyada</w:t>
      </w:r>
    </w:p>
    <w:p>
      <w:pPr>
        <w:jc w:val="right"/>
      </w:pPr>
      <w:r>
        <w:t>की याद दिलाए यह मतलब है क्योंकि देखिए दुनिया के काम जब आदमी करता है तो बहुत ज़्यादा</w:t>
      </w:r>
    </w:p>
    <w:p>
      <w:r>
        <w:rPr>
          <w:b/>
        </w:rPr>
        <w:t xml:space="preserve">[09:14] </w:t>
      </w:r>
      <w:r>
        <w:t>sochta hai koi business kar raha hai koi bada job kar raha hai to har waqt sochta rehta</w:t>
      </w:r>
    </w:p>
    <w:p>
      <w:pPr>
        <w:jc w:val="right"/>
      </w:pPr>
      <w:r>
        <w:t>सोचता है कोई business कर रहा है कोई बड़ा job कर रहा है तो हर वक्त सोचता रहता</w:t>
      </w:r>
    </w:p>
    <w:p>
      <w:r>
        <w:rPr>
          <w:b/>
        </w:rPr>
        <w:t xml:space="preserve">[09:20] </w:t>
      </w:r>
      <w:r>
        <w:t>hai uske baare mein.</w:t>
      </w:r>
    </w:p>
    <w:p>
      <w:pPr>
        <w:jc w:val="right"/>
      </w:pPr>
      <w:r>
        <w:t>है उसके बारे में.</w:t>
      </w:r>
    </w:p>
    <w:p>
      <w:r>
        <w:rPr>
          <w:b/>
        </w:rPr>
        <w:t xml:space="preserve">[09:27] </w:t>
      </w:r>
      <w:r>
        <w:t>Ek baar Maulana bata rahe the ki ek baar wo Hyderabad ke abhi bhai to wo ek ja rahe the jo Ambani ke jo ab Ambani unke father ke saath ittefaq tha kuch ki wo ek hi gaadi mein baithe hue the. To poora time wo poora naam unka nahi yaad aa raha Ambani ke father ka. To poora time wo bole hi nahi Ambani.</w:t>
      </w:r>
    </w:p>
    <w:p>
      <w:pPr>
        <w:jc w:val="right"/>
      </w:pPr>
      <w:r>
        <w:t>एक बार मौलाना बता रहे थे कि एक बार वो हैदराबाद के अभी भाई तो वह एक जा रहे थे जो अंबानी के जो अब अंबानी उनके father के साथ इत्तेफ़ाक़ था कुछ कि वह एक ही गाड़ी में बैठे हुए थे. तो पूरा time वह पूरा नाम उनका नहीं याद आ रहा अंबानी के father का. तो पूरा time वह बोले ही नहीं अंबानी.</w:t>
      </w:r>
    </w:p>
    <w:p>
      <w:r>
        <w:rPr>
          <w:b/>
        </w:rPr>
        <w:t xml:space="preserve">[09:56] </w:t>
      </w:r>
      <w:r>
        <w:t>Sirf sochte rahe, sochte rahe, sochte rahe. To unko bohat hairani hui. Abhi bhi bhai bol rahe the kuch aur wo bole hi nahi. To is har cheez se humein sabak lena hai ki dekhiye duniya ke mamle mein aadmi itna sanjeeda hai ki har waqt soch raha hai.</w:t>
      </w:r>
    </w:p>
    <w:p>
      <w:pPr>
        <w:jc w:val="right"/>
      </w:pPr>
      <w:r>
        <w:t>सिर्फ सोचते रहे, सोचते रहे, सोचते रहे. तो उनको बहुत हैरानी हुई. अभी भी भाई बोल रहे थे कुछ और वह बोले ही नहीं. तो इस हर चीज़ से हमें सबक लेना है कि देखिए दुनिया के मामले में आदमी इतना संजीदा है कि हर वक्त सोच रहा है.</w:t>
      </w:r>
    </w:p>
    <w:p>
      <w:r>
        <w:rPr>
          <w:b/>
        </w:rPr>
        <w:t xml:space="preserve">[10:13] </w:t>
      </w:r>
      <w:r>
        <w:t>To akhirat jo ki eternal life hai to wahan humko kitni zyada sanjeedgi ki zaroorat hai to hamare har waqia jo hai humein in sab baaton ko yaad dilata rahe Khuda se khauf aur Khuda se mohabbat yeh dono cheezein humein usmein izafa hote rehna chahiye. To yahi yahi matlab hai iska sochna aur tadabbur tafakkur hai matlab sochna. Har baat mein sochna.</w:t>
      </w:r>
    </w:p>
    <w:p>
      <w:pPr>
        <w:jc w:val="right"/>
      </w:pPr>
      <w:r>
        <w:t>तो आखिरत जो कि eternal life है तो वहां हमको कितनी ज़्यादा संजीदगी की ज़रूरत है तो हमारे हर वाक्या जो है हमें इन सब बातों को याद दिलाता रहे खुदा से खौफ और खुदा से मोहब्बत यह दोनों चीज़ें हमें उसमें इज़ाफा होते रहना चाहिए. तो यही यही मतलब है इसका सोचना और तदखबुर तफकुर है मतलब सोचना. हर बात में सोचना.</w:t>
      </w:r>
    </w:p>
    <w:p>
      <w:r>
        <w:rPr>
          <w:b/>
        </w:rPr>
        <w:t xml:space="preserve">[10:42] </w:t>
      </w:r>
      <w:r>
        <w:t>Varna hum to break for granted lete hain har cheez ko. To yeh matlab hai. Jaisa ke naam par aapne jo question Fahimda Apa ne pucha tha uska jawab bohat achhe se humein samajh mein aayi. Ab main isi se related ek question poochna chahti hoon.</w:t>
      </w:r>
    </w:p>
    <w:p>
      <w:pPr>
        <w:jc w:val="right"/>
      </w:pPr>
      <w:r>
        <w:t>वरना हम तो break for granted लेते हैं हर चीज़ को. तो यह मतलब है. जैसा के नाम पर आपने जो question फहमी दापा ने पुछा था उसका जवाब बहुत अच्छे से हमें समझ में आई. अब मैं इसी से related एक question पूछना चाहती हूं.</w:t>
      </w:r>
    </w:p>
    <w:p>
      <w:r>
        <w:rPr>
          <w:b/>
        </w:rPr>
        <w:t xml:space="preserve">[11:00] </w:t>
      </w:r>
      <w:r>
        <w:t>kai baar maine mehsoos kiya jaise ki aapne kaha ki contemplate karein, sochein khuda ke cough ke baare mein aur jo khuda humne diya hai uske baare mein sochein hai ki hum insaan hain aur hamare andar ek human characteristics hai. ek worldly world is a place of pleasure.</w:t>
      </w:r>
    </w:p>
    <w:p>
      <w:pPr>
        <w:jc w:val="right"/>
      </w:pPr>
      <w:r>
        <w:t>कई बार मैंने महसूस किया जैसे कि आपने कहा कि contemplate करें, सोचें खुदा के cough के बारे में और जो खुदा हमने दिया है उसके बारे में सोचें है कि हम इंसान हैं और हमारे अंदर एक human characteristics है. एक worldly world is a place of pleasure.</w:t>
      </w:r>
    </w:p>
    <w:p>
      <w:r>
        <w:rPr>
          <w:b/>
        </w:rPr>
        <w:t xml:space="preserve">[11:30] </w:t>
      </w:r>
      <w:r>
        <w:t>So many a times we get connected to go on this path and we do go. to kai baar aisa hota hai kai baar bahut zyada sochne se ek aisa moment aata hai yahan par ki bahut zyada mayusi hone lagti hai apne aap se ki allah humse kuch aur keh raha hai aur hum kuch aur keh rahe hain. duniya ki cheezein humein achhi lag rahi hain lekin allah humein mana kar raha hai.</w:t>
      </w:r>
    </w:p>
    <w:p>
      <w:pPr>
        <w:jc w:val="right"/>
      </w:pPr>
      <w:r>
        <w:t>So many a times we get connected to go on this path and we do go. तो कई बार ऐसा होता है कई बार बहुत ज़्यादा सोचने से एक ऐसा moment आता है यहां पर कि बहुत ज़्यादा मायूसी होने लगती है अपने आप से कि अल्लाह हमसे कुछ और कह रहा है और हम कुछ और कह रहे हैं. दुनिया की चीज़ें हमें अच्छी लग रही है लेकिन अल्लाह हमें मना कर रहा है.</w:t>
      </w:r>
    </w:p>
    <w:p>
      <w:r>
        <w:rPr>
          <w:b/>
        </w:rPr>
        <w:t xml:space="preserve">[11:52] </w:t>
      </w:r>
      <w:r>
        <w:t>to ek bahut zyada jo ek hota hai na kashmakash ek ladai apne se jaan jo cheezein humein batai gayi karne ke liye aur hum woh kar nahi rahe hain. to ek sort of war is always going on between yourself and the dictates of allah and what allah has given you. so for that ab ismein kya hota na ki bahut zyada mayusi andar se ho jati hai aur apne aap se ek uljhan aur ek nafrati hone lagti hai ki main aisa kyun kar rahi hoon?</w:t>
      </w:r>
    </w:p>
    <w:p>
      <w:pPr>
        <w:jc w:val="right"/>
      </w:pPr>
      <w:r>
        <w:t>तो एक बहुत ज़्यादा जो एक होता है ना कशमकश एक लड़ाई अपने से जान जो चीज़ें हमें बताई गई करने के लिए और हम वह कर नहीं रहे हैं. तो एक sort of war is always going on between yourself and the dictates of अल्लाह and what अल्लाह has given you. So for that अब इसमें क्या होता ना कि बहुत ज़्यादा मायूसी अंदर से हो जाती है और अपने आप से एक उलझन और एक नफरती होने लगती है कि मैं ऐसा क्यों कर रही हूं?</w:t>
      </w:r>
    </w:p>
    <w:p>
      <w:r>
        <w:rPr>
          <w:b/>
        </w:rPr>
        <w:t xml:space="preserve">[12:17] </w:t>
      </w:r>
      <w:r>
        <w:t>par ab iske liye koi jawab hai when this state with this moment of feeling comes then how you do you elevate yourself to come out of this?</w:t>
      </w:r>
    </w:p>
    <w:p>
      <w:pPr>
        <w:jc w:val="right"/>
      </w:pPr>
      <w:r>
        <w:t>पर अब इसके लिए कोई जवाब है when this state with this moment of feeling comes then how you do you elevate yourself to come out of this?</w:t>
      </w:r>
    </w:p>
    <w:p>
      <w:r>
        <w:rPr>
          <w:b/>
        </w:rPr>
        <w:t xml:space="preserve">[12:28] </w:t>
      </w:r>
      <w:r>
        <w:t>mayusi to kabhi bhi nahi mayus hona hai kyunki bahut zyada allah ki rehmat jo hai ghalib hai allah ke ghazab par lekin jo aap keh rahe hai to agar hamara huda se jab gehra taalluk ho jata hai na tab wo mayusi nahi hoti kyunki humein phir duniya ki cheezein mein humein koi attraction nahi rehta to iska matlab hai ki hamare andar huda se taalluh mein kami hai.</w:t>
      </w:r>
    </w:p>
    <w:p>
      <w:pPr>
        <w:jc w:val="right"/>
      </w:pPr>
      <w:r>
        <w:t>मायूसी तो कभी भी नहीं मायूस होना है क्योंकि बहुत ज़्यादा अल्लाह की रहमत जो है ग़ालिब है अल्लाह के ग़ज़ब पर लेकिन जो आप कह रहे है तो अगर हमारा होदा से जब गहरा ताल्लुक हो जाता है ना तब वो मायूसी नहीं होती क्योंकि हमें फिर दुनिया की चीज़ें में हमें कोई attraction नहीं रहता तो इसका मतलब है कि हमारे अंदर पौधा से ताल्लोह में कमी है.</w:t>
      </w:r>
    </w:p>
    <w:p>
      <w:r>
        <w:rPr>
          <w:b/>
        </w:rPr>
        <w:t xml:space="preserve">[12:58] </w:t>
      </w:r>
      <w:r>
        <w:t>huda se taalluh aap badhaiye to aapko aapko yeh sab ehsasi nahi hogi yeh sab feeling nahi hogi. kyunki main ek baar murana batati thi ki ek baar woh gaye america to wahan overcoat mil raha tha.</w:t>
      </w:r>
    </w:p>
    <w:p>
      <w:pPr>
        <w:jc w:val="right"/>
      </w:pPr>
      <w:r>
        <w:t>पौधा से ताल्लोह आप बढ़ाइए तो आपको आपको यह सब एहसासी नहीं होगी यह सब feeling नहीं होगी. क्योंकि मैं एक बार मुराना बताती थी कि एक बार वह गए अमरीका तो वहां overcoat मिल रहा था.</w:t>
      </w:r>
    </w:p>
    <w:p>
      <w:r>
        <w:rPr>
          <w:b/>
        </w:rPr>
        <w:t xml:space="preserve">[13:15] </w:t>
      </w:r>
      <w:r>
        <w:t>overcoat us waqt pehante the overcoat mil raha tha bahut hi kam daam mein lamba qissa kam daam mein mil raha tha to logon ne khoob do do overcoat khareede aur kehne lage abhi bhai the saath mein aur abhi bhai inka aap bhi khareed lijiye bahut kam daamne hai. woh kehte hai unhone uski taraf dekha bhi nahi.</w:t>
      </w:r>
    </w:p>
    <w:p>
      <w:pPr>
        <w:jc w:val="right"/>
      </w:pPr>
      <w:r>
        <w:t>Overcoat उस वक्त पहनते थे overcoat मिल रहा था बहुत ही कम दाम में लंबा किस्सा कम दाम में मिल रहा था तो लोगों ने खूब दो दो overcoat खरीदे और कहने लगे अभी भाई थे साथ में और अभी भाई इनका आप भी खरीद लीजिए बहुत कम दामने है. वो कहते है उन्होंने उसकी तरफ देखा भी नहीं.</w:t>
      </w:r>
    </w:p>
    <w:p>
      <w:r>
        <w:rPr>
          <w:b/>
        </w:rPr>
        <w:t xml:space="preserve">[13:36] </w:t>
      </w:r>
      <w:r>
        <w:t>to jab jab insaan ke dimaag par aakhirat aur khuda focus hota hai na tab duniya ki cheezon</w:t>
      </w:r>
    </w:p>
    <w:p>
      <w:pPr>
        <w:jc w:val="right"/>
      </w:pPr>
      <w:r>
        <w:t>तो जब जब इंसान के दिमाग पर आख़िरत और खुदा focus होता है ना तब दुनिया की चीज़ों</w:t>
      </w:r>
    </w:p>
    <w:p>
      <w:r>
        <w:rPr>
          <w:b/>
        </w:rPr>
        <w:t xml:space="preserve">[13:44] </w:t>
      </w:r>
      <w:r>
        <w:t>mein dilchaspi nahi rehti hai to iska matlab hai ki aise logon ko abhi apna focus ko aur</w:t>
      </w:r>
    </w:p>
    <w:p>
      <w:pPr>
        <w:jc w:val="right"/>
      </w:pPr>
      <w:r>
        <w:t>में दिलचस्पी नहीं रहती है तो इसका मतलब है कि ऐसे लोगों को अभी अपना focus को और</w:t>
      </w:r>
    </w:p>
    <w:p>
      <w:r>
        <w:rPr>
          <w:b/>
        </w:rPr>
        <w:t xml:space="preserve">[13:52] </w:t>
      </w:r>
      <w:r>
        <w:t>badhana hai to ab yeh to doosre mazahir mein bhi hai maine buddhimya padha tha ki buddhimya mein</w:t>
      </w:r>
    </w:p>
    <w:p>
      <w:pPr>
        <w:jc w:val="right"/>
      </w:pPr>
      <w:r>
        <w:t>बढ़ाना है तो अब यह तो दूसरे मज़ाहिर में भी है मैंने बुद्धिम्य पढ़ा था कि बुद्धिम्य में</w:t>
      </w:r>
    </w:p>
    <w:p>
      <w:r>
        <w:rPr>
          <w:b/>
        </w:rPr>
        <w:t xml:space="preserve">[14:00] </w:t>
      </w:r>
      <w:r>
        <w:t>yeh hai ki jo hamari desires hain yahi desires mein hamara doosra janam lekar aati hai.</w:t>
      </w:r>
    </w:p>
    <w:p>
      <w:pPr>
        <w:jc w:val="right"/>
      </w:pPr>
      <w:r>
        <w:t>यह है कि जो हमारी desires हैं यही desires में हमारा दूसरा जन्म लेकर आती है.</w:t>
      </w:r>
    </w:p>
    <w:p>
      <w:r>
        <w:rPr>
          <w:b/>
        </w:rPr>
        <w:t xml:space="preserve">[14:08] </w:t>
      </w:r>
      <w:r>
        <w:t>agar hum desires apne khatm kar dein tab humko ek bliss life aakhirat mein milegi. to woh unka apna concept hai lekin in desires ko khatm karna hai yeh islam mein bhi yahi bataya gaya hai. to desire jab khatm ho jayenge to sirf zaroorat reh jayegi zaroorat zaroorat ka koi masle hi nahi zaroorat poori ho to bahut hi minimum hota hai zaroorat to.</w:t>
      </w:r>
    </w:p>
    <w:p>
      <w:pPr>
        <w:jc w:val="right"/>
      </w:pPr>
      <w:r>
        <w:t>अगर हम desires अपने खत्म कर दें तब हमको एक bliss life आखिरत में मिलेगी. तो वह उनका अपना concept है लेकिन इन desires को खत्म करना है यह इस्लाम में भी यही बताया गया है. तो desire जब खत्म हो जाएंगे तो सिर्फ ज़रूरत रह जाएगी ज़रूरत ज़रूरत का कोई मसले ही नहीं ज़रूरत पूरी हो तो बहुत ही minimum होता है ज़रूरत तो.</w:t>
      </w:r>
    </w:p>
    <w:p>
      <w:r>
        <w:rPr>
          <w:b/>
        </w:rPr>
        <w:t xml:space="preserve">[14:34] </w:t>
      </w:r>
      <w:r>
        <w:t>zaroorat to poori aasani se ho jati hai aur focus hamara aasani par rahe. jiza kalpa I got my answer. very nice answer that you gave and I'm feeling lot more relieved with that answer that you have given. so I open this session to other ladies also to come up with a question. we have very short time so please be fast with your queries.</w:t>
      </w:r>
    </w:p>
    <w:p>
      <w:pPr>
        <w:jc w:val="right"/>
      </w:pPr>
      <w:r>
        <w:t>ज़रूरत तो पूरी आसानी से हो जाती है और focus हमारा आसानी पर रहे. जिज़ा कल्पा I got my answer. Very nice answer that you gave and I'm feeling lot more relieved with that answer that you have given. So I open this session to other ladies also to come up with a question. We have very short time so please be fast with your queries.</w:t>
      </w:r>
    </w:p>
    <w:p>
      <w:r>
        <w:rPr>
          <w:b/>
        </w:rPr>
        <w:t xml:space="preserve">[15:01] </w:t>
      </w:r>
      <w:r>
        <w:t>ek sawaal karna chahoongi. Ji boliye.</w:t>
      </w:r>
    </w:p>
    <w:p>
      <w:pPr>
        <w:jc w:val="right"/>
      </w:pPr>
      <w:r>
        <w:t>एक सवाल करना चाहूंगी. जी बोलिए.</w:t>
      </w:r>
    </w:p>
    <w:p>
      <w:r>
        <w:rPr>
          <w:b/>
        </w:rPr>
        <w:t xml:space="preserve">[15:06] </w:t>
      </w:r>
      <w:r>
        <w:t>ek hadees qudsi hai ki jo shakhs reham ko jode main usse, main usse judunga aur jo</w:t>
      </w:r>
    </w:p>
    <w:p>
      <w:pPr>
        <w:jc w:val="right"/>
      </w:pPr>
      <w:r>
        <w:t>एक हदी से कुद्सी है कि जो शफ़्स रहम को जोड़े मैं उससे, मैं उससे जुडूंगा और जो</w:t>
      </w:r>
    </w:p>
    <w:p>
      <w:r>
        <w:rPr>
          <w:b/>
        </w:rPr>
        <w:t xml:space="preserve">[15:11] </w:t>
      </w:r>
      <w:r>
        <w:t>shakhs reham ko kaatega main usse katunga.</w:t>
      </w:r>
    </w:p>
    <w:p>
      <w:pPr>
        <w:jc w:val="right"/>
      </w:pPr>
      <w:r>
        <w:t>शफ़्स रहम को काटेगा मैं उससे कटूंगा.</w:t>
      </w:r>
    </w:p>
    <w:p>
      <w:r>
        <w:rPr>
          <w:b/>
        </w:rPr>
        <w:t xml:space="preserve">[15:16] </w:t>
      </w:r>
      <w:r>
        <w:t>to iska matlab kya yeh hai ki hamein sabke huqquq ada karne hain ya iska matlab yeh hai</w:t>
      </w:r>
    </w:p>
    <w:p>
      <w:pPr>
        <w:jc w:val="right"/>
      </w:pPr>
      <w:r>
        <w:t>तो इसका मतलब क्या यह है कि हमें सबके हुकू कदा करने हैं या इसका मतलब यह है</w:t>
      </w:r>
    </w:p>
    <w:p>
      <w:r>
        <w:rPr>
          <w:b/>
        </w:rPr>
        <w:t xml:space="preserve">[15:21] </w:t>
      </w:r>
      <w:r>
        <w:t>ki hamein unki expectation ke hisaab se unke liye poora utarna hai?</w:t>
      </w:r>
    </w:p>
    <w:p>
      <w:pPr>
        <w:jc w:val="right"/>
      </w:pPr>
      <w:r>
        <w:t>कि हमें उनकी expectation के हिसाब से उनके लिए पूरा उतरना है?</w:t>
      </w:r>
    </w:p>
    <w:p>
      <w:r>
        <w:rPr>
          <w:b/>
        </w:rPr>
        <w:t xml:space="preserve">[15:26] </w:t>
      </w:r>
      <w:r>
        <w:t>isme kuch bazahat karein?</w:t>
      </w:r>
    </w:p>
    <w:p>
      <w:pPr>
        <w:jc w:val="right"/>
      </w:pPr>
      <w:r>
        <w:t>इसमें कुछ बज़ाहत करें?</w:t>
      </w:r>
    </w:p>
    <w:p>
      <w:r>
        <w:rPr>
          <w:b/>
        </w:rPr>
        <w:t xml:space="preserve">[15:32] </w:t>
      </w:r>
      <w:r>
        <w:t>expectation insaan ki bahut zyada hoti hain. aap us par poora nahi utar sakti hain. achhe akhlaq se milna hai. zaroorat jab humein lage jaise ayadat par islam mein bahut zor hain. agar humein lage ki usko hamari zaroorat hai to humein zaroor wahan pahunchna chahiye. to yeh expectation to kabhi poori nahi hoti hai. aap kitne hi karenge? usko lagega hamara kuch nahi ho raha hai.</w:t>
      </w:r>
    </w:p>
    <w:p>
      <w:pPr>
        <w:jc w:val="right"/>
      </w:pPr>
      <w:r>
        <w:t>Expectation इंसान की बहुत ज़्यादा होती हैं. आप उस पर पूरा नहीं उतर सकती हैं. अच्छे अखलाख से मिलना है. ज़रूरत जब हमें लगे जैसे आयादत पर इस्लाम में बहुत ज़ोर हैं. अगर हमें लगे कि उसको हमारी ज़रूरत है तो हमें ज़रूर वहां पहुंचना चाहिए. तो यह expectation तो कभी पूरी नहीं होती है. आप कितने ही करेंगे? उसको लगेगा हमारा कुछ नहीं हो रहा है.</w:t>
      </w:r>
    </w:p>
    <w:p>
      <w:r>
        <w:rPr>
          <w:b/>
        </w:rPr>
        <w:t xml:space="preserve">[15:57] </w:t>
      </w:r>
      <w:r>
        <w:t>to ek hamari janne wali hai unki shadi mein bahut zyada kharch hua. tab pandrah bees lakh rupaye kharch hua. to maine kaha bahut achhi shadi ho gayi. kehlegi kya? kuch to aisa to koi khaas baat nahi thi. to expectation, to expectation ka to koi end nahi hai. there is no end to expectation. zaroorat par humein zaroor madad karni chahiye logon ko. ji ji.</w:t>
      </w:r>
    </w:p>
    <w:p>
      <w:pPr>
        <w:jc w:val="right"/>
      </w:pPr>
      <w:r>
        <w:t>तो एक हमारी जानने वाली है उनकी शादी में बहुत ज़्यादा खर्च हुआ. तब पंद्रह बीस लाख रुपए खर्च हुआ. तो मैंने कहा बहुत अच्छी शादी हो गई. कहलेगी क्या? कुछ तो ऐसा तो कोई खाल बात नहीं थी. तो expectation, तो expectation का तो कोई end नहीं है. There is no end to expectation. ज़रूरत पर हमें ज़रूर मदद करनी चाहिए लोगों को. जी जी.</w:t>
      </w:r>
    </w:p>
    <w:p>
      <w:r>
        <w:rPr>
          <w:b/>
        </w:rPr>
        <w:t xml:space="preserve">[16:26] </w:t>
      </w:r>
      <w:r>
        <w:t>main ek aur add karunga ismein. dekhiye, hadith yeh hamari jo kitni bhi khai shaad hoti hai, woh jannat ke hisab se. interwoven hai hamare andar, jannat wala culture interwoven hai. to hum chahte bhi waisa hi hai. isliye hadith mein aaya ki rasool allah sallallahu alaihi wasallam ne kaha, itne alam ke paas wadi ke barabar bhi sona ho to doosra jayega, doosra ho to teesra jayega. to hum usko khatm nahi kar sakte hain. isliye zaroorat ke tehat karna hi hai.</w:t>
      </w:r>
    </w:p>
    <w:p>
      <w:pPr>
        <w:jc w:val="right"/>
      </w:pPr>
      <w:r>
        <w:t>मैं एक और add करूंगा इसमें. देखिए, हदीश यह हमारी जो कितनी भी खाई शाद होती है, वह जन्नत के हिसाब से. Interwoven है हमारे अंदर, जन्नत वाला culture interwoven है. तो हम चाहते भी वैसा ही है. इसलिए हदीश में आया कि रसुलास लहसुन ने कहा, इतने आलम के पास वादी के बराबर भी सोना हो तो दूसरा जाएगा, दूसरा हो तो तीसरा जाएगा. तो हम उसको खत्म नहीं कर सकते हैं. इसलिए ज़रूरत के तहत करना ही है.</w:t>
      </w:r>
    </w:p>
    <w:p>
      <w:r>
        <w:rPr>
          <w:b/>
        </w:rPr>
        <w:t xml:space="preserve">[16:53] </w:t>
      </w:r>
      <w:r>
        <w:t>hadees mein aaya hai ki tum maal ke zariye logon ko achhi nasiyat karna.</w:t>
      </w:r>
    </w:p>
    <w:p>
      <w:pPr>
        <w:jc w:val="right"/>
      </w:pPr>
      <w:r>
        <w:t>अधीस में आया है कि तुम माल के ज़रिए लोगों को अच्छी नसियत करना.</w:t>
      </w:r>
    </w:p>
    <w:p>
      <w:r>
        <w:rPr>
          <w:b/>
        </w:rPr>
        <w:t xml:space="preserve">[17:01] </w:t>
      </w:r>
      <w:r>
        <w:t>yeh bhi kya hai rishtedari ka ek haath hai.</w:t>
      </w:r>
    </w:p>
    <w:p>
      <w:pPr>
        <w:jc w:val="right"/>
      </w:pPr>
      <w:r>
        <w:t>यह भी क्या है रिश्तेदारी का एक हाथ है.</w:t>
      </w:r>
    </w:p>
    <w:p>
      <w:r>
        <w:rPr>
          <w:b/>
        </w:rPr>
        <w:t xml:space="preserve">[17:09] </w:t>
      </w:r>
      <w:r>
        <w:t>quran dijiye padhne ko yeh bhi rishtedari ka haath hai.</w:t>
      </w:r>
    </w:p>
    <w:p>
      <w:pPr>
        <w:jc w:val="right"/>
      </w:pPr>
      <w:r>
        <w:t>कुरान दीजिए पढ़ने को यह भी रिश्तेदारी का हाथ है.</w:t>
      </w:r>
    </w:p>
    <w:p>
      <w:r>
        <w:rPr>
          <w:b/>
        </w:rPr>
        <w:t xml:space="preserve">[17:17] </w:t>
      </w:r>
      <w:r>
        <w:t>shukriya bahut bahut samajh mein aa gaya mujhe jazaakherla.</w:t>
      </w:r>
    </w:p>
    <w:p>
      <w:pPr>
        <w:jc w:val="right"/>
      </w:pPr>
      <w:r>
        <w:t>शुक्रिया बहुत बहुत समझ में आ गया मुझे जिजा केरला.</w:t>
      </w:r>
    </w:p>
    <w:p>
      <w:r>
        <w:rPr>
          <w:b/>
        </w:rPr>
        <w:t xml:space="preserve">[17:25] </w:t>
      </w:r>
      <w:r>
        <w:t>ek baat main poochhna chahti hoon.</w:t>
      </w:r>
    </w:p>
    <w:p>
      <w:pPr>
        <w:jc w:val="right"/>
      </w:pPr>
      <w:r>
        <w:t>एक बात मैं पूछना चाहती हूं.</w:t>
      </w:r>
    </w:p>
    <w:p>
      <w:r>
        <w:rPr>
          <w:b/>
        </w:rPr>
        <w:t xml:space="preserve">[17:33] </w:t>
      </w:r>
      <w:r>
        <w:t>meri awaaz aa rahi hai? Bilkul clear.</w:t>
      </w:r>
    </w:p>
    <w:p>
      <w:pPr>
        <w:jc w:val="right"/>
      </w:pPr>
      <w:r>
        <w:t>मेरी आवाज़ आ रही है? बिल्कुल clear.</w:t>
      </w:r>
    </w:p>
    <w:p>
      <w:r>
        <w:rPr>
          <w:b/>
        </w:rPr>
        <w:t xml:space="preserve">[17:41] </w:t>
      </w:r>
      <w:r>
        <w:t>achha theek hai.</w:t>
      </w:r>
    </w:p>
    <w:p>
      <w:pPr>
        <w:jc w:val="right"/>
      </w:pPr>
      <w:r>
        <w:t>अच्छा ठीक है.</w:t>
      </w:r>
    </w:p>
    <w:p>
      <w:r>
        <w:rPr>
          <w:b/>
        </w:rPr>
        <w:t xml:space="preserve">[17:49] </w:t>
      </w:r>
      <w:r>
        <w:t>मेरा legging motor نہیں تو top change کرو.</w:t>
      </w:r>
    </w:p>
    <w:p>
      <w:pPr>
        <w:jc w:val="right"/>
      </w:pPr>
      <w:r>
        <w:t>मेरा legging motor नहीं तो top change करो.</w:t>
      </w:r>
    </w:p>
    <w:p>
      <w:r>
        <w:rPr>
          <w:b/>
        </w:rPr>
        <w:t xml:space="preserve">[17:58] </w:t>
      </w:r>
      <w:r>
        <w:t>yeh kaun bolna? main yeh keh rahi thi ki ek itikaf ke liye mujhe pata chala ki sirf masjid mein hota hai. to hamare liye hindustan mein to masjidon mein zyada tar masjidon mein auraton ke liye kya meri awaaz aa rahi hai? bilkul clear hai.</w:t>
      </w:r>
    </w:p>
    <w:p>
      <w:pPr>
        <w:jc w:val="right"/>
      </w:pPr>
      <w:r>
        <w:t>यह कौन बोलना? मैं यह कह रही थी कि एक तिकाफ के लिए मुझे पता चला कि सिर्फ मस्जिद में होता है. तो हमारे लिए हिंदुस्तान में तो मस्जिदों में ज़्यादातर मस्जिदों में औरतों के लिए क्या मेरी आवाज़ आ रही है? बिल्कुल clear है.</w:t>
      </w:r>
    </w:p>
    <w:p>
      <w:r>
        <w:rPr>
          <w:b/>
        </w:rPr>
        <w:t xml:space="preserve">[18:20] </w:t>
      </w:r>
      <w:r>
        <w:t>achha to masjidon mein koi ahmedabad nahi hai to lekin hindustan mein bahut auratein gharon mein itikaf karti hain to kya woh sahi hai? kyunki yeh bataya ki huzoor ki jo deew yaati woh halanki unka ghar to bilkul hi masjid se laga hua tha madine mein lekin phir bhi woh masjid mein jaakar woh karti thi to iske udhar elaborate kar de. isko thoda elaborate karein.</w:t>
      </w:r>
    </w:p>
    <w:p>
      <w:pPr>
        <w:jc w:val="right"/>
      </w:pPr>
      <w:r>
        <w:t>अच्छा तो मस्जिदों में कोई अहमदाब नहीं है तो लेकिन हिंदुस्तान में बहुत औरतें घरों में इतिकाफ करती हैं तो क्या वह सही है? क्योंकि यह बताया कि हुज़ूर की जो दीव याति वह हालांकि उनका घर तो बिल्कुल ही मस्जिद से लगा हुआ था मदीने में लेकिन फिर भी वह मस्जिद में जाकर वह करती थी तो इसके उधर elaborate कर दे. इसको थोड़ा elaborate करें.</w:t>
      </w:r>
    </w:p>
    <w:p>
      <w:r>
        <w:rPr>
          <w:b/>
        </w:rPr>
        <w:t xml:space="preserve">[18:50] </w:t>
      </w:r>
      <w:r>
        <w:t>ok. is par ulma ke raay to main aapko fauran nahi keh sakta hoon. mujhe dekhna padega. achha. mujhe jahan tak samajh mein aati hai baat woh yeh hai ki ismein koi harz nahi aati ghar mein bhi kar lein. aisa koi masla nahi hai.</w:t>
      </w:r>
    </w:p>
    <w:p>
      <w:pPr>
        <w:jc w:val="right"/>
      </w:pPr>
      <w:r>
        <w:t>Ok. इस पर ओलमा के राय तो मैं आपको फ़ौरन नहीं कह सकता हूं. मुझे देखना पड़ेगा. अच्छा. मुझे जहां तक समझ में आती है बात वह यह है कि इसमें कोई हर्ज़ नहीं आती घर में भी कर लें. ऐसा कोई मसला नहीं है.</w:t>
      </w:r>
    </w:p>
    <w:p>
      <w:r>
        <w:rPr>
          <w:b/>
        </w:rPr>
        <w:t xml:space="preserve">[19:19] </w:t>
      </w:r>
      <w:r>
        <w:t>ki niyat ho ya nahi ho to aap secluded hokar aap ibadat kar rahe hain woh to theek</w:t>
      </w:r>
    </w:p>
    <w:p>
      <w:pPr>
        <w:jc w:val="right"/>
      </w:pPr>
      <w:r>
        <w:t>की नियत हो या नहीं हो तो आप secluded होकर आप इबादत कर रहे हैं वह तो ठीक</w:t>
      </w:r>
    </w:p>
    <w:p>
      <w:r>
        <w:rPr>
          <w:b/>
        </w:rPr>
        <w:t xml:space="preserve">[19:33] </w:t>
      </w:r>
      <w:r>
        <w:t>hai but I just wanted to know.</w:t>
      </w:r>
    </w:p>
    <w:p>
      <w:pPr>
        <w:jc w:val="right"/>
      </w:pPr>
      <w:r>
        <w:t>है but I just wanted to know.</w:t>
      </w:r>
    </w:p>
    <w:p>
      <w:r>
        <w:rPr>
          <w:b/>
        </w:rPr>
        <w:t xml:space="preserve">[19:48] </w:t>
      </w:r>
      <w:r>
        <w:t>theek hai aap bata dijiyega baad mein jazaak allah. Assalamualaikum. Roop sahib.</w:t>
      </w:r>
    </w:p>
    <w:p>
      <w:pPr>
        <w:jc w:val="right"/>
      </w:pPr>
      <w:r>
        <w:t>ठीक है आप बता दीजिएगा बाद में जज़ाब करता. सलामीलिकूम. रूप साहब.</w:t>
      </w:r>
    </w:p>
    <w:p>
      <w:r>
        <w:rPr>
          <w:b/>
        </w:rPr>
        <w:t xml:space="preserve">[20:03] </w:t>
      </w:r>
      <w:r>
        <w:t>aawaaz aa rahi hai bhaaji? ji ji.</w:t>
      </w:r>
    </w:p>
    <w:p>
      <w:pPr>
        <w:jc w:val="right"/>
      </w:pPr>
      <w:r>
        <w:t>आवाज़ आ रही है भाजी? जी जी.</w:t>
      </w:r>
    </w:p>
    <w:p>
      <w:r>
        <w:rPr>
          <w:b/>
        </w:rPr>
        <w:t xml:space="preserve">[20:17] </w:t>
      </w:r>
      <w:r>
        <w:t>boliye hamare ghar mein traavi padhte hain to iska wujahad kar dijiye kis tarah se hum log pade.</w:t>
      </w:r>
    </w:p>
    <w:p>
      <w:pPr>
        <w:jc w:val="right"/>
      </w:pPr>
      <w:r>
        <w:t>बोलिए हमारे घर में त्रावी पड़ते हैं तो इसका वुजाहद कर दीजिए किस तरह से हम लोग पड़े.</w:t>
      </w:r>
    </w:p>
    <w:p>
      <w:r>
        <w:rPr>
          <w:b/>
        </w:rPr>
        <w:t xml:space="preserve">[20:32] </w:t>
      </w:r>
      <w:r>
        <w:t>traavi ka masala wujahad kar dijiye.</w:t>
      </w:r>
    </w:p>
    <w:p>
      <w:pPr>
        <w:jc w:val="right"/>
      </w:pPr>
      <w:r>
        <w:t>त्रावी का मसाला वुजाहद कर दीजिए.</w:t>
      </w:r>
    </w:p>
    <w:p>
      <w:r>
        <w:rPr>
          <w:b/>
        </w:rPr>
        <w:t xml:space="preserve">[20:47] </w:t>
      </w:r>
      <w:r>
        <w:t>rasoolullah sahi hai saabit hai ki woh jaisa maine abhi bataya shuru mein pehle question mein ki rehmat</w:t>
      </w:r>
    </w:p>
    <w:p>
      <w:pPr>
        <w:jc w:val="right"/>
      </w:pPr>
      <w:r>
        <w:t>रसूल्लाह सही है साबित है कि वो जैसा मैंने अभी बताया शुरू में पहले question में कि रहमत</w:t>
      </w:r>
    </w:p>
    <w:p>
      <w:r>
        <w:rPr>
          <w:b/>
        </w:rPr>
        <w:t xml:space="preserve">[20:52] </w:t>
      </w:r>
      <w:r>
        <w:t>ke aayat aati to allah sallah se rahmat maangte the.</w:t>
      </w:r>
    </w:p>
    <w:p>
      <w:pPr>
        <w:jc w:val="right"/>
      </w:pPr>
      <w:r>
        <w:t>के आयत आती तो अल्लाह सल्लाह से राहमत मांगते थे.</w:t>
      </w:r>
    </w:p>
    <w:p>
      <w:r>
        <w:rPr>
          <w:b/>
        </w:rPr>
        <w:t xml:space="preserve">[20:58] </w:t>
      </w:r>
      <w:r>
        <w:t>azaab ke aayat aati to panaah maangte the.</w:t>
      </w:r>
    </w:p>
    <w:p>
      <w:pPr>
        <w:jc w:val="right"/>
      </w:pPr>
      <w:r>
        <w:t>अज़ाब के आयत आती तो पनाह मांगते थे.</w:t>
      </w:r>
    </w:p>
    <w:p>
      <w:r>
        <w:rPr>
          <w:b/>
        </w:rPr>
        <w:t xml:space="preserve">[21:04] </w:t>
      </w:r>
      <w:r>
        <w:t>namaz qandar hi tilawat karte hue.</w:t>
      </w:r>
    </w:p>
    <w:p>
      <w:pPr>
        <w:jc w:val="right"/>
      </w:pPr>
      <w:r>
        <w:t>नमाज़ कंदर ही तलावत करते हुए.</w:t>
      </w:r>
    </w:p>
    <w:p>
      <w:r>
        <w:rPr>
          <w:b/>
        </w:rPr>
        <w:t xml:space="preserve">[21:09] </w:t>
      </w:r>
      <w:r>
        <w:t>aisa kahin aapko samajh mein aata hai ki raahul ghafoorur raheem to aapka yeh allah talaah makfart farma rahamkar.</w:t>
      </w:r>
    </w:p>
    <w:p>
      <w:pPr>
        <w:jc w:val="right"/>
      </w:pPr>
      <w:r>
        <w:t>ऐसा कहीं आपको समझ में आता है कि राहुल गफूरुर रहीम तो आपका यह अल्लाह तलाह मकफरत फरमा राहमकर.</w:t>
      </w:r>
    </w:p>
    <w:p>
      <w:r>
        <w:rPr>
          <w:b/>
        </w:rPr>
        <w:t xml:space="preserve">[21:15] </w:t>
      </w:r>
      <w:r>
        <w:t>aisa kya dijiye usi mein.</w:t>
      </w:r>
    </w:p>
    <w:p>
      <w:pPr>
        <w:jc w:val="right"/>
      </w:pPr>
      <w:r>
        <w:t>ऐसा क्या दिया कीजिए उसी में.</w:t>
      </w:r>
    </w:p>
    <w:p>
      <w:r>
        <w:rPr>
          <w:b/>
        </w:rPr>
        <w:t xml:space="preserve">[21:21] </w:t>
      </w:r>
      <w:r>
        <w:t>especially har rakat ke baad haath uthakar dua karna nahi hai.</w:t>
      </w:r>
    </w:p>
    <w:p>
      <w:pPr>
        <w:jc w:val="right"/>
      </w:pPr>
      <w:r>
        <w:t>Especially हर रकात के बाद हाथ उठाकर दुआ करना नहीं है.</w:t>
      </w:r>
    </w:p>
    <w:p>
      <w:r>
        <w:rPr>
          <w:b/>
        </w:rPr>
        <w:t xml:space="preserve">[21:27] </w:t>
      </w:r>
      <w:r>
        <w:t>aapko jitna aasan hai woh padhati hai lekin barabar. jaise charaqaat padhte to barabar charaqaat hi padha kijiye yeh behtar hai. dohri kaate padhte kyun? to dohri padi hai. haan.</w:t>
      </w:r>
    </w:p>
    <w:p>
      <w:pPr>
        <w:jc w:val="right"/>
      </w:pPr>
      <w:r>
        <w:t>आपको जितना आसान है वह पढ़ाती है लेकिन बराबर. जैसे चाराकात पढ़ते तो बराबर चाराकात ही पढ़ा कीजिए यह बेहतर है. दोहरी काते पढ़ते क्यों? तो दोहरी पड़ी है. हां.</w:t>
      </w:r>
    </w:p>
    <w:p>
      <w:r>
        <w:rPr>
          <w:b/>
        </w:rPr>
        <w:t xml:space="preserve">[21:53] </w:t>
      </w:r>
      <w:r>
        <w:t>mujeeru ya mujeeru jiske last mein wo se mere khayal se us tareeke se sabit nahi hai. aap padhna chahein behtar meaning hai zaroor padhiye lekin yeh ki woh yeh ki uske baghair taravi nahi hogi aisa kuch nahi hai. isi ko agar taravi mein kya hai ki quran aur padhna zyada padhna chahte hain to woh quran ko hath mein lekar dekhkar bhi padh sakte hain. hazrat aisha ke unke ghulam the zakhwan woh quran kai quran dekar nawaz padhate the.</w:t>
      </w:r>
    </w:p>
    <w:p>
      <w:pPr>
        <w:jc w:val="right"/>
      </w:pPr>
      <w:r>
        <w:t>मुजीरू या मुजीरू जिसके last में वो से मेरे ख्याल से उस तरीके से साबित नहीं है. आप पढ़ना चाहें बेहतर meaning है ज़रूर पढ़िए लेकिन यह कि वो यह कि उसके बगैर तराबी नहीं होगी ऐसा कुछ नहीं है. इसी को अगर तराबी में क्या है कि कुरान और पढ़ना ज़्यादा पढ़ना चाहते हैं तो वो कुरान को हाथ में लेकर देखकर भी पढ़ सकते हैं. हज़रत आयशाख उनके कुलाम थे ज़ख़्वान वो कुरान कई कुरान देकर नवाज़ पढ़ाते थे.</w:t>
      </w:r>
    </w:p>
    <w:p>
      <w:r>
        <w:rPr>
          <w:b/>
        </w:rPr>
        <w:t xml:space="preserve">[22:21] </w:t>
      </w:r>
      <w:r>
        <w:t>to isse ramzan ne kaha ki quran ko dekar bhi padh sakte hain. ji shukriya. suniye. jiza kallah. farad bhai aur aur sawal hai ladies ke paas? to sawal karein? doctor salah aur aisha yusra? ji aap log sawal karein.</w:t>
      </w:r>
    </w:p>
    <w:p>
      <w:pPr>
        <w:jc w:val="right"/>
      </w:pPr>
      <w:r>
        <w:t>तो इससे रमा ने कहा कि कुरान को देकर भी पढ़ सकते हैं. जी शुक्रिया. सुनिए. चिज़ा कल्लाह. पराद भाई और और सवाल है ladies के पास? तो सवाल करें? Doctor सलाह और आयशा युसरा? जी आप लोग सवाल करें.</w:t>
      </w:r>
    </w:p>
    <w:p>
      <w:r>
        <w:rPr>
          <w:b/>
        </w:rPr>
        <w:t xml:space="preserve">[22:49] </w:t>
      </w:r>
      <w:r>
        <w:t>open hai session.</w:t>
      </w:r>
    </w:p>
    <w:p>
      <w:pPr>
        <w:jc w:val="right"/>
      </w:pPr>
      <w:r>
        <w:t>Open है session.</w:t>
      </w:r>
    </w:p>
    <w:p>
      <w:r>
        <w:rPr>
          <w:b/>
        </w:rPr>
        <w:t xml:space="preserve">[22:56] </w:t>
      </w:r>
      <w:r>
        <w:t>haan, mute hai aasha.</w:t>
      </w:r>
    </w:p>
    <w:p>
      <w:pPr>
        <w:jc w:val="right"/>
      </w:pPr>
      <w:r>
        <w:t>हां, mute है आशा.</w:t>
      </w:r>
    </w:p>
    <w:p>
      <w:r>
        <w:rPr>
          <w:b/>
        </w:rPr>
        <w:t xml:space="preserve">[23:04] </w:t>
      </w:r>
      <w:r>
        <w:t>mera ek question hai, question i yeh to ek ma'am fareeda ma'am.</w:t>
      </w:r>
    </w:p>
    <w:p>
      <w:pPr>
        <w:jc w:val="right"/>
      </w:pPr>
      <w:r>
        <w:t>मेरा एक question है, question आई यह तो एक ma'am फरीदा ma'am.</w:t>
      </w:r>
    </w:p>
    <w:p>
      <w:r>
        <w:rPr>
          <w:b/>
        </w:rPr>
        <w:t xml:space="preserve">[23:12] </w:t>
      </w:r>
      <w:r>
        <w:t>ji ji sunai de raha bataiye. haan.</w:t>
      </w:r>
    </w:p>
    <w:p>
      <w:pPr>
        <w:jc w:val="right"/>
      </w:pPr>
      <w:r>
        <w:t>जी जी सुनाई दे रहा बताइए. हां.</w:t>
      </w:r>
    </w:p>
    <w:p>
      <w:r>
        <w:rPr>
          <w:b/>
        </w:rPr>
        <w:t xml:space="preserve">[23:20] </w:t>
      </w:r>
      <w:r>
        <w:t>ramzan ka maheene mein paigambar aur sahaba bhi fasting rakhkar bahut achhe tarike se dawa work kiye hain. woh kuch examples dijiye kyunki maine i read i read in somewhere to unhone kai door chale gaye hain fasting rakhkar bhi dawa ke sthit lekar woh to please explain some incidents to inspire all of us to do dawa much better way.</w:t>
      </w:r>
    </w:p>
    <w:p>
      <w:pPr>
        <w:jc w:val="right"/>
      </w:pPr>
      <w:r>
        <w:t>रमज़ान का मानने में पायगंबर और साहब भी fasting रखकर बहुत अच्छे तरीके से दावा work किए हैं. वह कुछ examples दीजिए क्योंकि मैंने I read I read in somewhere तो उन्होंने कई दूर चले गए हैं fasting रखकर भी दावा के स्थित लेकर वह तो please explain some incidents to inspire all of us to do दावा much better way.</w:t>
      </w:r>
    </w:p>
    <w:p>
      <w:r>
        <w:rPr>
          <w:b/>
        </w:rPr>
        <w:t xml:space="preserve">[23:50] </w:t>
      </w:r>
      <w:r>
        <w:t>This is my one of my question. kya keh rahi hain? aap keh rahi hai ke ramzan mein bhi dawah work karte the paigambar. yahi keh rahi hai? haan ji ji woh some examples dijiye chahaba ka bhi. toh woh log toh hamesha hi dawah karte hain.</w:t>
      </w:r>
    </w:p>
    <w:p>
      <w:pPr>
        <w:jc w:val="right"/>
      </w:pPr>
      <w:r>
        <w:t>This is my one of my question. क्या कह रही हैं? आप कह रही है कि रमज़ान में भी दावा work करते थे पगम्बर. यही कह रही है? हां जी जी वह some examples दीजिए चाहाबा का भी. तो वह लोग तो हमेशा ही दावा कर देते हैं.</w:t>
      </w:r>
    </w:p>
    <w:p>
      <w:r>
        <w:rPr>
          <w:b/>
        </w:rPr>
        <w:t xml:space="preserve">[24:11] </w:t>
      </w:r>
      <w:r>
        <w:t>toh abhi is is zamane mein fasting toh bahut facilities ke saath hai lekin that time was so so tough and unbearable lekin wahi halaat mein bhi unke khane ke peene ke liye matlab jo dates hain, khajoor hai, paani hai.</w:t>
      </w:r>
    </w:p>
    <w:p>
      <w:pPr>
        <w:jc w:val="right"/>
      </w:pPr>
      <w:r>
        <w:t>तो अभी इस इस ज़माने में fasting तो बहुत facilities के साथ है लेकिन that time was so so tough and unbearable लेकिन वही हालात में भी उनके खाने के पीने के लिए मतलब जो dates हैं, खजूर है, पानी है.</w:t>
      </w:r>
    </w:p>
    <w:p>
      <w:r>
        <w:rPr>
          <w:b/>
        </w:rPr>
        <w:t xml:space="preserve">[24:30] </w:t>
      </w:r>
      <w:r>
        <w:t>uske siwa kuch nahi rehte the unke saamne lekin woh dawah ki spirit ko lekar itna kaam kiye hain toh inspire karne ke liye kuch example bata dijiye hum sabke liye. achha example bata dijiye. dekhiye yeh jo safar ki baat hai usmein dono tarike hain roza ke taalluq se. rasoolullah sallallahu alaihi wasallam ek martaba safar mein ja rahe the.</w:t>
      </w:r>
    </w:p>
    <w:p>
      <w:pPr>
        <w:jc w:val="right"/>
      </w:pPr>
      <w:r>
        <w:t>उसके सिवा कुछ नहीं रहते थे उनके सामने लेकिन वह दावा की spirit को लेकर इतना काम किए हैं तो inspire करने के लिए कुछ example बता दीजिए हम सबके लिए. अच्छा example बता दीजिए. देखिए यह जो सफर की बात है उसमें दोनों तरीके हैं रोज़ा के ताल्लुक से. रसूल्लाह से लल्लाह वाले स्लाह में एक मरता और सफर में जा रहे थे.</w:t>
      </w:r>
    </w:p>
    <w:p>
      <w:r>
        <w:rPr>
          <w:b/>
        </w:rPr>
        <w:t xml:space="preserve">[24:59] </w:t>
      </w:r>
      <w:r>
        <w:t>to raaste mein kaafi garmi ho gayi.</w:t>
      </w:r>
    </w:p>
    <w:p>
      <w:pPr>
        <w:jc w:val="right"/>
      </w:pPr>
      <w:r>
        <w:t>तो रास्ते में काफी गर्मी हो गई.</w:t>
      </w:r>
    </w:p>
    <w:p>
      <w:r>
        <w:rPr>
          <w:b/>
        </w:rPr>
        <w:t xml:space="preserve">[25:26] </w:t>
      </w:r>
      <w:r>
        <w:t>safar taalamba kaafi garmi ho gaya aur asar ke baad logon ne aakar bataya ki log pareshan ho</w:t>
      </w:r>
    </w:p>
    <w:p>
      <w:pPr>
        <w:jc w:val="right"/>
      </w:pPr>
      <w:r>
        <w:t>सफर तालंबा काफी गर्मी हो गया और असर के बाद लोगों ने आकर बताया कि लोग परेशान हो</w:t>
      </w:r>
    </w:p>
    <w:p>
      <w:r>
        <w:rPr>
          <w:b/>
        </w:rPr>
        <w:t xml:space="preserve">[25:53] </w:t>
      </w:r>
      <w:r>
        <w:t>rahe hain roze ki wajah se aur jaana pie.</w:t>
      </w:r>
    </w:p>
    <w:p>
      <w:pPr>
        <w:jc w:val="right"/>
      </w:pPr>
      <w:r>
        <w:t>रहे हैं रोज़े की वजह से और जाना पिए.</w:t>
      </w:r>
    </w:p>
    <w:p>
      <w:r>
        <w:rPr>
          <w:b/>
        </w:rPr>
        <w:t xml:space="preserve">[26:20] </w:t>
      </w:r>
      <w:r>
        <w:t>to asar aur maghrib ke darmiyan roza thoda bhi hai.</w:t>
      </w:r>
    </w:p>
    <w:p>
      <w:pPr>
        <w:jc w:val="right"/>
      </w:pPr>
      <w:r>
        <w:t>तो असर और मग़रीब के दरमियान रोज़ा थोड़ा भी है.</w:t>
      </w:r>
    </w:p>
    <w:p>
      <w:r>
        <w:rPr>
          <w:b/>
        </w:rPr>
        <w:t xml:space="preserve">[26:47] </w:t>
      </w:r>
      <w:r>
        <w:t>ja rahe the ek dawat ke liye ya kisi aur kaam se ja rahe the to thoda bhi hai.</w:t>
      </w:r>
    </w:p>
    <w:p>
      <w:pPr>
        <w:jc w:val="right"/>
      </w:pPr>
      <w:r>
        <w:t>जा रहे थे एक दावत के लिए या किसी और काम से जा रहे थे तो थोड़ा भी है.</w:t>
      </w:r>
    </w:p>
    <w:p>
      <w:r>
        <w:rPr>
          <w:b/>
        </w:rPr>
        <w:t xml:space="preserve">[27:14] </w:t>
      </w:r>
      <w:r>
        <w:t>nahi jaise koi mauka ho jaise aata hai na ke koi aaya bahar se. haan. makkah mein toh rasoolullah sallallahu alaihi wasallam foran jaate the usko paigham pahunchane ke liye. toh aisa koi mauka hai. haan haan. daily karte hain woh karte rehna aapko.</w:t>
      </w:r>
    </w:p>
    <w:p>
      <w:pPr>
        <w:jc w:val="right"/>
      </w:pPr>
      <w:r>
        <w:t>नहीं जैसे कोई मौका हो जैसे आता है ना कि कोई आया बाहर से. हां. मक्का में तो रसोल्ला से सल्लाम फ़ौरन जाते थे उसको प्रकाम पहुंचाने के लिए. तो ऐसा कोई मौका है. हां हां. Daily करते हैं वह करते रहना आपको.</w:t>
      </w:r>
    </w:p>
    <w:p>
      <w:r>
        <w:rPr>
          <w:b/>
        </w:rPr>
        <w:t xml:space="preserve">[27:42] </w:t>
      </w:r>
      <w:r>
        <w:t>woh aapka samajh lijiye ki aate wamu ho allah.</w:t>
      </w:r>
    </w:p>
    <w:p>
      <w:pPr>
        <w:jc w:val="right"/>
      </w:pPr>
      <w:r>
        <w:t>वह आपका समझ लीजिए कि आते वामु हो अल्लाह.</w:t>
      </w:r>
    </w:p>
    <w:p>
      <w:r>
        <w:rPr>
          <w:b/>
        </w:rPr>
        <w:t xml:space="preserve">[27:48] </w:t>
      </w:r>
      <w:r>
        <w:t>rasoolullah ke nazdeek ya allah ke nazdeek kya hai?</w:t>
      </w:r>
    </w:p>
    <w:p>
      <w:pPr>
        <w:jc w:val="right"/>
      </w:pPr>
      <w:r>
        <w:t>रसुल्लाह के नज़दीक या अल्लाह के नज़दीक क्या है?</w:t>
      </w:r>
    </w:p>
    <w:p>
      <w:r>
        <w:rPr>
          <w:b/>
        </w:rPr>
        <w:t xml:space="preserve">[27:55] </w:t>
      </w:r>
      <w:r>
        <w:t>jo kaam barabar kiya jaaye thoda kam ho wahi kya zyada mehboob hai.</w:t>
      </w:r>
    </w:p>
    <w:p>
      <w:pPr>
        <w:jc w:val="right"/>
      </w:pPr>
      <w:r>
        <w:t>जो काम बराबर किया जाए थोड़ा कम हो वही क्या ज़्यादा मेहभूत है.</w:t>
      </w:r>
    </w:p>
    <w:p>
      <w:r>
        <w:rPr>
          <w:b/>
        </w:rPr>
        <w:t xml:space="preserve">[28:01] </w:t>
      </w:r>
      <w:r>
        <w:t>to unhone dawat ka kaam kya barabar karne hai woh unko barabar karna usko rokna nahi hai usko</w:t>
      </w:r>
    </w:p>
    <w:p>
      <w:pPr>
        <w:jc w:val="right"/>
      </w:pPr>
      <w:r>
        <w:t>तो उन्होंने दावत का काम क्या बराबर करने है वो उनको बराबर करना उसको रोकना नहीं है उसको</w:t>
      </w:r>
    </w:p>
    <w:p>
      <w:r>
        <w:rPr>
          <w:b/>
        </w:rPr>
        <w:t xml:space="preserve">[28:08] </w:t>
      </w:r>
      <w:r>
        <w:t>woh bhi nahi ikha kaam.</w:t>
      </w:r>
    </w:p>
    <w:p>
      <w:pPr>
        <w:jc w:val="right"/>
      </w:pPr>
      <w:r>
        <w:t>वो भी नहीं किखा काम.</w:t>
      </w:r>
    </w:p>
    <w:p>
      <w:r>
        <w:rPr>
          <w:b/>
        </w:rPr>
        <w:t xml:space="preserve">[28:14] </w:t>
      </w:r>
      <w:r>
        <w:t>aur raat ko hi bahut zyada hi baadut karte the. haan haan.</w:t>
      </w:r>
    </w:p>
    <w:p>
      <w:pPr>
        <w:jc w:val="right"/>
      </w:pPr>
      <w:r>
        <w:t>और रात को ही बहुत ज़्यादा ही बादुत करते थे. हां हां.</w:t>
      </w:r>
    </w:p>
    <w:p>
      <w:r>
        <w:rPr>
          <w:b/>
        </w:rPr>
        <w:t xml:space="preserve">[28:21] </w:t>
      </w:r>
      <w:r>
        <w:t>lekin aisa nahi hai ke dawah chhod diya. hans mein maufa hota hai abhi. ji jaza kal naw. doctor sana aapko koi sawal karni hai? haan haan, I have one more question. question. ok, please ask. this question was from ranshida napij mire.</w:t>
      </w:r>
    </w:p>
    <w:p>
      <w:pPr>
        <w:jc w:val="right"/>
      </w:pPr>
      <w:r>
        <w:t>लेकिन ऐसा नहीं है कि दावार छोड़ दिया. हंस में मौफा होता है अभी. जी जज़ा कल्णव. Doctor सना आपको कोई सवाल करनी है? हां हां, I have one more question. Question. Ok, please ask. This question was from रंशिदा नापिज मीरे.</w:t>
      </w:r>
    </w:p>
    <w:p>
      <w:r>
        <w:rPr>
          <w:b/>
        </w:rPr>
        <w:t xml:space="preserve">[28:46] </w:t>
      </w:r>
      <w:r>
        <w:t>she asked me how to make people aware of the creation plan of god? hum sab bataya jayega kya koi naya tarika hai? nahi, koi naya tarika nahi. bataya jayega aur kaise aware karenge? wahi dawah, people ko aware karne ka matlab kya dawah ka kaam karna hai? dawah ka kaam ka tarika kya hai? normally jo karte hain hum log wahi purana dena hota hai.</w:t>
      </w:r>
    </w:p>
    <w:p>
      <w:pPr>
        <w:jc w:val="right"/>
      </w:pPr>
      <w:r>
        <w:t>She asked me how to make people aware of the creation plan of god? हम सब बताया जाएगा क्या कोई नया तरीका है? नहीं, कोई नया तरीका नहीं. बताया जाएगा और कैसे aware करेंगे? वही दाव, people को aware करने का मतलब क्या दावात का काम करना है? दावात का काम का तरीका क्या है? Normally जो करते हैं हम लोग वही पुरान देना होता है.</w:t>
      </w:r>
    </w:p>
    <w:p>
      <w:r>
        <w:rPr>
          <w:b/>
        </w:rPr>
        <w:t xml:space="preserve">[29:16] </w:t>
      </w:r>
      <w:r>
        <w:t>leaflet dijiye specially agar dena chahti toh uski specially leaflet bhi hai. the creation plan of god ke naam se bahut achhi leaflet hai. woh de sakte hain aur kitabein de sakte hain. booklet jo hai reality of life hai ya ek hindi mein uski hai, woh sab de sakte hain. toh uska matlab wahi hai dawah ka kaam hai jo aap bol rahe hain. guftugu karne ka time ho toh. guftugu karein unse baat karein.</w:t>
      </w:r>
    </w:p>
    <w:p>
      <w:pPr>
        <w:jc w:val="right"/>
      </w:pPr>
      <w:r>
        <w:t>Leaflet दीजिए specially अगर देना चाहती तो उसकी specially leaflet भी है. The creation plan of god के नाम से बहुत अच्छी leaflet है. वह दे सकते हैं और किताबें दे सकते हैं. Booklet जो है reality of life है या एक हिंदी में उसकी है, वह सब दे सकते हैं. तो उसका मतलब वही है दावत का काम है जो आप बोल रहे हैं. गुस्तुगू करने का time हो तो. गुस्तुगू करें उनसे बात करें.</w:t>
      </w:r>
    </w:p>
    <w:p>
      <w:r>
        <w:rPr>
          <w:b/>
        </w:rPr>
        <w:t xml:space="preserve">[29:45] </w:t>
      </w:r>
      <w:r>
        <w:t>ji.</w:t>
      </w:r>
    </w:p>
    <w:p>
      <w:pPr>
        <w:jc w:val="right"/>
      </w:pPr>
      <w:r>
        <w:t>जी.</w:t>
      </w:r>
    </w:p>
    <w:p>
      <w:r>
        <w:rPr>
          <w:b/>
        </w:rPr>
        <w:t xml:space="preserve">[29:52] </w:t>
      </w:r>
      <w:r>
        <w:t>Ok doctor sana you can ask your question.</w:t>
      </w:r>
    </w:p>
    <w:p>
      <w:pPr>
        <w:jc w:val="right"/>
      </w:pPr>
      <w:r>
        <w:t>Ok doctor साना you can ask your question.</w:t>
      </w:r>
    </w:p>
    <w:p>
      <w:r>
        <w:rPr>
          <w:b/>
        </w:rPr>
        <w:t xml:space="preserve">[30:00] </w:t>
      </w:r>
      <w:r>
        <w:t>What is the difference between adjustment and compromise and especially unka yeh hai ki jab hum by our work</w:t>
      </w:r>
    </w:p>
    <w:p>
      <w:pPr>
        <w:jc w:val="right"/>
      </w:pPr>
      <w:r>
        <w:t>What is the difference between adjustment and compromise and especially उनका यह है कि जब हम बाबा work</w:t>
      </w:r>
    </w:p>
    <w:p>
      <w:r>
        <w:rPr>
          <w:b/>
        </w:rPr>
        <w:t xml:space="preserve">[30:08] </w:t>
      </w:r>
      <w:r>
        <w:t>karte hain to baba work mein kis cheez ko zyada important dena chahiye adjustment ya compromise ko.</w:t>
      </w:r>
    </w:p>
    <w:p>
      <w:pPr>
        <w:jc w:val="right"/>
      </w:pPr>
      <w:r>
        <w:t>करते हैं तो बाबा work में किस चीज़ को ज़्यादा important देना चाहिए adjustment या compromise को.</w:t>
      </w:r>
    </w:p>
    <w:p>
      <w:r>
        <w:rPr>
          <w:b/>
        </w:rPr>
        <w:t xml:space="preserve">[30:16] </w:t>
      </w:r>
      <w:r>
        <w:t>in dono mein sirf kis formulae ko adopt karke baba work acche se clear kar sakte hain.</w:t>
      </w:r>
    </w:p>
    <w:p>
      <w:pPr>
        <w:jc w:val="right"/>
      </w:pPr>
      <w:r>
        <w:t>इन दोनों में सिर्फ किस formulae को adopt करके बाबा work अच्छे से clear कर सकते हैं.</w:t>
      </w:r>
    </w:p>
    <w:p>
      <w:r>
        <w:rPr>
          <w:b/>
        </w:rPr>
        <w:t xml:space="preserve">[30:24] </w:t>
      </w:r>
      <w:r>
        <w:t>ab aapko samajh mein aaya aur aapki aawaaz clear nahin hai.</w:t>
      </w:r>
    </w:p>
    <w:p>
      <w:pPr>
        <w:jc w:val="right"/>
      </w:pPr>
      <w:r>
        <w:t>अब आपको समझ में आया और आपकी आवाज़ clear नहीं है.</w:t>
      </w:r>
    </w:p>
    <w:p>
      <w:r>
        <w:rPr>
          <w:b/>
        </w:rPr>
        <w:t xml:space="preserve">[30:32] </w:t>
      </w:r>
      <w:r>
        <w:t>mujhe to nahin samajh aaya.</w:t>
      </w:r>
    </w:p>
    <w:p>
      <w:pPr>
        <w:jc w:val="right"/>
      </w:pPr>
      <w:r>
        <w:t>मुझे तो नहीं समझ आया.</w:t>
      </w:r>
    </w:p>
    <w:p>
      <w:r>
        <w:rPr>
          <w:b/>
        </w:rPr>
        <w:t xml:space="preserve">[30:40] </w:t>
      </w:r>
      <w:r>
        <w:t>mujhe main bhi nahi pakad paayi. aapka she is asking that what is the difference between adjustment and compromise? right. adjustment and okay. adjustment or compromise? dono milta hi chalta alag se.</w:t>
      </w:r>
    </w:p>
    <w:p>
      <w:pPr>
        <w:jc w:val="right"/>
      </w:pPr>
      <w:r>
        <w:t>मुझे मैं भी नहीं पकड़ पाई. आपका she is asking that what is the difference between adjustment and compromise? Right. Adjustment and okay. Adjustment or compromise? दोनों मिलता ही चलता अलग से.</w:t>
      </w:r>
    </w:p>
    <w:p>
      <w:r>
        <w:rPr>
          <w:b/>
        </w:rPr>
        <w:t xml:space="preserve">[31:06] </w:t>
      </w:r>
      <w:r>
        <w:t>adjustment toh achha samjha jata hai har mauke par humein adjustment karna chahiye. usi ko galat naam de dein toh compromise kahenge. main khayal mein adjustment agar hum achhi niyat se kar rahe hain, dawah purpose se kar rahe hain, koi aur bhi achhe kaam karne ke liye kar rahe hain. ab kisi se jhagda ho gaya hai. ab hum wapas ho jaate hain backtrack kar lein aur jhagde ko nipata lein.</w:t>
      </w:r>
    </w:p>
    <w:p>
      <w:pPr>
        <w:jc w:val="right"/>
      </w:pPr>
      <w:r>
        <w:t>Adjustment तो अच्छा समझा जाता है हर मौके पर हमें adjustment करना चाहिए. उसी को गलत नाम दे दें तो compromise कहेंगे. मैं ख्याल में adjustment अगर हम अच्छी नियत से कर रहे हैं, दावा purpose से कर रहे हैं, कोई और भी अच्छे काम करने के लिए कर रहे हैं. अब किसी से झगड़ा हो गया है. अब हम वापस हो जाते हैं backtrack कर लें और झगड़े को निपटा लें.</w:t>
      </w:r>
    </w:p>
    <w:p>
      <w:r>
        <w:rPr>
          <w:b/>
        </w:rPr>
        <w:t xml:space="preserve">[31:36] </w:t>
      </w:r>
      <w:r>
        <w:t>toh adjustment toh adjustment toh bahut achha samjha gaya hai islam mein. usi ko log galat na compromise kehte hain. mere ko toh yahi samajh mein aa raha aap batayenge kuch? dekhiye ek hota hai conflict ki surat mein kisi saam kuch karte hain. sulah karna chahte hain aur ek hota hai ke conflict nahi hota lekin as a will wishing yahi hai ke apne ikhtiyar se kuch hum karna chahte hain.</w:t>
      </w:r>
    </w:p>
    <w:p>
      <w:pPr>
        <w:jc w:val="right"/>
      </w:pPr>
      <w:r>
        <w:t>तो adjustment तो adjustment तो बहुत अच्छा समझा गया है इस्लाम में. उसी को लोग गलत ना compromise कहते हैं. मेरे को तो यही समझ में आ रहा आप बताएंगे कुछ? देखिए एक होता है conflict की सूरत में किसी साम कुछ करते हैं. सुलाप करना चाहते हैं और एक होता है कि conflict नहीं होता लेकिन as a will wishing यही है कि अपने इख्तियार से कुछ हम करना चाहते हैं.</w:t>
      </w:r>
    </w:p>
    <w:p>
      <w:r>
        <w:rPr>
          <w:b/>
        </w:rPr>
        <w:t xml:space="preserve">[32:05] </w:t>
      </w:r>
      <w:r>
        <w:t>toh compromise jo hota hai woh hota hai jab conflict ho jaaye tab wahan par hota hai. jaise rasoolullah sallallahu alaihi wasallam ne sulah kiya tha yeh compromise tha kyunki wahan par kya hai conflict bahut zyada tha usko khatm karne ke liye kiya. isi tarike se quran mein aata hai kahin par majboori ho jaaye. aapke jaan ke ko bachana zaroori jaan bachana hai toh aap wahan par kya hai?</w:t>
      </w:r>
    </w:p>
    <w:p>
      <w:pPr>
        <w:jc w:val="right"/>
      </w:pPr>
      <w:r>
        <w:t>तो compromise जो होता है वह होता है जब conflict हो जाए तब वहां पर होता है. जैसे रसूल्लाह सलिल्लाह ने सूलाह किया था यह compromise था क्योंकि वहां पर क्या है conflict बहुत ज़्यादा था उसको खत्म करने के लिए किया. इसी तरीके से पुरान में आता है कहीं पर मजबूरी हो जाए. आपके जान के को बचाना ज़रूरी जान बचाना है तो आप वहां पर क्या है?</w:t>
      </w:r>
    </w:p>
    <w:p>
      <w:r>
        <w:rPr>
          <w:b/>
        </w:rPr>
        <w:t xml:space="preserve">[32:31] </w:t>
      </w:r>
      <w:r>
        <w:t>shirk ke kal mein bhi keh sakte hain agar imaan aapke dil mein kya itmeen ke saath maujood hai toh. toh yeh kya compromise hai?</w:t>
      </w:r>
    </w:p>
    <w:p>
      <w:pPr>
        <w:jc w:val="right"/>
      </w:pPr>
      <w:r>
        <w:t>शिल्क के कल में भी कह सकते हैं अगर ईमान आपके दिल में क्या इत्मीरान के साथ मौजूद है तो. तो यह क्या compromise है?</w:t>
      </w:r>
    </w:p>
    <w:p>
      <w:r>
        <w:rPr>
          <w:b/>
        </w:rPr>
        <w:t xml:space="preserve">[32:38] </w:t>
      </w:r>
      <w:r>
        <w:t>adjustment kya hai ke aap apni khushi se dawah mein compromise ki toh zaroorat nahi hoti hai.</w:t>
      </w:r>
    </w:p>
    <w:p>
      <w:pPr>
        <w:jc w:val="right"/>
      </w:pPr>
      <w:r>
        <w:t>Adjustment क्या है कि आप अपनी खुशी से दावत में compromise की तो ज़रूरत नहीं होती है.</w:t>
      </w:r>
    </w:p>
    <w:p>
      <w:r>
        <w:rPr>
          <w:b/>
        </w:rPr>
        <w:t xml:space="preserve">[33:11] </w:t>
      </w:r>
      <w:r>
        <w:t>illaya ke hum khud hi behikmati se kaam karein toh. hikmat ke saath kaam karenge toh adjustment kaafi hoga. aapko compromise karne ki zaroorat nahi hai. compromise jo hai na, woh dono cheezon ke liye istemal hota hai. ek toh jaise arbitration hota hai uske liye bhi hota hai aur concession ke liye bhi hota hai. toh compromise kabhi kabhi derogatory aur clubs bhi mein bhi use hota hai.</w:t>
      </w:r>
    </w:p>
    <w:p>
      <w:pPr>
        <w:jc w:val="right"/>
      </w:pPr>
      <w:r>
        <w:t>इल्लाया कि हम खुद ही बेहिक्मती से काम करें तो. हिक्मत के साथ काम करेंगे तो adjustment काफी होगा. आपको compromise करने की ज़रूरत नहीं है. Compromise जो है ना, वो दोनों चीज़ों के लिए इस्तेमाल होता है. एक तो जैसे arbitration होता है उसके लिए भी होता है और concession के लिए भी होता है. तो compromise कभी कभी derogatory और clubs भी में भी use होता है.</w:t>
      </w:r>
    </w:p>
    <w:p>
      <w:r>
        <w:rPr>
          <w:b/>
        </w:rPr>
        <w:t xml:space="preserve">[33:38] </w:t>
      </w:r>
      <w:r>
        <w:t>lekin adjustment jo hai na vah sirf positive hai word hai.</w:t>
      </w:r>
    </w:p>
    <w:p>
      <w:pPr>
        <w:jc w:val="right"/>
      </w:pPr>
      <w:r>
        <w:t>लेकिन adjustment जो है ना वह सिर्फ positive है word है.</w:t>
      </w:r>
    </w:p>
    <w:p>
      <w:r>
        <w:rPr>
          <w:b/>
        </w:rPr>
        <w:t xml:space="preserve">[33:45] </w:t>
      </w:r>
      <w:r>
        <w:t>to is tarike se dono thoda sa synonymous words hain. ji.</w:t>
      </w:r>
    </w:p>
    <w:p>
      <w:pPr>
        <w:jc w:val="right"/>
      </w:pPr>
      <w:r>
        <w:t>तो इस तरीके से दोनों थोड़ा सा synonymous words हैं. जी.</w:t>
      </w:r>
    </w:p>
    <w:p>
      <w:r>
        <w:rPr>
          <w:b/>
        </w:rPr>
        <w:t xml:space="preserve">[33:53] </w:t>
      </w:r>
      <w:r>
        <w:t>aapka doosra sawal doctor sunha?</w:t>
      </w:r>
    </w:p>
    <w:p>
      <w:pPr>
        <w:jc w:val="right"/>
      </w:pPr>
      <w:r>
        <w:t>आपका दूसरा सवाल doctor सुन्हा?</w:t>
      </w:r>
    </w:p>
    <w:p>
      <w:r>
        <w:rPr>
          <w:b/>
        </w:rPr>
        <w:t xml:space="preserve">[34:01] </w:t>
      </w:r>
      <w:r>
        <w:t>Can you hear me? Yes, ma'am.</w:t>
      </w:r>
    </w:p>
    <w:p>
      <w:pPr>
        <w:jc w:val="right"/>
      </w:pPr>
      <w:r>
        <w:t>Can you hear me? Yes, ma'am.</w:t>
      </w:r>
    </w:p>
    <w:p>
      <w:r>
        <w:rPr>
          <w:b/>
        </w:rPr>
        <w:t xml:space="preserve">[34:09] </w:t>
      </w:r>
      <w:r>
        <w:t>Yes, please repeat your second question. Ok.</w:t>
      </w:r>
    </w:p>
    <w:p>
      <w:pPr>
        <w:jc w:val="right"/>
      </w:pPr>
      <w:r>
        <w:t>Yes, please repeat your second question. Ok.</w:t>
      </w:r>
    </w:p>
    <w:p>
      <w:r>
        <w:rPr>
          <w:b/>
        </w:rPr>
        <w:t xml:space="preserve">[34:21] </w:t>
      </w:r>
      <w:r>
        <w:t>Ma'am mera second question yeh hai ki like jaise ramzan par yeh tarabi ke upar hum dekhte hain</w:t>
      </w:r>
    </w:p>
    <w:p>
      <w:pPr>
        <w:jc w:val="right"/>
      </w:pPr>
      <w:r>
        <w:t>Ma'am मेरा second question यह है कि like जैसे रमज़ान पर यह तराबी के ऊपर हम देखते हैं</w:t>
      </w:r>
    </w:p>
    <w:p>
      <w:r>
        <w:rPr>
          <w:b/>
        </w:rPr>
        <w:t xml:space="preserve">[34:33] </w:t>
      </w:r>
      <w:r>
        <w:t>कि जैसे आजकल का दौर चल रहा है तो जो आदमी लोगे means ko farq ki tarah bhi</w:t>
      </w:r>
    </w:p>
    <w:p>
      <w:pPr>
        <w:jc w:val="right"/>
      </w:pPr>
      <w:r>
        <w:t>कि जैसे आजकल का दौड़ चल रहा है तो जो आदमी लोगे mans को फ़र्क की तरह भी</w:t>
      </w:r>
    </w:p>
    <w:p>
      <w:r>
        <w:rPr>
          <w:b/>
        </w:rPr>
        <w:t xml:space="preserve">[34:45] </w:t>
      </w:r>
      <w:r>
        <w:t>complete kar lete hain phir vah baaki days nahin padhte</w:t>
      </w:r>
    </w:p>
    <w:p>
      <w:pPr>
        <w:jc w:val="right"/>
      </w:pPr>
      <w:r>
        <w:t>complete कर लेते हैं फिर वह बाकी days नहीं पढ़ते</w:t>
      </w:r>
    </w:p>
    <w:p>
      <w:r>
        <w:rPr>
          <w:b/>
        </w:rPr>
        <w:t xml:space="preserve">[34:58] </w:t>
      </w:r>
      <w:r>
        <w:t>hain lekin ladies jo hain woh poora end tak padhte hain toh ismein thoda sa mujhe thoda asal sa.</w:t>
      </w:r>
    </w:p>
    <w:p>
      <w:pPr>
        <w:jc w:val="right"/>
      </w:pPr>
      <w:r>
        <w:t>हैं लेकिन ladies जो हैं वह पूरा end तक पढ़ते हैं तो इसमें थोड़ा सा मुझे थोड़ा असल सा.</w:t>
      </w:r>
    </w:p>
    <w:p>
      <w:r>
        <w:rPr>
          <w:b/>
        </w:rPr>
        <w:t xml:space="preserve">[35:11] </w:t>
      </w:r>
      <w:r>
        <w:t>mein sabse pehli baat toh yeh hai baaki toh murana farad batayenge ke tarahimi mein jo quran padha jata hai woh isliye nahi padha jata ke bahut hi speed ke saath padh ke usko das din pandrah din aur kam din mein bhi log khatm kar dete hai woh padha jata hai tadabbur aur tafakkur ke liye toh jab tak thoda ruk ruk ke nahi padha jayega aadmi kaise soch paayega?</w:t>
      </w:r>
    </w:p>
    <w:p>
      <w:pPr>
        <w:jc w:val="right"/>
      </w:pPr>
      <w:r>
        <w:t>में सबसे पहली बात तो यह है बाकी तो मुराना फराद बताएंगे कि त्राहिमी में जो कुरान पढ़ा जाता है वो इसलिए नहीं पढ़ा जाता कि बहुत ही speed के साथ पढ़ के उसको दस दिन पंद्रह दिन और कम दिन में भी लोग खत्म कर देते है वो पढ़ा जाता है तदब्बुल और तफकुल के लिए तो जब तक थोड़ा रुक रुक के नहीं पढ़ा जाएगा आदमी कैसे सोच पाएगा?</w:t>
      </w:r>
    </w:p>
    <w:p>
      <w:r>
        <w:rPr>
          <w:b/>
        </w:rPr>
        <w:t xml:space="preserve">[35:39] </w:t>
      </w:r>
      <w:r>
        <w:t>toh ek baar isi ne hadrat aisha se kaha ke falan aadmi ek raat ko quran poori padh leta hai. ek ek sitting mein matlab poori quran padh leta hai. toh usne kaha aise logon, usne kaha aise logon ke baare mein kullai ka karv waalam yaarv usne padha magar usne nahi padha.</w:t>
      </w:r>
    </w:p>
    <w:p>
      <w:pPr>
        <w:jc w:val="right"/>
      </w:pPr>
      <w:r>
        <w:t>तो एक बार इसी ने हदरत आशा से कहा कि फलां आदमी एक रात को कुरान पूरी पढ़ लेता है. एक एक sitting में मतलब पूरी कुरान पढ़ लेता है. तो उसने कहा ऐसे लोगों, उन्होंने कहा ऐसे लोगों के बारे में कुलाई का कार्व वालम यार्व उन्होंने पढ़ा मगर उन्होंने नहीं पढ़ा.</w:t>
      </w:r>
    </w:p>
    <w:p>
      <w:r>
        <w:rPr>
          <w:b/>
        </w:rPr>
        <w:t xml:space="preserve">[36:02] </w:t>
      </w:r>
      <w:r>
        <w:t>matlab quran to vahi hai jabki samajh ke padhein uske upar gaur fikr karein aur usse hamare andar</w:t>
      </w:r>
    </w:p>
    <w:p>
      <w:pPr>
        <w:jc w:val="right"/>
      </w:pPr>
      <w:r>
        <w:t>मतलब कुरान तो वही है जबकि समझ के पढ़ें उसके ऊपर गौर फ़िक्र करें और उससे हमारे अंदर</w:t>
      </w:r>
    </w:p>
    <w:p>
      <w:r>
        <w:rPr>
          <w:b/>
        </w:rPr>
        <w:t xml:space="preserve">[36:08] </w:t>
      </w:r>
      <w:r>
        <w:t>paudha se taal lo.</w:t>
      </w:r>
    </w:p>
    <w:p>
      <w:pPr>
        <w:jc w:val="right"/>
      </w:pPr>
      <w:r>
        <w:t>पौधा से ताल लो.</w:t>
      </w:r>
    </w:p>
    <w:p>
      <w:r>
        <w:rPr>
          <w:b/>
        </w:rPr>
        <w:t xml:space="preserve">[36:14] </w:t>
      </w:r>
      <w:r>
        <w:t>main izaafa hoon.</w:t>
      </w:r>
    </w:p>
    <w:p>
      <w:pPr>
        <w:jc w:val="right"/>
      </w:pPr>
      <w:r>
        <w:t>मैं इज़ाफा हूं.</w:t>
      </w:r>
    </w:p>
    <w:p>
      <w:r>
        <w:rPr>
          <w:b/>
        </w:rPr>
        <w:t xml:space="preserve">[36:20] </w:t>
      </w:r>
      <w:r>
        <w:t>to yeh yahan aisi chal gaya hai.</w:t>
      </w:r>
    </w:p>
    <w:p>
      <w:pPr>
        <w:jc w:val="right"/>
      </w:pPr>
      <w:r>
        <w:t>तो यह यहां ऐसी चल गया है.</w:t>
      </w:r>
    </w:p>
    <w:p>
      <w:r>
        <w:rPr>
          <w:b/>
        </w:rPr>
        <w:t xml:space="preserve">[36:26] </w:t>
      </w:r>
      <w:r>
        <w:t>yeh shayad India, Pakistan mein hi hoga yeh.</w:t>
      </w:r>
    </w:p>
    <w:p>
      <w:pPr>
        <w:jc w:val="right"/>
      </w:pPr>
      <w:r>
        <w:t>यह शायद India, Pakistan में ही होगा यह.</w:t>
      </w:r>
    </w:p>
    <w:p>
      <w:r>
        <w:rPr>
          <w:b/>
        </w:rPr>
        <w:t xml:space="preserve">[36:32] </w:t>
      </w:r>
      <w:r>
        <w:t>yeh bahut hi is pet ke saath chaar dinon mein vah khatm kar dete hain.</w:t>
      </w:r>
    </w:p>
    <w:p>
      <w:pPr>
        <w:jc w:val="right"/>
      </w:pPr>
      <w:r>
        <w:t>यह बहुत ही इस पेट के साथ चार दिनों में वह खत्म कर देते हैं.</w:t>
      </w:r>
    </w:p>
    <w:p>
      <w:r>
        <w:rPr>
          <w:b/>
        </w:rPr>
        <w:t xml:space="preserve">[36:38] </w:t>
      </w:r>
      <w:r>
        <w:t>to yeh magar samajh mein nahin aayegi auratein hum sab poore mahine padhti hain aur mard kam dinon</w:t>
      </w:r>
    </w:p>
    <w:p>
      <w:pPr>
        <w:jc w:val="right"/>
      </w:pPr>
      <w:r>
        <w:t>तो यह मगर समझ में नहीं आएगी औरतें हम सब पूरे महीने पड़ती हैं और मर्द कम दिनों</w:t>
      </w:r>
    </w:p>
    <w:p>
      <w:r>
        <w:rPr>
          <w:b/>
        </w:rPr>
        <w:t xml:space="preserve">[36:44] </w:t>
      </w:r>
      <w:r>
        <w:t>mein vah bataiye to.</w:t>
      </w:r>
    </w:p>
    <w:p>
      <w:pPr>
        <w:jc w:val="right"/>
      </w:pPr>
      <w:r>
        <w:t>में वह बताइए तो.</w:t>
      </w:r>
    </w:p>
    <w:p>
      <w:r>
        <w:rPr>
          <w:b/>
        </w:rPr>
        <w:t xml:space="preserve">[36:50] </w:t>
      </w:r>
      <w:r>
        <w:t>to aap bataiye?</w:t>
      </w:r>
    </w:p>
    <w:p>
      <w:pPr>
        <w:jc w:val="right"/>
      </w:pPr>
      <w:r>
        <w:t>तो आप बताइए?</w:t>
      </w:r>
    </w:p>
    <w:p>
      <w:r>
        <w:rPr>
          <w:b/>
        </w:rPr>
        <w:t xml:space="preserve">[36:57] </w:t>
      </w:r>
      <w:r>
        <w:t>quran samajhna hai usmein. jaisa aapne bataya quran samajhna hai. toh aap agar aadhe paare mein hi samajhkar padhte hue ki aap poore ramzan ko guzaar dete tab bhi chalega.</w:t>
      </w:r>
    </w:p>
    <w:p>
      <w:pPr>
        <w:jc w:val="right"/>
      </w:pPr>
      <w:r>
        <w:t>कुरान समझना है उसमें. जैसा आपने बताया कुरान समझना है. तो आप अगर आधे पारे में ही समझकर पढ़ते हुए कि आप पूरे रमज़ान को गुज़ार देते तब भी चलेगा.</w:t>
      </w:r>
    </w:p>
    <w:p>
      <w:r>
        <w:rPr>
          <w:b/>
        </w:rPr>
        <w:t xml:space="preserve">[37:07] </w:t>
      </w:r>
      <w:r>
        <w:t>abhi aaj maine maurana ramzan ka mahina, neki ka mahina hamare liye.</w:t>
      </w:r>
    </w:p>
    <w:p>
      <w:pPr>
        <w:jc w:val="right"/>
      </w:pPr>
      <w:r>
        <w:t>अभी आज मैंने मौराना रमज़ान का महीना, नेकी का महीना हमारे लिए.</w:t>
      </w:r>
    </w:p>
    <w:p>
      <w:r>
        <w:rPr>
          <w:b/>
        </w:rPr>
        <w:t xml:space="preserve">[37:20] </w:t>
      </w:r>
      <w:r>
        <w:t>hum usmein jitna neki chaay loot lein.</w:t>
      </w:r>
    </w:p>
    <w:p>
      <w:pPr>
        <w:jc w:val="right"/>
      </w:pPr>
      <w:r>
        <w:t>हम उसमें जितना नेकी चाय लूट लें.</w:t>
      </w:r>
    </w:p>
    <w:p>
      <w:r>
        <w:rPr>
          <w:b/>
        </w:rPr>
        <w:t xml:space="preserve">[37:33] </w:t>
      </w:r>
      <w:r>
        <w:t>abhi neki ka faul se lagi hui neki mein.</w:t>
      </w:r>
    </w:p>
    <w:p>
      <w:pPr>
        <w:jc w:val="right"/>
      </w:pPr>
      <w:r>
        <w:t>अभी नेकी का फ़ौल से लगी हुई नेकी में.</w:t>
      </w:r>
    </w:p>
    <w:p>
      <w:r>
        <w:rPr>
          <w:b/>
        </w:rPr>
        <w:t xml:space="preserve">[37:46] </w:t>
      </w:r>
      <w:r>
        <w:t>aap jitna chaay le lein. ji sir.</w:t>
      </w:r>
    </w:p>
    <w:p>
      <w:pPr>
        <w:jc w:val="right"/>
      </w:pPr>
      <w:r>
        <w:t>आप जितना चाय ले लें. जी sir.</w:t>
      </w:r>
    </w:p>
    <w:p>
      <w:r>
        <w:rPr>
          <w:b/>
        </w:rPr>
        <w:t xml:space="preserve">[38:00] </w:t>
      </w:r>
      <w:r>
        <w:t>jee sir aapke jawab ka jaise ki main bata rahi hoon mujhe jo samajh mein aayi baat yeh</w:t>
      </w:r>
    </w:p>
    <w:p>
      <w:pPr>
        <w:jc w:val="right"/>
      </w:pPr>
      <w:r>
        <w:t>जी sir आपके जवाब का जैसे कि मैं बता रही हूं मुझे जो समझ में आई बात यह</w:t>
      </w:r>
    </w:p>
    <w:p>
      <w:r>
        <w:rPr>
          <w:b/>
        </w:rPr>
        <w:t xml:space="preserve">[38:13] </w:t>
      </w:r>
      <w:r>
        <w:t>tarabi ka jo ek fashion, fashion mein kahungi ya culture kahungi musalmanon ke andar bahut zyada raaij ho gaya hai.</w:t>
      </w:r>
    </w:p>
    <w:p>
      <w:pPr>
        <w:jc w:val="right"/>
      </w:pPr>
      <w:r>
        <w:t>तराबी का जो एक fashion, fashion में कहूंगी या culture कहूंगी मुसलमानों के अंदर बहुत ज़्यादा रायज हो गया है.</w:t>
      </w:r>
    </w:p>
    <w:p>
      <w:r>
        <w:rPr>
          <w:b/>
        </w:rPr>
        <w:t xml:space="preserve">[38:26] </w:t>
      </w:r>
      <w:r>
        <w:t>das din ki tarah bhi aur pandrah din ki tarah bhi hai.</w:t>
      </w:r>
    </w:p>
    <w:p>
      <w:pPr>
        <w:jc w:val="right"/>
      </w:pPr>
      <w:r>
        <w:t>दस दिन की तरह भी और पंद्रह दिन की तरह भी है.</w:t>
      </w:r>
    </w:p>
    <w:p>
      <w:r>
        <w:rPr>
          <w:b/>
        </w:rPr>
        <w:t xml:space="preserve">[38:40] </w:t>
      </w:r>
      <w:r>
        <w:t>har jagah masjid mein aur room ek jaise ki hamare complex mein das din ki tarah bhi ka mamool hua hai aur ismein woh das din padhate ke woh imam se aap chale jayenge. to jaise ki farad bhai ne kaha mujhe yahi baat samajh mein aa rahi hai ki it is more out of fashion and it is more out of satisfying yourself ki ek musalman yeh samjhe ki maine ek quran khatm kiya karavi kishe ka liye.</w:t>
      </w:r>
    </w:p>
    <w:p>
      <w:pPr>
        <w:jc w:val="right"/>
      </w:pPr>
      <w:r>
        <w:t>हर जगह मस्जिद में और room एक जैसे कि हमारे complex में दस दिन की तरह भी का मामूल हुआ है और इसमें वो दस दिन पढ़ाते के वो इमाम से आप चले जाएंगे. तो जैसे कि फराद भाई ने कहा मुझे यही बात समझ में आ रही है कि it is more out of fashion and it is more out of satisfying yourself कि एक मुसलमान यह समझे कि मैंने एक कुरान खत्म किया करावी किशे का लिए.</w:t>
      </w:r>
    </w:p>
    <w:p>
      <w:r>
        <w:rPr>
          <w:b/>
        </w:rPr>
        <w:t xml:space="preserve">[39:03] </w:t>
      </w:r>
      <w:r>
        <w:t>to yeh apne satisfaction ke liye log zyada karte hain is culture ko follow kar rahe hain rather than ki jo kaha gaya wah nahi karte hain. ji. aur koi sawal?</w:t>
      </w:r>
    </w:p>
    <w:p>
      <w:pPr>
        <w:jc w:val="right"/>
      </w:pPr>
      <w:r>
        <w:t>तो यह अपने satisfaction के लिए लोग ज़्यादा करते हैं इस culture को follow कर रहे हैं rather than कि जो कहा गया वह नहीं करते हैं. जी. और कोई सवाल?</w:t>
      </w:r>
    </w:p>
    <w:p>
      <w:r>
        <w:rPr>
          <w:b/>
        </w:rPr>
        <w:t xml:space="preserve">[39:19] </w:t>
      </w:r>
      <w:r>
        <w:t>ek taravi se related baat agar mujhe samajh mein chahti hai aap hum log agar quran ko taravi mein kam bhi padhte hain to hum kyunki arabi zaban ko jante nahi hain to hum kya use samajhkar padh sakte hain? mujhe lagta hai hum usse better kitab padhkar, quran ko padhkar zyada achha samajh sakte hain.</w:t>
      </w:r>
    </w:p>
    <w:p>
      <w:pPr>
        <w:jc w:val="right"/>
      </w:pPr>
      <w:r>
        <w:t>एक तरावी से related बात अगर मुझे समझ में चाहती है आप हम लोग अगर कुरान को तरावी में कम भी पढ़ते हैं तो हम क्योंकि अरबी ज़बान को जानते नहीं हैं तो हम क्या उसे समझकर पढ़ सकते हैं? मुझे लगता है हम उससे better किताब पढ़कर, कुरान को पढ़कर ज़्यादा अच्छा समझ सकते हैं.</w:t>
      </w:r>
    </w:p>
    <w:p>
      <w:r>
        <w:rPr>
          <w:b/>
        </w:rPr>
        <w:t xml:space="preserve">[39:40] </w:t>
      </w:r>
      <w:r>
        <w:t>agar hum sirf quran samajhna hi tarabi ka maqsad hai to hum aise nafil padhe saada aur baad mein hum quran padhne baith kar to woh kya zyada faydemand nahi hoga? mera sawal aise hi. mera mera to khyal yeh hai ki quran ki language bahut aasan hai.</w:t>
      </w:r>
    </w:p>
    <w:p>
      <w:pPr>
        <w:jc w:val="right"/>
      </w:pPr>
      <w:r>
        <w:t>अगर हम सिर्फ कुरान समझना ही तराबी का मकसद है तो हम ऐसे नफिल पढ़े साधा और बाद में हम कुरान पढ़ने बैठ कर तो वो क्या ज़्यादा फायदेमंद नहीं होगा? मेरा सवाल ऐसे ही. मेरा मेरा तो ख्याल यह है कि कुरान की language बहुत आसान है.</w:t>
      </w:r>
    </w:p>
    <w:p>
      <w:r>
        <w:rPr>
          <w:b/>
        </w:rPr>
        <w:t xml:space="preserve">[39:59] </w:t>
      </w:r>
      <w:r>
        <w:t>aap quran saamne rakhiye jisko bhi matlab nazra jisne bhi padha hua hai quran saamne rakhiye aur tarjuma</w:t>
      </w:r>
    </w:p>
    <w:p>
      <w:pPr>
        <w:jc w:val="right"/>
      </w:pPr>
      <w:r>
        <w:t>आप कुरान सामने रखिए जिसको भी मतलब नज़रा जिसने भी पढ़ा हुआ है कुरान सामने रखिए और तर्जुमा</w:t>
      </w:r>
    </w:p>
    <w:p>
      <w:r>
        <w:rPr>
          <w:b/>
        </w:rPr>
        <w:t xml:space="preserve">[40:05] </w:t>
      </w:r>
      <w:r>
        <w:t>saamne rakhiye aur itna aasan hai kyunki ekdum vice of nature hai jaise lagta ki yahi to hamare</w:t>
      </w:r>
    </w:p>
    <w:p>
      <w:pPr>
        <w:jc w:val="right"/>
      </w:pPr>
      <w:r>
        <w:t>सामने रखिए और इतना आसान है क्योंकि एकदम vice of nature है जैसे लगता कि यही तो हमारे</w:t>
      </w:r>
    </w:p>
    <w:p>
      <w:r>
        <w:rPr>
          <w:b/>
        </w:rPr>
        <w:t xml:space="preserve">[40:11] </w:t>
      </w:r>
      <w:r>
        <w:t>dil mein hi hai to usko aap dono mila ke aap tarabi padhne se pehle din ko bhi</w:t>
      </w:r>
    </w:p>
    <w:p>
      <w:pPr>
        <w:jc w:val="right"/>
      </w:pPr>
      <w:r>
        <w:t>दिल में ही है तो उसको आप दोनों मिला के आप तराबी पढ़ने से पहले दिन को भी</w:t>
      </w:r>
    </w:p>
    <w:p>
      <w:r>
        <w:rPr>
          <w:b/>
        </w:rPr>
        <w:t xml:space="preserve">[40:17] </w:t>
      </w:r>
      <w:r>
        <w:t>puran padhte hai na to aap tarjon mein saath padhiye aapko kam se kam uska basic sense to</w:t>
      </w:r>
    </w:p>
    <w:p>
      <w:pPr>
        <w:jc w:val="right"/>
      </w:pPr>
      <w:r>
        <w:t>पुरान पढ़ते है ना तो आप तर्जों में साथ पढ़िए आपको कम से कम उसका basic sense तो</w:t>
      </w:r>
    </w:p>
    <w:p>
      <w:r>
        <w:rPr>
          <w:b/>
        </w:rPr>
        <w:t xml:space="preserve">[40:23] </w:t>
      </w:r>
      <w:r>
        <w:t>samajh mein aa hi jayega ekadhyaam nahi aaya to nahi aaya lekin basic sense samajh mein aa jayega</w:t>
      </w:r>
    </w:p>
    <w:p>
      <w:pPr>
        <w:jc w:val="right"/>
      </w:pPr>
      <w:r>
        <w:t>समझ में आ ही जाएगा एकाध्यम नहीं आया तो नहीं आया लेकिन basic sense समझ में आ जाएगा</w:t>
      </w:r>
    </w:p>
    <w:p>
      <w:r>
        <w:rPr>
          <w:b/>
        </w:rPr>
        <w:t xml:space="preserve">[40:29] </w:t>
      </w:r>
      <w:r>
        <w:t>to aap aaram se usko samajh sakti hain.</w:t>
      </w:r>
    </w:p>
    <w:p>
      <w:pPr>
        <w:jc w:val="right"/>
      </w:pPr>
      <w:r>
        <w:t>तो आप आराम से उसको समझ सकती हैं.</w:t>
      </w:r>
    </w:p>
    <w:p>
      <w:r>
        <w:rPr>
          <w:b/>
        </w:rPr>
        <w:t xml:space="preserve">[40:35] </w:t>
      </w:r>
      <w:r>
        <w:t>mujhe aisa lagta hai itna mushkil. puran care bhi itni mushkil hai nahi aur bataiye kuch clear bola? mere khyal se na usmein yeh bhi kar sakte hain jo doctor sakhshina ne kaha yeh bhi kar sakte hain ki hum kam pade uske baad hum dabbout kare puran mein. yeh bhi kar sakte hain.</w:t>
      </w:r>
    </w:p>
    <w:p>
      <w:pPr>
        <w:jc w:val="right"/>
      </w:pPr>
      <w:r>
        <w:t>मुझे ऐसा लगता है इतना मुश्किल. पुरान care भी इतनी मुश्किल है नहीं और बताइए कुछ clear बोला? मेरे ख्याल से ना उसमें यह भी कर सकते हैं जो doctor सक्षिणा ने कहा यह भी कर सकते हैं कि हम कम पड़े उसके बाद हम दब्बूत करें पुरान में. यह भी कर सकते हैं.</w:t>
      </w:r>
    </w:p>
    <w:p>
      <w:r>
        <w:rPr>
          <w:b/>
        </w:rPr>
        <w:t xml:space="preserve">[40:55] </w:t>
      </w:r>
      <w:r>
        <w:t>dusra yeh hai ki rasullah salah salah ke bare mein aata hai ki hum tere motaj hain, tu mera motaj nahi hai. hum hamari zarurat ko pura kar, sajde, lambe sajde kare hum. zaruri nahi kaam phir raat lambi kare, lambe sajde kare, sajde jamage.</w:t>
      </w:r>
    </w:p>
    <w:p>
      <w:pPr>
        <w:jc w:val="right"/>
      </w:pPr>
      <w:r>
        <w:t>दूसरा यह है कि रसुल्लाह सलाह सलाह के बारे में आता है कि हम तेरे मोताज हैं, तू मेरा मोताज नहीं है. हम हमारी ज़रूरत को पूरा कर, सज़दे, लंबे सज़दे करें हम. ज़रूरी नहीं काम फिर रात लंबी करें, लंबे सज़दे करें, सज़दे जमागे.</w:t>
      </w:r>
    </w:p>
    <w:p>
      <w:r>
        <w:rPr>
          <w:b/>
        </w:rPr>
        <w:t xml:space="preserve">[41:24] </w:t>
      </w:r>
      <w:r>
        <w:t>kyunki aisa nahi hai ki sirf karati pade, aisa bhi nahi kar sakte. har aadmi ki apni sthitat hoti hai. to muktalif tarika hai karne ke. bas allah tala se aapka taluq paing hona chahiye bas yahi hai.</w:t>
      </w:r>
    </w:p>
    <w:p>
      <w:pPr>
        <w:jc w:val="right"/>
      </w:pPr>
      <w:r>
        <w:t>क्योंकि ऐसा नहीं है कि सिर्फ कराती पड़े, ऐसा भी नहीं कर सकते. हर आदमी की अपनी स्थितात होती है. तो मुक्तलिफ तरीका है करने के. बस अल्लाह तला से आपका ताल्लुक पाएंग होना चाहिए बस यही है.</w:t>
      </w:r>
    </w:p>
    <w:p>
      <w:r>
        <w:rPr>
          <w:b/>
        </w:rPr>
        <w:t xml:space="preserve">[41:53] </w:t>
      </w:r>
      <w:r>
        <w:t>There's a question from a lady. Her name is अभिसाना किंसा. उन्होंने पुछा है at the age of 40, prophet started getting messages from Allah and about Islam. But what was he doing before this time? My question is regarding his beliefs, trust in God and worship. Was he aware of Allah before getting वही?</w:t>
      </w:r>
    </w:p>
    <w:p>
      <w:pPr>
        <w:jc w:val="right"/>
      </w:pPr>
      <w:r>
        <w:t>There's a question from a lady. Her name is अभिसाना किंसा. उन्होंने पुछा है at the age of 40, prophet started getting messages from Allah and about Islam. But what was he doing before this time? My question is regarding his beliefs, trust in God and worship. Was he aware of Allah before getting वही?</w:t>
      </w:r>
    </w:p>
    <w:p>
      <w:r>
        <w:rPr>
          <w:b/>
        </w:rPr>
        <w:t xml:space="preserve">[42:19] </w:t>
      </w:r>
      <w:r>
        <w:t>asal mein jo hazrat imrahi maane is salam ka deen tha na to usko to log bhool chuke the.</w:t>
      </w:r>
    </w:p>
    <w:p>
      <w:pPr>
        <w:jc w:val="right"/>
      </w:pPr>
      <w:r>
        <w:t>असल में जो हजरत इमराही माने इस सलाम का दीन था ना तो उसको तो लोग भूल चुके थे.</w:t>
      </w:r>
    </w:p>
    <w:p>
      <w:r>
        <w:rPr>
          <w:b/>
        </w:rPr>
        <w:t xml:space="preserve">[42:25] </w:t>
      </w:r>
      <w:r>
        <w:t>namaz namaz wagairah padhna nahi aata tha kehte hai namaz mein wo seetiyan bajate the aur wahan par</w:t>
      </w:r>
    </w:p>
    <w:p>
      <w:pPr>
        <w:jc w:val="right"/>
      </w:pPr>
      <w:r>
        <w:t>नमाज़ नमाज़ वगैरह पढ़ना नहीं आता था कहते है नमाज़ में वो सीटियां बजाते थे और वहां पर</w:t>
      </w:r>
    </w:p>
    <w:p>
      <w:r>
        <w:rPr>
          <w:b/>
        </w:rPr>
        <w:t xml:space="preserve">[42:31] </w:t>
      </w:r>
      <w:r>
        <w:t>teen sau saath buddh bhi rakhe hue the lekin wahan par na ek bada tabqa jo hai wo</w:t>
      </w:r>
    </w:p>
    <w:p>
      <w:pPr>
        <w:jc w:val="right"/>
      </w:pPr>
      <w:r>
        <w:t>तीन सौ साठ बुद्ध भी रखे हुए थे लेकिन वहां पर ना एक बड़ा तबका जो है वो</w:t>
      </w:r>
    </w:p>
    <w:p>
      <w:r>
        <w:rPr>
          <w:b/>
        </w:rPr>
        <w:t xml:space="preserve">[42:38] </w:t>
      </w:r>
      <w:r>
        <w:t>honfa ka tha jinko hum truth seeker keh sakte hai to un logon ko ye ehsaas tha ki</w:t>
      </w:r>
    </w:p>
    <w:p>
      <w:pPr>
        <w:jc w:val="right"/>
      </w:pPr>
      <w:r>
        <w:t>होनफा का था जिनको हम truth seeker कह सकते है तो उन लोगों को ये एहसास था कि</w:t>
      </w:r>
    </w:p>
    <w:p>
      <w:r>
        <w:rPr>
          <w:b/>
        </w:rPr>
        <w:t xml:space="preserve">[42:44] </w:t>
      </w:r>
      <w:r>
        <w:t>jo asuldeen tha hazrat ibrahim ka wo humse kho gaya hai.</w:t>
      </w:r>
    </w:p>
    <w:p>
      <w:pPr>
        <w:jc w:val="right"/>
      </w:pPr>
      <w:r>
        <w:t>जो असुलदीन था हज़रत इब्राहिम का वो हमसे खो गया है.</w:t>
      </w:r>
    </w:p>
    <w:p>
      <w:r>
        <w:rPr>
          <w:b/>
        </w:rPr>
        <w:t xml:space="preserve">[42:51] </w:t>
      </w:r>
      <w:r>
        <w:t>to wo bahut matlab fikr mein rehte the ki hamein kaise pata chale ye log kehte the ki ya allah agar hamein pata hota ki hum teri ye badat kaise kare to hum waise hi teri ye badat karte hain. to jo log bahut jald islam le aaye hain na jaise hadrat abu bkhar to wo log wahi honfa mein se the. wo pehle hi se talash mein the sacche deen ki. to rasullah sarsalam bhi unhin mein se the. to wo talash mein the.</w:t>
      </w:r>
    </w:p>
    <w:p>
      <w:pPr>
        <w:jc w:val="right"/>
      </w:pPr>
      <w:r>
        <w:t>तो वो बहुत मतलब फ़िक्र में रहते थे कि हमें कैसे पता चले ये लोग कहते थे कि या अल्लाह अगर हमें पता होता कि हम तेरी ये बादत कैसे करें तो हम वैसे ही तेरी ये बादत करते हैं. तो जो लोग बहुत जल्द इस्लाम ले आए हैं ना जैसे हद्रत अबू बखर तो वो लोग वही होनफा में से थे. वो पहले ही से तलाश में थे सच्चे दीन की. तो रसूल्लाह सरसलम भी उन्हीं में से थे. तो वो तलाश में थे.</w:t>
      </w:r>
    </w:p>
    <w:p>
      <w:r>
        <w:rPr>
          <w:b/>
        </w:rPr>
        <w:t xml:space="preserve">[43:21] </w:t>
      </w:r>
      <w:r>
        <w:t>kyunki insan ko jo hai yeh ehsas rehte hi hai ki insan aaya kahan se aaya hai uska zindagi ka maqsad kya hai? marne ke baad dekhta hai log mar rahe hai to marne ke baad woh kahan ja raha hai? to yeh sare sawalat uske gyan mein rehte hai. to ekdam yahi baat thi rasullah sarsalam ki hui. to jab madrakhdeera ki shadi hui to unke paas wo to bahut wealthy lady thi. aapko kamane ki bhi zarurat nahi thi.</w:t>
      </w:r>
    </w:p>
    <w:p>
      <w:pPr>
        <w:jc w:val="right"/>
      </w:pPr>
      <w:r>
        <w:t>क्योंकि इंसान को जो है यह एहसास रहते ही है कि इंसान आया कहां से आया है उसका ज़िंदगी का मकसद क्या है? मरने के बाद देखता है लोग मर रहे है तो मरने के बाद वह कहां जा रहा है? तो यह सारे सवालात उसके ज्ञान में रहते है. तो एकदम यही बात थी रसूल्लाह सरसलम की हुई. तो जब मद्रखदीरा की शादी हुई तो उनके पास वो तो बहुत wealthy lady थी. आपको कमाने की भी ज़रूरत नहीं थी.</w:t>
      </w:r>
    </w:p>
    <w:p>
      <w:r>
        <w:rPr>
          <w:b/>
        </w:rPr>
        <w:t xml:space="preserve">[43:51] </w:t>
      </w:r>
      <w:r>
        <w:t>to aapne jo hai pura time bas isi mein laga diya chacchai ki talash mein isi liye aap garahra jate the. garahra mein jakar bas yahi sab baatein sochte rehte the ki agar hamein pata hota ki kaise allah ki baatein ki jati hum waise hi allah ki baatein karte aur kaun hai jisne yeh zameen aasman banaya hai yeh sab sochte rehte hain.</w:t>
      </w:r>
    </w:p>
    <w:p>
      <w:pPr>
        <w:jc w:val="right"/>
      </w:pPr>
      <w:r>
        <w:t>तो आपने जो है पूरा time बस इसी में लगा दिया चच्चाई की तलाश में इसीलिए आप गारहहरा जाते थे. गारहहरा में जाकर बस यही सब बातें सोचते रहते थे कि अगर हमें पता होता कि कैसे अल्लाह की बातें की जाती हम वैसे ही अल्लाह की बातें करते और कौन है जिसने यह ज़मीन आसमान बनाया है यह सब सोचते रहते हैं.</w:t>
      </w:r>
    </w:p>
    <w:p>
      <w:r>
        <w:rPr>
          <w:b/>
        </w:rPr>
        <w:t xml:space="preserve">[44:13] </w:t>
      </w:r>
      <w:r>
        <w:t>iska iska reference jo hai na suryabad suha mein aaya hai wah vazdak jal lanfada humne tumko paya</w:t>
      </w:r>
    </w:p>
    <w:p>
      <w:pPr>
        <w:jc w:val="right"/>
      </w:pPr>
      <w:r>
        <w:t>इसका इसका reference जो है ना सूर्यबाद सुहा में आया है वाह वज़दक जाल लंफादा हमने तुमको पाया</w:t>
      </w:r>
    </w:p>
    <w:p>
      <w:r>
        <w:rPr>
          <w:b/>
        </w:rPr>
        <w:t xml:space="preserve">[44:21] </w:t>
      </w:r>
      <w:r>
        <w:t>jalang ke kya tarjuma hoga to humne wandering matlab soch mein garv rehte the to humne tumko hidayat</w:t>
      </w:r>
    </w:p>
    <w:p>
      <w:pPr>
        <w:jc w:val="right"/>
      </w:pPr>
      <w:r>
        <w:t>जालंग के क्या तर्जीमा होगा तो हमने wandering मतलब सोच में गर्व रहते थे तो हमने तुमको हिदायत</w:t>
      </w:r>
    </w:p>
    <w:p>
      <w:r>
        <w:rPr>
          <w:b/>
        </w:rPr>
        <w:t xml:space="preserve">[44:30] </w:t>
      </w:r>
      <w:r>
        <w:t>di to aise bahut sare log wahan par the jo truth seeker aaj bhi jo log truth seeker</w:t>
      </w:r>
    </w:p>
    <w:p>
      <w:pPr>
        <w:jc w:val="right"/>
      </w:pPr>
      <w:r>
        <w:t>दी तो ऐसे बहुत सारे लोग वहां पर थे जो truth seeker आज भी जो लोग truth seeker</w:t>
      </w:r>
    </w:p>
    <w:p>
      <w:r>
        <w:rPr>
          <w:b/>
        </w:rPr>
        <w:t xml:space="preserve">[44:38] </w:t>
      </w:r>
      <w:r>
        <w:t>hain unhi ko sachchai milti hai warna log sachchai par koi zyada dhyan hi nahi dete tumhein wo milegi kaise?</w:t>
      </w:r>
    </w:p>
    <w:p>
      <w:pPr>
        <w:jc w:val="right"/>
      </w:pPr>
      <w:r>
        <w:t>हैं उन्हीं को सच्चाई मिलती है वरना लोग सच्चाई पर कोई ज़्यादा ध्यान ही नहीं देते तुम्हें वो मिलेगी कैसे?</w:t>
      </w:r>
    </w:p>
    <w:p>
      <w:r>
        <w:rPr>
          <w:b/>
        </w:rPr>
        <w:t xml:space="preserve">[44:47] </w:t>
      </w:r>
      <w:r>
        <w:t>matlab unhin logon ki allah madad karta hai jo talash mein hon. to aapne kabhi bhi budhparasti nahi ki. mele tak mein aap nahi kabhi gaye. to allah thala ne poori nigrani ki. ek baar koi mele mein le ja raha tha to aapko raste mein hi nahi daal gayi. to aapne koi galat kaam nahi kiya aur aap poore tarike se allah ke nigrani mein the. aur aap thoda time.</w:t>
      </w:r>
    </w:p>
    <w:p>
      <w:pPr>
        <w:jc w:val="right"/>
      </w:pPr>
      <w:r>
        <w:t>मतलब उन्हीं लोगों की अल्लाह मदद करता है जो तलाश में हों. तो आपने कभी भी बुधपरस्थी नहीं की. मेले तक में आप नहीं कभी गए. तो अल्लाह थाला ने पूरी निगरानी की. एक बार कोई मेले में ले जा रहा था तो आपको रास्ते में ही नहीं डाल गई. तो आपने कोई गलत काम नहीं किया और आप पूरे तरीके से अल्लाह के निगरानी में थे. और आप थोड़ा time.</w:t>
      </w:r>
    </w:p>
    <w:p>
      <w:r>
        <w:rPr>
          <w:b/>
        </w:rPr>
        <w:t xml:space="preserve">[45:16] </w:t>
      </w:r>
      <w:r>
        <w:t>ji jiza killapa. I got the answer and please ask more questions. hamare paas bas fifteen minute time hai aur kisi ke paas koi sawal ho to zaroor puchein. achha bina main puchh rahi ji papa. tasni vapas ne kuch puchha nahi. kuch bataiye kuch?</w:t>
      </w:r>
    </w:p>
    <w:p>
      <w:pPr>
        <w:jc w:val="right"/>
      </w:pPr>
      <w:r>
        <w:t>जी जिज़ा किल्लापा. I got the answer and please ask more questions. हमारे पास बस fifteen minute time है और किसी के पास कोई सवाल हो तो ज़रूर पूछें. अच्छा बिना मैं पुछ रही जी papa. तस्नी वापस ने कुछ पुछा नहीं. कुछ बताइए कुछ?</w:t>
      </w:r>
    </w:p>
    <w:p>
      <w:r>
        <w:rPr>
          <w:b/>
        </w:rPr>
        <w:t xml:space="preserve">[45:45] </w:t>
      </w:r>
      <w:r>
        <w:t>kuch baat apni kuch tagadba bataiye? ji. hum uthe hain. ashlaah aliku. ashlaah aliku. baji fayda hum aapse ek tazarba apna share karna chahte hain. woh humne farida ko bhi bataya tha. to aajkal hamein yeh ehsas ho raha hai ki shayad woh molana sahab hi the.</w:t>
      </w:r>
    </w:p>
    <w:p>
      <w:pPr>
        <w:jc w:val="right"/>
      </w:pPr>
      <w:r>
        <w:t>कुछ बात अपनी कुछ तगड़बा बताइए? जी. हम उठे हैं. आश्लाह आलिकू. आश्लाह आलिकू. बाजी फ़ैयदा हम आपसे एक तज़रबा अपना share करना चाह रहे हैं. वह हमने फरीदा को भी बताया था. तो आजकल हमें यह एहसास हो रहा है कि शायद वह मोलाना साहब ही थे.</w:t>
      </w:r>
    </w:p>
    <w:p>
      <w:r>
        <w:rPr>
          <w:b/>
        </w:rPr>
        <w:t xml:space="preserve">[46:15] </w:t>
      </w:r>
      <w:r>
        <w:t>ek din hum kafi do saal pehle tasbi padh rahe the jabki hum matlab jag rehte so nahi rehte. jag rehte hain aur tasbi padh, tasbi padh rahe the. lakhad jagum ki tasbi hum padhe the aur duru sharif padhe.</w:t>
      </w:r>
    </w:p>
    <w:p>
      <w:pPr>
        <w:jc w:val="right"/>
      </w:pPr>
      <w:r>
        <w:t>एक दिन हम काफी दो साल पहले तस्वी पढ़ रहे थे जबकि हम मतलब जग रहते सो नहीं रहते. जग रहते हैं और तस्वी पढ़, तस्वी पढ़ रहे थे. लखद जागुम की तस्वी हम पढ़े थे और दुरु शरीफ पढ़े.</w:t>
      </w:r>
    </w:p>
    <w:p>
      <w:r>
        <w:rPr>
          <w:b/>
        </w:rPr>
        <w:t xml:space="preserve">[46:30] </w:t>
      </w:r>
      <w:r>
        <w:t>to humne ek woh dekha aisa laga ki jaise koi boodhe sahab ek stall ki tarah hai jaise jaise thela hota hai ya stall hota hai usmein bahut siktaarein rakhi hui hai aur wo jo hai aap log rakh rahe hain matlab utha rahe hain aur wo poora lush green hai wahan kuch bhi nahi aur siwa greenery ke wahan kuch bhi nahi tha na koi ped tha na kuch sirf green tha tahde nazar green hi greenery khali thi.</w:t>
      </w:r>
    </w:p>
    <w:p>
      <w:pPr>
        <w:jc w:val="right"/>
      </w:pPr>
      <w:r>
        <w:t>तो हमने एक वह देखा ऐसा लगा कि जैसे कोई बूढ़े साहब एक stall की तरह है जैसे जैसे थेला होता है या stall होता है उसमें बहुत सीखतारें रखी हुई है और वो जो है आप लोग रख रहे हैं मतलब उठा रहे हैं और वो पूरा lush green है वहां पर कुछ भी नहीं और सिवा greenery के वहां कुछ भी नहीं था ना कोई पेड़ था ना कुछ सिर्फ green था तहदे नज़र green ही greenery खाली थी.</w:t>
      </w:r>
    </w:p>
    <w:p>
      <w:r>
        <w:rPr>
          <w:b/>
        </w:rPr>
        <w:t xml:space="preserve">[47:00] </w:t>
      </w:r>
      <w:r>
        <w:t>to humne socha ki lao hum inki madad karein to hum tajvi padhte padhte jaise yeh sara hamein yeh sab kuch jo ho raha tha tazvi padhte padhte ho raha tha aur hum kyunki jag rehte na faap dekh rahe the na so rahe the aur to humne tazvi uthakar niche rakhi janbaz par aur hum uth gaye. uthkar khade ho gaye. Just go and help him you know aur jab hum uthe to hum zahar apne kamre mein the.</w:t>
      </w:r>
    </w:p>
    <w:p>
      <w:pPr>
        <w:jc w:val="right"/>
      </w:pPr>
      <w:r>
        <w:t>तो हमने सोचा कि लाओ हम इनकी मदद करें तो हम तज्वी पढ़ते पढ़ते जैसे यह सारा हमें यह सब कुछ जो हो रहा था तज़बी पड़ते पड़ते हो रहा था और हम क्योंकि जग रहते ना फाप देख रहे थे ना सो रहे थे और तो हमने तज़बी उठाकर नीचे रखी जानबाज पर और हम उठ गए. उठकर खड़े हो गए. Just go and help him you know और जब हम उठे तो हम ज़हर अपने कमरे में थे.</w:t>
      </w:r>
    </w:p>
    <w:p>
      <w:r>
        <w:rPr>
          <w:b/>
        </w:rPr>
        <w:t xml:space="preserve">[47:29] </w:t>
      </w:r>
      <w:r>
        <w:t>So it is it has been two two and a half years now. to abhi jab hum yeh sab khulan sharif aayen sab hua to woh dabbe the aur woh sara like hum rakh rahe the utha rahe the. Sunday se pehle Saturday ko I realized ki may be woh jo the woh wahi to nahi the kyunki hamein unki shakl to bilkul bhi nahi yaad hai ki bas woh unka physique isi tarah ka tha jaise molana sahab the aur hum tab se har waqt kisi na kisi tarah se is dash mein aate chale ja rahe hain CPS.</w:t>
      </w:r>
    </w:p>
    <w:p>
      <w:pPr>
        <w:jc w:val="right"/>
      </w:pPr>
      <w:r>
        <w:t>So it is it has been two two and a half years now. तो अभी जब हम यह सब खुलान शरीफ आएं सब हुआ तो वह डब्बे थे और वह सारा like हम रख रहे थे उठा रहे थे. Sunday से पहले Saturday को I realized कि may be वह जो थे वह वही तो नहीं थे क्योंकि हमें उनकी शक्ल तो बिल्कुल भी नहीं याद है कि बस वह उनका physique इसी तरह का था जैसे मौलाना साहब थे और हम तब से हर वक्त किसी ना किसी तरह से इस दश में आते चले जा रहे हैं CPS.</w:t>
      </w:r>
    </w:p>
    <w:p>
      <w:r>
        <w:rPr>
          <w:b/>
        </w:rPr>
        <w:t xml:space="preserve">[47:59] </w:t>
      </w:r>
      <w:r>
        <w:t>CPS. woh bhi itni aisi feeling ho rahi thi ki pata shayad aisa hai ki woh hi hum yeh dikhe the you know. jaise clear vision bolte hain na bilkul clear vision. lekin paida baji hum tab unhein jante nahi the like hum to tab humne padha bhi nahi tha mujhe kuch yeh bhi nahi padha tha. lekin pata nahi yeh kya tha? log theek theek hai.</w:t>
      </w:r>
    </w:p>
    <w:p>
      <w:pPr>
        <w:jc w:val="right"/>
      </w:pPr>
      <w:r>
        <w:t>CPS. वह भी इतनी ऐसी feeling हो रही थी कि पता शायद ऐसा है कि वो ही हम यह दिखे थे you know. जैसे clear vision बोलते हैं ना बिल्कुल clear vision. लेकिन पैदा बाजी हम तब उन्हें जानते नहीं थे like हम तो तब हमने पढ़ा भी नहीं था मुझे कुछ यह भी नहीं पढ़ा था. लेकिन पता नहीं यह क्या था? लोग ठीक ठीक है.</w:t>
      </w:r>
    </w:p>
    <w:p>
      <w:r>
        <w:rPr>
          <w:b/>
        </w:rPr>
        <w:t xml:space="preserve">[48:27] </w:t>
      </w:r>
      <w:r>
        <w:t>unko kisi na kisi tarike se allah taala unko hidayat deta hai. aise hi lag raha hai. haan hamein bhi aise hi lag raha hai.</w:t>
      </w:r>
    </w:p>
    <w:p>
      <w:pPr>
        <w:jc w:val="right"/>
      </w:pPr>
      <w:r>
        <w:t>उनको किसी ना किसी तरीके से अल्लाह तालाह उनको हिदायत देता है. ऐसे ही लग रहा है. हां हमें भी ऐसे ही लग रहा है.</w:t>
      </w:r>
    </w:p>
    <w:p>
      <w:r>
        <w:rPr>
          <w:b/>
        </w:rPr>
        <w:t xml:space="preserve">[48:53] </w:t>
      </w:r>
      <w:r>
        <w:t>laga shukriya aur ab finally ab dekhiye hum yahi kaam kar rahe hain and this is the most important thing that I feel like I am doing you know. I don't feel like doing anything else also. ji apa jaise ki apa ki madad hai. allah kashmi maba ki baat se mujhe ek baat yaad aa gayi ki jaise ki apa aapne bataya to mujhe aisa lag raha hai ki allah to sab kuch jante hain hamare future, hamare haal sab kuch jante hain.</w:t>
      </w:r>
    </w:p>
    <w:p>
      <w:pPr>
        <w:jc w:val="right"/>
      </w:pPr>
      <w:r>
        <w:t>लगा शुक्रिया और अब finally अब देखिए हम यही काम कर रहे हैं and this is the most important thing that I feel like I am doing you know. I don't feel like doing anything else also. जी आपा जैसे कि आपा की मदद है. अल्लाह कश्मी माबा की बात से मुझे एक बात याद आ गई कि जैसे कि आपा आपने बताया तो मुझे ऐसा लग रहा है कि अल्लाह तो सब कुछ जानते हैं हमारे future, हमारे हाल सब कुछ जानते हैं.</w:t>
      </w:r>
    </w:p>
    <w:p>
      <w:r>
        <w:rPr>
          <w:b/>
        </w:rPr>
        <w:t xml:space="preserve">[49:22] </w:t>
      </w:r>
      <w:r>
        <w:t>hamein kahan pahunchana hai, kaise pahunchana hai, yeh unko pata hai. hamein nahi pata hota hai aur hamare sath waqt ke sath zahir hota hai.</w:t>
      </w:r>
    </w:p>
    <w:p>
      <w:pPr>
        <w:jc w:val="right"/>
      </w:pPr>
      <w:r>
        <w:t>हमें कहां पहुंचाना है, कैसे पहुंचाना है, यह उनको पता है. हमें नहीं पता होता है और हमारे साथ वक्त के साथ ज़ाहिर होता है.</w:t>
      </w:r>
    </w:p>
    <w:p>
      <w:r>
        <w:rPr>
          <w:b/>
        </w:rPr>
        <w:t xml:space="preserve">[49:30] </w:t>
      </w:r>
      <w:r>
        <w:t>jaise ki main scholars hain aur woh maine college ke zamane mein dekha tha aur aaj main maashalah teen international conference mein participate kar chuki hoon as a CPS member.</w:t>
      </w:r>
    </w:p>
    <w:p>
      <w:pPr>
        <w:jc w:val="right"/>
      </w:pPr>
      <w:r>
        <w:t>जैसे कि मैं scholars हैं और वह मैंने college के ज़माने में देखा था और आज मैं माशालाह तीन international conference में participate कर चुकी हूं as a CPS member.</w:t>
      </w:r>
    </w:p>
    <w:p>
      <w:r>
        <w:rPr>
          <w:b/>
        </w:rPr>
        <w:t xml:space="preserve">[49:55] </w:t>
      </w:r>
      <w:r>
        <w:t>toh wohi scene main matlab woh enact ko maine woh dekha khuli aankhon se. Toh isse mujhe yeh pata chalta hai ki Allah ko maloom hai ki hum kahan jayenge hamara future mein, hamara kaam kya hoga? Humein nahi maloom hota hai. Toh it's a sort of vision that Allah gave you aur jaise ki aapne bataya aap ultimately CPS joining ki aur CPS mein aap kaam kar rahi hain.</w:t>
      </w:r>
    </w:p>
    <w:p>
      <w:pPr>
        <w:jc w:val="right"/>
      </w:pPr>
      <w:r>
        <w:t>तो वही scene मैं मतलब वह enact को मैंने वह देखा खुली आंखों से. तो इससे मुझे यह पता चलता है कि अल्लाह को मालूम है कि हम कहां जाएंगे हमारा future में, हमारा काम क्या होगा? हमें नहीं मालूम होता है. तो it's a sort of vision that अल्लाह gave you और जैसे कि आपने बताया आप ultimately CPS joining की और CPS में आप काम कर रही हैं.</w:t>
      </w:r>
    </w:p>
    <w:p>
      <w:r>
        <w:rPr>
          <w:b/>
        </w:rPr>
        <w:t xml:space="preserve">[50:19] </w:t>
      </w:r>
      <w:r>
        <w:t>Waise hi mere saath bhi yahi maamla hai ki main CPS se judi hui hoon aur CPS ka kaam kar rahi hoon aur wohi scene maashillah mein mere saath tajurba hai. Main bhi ek vision share karti hoon. Ji aap.</w:t>
      </w:r>
    </w:p>
    <w:p>
      <w:pPr>
        <w:jc w:val="right"/>
      </w:pPr>
      <w:r>
        <w:t>वैसे ही मेरे साथ भी यही मामला है कि मैं CPS से जुड़ी हुई हूं और CPS का काम कर रही हूं और वही scene माशिल्लाह में मेरे साथ तज्जुर है. मैं भी एक vision share करती हूं. जी आप.</w:t>
      </w:r>
    </w:p>
    <w:p>
      <w:r>
        <w:rPr>
          <w:b/>
        </w:rPr>
        <w:t xml:space="preserve">[50:35] </w:t>
      </w:r>
      <w:r>
        <w:t>Jab main BA mein thi jabki humein koi bhi nahi jaanta tha koi humne arsa saala bhi nahi nikala tha us waqt maine khwab mein dekha ek bahut badi gathering hai aur wahan par mujhe koi pehchaan nahi raha hai kyunki humari kuch aisi thi nahi baat na koi kitaab na koi risala na koi kuch nahi tha aisa toh humein koi pehchaan bhi nahi raha na humse koi baat kar raha hai toh awaaz aati hai ki is ladki se koi baat nahi kar raha hai.</w:t>
      </w:r>
    </w:p>
    <w:p>
      <w:pPr>
        <w:jc w:val="right"/>
      </w:pPr>
      <w:r>
        <w:t>जब मैं BA में थी जबकि हमें कोई भी नहीं जानता था कोई हमने अर्ने साला भी नहीं निकला था उस वक्त मैंने खाम में देखा एक बहुत बड़ी gathering है और वहां पर मुझे कोई पहचान नहीं रहा है क्योंकि हमारी कुछ ऐसी थी नहीं बात ना कोई किताब ना कोई रसाला ना कोई कुछ नहीं था ऐसा तो हमें कोई पहचान भी नहीं रहा ना हमसे कोई बात कर रहा है तो आवाज़ आती है कि इस लड़की से कोई बात नहीं कर रहा है.</w:t>
      </w:r>
    </w:p>
    <w:p>
      <w:r>
        <w:rPr>
          <w:b/>
        </w:rPr>
        <w:t xml:space="preserve">[51:05] </w:t>
      </w:r>
      <w:r>
        <w:t>is ladki ko sari duniya jaane ki.</w:t>
      </w:r>
    </w:p>
    <w:p>
      <w:pPr>
        <w:jc w:val="right"/>
      </w:pPr>
      <w:r>
        <w:t>इस लड़की को सारी दुनिया जाने की.</w:t>
      </w:r>
    </w:p>
    <w:p>
      <w:r>
        <w:rPr>
          <w:b/>
        </w:rPr>
        <w:t xml:space="preserve">[51:11] </w:t>
      </w:r>
      <w:r>
        <w:t>dheere dheere rishala english rishala nikla phir kitabein darj mein hone lage phir jab quran mein naam aaya</w:t>
      </w:r>
    </w:p>
    <w:p>
      <w:pPr>
        <w:jc w:val="right"/>
      </w:pPr>
      <w:r>
        <w:t>धीरे धीरे रिशाला English रिशाला निकला फिर किताबें दर्ज में होने लगे फिर जब कुरान में नाम आया</w:t>
      </w:r>
    </w:p>
    <w:p>
      <w:r>
        <w:rPr>
          <w:b/>
        </w:rPr>
        <w:t xml:space="preserve">[51:17] </w:t>
      </w:r>
      <w:r>
        <w:t>tab mere ko khwab yaad aaya ki ab quran to sari duniya mein ja raha hai is ladke</w:t>
      </w:r>
    </w:p>
    <w:p>
      <w:pPr>
        <w:jc w:val="right"/>
      </w:pPr>
      <w:r>
        <w:t>तब मेरे को खाब याद आया कि अब कुरान तो सारी दुनिया में जा रहा है इस लड़के</w:t>
      </w:r>
    </w:p>
    <w:p>
      <w:r>
        <w:rPr>
          <w:b/>
        </w:rPr>
        <w:t xml:space="preserve">[51:23] </w:t>
      </w:r>
      <w:r>
        <w:t>ko sari duniya jaane ki to yeh allah dala encourage karne ke liye is tarike se humein khwab dikhate hain.</w:t>
      </w:r>
    </w:p>
    <w:p>
      <w:pPr>
        <w:jc w:val="right"/>
      </w:pPr>
      <w:r>
        <w:t>को सारी दुनिया जाने की तो यह अल्लाह दाला encourage करने के लिए इस तरीके से हमें खाब दिखाते हैं.</w:t>
      </w:r>
    </w:p>
    <w:p>
      <w:r>
        <w:rPr>
          <w:b/>
        </w:rPr>
        <w:t xml:space="preserve">[51:29] </w:t>
      </w:r>
      <w:r>
        <w:t>vision bhi ek kism ka ek kism ka khwab hi samajh lijiye.</w:t>
      </w:r>
    </w:p>
    <w:p>
      <w:pPr>
        <w:jc w:val="right"/>
      </w:pPr>
      <w:r>
        <w:t>Vision भी एक किस्म का एक किस्म का खाब ही समझ लीजिए.</w:t>
      </w:r>
    </w:p>
    <w:p>
      <w:r>
        <w:rPr>
          <w:b/>
        </w:rPr>
        <w:t xml:space="preserve">[51:36] </w:t>
      </w:r>
      <w:r>
        <w:t>Ji izzazat lafza. Aur koi sawaal? Eight minutes left. Haan aap aap bataiye premi lafza. Time hoga. Aaj minute hai aapka? Haan haan dees thi azeez se related thi woh sabka zakat se ki maal mein teen shareek hote hain.</w:t>
      </w:r>
    </w:p>
    <w:p>
      <w:pPr>
        <w:jc w:val="right"/>
      </w:pPr>
      <w:r>
        <w:t>जी इज़्ज़ा कर लापा. और कोई सवाल? Eight minutes left. हां आप आप बताएं प्रेमी दापा. Time होगा. आज minute है आपका? हां हां दीस थी अजी से related थी वह सबका ज़क़ाद से कि माल में तीन शरीक होते हैं.</w:t>
      </w:r>
    </w:p>
    <w:p>
      <w:r>
        <w:rPr>
          <w:b/>
        </w:rPr>
        <w:t xml:space="preserve">[52:00] </w:t>
      </w:r>
      <w:r>
        <w:t>Ek taqdeer jo maal ke liye jaane mein tumse mashwara na karegi woh achha ho ya bura. Haalat karke ya tumko maut dekar. Doosre walish jo is intezaar mein hai ki tu qabr mein apna sar rakhe aur woh maal ko le le aur tu uski nazron mein bura ho. Teesra tu khud hai. Agar tujhse ho sake toh teeno shirkaon mein sabse zyada aazish na thehre.</w:t>
      </w:r>
    </w:p>
    <w:p>
      <w:pPr>
        <w:jc w:val="right"/>
      </w:pPr>
      <w:r>
        <w:t>एक तकदीर जो माल के लिए जाने में तुमसे मशवरा ना करेगी वह अच्छा हो या बुरा. हालात करके या तुमको मौत देकर. दूसरे वालिश जो इस इंतज़ार में है कि तू कब्र में अपना सर रखे और वह माल को ले ले और तू उसकी नज़रों में बुरा हो. तीसरा तू खुद है. अगर तुझसे हो सके तो तीनों शिरकाएं में सबसे ज़्यादा आज़िश ना ठहरे.</w:t>
      </w:r>
    </w:p>
    <w:p>
      <w:r>
        <w:rPr>
          <w:b/>
        </w:rPr>
        <w:t xml:space="preserve">[52:25] </w:t>
      </w:r>
      <w:r>
        <w:t>to aise zaroor kar kyunki alataala farmata hai ki tum lekhi ko nahi pahunch sakte jab tak usmein</w:t>
      </w:r>
    </w:p>
    <w:p>
      <w:pPr>
        <w:jc w:val="right"/>
      </w:pPr>
      <w:r>
        <w:t>तो ऐसे ज़रूर कर क्योंकि अलाताला फरमाता है कि तुम लेखी को नहीं पहुंच सकते जब तक उसमें</w:t>
      </w:r>
    </w:p>
    <w:p>
      <w:r>
        <w:rPr>
          <w:b/>
        </w:rPr>
        <w:t xml:space="preserve">[52:32] </w:t>
      </w:r>
      <w:r>
        <w:t>se kharch na karo jo tumhein mehboob hai.</w:t>
      </w:r>
    </w:p>
    <w:p>
      <w:pPr>
        <w:jc w:val="right"/>
      </w:pPr>
      <w:r>
        <w:t>से खर्च ना करो जो तुम्हें महबूब है.</w:t>
      </w:r>
    </w:p>
    <w:p>
      <w:r>
        <w:rPr>
          <w:b/>
        </w:rPr>
        <w:t xml:space="preserve">[52:40] </w:t>
      </w:r>
      <w:r>
        <w:t>isme insaaf par ubhara gaya hai.</w:t>
      </w:r>
    </w:p>
    <w:p>
      <w:pPr>
        <w:jc w:val="right"/>
      </w:pPr>
      <w:r>
        <w:t>इसमें इंसाक पर उभारा गया है.</w:t>
      </w:r>
    </w:p>
    <w:p>
      <w:r>
        <w:rPr>
          <w:b/>
        </w:rPr>
        <w:t xml:space="preserve">[52:48] </w:t>
      </w:r>
      <w:r>
        <w:t>insaf ka matlab hota ki raam hai kharch karne par ubhara gaya hai.</w:t>
      </w:r>
    </w:p>
    <w:p>
      <w:pPr>
        <w:jc w:val="right"/>
      </w:pPr>
      <w:r>
        <w:t>इंसाक का मतलब होता की राम है खर्च करने पर उभारा गया है.</w:t>
      </w:r>
    </w:p>
    <w:p>
      <w:r>
        <w:rPr>
          <w:b/>
        </w:rPr>
        <w:t xml:space="preserve">[52:56] </w:t>
      </w:r>
      <w:r>
        <w:t>yani ek to yeh hai ki aapke baarish honge, aapke intikaar ke baad aapne kuch maal chhoda hai</w:t>
      </w:r>
    </w:p>
    <w:p>
      <w:pPr>
        <w:jc w:val="right"/>
      </w:pPr>
      <w:r>
        <w:t>यानी एक तो यह है कि आपके बारिश होंगे, आपके इंत्रकार के बाद आपने कुछ माल छोड़ा है</w:t>
      </w:r>
    </w:p>
    <w:p>
      <w:r>
        <w:rPr>
          <w:b/>
        </w:rPr>
        <w:t xml:space="preserve">[53:22] </w:t>
      </w:r>
      <w:r>
        <w:t>to pasand karte ho, jisse mohabbat rakhte ho.</w:t>
      </w:r>
    </w:p>
    <w:p>
      <w:pPr>
        <w:jc w:val="right"/>
      </w:pPr>
      <w:r>
        <w:t>तो पसंद करते हो, जिससे मोहब्बत रखते हो.</w:t>
      </w:r>
    </w:p>
    <w:p>
      <w:r>
        <w:rPr>
          <w:b/>
        </w:rPr>
        <w:t xml:space="preserve">[53:49] </w:t>
      </w:r>
      <w:r>
        <w:t>to unhone apna ek baag jo sabse achha tha, usko satah de diya aur apni biwi se kaha</w:t>
      </w:r>
    </w:p>
    <w:p>
      <w:pPr>
        <w:jc w:val="right"/>
      </w:pPr>
      <w:r>
        <w:t>तो उन्होंने अपना एक बाग जो सबसे अच्छा था, उसको सत्ता दे दिया और अपनी बीवी से कहा</w:t>
      </w:r>
    </w:p>
    <w:p>
      <w:r>
        <w:rPr>
          <w:b/>
        </w:rPr>
        <w:t xml:space="preserve">[54:05] </w:t>
      </w:r>
      <w:r>
        <w:t>ki ek baag se bahar aa jao humne isko allah ke raamesh dhai percent zakat hai uske alawa</w:t>
      </w:r>
    </w:p>
    <w:p>
      <w:pPr>
        <w:jc w:val="right"/>
      </w:pPr>
      <w:r>
        <w:t>कि एक बाग से बाहर आ जाओ हमने इसको अल्लाह के रामेश ढाई percent ज़क़ात है उसके अलावा</w:t>
      </w:r>
    </w:p>
    <w:p>
      <w:r>
        <w:rPr>
          <w:b/>
        </w:rPr>
        <w:t xml:space="preserve">[54:21] </w:t>
      </w:r>
      <w:r>
        <w:t>apne kuch aur dina jaaye apne khwahish ke mutabik dijiye woh.</w:t>
      </w:r>
    </w:p>
    <w:p>
      <w:pPr>
        <w:jc w:val="right"/>
      </w:pPr>
      <w:r>
        <w:t>अपने कुछ और दिना जाए अपने खाइश के मुताबिक दीजिए वह.</w:t>
      </w:r>
    </w:p>
    <w:p>
      <w:r>
        <w:rPr>
          <w:b/>
        </w:rPr>
        <w:t xml:space="preserve">[54:37] </w:t>
      </w:r>
      <w:r>
        <w:t>haan sahaba ki baat alag thi.</w:t>
      </w:r>
    </w:p>
    <w:p>
      <w:pPr>
        <w:jc w:val="right"/>
      </w:pPr>
      <w:r>
        <w:t>हां साहबा की बात अलग थी.</w:t>
      </w:r>
    </w:p>
    <w:p>
      <w:r>
        <w:rPr>
          <w:b/>
        </w:rPr>
        <w:t xml:space="preserve">[54:56] </w:t>
      </w:r>
      <w:r>
        <w:t>unke saamne parambar tha to woh to zyada se zyada karna chahte the.</w:t>
      </w:r>
    </w:p>
    <w:p>
      <w:pPr>
        <w:jc w:val="right"/>
      </w:pPr>
      <w:r>
        <w:t>उनके सामने परंबर था तो वह तो ज़्यादा से ज़्यादा करना चाहते थे.</w:t>
      </w:r>
    </w:p>
    <w:p>
      <w:r>
        <w:rPr>
          <w:b/>
        </w:rPr>
        <w:t xml:space="preserve">[55:15] </w:t>
      </w:r>
      <w:r>
        <w:t>yeh keh diya tha aur rasoola ne yeh kaha ki apne jo virus hai tumhare usko uske liye</w:t>
      </w:r>
    </w:p>
    <w:p>
      <w:pPr>
        <w:jc w:val="right"/>
      </w:pPr>
      <w:r>
        <w:t>यह कह दिया था और रसोला ने यह कहा कि अपने जो virus है तुम्हारे उसको उसके लिए</w:t>
      </w:r>
    </w:p>
    <w:p>
      <w:r>
        <w:rPr>
          <w:b/>
        </w:rPr>
        <w:t xml:space="preserve">[55:19] </w:t>
      </w:r>
      <w:r>
        <w:t>kuch maal chhod kar jao.</w:t>
      </w:r>
    </w:p>
    <w:p>
      <w:pPr>
        <w:jc w:val="right"/>
      </w:pPr>
      <w:r>
        <w:t>कुछ माल छोड़ कर जाओ.</w:t>
      </w:r>
    </w:p>
    <w:p>
      <w:r>
        <w:rPr>
          <w:b/>
        </w:rPr>
        <w:t xml:space="preserve">[55:23] </w:t>
      </w:r>
      <w:r>
        <w:t>yeh behtar vishwas hai ki unko mohtaaj banakar jao.</w:t>
      </w:r>
    </w:p>
    <w:p>
      <w:pPr>
        <w:jc w:val="right"/>
      </w:pPr>
      <w:r>
        <w:t>यह बेहतर विश्वास है कि उनको मोताज बनाकर जाओ.</w:t>
      </w:r>
    </w:p>
    <w:p>
      <w:r>
        <w:rPr>
          <w:b/>
        </w:rPr>
        <w:t xml:space="preserve">[55:28] </w:t>
      </w:r>
      <w:r>
        <w:t>hamare ek janne wale hain to unke baap jo hain hanj karne gaye to apna poora ghar achha</w:t>
      </w:r>
    </w:p>
    <w:p>
      <w:pPr>
        <w:jc w:val="right"/>
      </w:pPr>
      <w:r>
        <w:t>हमारे एक जानने वाले हैं तो उनके बाप जो हैं हंज करने गए तो अपना पूरा घर अच्छा</w:t>
      </w:r>
    </w:p>
    <w:p>
      <w:r>
        <w:rPr>
          <w:b/>
        </w:rPr>
        <w:t xml:space="preserve">[55:32] </w:t>
      </w:r>
      <w:r>
        <w:t>khaasa ghar tha.</w:t>
      </w:r>
    </w:p>
    <w:p>
      <w:pPr>
        <w:jc w:val="right"/>
      </w:pPr>
      <w:r>
        <w:t>खासा घर था.</w:t>
      </w:r>
    </w:p>
    <w:p>
      <w:r>
        <w:rPr>
          <w:b/>
        </w:rPr>
        <w:t xml:space="preserve">[55:37] </w:t>
      </w:r>
      <w:r>
        <w:t>poora ghar bechkar hanj karaye.</w:t>
      </w:r>
    </w:p>
    <w:p>
      <w:pPr>
        <w:jc w:val="right"/>
      </w:pPr>
      <w:r>
        <w:t>पूरा घर बेचकर हंज कराए.</w:t>
      </w:r>
    </w:p>
    <w:p>
      <w:r>
        <w:rPr>
          <w:b/>
        </w:rPr>
        <w:t xml:space="preserve">[55:41] </w:t>
      </w:r>
      <w:r>
        <w:t>ab aaj tak un logo ke paas achha ghar nahi hua bachcho ke paas.</w:t>
      </w:r>
    </w:p>
    <w:p>
      <w:pPr>
        <w:jc w:val="right"/>
      </w:pPr>
      <w:r>
        <w:t>अब आज तक उन लोगों के पास अच्छा घर नहीं हुआ बच्चों के पास.</w:t>
      </w:r>
    </w:p>
    <w:p>
      <w:r>
        <w:rPr>
          <w:b/>
        </w:rPr>
        <w:t xml:space="preserve">[55:46] </w:t>
      </w:r>
      <w:r>
        <w:t>Toh yeh bhi nahi karna hai. Yeh saari cheezein jo hoti hai na humare paas maal o daulat jo hota hai yeh zariya hai neki ke kaam mein aage badhne ka. Maal o daulat kharch karna bhi neki ka kaam hai lekin maal o daulat nahi rahega toh hum doosron ke aage haath phailayenge. Toh yeh bhi kya neki nahi hai doosron ke aage haath phailana hai. Kuch galat kaam nahi haan, galat kaam bhi kar sakta hai. Ji. Bas jo sab achha lage usko kar dijiye.</w:t>
      </w:r>
    </w:p>
    <w:p>
      <w:pPr>
        <w:jc w:val="right"/>
      </w:pPr>
      <w:r>
        <w:t>तो यह भी नहीं करना है. यह सारी चीज़ें जो होती है ना हमारे पास मालूदौलत जो होता है यह ज़रिया है नेकी के काम में आगे पढ़ने का. मालूदौलत खर्च करना भी नेकी का काम है लेकिन मालिदौलत नहीं रहेगा तो हम दूसरों के आगे हाथ फैलाएंगे. तो यह भी क्या नेकी नहीं है दूसरों के आगे हाथ फैलाना है. कुछ गलत काम नहीं हां, गलत काम भी कर सकता है. जी. बस जो सेब अच्छा लगे उसको कर दीजिए.</w:t>
      </w:r>
    </w:p>
    <w:p>
      <w:r>
        <w:rPr>
          <w:b/>
        </w:rPr>
        <w:t xml:space="preserve">[56:14] </w:t>
      </w:r>
      <w:r>
        <w:t>Jo paise achhe lagte naya note hai usko sadqa kar dijiye. Isiliye. Mujhe sawaal ji mujhe main kyunki sairy kar rahi hoon yahan par hum sairy kar rahe hain sairy ka time ho raha hai. Maine kaha main sawaal bhi puch raha hoon.</w:t>
      </w:r>
    </w:p>
    <w:p>
      <w:pPr>
        <w:jc w:val="right"/>
      </w:pPr>
      <w:r>
        <w:t>जो पैसे अच्छे लगते नया note है उसको सफ़्ता कर दीजिए. इसीलिए. मुझे सवाल जी मुझे मैं क्योंकि sairy कर रही हूं यहां पर हम sairy कर रहे हैं sairy का time हो रहा है. मैंने कहा मैं सवाल भी पुछ रहा हूं.</w:t>
      </w:r>
    </w:p>
    <w:p>
      <w:r>
        <w:rPr>
          <w:b/>
        </w:rPr>
        <w:t xml:space="preserve">[56:35] </w:t>
      </w:r>
      <w:r>
        <w:t>bachcha ab aur zyada hi nahi hai ki mujhe yeh bataiyega jaise main hamari meri jo wahan shaadi</w:t>
      </w:r>
    </w:p>
    <w:p>
      <w:pPr>
        <w:jc w:val="right"/>
      </w:pPr>
      <w:r>
        <w:t>बच्चा अब और ज़्यादा ही नहीं है कि मुझे यह बताइएगा जैसे मैं हमारी मेरी जो वहां शादी</w:t>
      </w:r>
    </w:p>
    <w:p>
      <w:r>
        <w:rPr>
          <w:b/>
        </w:rPr>
        <w:t xml:space="preserve">[56:55] </w:t>
      </w:r>
      <w:r>
        <w:t>hui thi aur jinsse mere bachche hain, teen betiyan hain, to woh iklaute apne waldeyan ke the aur</w:t>
      </w:r>
    </w:p>
    <w:p>
      <w:pPr>
        <w:jc w:val="right"/>
      </w:pPr>
      <w:r>
        <w:t>हुई थी और जिनसे मेरे बच्चे हैं, तीन बेटियां हैं, तो वह इकलौते अपने वालेदयन के थे और</w:t>
      </w:r>
    </w:p>
    <w:p>
      <w:r>
        <w:rPr>
          <w:b/>
        </w:rPr>
        <w:t xml:space="preserve">[57:16] </w:t>
      </w:r>
      <w:r>
        <w:t>woh bahut hi jaise kehte hain na Pakistan mein jo ameer familyan hain, bahut jo chand to main</w:t>
      </w:r>
    </w:p>
    <w:p>
      <w:pPr>
        <w:jc w:val="right"/>
      </w:pPr>
      <w:r>
        <w:t>वह बहुत ही जैसे कहते हैं ना Pakistan में जो अमीर familyयां हैं, बहुत जो चंद तो मैं</w:t>
      </w:r>
    </w:p>
    <w:p>
      <w:r>
        <w:rPr>
          <w:b/>
        </w:rPr>
        <w:t xml:space="preserve">[57:36] </w:t>
      </w:r>
      <w:r>
        <w:t>kabhi sochti hoon ki in logo ki pakad hogi ya bachchiyon ka haq nahi hota hai.</w:t>
      </w:r>
    </w:p>
    <w:p>
      <w:pPr>
        <w:jc w:val="right"/>
      </w:pPr>
      <w:r>
        <w:t>कभी सोचती हूं कि इन लोगों की पकड़ होगी या बच्चियों का हक नहीं होता है.</w:t>
      </w:r>
    </w:p>
    <w:p>
      <w:r>
        <w:rPr>
          <w:b/>
        </w:rPr>
        <w:t xml:space="preserve">[57:57] </w:t>
      </w:r>
      <w:r>
        <w:t>mujhe nahi pata hai mujhe snami taur par yeh wala portion nahi pata hai.</w:t>
      </w:r>
    </w:p>
    <w:p>
      <w:pPr>
        <w:jc w:val="right"/>
      </w:pPr>
      <w:r>
        <w:t>मुझे नहीं पता है मुझे स्नामी तौर पर यह वाला portion नहीं पता है.</w:t>
      </w:r>
    </w:p>
    <w:p>
      <w:r>
        <w:rPr>
          <w:b/>
        </w:rPr>
        <w:t xml:space="preserve">[58:27] </w:t>
      </w:r>
      <w:r>
        <w:t>ek sawal hai.</w:t>
      </w:r>
    </w:p>
    <w:p>
      <w:pPr>
        <w:jc w:val="right"/>
      </w:pPr>
      <w:r>
        <w:t>एक सवाल है.</w:t>
      </w:r>
    </w:p>
    <w:p>
      <w:r>
        <w:rPr>
          <w:b/>
        </w:rPr>
        <w:t xml:space="preserve">[58:57] </w:t>
      </w:r>
      <w:r>
        <w:t>to aapki khwahish ke mutabik lena aapke liye behtar main samajhta hoon aur one ispat iske ki koi</w:t>
      </w:r>
    </w:p>
    <w:p>
      <w:pPr>
        <w:jc w:val="right"/>
      </w:pPr>
      <w:r>
        <w:t>तो आपकी खाइश के मुताबिक लेना आपके लिए बेहतर मैं समझता हूं और वन इस्पत इसके की कोई</w:t>
      </w:r>
    </w:p>
    <w:p>
      <w:r>
        <w:rPr>
          <w:b/>
        </w:rPr>
        <w:t xml:space="preserve">[59:27] </w:t>
      </w:r>
      <w:r>
        <w:t>aadmi kya hai woh thoda azaad mil jaaye lekin aapko janat mein zyada fayda na ho us duniyad par.</w:t>
      </w:r>
    </w:p>
    <w:p>
      <w:pPr>
        <w:jc w:val="right"/>
      </w:pPr>
      <w:r>
        <w:t>आदमी क्या है वह थोड़ा आज़ाद मिल जाए लेकिन आपको जनत में ज़्यादा फ़ायदा ना हो उस दुनियाद पर.</w:t>
      </w:r>
    </w:p>
    <w:p>
      <w:r>
        <w:rPr>
          <w:b/>
        </w:rPr>
        <w:t xml:space="preserve">[59:58] </w:t>
      </w:r>
      <w:r>
        <w:t>negativity par to muharana sahab bahut zyada kehte the ki negative insan janan mein nahi jayega.</w:t>
      </w:r>
    </w:p>
    <w:p>
      <w:pPr>
        <w:jc w:val="right"/>
      </w:pPr>
      <w:r>
        <w:t>Negativity पर तो मुहाराना साहब बहुत ज़्यादा कहते थे कि negative इंसान जनन में नहीं जाएगा.</w:t>
      </w:r>
    </w:p>
    <w:p>
      <w:r>
        <w:rPr>
          <w:b/>
        </w:rPr>
        <w:t xml:space="preserve">[1:00:28] </w:t>
      </w:r>
      <w:r>
        <w:t>to shikayaton ko bhool jayegi.</w:t>
      </w:r>
    </w:p>
    <w:p>
      <w:pPr>
        <w:jc w:val="right"/>
      </w:pPr>
      <w:r>
        <w:t>तो शिकायतों को भूल जाएगी.</w:t>
      </w:r>
    </w:p>
    <w:p>
      <w:r>
        <w:rPr>
          <w:b/>
        </w:rPr>
        <w:t xml:space="preserve">[1:00:58] </w:t>
      </w:r>
      <w:r>
        <w:t>allah se mangi allah us us jitna unke paas tha woh de sakte the</w:t>
      </w:r>
    </w:p>
    <w:p>
      <w:pPr>
        <w:jc w:val="right"/>
      </w:pPr>
      <w:r>
        <w:t>अल्लाह से मांगी अल्लाह उस उस जितना उनके पास था वह दे सकते थे</w:t>
      </w:r>
    </w:p>
    <w:p>
      <w:r>
        <w:rPr>
          <w:b/>
        </w:rPr>
        <w:t xml:space="preserve">[1:01:29] </w:t>
      </w:r>
      <w:r>
        <w:t>Bahut zyada zyada tari hoti hai. Unko kuch firaasat mein milta nahi hai aur duniya ke iske hisab se woh log chalte hain. Toh yeh jo Afraad bhai ne jo jawab diya yeh bahut hi zyada profound jawab hai aur jin logon ke saath yeh zyada team hoti hai is jawab se unko bahut zyada saath milega aur inshallah zaroor unko jannat mein kahin zyada Allah unko wapas dete hain.</w:t>
      </w:r>
    </w:p>
    <w:p>
      <w:pPr>
        <w:jc w:val="right"/>
      </w:pPr>
      <w:r>
        <w:t>बहुत ज़्यादा ज़्यादातरी होती है. उनको कुछ फिरासत में मिलता नहीं है और दुनिया के इसके हिसाब से वह लोग चलते हैं. तो यह जो अफराद भाई ने जो जवाब दिया यह बहुत ही ज़्यादा profound जवाब है और जिन लोगों के साथ यह ज़्यादा team होती है इस जवाब से उनको बहुत ज़्यादा साथ मिलेगा और इंशाला ज़रूर उनको जन्नत में कहीं ज़्यादा अल्ला उनको वापस देते हैं.</w:t>
      </w:r>
    </w:p>
    <w:p>
      <w:r>
        <w:rPr>
          <w:b/>
        </w:rPr>
        <w:t xml:space="preserve">[1:01:53] </w:t>
      </w:r>
      <w:r>
        <w:t>Toh main is session ko ab main darwaza karti hoon is session ko end karne ke liye aur phir aap is session ko end karte hain dua ke saath. Allahik rasool Allahik woh sabhi padr ki dua seekhai thi.</w:t>
      </w:r>
    </w:p>
    <w:p>
      <w:pPr>
        <w:jc w:val="right"/>
      </w:pPr>
      <w:r>
        <w:t>तो मैं इस session को अब मैं दरवाज़ करती हूं इस session को end करने के लिए और फिर आप इस session को end करते हैं दुआं के साथ. अल्लाहिक रसूल्स अल्लाहिक वो सभी पद्र की दुआं सिखाई थी.</w:t>
      </w:r>
    </w:p>
    <w:p>
      <w:r>
        <w:rPr>
          <w:b/>
        </w:rPr>
        <w:t xml:space="preserve">[1:02:11] </w:t>
      </w:r>
      <w:r>
        <w:t>Woh humare humare maamle mein darguzar ka maamla farma hai. Ameen. Ameen. So we end this session today. We had this was a profound learning and very enlightening session.</w:t>
      </w:r>
    </w:p>
    <w:p>
      <w:pPr>
        <w:jc w:val="right"/>
      </w:pPr>
      <w:r>
        <w:t>वह हमारे हमारे मामले में दरगुज़र का मामलाफ़रमा है. आमिन. आमिन. So we end this session today. We had this was a profound learning and very enlightening session.</w:t>
      </w:r>
    </w:p>
    <w:p>
      <w:r>
        <w:rPr>
          <w:b/>
        </w:rPr>
        <w:t xml:space="preserve">[1:02:39] </w:t>
      </w:r>
      <w:r>
        <w:t>Specially we wait for this question and answer session by apa and Maulana Afraadh bhai aur humein bahut intezaar rehta hai is session ka aur kaafi ladies bhi isko join karti hain. Toh humari bahut zyada learning hui in sawalon se, doosron ke jawabon se bhi aur jazakallaha, jazakallaha Maulana Afraadh bhai main end karti hoon session ko inshallah we'll meet again next week same time on Sunday from three to 4PM.</w:t>
      </w:r>
    </w:p>
    <w:p>
      <w:pPr>
        <w:jc w:val="right"/>
      </w:pPr>
      <w:r>
        <w:t>Specially we wait for this question and answer session by आपा and मोलाना पराध भाई और हमें बहुत इंतज़ार रहता है इस session का और काफी ladies भी इसको join करती हैं. तो हमारी बहुत ज़्यादा learning हुई इन सवालों से, दूसरों के जवाबों से भी और जज़ा कलापा, जज़ा कला कौलान अपराध भाई मैं end करती हूं session को इंशालाह we'll meet again next week same time on Sunday from three to 4PM.</w:t>
      </w:r>
    </w:p>
    <w:p>
      <w:r>
        <w:rPr>
          <w:b/>
        </w:rPr>
        <w:t xml:space="preserve">[1:03:07] </w:t>
      </w:r>
      <w:r>
        <w:t>This is a time change during Ramzan and we will go back to a same time in the days after the Ramzan. Ok, assalamu alaikum.</w:t>
      </w:r>
    </w:p>
    <w:p>
      <w:pPr>
        <w:jc w:val="right"/>
      </w:pPr>
      <w:r>
        <w:t>This is a time change during रमज़ान and we will go back to a same time in the days after the रमज़ान. Ok, अस्लाम लिखो.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