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Shukr (Gratitude) January 30, 2014 Maulana Wahiduddin Khan</w:t>
      </w:r>
    </w:p>
    <w:p>
      <w:r>
        <w:t>https://www.youtube.com/watch?v=V4LkYRRzQ3E</w:t>
      </w:r>
    </w:p>
    <w:p>
      <w:r>
        <w:rPr>
          <w:b/>
        </w:rPr>
        <w:t xml:space="preserve">[00:13] </w:t>
      </w:r>
      <w:r>
        <w:t>30 January 2014, Surah Luqman, Ayat number 12. Wa laqad, wa laqad aataina Luqman al-hikmat an-ishkur lillah,</w:t>
      </w:r>
    </w:p>
    <w:p>
      <w:pPr>
        <w:jc w:val="right"/>
      </w:pPr>
      <w:r>
        <w:t>30 جنوری 2014، سورہ لقمان، آیت نمبر 12۔ ولقد، ولقد آتينا لقمان الحکمت أن اشكر لله،</w:t>
      </w:r>
    </w:p>
    <w:p>
      <w:r>
        <w:rPr>
          <w:b/>
        </w:rPr>
        <w:t xml:space="preserve">[00:29] </w:t>
      </w:r>
      <w:r>
        <w:t>Wa man yashkur fa innama yashkuru li-nafsih, wa man kafara fa innallaha ghaniyyun hameed. Aur</w:t>
      </w:r>
    </w:p>
    <w:p>
      <w:pPr>
        <w:jc w:val="right"/>
      </w:pPr>
      <w:r>
        <w:t>ومن یشکر فإنما یشکر لنفسه، ومن کفر فإن الله غنی حمید۔ اور</w:t>
      </w:r>
    </w:p>
    <w:p>
      <w:r>
        <w:rPr>
          <w:b/>
        </w:rPr>
        <w:t xml:space="preserve">[00:37] </w:t>
      </w:r>
      <w:r>
        <w:t>Humne Luqman ko hikmat ata farmayi ke Allah ka shukr karo, aur jo shakhs shukr karega toh woh apne hi liye shukr karega, aur jo nashukri karega toh Allah be niaz hai, khoobiyon wala hai.</w:t>
      </w:r>
    </w:p>
    <w:p>
      <w:pPr>
        <w:jc w:val="right"/>
      </w:pPr>
      <w:r>
        <w:t>ہم نے لقمان کو حکمت عطا فرمائی کہ اللہ کا شکر کرو، اور جو شخص شکر کرے گا تو وہ اپنے ہی لیے شکر کرے گا، اور جو ناشکری کرے گا تو اللہ بے نیاز ہے، خوبیوں والا ہے۔</w:t>
      </w:r>
    </w:p>
    <w:p>
      <w:r>
        <w:rPr>
          <w:b/>
        </w:rPr>
        <w:t xml:space="preserve">[00:52] </w:t>
      </w:r>
      <w:r>
        <w:t>Maulana is ayat ki wazahat farmayein. Bismillah hir rahman nir rahim.</w:t>
      </w:r>
    </w:p>
    <w:p>
      <w:pPr>
        <w:jc w:val="right"/>
      </w:pPr>
      <w:r>
        <w:t>مولانا اس آیت کی وضاحت فرمائیں۔ بسم اللہ الرحمن الرحیم۔</w:t>
      </w:r>
    </w:p>
    <w:p>
      <w:r>
        <w:rPr>
          <w:b/>
        </w:rPr>
        <w:t xml:space="preserve">[01:04] </w:t>
      </w:r>
      <w:r>
        <w:t>quran mein bar bar shukr ka zikr kiya gaya hai. quran ke mutabiq shukr bohat ziyada bari ibadat hai,</w:t>
      </w:r>
    </w:p>
    <w:p>
      <w:pPr>
        <w:jc w:val="right"/>
      </w:pPr>
      <w:r>
        <w:t>قرآن میں بار بار شکر کا ذکر کیا گیا ہے۔ قرآن کے مطابق شکر بہت زیادہ بڑی عبادت ہے،</w:t>
      </w:r>
    </w:p>
    <w:p>
      <w:r>
        <w:rPr>
          <w:b/>
        </w:rPr>
        <w:t xml:space="preserve">[01:18] </w:t>
      </w:r>
      <w:r>
        <w:t>balkeh shayad sab se bari ibadat. to is ayat se maloom hota hai ke shukr ke liye hikmat chahiye.</w:t>
      </w:r>
    </w:p>
    <w:p>
      <w:pPr>
        <w:jc w:val="right"/>
      </w:pPr>
      <w:r>
        <w:t>بلکہ شاید سب سے بڑی عبادت۔ تو اس آیت سے معلوم ہوتا ہے کہ شکر کے لیے حکمت چاہیے۔</w:t>
      </w:r>
    </w:p>
    <w:p>
      <w:r>
        <w:rPr>
          <w:b/>
        </w:rPr>
        <w:t xml:space="preserve">[01:28] </w:t>
      </w:r>
      <w:r>
        <w:t>hikmat nahi to shukr bhi nahi.</w:t>
      </w:r>
    </w:p>
    <w:p>
      <w:pPr>
        <w:jc w:val="right"/>
      </w:pPr>
      <w:r>
        <w:t>حکمت نہیں تو شکر بھی نہیں۔</w:t>
      </w:r>
    </w:p>
    <w:p>
      <w:r>
        <w:rPr>
          <w:b/>
        </w:rPr>
        <w:t xml:space="preserve">[01:34] </w:t>
      </w:r>
      <w:r>
        <w:t>shukr ka jo, shukr ki jo ibadat hai, to shukr se pehle hikmat zaroori hai.</w:t>
      </w:r>
    </w:p>
    <w:p>
      <w:pPr>
        <w:jc w:val="right"/>
      </w:pPr>
      <w:r>
        <w:t>شکر کا جو، شکر کی جو عبادت ہے، تو شکر سے پہلے حکمت ضروری ہے۔</w:t>
      </w:r>
    </w:p>
    <w:p>
      <w:r>
        <w:rPr>
          <w:b/>
        </w:rPr>
        <w:t xml:space="preserve">[01:44] </w:t>
      </w:r>
      <w:r>
        <w:t>yani hikmat jo hai, ka pre shukr keh sakte hain aap is ko.</w:t>
      </w:r>
    </w:p>
    <w:p>
      <w:pPr>
        <w:jc w:val="right"/>
      </w:pPr>
      <w:r>
        <w:t>یعنی حکمت جو ہے، کا پری شکر کہہ سکتے ہیں آپ اس کو۔</w:t>
      </w:r>
    </w:p>
    <w:p>
      <w:r>
        <w:rPr>
          <w:b/>
        </w:rPr>
        <w:t xml:space="preserve">[01:53] </w:t>
      </w:r>
      <w:r>
        <w:t>to yeh bohat ziyada sochne ki baat hai ke aakhir hikmat kya cheez hai? aur shukr se is ka taluq kya hai?</w:t>
      </w:r>
    </w:p>
    <w:p>
      <w:pPr>
        <w:jc w:val="right"/>
      </w:pPr>
      <w:r>
        <w:t>تو یہ بہت زیادہ سوچنے کی بات ہے کہ آخر حکمت کیا چیز ہے؟ اور شکر سے اس کا تعلق کیا ہے؟</w:t>
      </w:r>
    </w:p>
    <w:p>
      <w:r>
        <w:rPr>
          <w:b/>
        </w:rPr>
        <w:t xml:space="preserve">[02:02] </w:t>
      </w:r>
      <w:r>
        <w:t>hikmat ke mani wahi hain jo hum is ko kehte hain Wisdom. Wisdom ke jo mani hain wahi shukr ke mani hain.</w:t>
      </w:r>
    </w:p>
    <w:p>
      <w:pPr>
        <w:jc w:val="right"/>
      </w:pPr>
      <w:r>
        <w:t>حکمت کے معنی وہی ہیں جو ہم اس کو کہتے ہیں Wisdom۔ Wisdom کے جو معنی ہیں وہی شکر کے معنی ہیں۔</w:t>
      </w:r>
    </w:p>
    <w:p>
      <w:r>
        <w:rPr>
          <w:b/>
        </w:rPr>
        <w:t xml:space="preserve">[02:14] </w:t>
      </w:r>
      <w:r>
        <w:t>to Wisdom ka taluq shukr se kya hai? is ko bohat ziyada samajhne ki zaroorat hai.</w:t>
      </w:r>
    </w:p>
    <w:p>
      <w:pPr>
        <w:jc w:val="right"/>
      </w:pPr>
      <w:r>
        <w:t>تو Wisdom کا تعلق شکر سے کیا ہے؟ اس کو بہت زیادہ سمجھنے کی ضرورت ہے۔</w:t>
      </w:r>
    </w:p>
    <w:p>
      <w:r>
        <w:rPr>
          <w:b/>
        </w:rPr>
        <w:t xml:space="preserve">[02:23] </w:t>
      </w:r>
      <w:r>
        <w:t>shukr ka matlab hai</w:t>
      </w:r>
    </w:p>
    <w:p>
      <w:pPr>
        <w:jc w:val="right"/>
      </w:pPr>
      <w:r>
        <w:t>شکر کا مطلب ہے</w:t>
      </w:r>
    </w:p>
    <w:p>
      <w:r>
        <w:rPr>
          <w:b/>
        </w:rPr>
        <w:t xml:space="preserve">[02:28] </w:t>
      </w:r>
      <w:r>
        <w:t>Acknowledgement.</w:t>
      </w:r>
    </w:p>
    <w:p>
      <w:pPr>
        <w:jc w:val="right"/>
      </w:pPr>
      <w:r>
        <w:t>Acknowledgement۔</w:t>
      </w:r>
    </w:p>
    <w:p>
      <w:r>
        <w:rPr>
          <w:b/>
        </w:rPr>
        <w:t xml:space="preserve">[02:31] </w:t>
      </w:r>
      <w:r>
        <w:t>bohat ziyada, yani Positive Thinking ka jo aakhri had hai isi ko shukr kehte hain. yani dunya ki zindagi mein aap is tarah rahein ke aap ko ehsas ho ke Allah ne mere upar beshumar nematein ki hain.</w:t>
      </w:r>
    </w:p>
    <w:p>
      <w:pPr>
        <w:jc w:val="right"/>
      </w:pPr>
      <w:r>
        <w:t>بہت زیادہ، یعنی Positive Thinking کا جو آخری حد ہے اسی کو شکر کہتے ہیں۔ یعنی دنیا کی زندگی میں آپ اس طرح رہیں کہ آپ کو احساس ہو کہ اللہ نے میرے اوپر بے شمار نعمتیں کی ہیں۔</w:t>
      </w:r>
    </w:p>
    <w:p>
      <w:r>
        <w:rPr>
          <w:b/>
        </w:rPr>
        <w:t xml:space="preserve">[02:53] </w:t>
      </w:r>
      <w:r>
        <w:t>aur mujh ko usay Acknowledge karna chahiye.</w:t>
      </w:r>
    </w:p>
    <w:p>
      <w:pPr>
        <w:jc w:val="right"/>
      </w:pPr>
      <w:r>
        <w:t>اور مجھ کو اسے Acknowledge کرنا چاہیے۔</w:t>
      </w:r>
    </w:p>
    <w:p>
      <w:r>
        <w:rPr>
          <w:b/>
        </w:rPr>
        <w:t xml:space="preserve">[03:00] </w:t>
      </w:r>
      <w:r>
        <w:t>to shukr, mein samajhta hoon ke</w:t>
      </w:r>
    </w:p>
    <w:p>
      <w:pPr>
        <w:jc w:val="right"/>
      </w:pPr>
      <w:r>
        <w:t>تو شکر، میں سمجھتا ہوں کہ</w:t>
      </w:r>
    </w:p>
    <w:p>
      <w:r>
        <w:rPr>
          <w:b/>
        </w:rPr>
        <w:t xml:space="preserve">[03:07] </w:t>
      </w:r>
      <w:r>
        <w:t>sab se bara Positive Phenomena hai. is se bara Positive Phenomena aur koi nahi ho sakta.</w:t>
      </w:r>
    </w:p>
    <w:p>
      <w:pPr>
        <w:jc w:val="right"/>
      </w:pPr>
      <w:r>
        <w:t>سب سے بڑا Positive Phenomena ہے۔ اس سے بڑا Positive Phenomena اور کوئی نہیں ہو سکتا۔</w:t>
      </w:r>
    </w:p>
    <w:p>
      <w:r>
        <w:rPr>
          <w:b/>
        </w:rPr>
        <w:t xml:space="preserve">[03:17] </w:t>
      </w:r>
      <w:r>
        <w:t>to Allah ke ehsanat mein jeena, Allah ki nematon mein jeena, Allah ko har waqt Acknowledge karte rehna, Allah ke</w:t>
      </w:r>
    </w:p>
    <w:p>
      <w:pPr>
        <w:jc w:val="right"/>
      </w:pPr>
      <w:r>
        <w:t>تو اللہ کے احسانات میں جینا، اللہ کی نعمتوں میں جینا، اللہ کو ہر وقت Acknowledge کرتے رہنا، اللہ کے</w:t>
      </w:r>
    </w:p>
    <w:p>
      <w:r>
        <w:rPr>
          <w:b/>
        </w:rPr>
        <w:t xml:space="preserve">[03:32] </w:t>
      </w:r>
      <w:r>
        <w:t>ka har waqt ehtram karte rehna,</w:t>
      </w:r>
    </w:p>
    <w:p>
      <w:pPr>
        <w:jc w:val="right"/>
      </w:pPr>
      <w:r>
        <w:t>کا ہر وقت احترام کرتے رہنا،</w:t>
      </w:r>
    </w:p>
    <w:p>
      <w:r>
        <w:rPr>
          <w:b/>
        </w:rPr>
        <w:t xml:space="preserve">[03:37] </w:t>
      </w:r>
      <w:r>
        <w:t>isi ko shukr kaha jata hai.</w:t>
      </w:r>
    </w:p>
    <w:p>
      <w:pPr>
        <w:jc w:val="right"/>
      </w:pPr>
      <w:r>
        <w:t>اسی کو شکر کہا جاتا ہے۔</w:t>
      </w:r>
    </w:p>
    <w:p>
      <w:r>
        <w:rPr>
          <w:b/>
        </w:rPr>
        <w:t xml:space="preserve">[03:40] </w:t>
      </w:r>
      <w:r>
        <w:t>to shukr ke, shukr ki nafsiyat mein jeena, is dunya mein, jis dunya mein aap hain, ek behad mushkil kaam hai.</w:t>
      </w:r>
    </w:p>
    <w:p>
      <w:pPr>
        <w:jc w:val="right"/>
      </w:pPr>
      <w:r>
        <w:t>تو شکر کے، شکر کی نفسیات میں جینا، اس دنیا میں، جس دنیا میں آپ ہیں، ایک بے حد مشکل کام ہے۔</w:t>
      </w:r>
    </w:p>
    <w:p>
      <w:r>
        <w:rPr>
          <w:b/>
        </w:rPr>
        <w:t xml:space="preserve">[03:55] </w:t>
      </w:r>
      <w:r>
        <w:t>har aadmi ka yeh tajurba hai ke dunya mein is ko rehna parta hai, musalsal tor par, nakhushgawar halaat mein.</w:t>
      </w:r>
    </w:p>
    <w:p>
      <w:pPr>
        <w:jc w:val="right"/>
      </w:pPr>
      <w:r>
        <w:t>ہر آدمی کا یہ تجربہ ہے کہ دنیا میں اس کو رہنا پڑتا ہے، مسلسل طور پر، ناخوشگوار حالات میں۔</w:t>
      </w:r>
    </w:p>
    <w:p>
      <w:r>
        <w:rPr>
          <w:b/>
        </w:rPr>
        <w:t xml:space="preserve">[04:05] </w:t>
      </w:r>
      <w:r>
        <w:t>yahan har waqt koi na koi Provocation hota hai. koi na koi Negative Experience hota hai.</w:t>
      </w:r>
    </w:p>
    <w:p>
      <w:pPr>
        <w:jc w:val="right"/>
      </w:pPr>
      <w:r>
        <w:t>یہاں ہر وقت کوئی نہ کوئی Provocation ہوتا ہے۔ کوئی نہ کوئی Negative Experience ہوتا ہے۔</w:t>
      </w:r>
    </w:p>
    <w:p>
      <w:r>
        <w:rPr>
          <w:b/>
        </w:rPr>
        <w:t xml:space="preserve">[04:17] </w:t>
      </w:r>
      <w:r>
        <w:t>kisi na kisi nuqsan ka tajurba hota hai. koi na koi aisi baat keh deta hai jis se aadmi ko ghussa aa jata hai.</w:t>
      </w:r>
    </w:p>
    <w:p>
      <w:pPr>
        <w:jc w:val="right"/>
      </w:pPr>
      <w:r>
        <w:t>کسی نہ کسی نقصان کا تجربہ ہوتا ہے۔ کوئی نہ کوئی ایسی بات کہہ دیتا ہے جس سے آدمی کو غصہ آ جاتا ہے۔</w:t>
      </w:r>
    </w:p>
    <w:p>
      <w:r>
        <w:rPr>
          <w:b/>
        </w:rPr>
        <w:t xml:space="preserve">[04:29] </w:t>
      </w:r>
      <w:r>
        <w:t>yani dunya mein aadmi ek Social Life, yani ek Society ke andar rehta hai. aur jahan Society hai, jahan Social Life hai, wahan par lazman Problem hai.</w:t>
      </w:r>
    </w:p>
    <w:p>
      <w:pPr>
        <w:jc w:val="right"/>
      </w:pPr>
      <w:r>
        <w:t>یعنی دنیا میں آدمی ایک Social Life، یعنی ایک Society کے اندر رہتا ہے۔ اور جہاں Society ہے، جہاں Social Life ہے، وہاں پر لازماً Problem ہے۔</w:t>
      </w:r>
    </w:p>
    <w:p>
      <w:r>
        <w:rPr>
          <w:b/>
        </w:rPr>
        <w:t xml:space="preserve">[04:44] </w:t>
      </w:r>
      <w:r>
        <w:t>yeh ek har aadmi janta hai is baat ko.</w:t>
      </w:r>
    </w:p>
    <w:p>
      <w:pPr>
        <w:jc w:val="right"/>
      </w:pPr>
      <w:r>
        <w:t>یہ ایک ہر آدمی جانتا ہے اس بات کو۔</w:t>
      </w:r>
    </w:p>
    <w:p>
      <w:r>
        <w:rPr>
          <w:b/>
        </w:rPr>
        <w:t xml:space="preserve">[04:51] </w:t>
      </w:r>
      <w:r>
        <w:t>yani Social Life means Living in Problems.</w:t>
      </w:r>
    </w:p>
    <w:p>
      <w:pPr>
        <w:jc w:val="right"/>
      </w:pPr>
      <w:r>
        <w:t>یعنی Social Life means Living in Probl</w:t>
      </w:r>
    </w:p>
    <w:p>
      <w:r>
        <w:rPr>
          <w:b/>
        </w:rPr>
        <w:t xml:space="preserve">[04:55] </w:t>
      </w:r>
      <w:r>
        <w:t>to ab sawal yeh hai ke jo aadmi har waqt Problem mein jeeta ho, har waqt is ko kuch na kuch Negative Experience ho raha ho, kuch na kuch Unpleasant Situation pesh aa rahi ho, to shukr kare kaise ho?</w:t>
      </w:r>
    </w:p>
    <w:p>
      <w:pPr>
        <w:jc w:val="right"/>
      </w:pPr>
      <w:r>
        <w:t>ems۔ تو اب سوال یہ ہے کہ جو آدمی ہر وقت Problem میں جیتا ہو، ہر وقت اس کو کچھ نہ کچھ Negative Experience ہو رہا ہو، کچھ نہ کچھ Unpleasant Situation پیش آ رہی ہو، تو شکر کرے کیسے ہو؟</w:t>
      </w:r>
    </w:p>
    <w:p>
      <w:r>
        <w:rPr>
          <w:b/>
        </w:rPr>
        <w:t xml:space="preserve">[05:12] </w:t>
      </w:r>
      <w:r>
        <w:t>haqeeqi shukr. to lip service karega, alhamdulillah, alhamdulillah. lekin allah ta'ala ko lip service mutloob nahin hai.</w:t>
      </w:r>
    </w:p>
    <w:p>
      <w:pPr>
        <w:jc w:val="right"/>
      </w:pPr>
      <w:r>
        <w:t>حقیقی شکر۔ تو Lip Service کرے گا، الحمدللہ، الحمدللہ۔ لیکن اللہ تعالیٰ کو Lip Service مطلوب نہیں ہے۔</w:t>
      </w:r>
    </w:p>
    <w:p>
      <w:r>
        <w:rPr>
          <w:b/>
        </w:rPr>
        <w:t xml:space="preserve">[05:22] </w:t>
      </w:r>
      <w:r>
        <w:t>yani shukr ka yeh bohat hi zyada, yani strange underestimation hai ke lip service ko shukr samajh liya jaye.</w:t>
      </w:r>
    </w:p>
    <w:p>
      <w:pPr>
        <w:jc w:val="right"/>
      </w:pPr>
      <w:r>
        <w:t>یعنی شکر کا یہ بہت ہی زیادہ، یعنی Strange Underestimation ہے کہ Lip Service کو شکر سمجھ لیا جائے۔</w:t>
      </w:r>
    </w:p>
    <w:p>
      <w:r>
        <w:rPr>
          <w:b/>
        </w:rPr>
        <w:t xml:space="preserve">[05:37] </w:t>
      </w:r>
      <w:r>
        <w:t>shukr ko allah ki azmat ke barabar hona chahiye. to lip service zahir hai ke allah ki azmat ke barabar nahin hai.</w:t>
      </w:r>
    </w:p>
    <w:p>
      <w:pPr>
        <w:jc w:val="right"/>
      </w:pPr>
      <w:r>
        <w:t>شکر کو اللہ کی عظمت کے برابر ہونا چاہیے۔ تو Lip Service ظاہر ہے کہ اللہ کی عظمت کے برابر نہیں ہے۔</w:t>
      </w:r>
    </w:p>
    <w:p>
      <w:r>
        <w:rPr>
          <w:b/>
        </w:rPr>
        <w:t xml:space="preserve">[05:47] </w:t>
      </w:r>
      <w:r>
        <w:t>to yeh bohat bada sawal hai ke haqeeqi shukr, haqeeqi shukr jo hai woh kaise aadmi ke andar paida ho?</w:t>
      </w:r>
    </w:p>
    <w:p>
      <w:pPr>
        <w:jc w:val="right"/>
      </w:pPr>
      <w:r>
        <w:t>تو یہ بہت بڑا سوال ہے کہ حقیقی شکر، حقیقی شکر جو ہے وہ کیسے آدمی کے اندر پیدا ہو؟</w:t>
      </w:r>
    </w:p>
    <w:p>
      <w:r>
        <w:rPr>
          <w:b/>
        </w:rPr>
        <w:t xml:space="preserve">[05:57] </w:t>
      </w:r>
      <w:r>
        <w:t>kaise shukr wali nafsiyat bane? kaise shukr ki soch aaye? kaise woh, woh personality bane jo har mauqe par allah ka, yani haqeeqi shukr ada karta rahe?</w:t>
      </w:r>
    </w:p>
    <w:p>
      <w:pPr>
        <w:jc w:val="right"/>
      </w:pPr>
      <w:r>
        <w:t>کیسے شکر والی نفسیات بنے؟ کیسے شکر کی سوچ آئے؟ کیسے وہ، وہ Personality بنے جو ہر موقع پر اللہ کا، یعنی حقیقی شکر ادا کرتا رہے؟</w:t>
      </w:r>
    </w:p>
    <w:p>
      <w:r>
        <w:rPr>
          <w:b/>
        </w:rPr>
        <w:t xml:space="preserve">[06:18] </w:t>
      </w:r>
      <w:r>
        <w:t>to yeh paida hoga hikmat se. hikmat aap ko yeh salahiyat, yeh aap ke andar yeh ability paida karegi ke problem ke darmiyan hote hue bhi aap allah ka shukr karte rahein.</w:t>
      </w:r>
    </w:p>
    <w:p>
      <w:pPr>
        <w:jc w:val="right"/>
      </w:pPr>
      <w:r>
        <w:t>تو یہ پیدا ہوگا حکمت سے۔ حکمت آپ کو یہ صلاحیت، یہ آپ کے اندر یہ Ability پیدا کرے گی کہ Problem کے درمیان ہوتے ہوئے بھی آپ اللہ کا شکر کرتے رہیں۔</w:t>
      </w:r>
    </w:p>
    <w:p>
      <w:r>
        <w:rPr>
          <w:b/>
        </w:rPr>
        <w:t xml:space="preserve">[06:37] </w:t>
      </w:r>
      <w:r>
        <w:t>woh kaise? aap ke andar hikmat agar hogi, wisdom hogi to aap ke andar aala soch hogi.</w:t>
      </w:r>
    </w:p>
    <w:p>
      <w:pPr>
        <w:jc w:val="right"/>
      </w:pPr>
      <w:r>
        <w:t>وہ کیسے؟ آپ کے اندر حکمت اگر ہوگی، Wisdom ہوگی تو آپ کے اندر اعلیٰ سوچ ہوگی۔</w:t>
      </w:r>
    </w:p>
    <w:p>
      <w:r>
        <w:rPr>
          <w:b/>
        </w:rPr>
        <w:t xml:space="preserve">[06:46] </w:t>
      </w:r>
      <w:r>
        <w:t>aap sochne ka, aap ke andar sochne ki salahiyat hogi. aap mamlaat ko objective tor par jaiza lenge.</w:t>
      </w:r>
    </w:p>
    <w:p>
      <w:pPr>
        <w:jc w:val="right"/>
      </w:pPr>
      <w:r>
        <w:t>آپ سوچنے کا، آپ کے اندر سوچنے کی صلاحیت ہوگی۔ آپ معاملات کو Objective طور پر جائزہ لیں گے۔</w:t>
      </w:r>
    </w:p>
    <w:p>
      <w:r>
        <w:rPr>
          <w:b/>
        </w:rPr>
        <w:t xml:space="preserve">[06:58] </w:t>
      </w:r>
      <w:r>
        <w:t>to sochte sochte aap ko yeh discovery hogi ke jis cheez ko mein problem keh raha hoon woh to creation plan of god ka hissa hai.</w:t>
      </w:r>
    </w:p>
    <w:p>
      <w:pPr>
        <w:jc w:val="right"/>
      </w:pPr>
      <w:r>
        <w:t>تو سوچتے سوچتے آپ کو یہ Discovery ہوگی کہ جس چیز کو میں Problem کہہ رہا ہوں وہ تو Creation Plan of God کا حصہ ہے۔</w:t>
      </w:r>
    </w:p>
    <w:p>
      <w:r>
        <w:rPr>
          <w:b/>
        </w:rPr>
        <w:t xml:space="preserve">[07:11] </w:t>
      </w:r>
      <w:r>
        <w:t>chunki allah ta'ala ne insaan ko diya hai freedom, azadi. to har aadmi aazad hai ke jaise chahe woh apni azadi ko istemal kare.</w:t>
      </w:r>
    </w:p>
    <w:p>
      <w:pPr>
        <w:jc w:val="right"/>
      </w:pPr>
      <w:r>
        <w:t>چونکہ اللہ تعالیٰ نے انسان کو دیا ہے Freedom، آزادی۔ تو ہر آدمی آزاد ہے کہ جیسے چاہے وہ اپنی آزادی کو استعمال کرے۔</w:t>
      </w:r>
    </w:p>
    <w:p>
      <w:r>
        <w:rPr>
          <w:b/>
        </w:rPr>
        <w:t xml:space="preserve">[07:24] </w:t>
      </w:r>
      <w:r>
        <w:t>woh ise push kar ke istemal karega. apni azadi ko woh doosron se push kar ke istemal karega. apni marzi ke mutabiq istemal karega.</w:t>
      </w:r>
    </w:p>
    <w:p>
      <w:pPr>
        <w:jc w:val="right"/>
      </w:pPr>
      <w:r>
        <w:t>وہ اسے Push کر کے استعمال کرے گا۔ اپنی آزادی کو وہ دوسروں سے Push کر کے استعمال کرے گا۔ اپنی مرضی کے مطابق استعمال کرے گا۔</w:t>
      </w:r>
    </w:p>
    <w:p>
      <w:r>
        <w:rPr>
          <w:b/>
        </w:rPr>
        <w:t xml:space="preserve">[07:36] </w:t>
      </w:r>
      <w:r>
        <w:t>to yahi woh cheez hai jo problem paida karti hai.</w:t>
      </w:r>
    </w:p>
    <w:p>
      <w:pPr>
        <w:jc w:val="right"/>
      </w:pPr>
      <w:r>
        <w:t>تو یہی وہ چیز ہے جو Problem پیدا کرتی ہے۔</w:t>
      </w:r>
    </w:p>
    <w:p>
      <w:r>
        <w:rPr>
          <w:b/>
        </w:rPr>
        <w:t xml:space="preserve">[07:40] </w:t>
      </w:r>
      <w:r>
        <w:t>aap chahte hain kuch, doosra chahta hai kuch.</w:t>
      </w:r>
    </w:p>
    <w:p>
      <w:pPr>
        <w:jc w:val="right"/>
      </w:pPr>
      <w:r>
        <w:t>آپ چاہتے ہیں کچھ، دوسرا چاہتا ہے کچھ۔</w:t>
      </w:r>
    </w:p>
    <w:p>
      <w:r>
        <w:rPr>
          <w:b/>
        </w:rPr>
        <w:t xml:space="preserve">[07:47] </w:t>
      </w:r>
      <w:r>
        <w:t>aap ki marzi kuch hai, doosron ki marzi kuch hai. aap ka interest kisi cheez mein hai, doosre ka interest kisi cheez mein hai. to yeh jo masla hai, yahi darasal saare problem ki jar hai.</w:t>
      </w:r>
    </w:p>
    <w:p>
      <w:pPr>
        <w:jc w:val="right"/>
      </w:pPr>
      <w:r>
        <w:t>آپ کی مرضی کچھ ہے، دوسروں کی مرضی کچھ ہے۔ آپ کا Interest کسی چیز میں ہے، دوسرے کا Interest کسی چیز میں ہے۔ تو یہ جو مسئلہ ہے، یہی دراصل سارے Problem کی جڑ ہے۔</w:t>
      </w:r>
    </w:p>
    <w:p>
      <w:r>
        <w:rPr>
          <w:b/>
        </w:rPr>
        <w:t xml:space="preserve">[08:06] </w:t>
      </w:r>
      <w:r>
        <w:t>to jab aap ke andar hikmat hogi, wisdom hogi to aap cheezon ko kya karenge? cheezon ko shikayat ki khane mein nahin dalenge.</w:t>
      </w:r>
    </w:p>
    <w:p>
      <w:pPr>
        <w:jc w:val="right"/>
      </w:pPr>
      <w:r>
        <w:t>تو جب آپ کے اندر حکمت ہوگی، Wisdom ہوگی تو آپ چیزوں کو کیا کریں گے؟ چیزوں کو شکایت کی خانے میں نہیں ڈالیں گے۔</w:t>
      </w:r>
    </w:p>
    <w:p>
      <w:r>
        <w:rPr>
          <w:b/>
        </w:rPr>
        <w:t xml:space="preserve">[08:20] </w:t>
      </w:r>
      <w:r>
        <w:t>insaan se shikayat ki khane mein nahin dalenge.</w:t>
      </w:r>
    </w:p>
    <w:p>
      <w:pPr>
        <w:jc w:val="right"/>
      </w:pPr>
      <w:r>
        <w:t>انسان سے شکایت کی خانے میں نہیں ڈالیں گے۔</w:t>
      </w:r>
    </w:p>
    <w:p>
      <w:r>
        <w:rPr>
          <w:b/>
        </w:rPr>
        <w:t xml:space="preserve">[08:26] </w:t>
      </w:r>
      <w:r>
        <w:t>isko evil samajh kar ke ghussa nahin honge. balkeh aap samjhenge ke yeh to hona hi hona hai. jab insaan ko allah ne azadi di hai to yeh hona hi hona hai.</w:t>
      </w:r>
    </w:p>
    <w:p>
      <w:pPr>
        <w:jc w:val="right"/>
      </w:pPr>
      <w:r>
        <w:t>اس کو Evil سمجھ کر کے غصہ نہیں ہوں گے۔ بلکہ آپ سمجھیں کہ یہ تو ہونا ہی ہونا ہے۔ جب انسان کو اللہ نے آزادی دی ہے تو یہ ہونا ہی ہونا ہے۔</w:t>
      </w:r>
    </w:p>
    <w:p>
      <w:r>
        <w:rPr>
          <w:b/>
        </w:rPr>
        <w:t xml:space="preserve">[08:38] </w:t>
      </w:r>
      <w:r>
        <w:t>is par hamein adjust karna padega. is par hum, is ke sath sath hamein jeena, hamein seekhna hoga is ke sath jeene ke liye.</w:t>
      </w:r>
    </w:p>
    <w:p>
      <w:pPr>
        <w:jc w:val="right"/>
      </w:pPr>
      <w:r>
        <w:t>اس پر ہمیں Adjust کرنا پڑے گا۔ اس پر ہم، اس کے ساتھ ساتھ ہمیں جینا، ہمیں سیکھنا ہوگا اس کے ساتھ جینے کے لیے۔</w:t>
      </w:r>
    </w:p>
    <w:p>
      <w:r>
        <w:rPr>
          <w:b/>
        </w:rPr>
        <w:t xml:space="preserve">[08:52] </w:t>
      </w:r>
      <w:r>
        <w:t>phir aap mazeed sochenge, mazeed sochenge, mazeed sochenge to aap daryaft karenge ke yeh evil nahin hai yeh.</w:t>
      </w:r>
    </w:p>
    <w:p>
      <w:pPr>
        <w:jc w:val="right"/>
      </w:pPr>
      <w:r>
        <w:t>پھر آپ مزید سوچیں گے، مزید سوچیں گے، مزید سوچیں گے تو آپ دریافت کریں گے کہ یہ Evil نہیں ہے یہ۔</w:t>
      </w:r>
    </w:p>
    <w:p>
      <w:r>
        <w:rPr>
          <w:b/>
        </w:rPr>
        <w:t xml:space="preserve">[09:01] </w:t>
      </w:r>
      <w:r>
        <w:t>yeh problem jo hai yeh evil nahin hai. kyunke problem ki wajah se aap ko shuk lagta hai. aap ka zehn activate karta hai.</w:t>
      </w:r>
    </w:p>
    <w:p>
      <w:pPr>
        <w:jc w:val="right"/>
      </w:pPr>
      <w:r>
        <w:t>یہ Problem جو ہے یہ Evil نہیں ہے۔ کیونکہ Problem کی وجہ سے آپ کو شک لگتا ہے۔ آپ کا ذہن Activate کرتا ہے۔</w:t>
      </w:r>
    </w:p>
    <w:p>
      <w:r>
        <w:rPr>
          <w:b/>
        </w:rPr>
        <w:t xml:space="preserve">[09:12] </w:t>
      </w:r>
      <w:r>
        <w:t>aap ke potential jaagte hain. aap ke andar intellectual development hota hai. aap ke andar creativity barhti hai.</w:t>
      </w:r>
    </w:p>
    <w:p>
      <w:pPr>
        <w:jc w:val="right"/>
      </w:pPr>
      <w:r>
        <w:t>آپ کے Potential جاگتے ہیں۔ آپ کے اندر Intellectual Development ہوتا ہے۔ آپ کے اندر Creativity بڑھتی ہے۔</w:t>
      </w:r>
    </w:p>
    <w:p>
      <w:r>
        <w:rPr>
          <w:b/>
        </w:rPr>
        <w:t xml:space="preserve">[09:22] </w:t>
      </w:r>
      <w:r>
        <w:t>yeh saari baatein na hon agar mahol mein aur society mein problem na ho. sab log dull ho jayenge. intellectual stagnation aa jayega.</w:t>
      </w:r>
    </w:p>
    <w:p>
      <w:pPr>
        <w:jc w:val="right"/>
      </w:pPr>
      <w:r>
        <w:t>یہ ساری باتیں نہ ہوں اگر ماحول میں اور Society میں Problem نہ ہو۔ سب لوگ ڈل ہو جائیں گے۔ Intellectual Stagnation آ جائے گا۔</w:t>
      </w:r>
    </w:p>
    <w:p>
      <w:r>
        <w:rPr>
          <w:b/>
        </w:rPr>
        <w:t xml:space="preserve">[09:36] </w:t>
      </w:r>
      <w:r>
        <w:t>to yeh jo kuch hai yeh to insaan ki behtari ke liye hai.</w:t>
      </w:r>
    </w:p>
    <w:p>
      <w:pPr>
        <w:jc w:val="right"/>
      </w:pPr>
      <w:r>
        <w:t>تو یہ جو کچھ ہے یہ تو انسان کی بہتری کے لیے ہے۔</w:t>
      </w:r>
    </w:p>
    <w:p>
      <w:r>
        <w:rPr>
          <w:b/>
        </w:rPr>
        <w:t xml:space="preserve">[09:42] </w:t>
      </w:r>
      <w:r>
        <w:t>to jab yeh sab sochenge aap to aap sochenge bhi to, yani</w:t>
      </w:r>
    </w:p>
    <w:p>
      <w:pPr>
        <w:jc w:val="right"/>
      </w:pPr>
      <w:r>
        <w:t>تو جب یہ سب سوچیں گے آپ تو آپ سوچیں گے بھی تو، یعنی</w:t>
      </w:r>
    </w:p>
    <w:p>
      <w:r>
        <w:rPr>
          <w:b/>
        </w:rPr>
        <w:t xml:space="preserve">[09:53] </w:t>
      </w:r>
      <w:r>
        <w:t>take it easy ka mamla hai. is ko ba taur ek haqeeqat waqea ka hamein cover karna chahiye.</w:t>
      </w:r>
    </w:p>
    <w:p>
      <w:pPr>
        <w:jc w:val="right"/>
      </w:pPr>
      <w:r>
        <w:t>Take It Easy کا معاملہ ہے۔ اس کو بطور ایک حقیقت واقعہ کا ہمیں Cover کرنا چاہیے۔</w:t>
      </w:r>
    </w:p>
    <w:p>
      <w:r>
        <w:rPr>
          <w:b/>
        </w:rPr>
        <w:t xml:space="preserve">[10:06] </w:t>
      </w:r>
      <w:r>
        <w:t>jaise barish hoti hai to kuch Problem bhi paida</w:t>
      </w:r>
    </w:p>
    <w:p>
      <w:pPr>
        <w:jc w:val="right"/>
      </w:pPr>
      <w:r>
        <w:t>جیسے بارش ہوتی ہے تو کچھ Problem بھی پیدا</w:t>
      </w:r>
    </w:p>
    <w:p>
      <w:r>
        <w:rPr>
          <w:b/>
        </w:rPr>
        <w:t xml:space="preserve">[10:09] </w:t>
      </w:r>
      <w:r>
        <w:t>hote hain. phir barish ko aap rehmat samajhte hain. kyunke barish ki wajah se barish na ho to fasal na ho gi. barish na ho to humein khane ko na mile.</w:t>
      </w:r>
    </w:p>
    <w:p>
      <w:pPr>
        <w:jc w:val="right"/>
      </w:pPr>
      <w:r>
        <w:t>ہوتے ہیں۔ پھر بارش کو آپ رحمت سمجھتے ہیں۔ کیونکہ بارش کی وجہ سے بارش نہ ہو تو فصل نہ ہو گی۔ بارش نہ ہو تو ہمیں کھانے کو نہ ملے۔</w:t>
      </w:r>
    </w:p>
    <w:p>
      <w:r>
        <w:rPr>
          <w:b/>
        </w:rPr>
        <w:t xml:space="preserve">[10:23] </w:t>
      </w:r>
      <w:r>
        <w:t>to yeh sab jo hai isi ka naam hai hikmat, Wisdom.</w:t>
      </w:r>
    </w:p>
    <w:p>
      <w:pPr>
        <w:jc w:val="right"/>
      </w:pPr>
      <w:r>
        <w:t>تو یہ سب جو ہے اسی کا نام ہے حکمت، Wisdom۔</w:t>
      </w:r>
    </w:p>
    <w:p>
      <w:r>
        <w:rPr>
          <w:b/>
        </w:rPr>
        <w:t xml:space="preserve">[10:30] </w:t>
      </w:r>
      <w:r>
        <w:t>jab yeh sab aap sochen ge to jin cheezon ko aap dale hue hain shikayat ke khane mein, zulm ke khane mein, woh sab Positive ban jaye ga.</w:t>
      </w:r>
    </w:p>
    <w:p>
      <w:pPr>
        <w:jc w:val="right"/>
      </w:pPr>
      <w:r>
        <w:t>جب یہ سب آپ سوچیں گے تو جن چیزوں کو آپ ڈالے ہوئے ہیں شکایت کے خانے میں، ظلم کے خانے میں، وہ سب Positive بن جائے گا۔</w:t>
      </w:r>
    </w:p>
    <w:p>
      <w:r>
        <w:rPr>
          <w:b/>
        </w:rPr>
        <w:t xml:space="preserve">[10:43] </w:t>
      </w:r>
      <w:r>
        <w:t>woh sab aap ke zehen mein aik Normal waqiat ban jayen ge. tab ja kar yeh mumkin hoga ke aap khalq ka shukar karen.</w:t>
      </w:r>
    </w:p>
    <w:p>
      <w:pPr>
        <w:jc w:val="right"/>
      </w:pPr>
      <w:r>
        <w:t>وہ سب آپ کے ذہن میں ایک Normal واقعات بن جائیں گے۔ تب جا کر یہ ممکن ہوگا کہ آپ خالق کا شکر کریں۔</w:t>
      </w:r>
    </w:p>
    <w:p>
      <w:r>
        <w:rPr>
          <w:b/>
        </w:rPr>
        <w:t xml:space="preserve">[10:56] </w:t>
      </w:r>
      <w:r>
        <w:t>Allah ke liye haqeeqi shukar ki nafsiyat aap ke andar paida ho. warna aap Lip Service karen ge. yaani zuban se aap kahen ge Alhamdulillah, andar shikayaten bhari hui hain.</w:t>
      </w:r>
    </w:p>
    <w:p>
      <w:pPr>
        <w:jc w:val="right"/>
      </w:pPr>
      <w:r>
        <w:t>اللہ کے لیے حقیقی شکر کی نفسیات آپ کے اندر پیدا ہو۔ ورنہ آپ Lip Service کریں گے۔ یعنی زبان سے آپ کہیں گے الحمدللہ، اندر شکایتیں بھری ہوئی ہیں۔</w:t>
      </w:r>
    </w:p>
    <w:p>
      <w:r>
        <w:rPr>
          <w:b/>
        </w:rPr>
        <w:t xml:space="preserve">[11:09] </w:t>
      </w:r>
      <w:r>
        <w:t>Allah ke liye koi bara ehsas aap ke andar nahi hai.</w:t>
      </w:r>
    </w:p>
    <w:p>
      <w:pPr>
        <w:jc w:val="right"/>
      </w:pPr>
      <w:r>
        <w:t>اللہ کے لیے کوئی بڑا احساس آپ کے اندر نہیں ہے۔</w:t>
      </w:r>
    </w:p>
    <w:p>
      <w:r>
        <w:rPr>
          <w:b/>
        </w:rPr>
        <w:t xml:space="preserve">[11:18] </w:t>
      </w:r>
      <w:r>
        <w:t>yeh hai raaz jis ki wajah se shukar ke sath hikmat ko jora gaya hai.</w:t>
      </w:r>
    </w:p>
    <w:p>
      <w:pPr>
        <w:jc w:val="right"/>
      </w:pPr>
      <w:r>
        <w:t>یہ ہے راز جس کی وجہ سے شکر کے ساتھ حکمت کو جوڑا گیا ہے۔</w:t>
      </w:r>
    </w:p>
    <w:p>
      <w:r>
        <w:rPr>
          <w:b/>
        </w:rPr>
        <w:t xml:space="preserve">[11:24] </w:t>
      </w:r>
      <w:r>
        <w:t>shukar ke liye hikmat zaroori hai. hikmat nahi to shukar bhi nahi. yaani Wise Thinking, hakeemana soch zaroori hai.</w:t>
      </w:r>
    </w:p>
    <w:p>
      <w:pPr>
        <w:jc w:val="right"/>
      </w:pPr>
      <w:r>
        <w:t>شکر کے لیے حکمت ضروری ہے۔ حکمت نہیں تو شکر بھی نہیں۔ یعنی Wise Thinking، حکیمانہ سوچ ضروری ہے۔</w:t>
      </w:r>
    </w:p>
    <w:p>
      <w:r>
        <w:rPr>
          <w:b/>
        </w:rPr>
        <w:t xml:space="preserve">[11:36] </w:t>
      </w:r>
      <w:r>
        <w:t>hakeemana soch kya hai? hikmat kya hai? cheezon ko</w:t>
      </w:r>
    </w:p>
    <w:p>
      <w:pPr>
        <w:jc w:val="right"/>
      </w:pPr>
      <w:r>
        <w:t>حکیمانہ سوچ کیا ہے؟ حکمت کیا ہے؟ چیزوں کو</w:t>
      </w:r>
    </w:p>
    <w:p>
      <w:r>
        <w:rPr>
          <w:b/>
        </w:rPr>
        <w:t xml:space="preserve">[11:44] </w:t>
      </w:r>
      <w:r>
        <w:t>Favorable andaaz mein Explain karna.</w:t>
      </w:r>
    </w:p>
    <w:p>
      <w:pPr>
        <w:jc w:val="right"/>
      </w:pPr>
      <w:r>
        <w:t>Favorable انداز میں Explain کرنا۔</w:t>
      </w:r>
    </w:p>
    <w:p>
      <w:r>
        <w:rPr>
          <w:b/>
        </w:rPr>
        <w:t xml:space="preserve">[11:48] </w:t>
      </w:r>
      <w:r>
        <w:t>jo halaat hain un ko aap aise Explain kar payen jo aap ke liye Favorable hain. jin se yeh maloom ho ke yeh to Normal, yeh to, yeh to Normal baat hai.</w:t>
      </w:r>
    </w:p>
    <w:p>
      <w:pPr>
        <w:jc w:val="right"/>
      </w:pPr>
      <w:r>
        <w:t>جو حالات ہیں ان کو آپ ایسے Explain کر پائیں جو آپ کے لیے Favorable ہیں۔ جن سے یہ معلوم ہو کہ یہ تو Normal، یہ تو، یہ تو Normal بات ہے۔</w:t>
      </w:r>
    </w:p>
    <w:p>
      <w:r>
        <w:rPr>
          <w:b/>
        </w:rPr>
        <w:t xml:space="preserve">[12:08] </w:t>
      </w:r>
      <w:r>
        <w:t>is tarah Explain kar saken aap. to hikmat ka matlab hai ke cheezon ko is tarah Explain kar sakna ke woh aap ko Normal lagen.</w:t>
      </w:r>
    </w:p>
    <w:p>
      <w:pPr>
        <w:jc w:val="right"/>
      </w:pPr>
      <w:r>
        <w:t>اس طرح Explain کر سکیں آپ۔ تو حکمت کا مطلب ہے کہ چیزوں کو اس طرح Explain کر سکنا کہ وہ آپ کو Normal لگیں۔</w:t>
      </w:r>
    </w:p>
    <w:p>
      <w:r>
        <w:rPr>
          <w:b/>
        </w:rPr>
        <w:t xml:space="preserve">[12:18] </w:t>
      </w:r>
      <w:r>
        <w:t>bilkul muaddal dikhai den. ke yeh to, yeh to hona hi hone wala hai.</w:t>
      </w:r>
    </w:p>
    <w:p>
      <w:pPr>
        <w:jc w:val="right"/>
      </w:pPr>
      <w:r>
        <w:t>بالکل معدل دکھائی دیں۔ کہ یہ تو، یہ تو ہونا ہی ہونے والا ہے۔</w:t>
      </w:r>
    </w:p>
    <w:p>
      <w:r>
        <w:rPr>
          <w:b/>
        </w:rPr>
        <w:t xml:space="preserve">[12:31] </w:t>
      </w:r>
      <w:r>
        <w:t>to yeh sabab hai jis ki wajah se hikmat ko shukar ke sath jora gaya hai.</w:t>
      </w:r>
    </w:p>
    <w:p>
      <w:pPr>
        <w:jc w:val="right"/>
      </w:pPr>
      <w:r>
        <w:t>تو یہ سبب ہے جس کی وجہ سے حکمت کو شکر کے ساتھ جوڑا گیا ہے۔</w:t>
      </w:r>
    </w:p>
    <w:p>
      <w:r>
        <w:rPr>
          <w:b/>
        </w:rPr>
        <w:t xml:space="preserve">[12:39] </w:t>
      </w:r>
      <w:r>
        <w:t>jo aadmi chahta hai ke dunya mein shukar ke sath jiye, akhirat mein is ka shumar shukar karne wale mein ho.</w:t>
      </w:r>
    </w:p>
    <w:p>
      <w:pPr>
        <w:jc w:val="right"/>
      </w:pPr>
      <w:r>
        <w:t>جو آدمی چاہتا ہے کہ دنیا میں شکر کے ساتھ جیئے، آخرت میں اس کا شمار شکر کرنے والے میں ہو۔</w:t>
      </w:r>
    </w:p>
    <w:p>
      <w:r>
        <w:rPr>
          <w:b/>
        </w:rPr>
        <w:t xml:space="preserve">[12:51] </w:t>
      </w:r>
      <w:r>
        <w:t>akhirat mein is ko</w:t>
      </w:r>
    </w:p>
    <w:p>
      <w:pPr>
        <w:jc w:val="right"/>
      </w:pPr>
      <w:r>
        <w:t>آخرت میں اس کو</w:t>
      </w:r>
    </w:p>
    <w:p>
      <w:r>
        <w:rPr>
          <w:b/>
        </w:rPr>
        <w:t xml:space="preserve">[12:55] </w:t>
      </w:r>
      <w:r>
        <w:t>shukar ke badle mein jannat di jaye. jo aadmi yeh chahta ho to is ko apne andar hakeemana tarz-e-fikr paida karna hoga.</w:t>
      </w:r>
    </w:p>
    <w:p>
      <w:pPr>
        <w:jc w:val="right"/>
      </w:pPr>
      <w:r>
        <w:t>شکر کے بدلے میں جنت دی جائے۔ جو آدمی یہ چاہتا ہو تو اس کو اپنے اندر حکیمانہ طرز فکر پیدا کرنا ہوگا۔</w:t>
      </w:r>
    </w:p>
    <w:p>
      <w:r>
        <w:rPr>
          <w:b/>
        </w:rPr>
        <w:t xml:space="preserve">[13:06] </w:t>
      </w:r>
      <w:r>
        <w:t>apne andar Wisdom lana hoga. yaani apne andar woh salahiyat paida karna hoga jis ke zariye woh waqiat ko Favorable andaaz mein Explain kar sake.</w:t>
      </w:r>
    </w:p>
    <w:p>
      <w:pPr>
        <w:jc w:val="right"/>
      </w:pPr>
      <w:r>
        <w:t>اپنے اندر Wisdom لانا ہوگا۔ یعنی اپنے اندر وہ صلاحیت پیدا کرنا ہوگا جس کے ذریعے وہ واقعات کو Favorable انداز میں Explain کر سکے۔</w:t>
      </w:r>
    </w:p>
    <w:p>
      <w:r>
        <w:rPr>
          <w:b/>
        </w:rPr>
        <w:t xml:space="preserve">[13:24] </w:t>
      </w:r>
      <w:r>
        <w:t>jin cheezon ko log kehte hain zulm, jin cheezon ko log kehte hain na-insafi, jin logon ko log kehte hain Innocence, jin cheezon ko log kehte hain Problem, in sari cheezon ko aap is tarah Explain kar saken.</w:t>
      </w:r>
    </w:p>
    <w:p>
      <w:pPr>
        <w:jc w:val="right"/>
      </w:pPr>
      <w:r>
        <w:t>جن چیزوں کو لوگ کہتے ہیں ظلم، جن چیزوں کو لوگ کہتے ہیں ناانصافی، جن لوگوں کو لوگ کہتے ہیں Innocence، جن لوگوں کو لوگ کہتے ہیں Problem، ان ساری چیزوں کو آپ اس طرح Explain کر سکیں۔</w:t>
      </w:r>
    </w:p>
    <w:p>
      <w:r>
        <w:rPr>
          <w:b/>
        </w:rPr>
        <w:t xml:space="preserve">[13:40] </w:t>
      </w:r>
      <w:r>
        <w:t>unki is tarah tawil kar saken ke woh aap ko bilkul Normal dikhai den.</w:t>
      </w:r>
    </w:p>
    <w:p>
      <w:pPr>
        <w:jc w:val="right"/>
      </w:pPr>
      <w:r>
        <w:t>ان کی اس طرح توجیح کر سکیں کہ وہ آپ کو بالکل Normal دکھائی دیں۔</w:t>
      </w:r>
    </w:p>
    <w:p>
      <w:r>
        <w:rPr>
          <w:b/>
        </w:rPr>
        <w:t xml:space="preserve">[13:49] </w:t>
      </w:r>
      <w:r>
        <w:t>bilkul Normal. tab ja kar yeh mumkin hai ke aap ke andar woh nafsiyat paida ho jo nafsiyat haqeeqi maanon mein shukar ke liye zaroori hai.</w:t>
      </w:r>
    </w:p>
    <w:p>
      <w:pPr>
        <w:jc w:val="right"/>
      </w:pPr>
      <w:r>
        <w:t>بالکل Normal۔ تب جا کر یہ ممکن ہے کہ آپ کے اندر وہ نفسیات پیدا ہو جو نفسیات حقیقی معنوں میں شکر کے لیے ضروری ہے۔</w:t>
      </w:r>
    </w:p>
    <w:p>
      <w:r>
        <w:rPr>
          <w:b/>
        </w:rPr>
        <w:t xml:space="preserve">[14:03] </w:t>
      </w:r>
      <w:r>
        <w:t>shukar ke liye zaroori hai.</w:t>
      </w:r>
    </w:p>
    <w:p>
      <w:pPr>
        <w:jc w:val="right"/>
      </w:pPr>
      <w:r>
        <w:t>شکر کے لیے ضروری ہے۔</w:t>
      </w:r>
    </w:p>
    <w:p>
      <w:r>
        <w:rPr>
          <w:b/>
        </w:rPr>
        <w:t xml:space="preserve">[14:10] </w:t>
      </w:r>
      <w:r>
        <w:t>aur jo shaitan ne kaha tha jab Challenge diya tha is ne Allah taala ko ke وَلَا تَجَدُوا أَكْثَرَهُمْ شَاكِرِينَ</w:t>
      </w:r>
    </w:p>
    <w:p>
      <w:pPr>
        <w:jc w:val="right"/>
      </w:pPr>
      <w:r>
        <w:t>اور جو شیطان نے کہا تھا جب Challenge دیا تھا اس نے اللہ تعالیٰ کو کہ وَلَا تَجَدُوا أَكْثَرَهُمْ شَاكِرِينَ</w:t>
      </w:r>
    </w:p>
    <w:p>
      <w:r>
        <w:rPr>
          <w:b/>
        </w:rPr>
        <w:t xml:space="preserve">[14:20] </w:t>
      </w:r>
      <w:r>
        <w:t>. yeh bohat sochne ki baat hai ke shaitan ne aisa kyun kaha ke insanon ki Majority shukar se mehroom ho jaye gi. وَلَا تَجَدُوا أَكْثَرَهُمْ شَاكِرِينَ.</w:t>
      </w:r>
    </w:p>
    <w:p>
      <w:pPr>
        <w:jc w:val="right"/>
      </w:pPr>
      <w:r>
        <w:t>۔ یہ بہت سوچنے کی بات ہے کہ شیطان نے ایسا کیوں کہا کہ انسانوں کی Majority شکر سے محروم ہو جائے گی۔ وَلَا تَجَدُوا أَكْثَرَهُمْ شَاكِرِينَ۔</w:t>
      </w:r>
    </w:p>
    <w:p>
      <w:r>
        <w:rPr>
          <w:b/>
        </w:rPr>
        <w:t xml:space="preserve">[14:32] </w:t>
      </w:r>
      <w:r>
        <w:t>yeh bohat sochne ki baat hai ke shaitan ne kyun kaha aisa?</w:t>
      </w:r>
    </w:p>
    <w:p>
      <w:pPr>
        <w:jc w:val="right"/>
      </w:pPr>
      <w:r>
        <w:t>یہ بہت سوچنے کی بات ہے کہ شیطان نے کیوں کہا ایسا؟</w:t>
      </w:r>
    </w:p>
    <w:p>
      <w:r>
        <w:rPr>
          <w:b/>
        </w:rPr>
        <w:t xml:space="preserve">[14:39] </w:t>
      </w:r>
      <w:r>
        <w:t>to is ka sabab yeh tha ke shaitan yeh jaanta tha apni zaahanat ke zor par ke insaan ko rehna parega ek daarul qabz mein, World of Problem mein,</w:t>
      </w:r>
    </w:p>
    <w:p>
      <w:pPr>
        <w:jc w:val="right"/>
      </w:pPr>
      <w:r>
        <w:t>تو اس کا سبب یہ تھا کہ شیطان یہ جانتا تھا اپنی ذہانت کے زور پر کہ انسان کو رہنا پڑے گا ایک دارالقبض میں، World of Problem میں،</w:t>
      </w:r>
    </w:p>
    <w:p>
      <w:r>
        <w:rPr>
          <w:b/>
        </w:rPr>
        <w:t xml:space="preserve">[14:55] </w:t>
      </w:r>
      <w:r>
        <w:t>tarah tarah ke naakhushgawar tajurbaat ke darmiyan. kyunke Allah ne is ko Freedom diya hai. Freedom, yeh Freedom hai jo masail paida karti hai.</w:t>
      </w:r>
    </w:p>
    <w:p>
      <w:pPr>
        <w:jc w:val="right"/>
      </w:pPr>
      <w:r>
        <w:t>طرح طرح کے ناخوشگوار تجربات کے درمیان۔ کیونکہ اللہ نے اس کو Freedom دیا ہے۔ Freedom، یہ Freedom ہے جو مسائل پیدا کرتی ہے۔</w:t>
      </w:r>
    </w:p>
    <w:p>
      <w:r>
        <w:rPr>
          <w:b/>
        </w:rPr>
        <w:t xml:space="preserve">[15:09] </w:t>
      </w:r>
      <w:r>
        <w:t>to insaan is ko hakeemana tor par Explain nahi kar payega.</w:t>
      </w:r>
    </w:p>
    <w:p>
      <w:pPr>
        <w:jc w:val="right"/>
      </w:pPr>
      <w:r>
        <w:t>تو انسان اس کو حکیمانہ طور پر Explain نہیں کر پائے گا۔</w:t>
      </w:r>
    </w:p>
    <w:p>
      <w:r>
        <w:rPr>
          <w:b/>
        </w:rPr>
        <w:t xml:space="preserve">[15:19] </w:t>
      </w:r>
      <w:r>
        <w:t>kyunke hakeemana tor par Explain karne ke liye sabr chahiye, Patience chahiye, Wisdom chahiye. to wohin par woh insaan is ko baqayeda hai.</w:t>
      </w:r>
    </w:p>
    <w:p>
      <w:pPr>
        <w:jc w:val="right"/>
      </w:pPr>
      <w:r>
        <w:t>کیونکہ حکیمانہ طور پر Explain کرنے کے لیے صبر چاہیے، Patience چاہیے، Wisdom چاہیے۔ تو وہیں پر وہ انسان اس کو باقاعدہ ہے۔</w:t>
      </w:r>
    </w:p>
    <w:p>
      <w:r>
        <w:rPr>
          <w:b/>
        </w:rPr>
        <w:t xml:space="preserve">[15:33] </w:t>
      </w:r>
      <w:r>
        <w:t>yaani insaan ko baqayeda kar ke yeh sikhata hai ke yeh is ka talluq insaan ke zulm se hai.</w:t>
      </w:r>
    </w:p>
    <w:p>
      <w:pPr>
        <w:jc w:val="right"/>
      </w:pPr>
      <w:r>
        <w:t>یعنی انسان کو باقاعدہ کر کے یہ سکھاتا ہے کہ یہ اس کا تعلق انسان کے ظلم سے ہے۔</w:t>
      </w:r>
    </w:p>
    <w:p>
      <w:r>
        <w:rPr>
          <w:b/>
        </w:rPr>
        <w:t xml:space="preserve">[15:44] </w:t>
      </w:r>
      <w:r>
        <w:t>yaani jab bhi aap dekhen ke koi aadmi doosre ke khilaaf shikayat kar raha hai, doosre ke zulm ki dastaan bayan kar raha hai, doosron ki na-insaafi ko le kar jhanda utha raha hai, to woh sab samajh len ke woh shaitan ne is ko Activate kar rakha hai.</w:t>
      </w:r>
    </w:p>
    <w:p>
      <w:pPr>
        <w:jc w:val="right"/>
      </w:pPr>
      <w:r>
        <w:t>یعنی جب بھی آپ دیکھیں کہ کوئی آدمی دوسرے کے خلاف شکایت کر رہا ہے، دوسرے کے ظلم کی داستان بیان کر رہا ہے، دوسروں کی ناانصافی کو لے کر جھنڈا اٹھا رہا ہے، تو وہ سب سمجھ لیں کہ وہ شیطان نے اس کو Activate کر رکھا ہے۔</w:t>
      </w:r>
    </w:p>
    <w:p>
      <w:r>
        <w:rPr>
          <w:b/>
        </w:rPr>
        <w:t xml:space="preserve">[16:04] </w:t>
      </w:r>
      <w:r>
        <w:t>shaitan yahi insaan ko Activate karta hai ke dekho yeh na-insaafi hai, dekho yeh zulm ho raha hai, dekho yeh aadmi Problem Create kar raha hai, dekho yeh aadmi tum ko loot raha hai.</w:t>
      </w:r>
    </w:p>
    <w:p>
      <w:pPr>
        <w:jc w:val="right"/>
      </w:pPr>
      <w:r>
        <w:t>شیطان یہی انسان کو Activate کرتا ہے کہ دیکھو یہ ناانصافی ہے، دیکھو یہ ظلم ہو رہا ہے، دیکھو یہ آدمی Problem Create کر رہا ہے، دیکھو یہ آدمی تم کو لوٹ رہا ہے۔</w:t>
      </w:r>
    </w:p>
    <w:p>
      <w:r>
        <w:rPr>
          <w:b/>
        </w:rPr>
        <w:t xml:space="preserve">[16:21] </w:t>
      </w:r>
      <w:r>
        <w:t>is tarah ke jazbaat ko bharkana yeh insaan ka kaam hai, yeh shaitan ka kaam hai. insaan isi tarah ke Negative jazbaat ko bharkata hai.</w:t>
      </w:r>
    </w:p>
    <w:p>
      <w:pPr>
        <w:jc w:val="right"/>
      </w:pPr>
      <w:r>
        <w:t>اس طرح کے جذبات کو بھڑکانا یہ انسان کا کام ہے، یہ شیطان کا کام ہے۔ انسان اسی طرح کے Negative جذبات کو بھڑکاتا ہے۔</w:t>
      </w:r>
    </w:p>
    <w:p>
      <w:r>
        <w:rPr>
          <w:b/>
        </w:rPr>
        <w:t xml:space="preserve">[16:32] </w:t>
      </w:r>
      <w:r>
        <w:t>bharka kar ke aadmi ko shukr ki nafsiyat se mahroom kar deta hai. Wisdom ko chheen leta hai is se. to hikmat ka yeh hui ke aap shaitan ka muqabla karna seekhen.</w:t>
      </w:r>
    </w:p>
    <w:p>
      <w:pPr>
        <w:jc w:val="right"/>
      </w:pPr>
      <w:r>
        <w:t>بھڑکا کر کے آدمی کو شکر کی نفسیات سے محروم کر دیتا ہے۔ Wisdom کو چھین لیتا ہے اس سے۔ تو حکمت کا یہ ہوئی کہ آپ شیطان کا مقابلہ کرنا سیکھیں۔</w:t>
      </w:r>
    </w:p>
    <w:p>
      <w:r>
        <w:rPr>
          <w:b/>
        </w:rPr>
        <w:t xml:space="preserve">[16:46] </w:t>
      </w:r>
      <w:r>
        <w:t>shaitan jab aap par hamla kare ya shaitan jab aap ko Activate kare, shaitan jab aap ke andar koi</w:t>
      </w:r>
    </w:p>
    <w:p>
      <w:pPr>
        <w:jc w:val="right"/>
      </w:pPr>
      <w:r>
        <w:t>شیطان جب آپ پر حملہ کرے یا شیطان جب آپ کو Activate کرے، شیطان جب آپ کے اندر کوئی</w:t>
      </w:r>
    </w:p>
    <w:p>
      <w:r>
        <w:rPr>
          <w:b/>
        </w:rPr>
        <w:t xml:space="preserve">[16:58] </w:t>
      </w:r>
      <w:r>
        <w:t>is tarah ki baat daale aap ke zehen mein to foran aap is ko nikaal den.</w:t>
      </w:r>
    </w:p>
    <w:p>
      <w:pPr>
        <w:jc w:val="right"/>
      </w:pPr>
      <w:r>
        <w:t>اس طرح کی بات ڈالے آپ کے ذہن میں تو فوراً آپ اس کو نکال دیں۔</w:t>
      </w:r>
    </w:p>
    <w:p>
      <w:r>
        <w:rPr>
          <w:b/>
        </w:rPr>
        <w:t xml:space="preserve">[17:06] </w:t>
      </w:r>
      <w:r>
        <w:t>foran jaan len ke yeh shaitani waswasa hai. yaani woh khayal jo aap ke andar aaya ke dekho yeh zulm kar raha hai, dekho yeh na-insaafi kar raha hai, dekho yeh burai kar raha hai, to aap ke andar yeh hikmat ho ke aap jaanen ke yeh to shaitan sikha raha hai ab is ko.</w:t>
      </w:r>
    </w:p>
    <w:p>
      <w:pPr>
        <w:jc w:val="right"/>
      </w:pPr>
      <w:r>
        <w:t>فوراً جان لیں کہ یہ شیطانی وسوسہ ہے۔ یعنی وہ خیال جو آپ کے اندر آیا کہ دیکھو یہ ظلم کر رہا ہے، دیکھو یہ ناانصافی کر رہا ہے، دیکھو یہ برائی کر رہا ہے، تو آپ کے اندر یہ حکمت ہو کہ آپ جانیں کہ یہ تو شیطان سکھا رہا ہے اب اس کو۔</w:t>
      </w:r>
    </w:p>
    <w:p>
      <w:r>
        <w:rPr>
          <w:b/>
        </w:rPr>
        <w:t xml:space="preserve">[17:23] </w:t>
      </w:r>
      <w:r>
        <w:t>kyunke jo kuch ho raha hai woh is ka talluq haqeeqatan kisi ke zulm se nahi hai. woh to Creation Plan of God ka hissa hai.</w:t>
      </w:r>
    </w:p>
    <w:p>
      <w:pPr>
        <w:jc w:val="right"/>
      </w:pPr>
      <w:r>
        <w:t>کیونکہ جو کچھ ہو رہا ہے وہ اس کا تعلق حقیقتاً کسی کے ظلم سے نہیں ہے۔ وہ تو Creation Plan of God کا حصہ ہے۔</w:t>
      </w:r>
    </w:p>
    <w:p>
      <w:r>
        <w:rPr>
          <w:b/>
        </w:rPr>
        <w:t xml:space="preserve">[17:35] </w:t>
      </w:r>
      <w:r>
        <w:t>chahe yeh nizaam ho ya woh nizaam, un ki hukumat ho ya un ki hukumat, woh bahar rahega, baqi rahega. yaani koi bhi Ruler ho, koi bhi hakim ho, koi bhi nizaam ho,</w:t>
      </w:r>
    </w:p>
    <w:p>
      <w:pPr>
        <w:jc w:val="right"/>
      </w:pPr>
      <w:r>
        <w:t>چاہے یہ نظام ہو یا وہ نظام، ان کی حکومت ہو یا ان کی حکومت، وہ باہر رہے گا، باقی رہے گا۔ یعنی کوئی بھی Ruler ہو، کوئی بھی حاکم ہو، کوئی بھی نظام ہو،</w:t>
      </w:r>
    </w:p>
    <w:p>
      <w:r>
        <w:rPr>
          <w:b/>
        </w:rPr>
        <w:t xml:space="preserve">[17:48] </w:t>
      </w:r>
      <w:r>
        <w:t>koi bhi System ho, har jagah yeh baatein rahengi baqi bhi. kyun? is liye ke insaan ki azaadi ko koi awarith nahi kar sakega. insaan ki azaadi ko koi chheen nahi sakega.</w:t>
      </w:r>
    </w:p>
    <w:p>
      <w:pPr>
        <w:jc w:val="right"/>
      </w:pPr>
      <w:r>
        <w:t>کوئی بھی System ہو، ہر جگہ یہ باتیں رہیں گی باقی بھی۔ کیوں؟ اس لیے کہ انسان کی آزادی کو کوئی آوارث نہیں کر سکے گا۔ انسان کی آزادی کو کوئی چھین نہیں سکے گا۔</w:t>
      </w:r>
    </w:p>
    <w:p>
      <w:r>
        <w:rPr>
          <w:b/>
        </w:rPr>
        <w:t xml:space="preserve">[18:00] </w:t>
      </w:r>
      <w:r>
        <w:t>to koi bhi nizaam aap qaim karen, kyunke insaan ki azaadi baqi hai, to bas insaan apni azaadi ki bina par phir bhi masle Create karta rahega.</w:t>
      </w:r>
    </w:p>
    <w:p>
      <w:pPr>
        <w:jc w:val="right"/>
      </w:pPr>
      <w:r>
        <w:t>تو کوئی بھی نظام آپ قائم کریں، کیونکہ انسان کی آزادی باقی ہے، تو بس انسان اپنی آزادی کی بنا پر پھر بھی مسئلے Create کرتا رہے گا۔</w:t>
      </w:r>
    </w:p>
    <w:p>
      <w:r>
        <w:rPr>
          <w:b/>
        </w:rPr>
        <w:t xml:space="preserve">[18:11] </w:t>
      </w:r>
      <w:r>
        <w:t>hamesha.</w:t>
      </w:r>
    </w:p>
    <w:p>
      <w:pPr>
        <w:jc w:val="right"/>
      </w:pPr>
      <w:r>
        <w:t>ہمیشہ۔</w:t>
      </w:r>
    </w:p>
    <w:p>
      <w:r>
        <w:rPr>
          <w:b/>
        </w:rPr>
        <w:t xml:space="preserve">[18:13] </w:t>
      </w:r>
      <w:r>
        <w:t>to shaitan bohat hoshiyari ke sath, yaani tazeen ke sath sikhata hai insaan ko ke dekho yeh na-insaafi hai, dekho yeh zulm hai,</w:t>
      </w:r>
    </w:p>
    <w:p>
      <w:pPr>
        <w:jc w:val="right"/>
      </w:pPr>
      <w:r>
        <w:t>تو شیطان بہت ہوشیاری کے ساتھ، یعنی تزئین کے ساتھ سکھاتا ہے انسان کو کہ دیکھو یہ ناانصافی ہے، دیکھو یہ ظلم ہے،</w:t>
      </w:r>
    </w:p>
    <w:p>
      <w:r>
        <w:rPr>
          <w:b/>
        </w:rPr>
        <w:t xml:space="preserve">[18:28] </w:t>
      </w:r>
      <w:r>
        <w:t>dekho yeh Evil hai. to aadmi ko chahiye ke itna zyada woh ba-hosh ho, keh sake ke nahi, yeh to Creation Plan of God ka hissa hai.</w:t>
      </w:r>
    </w:p>
    <w:p>
      <w:pPr>
        <w:jc w:val="right"/>
      </w:pPr>
      <w:r>
        <w:t>دیکھو یہ Evil ہے۔ تو آدمی کو چاہیے کہ اتنا زیادہ وہ باہوش ہو، کہہ سکے کہ نہیں، یہ تو Creation Plan of God کا حصہ ہے۔</w:t>
      </w:r>
    </w:p>
    <w:p>
      <w:r>
        <w:rPr>
          <w:b/>
        </w:rPr>
        <w:t xml:space="preserve">[18:41] </w:t>
      </w:r>
      <w:r>
        <w:t>is tarah woh shaitan ko bhagayega.</w:t>
      </w:r>
    </w:p>
    <w:p>
      <w:pPr>
        <w:jc w:val="right"/>
      </w:pPr>
      <w:r>
        <w:t>اس طرح وہ شیطان کو بھگائے گا۔</w:t>
      </w:r>
    </w:p>
    <w:p>
      <w:r>
        <w:rPr>
          <w:b/>
        </w:rPr>
        <w:t xml:space="preserve">[18:45] </w:t>
      </w:r>
      <w:r>
        <w:t>shaitan ko bhagane ka tareeqa yeh hai ke aap maamlaat ko, waqeaat ko sahi andaaz mein Explain kar saken.</w:t>
      </w:r>
    </w:p>
    <w:p>
      <w:pPr>
        <w:jc w:val="right"/>
      </w:pPr>
      <w:r>
        <w:t>شیطان کو بھگانے کا طریقہ یہ ہے کہ آپ معاملات کو، واقعات کو صحیح انداز میں Explain کر سکیں۔</w:t>
      </w:r>
    </w:p>
    <w:p>
      <w:r>
        <w:rPr>
          <w:b/>
        </w:rPr>
        <w:t xml:space="preserve">[18:55] </w:t>
      </w:r>
      <w:r>
        <w:t>kyunke aadmi dekhen, insaan ke baray mein kaha jata hai ke Man is an explanation seeking animal. aap ko tawjeeh chahiye waqeaat ki.</w:t>
      </w:r>
    </w:p>
    <w:p>
      <w:pPr>
        <w:jc w:val="right"/>
      </w:pPr>
      <w:r>
        <w:t>کیونکہ آدمی دیکھیں، انسان کے بارے میں کہا جاتا ہے کہ Man is an explanation seeking animal۔ آپ کو توجیح چاہیے واقعات کی۔</w:t>
      </w:r>
    </w:p>
    <w:p>
      <w:r>
        <w:rPr>
          <w:b/>
        </w:rPr>
        <w:t xml:space="preserve">[19:07] </w:t>
      </w:r>
      <w:r>
        <w:t>to jab aap tawjeeh kar saken, yaani shaitani, shaitan jis Angle se dikha raha hai aap ko ke yeh to zulm hai, yeh to, yeh to fasad hai, yeh to na-insaafi hai,</w:t>
      </w:r>
    </w:p>
    <w:p>
      <w:pPr>
        <w:jc w:val="right"/>
      </w:pPr>
      <w:r>
        <w:t>تو جب آپ توجیح کر سکیں، یعنی شیطانی، شیطان جس Angle سے دکھا رہا ہے آپ کو کہ یہ تو ظلم ہے، یہ تو، یہ تو فساد ہے، یہ تو ناانصافی ہے،</w:t>
      </w:r>
    </w:p>
    <w:p>
      <w:r>
        <w:rPr>
          <w:b/>
        </w:rPr>
        <w:t xml:space="preserve">[19:21] </w:t>
      </w:r>
      <w:r>
        <w:t>yeh to Exploitation hai, to shaitan is Angle se dikhata hai aap ko cheezon ko. to aap ke andar yeh salahiyat honi chahiye ke aap is ko doosre zaawiye se dekh saken.</w:t>
      </w:r>
    </w:p>
    <w:p>
      <w:pPr>
        <w:jc w:val="right"/>
      </w:pPr>
      <w:r>
        <w:t>یہ تو Exploitation ہے، تو شیطان اس Angle سے دکھاتا ہے آپ کو چیزوں کو۔ تو آپ کے اندر یہ صلاحیت ہونی چاہیے کہ آپ اس کو دوسرے زاویے سے دیکھ سکیں۔</w:t>
      </w:r>
    </w:p>
    <w:p>
      <w:r>
        <w:rPr>
          <w:b/>
        </w:rPr>
        <w:t xml:space="preserve">[19:34] </w:t>
      </w:r>
      <w:r>
        <w:t>nahi, yeh Allah ka takhleeqi naqsha hai. Aur is ki maslehat hai. Woh khawamkhwah nahi hai.</w:t>
      </w:r>
    </w:p>
    <w:p>
      <w:pPr>
        <w:jc w:val="right"/>
      </w:pPr>
      <w:r>
        <w:t>نہیں، یہ اللہ کا تخلیقی نقشہ ہے۔ اور اس کی مصلحت ہے۔ وہ خوامخواہ نہیں ہے۔</w:t>
      </w:r>
    </w:p>
    <w:p>
      <w:r>
        <w:rPr>
          <w:b/>
        </w:rPr>
        <w:t xml:space="preserve">[19:43] </w:t>
      </w:r>
      <w:r>
        <w:t>Isi ke zariye insaan ki taraqqi hoti hai. Jab tak samaaj mein jab tak Challenge na ho, Challenge, tab tak koi taraqqi nahi ho sakti.</w:t>
      </w:r>
    </w:p>
    <w:p>
      <w:pPr>
        <w:jc w:val="right"/>
      </w:pPr>
      <w:r>
        <w:t>اسی کے ذریعے انسان کی ترقی ہوتی ہے۔ جب تک سماج میں جب تک Challenge نہ ہو، Challenge، تب تک کوئی ترقی نہیں ہو سکتی۔</w:t>
      </w:r>
    </w:p>
    <w:p>
      <w:r>
        <w:rPr>
          <w:b/>
        </w:rPr>
        <w:t xml:space="preserve">[19:53] </w:t>
      </w:r>
      <w:r>
        <w:t>Yeh sab Challenge ke waqiaat hain jin ko tum ne Negative naam de rakha hai.</w:t>
      </w:r>
    </w:p>
    <w:p>
      <w:pPr>
        <w:jc w:val="right"/>
      </w:pPr>
      <w:r>
        <w:t>یہ سب Challenge کے واقعات ہیں جن کو تم نے Negative نام دے رکھا ہے۔</w:t>
      </w:r>
    </w:p>
    <w:p>
      <w:r>
        <w:rPr>
          <w:b/>
        </w:rPr>
        <w:t xml:space="preserve">[20:00] </w:t>
      </w:r>
      <w:r>
        <w:t>Jis cheez ko logon ne naam de rakha hai zulm, Exploitation, na-insaafi aur haq talfi, woh sab kya hai?</w:t>
      </w:r>
    </w:p>
    <w:p>
      <w:pPr>
        <w:jc w:val="right"/>
      </w:pPr>
      <w:r>
        <w:t>جس چیز کو لوگوں نے نام دے رکھا ہے ظلم، Exploitation، ناانصافی اور حق تلفی، وہ سب کیا ہے؟</w:t>
      </w:r>
    </w:p>
    <w:p>
      <w:r>
        <w:rPr>
          <w:b/>
        </w:rPr>
        <w:t xml:space="preserve">[20:13] </w:t>
      </w:r>
      <w:r>
        <w:t>Woh sab Challenge ke waqiaat hain.</w:t>
      </w:r>
    </w:p>
    <w:p>
      <w:pPr>
        <w:jc w:val="right"/>
      </w:pPr>
      <w:r>
        <w:t>وہ سب Challenge کے واقعات ہیں۔</w:t>
      </w:r>
    </w:p>
    <w:p>
      <w:r>
        <w:rPr>
          <w:b/>
        </w:rPr>
        <w:t xml:space="preserve">[20:18] </w:t>
      </w:r>
      <w:r>
        <w:t>Aur Challenge ke baghair taraqqi nahi ho sakti.</w:t>
      </w:r>
    </w:p>
    <w:p>
      <w:pPr>
        <w:jc w:val="right"/>
      </w:pPr>
      <w:r>
        <w:t>اور Challenge کے بغیر ترقی نہیں ہو سکتی۔</w:t>
      </w:r>
    </w:p>
    <w:p>
      <w:r>
        <w:rPr>
          <w:b/>
        </w:rPr>
        <w:t xml:space="preserve">[20:21] </w:t>
      </w:r>
      <w:r>
        <w:t>Toh aap ke andar yeh salahiyat honi chahiye ke aap jaise hi shaitan aap ko, aap ke andar is tarah ka waswasa daale, foran aap us ko Defuse kar saken.</w:t>
      </w:r>
    </w:p>
    <w:p>
      <w:pPr>
        <w:jc w:val="right"/>
      </w:pPr>
      <w:r>
        <w:t>تو آپ کے اندر یہ صلاحیت ہونی چاہیے کہ آپ جیسے ہی شیطان آپ کو، آپ کے اندر اس طرح کا وسوسہ ڈالے، فوراً آپ اس کو Defuse کر سکیں۔</w:t>
      </w:r>
    </w:p>
    <w:p>
      <w:r>
        <w:rPr>
          <w:b/>
        </w:rPr>
        <w:t xml:space="preserve">[20:36] </w:t>
      </w:r>
      <w:r>
        <w:t>Defuse karne ka tareeqa kya hai? Is ka Right Explanation pa len. Isi ka naam hai hikmat.</w:t>
      </w:r>
    </w:p>
    <w:p>
      <w:pPr>
        <w:jc w:val="right"/>
      </w:pPr>
      <w:r>
        <w:t>Defuse کرنے کا طریقہ کیا ہے؟ اس کا Right Explanation پا لیں۔ اسی کا نام ہے حکمت۔</w:t>
      </w:r>
    </w:p>
    <w:p>
      <w:r>
        <w:rPr>
          <w:b/>
        </w:rPr>
        <w:t xml:space="preserve">[20:47] </w:t>
      </w:r>
      <w:r>
        <w:t>Toh jab tak aadmi ke andar yeh hikmat na ho, us ke andar woh nafsiaat nahi banegi, woh zehan nahi banega jo haqeeqi maanon mein, Real Sense mein Allah ka shukar ada kare.</w:t>
      </w:r>
    </w:p>
    <w:p>
      <w:pPr>
        <w:jc w:val="right"/>
      </w:pPr>
      <w:r>
        <w:t>تو جب تک آدمی کے اندر یہ حکمت نہ ہو، اس کے اندر وہ نفسیات نہیں بنے گی، وہ ذہن نہیں بنے گا جو حقیقی معنوں میں، Real Sense میں اللہ کا شکر ادا کرے۔</w:t>
      </w:r>
    </w:p>
    <w:p>
      <w:r>
        <w:rPr>
          <w:b/>
        </w:rPr>
        <w:t xml:space="preserve">[21:03] </w:t>
      </w:r>
      <w:r>
        <w:t>Woh shukar karega toh bas alfaaz bolega.</w:t>
      </w:r>
    </w:p>
    <w:p>
      <w:pPr>
        <w:jc w:val="right"/>
      </w:pPr>
      <w:r>
        <w:t>وہ شکر کرے گا تو بس الفاظ بولے گا۔</w:t>
      </w:r>
    </w:p>
    <w:p>
      <w:r>
        <w:rPr>
          <w:b/>
        </w:rPr>
        <w:t xml:space="preserve">[21:08] </w:t>
      </w:r>
      <w:r>
        <w:t>Yaani ehsaas ki satah par, zehan ki satah par, dakhli shakhsiyat ki satah par, woh nashukra bana hua hoga.</w:t>
      </w:r>
    </w:p>
    <w:p>
      <w:pPr>
        <w:jc w:val="right"/>
      </w:pPr>
      <w:r>
        <w:t>یعنی احساس کی سطح پر، ذہن کی سطح پر، داخلی شخصیت کی سطح پر، وہ ناشکرا بنا ہوا ہوگا۔</w:t>
      </w:r>
    </w:p>
    <w:p>
      <w:r>
        <w:rPr>
          <w:b/>
        </w:rPr>
        <w:t xml:space="preserve">[21:19] </w:t>
      </w:r>
      <w:r>
        <w:t>Aur zubaan se kahega Khudaaya tera shukar hai. Toh aise shukar ki Allah ko kya zaroorat hai?</w:t>
      </w:r>
    </w:p>
    <w:p>
      <w:pPr>
        <w:jc w:val="right"/>
      </w:pPr>
      <w:r>
        <w:t>اور زبان سے کہے گا خدایا تیرا شکر ہے۔ تو ایسے شکر کی اللہ کو کیا ضرورت ہے؟</w:t>
      </w:r>
    </w:p>
    <w:p>
      <w:r>
        <w:rPr>
          <w:b/>
        </w:rPr>
        <w:t xml:space="preserve">[21:27] </w:t>
      </w:r>
      <w:r>
        <w:t>Toh haqeeqi maanon mein Allah ka shukar karne wala banne ke liye zaroori hai ke aap ke andar hikmat ho, Wisdom ho, baseerat ho.</w:t>
      </w:r>
    </w:p>
    <w:p>
      <w:pPr>
        <w:jc w:val="right"/>
      </w:pPr>
      <w:r>
        <w:t>تو حقیقی معنوں میں اللہ کا شکر کرنے والا بننے کے لیے ضروری ہے کہ آپ کے اندر حکمت ہو، Wisdom ہو، بصیرت ہو۔</w:t>
      </w:r>
    </w:p>
    <w:p>
      <w:r>
        <w:rPr>
          <w:b/>
        </w:rPr>
        <w:t xml:space="preserve">[21:38] </w:t>
      </w:r>
      <w:r>
        <w:t>Cheezon ko gehraai mein dekhne ki salahiyat ho. Cheezon ko aap Face Value par na len, balkeh Deep mein ja kar is ki haqeeqat ko samjhen.</w:t>
      </w:r>
    </w:p>
    <w:p>
      <w:pPr>
        <w:jc w:val="right"/>
      </w:pPr>
      <w:r>
        <w:t>چیزوں کو گہرائی میں دیکھنے کی صلاحیت ہو۔ چیزوں کو آپ Face Value پر نہ لیں، بلکہ Deep میں جا کر اس کی حقیقت کو سمجھیں۔</w:t>
      </w:r>
    </w:p>
    <w:p>
      <w:r>
        <w:rPr>
          <w:b/>
        </w:rPr>
        <w:t xml:space="preserve">[21:50] </w:t>
      </w:r>
      <w:r>
        <w:t>Tab aap shaitan ko bhagaenge.</w:t>
      </w:r>
    </w:p>
    <w:p>
      <w:pPr>
        <w:jc w:val="right"/>
      </w:pPr>
      <w:r>
        <w:t>تب آپ شیطان کو بھگائیں گے۔</w:t>
      </w:r>
    </w:p>
    <w:p>
      <w:r>
        <w:rPr>
          <w:b/>
        </w:rPr>
        <w:t xml:space="preserve">[21:54] </w:t>
      </w:r>
      <w:r>
        <w:t>Agar aap ke andar yeh salahiyat hogi toh aap foran shaitan ko bhaga sakte hain. Shaitan aap par qaboo nahi pa sakega.</w:t>
      </w:r>
    </w:p>
    <w:p>
      <w:pPr>
        <w:jc w:val="right"/>
      </w:pPr>
      <w:r>
        <w:t>اگر آپ کے اندر یہ صلاحیت ہوگی تو آپ فوراً شیطان کو بھگا سکتے ہیں۔ شیطان آپ پر قابو نہیں پا سکے گا۔</w:t>
      </w:r>
    </w:p>
    <w:p>
      <w:r>
        <w:rPr>
          <w:b/>
        </w:rPr>
        <w:t xml:space="preserve">[22:11] </w:t>
      </w:r>
      <w:r>
        <w:t>Toh yeh bohat zyada zaroori hai jaanna ke shukar aala tareen nabzat hai. Lekin shukar karne ke liye hikmat zaroori hai, Wisdom zaroori hai, baseerat zaroori hai,</w:t>
      </w:r>
    </w:p>
    <w:p>
      <w:pPr>
        <w:jc w:val="right"/>
      </w:pPr>
      <w:r>
        <w:t>تو یہ بہت زیادہ ضروری ہے جاننا کہ شکر اعلیٰ ترین نبضت ہے۔ لیکن شکر کرنے کے لیے حکمت ضروری ہے، Wisdom ضروری ہے، بصیرت ضروری ہے،</w:t>
      </w:r>
    </w:p>
    <w:p>
      <w:r>
        <w:rPr>
          <w:b/>
        </w:rPr>
        <w:t xml:space="preserve">[22:27] </w:t>
      </w:r>
      <w:r>
        <w:t>Wise Thinking zaroori hai.</w:t>
      </w:r>
    </w:p>
    <w:p>
      <w:pPr>
        <w:jc w:val="right"/>
      </w:pPr>
      <w:r>
        <w:t>Wise Thinking ضروری ہے۔</w:t>
      </w:r>
    </w:p>
    <w:p>
      <w:r>
        <w:rPr>
          <w:b/>
        </w:rPr>
        <w:t xml:space="preserve">[22:33] </w:t>
      </w:r>
      <w:r>
        <w:t>Woh salahiyat zaroori hai jo cheezon ko Positive andaaz mein Explain kar sake.</w:t>
      </w:r>
    </w:p>
    <w:p>
      <w:pPr>
        <w:jc w:val="right"/>
      </w:pPr>
      <w:r>
        <w:t>وہ صلاحیت ضروری ہے جو چیزوں کو Positive انداز میں Explain کر سکے۔</w:t>
      </w:r>
    </w:p>
    <w:p>
      <w:r>
        <w:rPr>
          <w:b/>
        </w:rPr>
        <w:t xml:space="preserve">[22:40] </w:t>
      </w:r>
      <w:r>
        <w:t>Yaani Negative tajrube ko Positive soch mein Convert kar sake. Yeh salahiyat zaroori hai.</w:t>
      </w:r>
    </w:p>
    <w:p>
      <w:pPr>
        <w:jc w:val="right"/>
      </w:pPr>
      <w:r>
        <w:t>یعنی Negative تجربے کو Positive سوچ میں Convert کر سکے۔ یہ صلاحیت ضروری ہے۔</w:t>
      </w:r>
    </w:p>
    <w:p>
      <w:r>
        <w:rPr>
          <w:b/>
        </w:rPr>
        <w:t xml:space="preserve">[22:55] </w:t>
      </w:r>
      <w:r>
        <w:t>Toh Quran ki is aayat mein goya shukar ka falsafa bata diya gaya hai, shukar ka formula bata diya gaya hai, shukar ka tareeqa bata diya gaya hai.</w:t>
      </w:r>
    </w:p>
    <w:p>
      <w:pPr>
        <w:jc w:val="right"/>
      </w:pPr>
      <w:r>
        <w:t>تو قرآن کی اس آیت میں گویا شکر کا فلسفہ بتا دیا گیا ہے، شکر کا فارمولا بتا دیا گیا ہے، شکر کا طریقہ بتا دیا گیا ہے۔</w:t>
      </w:r>
    </w:p>
    <w:p>
      <w:r>
        <w:rPr>
          <w:b/>
        </w:rPr>
        <w:t xml:space="preserve">[23:14] </w:t>
      </w:r>
      <w:r>
        <w:t>Shukar mukammal taur par aik aik aik tafakkari amal hai, tafakkari.</w:t>
      </w:r>
    </w:p>
    <w:p>
      <w:pPr>
        <w:jc w:val="right"/>
      </w:pPr>
      <w:r>
        <w:t>شکر مکمل طور پر ایک ایک ایک تفکیری فعل ہے، تفکیری۔</w:t>
      </w:r>
    </w:p>
    <w:p>
      <w:r>
        <w:rPr>
          <w:b/>
        </w:rPr>
        <w:t xml:space="preserve">[23:24] </w:t>
      </w:r>
      <w:r>
        <w:t>Yaani Intellectual Phenomena hai. Toh tafakkur ki satah par aap ko apne andar woh salahiyat jagani hogi. Jis se shukar ka jazba bedaar rahe musalsal taur par.</w:t>
      </w:r>
    </w:p>
    <w:p>
      <w:pPr>
        <w:jc w:val="right"/>
      </w:pPr>
      <w:r>
        <w:t>یعنی Intellectual Phenomena ہے۔ تو تفکر کی سطح پر آپ کو اپنے اندر وہ صلاحیت جگانی ہوگی۔ جس سے شکر کا جذبہ بیدار رہے مسلسل طور پر۔</w:t>
      </w:r>
    </w:p>
    <w:p>
      <w:r>
        <w:rPr>
          <w:b/>
        </w:rPr>
        <w:t xml:space="preserve">[23:39] </w:t>
      </w:r>
      <w:r>
        <w:t>Kabhi woh madana palat paaye.</w:t>
      </w:r>
    </w:p>
    <w:p>
      <w:pPr>
        <w:jc w:val="right"/>
      </w:pPr>
      <w:r>
        <w:t>کبھی وہ معدنہ پلٹ پائے۔</w:t>
      </w:r>
    </w:p>
    <w:p>
      <w:r>
        <w:rPr>
          <w:b/>
        </w:rPr>
        <w:t xml:space="preserve">[23:50] </w:t>
      </w:r>
      <w:r>
        <w:t>Toh is aayat mein shukar ki ahmiyat bhi bata di gayi ke itni ahem hai shukar. Shukar se khaali hone ka anjaam kya hota hai, yeh bhi bata diya gaya.</w:t>
      </w:r>
    </w:p>
    <w:p>
      <w:pPr>
        <w:jc w:val="right"/>
      </w:pPr>
      <w:r>
        <w:t>تو اس آیت میں شکر کی اہمیت بھی بتا دی گئی کہ اتنی اہم ہے شکر۔ شکر سے خالی ہونے کا انجام کیا ہوتا ہے، یہ بھی بتا دیا گیا۔</w:t>
      </w:r>
    </w:p>
    <w:p>
      <w:r>
        <w:rPr>
          <w:b/>
        </w:rPr>
        <w:t xml:space="preserve">[24:01] </w:t>
      </w:r>
      <w:r>
        <w:t>aur yeh bhi bata diya gaya ke shukr ka Method kya hai.</w:t>
      </w:r>
    </w:p>
    <w:p>
      <w:pPr>
        <w:jc w:val="right"/>
      </w:pPr>
      <w:r>
        <w:t>اور یہ بھی بتا دیا گیا کہ شکر کا Method کیا ہے۔</w:t>
      </w:r>
    </w:p>
    <w:p>
      <w:r>
        <w:rPr>
          <w:b/>
        </w:rPr>
        <w:t xml:space="preserve">[24:08] </w:t>
      </w:r>
      <w:r>
        <w:t>shukr ki ahmiyat kya hai, yeh bhi bata diya. aur shukr ka Method kya hai, woh bhi bata diya.</w:t>
      </w:r>
    </w:p>
    <w:p>
      <w:pPr>
        <w:jc w:val="right"/>
      </w:pPr>
      <w:r>
        <w:t>شکر کی اہمیت کیا ہے، یہ بھی بتا دیا۔ اور شکر کا Method کیا ہے، وہ بھی بتا دیا۔</w:t>
      </w:r>
    </w:p>
    <w:p>
      <w:r>
        <w:rPr>
          <w:b/>
        </w:rPr>
        <w:t xml:space="preserve">[24:17] </w:t>
      </w:r>
      <w:r>
        <w:t>is lihaaz se yeh ayat ek bohat ahem ayat hai.</w:t>
      </w:r>
    </w:p>
    <w:p>
      <w:pPr>
        <w:jc w:val="right"/>
      </w:pPr>
      <w:r>
        <w:t>اس لحاظ سے یہ آیت ایک بہت اہم آیت ہے۔</w:t>
      </w:r>
    </w:p>
    <w:p>
      <w:r>
        <w:rPr>
          <w:b/>
        </w:rPr>
        <w:t xml:space="preserve">[24:23] </w:t>
      </w:r>
      <w:r>
        <w:t>shukr ke, shukr ko Deeper Sense mein samajhne ke liye yeh ayat ek buniyadi Reference ki hesiyat rakhti hai.</w:t>
      </w:r>
    </w:p>
    <w:p>
      <w:pPr>
        <w:jc w:val="right"/>
      </w:pPr>
      <w:r>
        <w:t>شکر کے، شکر کو Deeper Sense میں سمجھنے کے لیے یہ آیت ایک بنیادی Reference کی حیثیت رکھتی ہے۔</w:t>
      </w:r>
    </w:p>
    <w:p>
      <w:r>
        <w:rPr>
          <w:b/>
        </w:rPr>
        <w:t xml:space="preserve">[24:44] </w:t>
      </w:r>
      <w:r>
        <w:t>yeh sab bahasain jo log karte hain ke Luqman Hakeem thay ke Paighambar thay, kya zamana un ka tha, yeh thay ke woh thay, yeh sab Irrelevant bahasain hain.</w:t>
      </w:r>
    </w:p>
    <w:p>
      <w:pPr>
        <w:jc w:val="right"/>
      </w:pPr>
      <w:r>
        <w:t>یہ سب بحثیں جو لوگ کرتے ہیں کہ لقمان حکیم تھے کہ پیغمبر تھے، کیا زمانہ ان کا تھا، یہ تھے کہ وہ تھے، یہ سب Irrelevant بحثیں ہیں۔</w:t>
      </w:r>
    </w:p>
    <w:p>
      <w:r>
        <w:rPr>
          <w:b/>
        </w:rPr>
        <w:t xml:space="preserve">[24:58] </w:t>
      </w:r>
      <w:r>
        <w:t>woh asal bahasain nahi</w:t>
      </w:r>
    </w:p>
    <w:p>
      <w:pPr>
        <w:jc w:val="right"/>
      </w:pPr>
      <w:r>
        <w:t>وہ اصل بحثیں نہیں</w:t>
      </w:r>
    </w:p>
    <w:p>
      <w:r>
        <w:rPr>
          <w:b/>
        </w:rPr>
        <w:t xml:space="preserve">[24:59] </w:t>
      </w:r>
      <w:r>
        <w:t>hain. asal bahas to is mein yahi hai ke aap yeh daryaft karein ke shukr karne ke liye Wisdom kyun zaroori hai?</w:t>
      </w:r>
    </w:p>
    <w:p>
      <w:pPr>
        <w:jc w:val="right"/>
      </w:pPr>
      <w:r>
        <w:t>ہیں۔ اصل بحث تو اس میں یہی ہے کہ آپ یہ دریافت کریں کہ شکر کرنے کے لیے Wisdom کیوں ضروری ہے؟</w:t>
      </w:r>
    </w:p>
    <w:p>
      <w:r>
        <w:rPr>
          <w:b/>
        </w:rPr>
        <w:t xml:space="preserve">[25:08] </w:t>
      </w:r>
      <w:r>
        <w:t>shukr karne ke liye hikmat kyun zaroori hai? shukr karne ke liye baseerat kyun zaroori hai? is ko samjhein.</w:t>
      </w:r>
    </w:p>
    <w:p>
      <w:pPr>
        <w:jc w:val="right"/>
      </w:pPr>
      <w:r>
        <w:t>شکر کرنے کے لیے حکمت کیوں ضروری ہے؟ شکر کرنے کے لیے بصیرت کیوں ضروری ہے؟ اس کو سمجھیں۔</w:t>
      </w:r>
    </w:p>
    <w:p>
      <w:r>
        <w:rPr>
          <w:b/>
        </w:rPr>
        <w:t xml:space="preserve">[25:21] </w:t>
      </w:r>
      <w:r>
        <w:t>log lambi lambi bahasain karte hain ke Luqman kaun thay? kahan rehte thay?</w:t>
      </w:r>
    </w:p>
    <w:p>
      <w:pPr>
        <w:jc w:val="right"/>
      </w:pPr>
      <w:r>
        <w:t>لوگ لمبی لمبی بحثیں کرتے ہیں کہ لقمان کون تھے؟ کہاں رہتے تھے؟</w:t>
      </w:r>
    </w:p>
    <w:p>
      <w:r>
        <w:rPr>
          <w:b/>
        </w:rPr>
        <w:t xml:space="preserve">[25:29] </w:t>
      </w:r>
      <w:r>
        <w:t>kya zamana un ka tha? woh Paighambar thay ke Hakeem thay, kya thay? un bahasoon ko le kar ke log lambi lambi</w:t>
      </w:r>
    </w:p>
    <w:p>
      <w:pPr>
        <w:jc w:val="right"/>
      </w:pPr>
      <w:r>
        <w:t>کیا زمانہ ان کا تھا؟ وہ پیغمبر تھے کہ حکیم تھے، کیا تھے؟ ان بحثوں کو لے کر کے لوگ لمبی لمبی</w:t>
      </w:r>
    </w:p>
    <w:p>
      <w:r>
        <w:rPr>
          <w:b/>
        </w:rPr>
        <w:t xml:space="preserve">[25:43] </w:t>
      </w:r>
      <w:r>
        <w:t>mubahasay karte hain. lekin is se koi faida nahi. faida is mein hai ke aap yeh daryaft karein ke shukr aur hikmat mein kya gehra ta'alluq hai.</w:t>
      </w:r>
    </w:p>
    <w:p>
      <w:pPr>
        <w:jc w:val="right"/>
      </w:pPr>
      <w:r>
        <w:t>مباحثے کرتے ہیں۔ لیکن اس سے کوئی فائدہ نہیں۔ فائدہ اس میں ہے کہ آپ یہ دریافت کریں کہ شکر اور حکمت میں کیا گہرا تعلق ہے۔</w:t>
      </w:r>
    </w:p>
    <w:p>
      <w:r>
        <w:rPr>
          <w:b/>
        </w:rPr>
        <w:t xml:space="preserve">[25:57] </w:t>
      </w:r>
      <w:r>
        <w:t>is mein faida hai.</w:t>
      </w:r>
    </w:p>
    <w:p>
      <w:pPr>
        <w:jc w:val="right"/>
      </w:pPr>
      <w:r>
        <w:t>اس میں فائدہ ہے۔</w:t>
      </w:r>
    </w:p>
    <w:p>
      <w:r>
        <w:rPr>
          <w:b/>
        </w:rPr>
        <w:t xml:space="preserve">[26:08] </w:t>
      </w:r>
      <w:r>
        <w:t>to yeh bhi ek hikmat hai. hikmat hai ke aadmi Relevant aur Irrelevant par farq kare. yeh bhi ek hikmat hai.</w:t>
      </w:r>
    </w:p>
    <w:p>
      <w:pPr>
        <w:jc w:val="right"/>
      </w:pPr>
      <w:r>
        <w:t>تو یہ بھی ایک حکمت ہے۔ حکمت ہے کہ آدمی Relevant اور Irrelevant پر فرق کرے۔ یہ بھی ایک حکمت ہے۔</w:t>
      </w:r>
    </w:p>
    <w:p>
      <w:r>
        <w:rPr>
          <w:b/>
        </w:rPr>
        <w:t xml:space="preserve">[26:22] </w:t>
      </w:r>
      <w:r>
        <w:t>yeh bhi ek hikmat ki baat hai ke aadmi kisi muamle ke Relevant Aspect aur Irrelevant Aspect ke darmiyan farq kare.</w:t>
      </w:r>
    </w:p>
    <w:p>
      <w:pPr>
        <w:jc w:val="right"/>
      </w:pPr>
      <w:r>
        <w:t>یہ بھی ایک حکمت کی بات ہے کہ آدمی کسی معاملے کے Relevant Aspect اور Irrelevant Aspect کے درمیان فرق کرے۔</w:t>
      </w:r>
    </w:p>
    <w:p>
      <w:r>
        <w:rPr>
          <w:b/>
        </w:rPr>
        <w:t xml:space="preserve">[26:34] </w:t>
      </w:r>
      <w:r>
        <w:t>Relevant ko woh side mein rakhe aur jo Relevant Aspect hai usi par ghore o fikr kare. yeh bhi hikmat hai. to goya ke hikmat aur shukr dono laazim o malzoom mein hain.</w:t>
      </w:r>
    </w:p>
    <w:p>
      <w:pPr>
        <w:jc w:val="right"/>
      </w:pPr>
      <w:r>
        <w:t>Relevant کو وہ Side میں رکھے اور جو Relevant Aspect ہے اسی پر غور و فکر کرے۔ یہ بھی حکمت ہے۔ تو گویا کہ حکمت اور شکر دونوں لازم بلدوں میں ہیں۔</w:t>
      </w:r>
    </w:p>
    <w:p>
      <w:r>
        <w:rPr>
          <w:b/>
        </w:rPr>
        <w:t xml:space="preserve">[26:47] </w:t>
      </w:r>
      <w:r>
        <w:t>hikmat nahi to shukr nahi. aur jahan shukr hoga haqeeqi ma'ano mein wahan hikmat hogi. to jitna zyada zaroori hai shukr ko jaanna, utna hi zyada zaroori hai hikmat ko jaanna.</w:t>
      </w:r>
    </w:p>
    <w:p>
      <w:pPr>
        <w:jc w:val="right"/>
      </w:pPr>
      <w:r>
        <w:t>حکمت نہیں تو شکر نہیں۔ اور جہاں شکر ہوگا حقیقی معنوں میں وہاں حکمت ہوگی۔ تو جتنا زیادہ ضروری ہے شکر کو جاننا، اتنا ہی زیادہ ضروری ہے حکمت کو جاننا۔</w:t>
      </w:r>
    </w:p>
    <w:p>
      <w:r>
        <w:rPr>
          <w:b/>
        </w:rPr>
        <w:t xml:space="preserve">[27:07] </w:t>
      </w:r>
      <w:r>
        <w:t>dono ki ahmiyat</w:t>
      </w:r>
    </w:p>
    <w:p>
      <w:pPr>
        <w:jc w:val="right"/>
      </w:pPr>
      <w:r>
        <w:t>دونوں کی اہمیت</w:t>
      </w:r>
    </w:p>
    <w:p>
      <w:r>
        <w:rPr>
          <w:b/>
        </w:rPr>
        <w:t xml:space="preserve">[27:10] </w:t>
      </w:r>
      <w:r>
        <w:t>barabar hai.</w:t>
      </w:r>
    </w:p>
    <w:p>
      <w:pPr>
        <w:jc w:val="right"/>
      </w:pPr>
      <w:r>
        <w:t>برابر ہے۔</w:t>
      </w:r>
    </w:p>
    <w:p>
      <w:r>
        <w:rPr>
          <w:b/>
        </w:rPr>
        <w:t xml:space="preserve">[27:16] </w:t>
      </w:r>
      <w:r>
        <w:t>kyun ke agar hikmat nahi hogi, shukr nahi hoga, shukr nahi hoga to phir ab insaan</w:t>
      </w:r>
    </w:p>
    <w:p>
      <w:pPr>
        <w:jc w:val="right"/>
      </w:pPr>
      <w:r>
        <w:t>کیونکہ اگر حکمت نہیں ہوگی، شکر نہیں ہوگا، شکر نہیں ہوگا تو پھر اب انسان</w:t>
      </w:r>
    </w:p>
    <w:p>
      <w:r>
        <w:rPr>
          <w:b/>
        </w:rPr>
        <w:t xml:space="preserve">[27:26] </w:t>
      </w:r>
      <w:r>
        <w:t>tabah ho jayega.</w:t>
      </w:r>
    </w:p>
    <w:p>
      <w:pPr>
        <w:jc w:val="right"/>
      </w:pPr>
      <w:r>
        <w:t>تباہ ہو جائے گا۔</w:t>
      </w:r>
    </w:p>
    <w:p>
      <w:r>
        <w:rPr>
          <w:b/>
        </w:rPr>
        <w:t xml:space="preserve">[27:28] </w:t>
      </w:r>
      <w:r>
        <w:t>to hamein is ayat par bohat zyada sochna chahiye. aur is mein jo Method bataya gaya, is Method ko hamein bohat achhi tarah se apnana chahiye.</w:t>
      </w:r>
    </w:p>
    <w:p>
      <w:pPr>
        <w:jc w:val="right"/>
      </w:pPr>
      <w:r>
        <w:t>تو ہمیں اس آیت پر بہت زیادہ سوچنا چاہیے۔ اور اس میں جو Method بتایا گیا، اس Method کو ہمیں بہت اچھی طریقے سے اپنانا چاہیے۔</w:t>
      </w:r>
    </w:p>
    <w:p>
      <w:r>
        <w:rPr>
          <w:b/>
        </w:rPr>
        <w:t xml:space="preserve">[27:46] </w:t>
      </w:r>
      <w:r>
        <w:t>kyun ke</w:t>
      </w:r>
    </w:p>
    <w:p>
      <w:pPr>
        <w:jc w:val="right"/>
      </w:pPr>
      <w:r>
        <w:t>کیونکہ</w:t>
      </w:r>
    </w:p>
    <w:p>
      <w:r>
        <w:rPr>
          <w:b/>
        </w:rPr>
        <w:t xml:space="preserve">[27:50] </w:t>
      </w:r>
      <w:r>
        <w:t>tumhein yeh dua hai ke Allah Ta'ala muskurane ko tofeeq de ke hum is ayat ko samjhein aur is par amal karein.</w:t>
      </w:r>
    </w:p>
    <w:p>
      <w:pPr>
        <w:jc w:val="right"/>
      </w:pPr>
      <w:r>
        <w:t>تمہیں یہ دعا ہے کہ اللہ تعالیٰ مسکراؤ کو توفیق دے کہ ہم اس آیت کو سمجھیں اور اس پر عمل کریں۔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