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 Has No Place for Terrorism May 4, 2025</w:t>
      </w:r>
    </w:p>
    <w:p>
      <w:r>
        <w:t>https://youtu.be/Q6vPQ2BOOs4</w:t>
      </w:r>
    </w:p>
    <w:p>
      <w:r>
        <w:rPr>
          <w:b/>
        </w:rPr>
        <w:t xml:space="preserve">[00:10] </w:t>
      </w:r>
      <w:r>
        <w:t>assalam o alaikum. last month, on april 22, 2025, the world witnessed a senseless act of violence, a terrorist attack in kashmir, india, that claimed the life of 26 innocent tourists.</w:t>
      </w:r>
    </w:p>
    <w:p>
      <w:pPr>
        <w:jc w:val="right"/>
      </w:pPr>
      <w:r>
        <w:t>السلامعلیکم۔ لاسٹمنتھ ،آن اپریل 2 2 ،202 5 ،دا ورلڈوٹنسڈ ا سینسلیس ایکٹآفوائلنس ،اٹیررسٹاٹیک ان کشمیر،انڈ یا ، دیٹ کلیمڈدیلائفآف 2 6 انوس نٹ ٹورسٹ۔</w:t>
      </w:r>
    </w:p>
    <w:p>
      <w:r>
        <w:rPr>
          <w:b/>
        </w:rPr>
        <w:t xml:space="preserve">[00:27] </w:t>
      </w:r>
      <w:r>
        <w:t>the terrorists deliberately attacked the non-muslims, and associating this heinous act with islam.</w:t>
      </w:r>
    </w:p>
    <w:p>
      <w:pPr>
        <w:jc w:val="right"/>
      </w:pPr>
      <w:r>
        <w:t>دی ٹیررسٹ ڈیلیبریٹلیاٹیکڈ دی نانمس لمز، اینڈ ایسوسیٹنگدس ہینس ایکٹ ود اسلام ۔</w:t>
      </w:r>
    </w:p>
    <w:p>
      <w:r>
        <w:rPr>
          <w:b/>
        </w:rPr>
        <w:t xml:space="preserve">[00:35] </w:t>
      </w:r>
      <w:r>
        <w:t>time and again, we have witnessed these inhuman, cowardly acts related to islam, which are in stark opposition to the true teachings of islam.</w:t>
      </w:r>
    </w:p>
    <w:p>
      <w:pPr>
        <w:jc w:val="right"/>
      </w:pPr>
      <w:r>
        <w:t>ٹائماینڈاگین،ویہیووٹنسڈدس ان ہیومن، cowardly ac ts relatedto اسلام ،وچاز ان stark op position tothetrueteachingsof اسلام ۔</w:t>
      </w:r>
    </w:p>
    <w:p>
      <w:r>
        <w:rPr>
          <w:b/>
        </w:rPr>
        <w:t xml:space="preserve">[00:45] </w:t>
      </w:r>
      <w:r>
        <w:t>center for peace and spirituality international strongly condemns this barbaric act. let it be clearly stated that islam has no place for violence.</w:t>
      </w:r>
    </w:p>
    <w:p>
      <w:pPr>
        <w:jc w:val="right"/>
      </w:pPr>
      <w:r>
        <w:t>سینٹرفارپیساینڈسپرچویلٹیانٹرنیشنل سٹرونگلی condemns دس bar baric ac t. Letitbeclearly stated that Islam has no place for viol ence.</w:t>
      </w:r>
    </w:p>
    <w:p>
      <w:r>
        <w:rPr>
          <w:b/>
        </w:rPr>
        <w:t xml:space="preserve">[00:56] </w:t>
      </w:r>
      <w:r>
        <w:t>when we study the quran or the life of the prophet muhammad, may peace be upon him, we find that the message of islam is not rooted in extremism but in mercy, compassion, and peace.</w:t>
      </w:r>
    </w:p>
    <w:p>
      <w:pPr>
        <w:jc w:val="right"/>
      </w:pPr>
      <w:r>
        <w:t>Whenwe studythe قرآن اوردی لائفآفداپرافٹمحمد ،maypeacebeuponhim ، we find that the messageof Islam is not rootedin extrem ism but in merc y, compass ion, and peace.</w:t>
      </w:r>
    </w:p>
    <w:p>
      <w:r>
        <w:rPr>
          <w:b/>
        </w:rPr>
        <w:t xml:space="preserve">[01:09] </w:t>
      </w:r>
      <w:r>
        <w:t>the quran declares that god calls to the home of peace. now, the ultimate aim of every muslim, or the final destination of every muslim, is this abode of peace that is paradise</w:t>
      </w:r>
    </w:p>
    <w:p>
      <w:pPr>
        <w:jc w:val="right"/>
      </w:pPr>
      <w:r>
        <w:t>The قرآن declar es that God callstothe home of peace . Now,theultimate aimof every Muslim,orthefinal destinationof every Muslim ,is this abodeofpeacethatis paradis</w:t>
      </w:r>
    </w:p>
    <w:p>
      <w:r>
        <w:rPr>
          <w:b/>
        </w:rPr>
        <w:t xml:space="preserve">[01:22] </w:t>
      </w:r>
      <w:r>
        <w:t>e. how can someone who causes the blood shed be allowed to enter this abode of peace? prophet muhammad said that god will not show mercy to the one who shows no mercy to his fellows.</w:t>
      </w:r>
    </w:p>
    <w:p>
      <w:pPr>
        <w:jc w:val="right"/>
      </w:pPr>
      <w:r>
        <w:t>e. How can someonewho causesthe blood shed be allowedto enter this abodeofpeace? ProphetMuhamm ad said that God will not show mer cytothe one who shows no mer cy to his fellows.</w:t>
      </w:r>
    </w:p>
    <w:p>
      <w:r>
        <w:rPr>
          <w:b/>
        </w:rPr>
        <w:t xml:space="preserve">[01:39] </w:t>
      </w:r>
      <w:r>
        <w:t>yet at another place, he says something very important, that if a person is passing by the street and is carrying something pointed or sharp-edged, let him cover it, else he will hurt or injure someone due to his carelessness.</w:t>
      </w:r>
    </w:p>
    <w:p>
      <w:pPr>
        <w:jc w:val="right"/>
      </w:pPr>
      <w:r>
        <w:t>Yet atanother pla ce,he sayssomethingvery import ant,thatif aperson is passingby the stre et andis carrying something point ed or sharp-edged, let him cover it , elsehewill hurtorinjuresome one duetohis carelessness .</w:t>
      </w:r>
    </w:p>
    <w:p>
      <w:r>
        <w:rPr>
          <w:b/>
        </w:rPr>
        <w:t xml:space="preserve">[01:57] </w:t>
      </w:r>
      <w:r>
        <w:t>then why is it that these terrorists kill people in the name of islam?</w:t>
      </w:r>
    </w:p>
    <w:p>
      <w:pPr>
        <w:jc w:val="right"/>
      </w:pPr>
      <w:r>
        <w:t>Thenwhyisitthat these terror ists killpeople inthe nameof Islam ?</w:t>
      </w:r>
    </w:p>
    <w:p>
      <w:r>
        <w:rPr>
          <w:b/>
        </w:rPr>
        <w:t xml:space="preserve">[02:02] </w:t>
      </w:r>
      <w:r>
        <w:t>we will understand this and more today from islamic scholar and cps international chairperson dr. farida khana.</w:t>
      </w:r>
    </w:p>
    <w:p>
      <w:pPr>
        <w:jc w:val="right"/>
      </w:pPr>
      <w:r>
        <w:t>Wewillunderstand this and more tod ay from Islam ic scholar and C PS International chairperson Dr. Far idaKhana.</w:t>
      </w:r>
    </w:p>
    <w:p>
      <w:r>
        <w:rPr>
          <w:b/>
        </w:rPr>
        <w:t xml:space="preserve">[02:11] </w:t>
      </w:r>
      <w:r>
        <w:t>to chaliye inse baat cheet karte hain. assalam o alaikum apa, kaise hain? wa alaikum assalam. aap khairiyat se hain? ji alhamdulillah. apa, with the islam being in news for all the wrong reasons, it is also very important that we go back to the basics and start from the basics to understand</w:t>
      </w:r>
    </w:p>
    <w:p>
      <w:pPr>
        <w:jc w:val="right"/>
      </w:pPr>
      <w:r>
        <w:t>توچلیے انسے باتچیتکرتےہیں۔ السلامعلیکمآپا،کیسےہیں؟وعلیکمالسلام۔ آپخیریتسےہیں؟جی الحمدللہ۔ آپا،وددی اسلام بینگاننیوزفارآلدارونگریزن، اٹازآلسوویریامپورٹنٹدیٹ وی گوبیک ٹودا بیسکس اینڈسٹارٹفرامدابیسکس ٹوانڈرسٹینڈ</w:t>
      </w:r>
    </w:p>
    <w:p>
      <w:r>
        <w:rPr>
          <w:b/>
        </w:rPr>
        <w:t xml:space="preserve">[02:31] </w:t>
      </w:r>
      <w:r>
        <w:t>that what is islam and why is all this happening in the name of islam. so mera sabse pehle jo sawal hai woh toh aapse yahi hai ke what is islam? iske bare mein aap hum sab ko bataein.</w:t>
      </w:r>
    </w:p>
    <w:p>
      <w:pPr>
        <w:jc w:val="right"/>
      </w:pPr>
      <w:r>
        <w:t>دیٹ واٹریلیاز اسلام اینڈوائیازآل دسہیپننگاندینیمآف اسلام ۔ تومیراسبسےپہلے جو سوالہےوہتوآپسےیہیہے کہ واٹاز اسلام؟اسکےبارےمیںآپ ہمسبکوبت ائیں۔</w:t>
      </w:r>
    </w:p>
    <w:p>
      <w:r>
        <w:rPr>
          <w:b/>
        </w:rPr>
        <w:t xml:space="preserve">[02:45] </w:t>
      </w:r>
      <w:r>
        <w:t>aap ne sahi yeh baat farmai ke islam ke naam par yeh terrorism ho raha hai, kyun ho raha hai, isko achhe tarike se samajhna hai.</w:t>
      </w:r>
    </w:p>
    <w:p>
      <w:pPr>
        <w:jc w:val="right"/>
      </w:pPr>
      <w:r>
        <w:t>آپنے صحیح یہبات فرمائی کہ اسلام کے نام پر یہ ٹیر رزم ہورہاہے، کیوںہورہاہے، اسکواچھےطریقےسےسمجھناہے۔</w:t>
      </w:r>
    </w:p>
    <w:p>
      <w:r>
        <w:rPr>
          <w:b/>
        </w:rPr>
        <w:t xml:space="preserve">[02:57] </w:t>
      </w:r>
      <w:r>
        <w:t>kyunki islam ke toh maani hi submission, peace, surrender, kyunki islam ka lafz jo hai iska root salm se nikla hai.</w:t>
      </w:r>
    </w:p>
    <w:p>
      <w:pPr>
        <w:jc w:val="right"/>
      </w:pPr>
      <w:r>
        <w:t>کیونکہ اسلام کےتو معنیہی سبمیشن ، پیس،سر ینڈر، کیونکہ اسلام کا لفظجوہے اسکا روٹ سلمسےنکلاہے۔</w:t>
      </w:r>
    </w:p>
    <w:p>
      <w:r>
        <w:rPr>
          <w:b/>
        </w:rPr>
        <w:t xml:space="preserve">[03:07] </w:t>
      </w:r>
      <w:r>
        <w:t>salm ke maani peace, surrender, submission, submission to the will of god. to aaj lekin religion that sanctions violence ho gaya hai, iska islam ka matlab. to isko samajhna hai ke aisa hua kyun.</w:t>
      </w:r>
    </w:p>
    <w:p>
      <w:pPr>
        <w:jc w:val="right"/>
      </w:pPr>
      <w:r>
        <w:t>سلمکےمعنی پیس،سر ینڈر،سبمیشن، سبمیشن ٹودا ول آف گاڈ۔ توآج لیکن ریلیجن دیٹسینکشنزوائلنس ہوگیاہے،اسکا اسلام کامطلب ۔تواسکو سمجھناہےکہ ایساہوا کیوں ۔</w:t>
      </w:r>
    </w:p>
    <w:p>
      <w:r>
        <w:rPr>
          <w:b/>
        </w:rPr>
        <w:t xml:space="preserve">[03:23] </w:t>
      </w:r>
      <w:r>
        <w:t>jab ke jab hum quran aur hadith aur prophet ki life parhte hain to humein lagta hai ke yeh toh bilkul hi totally ek peaceful religion hai.</w:t>
      </w:r>
    </w:p>
    <w:p>
      <w:pPr>
        <w:jc w:val="right"/>
      </w:pPr>
      <w:r>
        <w:t>جب کہجبہمقرآناور حدیث اورپرافٹکیلائفپڑھتےہیں تو ہمیں لگتاہےکہیہتوبالکل ہی ٹوٹلی ایک پیسفل ریلیجنہے۔</w:t>
      </w:r>
    </w:p>
    <w:p>
      <w:r>
        <w:rPr>
          <w:b/>
        </w:rPr>
        <w:t xml:space="preserve">[03:34] </w:t>
      </w:r>
      <w:r>
        <w:t>quran mein aaya hai: "assulhu khair, reconciliation is the best", chapter 4, verse 128.</w:t>
      </w:r>
    </w:p>
    <w:p>
      <w:pPr>
        <w:jc w:val="right"/>
      </w:pPr>
      <w:r>
        <w:t>قرآنمیںآیاہے:"الصلحخیر ،ریکنسیلی شن از دی بیسٹ"، چیپٹر فور، ورس 1 2 8 ۔</w:t>
      </w:r>
    </w:p>
    <w:p>
      <w:r>
        <w:rPr>
          <w:b/>
        </w:rPr>
        <w:t xml:space="preserve">[03:45] </w:t>
      </w:r>
      <w:r>
        <w:t>prophet ne farmaya: "muslim woh hai jiske haath se aur jiske zubaan se log aman mein rahen." ek sahabi ne ek baar farmaya ke prophet ne itna zyada padosi ke huqooq batae ke humein aisa lagta tha ke kahin prophet padosiyon ko hamari jaidad mein hisse daar na bana dein.</w:t>
      </w:r>
    </w:p>
    <w:p>
      <w:pPr>
        <w:jc w:val="right"/>
      </w:pPr>
      <w:r>
        <w:t>پرافٹ نےفرمایا: "مس لمان وہ ہے جسکے ہاتھسے اور جسکی زبان سے لوگ امنمیںرہیں۔" ایکصحابینےایکبار فرمایا کہ پرافٹنے اتنا زیادہ پڑوسیکےحقوق بت ائےکہہمیں ایسا لگتاتھا کہ کہیں پرافٹ پڑوسیوںکو ہماری جائیدادمیں حصےدار نہبنادیں۔</w:t>
      </w:r>
    </w:p>
    <w:p>
      <w:r>
        <w:rPr>
          <w:b/>
        </w:rPr>
        <w:t xml:space="preserve">[04:10] </w:t>
      </w:r>
      <w:r>
        <w:t>to saari duniya aaj toh aaj toh global ho gayi hai,</w:t>
      </w:r>
    </w:p>
    <w:p>
      <w:pPr>
        <w:jc w:val="right"/>
      </w:pPr>
      <w:r>
        <w:t>تو ساریدنیا آجتو آجتوگلوبلولیجہوگئیہے،</w:t>
      </w:r>
    </w:p>
    <w:p>
      <w:r>
        <w:rPr>
          <w:b/>
        </w:rPr>
        <w:t xml:space="preserve">[04:14] </w:t>
      </w:r>
      <w:r>
        <w:t>saari duniya hamari padosi hai. to yeh ek toh hum log quran o hadith ko achhe tarike se na parhte hain, na samajhte hain, suni sunai baaton par amal karte hain.</w:t>
      </w:r>
    </w:p>
    <w:p>
      <w:pPr>
        <w:jc w:val="right"/>
      </w:pPr>
      <w:r>
        <w:t>ساریدنیا ہماری پڑوسیہے۔ تو یہ ایک توہملوگ قرآنوحدیثکواچھےطریقےسے نہپڑھتےہیں،نہسمجھتےہیں، سنیسن ائیباتوںپرعمل کرتے ہیں۔</w:t>
      </w:r>
    </w:p>
    <w:p>
      <w:r>
        <w:rPr>
          <w:b/>
        </w:rPr>
        <w:t xml:space="preserve">[04:27] </w:t>
      </w:r>
      <w:r>
        <w:t>to jab hum rasool allah sallallahu alaihi wasallam ki zindagi ko dekhte hain to aap ki zindagi itne sakht halaat mein guzri hai, itna sakht opposition hua hai, itna zyada aap ko sataya</w:t>
      </w:r>
    </w:p>
    <w:p>
      <w:pPr>
        <w:jc w:val="right"/>
      </w:pPr>
      <w:r>
        <w:t>تو جب ہمرسولاللہ صلیاللہعلیہوسلمکی زندگی کودیکھتےہیں تو آپ کیزندگی اتنےسخت حالاتمیں گزریہے،اتنا سخت اپ وزیشنہواہے،اتنازیادہ آپکو ستایا</w:t>
      </w:r>
    </w:p>
    <w:p>
      <w:r>
        <w:rPr>
          <w:b/>
        </w:rPr>
        <w:t xml:space="preserve">[04:39] </w:t>
      </w:r>
      <w:r>
        <w:t>gaya, iske bawajood aap ne sabr kiya, bardasht kiya, aur apne opponents ke liye duaein ki.</w:t>
      </w:r>
    </w:p>
    <w:p>
      <w:pPr>
        <w:jc w:val="right"/>
      </w:pPr>
      <w:r>
        <w:t>گیا ، اسکے با وجود آپ نے صبرکیا،برداشت کیا، اور اپنے اپونینٹسکےلیے دعائیںکیں۔</w:t>
      </w:r>
    </w:p>
    <w:p>
      <w:r>
        <w:rPr>
          <w:b/>
        </w:rPr>
        <w:t xml:space="preserve">[04:47] </w:t>
      </w:r>
      <w:r>
        <w:t>jab bahut zyada had se ho guzra mamla, tab aap ne hijrat kar li, jang nahin ki balkeh us apne shahar ko chhod diya, doosre shahar mein chale gaye.</w:t>
      </w:r>
    </w:p>
    <w:p>
      <w:pPr>
        <w:jc w:val="right"/>
      </w:pPr>
      <w:r>
        <w:t>جب بہت زیادہ حد سےہو گزرگیا معاملہ،تب آپ نے ہجرتکر لی، جنگ نہیں کیبلکہ اس اپنے شہر کوچھوڑدیا ، دوسرےشہر میںچلےگئے۔</w:t>
      </w:r>
    </w:p>
    <w:p>
      <w:r>
        <w:rPr>
          <w:b/>
        </w:rPr>
        <w:t xml:space="preserve">[05:01] </w:t>
      </w:r>
      <w:r>
        <w:t>aur baad mein jab wohi Makkah fateh hogi to aapne apne tamam opponents ko, jo ke direct opponents, jinhon ne ke Madine mein bhi chain se rehne nahi diya tha, un ko sab ko maaf kar diya.</w:t>
      </w:r>
    </w:p>
    <w:p>
      <w:pPr>
        <w:jc w:val="right"/>
      </w:pPr>
      <w:r>
        <w:t>اوربعدمیںجب وہی مکہفتحہوگیاتوآپنے اپنے تمام اپونینٹسکو،جوکہڈائر اپونینٹس،جنہوںنے کہ مدینےمیںبھی چینسےرہنےنہیںدیاتھا، انکو سب کومعافکردیا۔</w:t>
      </w:r>
    </w:p>
    <w:p>
      <w:r>
        <w:rPr>
          <w:b/>
        </w:rPr>
        <w:t xml:space="preserve">[05:13] </w:t>
      </w:r>
      <w:r>
        <w:t>to is tareeqe se jab hum Quran mein jaate hain, Quran, Hadees, Prophet ki life to dekhte hain ke Islam ek peaceful religion hai,</w:t>
      </w:r>
    </w:p>
    <w:p>
      <w:pPr>
        <w:jc w:val="right"/>
      </w:pPr>
      <w:r>
        <w:t>تواسطریقےسےجب ہم سورسمیںجاتےہیں،قرآن، حدیث ، پرافٹکیلائفتودیکھتےہیںکہاسلام ایک پیسفل ریلیجنہے،</w:t>
      </w:r>
    </w:p>
    <w:p>
      <w:r>
        <w:rPr>
          <w:b/>
        </w:rPr>
        <w:t xml:space="preserve">[05:23] </w:t>
      </w:r>
      <w:r>
        <w:t>lekin chuki is duniya mein azaadi hai aur har har ek ko azaadi mili hui hai, to woh bar bar aise unpleasant activities hamare saamne aati hain jis se hum ko pareshani hoti hai.</w:t>
      </w:r>
    </w:p>
    <w:p>
      <w:pPr>
        <w:jc w:val="right"/>
      </w:pPr>
      <w:r>
        <w:t>لیکن چونکہ اسدنیا میں آزادیہے اور ہر ہرایککوآزادی ملی ہوئیہے، تو وہ باربار ایسے انپلیزنٹ ایکٹیویٹیز ہمارےسامنے آتیہیںجسسےہمکو پریشانیہوتیہے۔</w:t>
      </w:r>
    </w:p>
    <w:p>
      <w:r>
        <w:rPr>
          <w:b/>
        </w:rPr>
        <w:t xml:space="preserve">[05:39] </w:t>
      </w:r>
      <w:r>
        <w:t>aur jab kabhi bhi aisa hota hai ke woh baqayda jo opponents hain, woh jang tak chale jaate hain</w:t>
      </w:r>
    </w:p>
    <w:p>
      <w:pPr>
        <w:jc w:val="right"/>
      </w:pPr>
      <w:r>
        <w:t>اور جب کبھیکبھیایساہوتاہےکہ وہ باقاعدہ جو اپونینٹسہیں،وہجنگ تکچلےجاتےہیں</w:t>
      </w:r>
    </w:p>
    <w:p>
      <w:r>
        <w:rPr>
          <w:b/>
        </w:rPr>
        <w:t xml:space="preserve">[05:45] </w:t>
      </w:r>
      <w:r>
        <w:t>, to us waqt temporarily taur par jang jo hai, woh jaiz ki gayi hai defense mein, offense mein nahi, defense mein.</w:t>
      </w:r>
    </w:p>
    <w:p>
      <w:pPr>
        <w:jc w:val="right"/>
      </w:pPr>
      <w:r>
        <w:t>، تو اس وقت ٹیمپریریطور پر جنگ جوہے،وہ جائز کیگئیہے ڈیفنسمیں، افنسمیںنہیں،ڈیفنسمیں۔</w:t>
      </w:r>
    </w:p>
    <w:p>
      <w:r>
        <w:rPr>
          <w:b/>
        </w:rPr>
        <w:t xml:space="preserve">[05:57] </w:t>
      </w:r>
      <w:r>
        <w:t>to yeh hai jis ko hum keh sakte hain ke peace woh hai, woh rule hai aur war exception hai. Asal mein jo pehle pehle zamaney ka continuation chala aa raha hai, pehla zamanah ek tribal age tha.</w:t>
      </w:r>
    </w:p>
    <w:p>
      <w:pPr>
        <w:jc w:val="right"/>
      </w:pPr>
      <w:r>
        <w:t>تو یہہے جسکوہمکہہسکتےہیںکہ پیسجوہے،وہ رولہے اور وار ایکسیپشنہے۔ اصلمیںجوپہلے پہلے زمان ےکا کنٹینیویشن چلاآرہاہے، پہلازمان ہ ایک ٹرائبل ایجتھا۔</w:t>
      </w:r>
    </w:p>
    <w:p>
      <w:r>
        <w:rPr>
          <w:b/>
        </w:rPr>
        <w:t xml:space="preserve">[06:12] </w:t>
      </w:r>
      <w:r>
        <w:t>Tribal age mein revenge culture chalta tha, zara zara si baat mein log gussa ho jaate thay aur ladai shuru ho jaati thi.</w:t>
      </w:r>
    </w:p>
    <w:p>
      <w:pPr>
        <w:jc w:val="right"/>
      </w:pPr>
      <w:r>
        <w:t>ٹرائبل ایجمیں ریونج کلچرچلتاتھا، ذراذراسیباتمیںلوگ غصہہوجاتےتھےاور لڑائیشروعہوجاتیتھی۔</w:t>
      </w:r>
    </w:p>
    <w:p>
      <w:r>
        <w:rPr>
          <w:b/>
        </w:rPr>
        <w:t xml:space="preserve">[06:21] </w:t>
      </w:r>
      <w:r>
        <w:t>Ab chuki woh zamanah aisa tha ke police, fauj ka zamanah nahi tha, har aadmi kuch na kuch hathiyar le ke, lathi danda le ke hi chalta tha, to ladai shuru ho jaati thi.</w:t>
      </w:r>
    </w:p>
    <w:p>
      <w:pPr>
        <w:jc w:val="right"/>
      </w:pPr>
      <w:r>
        <w:t>ابچونکہوہزمان ہایساتھاکہ پولیس فوجکازمانہنہیںتھا،ہرآدمیکچھنہکچھ ہتھیارلےکے،لاٹھیڈنڈالےکےہیچلتاتھا، تو لڑائیشروعہوجاتیتھی۔</w:t>
      </w:r>
    </w:p>
    <w:p>
      <w:r>
        <w:rPr>
          <w:b/>
        </w:rPr>
        <w:t xml:space="preserve">[06:31] </w:t>
      </w:r>
      <w:r>
        <w:t>aur woh ladai chalti rehti thi kyun ke woh jo tribal culture hota hai, us mein revenge jo hai, bilkul muqaddas hota hai.</w:t>
      </w:r>
    </w:p>
    <w:p>
      <w:pPr>
        <w:jc w:val="right"/>
      </w:pPr>
      <w:r>
        <w:t>اور وہلڑائیچلتیرہتیتھیکیونکہوہ جو ٹرائبل کلچرہوتاہے، اسمیں ریونج جوہے،بالکل مقدسہوتاہے۔</w:t>
      </w:r>
    </w:p>
    <w:p>
      <w:r>
        <w:rPr>
          <w:b/>
        </w:rPr>
        <w:t xml:space="preserve">[06:39] </w:t>
      </w:r>
      <w:r>
        <w:t>Ek baar Maulana Afghanistan gaye thay to ek bachche se baat hui, us ne poocha ke tum kya education le rahe ho? Us ne kaha: "Main education kya karunga?</w:t>
      </w:r>
    </w:p>
    <w:p>
      <w:pPr>
        <w:jc w:val="right"/>
      </w:pPr>
      <w:r>
        <w:t>ایکبار مول انا افغان ستان گئےتھے توایک بچےسے باتہوئی، اسکے پوچھاکہتمکیا ایجوکیشنلےرہےہو؟اسنےکہا: "میںایجوکیشنکیا کروںگا؟</w:t>
      </w:r>
    </w:p>
    <w:p>
      <w:r>
        <w:rPr>
          <w:b/>
        </w:rPr>
        <w:t xml:space="preserve">[06:51] </w:t>
      </w:r>
      <w:r>
        <w:t>Le kar ke mere baap maare gaye hain, ab main is ka badla lunga, main inteqaam lunga." To yeh culture chala aa raha tha,</w:t>
      </w:r>
    </w:p>
    <w:p>
      <w:pPr>
        <w:jc w:val="right"/>
      </w:pPr>
      <w:r>
        <w:t>لےکرکے میرےباپ مارےگئےہیں، ابمیں اسکا بد لہلوںگا، میں انتقاملوںگا۔" تو یہ کلچرچلاآرہاتھا،</w:t>
      </w:r>
    </w:p>
    <w:p>
      <w:r>
        <w:rPr>
          <w:b/>
        </w:rPr>
        <w:t xml:space="preserve">[07:01] </w:t>
      </w:r>
      <w:r>
        <w:t>to abhi bhi woh culture kisi na kisi tareeqe se, aur baqi ab farq sirf yeh ho gaya hai ke is ko jihad ka naam de ke, is ko faith ka ek aqeedah bana diya hai.</w:t>
      </w:r>
    </w:p>
    <w:p>
      <w:pPr>
        <w:jc w:val="right"/>
      </w:pPr>
      <w:r>
        <w:t>تو ابھیبھیوہ کلچرکسی نہکسی طریقےسے ،اور باقی اب فرقصرف یہہوگیاہےکہاسکو جہادکانام دےکے، اسکو فیتھکاایک عقیدہبنادیاہے۔</w:t>
      </w:r>
    </w:p>
    <w:p>
      <w:r>
        <w:rPr>
          <w:b/>
        </w:rPr>
        <w:t xml:space="preserve">[07:14] </w:t>
      </w:r>
      <w:r>
        <w:t>Warna yeh koi nayi baat nahi hai. Ladna purane zamaney mein ek bahaduri ki alamat tha kyun ke khud hi ab defense apna karna padta tha.</w:t>
      </w:r>
    </w:p>
    <w:p>
      <w:pPr>
        <w:jc w:val="right"/>
      </w:pPr>
      <w:r>
        <w:t>ورنہیہکوئینئیباتنہیں ہے۔ لڑنا پرانےزمان ےمیںایک بہادریکیعلامتتھا کیونکہ خود ہی اب ڈیفنساپناکرناپڑتاتھا۔</w:t>
      </w:r>
    </w:p>
    <w:p>
      <w:r>
        <w:rPr>
          <w:b/>
        </w:rPr>
        <w:t xml:space="preserve">[07:23] </w:t>
      </w:r>
      <w:r>
        <w:t>Bahar ki duniya mein bahut zyada aise dakoo hote thay, log akele chalte bhi nahi thay, aur har lihaaz se un ko khud hi sab kuch karna padta tha.</w:t>
      </w:r>
    </w:p>
    <w:p>
      <w:pPr>
        <w:jc w:val="right"/>
      </w:pPr>
      <w:r>
        <w:t>باہرکیدنیا میں بہت زیادہ ایسے ڈاکوہوتےتھے،لوگ اکیلےچلتےبھینہیںتھے، اور ہرلحاظسےانکوخودہیسبکچھکرناپڑتاتھا۔</w:t>
      </w:r>
    </w:p>
    <w:p>
      <w:r>
        <w:rPr>
          <w:b/>
        </w:rPr>
        <w:t xml:space="preserve">[07:35] </w:t>
      </w:r>
      <w:r>
        <w:t>Koi fauj aur police hoti nahi thi, to jitna jo bahadur hota tha, utna hi us ko badi cheez samjha jaata tha, us ki bahut ahmiyat hoti thi.</w:t>
      </w:r>
    </w:p>
    <w:p>
      <w:pPr>
        <w:jc w:val="right"/>
      </w:pPr>
      <w:r>
        <w:t>کوئی فوجاور پولیسہوتینہیں تھی، تو جتناجو بہادر ہوتاتھا،اتناہیاس کو بڑیچیزسمجھاجاتا تھا،اسکیبہت اہمیتہوتیتھی۔</w:t>
      </w:r>
    </w:p>
    <w:p>
      <w:r>
        <w:rPr>
          <w:b/>
        </w:rPr>
        <w:t xml:space="preserve">[07:44] </w:t>
      </w:r>
      <w:r>
        <w:t>To woh ab zamanah badal gaya, Musalmanon ko samajhna padega ke ab zamanah badal gaya hai,</w:t>
      </w:r>
    </w:p>
    <w:p>
      <w:pPr>
        <w:jc w:val="right"/>
      </w:pPr>
      <w:r>
        <w:t>تو وہ اب زمان ہبدلگیا ،مسلمان وںکوسمجھناپڑےگا کہ ابزمان ہبدلگیا ہے،</w:t>
      </w:r>
    </w:p>
    <w:p>
      <w:r>
        <w:rPr>
          <w:b/>
        </w:rPr>
        <w:t xml:space="preserve">[07:50] </w:t>
      </w:r>
      <w:r>
        <w:t>ab is zamaney ke mutabiq, halaat ke mutabiq, unhein apne aap ko adjust karna padega. Sab se badi baat to yeh hai ke ab freedom hai, religious freedom hai. Pehle to religion ke liye sakht se sakht sazaein di jaati thi.</w:t>
      </w:r>
    </w:p>
    <w:p>
      <w:pPr>
        <w:jc w:val="right"/>
      </w:pPr>
      <w:r>
        <w:t>اباسیزمان ےکےمط ابق،حالاتکےمط ابق ،انہیں اپنےآپکو ایڈجسٹکرناپڑےگا۔ سبسےبڑیبات تویہہےکہاب فریڈمہے، ریلیجسفریڈمہے۔پہلے تو ریلیجنکےلیے سختسےسخت سزائیںدیجاتیتھیں۔</w:t>
      </w:r>
    </w:p>
    <w:p>
      <w:r>
        <w:rPr>
          <w:b/>
        </w:rPr>
        <w:t xml:space="preserve">[08:05] </w:t>
      </w:r>
      <w:r>
        <w:t>Hazrat Musa ke zamaney mein jadu garon ko religion ke liye jab unhon ne kaha ke hum Hazrat Musa ke follower bante hain, un par iman laate hain, to un ka ek haath, ek paon katwa diya aur phir phansi de di gayi.</w:t>
      </w:r>
    </w:p>
    <w:p>
      <w:pPr>
        <w:jc w:val="right"/>
      </w:pPr>
      <w:r>
        <w:t>حضرتموسیٰکےزمان ےمیں جادو گروںکو ریلیجنکےلیے جب انہوںنےکہاکہہمحضرتموسی ٰ کے فالووربنتےہیں،انپرایمانلاتےہیں،تو انکاایک ہاتھ،ایک پاؤںکٹوادیا اورپھر پھانسیدیگئی ۔</w:t>
      </w:r>
    </w:p>
    <w:p>
      <w:r>
        <w:rPr>
          <w:b/>
        </w:rPr>
        <w:t xml:space="preserve">[08:20] </w:t>
      </w:r>
      <w:r>
        <w:t>To woh zamanah hi Allah ne badal diya hai. Ab humein azaadi hai, is daur ko samajhna padega aur humein apne aap ko badalna padega, tabhi yeh jo hai jang ki halaat duniya mein khatm hongi.</w:t>
      </w:r>
    </w:p>
    <w:p>
      <w:pPr>
        <w:jc w:val="right"/>
      </w:pPr>
      <w:r>
        <w:t>تو وہ زمان ہہی اللہ نےبدلدیاہے۔ ابہمیں آز ادیہے، اس دورکوسمجھناپڑےگا اور ہمیں اپنے آپکو بدلناپڑےگا، تبھی یہ جوہے جنگ یحالاتدنیا میں ختم ہوںگ</w:t>
      </w:r>
    </w:p>
    <w:p>
      <w:r>
        <w:rPr>
          <w:b/>
        </w:rPr>
        <w:t xml:space="preserve">[08:34] </w:t>
      </w:r>
      <w:r>
        <w:t>ji, aur aap, agar hum Prophet ki life se bhi dekhein, matlab itni clear guidance hai in sab baaton ko le kar ke kuch bhi doubt nahi rehta hai. Matlab ek bahut hi achhi Hadees hai jo Musnad Ahmad mein hai ke ek shakhs ne Rasool Allah se poocha ke "What is Islam?</w:t>
      </w:r>
    </w:p>
    <w:p>
      <w:pPr>
        <w:jc w:val="right"/>
      </w:pPr>
      <w:r>
        <w:t>ے۔ جی، اور آپا،اگرہم پرافٹکیلائفسےبھیدیکھیں،مطلب اتنی کلی ئر گائیڈنسہے انسبباتوںکولےکر کہ کچھبھی ڈاؤٹنہیںرہتاہے۔مطلب ایکبہت ہی اچھیحدیثہےجو مس نداحمد میںہے کہ ایک شخص نے رسولاللہسےپوچھا کہ"واٹازاسلام ؟</w:t>
      </w:r>
    </w:p>
    <w:p>
      <w:r>
        <w:rPr>
          <w:b/>
        </w:rPr>
        <w:t xml:space="preserve">[08:52] </w:t>
      </w:r>
      <w:r>
        <w:t>"To unhon ne bahut simple terms mein kaha: "Purity of speech and hospitality." Matlab aap ki bol chaal aur aap ki dealings ya conduct jo hai, woh achhi terms mein ho.</w:t>
      </w:r>
    </w:p>
    <w:p>
      <w:pPr>
        <w:jc w:val="right"/>
      </w:pPr>
      <w:r>
        <w:t>"تو انہوںنےبہت سمپلٹرمزمیںکہا: "پیورٹیآفسپیچ اینڈہاسپٹیلٹی۔"مطلب آپکی بول چالاورآپ کی ڈیلنگیاکنڈکٹجوہے، وہاچھیٹرمزمیںہو ۔</w:t>
      </w:r>
    </w:p>
    <w:p>
      <w:r>
        <w:rPr>
          <w:b/>
        </w:rPr>
        <w:t xml:space="preserve">[09:03] </w:t>
      </w:r>
      <w:r>
        <w:t>Isi tareeqe se ek jagah aur Rasool Allah ne kaha ke "Faith is to restrain oneself from violence." So let no believer commit any act of violence.</w:t>
      </w:r>
    </w:p>
    <w:p>
      <w:pPr>
        <w:jc w:val="right"/>
      </w:pPr>
      <w:r>
        <w:t>اسیطریقےسے ایکجگہ اور رسولاللہنےکہاکہ "فیتھازٹو ریسٹین ون سیلففراموائلنس۔" سو لیٹ نو بیلیور کمٹاینیایکٹآفوائلنس۔</w:t>
      </w:r>
    </w:p>
    <w:p>
      <w:r>
        <w:rPr>
          <w:b/>
        </w:rPr>
        <w:t xml:space="preserve">[09:15] </w:t>
      </w:r>
      <w:r>
        <w:t>Jab ke hum is ke bilkul opposite dekhte hain, jaisa ke abhi recently hum ne terror attack mein bhi dekha. To aap, agla sawal yahi banta hai ke "What is the root cause of this terror</w:t>
      </w:r>
    </w:p>
    <w:p>
      <w:pPr>
        <w:jc w:val="right"/>
      </w:pPr>
      <w:r>
        <w:t>جب کہ ہم اسکےبالکل اپوزٹدیکھتےہیں،جیساکہابھی ریسنٹلیہمنےٹیررسٹاٹیکمیںبھیدیکھا۔ تو آپ ا، اگلاسوال یہی بنتاہےکہ "واٹازاےروٹکازآف دس ٹیر</w:t>
      </w:r>
    </w:p>
    <w:p>
      <w:r>
        <w:rPr>
          <w:b/>
        </w:rPr>
        <w:t xml:space="preserve">[09:27] </w:t>
      </w:r>
      <w:r>
        <w:t>terrorism?" Is ke bare mein aap bataein, because it is not legitimate, it is not allowed in Islam. To is ke bare mein thoda sa bataein.</w:t>
      </w:r>
    </w:p>
    <w:p>
      <w:pPr>
        <w:jc w:val="right"/>
      </w:pPr>
      <w:r>
        <w:t>رزم؟" اسکےبارےمیںآپبتائیں،بیکازاٹازناٹ لیجیٹیمیٹ،اٹازناٹالاؤڈ ان اسلام ۔ تو اسکےبارےمیں تھوڑاسابتائیں۔</w:t>
      </w:r>
    </w:p>
    <w:p>
      <w:r>
        <w:rPr>
          <w:b/>
        </w:rPr>
        <w:t xml:space="preserve">[09:37] </w:t>
      </w:r>
      <w:r>
        <w:t>asl mein islam, jaise aapne bataya ke tamam talimat islam ke aman ke usoolon par mabni hain, aman aman par based hain.</w:t>
      </w:r>
    </w:p>
    <w:p>
      <w:pPr>
        <w:jc w:val="right"/>
      </w:pPr>
      <w:r>
        <w:t>اصلمیں اسلام ،جیسےآپنےبتایا کہ تمام تعلیم ات اسلام کے امنکےاصولوںپر مبنیہیں، امن امنپر بیسڈہیں۔</w:t>
      </w:r>
    </w:p>
    <w:p>
      <w:r>
        <w:rPr>
          <w:b/>
        </w:rPr>
        <w:t xml:space="preserve">[09:48] </w:t>
      </w:r>
      <w:r>
        <w:t>To us mein 99% sirf aman se directly ya indirectly related hain, sirf 6%,</w:t>
      </w:r>
    </w:p>
    <w:p>
      <w:pPr>
        <w:jc w:val="right"/>
      </w:pPr>
      <w:r>
        <w:t>تو اسمیں 9 9 4 پرسنٹ صرف امنسے ڈائریکٹلییا انڈائریکٹلیریلیٹڈہیں، صرف سکسپرسنٹ،</w:t>
      </w:r>
    </w:p>
    <w:p>
      <w:r>
        <w:rPr>
          <w:b/>
        </w:rPr>
        <w:t xml:space="preserve">[10:02] </w:t>
      </w:r>
      <w:r>
        <w:t>point six percent aisi verses hain jo jang ke zamanay mein reveal</w:t>
      </w:r>
    </w:p>
    <w:p>
      <w:pPr>
        <w:jc w:val="right"/>
      </w:pPr>
      <w:r>
        <w:t>پوائنٹ سکسپرسنٹ ایسی ورسزہیں جو جنگ کےزمان ےمیں ریویل</w:t>
      </w:r>
    </w:p>
    <w:p>
      <w:r>
        <w:rPr>
          <w:b/>
        </w:rPr>
        <w:t xml:space="preserve">[10:09] </w:t>
      </w:r>
      <w:r>
        <w:t>huin. Kyunkay bataisa tha kay 13 saal rasool Allah salallahu alaihi wasallam Makkah mein rahay aur Makkah mein bohat zulm hua, bohat ziyada persecution hua.</w:t>
      </w:r>
    </w:p>
    <w:p>
      <w:pPr>
        <w:jc w:val="right"/>
      </w:pPr>
      <w:r>
        <w:t>ہوئیں۔ کیونکہ باتایسا تھا کہ 13 سال رسولاللہ صلیاللہعلیہوسلممکہمیںرہے اور مک ہمیںبہت ظلمہوا،بہت زیادہ پرسیکیوشنہوا۔</w:t>
      </w:r>
    </w:p>
    <w:p>
      <w:r>
        <w:rPr>
          <w:b/>
        </w:rPr>
        <w:t xml:space="preserve">[10:21] </w:t>
      </w:r>
      <w:r>
        <w:t>Is kay bawajood aap ko allow nahin tha, na aap kay companions ko allowed tha kay jawab dein. To sabr bardasht, sabr bardasht kartay rahay.</w:t>
      </w:r>
    </w:p>
    <w:p>
      <w:pPr>
        <w:jc w:val="right"/>
      </w:pPr>
      <w:r>
        <w:t>اسکے با وجود آپکو الا ؤڈنہیںتھا،نہآپکے کمپینینزکوالاؤڈتھاکہ جواب دیں۔ تو ص بر برداشت،صبربرداشت کرتے رہے۔</w:t>
      </w:r>
    </w:p>
    <w:p>
      <w:r>
        <w:rPr>
          <w:b/>
        </w:rPr>
        <w:t xml:space="preserve">[10:31] </w:t>
      </w:r>
      <w:r>
        <w:t>To jab yeh log Madinah gaye aur Madinah mein baqayda aggression honay laga,</w:t>
      </w:r>
    </w:p>
    <w:p>
      <w:pPr>
        <w:jc w:val="right"/>
      </w:pPr>
      <w:r>
        <w:t>توجب یہلوگ مدینہگئے اور مدینےمیں باقاعدہ ایگریشنہونےلگا،</w:t>
      </w:r>
    </w:p>
    <w:p>
      <w:r>
        <w:rPr>
          <w:b/>
        </w:rPr>
        <w:t xml:space="preserve">[10:38] </w:t>
      </w:r>
      <w:r>
        <w:t>wahan to individually persecute kartay thay, Madinah mein baqayda fauj lay kar aggression honay laga. To jab aggression hota hai to us waqt har mulk mein is ka jawab diya jata hai defense say.</w:t>
      </w:r>
    </w:p>
    <w:p>
      <w:pPr>
        <w:jc w:val="right"/>
      </w:pPr>
      <w:r>
        <w:t>وہاںتو انڈیویجولی پرسیکیوٹکرتے تھے، مدینہمیںباقاعدہ فوجلےکر ایگریشنہونےلگا۔ تو جب ایگریشن ہوتاہے تو اسوقت ہر ملکمیں اسکاجوابدیا جاتا ہے ڈیفنسمیں۔</w:t>
      </w:r>
    </w:p>
    <w:p>
      <w:r>
        <w:rPr>
          <w:b/>
        </w:rPr>
        <w:t xml:space="preserve">[10:52] </w:t>
      </w:r>
      <w:r>
        <w:t>To woh yeh hua woh</w:t>
      </w:r>
    </w:p>
    <w:p>
      <w:pPr>
        <w:jc w:val="right"/>
      </w:pPr>
      <w:r>
        <w:t>تو وہیہوا وہ</w:t>
      </w:r>
    </w:p>
    <w:p>
      <w:r>
        <w:rPr>
          <w:b/>
        </w:rPr>
        <w:t xml:space="preserve">[10:53] </w:t>
      </w:r>
      <w:r>
        <w:t>wahan par bhi. To jab aggression honay laga to phir jo companions thay, woh hesitate kar rahay thay jang mein janay say. Kyunkay 13 saal un ko bataya gaya tha kay Islam mein peaceful tareeqay say rehna hai, lekin halaat par depend karta hai.</w:t>
      </w:r>
    </w:p>
    <w:p>
      <w:pPr>
        <w:jc w:val="right"/>
      </w:pPr>
      <w:r>
        <w:t>اںپربھی۔تو جب ایگریشنہونے لگاتوپھر جو کمپینینز تھے، وہ ہیزیٹیٹکررہےتھے جنگمیںجانےسے ۔کیونکہ 13 سالانکوبتایاگیاتھا کہ اسلام میں پیسفلطریقےسےرہناہے، لیکن حالات پر ڈیپینڈکرتاہے۔</w:t>
      </w:r>
    </w:p>
    <w:p>
      <w:r>
        <w:rPr>
          <w:b/>
        </w:rPr>
        <w:t xml:space="preserve">[11:11] </w:t>
      </w:r>
      <w:r>
        <w:t>To is liye chand verses utrein kay jab dushman aik dam attack kar de to us waqt na guzeer halaat mein, matlab by way of necessary evil, humein is ka jawab dena paray ga.</w:t>
      </w:r>
    </w:p>
    <w:p>
      <w:pPr>
        <w:jc w:val="right"/>
      </w:pPr>
      <w:r>
        <w:t>تو اس لیے چند ورسزاتریں کہجب دشمن ایکدم اٹیککردے تو اس وقت نا گزیرحالاتمیں ،مطلب ب طور نیسیسریایول، ہمیںاسکاجوابدیناپڑےگا۔</w:t>
      </w:r>
    </w:p>
    <w:p>
      <w:r>
        <w:rPr>
          <w:b/>
        </w:rPr>
        <w:t xml:space="preserve">[11:26] </w:t>
      </w:r>
      <w:r>
        <w:t>Aur phir Prophet kay life say humein maloom hota hai kay bar bar aap nay is kay bawajood avoidance ka tareeqa ikhtiyar kiya.</w:t>
      </w:r>
    </w:p>
    <w:p>
      <w:pPr>
        <w:jc w:val="right"/>
      </w:pPr>
      <w:r>
        <w:t>اور پرافٹ کیلائفسےہمیں معلوم ہوتاہےکہ بار بار آپنے اسکے باوجود اوائڈنسکاطریقہاختیارکیا۔</w:t>
      </w:r>
    </w:p>
    <w:p>
      <w:r>
        <w:rPr>
          <w:b/>
        </w:rPr>
        <w:t xml:space="preserve">[11:36] </w:t>
      </w:r>
      <w:r>
        <w:t>Is kay bawajood aap koshish yeh kartay rahay kay negotiation say masla hal ho jaye. Isi wajah say aap ki poori zindagi mein, jab kay kaha jata hai kay taqreeban 80 ghazwaat huay hain, matlab 80 bar koshish ki dushmanon nay jang mein aap ko uljhanay ki, lekin aap nay sirf adhay adhay din ki jang teen bar hui, yani deir din ki jang</w:t>
      </w:r>
    </w:p>
    <w:p>
      <w:pPr>
        <w:jc w:val="right"/>
      </w:pPr>
      <w:r>
        <w:t>اسکے باوجود آپ کوششیہیکرتے رہےکہ نیگوشیایشنسےمسئلہحلہوجائے۔ اسیوجہ سےآپکی پوریزندگی میں،جبکہ کہاجاتا ہےکہ تقریباً 80 غزوات ہوئے ہیں، مطلب 80 بار کوششکی دشمنوںنے جنگ میں آپکو الجھانےکی ،لیکن آپ نےصرف ادھےادھےدنکی جنگ تینبارہوئی ،یعنی ڈیڑھدنکیجنگ</w:t>
      </w:r>
    </w:p>
    <w:p>
      <w:r>
        <w:rPr>
          <w:b/>
        </w:rPr>
        <w:t xml:space="preserve">[12:04] </w:t>
      </w:r>
      <w:r>
        <w:t>. Adha din, jis ko Maulana nay kaha tha kay is ko skirmish bolta hain, is ko is ko jang bhi nahin bolta. Jang kay liye to baqayda kayi mahinay ki jang hoti hai, tab is ko jang ka naam diya jata hai.</w:t>
      </w:r>
    </w:p>
    <w:p>
      <w:pPr>
        <w:jc w:val="right"/>
      </w:pPr>
      <w:r>
        <w:t>۔ ادھادن،جسکو مول انانےکہاتھاکہاسکرمش بولتےہیں،اسکو اسکو جنگ بھینہیں بولتے۔ جنگ کےلیےتو باقاعدہکئیمہینےکیجنگ ہوتیہے،تباسکو جنگ کانامدیا جاتا ہے۔</w:t>
      </w:r>
    </w:p>
    <w:p>
      <w:r>
        <w:rPr>
          <w:b/>
        </w:rPr>
        <w:t xml:space="preserve">[12:17] </w:t>
      </w:r>
      <w:r>
        <w:t>To sirf deir din Rasool Allah salallahu alaihi wasallam nay jang ki hai. To aap aaj say muqabla kar lijiye, aaj to jang khatam hi nahin hoti, das das saal jang chalti</w:t>
      </w:r>
    </w:p>
    <w:p>
      <w:pPr>
        <w:jc w:val="right"/>
      </w:pPr>
      <w:r>
        <w:t>تو صرف ڈیڑھدن رسول اللہ صلیاللہعلیہوسلمنےجنگ کیہے۔ توآپ آجسےمقابلہکرلیجئے، آجتوجنگ ختمہینہیںہوتی، دسدسسالجنگ چلتی</w:t>
      </w:r>
    </w:p>
    <w:p>
      <w:r>
        <w:rPr>
          <w:b/>
        </w:rPr>
        <w:t xml:space="preserve">[12:29] </w:t>
      </w:r>
      <w:r>
        <w:t>hai. To is ka matlab yeh hai kay hum Quran ki taleemat say aur Rasool Allah salallahu alaihi wasallam ki zindagi mein aur aap ki jo taleemat hain, aap ki jo ahadees hain, us say hum bohat door hatt gaye hain.</w:t>
      </w:r>
    </w:p>
    <w:p>
      <w:pPr>
        <w:jc w:val="right"/>
      </w:pPr>
      <w:r>
        <w:t>ہے۔ تو اسکامطلب یہہے کہ ہم قرآنکی تعلیم اتسے اور رسولاللہ صلیاللہعلیہوسلمکیزندگی میں اور آپ کیجو تعلیم ات ہیں،آپکیجو احادیثہیں، اسسےہمبہت دور ہٹگئےہیں۔</w:t>
      </w:r>
    </w:p>
    <w:p>
      <w:r>
        <w:rPr>
          <w:b/>
        </w:rPr>
        <w:t xml:space="preserve">[12:42] </w:t>
      </w:r>
      <w:r>
        <w:t>To jang koi aisa nahin hai, jang to aik exception hai, baqi peaceful environment jo hai, wohi rule hai. To kabhi kabhi aisa karna parta hai jang, aur woh bhi bilkul hi mukhtasar hona chahiye.</w:t>
      </w:r>
    </w:p>
    <w:p>
      <w:pPr>
        <w:jc w:val="right"/>
      </w:pPr>
      <w:r>
        <w:t>تو جنگ کوئیایسانہیں ہے،جنگ تو ایکسیپشنہے، باقی پیسفل انوائرمنٹجوہے، وہی رولہے۔ تو کبھیکبھیایسا کرناپڑتاہے جنگ ،اور وہبھی بالکل ہی مخت صرہوناچاہیے۔</w:t>
      </w:r>
    </w:p>
    <w:p>
      <w:r>
        <w:rPr>
          <w:b/>
        </w:rPr>
        <w:t xml:space="preserve">[12:58] </w:t>
      </w:r>
      <w:r>
        <w:t>To</w:t>
      </w:r>
    </w:p>
    <w:p>
      <w:pPr>
        <w:jc w:val="right"/>
      </w:pPr>
      <w:r>
        <w:t>تو</w:t>
      </w:r>
    </w:p>
    <w:p>
      <w:r>
        <w:rPr>
          <w:b/>
        </w:rPr>
        <w:t xml:space="preserve">[12:59] </w:t>
      </w:r>
      <w:r>
        <w:t>lekin baad mein aisa hua kay logon nay is ko bilkul faith ka masla bana diya, is ko jihad ka naam diya.</w:t>
      </w:r>
    </w:p>
    <w:p>
      <w:pPr>
        <w:jc w:val="right"/>
      </w:pPr>
      <w:r>
        <w:t>لیکن بعد میںایساہوا کہ لوگوںنے اسکو بالکل فیتھکامسئلہ بنادیا ، اسکو جہادکانام دیا ۔</w:t>
      </w:r>
    </w:p>
    <w:p>
      <w:r>
        <w:rPr>
          <w:b/>
        </w:rPr>
        <w:t xml:space="preserve">[13:09] </w:t>
      </w:r>
      <w:r>
        <w:t>Ab jihad ki wajah say woh muqaddas ho gaya. To is tareeqay say woh jihad chala ja raha hai, chala ja raha hai, aur bohat hi clear guidance hai Quran mein agar enemy attack karay ga, tab tum ko ijazat di jati hai.</w:t>
      </w:r>
    </w:p>
    <w:p>
      <w:pPr>
        <w:jc w:val="right"/>
      </w:pPr>
      <w:r>
        <w:t>ابجہادکیوجہ سےوہمقدسہوگیا۔ تو اس طریقےسے وہ جہاد چلاجارہاہے،چلاجارہاہے، اور بہت ہی کلی ئر گائیڈنسہے قرآنمیں کہاگر این می اٹیککرےگا، تب تم کو اجازتدیجاتیہے۔</w:t>
      </w:r>
    </w:p>
    <w:p>
      <w:r>
        <w:rPr>
          <w:b/>
        </w:rPr>
        <w:t xml:space="preserve">[13:27] </w:t>
      </w:r>
      <w:r>
        <w:t>Aur yahan to baghair attack karay hi woh guerrilla war, proxy war, aur us tareeqay ka chaltay rehtay hain enemies, jab kay enemies ko to allow nahin hai jang karna.</w:t>
      </w:r>
    </w:p>
    <w:p>
      <w:pPr>
        <w:jc w:val="right"/>
      </w:pPr>
      <w:r>
        <w:t>اوریہاںتو بغیراٹیککرےہیوہ گوریلاوار،پراکسیوار، اور اسطریقےکا چلاتےرہتےہیں اینجیاوز،جبکہاینجیاوزکوتو الاؤڈہینہیں ہے جنگ کرنا۔</w:t>
      </w:r>
    </w:p>
    <w:p>
      <w:r>
        <w:rPr>
          <w:b/>
        </w:rPr>
        <w:t xml:space="preserve">[13:39] </w:t>
      </w:r>
      <w:r>
        <w:t>Jang sirf aik established state kar sakti hai. To yeh jo terrorism hai, yeh us ko kehtay hain jo ghair riyasti log jo hain, tashaddud kartay hain, matlab jis jin ko hum aaj non state actors kehtay hain.</w:t>
      </w:r>
    </w:p>
    <w:p>
      <w:pPr>
        <w:jc w:val="right"/>
      </w:pPr>
      <w:r>
        <w:t>جنگ صرف ایک اسٹیبلشاس ٹیٹ کرسکتیہے۔ تویہجو ٹیررزمہے، یہ اسیکوکہتےہیںجو غیر ریاست ی لوگ جوہیں،تشدد کرتے ہیں،مطلب جس جنکوہم آج نان اسٹیٹ ایکٹرزکہتےہیں۔</w:t>
      </w:r>
    </w:p>
    <w:p>
      <w:r>
        <w:rPr>
          <w:b/>
        </w:rPr>
        <w:t xml:space="preserve">[13:57] </w:t>
      </w:r>
      <w:r>
        <w:t>To yeh hai terrorism. Agar agar hukoomat baqayda establish hukoomat defense karti hai, to woh terrorism nahin hai, woh defense hai.</w:t>
      </w:r>
    </w:p>
    <w:p>
      <w:pPr>
        <w:jc w:val="right"/>
      </w:pPr>
      <w:r>
        <w:t>تو یہ ہے ٹیر رزم۔ اگر اگر حکومت باقاعدہ اسٹیبلشحکومت ڈیفنسکرتیہے،تووہ ٹیر رزمنہیںہے، وہ ڈیفنسہے۔</w:t>
      </w:r>
    </w:p>
    <w:p>
      <w:r>
        <w:rPr>
          <w:b/>
        </w:rPr>
        <w:t xml:space="preserve">[14:09] </w:t>
      </w:r>
      <w:r>
        <w:t>To yeh hai kay agar agar individuals ko ya kisi group ko koi shikayat hai, koi masla hai, to woh peaceful tareeqay say is ko samnay rakh sakta hai, woh adalat ko refer kar sakta hai,</w:t>
      </w:r>
    </w:p>
    <w:p>
      <w:pPr>
        <w:jc w:val="right"/>
      </w:pPr>
      <w:r>
        <w:t>تو یہہے کہاگر اگر انڈیویجولزکو یاکسی گروپکو کوئی شک ایت ہے، کوئی مسئلہہے، تو وہ پیسفل طریقےسے اسکو سامنےرکھسکتاہے، وہ عدالت کوریفرکرسکتاہے،</w:t>
      </w:r>
    </w:p>
    <w:p>
      <w:r>
        <w:rPr>
          <w:b/>
        </w:rPr>
        <w:t xml:space="preserve">[14:27] </w:t>
      </w:r>
      <w:r>
        <w:t>hukoomat say baat cheet kar sakta hai, woh aur negotiation kar sakta hai. To is ko Islam mein, is ko sirf peaceful dayre mein kaam karnay ka keh keh kar ijazat hai.</w:t>
      </w:r>
    </w:p>
    <w:p>
      <w:pPr>
        <w:jc w:val="right"/>
      </w:pPr>
      <w:r>
        <w:t>حکومت سےباتچیتکرسکتاہے،وہ اورنیگوشیایشنکرسکتاہے۔ تو اسکو اسلام میں ،اسکو صرف پیسفل دائرےمیںکام کرنے کا کہکرنے کیاجازتہے۔</w:t>
      </w:r>
    </w:p>
    <w:p>
      <w:r>
        <w:rPr>
          <w:b/>
        </w:rPr>
        <w:t xml:space="preserve">[14:40] </w:t>
      </w:r>
      <w:r>
        <w:t>To yeh log chunkay in logon nay apni jahd o jahd ko jihad ka naam de diya, halan kay jihad jo hai, sirf struggle kay ma'anay mein hai, woh bhi kisi no public cause kay liye struggle.</w:t>
      </w:r>
    </w:p>
    <w:p>
      <w:pPr>
        <w:jc w:val="right"/>
      </w:pPr>
      <w:r>
        <w:t>تو یہ لوگ چونکہ انلوگوںنے اپنی جد وجہدکو جہادکانام دےدیا ، حالانکہ جہ اد جوہے،صرف اسٹرگلکےمعنیمیںہے،وہبھیکسی نوبلکاسٹکےلیےاسٹرگل۔</w:t>
      </w:r>
    </w:p>
    <w:p>
      <w:r>
        <w:rPr>
          <w:b/>
        </w:rPr>
        <w:t xml:space="preserve">[14:54] </w:t>
      </w:r>
      <w:r>
        <w:t>Jihad hai nahin</w:t>
      </w:r>
    </w:p>
    <w:p>
      <w:pPr>
        <w:jc w:val="right"/>
      </w:pPr>
      <w:r>
        <w:t>جہاد ہےہینہیں</w:t>
      </w:r>
    </w:p>
    <w:p>
      <w:r>
        <w:rPr>
          <w:b/>
        </w:rPr>
        <w:t xml:space="preserve">[14:56] </w:t>
      </w:r>
      <w:r>
        <w:t>jang kay liye, chunkay jang jihad ma'anay bohat ziyada mehnat karna. To chunkay jang mein bohat ziyada mehnat hoti thi, to is liye is ko jihad is kay extended ma'anay mein jihad keh diya gaya, warna jihad jang kay ma'anay mein nahin use hota hai.</w:t>
      </w:r>
    </w:p>
    <w:p>
      <w:pPr>
        <w:jc w:val="right"/>
      </w:pPr>
      <w:r>
        <w:t>جنگ کےلیے، چونکہجنگ جہاد معنی بہت زیادہ محنتکرنا۔ توچونکہجنگ میںبہتزیادہ محنتہوتیتھی، تواسلیےاسکو جہاد اسکے ایکسٹینڈڈمفہوممیںجہادکہہدیاگیا، ورنہجہاد جنگ کے معنیمیںنہیںیوزہوتاہے۔</w:t>
      </w:r>
    </w:p>
    <w:p>
      <w:r>
        <w:rPr>
          <w:b/>
        </w:rPr>
        <w:t xml:space="preserve">[15:12] </w:t>
      </w:r>
      <w:r>
        <w:t>to ab jehad kehdiya, to ab jehad ki wajah se woh aur woh jo deen mein masla ban gaya,</w:t>
      </w:r>
    </w:p>
    <w:p>
      <w:pPr>
        <w:jc w:val="right"/>
      </w:pPr>
      <w:r>
        <w:t>تو اب جہادکہہدیا ،تو ابجہادکیوجہ سےوہ اور وہ جو دینیمسئلہبنگیا ،</w:t>
      </w:r>
    </w:p>
    <w:p>
      <w:r>
        <w:rPr>
          <w:b/>
        </w:rPr>
        <w:t xml:space="preserve">[15:18] </w:t>
      </w:r>
      <w:r>
        <w:t>ab woh terrorism karte hain, woh suicide bombing karte hain, aur isko iska suicide bombing ko istishhad kehte hain, yani shahadat chahna.</w:t>
      </w:r>
    </w:p>
    <w:p>
      <w:pPr>
        <w:jc w:val="right"/>
      </w:pPr>
      <w:r>
        <w:t>ابوہ ٹیررزمکرتےہیں،وہ سوسائیڈبمبنگکرتےہیں، اور اسکو اسکا سوسائیڈبمبنگکو است شہادکہتےہیں، یعنیشہادتچاہنا۔</w:t>
      </w:r>
    </w:p>
    <w:p>
      <w:r>
        <w:rPr>
          <w:b/>
        </w:rPr>
        <w:t xml:space="preserve">[15:28] </w:t>
      </w:r>
      <w:r>
        <w:t>har cheez muqaddas bana diya. to is tareeqe se awam wohi, inaan awam ki support unko mil jati hai. ek misaal ek molana ne diya hai kahein ke ek misaal aap surgeon ki ek misaal lijiye.</w:t>
      </w:r>
    </w:p>
    <w:p>
      <w:pPr>
        <w:jc w:val="right"/>
      </w:pPr>
      <w:r>
        <w:t>ہرچیز مقدسبنادیا۔ تو اسطریقےسے عوامجوہیں، انانعوامکیسپورٹانکوملجاتیہے۔ ایک مثال ایکمول انانےدیا ہےکہیں کہ ایکمثال آپ سرجنکیایکمثاللیجئے۔</w:t>
      </w:r>
    </w:p>
    <w:p>
      <w:r>
        <w:rPr>
          <w:b/>
        </w:rPr>
        <w:t xml:space="preserve">[15:43] </w:t>
      </w:r>
      <w:r>
        <w:t>surgeon ne jo apni degree hasil ki hai, to usko allowed hai ke woh surgery kare. ho sakta hai kabhi woh ghalti bhi kar jaye, lekin kabhi kamyab operation na ho, lekin usko ijazat hai operation karne ki.</w:t>
      </w:r>
    </w:p>
    <w:p>
      <w:pPr>
        <w:jc w:val="right"/>
      </w:pPr>
      <w:r>
        <w:t>سرجننےجو اپنی ڈگری حاصل کیہے، تو اسکو الاؤڈہےکہوہ سرجریکرے۔ ہوسکتاہےکبھیوہغلطیبھیکرجائے، لیکن کبھی کامیاب آپریشننہہو ، لیکن اسکو اجازتہے آپریشنکرنے کی۔</w:t>
      </w:r>
    </w:p>
    <w:p>
      <w:r>
        <w:rPr>
          <w:b/>
        </w:rPr>
        <w:t xml:space="preserve">[15:58] </w:t>
      </w:r>
      <w:r>
        <w:t>ab koi aam aadmi surgery karne lage to woh to ek criminal act hoga. to yeh yeh hai</w:t>
      </w:r>
    </w:p>
    <w:p>
      <w:pPr>
        <w:jc w:val="right"/>
      </w:pPr>
      <w:r>
        <w:t>ابکوئی عام آدمی سرجریکرنے لگے تو وہتوایککریمنلایکٹہوگا۔ تو یہیہے</w:t>
      </w:r>
    </w:p>
    <w:p>
      <w:r>
        <w:rPr>
          <w:b/>
        </w:rPr>
        <w:t xml:space="preserve">[16:05] </w:t>
      </w:r>
      <w:r>
        <w:t>angiauz. angiauz wohi, woh ek criminal act kar rahe hain, kyunke Islam mein inko sirf peaceful dayre mein kaam karne ka karne ki ijazat di gayi hai.</w:t>
      </w:r>
    </w:p>
    <w:p>
      <w:pPr>
        <w:jc w:val="right"/>
      </w:pPr>
      <w:r>
        <w:t>اینجیاوز۔ اینجیاوزجوہیں،وہ ایک کریمنل ایکٹکررہےہیں، کیونکہ اسلام میں انکو صرف پیسفل دائرےمیںکام کرنےکا کرنے کیاجازتدیگئیہے۔</w:t>
      </w:r>
    </w:p>
    <w:p>
      <w:r>
        <w:rPr>
          <w:b/>
        </w:rPr>
        <w:t xml:space="preserve">[16:16] </w:t>
      </w:r>
      <w:r>
        <w:t>ji, apa, yeh bohat important distinction aap ne bataya group aur establishment government ka, aur yeh surgical aap ne doctor ki jo misaal di, yeh bhi bohat achhe se isko wazeh karti hai.</w:t>
      </w:r>
    </w:p>
    <w:p>
      <w:pPr>
        <w:jc w:val="right"/>
      </w:pPr>
      <w:r>
        <w:t>جی، آپا،یہبہت امپورٹنٹ ڈسٹنکشنآپنےبتایا گروپاور اسٹیبلشگورنمنٹکا،اوریہجوسرجیکل آپنےڈاکٹرکیجو مثالبھیدی،یہبھیبہتاچھےسےاسکوواضحکرتیہے۔</w:t>
      </w:r>
    </w:p>
    <w:p>
      <w:r>
        <w:rPr>
          <w:b/>
        </w:rPr>
        <w:t xml:space="preserve">[16:28] </w:t>
      </w:r>
      <w:r>
        <w:t>main yeh dobara se is pe baad mein aaunga, kyunke ek sawal maine aap ke liye rakha hua hai, lekin</w:t>
      </w:r>
    </w:p>
    <w:p>
      <w:pPr>
        <w:jc w:val="right"/>
      </w:pPr>
      <w:r>
        <w:t>میں یہ دوبارہسے اسپہ بعدمیںآؤںگا، کیونکہایکسوالمیںنےآپکےلیےرکھاہواہے، لیکن</w:t>
      </w:r>
    </w:p>
    <w:p>
      <w:r>
        <w:rPr>
          <w:b/>
        </w:rPr>
        <w:t xml:space="preserve">[16:33] </w:t>
      </w:r>
      <w:r>
        <w:t>yahan pe kyunke hum terrorism ki baat kar rahe the, aur aaj hum dekhte hain ke itni indiscriminate killing ho gayi hai, to yahan pe I wanted to bring on a important aspect that Maulana Wahiduddin Khan sahib has explained very clearly earlier in his book al-Mawrid.</w:t>
      </w:r>
    </w:p>
    <w:p>
      <w:pPr>
        <w:jc w:val="right"/>
      </w:pPr>
      <w:r>
        <w:t>یہاں پہ کیونکہہمٹیر رزمکیباتکررہےتھے،اور آجہمدیکھتےہیںکہاتنی انڈسکرمینٹکلنگہوگئیہے، تو یہاںپہآئیوانٹڈٹوبرنگانونامپورٹنٹایسپیکٹدیٹ مول اناوحیدالدینخان صاحب ہیز ایکسپلینڈ ویریکلی ئرلی ان ہز بک امنعالم۔</w:t>
      </w:r>
    </w:p>
    <w:p>
      <w:r>
        <w:rPr>
          <w:b/>
        </w:rPr>
        <w:t xml:space="preserve">[16:49] </w:t>
      </w:r>
      <w:r>
        <w:t>iska English mein bhi tarjuma hua hai Islam and World Peace ke naam se. to Maulana ne is mein bataya ke yeh kis tareeqe se jo hai Islam is seen as a religion of violence hua hai,</w:t>
      </w:r>
    </w:p>
    <w:p>
      <w:pPr>
        <w:jc w:val="right"/>
      </w:pPr>
      <w:r>
        <w:t>اسکا انگلشمیںبھیترجمہہواہےاسلام اینڈورلڈپیسکےنامسے ۔تو مول انانےاسمیںبتایا کہیہکسطریقےسے جوہے اسلام ائزی شنآف وائلنسہواہے،</w:t>
      </w:r>
    </w:p>
    <w:p>
      <w:r>
        <w:rPr>
          <w:b/>
        </w:rPr>
        <w:t xml:space="preserve">[16:58] </w:t>
      </w:r>
      <w:r>
        <w:t>and Maulana ne is mein clearly cheezon ko explain karte hue bataya ke jab hum Quran padhte hain to we come to know about the first murder that took place in the history of mankind.</w:t>
      </w:r>
    </w:p>
    <w:p>
      <w:pPr>
        <w:jc w:val="right"/>
      </w:pPr>
      <w:r>
        <w:t>اینڈ مول انانےاسمیں بڑیکلیئرلی چیزوںکوایکسپلینکرتےہوئےبتایاکہ جبہمقرآنپڑھتےہیں تو وی کمٹونواباؤٹدا فرسٹ مرڈر دیٹٹوکپلیساندیہیومنہسٹری۔</w:t>
      </w:r>
    </w:p>
    <w:p>
      <w:r>
        <w:rPr>
          <w:b/>
        </w:rPr>
        <w:t xml:space="preserve">[17:11] </w:t>
      </w:r>
      <w:r>
        <w:t>Prophet Adam had two sons Cain and Abel. Cain for personal reasons killed his brother Abel. aur iske baad phir Quran declare karti hai ke any person who kills one human being he shall be regarded as killing the entire mankind.</w:t>
      </w:r>
    </w:p>
    <w:p>
      <w:pPr>
        <w:jc w:val="right"/>
      </w:pPr>
      <w:r>
        <w:t>پرافٹایڈمہیڈٹوسنز کین اینڈایبل۔ کینفار پرسنلریزنز کلڈہزبر ادر ایبل۔ اوراسکےبعد پھرقرآن ڈیکلیئرکرتیہے کہ اینیپرسن ہوکلزون ہیومنبینگہی شیلبیریگارڈڈایزکلنگدیانٹائر مینکائنڈ۔</w:t>
      </w:r>
    </w:p>
    <w:p>
      <w:r>
        <w:rPr>
          <w:b/>
        </w:rPr>
        <w:t xml:space="preserve">[17:28] </w:t>
      </w:r>
      <w:r>
        <w:t>likewise, if a person saves one human being, then that shall be regarded as saving the entire mankind. lekin jab aap humanity ab dekhte hain ke is se yeh bhi pata chalta hai ke a type of killing has always been considered as a heinous crime by the divine law, but in humanity mein it was always to an extent.</w:t>
      </w:r>
    </w:p>
    <w:p>
      <w:pPr>
        <w:jc w:val="right"/>
      </w:pPr>
      <w:r>
        <w:t>لائکوائز، اف اپرسن سیوز ونہیومنبینگ، دیناٹشیلبیریگارڈڈایز سیونگدی انٹائر مینکائنڈ۔ لیکن جبآپہیومنہسٹریابدیکھتےہیں کہ اسسےیہبھیپتہچلتاہےکہ ایک ٹآف کل نگ ہیز الویزبین کنسیڈرڈایزاہینسکرائم بائیداڈیوائنلاء، بٹہیومنہسٹریمیں اٹوازالویزٹوالمیٹڈایکسٹینٹ۔</w:t>
      </w:r>
    </w:p>
    <w:p>
      <w:r>
        <w:rPr>
          <w:b/>
        </w:rPr>
        <w:t xml:space="preserve">[17:51] </w:t>
      </w:r>
      <w:r>
        <w:t>koi personal reason ya revenge ke basis pe agar killing karta tha to uska ek limited</w:t>
      </w:r>
    </w:p>
    <w:p>
      <w:pPr>
        <w:jc w:val="right"/>
      </w:pPr>
      <w:r>
        <w:t>کوئی پرسنلریزنیا ریونج کے بیسز پہ اگر کلنگکرتاتھاتواسکاایکلمیٹڈ</w:t>
      </w:r>
    </w:p>
    <w:p>
      <w:r>
        <w:rPr>
          <w:b/>
        </w:rPr>
        <w:t xml:space="preserve">[17:57] </w:t>
      </w:r>
      <w:r>
        <w:t>dayra hota tha, lekin aaj present context mein agar hum dekhte hain to it has taken to a disproportionate level to mass slaughter, mass murdering, mass killing, like we are seeing in the case of terrorist attack.</w:t>
      </w:r>
    </w:p>
    <w:p>
      <w:pPr>
        <w:jc w:val="right"/>
      </w:pPr>
      <w:r>
        <w:t>دائرہہوتاتھا،لیکن آج پریزنٹ کانٹیکسٹمیںاگرہمدیکھتےہیںتواٹہیزٹیکنٹواڈسپروپورشنٹلیول ٹو ماس سلاٹر،ماس مرڈرنگ،ماسکلنگ،لائکویآرسینگ اندیکیسآف ٹیررسٹاٹیک۔</w:t>
      </w:r>
    </w:p>
    <w:p>
      <w:r>
        <w:rPr>
          <w:b/>
        </w:rPr>
        <w:t xml:space="preserve">[18:10] </w:t>
      </w:r>
      <w:r>
        <w:t>why is this so? to Maulana sahib ne explain kiya ke iska reason yeh hai ke they have taken an ideological basis. ideological basis has given them ideological justification.</w:t>
      </w:r>
    </w:p>
    <w:p>
      <w:pPr>
        <w:jc w:val="right"/>
      </w:pPr>
      <w:r>
        <w:t>وائیازدسسو ؟ تومول اناصاحبنےایکسپلینکیاکہاسکاریزنیہہےکہدےہیوٹیکن اینڈ آئیڈیالوجیکلبیسز۔ آئیڈیالوجیکلبیسزہیزگیوندیمآئیڈیالوجیکل جسٹیفیکیشن۔</w:t>
      </w:r>
    </w:p>
    <w:p>
      <w:r>
        <w:rPr>
          <w:b/>
        </w:rPr>
        <w:t xml:space="preserve">[18:21] </w:t>
      </w:r>
      <w:r>
        <w:t>jab aap ideological justification lete hain to you don't consider the distinction between the culprit and the innocent, because you feel that you are on truth.</w:t>
      </w:r>
    </w:p>
    <w:p>
      <w:pPr>
        <w:jc w:val="right"/>
      </w:pPr>
      <w:r>
        <w:t>جب آپ آئیڈیالوجیکلجسٹیفیکیشنلیتےہیں تو یوڈونٹ کنسیڈرداڈسٹنکشنبٹویندی کل پریٹ اینڈدی انوسنٹ ، بیکازیو فیل دیٹیوآران ٹروتھ۔</w:t>
      </w:r>
    </w:p>
    <w:p>
      <w:r>
        <w:rPr>
          <w:b/>
        </w:rPr>
        <w:t xml:space="preserve">[18:32] </w:t>
      </w:r>
      <w:r>
        <w:t>so anything, anyone who comes in your way, you will try to remove it militarily or by force, by violence.</w:t>
      </w:r>
    </w:p>
    <w:p>
      <w:pPr>
        <w:jc w:val="right"/>
      </w:pPr>
      <w:r>
        <w:t>سو اینیتھنگ،اینیون ہوکمزانیوروے، یوویلٹرائیٹوریموواٹ ملٹری وائز اور بائے فورس،بائے وائلنس۔</w:t>
      </w:r>
    </w:p>
    <w:p>
      <w:r>
        <w:rPr>
          <w:b/>
        </w:rPr>
        <w:t xml:space="preserve">[18:41] </w:t>
      </w:r>
      <w:r>
        <w:t>so yeh jo ideological justification hai, that was invented in the first half of the twentieth century by the communists.</w:t>
      </w:r>
    </w:p>
    <w:p>
      <w:pPr>
        <w:jc w:val="right"/>
      </w:pPr>
      <w:r>
        <w:t>سویہجو آئیڈیالوجیکل جسٹیفیکیشنہے، دیٹواز انوینٹڈاندی فرسٹ ہافآفداٹونٹی سینچریبائیدا کمیونسٹ۔</w:t>
      </w:r>
    </w:p>
    <w:p>
      <w:r>
        <w:rPr>
          <w:b/>
        </w:rPr>
        <w:t xml:space="preserve">[18:49] </w:t>
      </w:r>
      <w:r>
        <w:t>communism time pe came a revolutionary idea that there should be a classless, stateless society. and for that to happen, to bring a revolution, one party has to eliminate violently the other party.</w:t>
      </w:r>
    </w:p>
    <w:p>
      <w:pPr>
        <w:jc w:val="right"/>
      </w:pPr>
      <w:r>
        <w:t>کمیونزماسٹائمپہ کیمود ری ولوشنریآئیڈیا دیٹدیرشوڈبیا کلاس لیس، سٹیٹلیس سوسائٹی۔ اینڈ فار دیٹٹوہیپن،ٹوبرنگاندسری ولوشن، ون پار ٹیہیزٹو ایلیمینیٹ وائلنٹلی دیادرپارٹی۔</w:t>
      </w:r>
    </w:p>
    <w:p>
      <w:r>
        <w:rPr>
          <w:b/>
        </w:rPr>
        <w:t xml:space="preserve">[19:05] </w:t>
      </w:r>
      <w:r>
        <w:t>and agar aap history dekhein to more than fifty million people were massacred because of this communist ideology. it was, it was an ideological justification that they took.</w:t>
      </w:r>
    </w:p>
    <w:p>
      <w:pPr>
        <w:jc w:val="right"/>
      </w:pPr>
      <w:r>
        <w:t>اینڈاگرآپہسٹریدیکھیں تو موردین ففٹی مل ین پیپلوار میسیکرڈ بیکازآفدسکمیونسٹآئیڈیالوجی۔ اٹواز، اٹوازاینآئیڈیالوجیکلجسٹیفیکیشندیٹدےٹوک۔</w:t>
      </w:r>
    </w:p>
    <w:p>
      <w:r>
        <w:rPr>
          <w:b/>
        </w:rPr>
        <w:t xml:space="preserve">[19:18] </w:t>
      </w:r>
      <w:r>
        <w:t>isi ko isi tareeqe se in other ideological frightening level we saw in the emergence of the Muslim world, and that too in the first half of the twentieth century.</w:t>
      </w:r>
    </w:p>
    <w:p>
      <w:pPr>
        <w:jc w:val="right"/>
      </w:pPr>
      <w:r>
        <w:t>اسیکواسیطریقےسے ان ادر آئیڈیالوجیکل فرائٹننگلیول وی سو اندیایمرجنسیآفدامسلم ورلڈ، اینڈدیٹٹواندی فرسٹہافآفداٹونٹی سینچری۔</w:t>
      </w:r>
    </w:p>
    <w:p>
      <w:r>
        <w:rPr>
          <w:b/>
        </w:rPr>
        <w:t xml:space="preserve">[19:30] </w:t>
      </w:r>
      <w:r>
        <w:t>two ideologues, Hassan al-Banna founded Muslim Brotherhood, and Abu Maulana Abu al-Maududi who founded the Jamaat-e-Islami party.</w:t>
      </w:r>
    </w:p>
    <w:p>
      <w:pPr>
        <w:jc w:val="right"/>
      </w:pPr>
      <w:r>
        <w:t>ٹوآئیڈی الوگز، حسن البناہوفاؤنڈڈ مس لمبرادرہڈ،اینڈابو مولاناابواعلیٰمود ودی ہو فاؤنڈڈدیجماعت اسلامی پار ٹی۔</w:t>
      </w:r>
    </w:p>
    <w:p>
      <w:r>
        <w:rPr>
          <w:b/>
        </w:rPr>
        <w:t xml:space="preserve">[19:39] </w:t>
      </w:r>
      <w:r>
        <w:t>now Muslim Brotherhood gave the slogan that Quran is our constitution, and Jihad is our method, and therefore we have to enforce Quran across the world.</w:t>
      </w:r>
    </w:p>
    <w:p>
      <w:pPr>
        <w:jc w:val="right"/>
      </w:pPr>
      <w:r>
        <w:t>ناؤمسلمبرادر ہڈ گیودا سلوگن دیٹ قرآن از اور کانسٹیٹیوشن، اینڈجہ اداز اور میتھڈ ،اینڈدیرفورویہیوٹو ان فورس قرآن اک راس دیورلڈ۔</w:t>
      </w:r>
    </w:p>
    <w:p>
      <w:r>
        <w:rPr>
          <w:b/>
        </w:rPr>
        <w:t xml:space="preserve">[19:52] </w:t>
      </w:r>
      <w:r>
        <w:t>similarly in the non-Arab world, Jamaat-e-Islami declared that all systems are false systems, and therefore it is the duty of every single Muslim to remove this false system</w:t>
      </w:r>
    </w:p>
    <w:p>
      <w:pPr>
        <w:jc w:val="right"/>
      </w:pPr>
      <w:r>
        <w:t>سمیلرلی اندی نانعرب ورلڈ، جماعت اسلامی ڈیکلیئرڈدیٹ آل سسٹمزار فالس سسٹمز، اینڈدیرفوراٹازداڈیوٹیآف ای وری سنگ ل مسلم ٹو ریموو دس فالسسسٹم</w:t>
      </w:r>
    </w:p>
    <w:p>
      <w:r>
        <w:rPr>
          <w:b/>
        </w:rPr>
        <w:t xml:space="preserve">[20:08] </w:t>
      </w:r>
      <w:r>
        <w:t>. And any person who stands in this system, who is occupying a post, does not conform to the ideology that was propounded by Jamaat</w:t>
      </w:r>
    </w:p>
    <w:p>
      <w:pPr>
        <w:jc w:val="right"/>
      </w:pPr>
      <w:r>
        <w:t>۔ اینڈاینی پرسن ہوسٹنگاندس ،اندسسسٹمہو اک وپائنگپ اور، ڈزناٹ کنفرمٹودی آئیڈیالوجیدیٹوازپروپاؤنڈڈبائیجماعت</w:t>
      </w:r>
    </w:p>
    <w:p>
      <w:r>
        <w:rPr>
          <w:b/>
        </w:rPr>
        <w:t xml:space="preserve">[20:18] </w:t>
      </w:r>
      <w:r>
        <w:t>Islam, it should be removed. And that is for</w:t>
      </w:r>
    </w:p>
    <w:p>
      <w:pPr>
        <w:jc w:val="right"/>
      </w:pPr>
      <w:r>
        <w:t>اسلام ی، شوڈ بی ریمووڈ ۔اینڈاٹازفار</w:t>
      </w:r>
    </w:p>
    <w:p>
      <w:r>
        <w:rPr>
          <w:b/>
        </w:rPr>
        <w:t xml:space="preserve">[20:22] </w:t>
      </w:r>
      <w:r>
        <w:t>The reason the violence we see today, before</w:t>
      </w:r>
    </w:p>
    <w:p>
      <w:pPr>
        <w:jc w:val="right"/>
      </w:pPr>
      <w:r>
        <w:t>دسر یزن دی ٹ وائلنسدیٹویسیٹوڈے،بیفور</w:t>
      </w:r>
    </w:p>
    <w:p>
      <w:r>
        <w:rPr>
          <w:b/>
        </w:rPr>
        <w:t xml:space="preserve">[20:26] </w:t>
      </w:r>
      <w:r>
        <w:t>9/11 and after 9/11, and from Palestine to Afghanistan, from Bosnia to Chechnya,</w:t>
      </w:r>
    </w:p>
    <w:p>
      <w:pPr>
        <w:jc w:val="right"/>
      </w:pPr>
      <w:r>
        <w:t>نائنالیون اورافٹرنائنالیون، اور فرامپیلسٹائنٹوافغان ستان،فرامبوسنیاٹوچیچنیا،</w:t>
      </w:r>
    </w:p>
    <w:p>
      <w:r>
        <w:rPr>
          <w:b/>
        </w:rPr>
        <w:t xml:space="preserve">[20:32] </w:t>
      </w:r>
      <w:r>
        <w:t>All of these acts of terror directly or indirectly related to this ideology.</w:t>
      </w:r>
    </w:p>
    <w:p>
      <w:pPr>
        <w:jc w:val="right"/>
      </w:pPr>
      <w:r>
        <w:t>الآف دیز ایکٹسآفٹیررار ڈائریکٹلیاور انڈائریکٹلی ریلیٹڈٹودسآئیڈیالوجی۔</w:t>
      </w:r>
    </w:p>
    <w:p>
      <w:r>
        <w:rPr>
          <w:b/>
        </w:rPr>
        <w:t xml:space="preserve">[20:38] </w:t>
      </w:r>
      <w:r>
        <w:t>So what this ideology did was, they, using the same verses, they customized the interpretation, the explanation of these verses to suit their ideology.</w:t>
      </w:r>
    </w:p>
    <w:p>
      <w:pPr>
        <w:jc w:val="right"/>
      </w:pPr>
      <w:r>
        <w:t>سو واٹدیزآئیڈیالوگزڈیڈوازدیٹ یوزنگدا سیم ورسز، دے کسٹ مائزڈ دی انٹرپریٹیشن،دی ایکسپلینی شن آف دیز ورسز ٹو سوٹدیرآئیڈیالوجی۔</w:t>
      </w:r>
    </w:p>
    <w:p>
      <w:r>
        <w:rPr>
          <w:b/>
        </w:rPr>
        <w:t xml:space="preserve">[20:51] </w:t>
      </w:r>
      <w:r>
        <w:t>people who did not do deep study of the Quran, did not understand Quran in a straight manner, subscribe to it that process.</w:t>
      </w:r>
    </w:p>
    <w:p>
      <w:pPr>
        <w:jc w:val="right"/>
      </w:pPr>
      <w:r>
        <w:t>پیپلہوڈیڈناٹ ڈو ڈیپ سٹڈیآفداقرآن،ڈیڈناٹ انڈ رسٹینڈ قرآن اناٹسرائٹمینر، سبسکرائب ٹودیٹتھاٹپروسیس۔</w:t>
      </w:r>
    </w:p>
    <w:p>
      <w:r>
        <w:rPr>
          <w:b/>
        </w:rPr>
        <w:t xml:space="preserve">[21:00] </w:t>
      </w:r>
      <w:r>
        <w:t>and as a result, iska sabse bada khamyaza, the biggest casualty, was the image of Islam.</w:t>
      </w:r>
    </w:p>
    <w:p>
      <w:pPr>
        <w:jc w:val="right"/>
      </w:pPr>
      <w:r>
        <w:t>اینڈایزارزلٹ، اسکا سبسےبڑا خامیازہ، دا بگسٹکیژولٹی،وازدی امیجآف اسلام ۔</w:t>
      </w:r>
    </w:p>
    <w:p>
      <w:r>
        <w:rPr>
          <w:b/>
        </w:rPr>
        <w:t xml:space="preserve">[21:07] </w:t>
      </w:r>
      <w:r>
        <w:t>So today what really needs to be done if you want to restore the image of Islam, Muslims have to do things: one, abandon this ideology; second, when these brutal, these barbaric acts of violence take place, it should be condemned unequivocally that this is not doing to Islam.</w:t>
      </w:r>
    </w:p>
    <w:p>
      <w:pPr>
        <w:jc w:val="right"/>
      </w:pPr>
      <w:r>
        <w:t>سو ٹوڈے واٹ ریلینیڈزٹوبیڈنافویوانٹٹوریسٹوردیامیجآف اسلام ،مسلمزہیوٹوڈوٹوتھنگز: ون، اب ینڈندیزآئیڈیالوجیز؛ سیکنڈ، وینایوردس بروٹل،دس باربرک ایکٹسآفوائلنسٹیکپلیس،اٹشوڈبی کنڈیمڈ ان ایک ویووکلی دیٹدسہیزنتھنگٹوڈوود اسلام ۔</w:t>
      </w:r>
    </w:p>
    <w:p>
      <w:r>
        <w:rPr>
          <w:b/>
        </w:rPr>
        <w:t xml:space="preserve">[21:28] </w:t>
      </w:r>
      <w:r>
        <w:t>yahi ekriznahai, apa, apkiyaduhogakhamulanaharjahi kehtethekethiraadifransbitween Islam and Muslim</w:t>
      </w:r>
    </w:p>
    <w:p>
      <w:pPr>
        <w:jc w:val="right"/>
      </w:pPr>
      <w:r>
        <w:t>یہیایکریزنہے،آپا، آپکویادہوگاکہمولاناہرجگہیہکہتےتھےکہدیرازاڈیفرنسبٹوین اسلام اینڈ مسلم</w:t>
      </w:r>
    </w:p>
    <w:p>
      <w:r>
        <w:rPr>
          <w:b/>
        </w:rPr>
        <w:t xml:space="preserve">[21:36] </w:t>
      </w:r>
      <w:r>
        <w:t>z. you use Muslims and the light of Islam teachings, and not vice versa. So what I will explain just now, you groups, and these groups cross their line.</w:t>
      </w:r>
    </w:p>
    <w:p>
      <w:pPr>
        <w:jc w:val="right"/>
      </w:pPr>
      <w:r>
        <w:t>ز۔ یوہیوٹوجج مسلمزاندیلائٹآفاسلام کٹیچنگز،اینڈناٹ وائس ورسا۔ سو واٹ آپاالس وایکسپلینجسٹناوکہیہجوگروپسہیں، دیزگروپس کراس دیرلائن۔</w:t>
      </w:r>
    </w:p>
    <w:p>
      <w:r>
        <w:rPr>
          <w:b/>
        </w:rPr>
        <w:t xml:space="preserve">[21:50] </w:t>
      </w:r>
      <w:r>
        <w:t>ek grupke rights hotai hain aur stateke rights hotai hain, that is the establishmentke rights hotai hain. The groups assumed the rule of the government, they did not take guidance from the Quran</w:t>
      </w:r>
    </w:p>
    <w:p>
      <w:pPr>
        <w:jc w:val="right"/>
      </w:pPr>
      <w:r>
        <w:t>ایکگروپکے رائٹسہوتےہیںاورایکسٹیٹکےرائٹسہوتےہیں،دیٹازدی اسٹیبلشگورنمنٹکےرائٹسہوتےہیں۔ دیگروپس ایزیومدیرولآفدیگورنمنٹ، دےڈیڈناٹٹیکگائیڈنس فر ام دا قرآن</w:t>
      </w:r>
    </w:p>
    <w:p>
      <w:r>
        <w:rPr>
          <w:b/>
        </w:rPr>
        <w:t xml:space="preserve">[22:01] </w:t>
      </w:r>
      <w:r>
        <w:t>. quran clearly giv guidancefar suchgrupslaikmuslim bradrhudaurjamat islami aur diliks aafdoz huar engagedanuwailens.</w:t>
      </w:r>
    </w:p>
    <w:p>
      <w:pPr>
        <w:jc w:val="right"/>
      </w:pPr>
      <w:r>
        <w:t>۔ قرآن کلیئرلی گیو گائیڈنسفار سچگروپسلائکمسلمبرادرہڈاورجماعت اسلامی اور دیلائکسآفدوزہوآر انگیجڈانوائلنس ۔</w:t>
      </w:r>
    </w:p>
    <w:p>
      <w:r>
        <w:rPr>
          <w:b/>
        </w:rPr>
        <w:t xml:space="preserve">[22:10] </w:t>
      </w:r>
      <w:r>
        <w:t>quran siz wirikly in chapter three dit, a ha, a ha, a ha, kal adr for doing gud, a ha, injoin demtuduwataz rait, far baddim for wataz rong, and doz hu du dis shilbi successfl.</w:t>
      </w:r>
    </w:p>
    <w:p>
      <w:pPr>
        <w:jc w:val="right"/>
      </w:pPr>
      <w:r>
        <w:t>قرآن سیزویریکلیئرلی انچیپٹر تھری دی ٹ، آ ہ،آ ہ،آہ، کال ادر فار ڈوئنگ گڈ ،آہ، انجوائن دیمٹوڈوواٹاز رائٹ، فار بیڈدیم فار واٹاز رونگ، اینڈ دوز ہو ڈو دس شیلبی سکسیسفل ۔</w:t>
      </w:r>
    </w:p>
    <w:p>
      <w:r>
        <w:rPr>
          <w:b/>
        </w:rPr>
        <w:t xml:space="preserve">[22:28] </w:t>
      </w:r>
      <w:r>
        <w:t>This is what these groups used to do, but they crossed the line of rights and they entered into the domain of what is the right of an established government, and which is what I explained.</w:t>
      </w:r>
    </w:p>
    <w:p>
      <w:pPr>
        <w:jc w:val="right"/>
      </w:pPr>
      <w:r>
        <w:t>دسازواٹدیزگروپسہیڈٹوڈو، بٹ دے کراس دےلائنآفرائٹس اینڈدےانٹرڈانٹودیڈومینآف واٹوازدیرائٹآف این اسٹیبلشگورنمنٹ ، اینڈوچازواٹ آپاایکسپلینڈ۔</w:t>
      </w:r>
    </w:p>
    <w:p>
      <w:r>
        <w:rPr>
          <w:b/>
        </w:rPr>
        <w:t xml:space="preserve">[22:40] </w:t>
      </w:r>
      <w:r>
        <w:t>that's something which is very important, which is explained in Maulana Wahiduddin Khan's Islam and World Peace. You must all read that, it's available on CPS website.</w:t>
      </w:r>
    </w:p>
    <w:p>
      <w:pPr>
        <w:jc w:val="right"/>
      </w:pPr>
      <w:r>
        <w:t>سودساز سمتھنگوچازویریامپورٹنٹ،وچازایکسپلینڈان مول اناوحیدالدینخانب کاسلام اینڈورلڈپیس۔یومسٹآل ریڈاٹ،اٹساویلیبلان سیپیایس ویبسائٹ۔</w:t>
      </w:r>
    </w:p>
    <w:p>
      <w:r>
        <w:rPr>
          <w:b/>
        </w:rPr>
        <w:t xml:space="preserve">[22:51] </w:t>
      </w:r>
      <w:r>
        <w:t>aap, that brings me to the next question ke ek ek martaba ek insaan ne, ek shakhs ne Rasulullah se puchha ke what is faith in Islam?</w:t>
      </w:r>
    </w:p>
    <w:p>
      <w:pPr>
        <w:jc w:val="right"/>
      </w:pPr>
      <w:r>
        <w:t>آپا،دیٹبرنگزمیٹودا نیکسٹ کوئسچن کہ ایک ایک مرتبہایکانساننے، ایکشخص نے رسولاللہسےپوچھاکہواٹاز فینیٹیسزم؟</w:t>
      </w:r>
    </w:p>
    <w:p>
      <w:r>
        <w:rPr>
          <w:b/>
        </w:rPr>
        <w:t xml:space="preserve">[23:03] </w:t>
      </w:r>
      <w:r>
        <w:t>to Prophet ne kaha: "When you support the other person in wrong doing.</w:t>
      </w:r>
    </w:p>
    <w:p>
      <w:pPr>
        <w:jc w:val="right"/>
      </w:pPr>
      <w:r>
        <w:t>تو پرافٹنےکہا: "وینیو سپورٹ دی ادرپر سن ان ارونگڈوئنگ۔</w:t>
      </w:r>
    </w:p>
    <w:p>
      <w:r>
        <w:rPr>
          <w:b/>
        </w:rPr>
        <w:t xml:space="preserve">[23:09] </w:t>
      </w:r>
      <w:r>
        <w:t>" agar hum ajke lahaz se dekhen to ek jo sabse bada wrong hua hai, woh yeh hua hai ke Islam ki image jo hai, woh bahut distort hogai, kharab hogai, aur woh ek word, ek word ke zyadatar uska, a ha, usko thik se, a ha, interpret nahin kiya gaya, which</w:t>
      </w:r>
    </w:p>
    <w:p>
      <w:pPr>
        <w:jc w:val="right"/>
      </w:pPr>
      <w:r>
        <w:t>" اگر ہم آجکےلحاظسےدیکھیںتوایکجوسبسےبڑا رونگہواہے، وہ یہ ہواہےکہ اسلام کی امیججوہے،وہ بہت ڈسٹورٹہوگئی،خرابہوگئی ، اور وہ ایک ورڈ،ایک ورڈ کے زیادہ تر اسکا، آہ، اسکو ٹھیکسے، آہ، انٹرپریٹنہیںکیاگیا ، وچ</w:t>
      </w:r>
    </w:p>
    <w:p>
      <w:r>
        <w:rPr>
          <w:b/>
        </w:rPr>
        <w:t xml:space="preserve">[23:29] </w:t>
      </w:r>
      <w:r>
        <w:t>is jihad. It has, a ha, the wrong, a ha, meaning of the jihad has misled many youths, a ha, in getting into these acts of terror and violence.</w:t>
      </w:r>
    </w:p>
    <w:p>
      <w:pPr>
        <w:jc w:val="right"/>
      </w:pPr>
      <w:r>
        <w:t>از جہاد۔اٹہیز،آہ، دی رونگ،آہ ،میننگآفداجہ اد ہیزمس لیڈ مینییوتھس،آہ، ان گیٹنگانٹودیز ایکٹسآف ٹیرر اینڈوائلنس۔</w:t>
      </w:r>
    </w:p>
    <w:p>
      <w:r>
        <w:rPr>
          <w:b/>
        </w:rPr>
        <w:t xml:space="preserve">[23:40] </w:t>
      </w:r>
      <w:r>
        <w:t>to main chahungake aap, a ha, jihad kiya hai, iske bare mein bataein, and how is it different from qatal? a ha, isko bhi aap wazh karein.</w:t>
      </w:r>
    </w:p>
    <w:p>
      <w:pPr>
        <w:jc w:val="right"/>
      </w:pPr>
      <w:r>
        <w:t>تومیںچاہوںگاکہآپ ،آ ہ،جہ ادکیاہے، اسکےبارےمیںبت ائیں،اینڈہاؤازاٹڈفرنٹفرامق تال ؟ آہ،اسکوبھیآپ واضحکریں۔</w:t>
      </w:r>
    </w:p>
    <w:p>
      <w:r>
        <w:rPr>
          <w:b/>
        </w:rPr>
        <w:t xml:space="preserve">[23:51] </w:t>
      </w:r>
      <w:r>
        <w:t>han, jihad ke tolazmi maaniwahi hain ke it means struggle for or the cause.</w:t>
      </w:r>
    </w:p>
    <w:p>
      <w:pPr>
        <w:jc w:val="right"/>
      </w:pPr>
      <w:r>
        <w:t>ہاں،جہاد کےتولفظیمعنیوہیہیں کہ ایٹمسٹ سٹرگل فار اوردی کاز۔</w:t>
      </w:r>
    </w:p>
    <w:p>
      <w:r>
        <w:rPr>
          <w:b/>
        </w:rPr>
        <w:t xml:space="preserve">[23:58] </w:t>
      </w:r>
      <w:r>
        <w:t>to atheist struggle, striving, struggling, kisi bhi achhe kaam ke liye khubkhubkoshishkarna. to surah alhaj mein aaya hai verse 78 ke allah ki raah mein khubkoshish karo, jaisa ke koshish karne ka haq hai.</w:t>
      </w:r>
    </w:p>
    <w:p>
      <w:pPr>
        <w:jc w:val="right"/>
      </w:pPr>
      <w:r>
        <w:t>تو ایٹمسٹ سٹرگل،سٹرائیونگ، سٹرگلنگ، کسی بھیاچھےکامکےلیے خوبخوبکوششکرنا۔ تو سورہ الحجمیںآیاہے ورس 7 8 کہاللہ کی راہمیں خوبکوششکرو،جیسا کہ کوشش کرنے کا حق ہے۔</w:t>
      </w:r>
    </w:p>
    <w:p>
      <w:r>
        <w:rPr>
          <w:b/>
        </w:rPr>
        <w:t xml:space="preserve">[24:19] </w:t>
      </w:r>
      <w:r>
        <w:t>to ab aap samajh sakte hain ke Allah ki raah mein koshish</w:t>
      </w:r>
    </w:p>
    <w:p>
      <w:pPr>
        <w:jc w:val="right"/>
      </w:pPr>
      <w:r>
        <w:t>تو ابآپسمجھسکتےہیںکہاللہ کیراہمیں کوشش</w:t>
      </w:r>
    </w:p>
    <w:p>
      <w:r>
        <w:rPr>
          <w:b/>
        </w:rPr>
        <w:t xml:space="preserve">[24:23] </w:t>
      </w:r>
      <w:r>
        <w:t>karo, yeh to ek ongoing effortkarni hai, ongoing musalsal yeh kaam karna hai, aur jang to kabhi bhi pesh aati hai. to jihad jo hai, har achhe kaam ke liye, yeh to jaise tamam moral activities hotihain ke logon ke andar morals ko inculcate kerna, logon ke andar peaceful tareeke se zindagi guzarnay ka tareeka sikhana, unke liye education ka kaam karna,</w:t>
      </w:r>
    </w:p>
    <w:p>
      <w:pPr>
        <w:jc w:val="right"/>
      </w:pPr>
      <w:r>
        <w:t>کرو،یہتو ایک ان گوئنگ ایفرٹکرنیہے،انگوئنگ مسلسل یہکامکرناہے، اور جنگ توکبھیکبھی پیش آتیہے۔ تو جہ اد جوہے، ہراچھےکام کےلیے، یہتوجیسے تمام مورلایکٹیویٹیزہوتیہیں کہلوگوںکےاندر مورلزکوانکلکیٹکرنا،لوگوںکےاندر پیسفلطریقےسے زندگی گزارنےکاطریقہ سکھانا، انکےلیے ایجوکیشنکا کام کرنا،</w:t>
      </w:r>
    </w:p>
    <w:p>
      <w:r>
        <w:rPr>
          <w:b/>
        </w:rPr>
        <w:t xml:space="preserve">[24:49] </w:t>
      </w:r>
      <w:r>
        <w:t>yeh har kaam jo hai, woh hai society ke liye aur apne liye. kyunke in this world har aadmi ko problem aati rehti hain, uske nafs se problem aati hai, uski desires kuch kehti hain aur deen kuch aur keh raha hai, uske interests hote hain, interest usko galat baatein sikhate hain ke galat tareeke se kaam karoge to zyada tumko faida hoga.</w:t>
      </w:r>
    </w:p>
    <w:p>
      <w:pPr>
        <w:jc w:val="right"/>
      </w:pPr>
      <w:r>
        <w:t>یہہر کام جوہے، وہہے سوسائٹیکےلیے اور اپنے لیے۔ کیونکہ اسدنیا میں ہرآدمیکو پرابلمآتیہیرہتیہیں، اس کے نفس سےپرابلمآتی ہے،اسکی ڈیزائرز کچھ کہتیہیںاور دینکچھاور کہہرہاہے، اسکےانٹرسٹہوتےہیں، انٹرسٹاسکوغلطبات سکھاتےہیں کہغلط طریقےسےکام کروگےتوزیادہ تمکوفائدہہوگا۔</w:t>
      </w:r>
    </w:p>
    <w:p>
      <w:r>
        <w:rPr>
          <w:b/>
        </w:rPr>
        <w:t xml:space="preserve">[25:14] </w:t>
      </w:r>
      <w:r>
        <w:t>to yeh sab cheezon ko humein is se sakmin hona hai, balkehumein yeh jaanna hai ke humein khud kis cheez ki islam ijazat deta hai. humein to tarah tarah se hamara ego aajat hai saamne, us ego ko dabana hai, humein tamam rukavaton ko zer karna hai. matlab yeh ek musalsal yeh kaam karna hota hai, roz baroz, lamha balamha humein yeh kaam karna hota hai.</w:t>
      </w:r>
    </w:p>
    <w:p>
      <w:pPr>
        <w:jc w:val="right"/>
      </w:pPr>
      <w:r>
        <w:t>تو یہ سب چیزوںکو ہمیں اسسےسک منہیںہوناہے،بلکہہمیں یہ جان نا ہے کہہمیںخود کسچیزکی اسلام اجازتدیتاہے۔ہمیں تو طرح طرحسے ہ مارا ایگو آجاتاہے سامنے ، اسایگوکو دباناہے،ہمیں تمام رکاوٹوںکوزیر کرناہے۔مطلبیہ ایک مسلسل یہکامکرناہوتاہے، روز بروز، لمحہبلمحہہمیںیہکامکرناہے۔</w:t>
      </w:r>
    </w:p>
    <w:p>
      <w:r>
        <w:rPr>
          <w:b/>
        </w:rPr>
        <w:t xml:space="preserve">[25:41] </w:t>
      </w:r>
      <w:r>
        <w:t>kyunke is duniya mein hum aaye hi hain,</w:t>
      </w:r>
    </w:p>
    <w:p>
      <w:pPr>
        <w:jc w:val="right"/>
      </w:pPr>
      <w:r>
        <w:t>کیونکہاس دنیا میںہم آئےہیہیں،</w:t>
      </w:r>
    </w:p>
    <w:p>
      <w:r>
        <w:rPr>
          <w:b/>
        </w:rPr>
        <w:t xml:space="preserve">[25:44] </w:t>
      </w:r>
      <w:r>
        <w:t>ek trial ground hai, to tarah tarah ke problems is duniya mein aate hain, tarah tarah ke provocations hote hain, tarah tarah ke masail hote hain, to inse nipatna padta hai.</w:t>
      </w:r>
    </w:p>
    <w:p>
      <w:pPr>
        <w:jc w:val="right"/>
      </w:pPr>
      <w:r>
        <w:t>ایک ٹرائلگراؤنڈہے، تو طرح طرح کے پرابلمزاسدنیا میںآتےہیں، طرح طرحکےپرو وکیشنہوتےہیں،طرح طرح کے مسائلہوتےہیں،تو انسے نپٹناپڑتاہے۔</w:t>
      </w:r>
    </w:p>
    <w:p>
      <w:r>
        <w:rPr>
          <w:b/>
        </w:rPr>
        <w:t xml:space="preserve">[25:55] </w:t>
      </w:r>
      <w:r>
        <w:t>to jab tak hum apne aapko train nahin karenge, tab tak hum nishpaat nahin paayenge. jaise hamein haq baat kehni hai,</w:t>
      </w:r>
    </w:p>
    <w:p>
      <w:pPr>
        <w:jc w:val="right"/>
      </w:pPr>
      <w:r>
        <w:t>تو جب تکہم اپنے آپکو ٹریننہیںکریںگے، تب تکہم نپٹنہیںپائیںگے۔ جیسےہمیں حق باتکہنیہے،</w:t>
      </w:r>
    </w:p>
    <w:p>
      <w:r>
        <w:rPr>
          <w:b/>
        </w:rPr>
        <w:t xml:space="preserve">[26:04] </w:t>
      </w:r>
      <w:r>
        <w:t>koi bhi masla saamne aaya aur hum galat baat kahein, jhoot bolein, to isse hamein zyada faida hoga. lekin hum haq baat karein aur hamesha yeh sochein ke Khuda dekh raha hai, aakhirat mein hamari jawab dehi hogi.</w:t>
      </w:r>
    </w:p>
    <w:p>
      <w:pPr>
        <w:jc w:val="right"/>
      </w:pPr>
      <w:r>
        <w:t>کوئیبھی مسئلہ سامنےآیا اور ہم غلطباتکہیں،جھوٹبول یں،تو اسسےہمیںزیادہ فائدہہوگا۔لیکن ہم حق باتکریں اور ہمیشہیہسوچیںکہ خدادیکھرہاہے، آخرتمیںہماریجواب دہیہوگی۔</w:t>
      </w:r>
    </w:p>
    <w:p>
      <w:r>
        <w:rPr>
          <w:b/>
        </w:rPr>
        <w:t xml:space="preserve">[26:19] </w:t>
      </w:r>
      <w:r>
        <w:t>to yeh saare cheezein jihad hain, jihad jisko hum crusade keh sakte hain. to yeh saari cheezein jihad mein aati hain,</w:t>
      </w:r>
    </w:p>
    <w:p>
      <w:pPr>
        <w:jc w:val="right"/>
      </w:pPr>
      <w:r>
        <w:t>تو یہ سارےچیزیں جہاد ہیں،جہ ادجسکوہم کروسیڈکہہسکتےہیں۔ تو یہ ساریچیزیں جہادمیںآتیہیں،</w:t>
      </w:r>
    </w:p>
    <w:p>
      <w:r>
        <w:rPr>
          <w:b/>
        </w:rPr>
        <w:t xml:space="preserve">[26:28] </w:t>
      </w:r>
      <w:r>
        <w:t>khwahish ki qurbani hai, ana ki qurbani hai, aur tamam interest jo worldly interest hote hain, to unki qurbani hai.</w:t>
      </w:r>
    </w:p>
    <w:p>
      <w:pPr>
        <w:jc w:val="right"/>
      </w:pPr>
      <w:r>
        <w:t>خواہشکیقربانیہے، اناکیقربانیہے، اور تمام انٹرسٹجوورلڈلیانٹرسٹہوتےہیں، تو انکیقربانیہے۔</w:t>
      </w:r>
    </w:p>
    <w:p>
      <w:r>
        <w:rPr>
          <w:b/>
        </w:rPr>
        <w:t xml:space="preserve">[26:37] </w:t>
      </w:r>
      <w:r>
        <w:t>to yeh to ek musalsal amal hai, isliye koi jihad kabir kaha gaya hai. to lekin woh yeh hai ke unhone galat naam rakh diya na jang ka.</w:t>
      </w:r>
    </w:p>
    <w:p>
      <w:pPr>
        <w:jc w:val="right"/>
      </w:pPr>
      <w:r>
        <w:t>تویہتوایک مسلسلعمل ہے، اسلیےکوئیجہاد کبیرکہاگیاہے۔ تو لیکن وہیہےکہانہوںنےغلط نام رکھ دیا نا جنگ کا ۔</w:t>
      </w:r>
    </w:p>
    <w:p>
      <w:r>
        <w:rPr>
          <w:b/>
        </w:rPr>
        <w:t xml:space="preserve">[26:47] </w:t>
      </w:r>
      <w:r>
        <w:t>jang ka naam qitaal hota hai, lekin unhone jang ka naam jihad rakh diya.</w:t>
      </w:r>
    </w:p>
    <w:p>
      <w:pPr>
        <w:jc w:val="right"/>
      </w:pPr>
      <w:r>
        <w:t>جنگ کانام قتالہوتاہے، لیکن انہوں نے جنگ کانام جہادرکھدیا۔</w:t>
      </w:r>
    </w:p>
    <w:p>
      <w:r>
        <w:rPr>
          <w:b/>
        </w:rPr>
        <w:t xml:space="preserve">[26:54] </w:t>
      </w:r>
      <w:r>
        <w:t>jo wohi extended mafhoom uska ke kyunke jang mein bhi bohat mehnat karni padti hai, to woh asal naam nahin hai uska jihad, balkeh uska naam hai qitaal.</w:t>
      </w:r>
    </w:p>
    <w:p>
      <w:pPr>
        <w:jc w:val="right"/>
      </w:pPr>
      <w:r>
        <w:t>جووہیایکسٹینڈڈمفہوماسکا کہ کیونکہ جنگ میںبھیبہت محنت کرنیپڑتیہے، تو وہ اصل نام نہیں ہے اسکا جہاد ،بلکہ اسکا نام ہے قتال ۔</w:t>
      </w:r>
    </w:p>
    <w:p>
      <w:r>
        <w:rPr>
          <w:b/>
        </w:rPr>
        <w:t xml:space="preserve">[27:07] </w:t>
      </w:r>
      <w:r>
        <w:t>qitaal maani hai jang karna. to is tareeqe se hum bar bar dekhte hain ke Rasool Allah (SAW) ke saamne dono options aate the ke jang kabhi aur aman kabhi</w:t>
      </w:r>
    </w:p>
    <w:p>
      <w:pPr>
        <w:jc w:val="right"/>
      </w:pPr>
      <w:r>
        <w:t>قتال معنیہے جنگ کرنا ۔ تو اسطریقےسے ہم باربار دیکھتےہیںکہرسولاللہصلیاللہعلیہوسلمکےسامنے دونوںآپ شنآتےتھے کہجنگ کبھیاور امنکبھی</w:t>
      </w:r>
    </w:p>
    <w:p>
      <w:r>
        <w:rPr>
          <w:b/>
        </w:rPr>
        <w:t xml:space="preserve">[27:21] </w:t>
      </w:r>
      <w:r>
        <w:t>. to Hazrat Aisha ne bataya ke ke Rasool Allah ke paas jab yeh option aata to woh hamesha easier option ko choose karte, aur easier option bilashuba aman ka raasta hai, aman ka tareeqa hai.</w:t>
      </w:r>
    </w:p>
    <w:p>
      <w:pPr>
        <w:jc w:val="right"/>
      </w:pPr>
      <w:r>
        <w:t>۔ تو حضرت عائشہنےبت ایا کہ کہرسولاللہ کےپاسجب یہآپشنآتاتووہہمیشہ ایزیرآپشنکوچوزکرتے ، اور ایزیرآپشن بلاشبہ امنکاراستہہے، امنکاطریقہہے۔</w:t>
      </w:r>
    </w:p>
    <w:p>
      <w:r>
        <w:rPr>
          <w:b/>
        </w:rPr>
        <w:t xml:space="preserve">[27:34] </w:t>
      </w:r>
      <w:r>
        <w:t>to jang aapne kabhi bhi nahin, kabhi bhi pehal nahin ki aapne jang mein, balkeh aap to avoid hi karte rahe jang.</w:t>
      </w:r>
    </w:p>
    <w:p>
      <w:pPr>
        <w:jc w:val="right"/>
      </w:pPr>
      <w:r>
        <w:t>تو جنگ آپنے کبھیبھی نہیں ، کبھیبھیپہلنہیںکی آپنےجنگمیں ، بلکہآپتو اوائڈہیکرتے رہےجنگ ۔</w:t>
      </w:r>
    </w:p>
    <w:p>
      <w:r>
        <w:rPr>
          <w:b/>
        </w:rPr>
        <w:t xml:space="preserve">[27:45] </w:t>
      </w:r>
      <w:r>
        <w:t>to tarah tarah ki tadbeerein ikhtiyaar karte jang ko, jang se door rehne ki. kyunke jang mein to sirf barbadi hoti hai. ab ab pehle ki jang to battlefield mein hoti thi, barbadi bhi limited hoti thi, lekin aaj ki jang to poori duniya mein uska asar jaata hai.</w:t>
      </w:r>
    </w:p>
    <w:p>
      <w:pPr>
        <w:jc w:val="right"/>
      </w:pPr>
      <w:r>
        <w:t>تو طرح طرحکیتدبیریںاختیارکرتے جنگکو، جنگسےدور رہنےکی۔کیونکہ جنگ میںتوصرفبربادیہوتیہے۔ اب اب پہلے کیجنگ توبیٹلفیلڈمیںہوتیتھی، بربادیبھیلمیٹڈہوتیتھی،لیکن آجکیجنگ تو پوریدنیا میںاسکااثرجاتاہے۔</w:t>
      </w:r>
    </w:p>
    <w:p>
      <w:r>
        <w:rPr>
          <w:b/>
        </w:rPr>
        <w:t xml:space="preserve">[28:03] </w:t>
      </w:r>
      <w:r>
        <w:t>to jang se prafatne har mauqe par door rehne ki koshish ki, lekin kabhi bhi aisi jo hai necessary evil ke taur par unhein jang karni padi.</w:t>
      </w:r>
    </w:p>
    <w:p>
      <w:pPr>
        <w:jc w:val="right"/>
      </w:pPr>
      <w:r>
        <w:t>تو جنگ سے پرافٹنے ہر موقعپر دور رہنےکیکوششکی،لیکن کبھیکبھی ایسی جوہے نیسیسریایول کےطورپرانہیں جنگ کرنیپڑی۔</w:t>
      </w:r>
    </w:p>
    <w:p>
      <w:r>
        <w:rPr>
          <w:b/>
        </w:rPr>
        <w:t xml:space="preserve">[28:17] </w:t>
      </w:r>
      <w:r>
        <w:t>to jang jo hai iske liye qitaal ka lafz use hua hai. ji, aur</w:t>
      </w:r>
    </w:p>
    <w:p>
      <w:pPr>
        <w:jc w:val="right"/>
      </w:pPr>
      <w:r>
        <w:t>تو جنگ جوہے اسکےلیے قتال کالفظ یوزہواہے۔ جی،اور</w:t>
      </w:r>
    </w:p>
    <w:p>
      <w:r>
        <w:rPr>
          <w:b/>
        </w:rPr>
        <w:t xml:space="preserve">[28:23] </w:t>
      </w:r>
      <w:r>
        <w:t>hum sabse zyada hamein Rasool Allah (SAW) ki zindagi ko dekhna chahiye ke kis tareeqe se unhone Mecca mein 13 saal sabr o bardasht ke zariye se rahe, uske baad khamoshi se hijrat ki, Madina chale gaye.</w:t>
      </w:r>
    </w:p>
    <w:p>
      <w:pPr>
        <w:jc w:val="right"/>
      </w:pPr>
      <w:r>
        <w:t>ہم سبسےزیادہ ہمیں رسولاللہصلیاللہعلیہوسلمکیزندگی کودیکھناچاہیے کہکسطریقے سےانہوںنے مکہمیں13 سال صبروبرداشتکےذریعےسےرہے، اسکےبعد خاموشیسے ہجرتکی،مدینہچلےگئے۔</w:t>
      </w:r>
    </w:p>
    <w:p>
      <w:r>
        <w:rPr>
          <w:b/>
        </w:rPr>
        <w:t xml:space="preserve">[28:38] </w:t>
      </w:r>
      <w:r>
        <w:t>Madine mein jab enemy ne inko bar bar army wahan le gaye, dekhiye, koi bhi jang Mecca mein nahin hui.</w:t>
      </w:r>
    </w:p>
    <w:p>
      <w:pPr>
        <w:jc w:val="right"/>
      </w:pPr>
      <w:r>
        <w:t>مدینہمیںجب این مینےانکو باربار آرمی وہاںلےگئے،دیکھیے، کوئیبھی جنگ مکہمیںنہیں ہوئی ۔</w:t>
      </w:r>
    </w:p>
    <w:p>
      <w:r>
        <w:rPr>
          <w:b/>
        </w:rPr>
        <w:t xml:space="preserve">[28:47] </w:t>
      </w:r>
      <w:r>
        <w:t>enemy aaya Madina, Madine ke border par jang hui hai. to</w:t>
      </w:r>
    </w:p>
    <w:p>
      <w:pPr>
        <w:jc w:val="right"/>
      </w:pPr>
      <w:r>
        <w:t>این می آیا مدینہ، مدینےکے بارڈرپرجنگ ہوئیہے۔ تو</w:t>
      </w:r>
    </w:p>
    <w:p>
      <w:r>
        <w:rPr>
          <w:b/>
        </w:rPr>
        <w:t xml:space="preserve">[28:53] </w:t>
      </w:r>
      <w:r>
        <w:t>phir uske baad aapne jab do do baar jang ho gayi, jang e Badr, jang e Uhud, to aapne phir enemy ki tamam conditions ko maan kar sulah kar li.</w:t>
      </w:r>
    </w:p>
    <w:p>
      <w:pPr>
        <w:jc w:val="right"/>
      </w:pPr>
      <w:r>
        <w:t>پھراسکےبعد آپنے جب دو دوبار جنگ ہوگئی،جنگ بدر،جنگ احد،توآپنےپھر این میکی تمام کنڈیشنزکو مان کر صلحکرلی۔</w:t>
      </w:r>
    </w:p>
    <w:p>
      <w:r>
        <w:rPr>
          <w:b/>
        </w:rPr>
        <w:t xml:space="preserve">[29:05] </w:t>
      </w:r>
      <w:r>
        <w:t>uske baad sulah karne ke baad jab aapne do saal ke baad jab entry ki Mecca mein, victorious entry, to us waqt aapne tamam logon ko maaf kar diya.</w:t>
      </w:r>
    </w:p>
    <w:p>
      <w:pPr>
        <w:jc w:val="right"/>
      </w:pPr>
      <w:r>
        <w:t>اسکےبعد صلحکرنے کےبعد جب آپ نے دوسالکےبعد جب انٹریکی مکہمیں، وکٹوریسانٹری،تواسوقت آپ نے تمام لوگوںکومعافکردیا۔</w:t>
      </w:r>
    </w:p>
    <w:p>
      <w:r>
        <w:rPr>
          <w:b/>
        </w:rPr>
        <w:t xml:space="preserve">[29:17] </w:t>
      </w:r>
      <w:r>
        <w:t>halanke us waqt to aap sabko saza de sakte the,</w:t>
      </w:r>
    </w:p>
    <w:p>
      <w:pPr>
        <w:jc w:val="right"/>
      </w:pPr>
      <w:r>
        <w:t>حالانکہاسوقت توآپ سبکو سزادےسکتےتھے،</w:t>
      </w:r>
    </w:p>
    <w:p>
      <w:r>
        <w:rPr>
          <w:b/>
        </w:rPr>
        <w:t xml:space="preserve">[29:21] </w:t>
      </w:r>
      <w:r>
        <w:t>tamam logon ko maaf kar diya. to jisko hum kehte hain general amnesty. to ab woh log is qadar mutaasir hue ke itne bade woh mujrim the, unhone Madine mein bhi chain se rehne nahin diya, iske bawajood aapne sab ko maaf kar diya.</w:t>
      </w:r>
    </w:p>
    <w:p>
      <w:pPr>
        <w:jc w:val="right"/>
      </w:pPr>
      <w:r>
        <w:t>تمام لوگوںکومعافکردیا۔ تو جسکوہمکہتےہیں جنرلایمنس ٹی۔ توابوہلوگ اسقدر متاثر ہوئے کہاتنےبڑے وہمجرمتھے، انہوں نے مدینےمیںبھی چینسےرہنےنہیںدیا، اسکے باوجود آپنےسبکومعافکردیا ۔</w:t>
      </w:r>
    </w:p>
    <w:p>
      <w:r>
        <w:rPr>
          <w:b/>
        </w:rPr>
        <w:t xml:space="preserve">[29:36] </w:t>
      </w:r>
      <w:r>
        <w:t>to kis liye maaf kiya? isi liye na ke aap chahte the aman qaim karna. kyunke saari constructive activities wohi hain, aman ke halaat mein hoti hain, jang ke halaat mein to sirf barbadi hoti hai.</w:t>
      </w:r>
    </w:p>
    <w:p>
      <w:pPr>
        <w:jc w:val="right"/>
      </w:pPr>
      <w:r>
        <w:t>تو کسلیےمعافکیا؟اسیلیےنا کہ آپ چاہتےتھے امن قائمکرنا۔ کیونکہ ساری کنسٹرکٹیو ایکٹیویٹیزجوہیں، امنکےحالاتمیںہوتیہیں، جنگ کےحالاتمیں توصرف بربادیہوتیہے۔</w:t>
      </w:r>
    </w:p>
    <w:p>
      <w:r>
        <w:rPr>
          <w:b/>
        </w:rPr>
        <w:t xml:space="preserve">[29:50] </w:t>
      </w:r>
      <w:r>
        <w:t>ab aap dekh rahe hain har mulk mein barbadi ho rahi hai, Palestine barbaad ho gaya isi jang ke mahaul mein. to is tareeqe se hamein jab tak ke hum Quran o Hadees ko gehraai se nahin samjhenge, tab tak hamara koi bhi kaam jo hai durust nahin ho sakta.</w:t>
      </w:r>
    </w:p>
    <w:p>
      <w:pPr>
        <w:jc w:val="right"/>
      </w:pPr>
      <w:r>
        <w:t>ابآپدیکھرہےہیںہرملکمیںبربادیہورہیہے، فلسطینبربادہوگیا اسیجنگ کےماحولمیں ۔ تو اسطریقےسے ہمیں جب تک کہہم قرآنوحدیث کو گہرائیسےنہیںسمجھیںگے،تبتکہمارا کوئیبھی کام جوہے درستنہیںہوسکتا۔</w:t>
      </w:r>
    </w:p>
    <w:p>
      <w:r>
        <w:rPr>
          <w:b/>
        </w:rPr>
        <w:t xml:space="preserve">[30:07] </w:t>
      </w:r>
      <w:r>
        <w:t>ji, aur aap, actually mein yeh sara jo masla hai, yeh cheezon ko na samajhne ki wajah</w:t>
      </w:r>
    </w:p>
    <w:p>
      <w:pPr>
        <w:jc w:val="right"/>
      </w:pPr>
      <w:r>
        <w:t>جی، اور آپا، ایکچولیمیں یہ ساراجو مسئلہہے، یہ چیزوںکو نہ سمجھنےکیوجہ</w:t>
      </w:r>
    </w:p>
    <w:p>
      <w:r>
        <w:rPr>
          <w:b/>
        </w:rPr>
        <w:t xml:space="preserve">[30:15] </w:t>
      </w:r>
      <w:r>
        <w:t>se hai. matlab jaisa ke agar koi insaan apni hand movement kare, upar neeche khada ho jaaye, aur woh bole ke main namaz ada kar raha hoon, to usne namaz ko na samjha, na hi namaz ada hui.</w:t>
      </w:r>
    </w:p>
    <w:p>
      <w:pPr>
        <w:jc w:val="right"/>
      </w:pPr>
      <w:r>
        <w:t>سےہے۔ مطلب جیساکہاگر کوئی انسان اپنی ہینڈموومنٹکرے،اوپرنیچےکھڑاہوجائے، اور وہبولےکہمیں نمازاداکررہاہوں، تو اسنےنمازکو نہسمجھا،نہہینمازادا اداہوئی ۔</w:t>
      </w:r>
    </w:p>
    <w:p>
      <w:r>
        <w:rPr>
          <w:b/>
        </w:rPr>
        <w:t xml:space="preserve">[30:27] </w:t>
      </w:r>
      <w:r>
        <w:t>kyunke prayer aur namaz also has certain conditions to be fulfilled. so similarly, jihad bhi jaise aapne bataya ke jihad is a positive term, and its conditions have to be fulfilled.</w:t>
      </w:r>
    </w:p>
    <w:p>
      <w:pPr>
        <w:jc w:val="right"/>
      </w:pPr>
      <w:r>
        <w:t>کیونکہ پریئراورنماز السوہیز سرٹنکنڈیشنزٹوبیف لفلڈ۔ سو سم یلرلی، جہ ادبھیجیسےآپنےبتایا کہ جہ اد ازاپوزیٹیوٹرم، اینڈاٹسکنڈیشنزہیوٹوبیفلفلڈ۔</w:t>
      </w:r>
    </w:p>
    <w:p>
      <w:r>
        <w:rPr>
          <w:b/>
        </w:rPr>
        <w:t xml:space="preserve">[30:40] </w:t>
      </w:r>
      <w:r>
        <w:t>agar aap jehadkarengay for a warring political power aur for territorial gain, to na tu woh jehad jehad hai, na he woh jehad manajaega.</w:t>
      </w:r>
    </w:p>
    <w:p>
      <w:pPr>
        <w:jc w:val="right"/>
      </w:pPr>
      <w:r>
        <w:t>اگر آپ جہادکریںگے فار ایک وائرنگ پولیٹیکلپاور اور فار ٹیریٹوریلگین، تو نہتووہ جہاد جہ ادہے،نہہیوہ جہادماناجائےگا۔</w:t>
      </w:r>
    </w:p>
    <w:p>
      <w:r>
        <w:rPr>
          <w:b/>
        </w:rPr>
        <w:t xml:space="preserve">[30:51] </w:t>
      </w:r>
      <w:r>
        <w:t>so woh nice to live conditions to be qualified to be called for that particular act, jo keh hum dekhte hain keh history mein aisa nahi ho raha hai.</w:t>
      </w:r>
    </w:p>
    <w:p>
      <w:pPr>
        <w:jc w:val="right"/>
      </w:pPr>
      <w:r>
        <w:t>سو ونہیزٹوف لفلدیکنڈیشنزٹوبی کو الیفائیڈٹوبیکالڈفار دیٹپرٹیکولرایکٹ، جوکہہمدیکھتےہیںکہ ہسٹریمیں ایسانہیںہورہاہے۔</w:t>
      </w:r>
    </w:p>
    <w:p>
      <w:r>
        <w:rPr>
          <w:b/>
        </w:rPr>
        <w:t xml:space="preserve">[31:00] </w:t>
      </w:r>
      <w:r>
        <w:t>to it is largely because of the unawareness. jaise aaj aap, aap mujhe bata rahe the keh kisi shakhs ne aap ko phone kiya. woh kya qissa hai? aap, aap aaj subah hi bata rahe the mere ko. kisi ne phone kiya keh woh to 40 aayatein hain Quran mein.</w:t>
      </w:r>
    </w:p>
    <w:p>
      <w:pPr>
        <w:jc w:val="right"/>
      </w:pPr>
      <w:r>
        <w:t>تو اٹاز لارجلیبیکازافدیاناویرنس۔جیسےآجآپ ا،آپمجھےبتابھیرہیتھیکہ کسی شخص نےآپکوفونبھیکیا۔ وہکیا قصہہے؟آپا،آپ آجصبحہیبتارہیتھیںمیرےکو۔کسی نےفونکیا کہوہ تو 40 آیتیںہیںقرآنمیں۔</w:t>
      </w:r>
    </w:p>
    <w:p>
      <w:r>
        <w:rPr>
          <w:b/>
        </w:rPr>
        <w:t xml:space="preserve">[31:16] </w:t>
      </w:r>
      <w:r>
        <w:t>ji, to is silsile mein jehad ki, jehad ki, haan ji, is silsile mein aap hamari madad kijiye.</w:t>
      </w:r>
    </w:p>
    <w:p>
      <w:pPr>
        <w:jc w:val="right"/>
      </w:pPr>
      <w:r>
        <w:t>جی، تو اسسلسلےمیںجہ ادکی،جہادکی، ہاںجی، اسسلسلےمیںآپہماریمد دکیجئے۔</w:t>
      </w:r>
    </w:p>
    <w:p>
      <w:r>
        <w:rPr>
          <w:b/>
        </w:rPr>
        <w:t xml:space="preserve">[31:22] </w:t>
      </w:r>
      <w:r>
        <w:t>to abhi maine jawab nahi diya hai. to is ko asal mein na samajhne ki wajah se bilkul. ji, ab dekhiye keh har mazhab mein, har mazhab ki muqaddas kitab mein, Bible mein bhi hai.</w:t>
      </w:r>
    </w:p>
    <w:p>
      <w:pPr>
        <w:jc w:val="right"/>
      </w:pPr>
      <w:r>
        <w:t>تو ابھیمیںنے جوابنہیںدیا ہے۔ تو اسکو اصلمیںنہسمجھنےکیوجہ سے بالکل ۔جی، ابدیکھیے کہ ہر مذہبمیں،ہر مذہبمقدسکتاب میں، بائبلمیںبھیہے۔</w:t>
      </w:r>
    </w:p>
    <w:p>
      <w:r>
        <w:rPr>
          <w:b/>
        </w:rPr>
        <w:t xml:space="preserve">[31:33] </w:t>
      </w:r>
      <w:r>
        <w:t>ji, Hazrat Isa ne kaha: "main aman qaim karne nahi aaya hoon, balkeh main talwar chalane aaya hoon." to kya yeh Isai talwar chalate hain? ji, woh kisi khaas mauqe ke liye hota hai, kuch contextual. oh haan, contextual, aur kabhi kuch zor dene ke liye keh</w:t>
      </w:r>
    </w:p>
    <w:p>
      <w:pPr>
        <w:jc w:val="right"/>
      </w:pPr>
      <w:r>
        <w:t>جی، حضرت عیسیٰنےکہا:"میںامن کاقائمکرنے نہیںآیاہوں،بلکہ میں تلوارچلانےآیاہوں۔" توکیا یہ عیسائی تلوارچلاتےہیں؟جی، وہ کسی خاص موقعکےلیے ہوتاہے،کچھ کنٹیکسٹول۔اوہاں،کنٹیکسٹ ول،اورکبھی کچھ زوردینےکےلیے کہہ</w:t>
      </w:r>
    </w:p>
    <w:p>
      <w:r>
        <w:rPr>
          <w:b/>
        </w:rPr>
        <w:t xml:space="preserve">[31:51] </w:t>
      </w:r>
      <w:r>
        <w:t>diya jata hai, koi kisi baat ko emphasize karne ke liye. qudrat kabhi bhi jang nahi ki, Hazrat Isa alehissalam ne.</w:t>
      </w:r>
    </w:p>
    <w:p>
      <w:pPr>
        <w:jc w:val="right"/>
      </w:pPr>
      <w:r>
        <w:t>دیاجاتاہے، کوئیکسی باتکو ایمفس ائزکرنےکےلیے۔ قد رت کبھیبھی جنگ نہیں کی ،حضرت عیسیٰعلیہالسلامنے ۔</w:t>
      </w:r>
    </w:p>
    <w:p>
      <w:r>
        <w:rPr>
          <w:b/>
        </w:rPr>
        <w:t xml:space="preserve">[31:59] </w:t>
      </w:r>
      <w:r>
        <w:t>ji, to woh keh diya jata hai kisi cheez ko emphasize karne ke liye. to woh kisi khaas mauqe ke liye hai, aur yeh is ko samjhana hai logon ko keh jab jang ke halaat hon, battlefield ke liye woh hain,</w:t>
      </w:r>
    </w:p>
    <w:p>
      <w:pPr>
        <w:jc w:val="right"/>
      </w:pPr>
      <w:r>
        <w:t>جی، تو وہ کہہدیاجاتاہےکسی چیزکو ایمفس زکرنےکےلیے۔ تو وہ کسی خاص موقعکےلیےہے، اور یہ اسکو سمجھاناہےلوگوںکو کہ جب جنگ کےحالات ہوں،بیٹلفیل ڈکےلیےوہہیں،</w:t>
      </w:r>
    </w:p>
    <w:p>
      <w:r>
        <w:rPr>
          <w:b/>
        </w:rPr>
        <w:t xml:space="preserve">[32:14] </w:t>
      </w:r>
      <w:r>
        <w:t>aam aam halaat ke liye woh hain he nahi. woh generalize na kiya jaye un ko, to woh is ko generalize hum nahi kar sakte. ji, bil</w:t>
      </w:r>
    </w:p>
    <w:p>
      <w:pPr>
        <w:jc w:val="right"/>
      </w:pPr>
      <w:r>
        <w:t>عام عام حالاتکےلیےوہ ہیںہینہیں۔وہ جنرلائزنہکیاجائےانکو،تووہ اسکو جنرلائزہمنہیںکرسکتے۔ جی،بال</w:t>
      </w:r>
    </w:p>
    <w:p>
      <w:r>
        <w:rPr>
          <w:b/>
        </w:rPr>
        <w:t xml:space="preserve">[32:21] </w:t>
      </w:r>
      <w:r>
        <w:t>kul. jazakallahu, aap. aap, mera agla sawal yeh bhi hai keh what was the disposition of Islam with respect to war and peace?</w:t>
      </w:r>
    </w:p>
    <w:p>
      <w:pPr>
        <w:jc w:val="right"/>
      </w:pPr>
      <w:r>
        <w:t>کل ۔ جز اکاللہ،آپا۔ آپ ا، میرااگلاسوال یہبھیہے کہ واٹاز دیندیپوزیشناف اسلام ود ریسپیکٹٹووار اینڈ پیس ؟</w:t>
      </w:r>
    </w:p>
    <w:p>
      <w:r>
        <w:rPr>
          <w:b/>
        </w:rPr>
        <w:t xml:space="preserve">[32:31] </w:t>
      </w:r>
      <w:r>
        <w:t>iske bare mein bhi bataein.</w:t>
      </w:r>
    </w:p>
    <w:p>
      <w:pPr>
        <w:jc w:val="right"/>
      </w:pPr>
      <w:r>
        <w:t>اسکےبارےمیںبھیبت ائیں۔</w:t>
      </w:r>
    </w:p>
    <w:p>
      <w:r>
        <w:rPr>
          <w:b/>
        </w:rPr>
        <w:t xml:space="preserve">[32:35] </w:t>
      </w:r>
      <w:r>
        <w:t>Islam mein war to woh hai jab bilkul hi naguzir ho jaye.</w:t>
      </w:r>
    </w:p>
    <w:p>
      <w:pPr>
        <w:jc w:val="right"/>
      </w:pPr>
      <w:r>
        <w:t>اسلام میں وار تو وہیہےجب بالکل ہی ناگزیرہوجائے۔</w:t>
      </w:r>
    </w:p>
    <w:p>
      <w:r>
        <w:rPr>
          <w:b/>
        </w:rPr>
        <w:t xml:space="preserve">[32:42] </w:t>
      </w:r>
      <w:r>
        <w:t>dekhiye, kisi bhi mulk par hamla ho jaye, us waqt yahan ke shehri jo wahin chup chap peaceful tareeqe se gharon mein baithe rahein, to woh mujrim qarar diye jayenge.</w:t>
      </w:r>
    </w:p>
    <w:p>
      <w:pPr>
        <w:jc w:val="right"/>
      </w:pPr>
      <w:r>
        <w:t>دیکھیے،کسیبھی ملکپر حملہہوجائے، اس وقت یہاںکے شہریجوہیںچ پچاپ پیسفلطریقےسےگھروںمیںبیٹھےرہیں، تو وہمج رمقرار دیےجائیںگے۔</w:t>
      </w:r>
    </w:p>
    <w:p>
      <w:r>
        <w:rPr>
          <w:b/>
        </w:rPr>
        <w:t xml:space="preserve">[32:51] </w:t>
      </w:r>
      <w:r>
        <w:t>to wohi jab hamla ho jaye, us waqt war hai. otherwise, peace hi peace hai, aur peaceful tareeqe se hi humein saare kaam karne hain. lekin dekhiye, Islam ka jo maqsad hai, woh hamare dil ki islaah karna hai, hamara spiritual personality ko develop karna hai.</w:t>
      </w:r>
    </w:p>
    <w:p>
      <w:pPr>
        <w:jc w:val="right"/>
      </w:pPr>
      <w:r>
        <w:t>تو وہیجب حمل ہہوجائے، اس وقت وارہے۔ اد روائز، پیسہی پیس ہے، اور پیسفلطریقےسےہیہمیں سارےکام کرنے ہیں۔لیکندیکھیے، اسلام کاجو مقصدہے، وہ ہمارے دل کیاصلاح کرناہے، ہمارا اسپیریچولپرسن یلٹیکوڈیولپکرناہے۔</w:t>
      </w:r>
    </w:p>
    <w:p>
      <w:r>
        <w:rPr>
          <w:b/>
        </w:rPr>
        <w:t xml:space="preserve">[33:10] </w:t>
      </w:r>
      <w:r>
        <w:t>kyunki hamare paas jo kuch bhi hai, woh potential form mein hai, to woh is ko realize karna hai. to yeh sab ko i jang maidan mein thodi hoga.</w:t>
      </w:r>
    </w:p>
    <w:p>
      <w:pPr>
        <w:jc w:val="right"/>
      </w:pPr>
      <w:r>
        <w:t>کیونکہہمارےپاسجوکچھبھیہے،وہ پوٹینشلفارممیںہے، تو وہ اسکو ریلائزکرناہے۔ تو یہسبکوئیجنگ میدانمیںتھوڑیہوگا۔</w:t>
      </w:r>
    </w:p>
    <w:p>
      <w:r>
        <w:rPr>
          <w:b/>
        </w:rPr>
        <w:t xml:space="preserve">[33:21] </w:t>
      </w:r>
      <w:r>
        <w:t>to is ke liye humein bohat kaam karna padta hai.</w:t>
      </w:r>
    </w:p>
    <w:p>
      <w:pPr>
        <w:jc w:val="right"/>
      </w:pPr>
      <w:r>
        <w:t>تو اسکےلیےہمیںبہت کام کرناپڑتاہے۔</w:t>
      </w:r>
    </w:p>
    <w:p>
      <w:r>
        <w:rPr>
          <w:b/>
        </w:rPr>
        <w:t xml:space="preserve">[33:24] </w:t>
      </w:r>
      <w:r>
        <w:t>to humein akhirat ki yaad dilana, humein Khuda se ta'alluq jodna, Khuda ki raza hasil karna, ibadat karna, aur apni akhlaqi kamzoriyon ko door karna, apne andar jo bhi kamiyaan hain, is ko khatm karna, aur bandon ki khair khwahi karna.</w:t>
      </w:r>
    </w:p>
    <w:p>
      <w:pPr>
        <w:jc w:val="right"/>
      </w:pPr>
      <w:r>
        <w:t>تو ہمیں آخرتکییاددل انا،ہمیںخداسے تعلق جوڑنا ،خداکیرضاحاصل کرنا، عبادتکرنا، اور اپنی اخلاقیکمزوریوںکودور کرنا،اپنے اندر جوبھی کم یاںہیں،اسکوختم کرنا، اوربندوںکیخیرخواہیکرنا۔</w:t>
      </w:r>
    </w:p>
    <w:p>
      <w:r>
        <w:rPr>
          <w:b/>
        </w:rPr>
        <w:t xml:space="preserve">[33:41] </w:t>
      </w:r>
      <w:r>
        <w:t>to yeh saari cheezein jo hain, is ke liye humein peaceful environment ki zaroorat hai.</w:t>
      </w:r>
    </w:p>
    <w:p>
      <w:pPr>
        <w:jc w:val="right"/>
      </w:pPr>
      <w:r>
        <w:t>تو یہ ساریچیزیںجوہیں،اسکےلیے ہمیں پیسفل انوائرمنٹکیضرورتہے۔</w:t>
      </w:r>
    </w:p>
    <w:p>
      <w:r>
        <w:rPr>
          <w:b/>
        </w:rPr>
        <w:t xml:space="preserve">[33:48] </w:t>
      </w:r>
      <w:r>
        <w:t>aur hum bar bar humein Rasool Allah sallallahu alaihi wasallam ki zindagi mein se waqiyat milte hain, jo humein yaad dilate hain is baat ko keh jab sab se pehli bar jab Rasool Allah sallallahu alaihi wasallam ko paighambar banaya gaya, aur un ko sab se pehle message diya gaya, to aap ne tamam logon ko Koh-e-Safa par jama kiya, aur kaha keh kya main tum ko maut ke baad aane wale masle ki khabar na doon?</w:t>
      </w:r>
    </w:p>
    <w:p>
      <w:pPr>
        <w:jc w:val="right"/>
      </w:pPr>
      <w:r>
        <w:t>اور ہمباربار ہمیں رسولاللہصلیاللہعلیہوسلمکیزندگی میںسے واقع اتکو ملتےہیں،جو ہمیںیاددلاتےہیںاسباتکو کہجبسبسےپہ لیبار جب رسولاللہصلیاللہعلیہوسلمکو پیغمبربن ایاگیا،اورانکوسبسے پہلے میسجدیاگیا، تو آپنےتمام لوگوںکو کوہصفاپر جمع کیا،اور کہاکہ کیا میںتم کوموتکےبعد آنےوالے مسئلےکیخبرنہدوں ؟</w:t>
      </w:r>
    </w:p>
    <w:p>
      <w:r>
        <w:rPr>
          <w:b/>
        </w:rPr>
        <w:t xml:space="preserve">[34:14] </w:t>
      </w:r>
      <w:r>
        <w:t>bohat bada masla tumhare saamne aa raha hai,</w:t>
      </w:r>
    </w:p>
    <w:p>
      <w:pPr>
        <w:jc w:val="right"/>
      </w:pPr>
      <w:r>
        <w:t>بہتبڑامسئلہتمہارےسامنےآرہاہے،</w:t>
      </w:r>
    </w:p>
    <w:p>
      <w:r>
        <w:rPr>
          <w:b/>
        </w:rPr>
        <w:t xml:space="preserve">[34:17] </w:t>
      </w:r>
      <w:r>
        <w:t>is ke liye apne aap ko tayyar karo. to is mein woh yeh hai keh akhirat ki tayyari. phir jab aap Madina gaye, ji, to aap Madina kis kaise halaat mein raat ko bhag ke gaye the andhere mein?</w:t>
      </w:r>
    </w:p>
    <w:p>
      <w:pPr>
        <w:jc w:val="right"/>
      </w:pPr>
      <w:r>
        <w:t>اسکےلیے اپنےآپکوتیار کرو۔ تو اسمیں وہیہےکہ آخرتکیتیاری۔ پھرجبآپ مدینہگئے،جی، توآپ مدینہ کس کیسےحالاتمیں راتکو بھاگکےگئےتھےاندھیرےمیں؟</w:t>
      </w:r>
    </w:p>
    <w:p>
      <w:r>
        <w:rPr>
          <w:b/>
        </w:rPr>
        <w:t xml:space="preserve">[34:30] </w:t>
      </w:r>
      <w:r>
        <w:t>to aap ko to wahan ja ke aaj kal jo Musalman karte hain, to bas sirf Quraish ki hi complaint karni chahiye thi, Quraish ke khilaf planning karni chahiye thi keh Quraish ne hamare saath itna bada zulm kiya hai.</w:t>
      </w:r>
    </w:p>
    <w:p>
      <w:pPr>
        <w:jc w:val="right"/>
      </w:pPr>
      <w:r>
        <w:t>تو آپ کوتووہاںجاکے آجکلجو مسلمان کرتے ہیں، تو بسصرف قریشکی اہ کیکمپلینٹکرنیچاہیےتھی، قریشکےخلاف پلاننگکرنیچاہیےتھی کہقریشنےہمارےساتھ اتنابڑاظلمکیاہے۔</w:t>
      </w:r>
    </w:p>
    <w:p>
      <w:r>
        <w:rPr>
          <w:b/>
        </w:rPr>
        <w:t xml:space="preserve">[34:44] </w:t>
      </w:r>
      <w:r>
        <w:t>kuch nahi, aap wahan gaye,</w:t>
      </w:r>
    </w:p>
    <w:p>
      <w:pPr>
        <w:jc w:val="right"/>
      </w:pPr>
      <w:r>
        <w:t>کچھ نہیں ،آپ وہاںگئے،</w:t>
      </w:r>
    </w:p>
    <w:p>
      <w:r>
        <w:rPr>
          <w:b/>
        </w:rPr>
        <w:t xml:space="preserve">[34:46] </w:t>
      </w:r>
      <w:r>
        <w:t>aap ne jo pehli taqreer ki, kaha: "Logon! apne aap ko aag se bachao, khwah khajoor ke ek tukde se hi kyun na ho." matlab jo humein apni tayyari karni hai, is dunya mein hum apne aap ko akhirat ke liye tayyar karne ke liye aaye hain, ji, ladai karne ke liye nahi aaye hain, dunya ko barbaad karne ke liye. to Allah taala ek bada zalzala le aayega, poori dunya barbaad ho jayegi.</w:t>
      </w:r>
    </w:p>
    <w:p>
      <w:pPr>
        <w:jc w:val="right"/>
      </w:pPr>
      <w:r>
        <w:t>آپنےجوپہلی تقریرکی،کہا: "لوگوں! اپنے آپ کو آگسےبچاؤ، خواہکھجورکے ایک ٹکڑےسےہیکیوںنہہو۔" مطلب جو ہمیں اپنی تیاری کرنیہے، اس دنیا میںہم اپنےآپ کو آخرتکےلیے تیار کرنے کےلیےآئےہیں، جی،لڑائیکرنےکےلیےنہیں آئےہیں، دنیا کو بربادکرنے کےلیے۔تو اللہ تعالیایک بڑا زلزلہلےآئےگا،پوریدنیا بربادہوجائےگی۔</w:t>
      </w:r>
    </w:p>
    <w:p>
      <w:r>
        <w:rPr>
          <w:b/>
        </w:rPr>
        <w:t xml:space="preserve">[35:12] </w:t>
      </w:r>
      <w:r>
        <w:t>to hamara yeh kaam nahi hai dunya ko barbaad karna,</w:t>
      </w:r>
    </w:p>
    <w:p>
      <w:pPr>
        <w:jc w:val="right"/>
      </w:pPr>
      <w:r>
        <w:t>تو ہمارایہکام ہینہیںہےدنیا کوبربادکرنا،</w:t>
      </w:r>
    </w:p>
    <w:p>
      <w:r>
        <w:rPr>
          <w:b/>
        </w:rPr>
        <w:t xml:space="preserve">[35:15] </w:t>
      </w:r>
      <w:r>
        <w:t>humein to apne aap ko tayyar karna hai. to humein apne aap ko khuda ki marzi ke mutabiq apne aap ko is dunya mein dhalna hai, apni personality ko dhalna hai.</w:t>
      </w:r>
    </w:p>
    <w:p>
      <w:pPr>
        <w:jc w:val="right"/>
      </w:pPr>
      <w:r>
        <w:t>ہمیںتو اپنے آپ کو تیار کرناہے۔ توہمیں اپنےآپ کو خداکیمرضیکےمط ابق اپنےآپکو اسدنیامیں ڈھالناہے،اپنی پرسن یلٹیکوڈھالناہے۔</w:t>
      </w:r>
    </w:p>
    <w:p>
      <w:r>
        <w:rPr>
          <w:b/>
        </w:rPr>
        <w:t xml:space="preserve">[35:27] </w:t>
      </w:r>
      <w:r>
        <w:t>aur yeh jo hai, yeh to bohat kabhi kabhi hota hai. zyada tar peghambaron ke zamanon mein to jang ke halaat bhi nahin aaye, lekin rasool Allah salallahu alaihi wasallam ke zamanay mein aaye, woh religious persecution ki wajah se.</w:t>
      </w:r>
    </w:p>
    <w:p>
      <w:pPr>
        <w:jc w:val="right"/>
      </w:pPr>
      <w:r>
        <w:t>اور یہجو ہے، یہتو بہت کبھیکبھیہوتاہے۔ زیادہ تر پیغمبروںکےزمان ےمیںتو جنگ کےحالاتبھینہیںآئے، لیکن رسولاللہصلیاللہعلیہوسلمکےزمانےمیںآئے، وہ ریلیجسپرزیکیوشنکیوجہ سے۔</w:t>
      </w:r>
    </w:p>
    <w:p>
      <w:r>
        <w:rPr>
          <w:b/>
        </w:rPr>
        <w:t xml:space="preserve">[35:42] </w:t>
      </w:r>
      <w:r>
        <w:t>to saare peghambaron ne jang nahin ki.</w:t>
      </w:r>
    </w:p>
    <w:p>
      <w:pPr>
        <w:jc w:val="right"/>
      </w:pPr>
      <w:r>
        <w:t>تو سارےپیغمبروںنے جنگ نہیں کی۔</w:t>
      </w:r>
    </w:p>
    <w:p>
      <w:r>
        <w:rPr>
          <w:b/>
        </w:rPr>
        <w:t xml:space="preserve">[35:45] </w:t>
      </w:r>
      <w:r>
        <w:t>ab jo Hazrat Musa alaihi salam jo hain, woh khamoshi se raat ko bani israil ko le kar ke nikal gaye, phir bhi Firon ne peecha kiya, aur Firon doob gaya.</w:t>
      </w:r>
    </w:p>
    <w:p>
      <w:pPr>
        <w:jc w:val="right"/>
      </w:pPr>
      <w:r>
        <w:t>اب جو حضرت موسیٰعلیہالسلام جوہیں،وہ خاموشیسے راتکو بنواسرائیلکولےکر کے نکل گئے، پھربھی فرعوننے پیچھاکیا، اورفرعون ڈوبگیا۔</w:t>
      </w:r>
    </w:p>
    <w:p>
      <w:r>
        <w:rPr>
          <w:b/>
        </w:rPr>
        <w:t xml:space="preserve">[35:59] </w:t>
      </w:r>
      <w:r>
        <w:t>to us waqt bhi Hazrat Musa alaihi salam, jaisa ke Maulana Abul A'la Maududi jaisay logon ka kehna hai ke insaan is dunya mein hukoomat ilahia qaim karne ke liye aaya hai,</w:t>
      </w:r>
    </w:p>
    <w:p>
      <w:pPr>
        <w:jc w:val="right"/>
      </w:pPr>
      <w:r>
        <w:t>تو اس وقت بھی حضرتموسی ٰعلیہالسلام، جیساکہمول اناابوالعلممودودیجیسےلوگوںکا کہناہےکہ انسان اس دنیا میں حکومت الہیہقائمکرنےکےلیے آیاہے،</w:t>
      </w:r>
    </w:p>
    <w:p>
      <w:r>
        <w:rPr>
          <w:b/>
        </w:rPr>
        <w:t xml:space="preserve">[36:11] </w:t>
      </w:r>
      <w:r>
        <w:t>to unhon ne us waqt to Firon aur saara lashkar tabah ho gaya tha. unko wapas aa kar hukoomat taj o takht lena chahiye tha, hukoomat Firon pe baithna chahiye tha, lekin woh bani israil ko le kar ke wahan sahara mein chale gaye. kyunke bani israil ke andar bohat sari akhlaqi weaknesses aa gayi thi, to unki training ke liye wahan unko le kar ke chale gaye. to itnay baray peghambar thay,</w:t>
      </w:r>
    </w:p>
    <w:p>
      <w:pPr>
        <w:jc w:val="right"/>
      </w:pPr>
      <w:r>
        <w:t>تو انہوںنے اسوقتتو فرعون اورسارالشکرتباہہوگیاتھا۔ انکو واپس آکے حکومت تاجتخت وتاج لیناچاہیےتھا،حکومت فرعونپہبیٹھناچاہیےتھا، لیکن وہبنواسرائیلکولےکرکےوہاں صح رامیں چلےگئے۔کیونکہ بنواسرائیلکےاندر بہت ساری اخلاقی مورلویکنسزآگئیتھیں، تو ان کی ٹریننگکےلیے وہانکو لےکےچلےگئے۔تواس اتنےبڑےپیغمبرتھے،</w:t>
      </w:r>
    </w:p>
    <w:p>
      <w:r>
        <w:rPr>
          <w:b/>
        </w:rPr>
        <w:t xml:space="preserve">[36:38] </w:t>
      </w:r>
      <w:r>
        <w:t>to aise saare peghambar se humein milta hai ke humein hamari apni tayyari karni hai taake qayamat mein hum Allah taala ke samne jawab dehi kar saken.</w:t>
      </w:r>
    </w:p>
    <w:p>
      <w:pPr>
        <w:jc w:val="right"/>
      </w:pPr>
      <w:r>
        <w:t>تو ایسےسارےپیغمبر سےہمیںملتاہے کہہمیں ہماری اپنی تیاریکرنیہےتاکہ قیامتمیں ہماللہ تعالیکےسامنے جوابدہی کر سکیں۔</w:t>
      </w:r>
    </w:p>
    <w:p>
      <w:r>
        <w:rPr>
          <w:b/>
        </w:rPr>
        <w:t xml:space="preserve">[36:52] </w:t>
      </w:r>
      <w:r>
        <w:t>to aman ki hesiyat jo hai, woh rule ki hai, aur jang ki hesiyat jo hai, ek exception ki hai. jab aap Quran padhenge to aap yeh hi dekhenge ke zyada tar ayatain wohi hain</w:t>
      </w:r>
    </w:p>
    <w:p>
      <w:pPr>
        <w:jc w:val="right"/>
      </w:pPr>
      <w:r>
        <w:t>تو امنکیحیثیتجوہے،وہ رولکیہے، اور جنگ کیحیثیتجوہے،ایکسیپشنکیہے۔ جبآپ قرآنپڑھیںگےتوآپیہیدیکھیںگے کہزیادہ تر آیتیںوہیہیں</w:t>
      </w:r>
    </w:p>
    <w:p>
      <w:r>
        <w:rPr>
          <w:b/>
        </w:rPr>
        <w:t xml:space="preserve">[37:03] </w:t>
      </w:r>
      <w:r>
        <w:t>khuda ke baray mein, ibadat ke baray mein, kaise ibadat karni hai, humein kaise khuda se ta'alluq jodna hai, humein akhlaq kaise sudharna hai, justice hai, aur insaniyat ke baray mein kaise hum unke samne, unke ta'een, humein kitna zyada value shohar rehna hai.</w:t>
      </w:r>
    </w:p>
    <w:p>
      <w:pPr>
        <w:jc w:val="right"/>
      </w:pPr>
      <w:r>
        <w:t>خدا کے بارےمیں، عبادت کےبارےمیں ،کیسےعبادتکرنیہے،ہمیں کیسےخداسےتعلقجوڑناہے، ہمیںاخلاق کیسےسدھارناہے، جسٹسہے، اور انسانیتکےبارےمیں کیسےہمانکےسامنے ،انکے تئیں،ہمیںکتنازیادہ ویلوشرہوکررہناہے۔</w:t>
      </w:r>
    </w:p>
    <w:p>
      <w:r>
        <w:rPr>
          <w:b/>
        </w:rPr>
        <w:t xml:space="preserve">[37:21] </w:t>
      </w:r>
      <w:r>
        <w:t>jannat hai, jahannum hai, sab ko humein jahannum se darna hai, aur jannat ki khwahish rakh</w:t>
      </w:r>
    </w:p>
    <w:p>
      <w:pPr>
        <w:jc w:val="right"/>
      </w:pPr>
      <w:r>
        <w:t>جنتہے، جہنمہے، سبکوہمیں جہنمسے ڈرناہے،اور جنتکی خواہشرکھ</w:t>
      </w:r>
    </w:p>
    <w:p>
      <w:r>
        <w:rPr>
          <w:b/>
        </w:rPr>
        <w:t xml:space="preserve">[37:29] </w:t>
      </w:r>
      <w:r>
        <w:t>na hai, jannat ke amal aise karna hai taake humein akhirat mein jannat mein jagah milay. to yeh hai ji, asal mein wohi hai ke hamare jo jo bible mein bhi dekhi hai, aur bhi doosri kitabon mein yeh baatein hain, lekin followers pe depend karta hai ke isko out of context use kar rahe hain ke nahin.</w:t>
      </w:r>
    </w:p>
    <w:p>
      <w:pPr>
        <w:jc w:val="right"/>
      </w:pPr>
      <w:r>
        <w:t>ناہے، جنتکے عمل ایسےکرناہےتاکہہمیں آخرتمیںجنتمیںجگہملے۔ تو یہ ہے جی، اصلمیںوہیہےکہ ہمارےجو جو بائبلمیںبھیدیکھیہے، اور بھیدوسریکتاب وںمیںیہباتیںہیں، لیکن فالوورزپرڈیپینڈکرتاہے کہاسکو آؤٹآف کان ٹیکسٹ یوزکررہےہیںکہنہیں ۔</w:t>
      </w:r>
    </w:p>
    <w:p>
      <w:r>
        <w:rPr>
          <w:b/>
        </w:rPr>
        <w:t xml:space="preserve">[37:54] </w:t>
      </w:r>
      <w:r>
        <w:t>to hamare yahan kya hai, out of context sari cheezain use ho rahi hain.</w:t>
      </w:r>
    </w:p>
    <w:p>
      <w:pPr>
        <w:jc w:val="right"/>
      </w:pPr>
      <w:r>
        <w:t>توہمارےہاںکیاہے، آؤٹآف کان ٹیکسٹ ساریچیزیںیوزہورہیہیں۔</w:t>
      </w:r>
    </w:p>
    <w:p>
      <w:r>
        <w:rPr>
          <w:b/>
        </w:rPr>
        <w:t xml:space="preserve">[37:59] </w:t>
      </w:r>
      <w:r>
        <w:t>jihad ka lafz ho, chahe aur bhi jo hain teaching jo battlefield ke zamanay ki hai, woh isko aam dinon ke liye istemal kar rahe hain, aur anjiaz wohi hain, unke liye to hai nahin jang. woh woh jang kar rahe hain, aur guerrilla war, proxy war, yeh sab Islam mein hai nahin.</w:t>
      </w:r>
    </w:p>
    <w:p>
      <w:pPr>
        <w:jc w:val="right"/>
      </w:pPr>
      <w:r>
        <w:t>جہادکالفظہو، چاہےاور بھی جو ہیں ٹیچنگجو بیٹلفیل ڈکےزمان ےکیہے، وہ اسکو عام دنوںکےلیےاستعمال کررہےہیں، اور اینجیاوزجوہیں، انکےلیےتو ہےہینہیں جنگ ۔وہ وہ جنگ کررہےہیں، اور گوریلاوار،پراکسیوار،یہسب اسلام میںہے ہینہیں ۔</w:t>
      </w:r>
    </w:p>
    <w:p>
      <w:r>
        <w:rPr>
          <w:b/>
        </w:rPr>
        <w:t xml:space="preserve">[38:17] </w:t>
      </w:r>
      <w:r>
        <w:t>iske bawajood woh kar rahe hain kyunke woh bilkul khuda ka darr unke andar nahin hai.</w:t>
      </w:r>
    </w:p>
    <w:p>
      <w:pPr>
        <w:jc w:val="right"/>
      </w:pPr>
      <w:r>
        <w:t>اسکے باوجود وہکررہےہیں کیونکہوہبالکل خدا کا ڈرانکےاندرنہیں ہے۔</w:t>
      </w:r>
    </w:p>
    <w:p>
      <w:r>
        <w:rPr>
          <w:b/>
        </w:rPr>
        <w:t xml:space="preserve">[38:24] </w:t>
      </w:r>
      <w:r>
        <w:t>ji, to ab inko samajh aana hai Maulana ke saara literature isi pe hai, inko bhi literature pehchana hai jahan pe pahunchaya gaya hai. jaise Kashmir mein to wahan ke halaat badle, to inko bhi humein yeh pahunchana hai.</w:t>
      </w:r>
    </w:p>
    <w:p>
      <w:pPr>
        <w:jc w:val="right"/>
      </w:pPr>
      <w:r>
        <w:t>جی،تو اب انکو سمجھ اناہے مول اناکہسارالٹریچراسی پرہے، انکوبھیلٹریچرپہنچاناہے جہاںپہنچایاگیاہے۔جیسے کش میرمیں تووہاںکےحالاتبد لے، تو انکوبھیہمیںیہ پہنچاناہے۔</w:t>
      </w:r>
    </w:p>
    <w:p>
      <w:r>
        <w:rPr>
          <w:b/>
        </w:rPr>
        <w:t xml:space="preserve">[38:39] </w:t>
      </w:r>
      <w:r>
        <w:t>ji, to is tareeqay se humein jo hamara sab se bara kaam hai, woh apne aap ko badalna hai.</w:t>
      </w:r>
    </w:p>
    <w:p>
      <w:pPr>
        <w:jc w:val="right"/>
      </w:pPr>
      <w:r>
        <w:t>جی، تو اسطریقےسےہمیں جو ہماراسبسےبڑا کامہے،وہ اپنے آپکو بدلناہے۔</w:t>
      </w:r>
    </w:p>
    <w:p>
      <w:r>
        <w:rPr>
          <w:b/>
        </w:rPr>
        <w:t xml:space="preserve">[38:48] </w:t>
      </w:r>
      <w:r>
        <w:t>aur yeh jo hai, age factor ki wajah se Islam mein jo do teen teaching hui, woh age factor ki wajah se hui. aaj to woh poora age hi Allah taala ne badal diya hai.</w:t>
      </w:r>
    </w:p>
    <w:p>
      <w:pPr>
        <w:jc w:val="right"/>
      </w:pPr>
      <w:r>
        <w:t>اور یہ جوہے، ایجفیکٹرکیوجہسے اسلام میں جو دوتینجنگہوئی،وہ ایجفیکٹرکیوجہسےہوئی ۔ آجتووہپورا ایجہیاللہ تعالینےبدلدیاہے۔</w:t>
      </w:r>
    </w:p>
    <w:p>
      <w:r>
        <w:rPr>
          <w:b/>
        </w:rPr>
        <w:t xml:space="preserve">[38:59] </w:t>
      </w:r>
      <w:r>
        <w:t>aaj hum poore tareeqay se pur aman halaat mein kaam apna kar sakte hain. ji, aur aap ne, yeh bohat important aap ne point bola aakhir mein ke age factor ki wajah se ab situation badal gayi hai.</w:t>
      </w:r>
    </w:p>
    <w:p>
      <w:pPr>
        <w:jc w:val="right"/>
      </w:pPr>
      <w:r>
        <w:t>آجہمپورےطریقےسے پر امنحالاتمیں کااپناکام کرسکتےہیں۔ جی، اور آپا،یہ بہت امپورٹنٹ آپنےپوائنٹبولا آخرمیںکہایجفیکٹرکیوجہ سے ابسچوئیشنبدلگئیہے۔</w:t>
      </w:r>
    </w:p>
    <w:p>
      <w:r>
        <w:rPr>
          <w:b/>
        </w:rPr>
        <w:t xml:space="preserve">[39:13] </w:t>
      </w:r>
      <w:r>
        <w:t>kyun</w:t>
      </w:r>
    </w:p>
    <w:p>
      <w:pPr>
        <w:jc w:val="right"/>
      </w:pPr>
      <w:r>
        <w:t>کیون</w:t>
      </w:r>
    </w:p>
    <w:p>
      <w:r>
        <w:rPr>
          <w:b/>
        </w:rPr>
        <w:t xml:space="preserve">[39:14] </w:t>
      </w:r>
      <w:r>
        <w:t>ke is time pe bhi jang karne ka single most reason nahin tha, jaisa aap ne bataya ke is time pe religious persecution tha. matlab isko aise samjhiye ke Muslims were not allowed to pray, they could not pray,</w:t>
      </w:r>
    </w:p>
    <w:p>
      <w:pPr>
        <w:jc w:val="right"/>
      </w:pPr>
      <w:r>
        <w:t>کہ اس ٹائمپہبھی جنگ کرنے کا سنگ ل موسٹریزنتھا،جیساآپنےبتایا کہاسٹائمپہریلیجسپرزیکیوشنتھا۔ مطلب اسکوایسے سم جھیےکہ مسلم زوارناٹالاؤڈٹوپری، دےکڈناٹپری،</w:t>
      </w:r>
    </w:p>
    <w:p>
      <w:r>
        <w:rPr>
          <w:b/>
        </w:rPr>
        <w:t xml:space="preserve">[39:30] </w:t>
      </w:r>
      <w:r>
        <w:t>aur isi reason se prayer ke basis pe hi inko qatal kar diya jata tha. unko mana kiya jata tha. to sirf is religious persecution ko khatam karne ke liye jang ki gayi.</w:t>
      </w:r>
    </w:p>
    <w:p>
      <w:pPr>
        <w:jc w:val="right"/>
      </w:pPr>
      <w:r>
        <w:t>اور اسی ریزنسے پریئرکے بیسزپہہیانکوقتلکردیاجاتا تھا۔ ان انکومنعکیاجاتا تھا۔ تو صرف اس ریلیجسپرزیکیوشنکوختم کرنےکےلیے جنگ کیگئی۔</w:t>
      </w:r>
    </w:p>
    <w:p>
      <w:r>
        <w:rPr>
          <w:b/>
        </w:rPr>
        <w:t xml:space="preserve">[39:40] </w:t>
      </w:r>
      <w:r>
        <w:t>aaj woh religious persecution nahin hai.</w:t>
      </w:r>
    </w:p>
    <w:p>
      <w:pPr>
        <w:jc w:val="right"/>
      </w:pPr>
      <w:r>
        <w:t>آج وہ ریلیجسپرزیکیوشننہیںہے۔</w:t>
      </w:r>
    </w:p>
    <w:p>
      <w:r>
        <w:rPr>
          <w:b/>
        </w:rPr>
        <w:t xml:space="preserve">[39:43] </w:t>
      </w:r>
      <w:r>
        <w:t>aaj to kahin bhi aap masjid establish kar sakte hain, aap apne gharon mein namaz ada kar sakte hain, masjid mein namaz ada kar sakte hain. to iski koi mana nahin hai.</w:t>
      </w:r>
    </w:p>
    <w:p>
      <w:pPr>
        <w:jc w:val="right"/>
      </w:pPr>
      <w:r>
        <w:t>آجتوکہیںبھیآپ ماسکاسٹیبلشکرسکتےہیں، آپ اپنےگھروںمیں نمازاداکرسکتےہیں،مسجدمیں نمازاداکرسکتےہیں۔ تو اسکیکوئیمنعہینہیںہے۔</w:t>
      </w:r>
    </w:p>
    <w:p>
      <w:r>
        <w:rPr>
          <w:b/>
        </w:rPr>
        <w:t xml:space="preserve">[39:52] </w:t>
      </w:r>
      <w:r>
        <w:t>aur aap, isko is se bhi samajh sakte hain ke Hazrat Ibn Umar bohat baray Sahabi thay. to jab unke dauran, Hazrat Abdullah Ibn Zubair aur Umayyad ke beech mein jab conflict hua, to yeh masla</w:t>
      </w:r>
    </w:p>
    <w:p>
      <w:pPr>
        <w:jc w:val="right"/>
      </w:pPr>
      <w:r>
        <w:t>اور آپ ا،اسکواسسےبھی سمجھسکتےہیں کہ حضرت ابن عمر بہتبڑے صحابیتھے۔ تو جب انکے دور ان، حضرت عبداللہابن زبیراور امیہکےبیچمیںجبکانفلکٹہوا، تو یہیمسئلہ</w:t>
      </w:r>
    </w:p>
    <w:p>
      <w:r>
        <w:rPr>
          <w:b/>
        </w:rPr>
        <w:t xml:space="preserve">[40:07] </w:t>
      </w:r>
      <w:r>
        <w:t>aaya. to unko bola gaya Hazrat Ibn Umar ko ke aap bhi is jang mein shamil hon. to unhon ne saaf inkar kar diya. unhon ne kaha ke ab jang ke koi maani nahin hain.</w:t>
      </w:r>
    </w:p>
    <w:p>
      <w:pPr>
        <w:jc w:val="right"/>
      </w:pPr>
      <w:r>
        <w:t>آیا۔توانکو بولاگیا حضرت ابن عمر کوکہ آپ بھی اس جنگمیںشامل ہوں۔تو انہوںنےصافانکارکردیا۔ انہوںنےکہاکہ اب جنگ کےکوئیمعنینہیںہیں۔</w:t>
      </w:r>
    </w:p>
    <w:p>
      <w:r>
        <w:rPr>
          <w:b/>
        </w:rPr>
        <w:t xml:space="preserve">[40:18] </w:t>
      </w:r>
      <w:r>
        <w:t>to inko isi tareeqay, quran isi tareeqay say, jaisay aaj aap ayatain dekhtay hain keh yeh groups jo side kartay hain, inside karnay kay liye, to inko woh ayat batai gayi keh "fight till there is no persecution". to unhon nay kaha keh iss ayat kay hawala say hum aap ko kehtay hain keh aap join karain.</w:t>
      </w:r>
    </w:p>
    <w:p>
      <w:pPr>
        <w:jc w:val="right"/>
      </w:pPr>
      <w:r>
        <w:t>تو انکو اسیطریقے،قرآناسیطریقےسے،جیسےآج آپ آیتیں دیکھتےہیںکہیہ گروپسجو سائیڈکرتےہیں،انسائیڈکرنےکےلیے، تو انکو وہ آیتبتائیگئی کہ "فائٹٹلدیراز نو پرزیکیوشن"۔توانہوںنےکہاکہ اس آیتکےحوال ےسےہمآپکوکہتےہیںکہآپجوائنکریں۔</w:t>
      </w:r>
    </w:p>
    <w:p>
      <w:r>
        <w:rPr>
          <w:b/>
        </w:rPr>
        <w:t xml:space="preserve">[40:36] </w:t>
      </w:r>
      <w:r>
        <w:t>to unhon nay kaha keh ab persecution khatam. "I did that while Prophet (PBUH) was alive. "Now, there is no persecution."</w:t>
      </w:r>
    </w:p>
    <w:p>
      <w:pPr>
        <w:jc w:val="right"/>
      </w:pPr>
      <w:r>
        <w:t>تو انہوںنےکہاکہ ابپرزیکیوشن ختم ۔ "آئیڈیڈدیٹ وائل پرافٹ صلیاللہعلیہوسلم وازالائیو۔ "ناؤ،دیرازنوپرزیکیوشن۔</w:t>
      </w:r>
    </w:p>
    <w:p>
      <w:r>
        <w:rPr>
          <w:b/>
        </w:rPr>
        <w:t xml:space="preserve">[40:45] </w:t>
      </w:r>
      <w:r>
        <w:t>phir aik jagah yeh bhi aata hai, aap, woh lamba sa tradition hai, but us ka juz batana chahoon ga keh unhon nay yeh kaha keh "you profit never fought for territorial expansion like you."</w:t>
      </w:r>
    </w:p>
    <w:p>
      <w:pPr>
        <w:jc w:val="right"/>
      </w:pPr>
      <w:r>
        <w:t>پھرایک جگہیہبھیآتاہے،آپا، وہلمباساٹریڈیشنہے،بٹاسکاجزبتاناچاہوںگا کہانہوں نےیہ کہا کہ" آپرافٹ نیور فاٹفار ٹیریٹوریلایکسپینشن لائکیو"۔</w:t>
      </w:r>
    </w:p>
    <w:p>
      <w:r>
        <w:rPr>
          <w:b/>
        </w:rPr>
        <w:t xml:space="preserve">[40:56] </w:t>
      </w:r>
      <w:r>
        <w:t>to</w:t>
      </w:r>
    </w:p>
    <w:p>
      <w:pPr>
        <w:jc w:val="right"/>
      </w:pPr>
      <w:r>
        <w:t>تو</w:t>
      </w:r>
    </w:p>
    <w:p>
      <w:r>
        <w:rPr>
          <w:b/>
        </w:rPr>
        <w:t xml:space="preserve">[40:57] </w:t>
      </w:r>
      <w:r>
        <w:t>iss say saaf clear ho jata hai keh ab woh halaat, woh age factor ab nahi hai jo time pe tha. And therefore, waging jihad and violence and the deen of Islam is completely unislamic.</w:t>
      </w:r>
    </w:p>
    <w:p>
      <w:pPr>
        <w:jc w:val="right"/>
      </w:pPr>
      <w:r>
        <w:t>اسسے صاف کلیئرہوجاتا ہے کہ ابوہ حالات،وہ ایجفیکٹرابنہیںہے جو اسٹائمپہتھا۔ اینڈدیرفور، ویجنگ جہ اد اور وائیلنساندینیمآف اسلام از کمپلیٹلیان اسلام ک۔</w:t>
      </w:r>
    </w:p>
    <w:p>
      <w:r>
        <w:rPr>
          <w:b/>
        </w:rPr>
        <w:t xml:space="preserve">[41:12] </w:t>
      </w:r>
      <w:r>
        <w:t>It is illegitimate. Aap, aglay sawal pe aana chahoon ga keh aik yeh bhi aap, bohat important aspect hai samajhnay kay liye keh what is the difference between an enemy and an</w:t>
      </w:r>
    </w:p>
    <w:p>
      <w:pPr>
        <w:jc w:val="right"/>
      </w:pPr>
      <w:r>
        <w:t>اٹاز اللیجیٹیمیٹ۔ آپا،اگلےسوال پہ آناچاہوںگاکہ ایکیہبھیآپ ا،بہت امپورٹنٹ ایسپیکٹہےسمجھنےکےلیے کہ واٹازدا ڈیفرنس بٹوین این این می اینڈاینا</w:t>
      </w:r>
    </w:p>
    <w:p>
      <w:r>
        <w:rPr>
          <w:b/>
        </w:rPr>
        <w:t xml:space="preserve">[41:26] </w:t>
      </w:r>
      <w:r>
        <w:t>attacker? Usually log dono ko aik samajhtay hain. To mein chahoon ga keh aap us ko bhi wazeh karain. Bilkul hi alag alag hain dono.</w:t>
      </w:r>
    </w:p>
    <w:p>
      <w:pPr>
        <w:jc w:val="right"/>
      </w:pPr>
      <w:r>
        <w:t>ٹیکر؟ یوژولی لوگ دونوںکو ایکہیسمجھتےہیں۔ تومیںچاہوںگاکہآپ اسکوبھی واضحکریں۔ بالکل ہی الگالگہیںدونوں ۔</w:t>
      </w:r>
    </w:p>
    <w:p>
      <w:r>
        <w:rPr>
          <w:b/>
        </w:rPr>
        <w:t xml:space="preserve">[41:39] </w:t>
      </w:r>
      <w:r>
        <w:t>Islam clearly differentiates between an enemy and an attacker. Attacker kay baray mein Quran mein yeh ayat aayi hai: "Allah ki rah mein in logon say laro jo tum say laitay hain." Chapter 2, verse 192.</w:t>
      </w:r>
    </w:p>
    <w:p>
      <w:pPr>
        <w:jc w:val="right"/>
      </w:pPr>
      <w:r>
        <w:t>اسلام کلی ئرلی ڈیفرنشی ٹس بٹویناین این میاینڈایناٹیکر۔ اٹیکرکےبارےمیں قرآنمیںیہآیتآئیہے:"اللہ کی راہمیں انلوگوںسےلڑوجوتم سے لڑتےہیں۔" چیپٹر ٹو، ورس1 9 2۔</w:t>
      </w:r>
    </w:p>
    <w:p>
      <w:r>
        <w:rPr>
          <w:b/>
        </w:rPr>
        <w:t xml:space="preserve">[41:56] </w:t>
      </w:r>
      <w:r>
        <w:t>Phir doosri ayat hai: "Allah mein jang karnay ki ijazat di gayi in logon ko jin kay khilaf jang chher di gayi hai."</w:t>
      </w:r>
    </w:p>
    <w:p>
      <w:pPr>
        <w:jc w:val="right"/>
      </w:pPr>
      <w:r>
        <w:t>پھردوسری آیتہے:" الحجمیں جنگ کرنے کی اجازتدیگئی انلوگوںکو جن کے خلاف جنگ چھیڑدیگئیہے۔"</w:t>
      </w:r>
    </w:p>
    <w:p>
      <w:r>
        <w:rPr>
          <w:b/>
        </w:rPr>
        <w:t xml:space="preserve">[42:07] </w:t>
      </w:r>
      <w:r>
        <w:t>Is ka matlab hai yak tarafah, unilaterally aggression. Tabhi hum difaa karain gay, aur agar hamaray paas koi option na ho, jaisay baat cheet karkay, negotiation karkay, sulah karkay, agar kaam chal sakta hai to us say kaam chalain gay, aur agar nahi,</w:t>
      </w:r>
    </w:p>
    <w:p>
      <w:pPr>
        <w:jc w:val="right"/>
      </w:pPr>
      <w:r>
        <w:t>اسکامطلبہے یک طرفہ، یونیلیٹرلایگریشن۔ تبھی ہم دفاعکریںگے، اور اگر ہمارےپاس کوئی آپ شن نہہو ، جیسےباتچیتکرکے، نیگوشیایشنکرکے، صلحکرکے، اگر کام چلسکتاہےتو اسیسےکامچلائیںگے، اور اگر نہیں ،</w:t>
      </w:r>
    </w:p>
    <w:p>
      <w:r>
        <w:rPr>
          <w:b/>
        </w:rPr>
        <w:t xml:space="preserve">[42:28] </w:t>
      </w:r>
      <w:r>
        <w:t>tabhi jang ho gi, aur woh bhi mukhtasir si jang ho gi.</w:t>
      </w:r>
    </w:p>
    <w:p>
      <w:pPr>
        <w:jc w:val="right"/>
      </w:pPr>
      <w:r>
        <w:t>تبھی جنگہوگی،اوروہبھی مخت صرسیجنگہوگی۔</w:t>
      </w:r>
    </w:p>
    <w:p>
      <w:r>
        <w:rPr>
          <w:b/>
        </w:rPr>
        <w:t xml:space="preserve">[42:33] </w:t>
      </w:r>
      <w:r>
        <w:t>Aik Chapter 22 hai: "Permission of fighting is given to those who are attacked." To yeh hai bilkul clear keh sirf</w:t>
      </w:r>
    </w:p>
    <w:p>
      <w:pPr>
        <w:jc w:val="right"/>
      </w:pPr>
      <w:r>
        <w:t>ایک چیپٹر 2 2 ہے: "پرمیشن آف فائٹنگاز گیون ٹودوز ہو آر اٹیکڈ۔" تو یہ ہے بالکل کلی ئرہے کہ صرف</w:t>
      </w:r>
    </w:p>
    <w:p>
      <w:r>
        <w:rPr>
          <w:b/>
        </w:rPr>
        <w:t xml:space="preserve">[42:50] </w:t>
      </w:r>
      <w:r>
        <w:t>jab bilkul attack ho jaye ga, tabhi jang ho sakti hai. Jo aaj kal jo ho raha hai, woh bilkul hi totally unislamic hai.</w:t>
      </w:r>
    </w:p>
    <w:p>
      <w:pPr>
        <w:jc w:val="right"/>
      </w:pPr>
      <w:r>
        <w:t>جب بالکل اٹیکہوجائےگا،تبھی جنگہوسکتیہے۔ جو آجکلجوہورہاہے، وہ بالکل ہی ٹوٹلی ان اسلام کہے۔</w:t>
      </w:r>
    </w:p>
    <w:p>
      <w:r>
        <w:rPr>
          <w:b/>
        </w:rPr>
        <w:t xml:space="preserve">[43:02] </w:t>
      </w:r>
      <w:r>
        <w:t>Aur dekhiye, chounkay angers hain na, to kabhi bhi jang khatam nahi hoti. Angers kartay rehtay hain, kartay rehtay hain.</w:t>
      </w:r>
    </w:p>
    <w:p>
      <w:pPr>
        <w:jc w:val="right"/>
      </w:pPr>
      <w:r>
        <w:t>اور دیکھیے،چونکہ اینجیاوزہیںنا، تو کبھی بھی جنگ ختمہینہیںہوتی ۔ اینجیاوز کرتے رہتےہیں،کرتے رہتےہیں۔</w:t>
      </w:r>
    </w:p>
    <w:p>
      <w:r>
        <w:rPr>
          <w:b/>
        </w:rPr>
        <w:t xml:space="preserve">[43:11] </w:t>
      </w:r>
      <w:r>
        <w:t>Ab bohat sari jangain hui hain pehlay bhi, jaisay Egypt waghera nay Israel say jang ki, lekin jab woh haar gaye to unhon nay phir woh maidan ko chhor diya.</w:t>
      </w:r>
    </w:p>
    <w:p>
      <w:pPr>
        <w:jc w:val="right"/>
      </w:pPr>
      <w:r>
        <w:t>اببہت ساری جنگ یںہوئی ہیں پہلے بھی، جیسےایجپٹوغیرہنےاسرائیلسےجنگ کی، لیکن جب وہہارگئےتوانہوںنےپھروہ میدانکوچھوڑدیا ۔</w:t>
      </w:r>
    </w:p>
    <w:p>
      <w:r>
        <w:rPr>
          <w:b/>
        </w:rPr>
        <w:t xml:space="preserve">[43:22] </w:t>
      </w:r>
      <w:r>
        <w:t>Yahan to haaray chahe jeetay,</w:t>
      </w:r>
    </w:p>
    <w:p>
      <w:pPr>
        <w:jc w:val="right"/>
      </w:pPr>
      <w:r>
        <w:t>یہاںتوہارےچاہےجیتے،</w:t>
      </w:r>
    </w:p>
    <w:p>
      <w:r>
        <w:rPr>
          <w:b/>
        </w:rPr>
        <w:t xml:space="preserve">[43:24] </w:t>
      </w:r>
      <w:r>
        <w:t>unhein bas jang karni hai, kyunkay woh istishhad ka jo concept nikal aaya hai keh woh samajhtay hain keh jab shaheed ho jayen gay to us mein inko jannat milay gi.</w:t>
      </w:r>
    </w:p>
    <w:p>
      <w:pPr>
        <w:jc w:val="right"/>
      </w:pPr>
      <w:r>
        <w:t>انہیں بس جنگ کرنیہے، کیونکہوہ است شہادکاجو کانسیپٹنکالاہے کہوہسمجھتےہیںکہ جب شہیدہوجائیںگےتو اسیمیںانکو جنتملےگی۔</w:t>
      </w:r>
    </w:p>
    <w:p>
      <w:r>
        <w:rPr>
          <w:b/>
        </w:rPr>
        <w:t xml:space="preserve">[43:35] </w:t>
      </w:r>
      <w:r>
        <w:t>Jee, to aik galat galat interpretation ki wajah say aaj woh hai, woh jang chher hui hai. To yeh yeh hai keh dushman kay khilaf jang ki karwai ki ijazat nahi hai.</w:t>
      </w:r>
    </w:p>
    <w:p>
      <w:pPr>
        <w:jc w:val="right"/>
      </w:pPr>
      <w:r>
        <w:t>جی،توایکغلطغلط انٹرپریٹیشنکیوجہسے آججوہے،وہ جنگ چھڑیہوئیہے۔ تو یہیہے کہ دشمنکےخلاف جنگ ی کارروائیکیاجازتنہیںہے۔</w:t>
      </w:r>
    </w:p>
    <w:p>
      <w:r>
        <w:rPr>
          <w:b/>
        </w:rPr>
        <w:t xml:space="preserve">[43:49] </w:t>
      </w:r>
      <w:r>
        <w:t>Dushman kay khilaf bilkul clear aaya Quran mein keh dushman kay saath bhalaai karo, aur bhalaai karkay maslay ko hal karo.</w:t>
      </w:r>
    </w:p>
    <w:p>
      <w:pPr>
        <w:jc w:val="right"/>
      </w:pPr>
      <w:r>
        <w:t>دشمنکے خلاف بالکل کلی ئرآیا قرآنمیں کہدشمن کےساتھ بھلائیکرو، اوربھلائیکرکے مسئلےکوحلکرو۔</w:t>
      </w:r>
    </w:p>
    <w:p>
      <w:r>
        <w:rPr>
          <w:b/>
        </w:rPr>
        <w:t xml:space="preserve">[43:58] </w:t>
      </w:r>
      <w:r>
        <w:t>Quran mein clear aaya hai: Bhalaai aur burai dono barabar nahi. Tum jawab mein woh kaho jo us say behtar ho, phir tum dekhogay keh tumharay aur jis kay darmian dushman hai, woh aisa ho gaya jaisay koi gehra warm friend, gehra dost.</w:t>
      </w:r>
    </w:p>
    <w:p>
      <w:pPr>
        <w:jc w:val="right"/>
      </w:pPr>
      <w:r>
        <w:t>قرآنمیںکلیئرآیاہے:بھلائیاور بر ائی دونوں برابرنہیں ۔ تم جوابمیں وہ کہوجو اسسےبہترہو ، پھرتم دیکھوگےکہتمہارے اور جسکے درمیان دشمنیہے، وہ ایساہوگیا جیسے کوئی گہرا وارمفرینڈ،گہرا دوست ۔</w:t>
      </w:r>
    </w:p>
    <w:p>
      <w:r>
        <w:rPr>
          <w:b/>
        </w:rPr>
        <w:t xml:space="preserve">[44:19] </w:t>
      </w:r>
      <w:r>
        <w:t>Kyunkay dekhiye, dushman koi bhi abadi nahi hota, hamesha hamesha kay liye koi bhi dushman nahi hota. Us say aap acha salook karain to wohi wohi aadmi dost dost ho jata hai.</w:t>
      </w:r>
    </w:p>
    <w:p>
      <w:pPr>
        <w:jc w:val="right"/>
      </w:pPr>
      <w:r>
        <w:t>کیونکہدیکھیں،دشمن کوئیبھی ابدینہیںہوتا، ہمیشہہمیشہکےلیےکوئیبھیدشمننہیںہوتا۔ اسسےآپاچھا سلوککریںتووہی وہیآدمیدوستدو ستہوجاتا ہے۔</w:t>
      </w:r>
    </w:p>
    <w:p>
      <w:r>
        <w:rPr>
          <w:b/>
        </w:rPr>
        <w:t xml:space="preserve">[44:30] </w:t>
      </w:r>
      <w:r>
        <w:t>To us ko Maulana kehtay thay: "potential friend aur actual friend." Jee, to potential friend hi hota hai, us ko humein actualize karna hai.</w:t>
      </w:r>
    </w:p>
    <w:p>
      <w:pPr>
        <w:jc w:val="right"/>
      </w:pPr>
      <w:r>
        <w:t>تو اسکو مول اناکہتےتھے: "پوٹینشلفر ینڈاور ایکچولفرینڈ۔"جی، تو پوٹینشلفرینڈہیہوتاہے، اسکوہمیں ایکچ ولائز کرناہے۔</w:t>
      </w:r>
    </w:p>
    <w:p>
      <w:r>
        <w:rPr>
          <w:b/>
        </w:rPr>
        <w:t xml:space="preserve">[44:41] </w:t>
      </w:r>
      <w:r>
        <w:t>To humein dushmani ko khatam karna hai, dushman ko nahi khatam karna hai.</w:t>
      </w:r>
    </w:p>
    <w:p>
      <w:pPr>
        <w:jc w:val="right"/>
      </w:pPr>
      <w:r>
        <w:t>تو ہمیں دشمنیکوختم کرناہے، دشمنکونہیںختمکرناہے۔</w:t>
      </w:r>
    </w:p>
    <w:p>
      <w:r>
        <w:rPr>
          <w:b/>
        </w:rPr>
        <w:t xml:space="preserve">[44:49] </w:t>
      </w:r>
      <w:r>
        <w:t>To aik mein bara dilchasp waqia, real waqia, Maulana nay kisi kitaab mein likha hai, batati hoon aap ko. Jee keh train mein aik Maulana Ikram sahib, jo mujhe yaad hai, safar kar rahay thay.</w:t>
      </w:r>
    </w:p>
    <w:p>
      <w:pPr>
        <w:jc w:val="right"/>
      </w:pPr>
      <w:r>
        <w:t>توایکمیںبڑادل چسپواقعہ،ریلواقعہ، مولانانےکسی کتاب میںلکھاہے،بت اتیہوںآپکو۔جی کہ ٹرینمیںایک مول انا اکرام صاحب،جومجھےنامیادہے، سفرکررہےتھے۔</w:t>
      </w:r>
    </w:p>
    <w:p>
      <w:r>
        <w:rPr>
          <w:b/>
        </w:rPr>
        <w:t xml:space="preserve">[45:01] </w:t>
      </w:r>
      <w:r>
        <w:t>To train mein jagah nahi thi, to aik seat par kuch saman rakha hua tha, aur woh jo seat ka wala woh hai, woh kahin neeche utra kuch kaam say platform pe.</w:t>
      </w:r>
    </w:p>
    <w:p>
      <w:pPr>
        <w:jc w:val="right"/>
      </w:pPr>
      <w:r>
        <w:t>تو ٹرینمیںجگہنہیںتھی،تو ایک سیٹپرکچھ سامانرکھاہواتھا، اور وہ جو سیٹ کا والاجوہے،وہکہیںنیچے ات راکچھکام سے پلیٹفارمپہ۔</w:t>
      </w:r>
    </w:p>
    <w:p>
      <w:r>
        <w:rPr>
          <w:b/>
        </w:rPr>
        <w:t xml:space="preserve">[45:12] </w:t>
      </w:r>
      <w:r>
        <w:t>to woh zara sa jagah thi, to zara sa khisak ke wahan baith gaye.</w:t>
      </w:r>
    </w:p>
    <w:p>
      <w:pPr>
        <w:jc w:val="right"/>
      </w:pPr>
      <w:r>
        <w:t>تو وہذراساجگہتھی،توذراساکھسکاکےوہاںبیٹھگئے۔</w:t>
      </w:r>
    </w:p>
    <w:p>
      <w:r>
        <w:rPr>
          <w:b/>
        </w:rPr>
        <w:t xml:space="preserve">[45:16] </w:t>
      </w:r>
      <w:r>
        <w:t>ab woh jab aaye to bohat ziyada ghussa ho gaya, kehne laga: "tum ne mera ganga jal chhod diya, mera sab paak पवित्र ho gaya." ab woh itna ghussa, itna ghussa ,lekin woh foran khade ho gaye, aur unhon ne koi jawab nahi diya. woh ghussa hota raha, bolta raha, bolta raha, yahan tak ke musafiron ne kaha: "bhaiya, bas karo, ab dekho, woh to ghalti se ho gaya, woh keh rahe hain mujh se ghalti ho gayi , to maan lo tum .</w:t>
      </w:r>
    </w:p>
    <w:p>
      <w:pPr>
        <w:jc w:val="right"/>
      </w:pPr>
      <w:r>
        <w:t>ابوہجبآیاتو بہت زیادہ غصہہوگیا، کہنےلگا:"تمنےمیرا گنگاجلچھودیا،میرا سب اپ پवित्रہوگیا۔" ابوہاتنا غصہ،اتنا غصہ ،لیکن وہ فوراًکھڑےہوگئے،اورانہوںنےکوئیجوابنہیں دیا۔وہغصہہوتارہا،بولتارہا،بولتارہا، یہاںتککہ مسافروںنےکہا:"بھیا،بسکرو، ابدیکھو،وہتو غلطیسےہوگیا،وہکہہرہےہیںمجھسےغلطیہوگئی ، تو مان لوتم ۔</w:t>
      </w:r>
    </w:p>
    <w:p>
      <w:r>
        <w:rPr>
          <w:b/>
        </w:rPr>
        <w:t xml:space="preserve">[45:42] </w:t>
      </w:r>
      <w:r>
        <w:t>"phir jab uska ghussa utra, bohat achhi misaal hai</w:t>
      </w:r>
    </w:p>
    <w:p>
      <w:pPr>
        <w:jc w:val="right"/>
      </w:pPr>
      <w:r>
        <w:t>"پھرجب اسکاغصہات را، بہت اچھی مثالہے</w:t>
      </w:r>
    </w:p>
    <w:p>
      <w:r>
        <w:rPr>
          <w:b/>
        </w:rPr>
        <w:t xml:space="preserve">[45:46] </w:t>
      </w:r>
      <w:r>
        <w:t>kaise aadmi badal jata hai. ji, jab uska ghussa utra to usne poocha ke "aap kahan se aa rahe hain?" usne lagta hoga ke hum ne bohat kuch bol diya hai.</w:t>
      </w:r>
    </w:p>
    <w:p>
      <w:pPr>
        <w:jc w:val="right"/>
      </w:pPr>
      <w:r>
        <w:t>کیسےآدمیبدلجاتا ہے۔ جی، جباسکاغصہاتراتواسنےپوچھا کہ"آپکہاںسےآرہےہیں؟" اسنےلگاہوگاکہمیںنےبہت کچھبول دیا ہے۔</w:t>
      </w:r>
    </w:p>
    <w:p>
      <w:r>
        <w:rPr>
          <w:b/>
        </w:rPr>
        <w:t xml:space="preserve">[45:57] </w:t>
      </w:r>
      <w:r>
        <w:t>ji, poocha:"aap kahan se aa rahe hain?" unhon ne kaha:"main pagalpur se aa raha hoon." to kehne laga:"pagalpur mein ek ikram sahib rehte hain, maulana ikram, aap un ko jante hain ?</w:t>
      </w:r>
    </w:p>
    <w:p>
      <w:pPr>
        <w:jc w:val="right"/>
      </w:pPr>
      <w:r>
        <w:t>جی، پ وچھا:"آپکہاںسےآرہےہیں؟" انہوںنےکہا:"میںپاگلپورسےآرہاہوں۔ "تو کہنےلگا:"پاگلپور میںایک اکرام صاحبرہتےہیں،مول انا اکرام، آپ انکوجانتےہیں ؟</w:t>
      </w:r>
    </w:p>
    <w:p>
      <w:r>
        <w:rPr>
          <w:b/>
        </w:rPr>
        <w:t xml:space="preserve">[46:07] </w:t>
      </w:r>
      <w:r>
        <w:t>" to unhon ne kaha:"haan, abhi woh travel kar rahe hain, ek do din mein wahan pahunch jayenge."</w:t>
      </w:r>
    </w:p>
    <w:p>
      <w:pPr>
        <w:jc w:val="right"/>
      </w:pPr>
      <w:r>
        <w:t>" تو انہوںنےکہا:"ہاں،ابھیوہ ٹریولکررہےہیں، ایکدودنمیںوہاںپہنچجائیںگے۔"</w:t>
      </w:r>
    </w:p>
    <w:p>
      <w:r>
        <w:rPr>
          <w:b/>
        </w:rPr>
        <w:t xml:space="preserve">[46:14] </w:t>
      </w:r>
      <w:r>
        <w:t>to kehne laga:"aap ko kaise maloom ke woh travel kar rahe hain?" to phir unhon ne bataya ke "main hi hoon." to woh phir un ke paon pe gir pada, kehne laga:"jab main chhota tha to meri maa un ke paas le jati thi taweez ke liye, aur hum sab bachchon ko, aur bohat faida hota tha." to phir un ko bithaya, un ko khilaya pilaya, jo bhaiya us ke paas</w:t>
      </w:r>
    </w:p>
    <w:p>
      <w:pPr>
        <w:jc w:val="right"/>
      </w:pPr>
      <w:r>
        <w:t>تو کہنےلگا:"آپکوکیسےمعلوم کہوہ ٹریولکررہےہیں؟" تو پھر انہوںنےبت ایاکہ "میںہیہوں۔" تو وہ پھرانکےپاؤںپہگرپڑا، کہنےلگا:"جبمیںچھوٹاتھا تومیری ماں انکےپاس لےجاتیتھی تعویذکےلیے، اور ہمسببچوںکو،اوربہت فائدہہوتاتھا۔" تو پھرانکو بٹھایا، انکو کھلایاپلایا،جوبھیاسکےپاس</w:t>
      </w:r>
    </w:p>
    <w:p>
      <w:r>
        <w:rPr>
          <w:b/>
        </w:rPr>
        <w:t xml:space="preserve">[46:39] </w:t>
      </w:r>
      <w:r>
        <w:t>tha. to yeh bohat achhi misaal hai ke hamara achha sulook, unhon ne dekhiye, jawab nahi diya. agar us waqt woh jawab ul jawab hota na to baat aage badhti chali jati, ladai shuru ho jati. ji, to yeh bohat achhi misaal hai ke hum kis tareeqe se dushmani ke masle ko hal kar sakte hain. dushmani ka matlab misunderstanding hoti hai, ziyada tar woh misunderstanding, aap aapas ko khatam kar dijiye.</w:t>
      </w:r>
    </w:p>
    <w:p>
      <w:pPr>
        <w:jc w:val="right"/>
      </w:pPr>
      <w:r>
        <w:t>تھا۔ تویہبہتاچھی مثالہےکہہمارا اچھا سلوک،انہوںنےدیکھیے،جوابنہیں دیا۔ اگر اسوقت وہجواب الجوابہوتا نا تو باتآگےبڑھتیچلیجاتی،لڑائیشروعہوجاتی۔جی، تو یہ بہت اچھی مثالہےکہہمکسطریقےسے دشمنیکےمسئلےکوحلکرسکتےہیں۔دشمنیکامطلب مس انڈرسٹینڈنگہوتیہے،زیادہ تروہ مس انڈرسٹینڈنگ،آپاسکوختمکردیجئے۔</w:t>
      </w:r>
    </w:p>
    <w:p>
      <w:r>
        <w:rPr>
          <w:b/>
        </w:rPr>
        <w:t xml:space="preserve">[47:02] </w:t>
      </w:r>
      <w:r>
        <w:t>to aise hi prophet ne bhi hamesha yeh hi kiya ke dushmani wala jo mamla tha, us mein kabhi bhi unhon ne jang nahi ki. jaise bible mein hai ke "love your enemy" to dushman se ladna nahi hai, balkeh dushman ko dost banana hai.</w:t>
      </w:r>
    </w:p>
    <w:p>
      <w:pPr>
        <w:jc w:val="right"/>
      </w:pPr>
      <w:r>
        <w:t>تو ایسےہی پرافٹ نےبھیہمیشہیہیکیا کہدشمنی والاجو معاملہتھا، اسمیںکبھیبھیانہوںنےجنگ نہیںکی۔ جیسے بائبل میںہے کہ"لو یوراین می" تو دشمنسےلڑنانہیں ہے،بلکہدشمنکو دوست بناناہے۔</w:t>
      </w:r>
    </w:p>
    <w:p>
      <w:r>
        <w:rPr>
          <w:b/>
        </w:rPr>
        <w:t xml:space="preserve">[47:19] </w:t>
      </w:r>
      <w:r>
        <w:t>ji, to maulana kehte hain ke kehte the ke har cheez jo hai, sab log jo hain na, mister nature hain.</w:t>
      </w:r>
    </w:p>
    <w:p>
      <w:pPr>
        <w:jc w:val="right"/>
      </w:pPr>
      <w:r>
        <w:t>جی، تو مول اناکہتےہیں کہ کہتےتھےکہہرچیز جوہے، سبلوگ جوہیںنا، مسٹرنیچرہیں۔</w:t>
      </w:r>
    </w:p>
    <w:p>
      <w:r>
        <w:rPr>
          <w:b/>
        </w:rPr>
        <w:t xml:space="preserve">[47:27] </w:t>
      </w:r>
      <w:r>
        <w:t>to ab woh waqtiy taur par kuch misunderstanding hoti hai, kuch aisi problem hoti hai, aadmi ko baat samajh mein nahi jaldi aati hai, to is wajah se woh bigad jata hai.</w:t>
      </w:r>
    </w:p>
    <w:p>
      <w:pPr>
        <w:jc w:val="right"/>
      </w:pPr>
      <w:r>
        <w:t>تو اب وہوق تیطورپرکچھ مس انڈرسٹینڈنگہوتیہے،کچھ ایسی پرابلمہوتیہے،آدمیکو باتسمجھمیںنہیں جلدیآتیہے، تو اس وجہ سےوہبگڑجاتاہے۔</w:t>
      </w:r>
    </w:p>
    <w:p>
      <w:r>
        <w:rPr>
          <w:b/>
        </w:rPr>
        <w:t xml:space="preserve">[47:38] </w:t>
      </w:r>
      <w:r>
        <w:t>to aap agar us ke sath husn sulook karen to woh dobara woh mister nature ban jayega. to yeh hai quran mein bhi aaya hai:"reconciliation is the best."</w:t>
      </w:r>
    </w:p>
    <w:p>
      <w:pPr>
        <w:jc w:val="right"/>
      </w:pPr>
      <w:r>
        <w:t>تو آپ اگر اسکےساتھ حسنسلوککریںتووہ دوبارہوہ مسٹرنیچر بنجائےگا۔ تویہ ہے قرآنمیںبھیآیاہے:"ریکنسیلیایشناز دابیسٹ۔</w:t>
      </w:r>
    </w:p>
    <w:p>
      <w:r>
        <w:rPr>
          <w:b/>
        </w:rPr>
        <w:t xml:space="preserve">[47:50] </w:t>
      </w:r>
      <w:r>
        <w:t>"to isi tareeqe se hum dekhte hain ke rasoolullah sallallahu alaihi wasallam ki poori zindagi yeh yeh hai. ji,</w:t>
      </w:r>
    </w:p>
    <w:p>
      <w:pPr>
        <w:jc w:val="right"/>
      </w:pPr>
      <w:r>
        <w:t>"تو اسیطریقےسےہمدیکھتےہیںکہرسولاللہصلیاللہعلیہوسلمکیپوریزندگی یہیہے۔ جی،</w:t>
      </w:r>
    </w:p>
    <w:p>
      <w:r>
        <w:rPr>
          <w:b/>
        </w:rPr>
        <w:t xml:space="preserve">[47:55] </w:t>
      </w:r>
      <w:r>
        <w:t>saare log aap ke khilaf ho gaye the, sab ko aap ne duaen de de kar, un ke sath achha sulook kar kar ke, un ko maaf kar kar ke, sab ko apna bana liya.</w:t>
      </w:r>
    </w:p>
    <w:p>
      <w:pPr>
        <w:jc w:val="right"/>
      </w:pPr>
      <w:r>
        <w:t>سارےلوگ آپ کے خلاف ہوگئےتھے، سبکوآپنے دعائیں دےدےکر،انکےساتھ اچھا سلوککرکرکے،انکومعافکرکرکے، سب کو اپنابنالیا۔</w:t>
      </w:r>
    </w:p>
    <w:p>
      <w:r>
        <w:rPr>
          <w:b/>
        </w:rPr>
        <w:t xml:space="preserve">[48:07] </w:t>
      </w:r>
      <w:r>
        <w:t>ji, to yeh tareeqa hai dushman ke masle ko hal karne ka . yeh bada important ho jata hai aap ke agar aap emotional response den, to you will fail to update your ego a person, but if you give a good response, then you will touch the conscience of the other person.</w:t>
      </w:r>
    </w:p>
    <w:p>
      <w:pPr>
        <w:jc w:val="right"/>
      </w:pPr>
      <w:r>
        <w:t>جی، تویہطریقہہے دشمن کےمسئلےکوحلکرنےکا ۔یہ بڑا امپورٹنٹہوجاتاہےآپاکہ اگرآپ ایموشنلرسپانس دیں، تو یوویلفلیئراپدیایگوافاپرسن، بٹ اگرافیوگیواگڈرسپانس، دینیوویلٹچ دی کان شیسافدیادرپرسن۔</w:t>
      </w:r>
    </w:p>
    <w:p>
      <w:r>
        <w:rPr>
          <w:b/>
        </w:rPr>
        <w:t xml:space="preserve">[48:23] </w:t>
      </w:r>
      <w:r>
        <w:t>to</w:t>
      </w:r>
    </w:p>
    <w:p>
      <w:pPr>
        <w:jc w:val="right"/>
      </w:pPr>
      <w:r>
        <w:t>تو</w:t>
      </w:r>
    </w:p>
    <w:p>
      <w:r>
        <w:rPr>
          <w:b/>
        </w:rPr>
        <w:t xml:space="preserve">[48:24] </w:t>
      </w:r>
      <w:r>
        <w:t>aap conscience ko agar touch karenge to automatically jo mister nature, jaise aap ne bataya hai ke uska nature jaag jayega, and aap ka jo ek potentially volatile situation hai, woh ek potentially friendless situation se hote hue ek actually friendly situation ban sakti hai.</w:t>
      </w:r>
    </w:p>
    <w:p>
      <w:pPr>
        <w:jc w:val="right"/>
      </w:pPr>
      <w:r>
        <w:t>آپ کان شیس کواگر ٹچکریںگےتو اٹومیٹکلیجو مسٹرنیچر،جیسےآپنےبتایاہے کہاسکانیچرجاگجائےگا، اینڈ آپ کاجو ایک پوٹینشلی وولیٹائلسچوئیشنہے، وہایکپوٹینشلی فرینڈلیسچوئیشنسےہوتےہوئےایکایکچولی فرینڈلی سچوئیشنبنسکتیہے۔</w:t>
      </w:r>
    </w:p>
    <w:p>
      <w:r>
        <w:rPr>
          <w:b/>
        </w:rPr>
        <w:t xml:space="preserve">[48:42] </w:t>
      </w:r>
      <w:r>
        <w:t>to response pe bada depend karta hai ke hum response kis tareeqe ka dete</w:t>
      </w:r>
    </w:p>
    <w:p>
      <w:pPr>
        <w:jc w:val="right"/>
      </w:pPr>
      <w:r>
        <w:t>تو رسپانس پہ بڑاڈیپینڈکرتاہےکہہمرسپانسکسطریقےکادیتے</w:t>
      </w:r>
    </w:p>
    <w:p>
      <w:r>
        <w:rPr>
          <w:b/>
        </w:rPr>
        <w:t xml:space="preserve">[48:47] </w:t>
      </w:r>
      <w:r>
        <w:t>hain. aap a, aaj kyunke teen kitaaben bhi Maulana ki humein launch karni hain, to ab main yeh aakhri sawal aapse poochunga, which was very important question, that if you can throw some light on the political interpretation of Islam, because sab se badi jar jo violence, extremism, terrorism hai, woh yeh yeh hai: political interpretation karna Islam ka.</w:t>
      </w:r>
    </w:p>
    <w:p>
      <w:pPr>
        <w:jc w:val="right"/>
      </w:pPr>
      <w:r>
        <w:t>ہیں۔ آپ ا،آجکیونکہ تینکتاب یںبھی مول اناکیہمیںلانچکرنیہیں، تو ابمیںیہآخریسوالآپسےپوچھوںگا، وچازاویریامپورٹنٹکوسچن،دیٹ افیوکینتھروسم لائٹان دی پولیٹیکلانٹرپریٹیشنافاسلام ، بیکازسبسےبڑی جڑ جو وائیلنس،ایکسٹریمزم،ٹیررزمہے، وہ یہیہے: پولیٹیکل انٹرپریٹیشنکرنا اسلام کا ۔</w:t>
      </w:r>
    </w:p>
    <w:p>
      <w:r>
        <w:rPr>
          <w:b/>
        </w:rPr>
        <w:t xml:space="preserve">[49:09] </w:t>
      </w:r>
      <w:r>
        <w:t>to is is ko aap wazeh karen. yeh chalta pehle se tha, jamaluddin afghani ke zamane se</w:t>
      </w:r>
    </w:p>
    <w:p>
      <w:pPr>
        <w:jc w:val="right"/>
      </w:pPr>
      <w:r>
        <w:t>تو اس اسکو آپ واضحکردیں۔ یہ چلتوپہلے سےرہاتھا،جمال الدینافغانیکےزمانےسے</w:t>
      </w:r>
    </w:p>
    <w:p>
      <w:r>
        <w:rPr>
          <w:b/>
        </w:rPr>
        <w:t xml:space="preserve">[49:18] </w:t>
      </w:r>
      <w:r>
        <w:t>syed qutb ne bhi isi line pe kaam kiya, lekin maulana abul ala maududi ne poori ideology develop ki, jaise aap ne kaha tha na aaj, is zamane mein communism nikla tha, un ka dialectical materialism jo hai ke jo hamara party mein nahi hai, woh hamara dushman hai.</w:t>
      </w:r>
    </w:p>
    <w:p>
      <w:pPr>
        <w:jc w:val="right"/>
      </w:pPr>
      <w:r>
        <w:t>سید قطبنےبھی اسیلائنپہکام کیا، لیکن مول اناابوالعلیمودودی نے پوری آئیڈی الوجیڈیولپکری، جیسےآپنےکہاتھاناج ی،اسیزمان ےمیں کمیونزمنکلاتھا، انکا ڈائیلیکٹیکل مٹیر یلزمجوہے کہجو ہمارا پارٹیمیںنہیںہے،وہہمارادشمنہے۔</w:t>
      </w:r>
    </w:p>
    <w:p>
      <w:r>
        <w:rPr>
          <w:b/>
        </w:rPr>
        <w:t xml:space="preserve">[49:38] </w:t>
      </w:r>
      <w:r>
        <w:t>to bilkul wahi sara unhon ne adopt kar liya, aur jo un ki jamaat mein nahi hai, woh un ka nahi hai.</w:t>
      </w:r>
    </w:p>
    <w:p>
      <w:pPr>
        <w:jc w:val="right"/>
      </w:pPr>
      <w:r>
        <w:t>تو بالکل وہی ساراانہوں نے اڈاپٹکرلیا، اور جو انکیجم اعتمیںنہیںہے، وہ انکانہیں ہے۔</w:t>
      </w:r>
    </w:p>
    <w:p>
      <w:r>
        <w:rPr>
          <w:b/>
        </w:rPr>
        <w:t xml:space="preserve">[49:46] </w:t>
      </w:r>
      <w:r>
        <w:t>phir us se chahe woh jang karen, chahe kuch bhi karen, sab jaiz ho jata hai. to un ki jo ideology hai, ke chand cheezen jo maulana ki do kitaben detail mein hain, deen ki siyasi taabeer to thoda brief mein hai, lekin doosri hai taabeer ki ghalati, woh detail mein hai.</w:t>
      </w:r>
    </w:p>
    <w:p>
      <w:pPr>
        <w:jc w:val="right"/>
      </w:pPr>
      <w:r>
        <w:t>پھراسسےچاہےوہ جنگکریں،چاہےکچھبھیکریں،سب جائزہوجاتا ہے۔ تو انکیجو آئیڈی الوجیہے،کہچند چیزیںجو مول اناکیدوکتاب یں ڈیٹیلمیںہیں، دینکی سیاسی تعبیرتو تھوڑابریفمیںہے،لیکن دوس ریہے تعبیرکیغلطی، وہ ڈیٹیلمیںہے۔</w:t>
      </w:r>
    </w:p>
    <w:p>
      <w:r>
        <w:rPr>
          <w:b/>
        </w:rPr>
        <w:t xml:space="preserve">[50:04] </w:t>
      </w:r>
      <w:r>
        <w:t>to us mein saari detail aap logon ko milegi. to unhon ne jo sab se moti moti cheezen jo hain, ibadat deen,</w:t>
      </w:r>
    </w:p>
    <w:p>
      <w:pPr>
        <w:jc w:val="right"/>
      </w:pPr>
      <w:r>
        <w:t>تو اسمیں ساریڈیٹیلآپلوگوںکوملےگی۔ تو انہوں نے جو سبسے موٹیموٹیچیزیںجوہیں، عبادت دین،</w:t>
      </w:r>
    </w:p>
    <w:p>
      <w:r>
        <w:rPr>
          <w:b/>
        </w:rPr>
        <w:t xml:space="preserve">[50:16] </w:t>
      </w:r>
      <w:r>
        <w:t>to us mein hai ke deen ke maane state. to deen ke maane state kar diya hai. to ab jab deen ke maane state hain, to sab se badi jo hai hamara kaam, woh yeh ho gaya ke hum political power ko hasil karen, aur state ke zariye se hum tamam jo hain,</w:t>
      </w:r>
    </w:p>
    <w:p>
      <w:pPr>
        <w:jc w:val="right"/>
      </w:pPr>
      <w:r>
        <w:t>تو اسمیں ہےکہ دینکے معنی اسٹیٹ۔ تو دینکے معنی اسٹیٹ کردیاہے۔ تو ابجبدینکےمعنیاسٹیٹہیں،توسبسےبڑیجوہے ہمارا کام ،وہ یہہوگیا کہ ہم پولیٹیکلپاورکوحاصل کریں، اور اسٹیٹکےذریعےسےہمتمام جوہیں،</w:t>
      </w:r>
    </w:p>
    <w:p>
      <w:r>
        <w:rPr>
          <w:b/>
        </w:rPr>
        <w:t xml:space="preserve">[50:38] </w:t>
      </w:r>
      <w:r>
        <w:t>woh jo tamam qawaneen hain, isko isko implement karen.</w:t>
      </w:r>
    </w:p>
    <w:p>
      <w:pPr>
        <w:jc w:val="right"/>
      </w:pPr>
      <w:r>
        <w:t>وہ جو تمام قوانینہیں،اسکو اسکو امپلیمنٹکریں۔</w:t>
      </w:r>
    </w:p>
    <w:p>
      <w:r>
        <w:rPr>
          <w:b/>
        </w:rPr>
        <w:t xml:space="preserve">[50:47] </w:t>
      </w:r>
      <w:r>
        <w:t>to yeh excessi ghulu hai, aur yeh bohat ziyada jo hai, yeh Islam mein mana kiya gaya extremism ko, kyunke jab hum is tareeqe ki tehreek chalate hain, to woh tehreek jo hai,</w:t>
      </w:r>
    </w:p>
    <w:p>
      <w:pPr>
        <w:jc w:val="right"/>
      </w:pPr>
      <w:r>
        <w:t>تو یہ ایکسیاسی غلوہے، اور یہ بہت زیادہ جوہے، یہ اسلام میںمنعکیاگیا ایکسٹریمزمکو ،کیونکہجب ہم اسطریقےکیتحریکچلاتےہیں، تو وہتحریکجوہے،</w:t>
      </w:r>
    </w:p>
    <w:p>
      <w:r>
        <w:rPr>
          <w:b/>
        </w:rPr>
        <w:t xml:space="preserve">[51:02] </w:t>
      </w:r>
      <w:r>
        <w:t>woh iske upar hoti hai jiske paas already power hai.</w:t>
      </w:r>
    </w:p>
    <w:p>
      <w:pPr>
        <w:jc w:val="right"/>
      </w:pPr>
      <w:r>
        <w:t>وہ اسکےاوپرہوتیہےجسکےپاس الریڈی پاور ہے۔</w:t>
      </w:r>
    </w:p>
    <w:p>
      <w:r>
        <w:rPr>
          <w:b/>
        </w:rPr>
        <w:t xml:space="preserve">[51:07] </w:t>
      </w:r>
      <w:r>
        <w:t>to woh power iske paas hai, iske paas fauj hai, woh crush karega, aur is tareeqe se musalsal la-mutanahi tor par jang jo hai, woh chalti rahegi, chalti rahegi.</w:t>
      </w:r>
    </w:p>
    <w:p>
      <w:pPr>
        <w:jc w:val="right"/>
      </w:pPr>
      <w:r>
        <w:t>تو وہ پاوراسکےپاسہے،اسکےپاس فوجہے، وہ کرشکرےگا، اور اسطریقےسے مس لسل لامتناہیطورپر جنگ جوہے،وہ چلتیرہےگی،چلتیرہےگی۔</w:t>
      </w:r>
    </w:p>
    <w:p>
      <w:r>
        <w:rPr>
          <w:b/>
        </w:rPr>
        <w:t xml:space="preserve">[51:18] </w:t>
      </w:r>
      <w:r>
        <w:t>to yeh yeh ho raha hai aaj ki duniya mein, sau saal se yahi ho raha hai. To tamam paighambar, woh Maulana Maudoodi ne kaha ke hukoomat-e-Ilahiya qaim karne ke liye bheje gaye the, halanke bilkul baseless hai tamam paighambaron ke bare mein jo hamein maloomat hain.</w:t>
      </w:r>
    </w:p>
    <w:p>
      <w:pPr>
        <w:jc w:val="right"/>
      </w:pPr>
      <w:r>
        <w:t>تو یہیہورہاہےآجکی دنیا میں،سو سالسےیہیہورہاہے۔ تو تمام پیغمبر،وہ مول انامودودینےکہاکہحکومت الہیہقائمکرنےکےلیے بھیجےگئےتھے، حالانکہ بالکل بیسلیسہے تمام پیغمبروںکے بارےمیںجو ہمیںمعلومات ہیں۔</w:t>
      </w:r>
    </w:p>
    <w:p>
      <w:r>
        <w:rPr>
          <w:b/>
        </w:rPr>
        <w:t xml:space="preserve">[51:35] </w:t>
      </w:r>
      <w:r>
        <w:t>abhi maine Hazrat Musa ke bare mein bataya tha ke woh sab kuch chhod chhad kar chale gaye. Asal cheez hai tazkiya-e-nafs, hamari spiritual training.</w:t>
      </w:r>
    </w:p>
    <w:p>
      <w:pPr>
        <w:jc w:val="right"/>
      </w:pPr>
      <w:r>
        <w:t>ابھیمیںنےحضرتموسی کےبارےمیںبتایاتھا کہ وہسبکچھچھوڑچھاڑکرچلےگئے۔ اصلچیز ہےتزکیہنفس ، ہماری سپریچولٹریننگ۔</w:t>
      </w:r>
    </w:p>
    <w:p>
      <w:r>
        <w:rPr>
          <w:b/>
        </w:rPr>
        <w:t xml:space="preserve">[51:46] </w:t>
      </w:r>
      <w:r>
        <w:t>to is tareeqe se unhone is kaam ko zyada ahmiyat di. Jab hum trained ho jayenge, jab hum is qabil ho jayenge ke hum hukoomat ke farayez ko sambhal saken, to yeh Allah ki marzi</w:t>
      </w:r>
    </w:p>
    <w:p>
      <w:pPr>
        <w:jc w:val="right"/>
      </w:pPr>
      <w:r>
        <w:t>تو اسطریقےسے انہوںنے اس کامکو زیادہ اہمیتدی ۔ جبہمٹرینڈہوجائیںگے،جبہم اسقابلہوجائیںگے کہہم حکومت کی فرائضکوسنبھالسکیں،تویہ اللہ کیمرضی</w:t>
      </w:r>
    </w:p>
    <w:p>
      <w:r>
        <w:rPr>
          <w:b/>
        </w:rPr>
        <w:t xml:space="preserve">[52:00] </w:t>
      </w:r>
      <w:r>
        <w:t>hai. Allah kabhi hamein hukoomat, political power dega, kabhi nahi dega. Matlab yeh Khuda ka jurisprudence hai.</w:t>
      </w:r>
    </w:p>
    <w:p>
      <w:pPr>
        <w:jc w:val="right"/>
      </w:pPr>
      <w:r>
        <w:t>ہے۔ اللہ کبھیہمیں حکومت ، پولیٹیکلپاوردےگا،کبھینہیںدےگا۔ مطلب یہ خداکا جیورسپروڈنسہے۔</w:t>
      </w:r>
    </w:p>
    <w:p>
      <w:r>
        <w:rPr>
          <w:b/>
        </w:rPr>
        <w:t xml:space="preserve">[52:09] </w:t>
      </w:r>
      <w:r>
        <w:t>hamari koshish karne se hamein nahi milega, kyunke siyasi jahad hamara maqsad nahi hai. To hamara maqsad to yeh hai jo Quran ki ayat mein aaya hai: "Wa ma khalaqtul jinna wal insa illa li ya'budun". To Khuda ne hamein ibaadat karne ke liye, apni ma'rifat hasil karne ke liye hamein banaya</w:t>
      </w:r>
    </w:p>
    <w:p>
      <w:pPr>
        <w:jc w:val="right"/>
      </w:pPr>
      <w:r>
        <w:t>ہماریکوششکرنےسےہمیںنہیںملےگا، کیونکہ سیاسی جد وجہد ہمارا مقصدہینہیں ہے۔ توہمارامقصد تویہہےجو قرآنکیآیتمیںآیاہے: "وم اخلقت الجن وال انس الا لعبد ون" ۔تو خدانےہمیں عبادتکرنے کےلیے،اپنی معرفت حاصل کرنےکےلیے ہمیںبنایا</w:t>
      </w:r>
    </w:p>
    <w:p>
      <w:r>
        <w:rPr>
          <w:b/>
        </w:rPr>
        <w:t xml:space="preserve">[52:28] </w:t>
      </w:r>
      <w:r>
        <w:t>hai, hukoomat qaim karne ke liye nahi banaya. Hukoomat ka qayam to aise hi hai jaise zakat. Agar hamare paas paisa hai to hum zakat denge, nahi hai to hum kahin bhi, kahin se zabardasti, kahin kisi ke paas se hasil karne thodi jayenge ke hamein zakat deni hai.</w:t>
      </w:r>
    </w:p>
    <w:p>
      <w:pPr>
        <w:jc w:val="right"/>
      </w:pPr>
      <w:r>
        <w:t>ہے، حکومت قائمکرنےکےلیےنہیںبنایا۔حکومت کاقیامتوایسےہیہےجیسےزکوٰۃ ۔اگر ہمارےپاس پیسہہےتوہمزکوٰۃدیںگے، نہیںہےتوہم کہیںبھی، کہیںسے زبرد ستی،کہیںکسی کےپاسسے حاصل کرنے تھوڑیجائیںگےکہہمیںزکوٰۃدینیہے۔</w:t>
      </w:r>
    </w:p>
    <w:p>
      <w:r>
        <w:rPr>
          <w:b/>
        </w:rPr>
        <w:t xml:space="preserve">[52:46] </w:t>
      </w:r>
      <w:r>
        <w:t>woh hai to hamare upar farz hai, nahi hai to nahi farz hai. To isi tareeqe se siyasat hai. Agar</w:t>
      </w:r>
    </w:p>
    <w:p>
      <w:pPr>
        <w:jc w:val="right"/>
      </w:pPr>
      <w:r>
        <w:t>وہ ہےتوہمارےاوپرفرضہے، نہیںہےتونہیںفرضہے۔ تو اسیطریقےسے سیاست ہے۔ اگر</w:t>
      </w:r>
    </w:p>
    <w:p>
      <w:r>
        <w:rPr>
          <w:b/>
        </w:rPr>
        <w:t xml:space="preserve">[52:52] </w:t>
      </w:r>
      <w:r>
        <w:t>hamein siyasi siyasat mein, political power mein hamein hissa milta hai to hum in qawaneen ko to koshish karenge ke isko, isko implement kiya jaye.</w:t>
      </w:r>
    </w:p>
    <w:p>
      <w:pPr>
        <w:jc w:val="right"/>
      </w:pPr>
      <w:r>
        <w:t>ہمیں سیاسی سیاست میں،پولیٹیکلپاورمیںہمیںحصہملتاہے تو ہم ان قوانینکو تو کوششکریںگے کہ اسکو،اسکو امپلیمنٹکیاجائے۔</w:t>
      </w:r>
    </w:p>
    <w:p>
      <w:r>
        <w:rPr>
          <w:b/>
        </w:rPr>
        <w:t xml:space="preserve">[53:04] </w:t>
      </w:r>
      <w:r>
        <w:t>nahi to nahi, woh hamari zimmedari nahi hai, kyunke yeh Khuda ka inaam hai. Khuda jab inaam se sarfraz farmayega, tab yeh hamari, hamare upar yeh zimmedari aayegi.</w:t>
      </w:r>
    </w:p>
    <w:p>
      <w:pPr>
        <w:jc w:val="right"/>
      </w:pPr>
      <w:r>
        <w:t>نہیںتو نہیں ،وہہماریذمہداریہینہیںہے، کیونکہیہخداکاانعامہے۔ خداجبانعام سےسرفرازفرمائےگا،تب یہہماری ،ہمارےاوپریہذمہداریآئےگی۔</w:t>
      </w:r>
    </w:p>
    <w:p>
      <w:r>
        <w:rPr>
          <w:b/>
        </w:rPr>
        <w:t xml:space="preserve">[53:15] </w:t>
      </w:r>
      <w:r>
        <w:t>to yeh sabse bada masla yahi hai. Isi wajah se sau baras se ladaiyan ho rahi</w:t>
      </w:r>
    </w:p>
    <w:p>
      <w:pPr>
        <w:jc w:val="right"/>
      </w:pPr>
      <w:r>
        <w:t>تویہسبسےبڑا مسئلہیہیہے۔ اسیکیوجہ سے سو برسسےلڑائیاںہورہی</w:t>
      </w:r>
    </w:p>
    <w:p>
      <w:r>
        <w:rPr>
          <w:b/>
        </w:rPr>
        <w:t xml:space="preserve">[53:20] </w:t>
      </w:r>
      <w:r>
        <w:t>hain. Ji, jazak Allah aap for doing a very important session, especially in times like these. Ah, ah, we will now move on to launch a few books, ah, but I would like to read some comments that you have come, ah, with regard to today's talk, and then we will launch, we will do the launch of the</w:t>
      </w:r>
    </w:p>
    <w:p>
      <w:pPr>
        <w:jc w:val="right"/>
      </w:pPr>
      <w:r>
        <w:t>ہیں۔ جی، جز اک اللہآپافار ڈوئنگاویریامپورٹنٹسیشن، اسپیشلیانٹائمزلائکدس۔ اہ، اہ، ویویلناو مووانٹودالانچاف تھریبکس، اہ،بٹآئیوڈلائکٹوریڈسمکمنٹسدیٹہیوکم، اہ، ودریگارڈٹوٹوڈےٹ اک،اینڈدینویویل لانچ ،ویویلڈودالانچافداب</w:t>
      </w:r>
    </w:p>
    <w:p>
      <w:r>
        <w:rPr>
          <w:b/>
        </w:rPr>
        <w:t xml:space="preserve">[53:40] </w:t>
      </w:r>
      <w:r>
        <w:t>books. This comment has been sent, ah, by Ms. Shameem Parvez. She has written: "Alhamdulillah, Islam teaches us to be kind and love all humans, regardless of their religion and states." Ah, Maulana Iqbal Umar has written from Chennai: "Very good explanation about the authority of action like war." Ms. Fareeda Kamran has written: "Jazak Allah, an impressive, ah, lecture and superb explanation.</w:t>
      </w:r>
    </w:p>
    <w:p>
      <w:pPr>
        <w:jc w:val="right"/>
      </w:pPr>
      <w:r>
        <w:t>کس۔ یہ کمنٹ بھیجاہے، اہ، مسریشمہپرو یزنے۔انہوںنےلکھاہے: "الحمدللہ،اسلام ٹیچاس ٹوبیکائنڈاینڈ لو ال ہیومنز،ریگارڈلیسافدیرریلیجناینڈسٹیٹس۔" اہ،مول انااقبال عمرینے چنئیسےلکھاہے: "ویریگڈایکسپلینیشناباؤٹدیاتھارٹیافایک شن لائک وار۔" مس فریدہکامراننےلکھاہے:"جزاک اللہ،اینامپریسو، اہ، لیکچراینڈاسپرب ایکسپلینیشن۔</w:t>
      </w:r>
    </w:p>
    <w:p>
      <w:r>
        <w:rPr>
          <w:b/>
        </w:rPr>
        <w:t xml:space="preserve">[54:10] </w:t>
      </w:r>
      <w:r>
        <w:t>" Ms. Carolin has written from Srinagar: "Jihad is an unending struggle for the betterment of society. Every moment of life should be to establish truth and suppress falsehood.</w:t>
      </w:r>
    </w:p>
    <w:p>
      <w:pPr>
        <w:jc w:val="right"/>
      </w:pPr>
      <w:r>
        <w:t>" مس کروتلیننے سری نگرسےلکھاہے:"جہادازایناناینڈنگسٹرگل فار دیبیٹرمنٹافسوسائٹی۔ ایوریمومنٹافالائفشوڈبیٹواسٹیبلش ٹروتھ اینڈ سپریس ف السہڈ۔</w:t>
      </w:r>
    </w:p>
    <w:p>
      <w:r>
        <w:rPr>
          <w:b/>
        </w:rPr>
        <w:t xml:space="preserve">[54:23] </w:t>
      </w:r>
      <w:r>
        <w:t>that is the real jihad, and to replace it by war is a misnomer." Shah Hussain Sahib has written from Srinagar: "Real meaning of jihad brought forward.</w:t>
      </w:r>
    </w:p>
    <w:p>
      <w:pPr>
        <w:jc w:val="right"/>
      </w:pPr>
      <w:r>
        <w:t>دیٹازداریئلجہ اد،اینڈٹوریپلیساٹ بائے وار از ا مس ن ومر۔" شاہ دحسینصاحبنے سرینگرسےلکھاہے: "ریئلمیننگافجہاد براٹ فارورڈ۔</w:t>
      </w:r>
    </w:p>
    <w:p>
      <w:r>
        <w:rPr>
          <w:b/>
        </w:rPr>
        <w:t xml:space="preserve">[54:34] </w:t>
      </w:r>
      <w:r>
        <w:t>Thank</w:t>
      </w:r>
    </w:p>
    <w:p>
      <w:pPr>
        <w:jc w:val="right"/>
      </w:pPr>
      <w:r>
        <w:t>تھین</w:t>
      </w:r>
    </w:p>
    <w:p>
      <w:r>
        <w:rPr>
          <w:b/>
        </w:rPr>
        <w:t xml:space="preserve">[54:35] </w:t>
      </w:r>
      <w:r>
        <w:t>you. No scope of any negative activities and any of this, ah, term which is wrongly interpreted." Abdul Salam, ah, ah, Siddiqui Sahib has written: "People wage war and any of holy war and noble cause.</w:t>
      </w:r>
    </w:p>
    <w:p>
      <w:pPr>
        <w:jc w:val="right"/>
      </w:pPr>
      <w:r>
        <w:t>کیو۔ نو سکوپفاردانیگیٹیوایکٹیویٹیز اندینیماف دس ،اہ،ٹرم وچازرونگلی انٹرپریٹڈ۔" عبد ال سلام ، اہ، اہ، صدی قیصاحبنےلکھاہے:"گلبرگاسے پیپلویج واراندانیماف ہولیوار اینڈنوبل کاز۔</w:t>
      </w:r>
    </w:p>
    <w:p>
      <w:r>
        <w:rPr>
          <w:b/>
        </w:rPr>
        <w:t xml:space="preserve">[54:54] </w:t>
      </w:r>
      <w:r>
        <w:t>they are much confused about the dividing line between a war and a holy war." Dr. Aslam Khan Sahib has also sent messages, appreciated the entire</w:t>
      </w:r>
    </w:p>
    <w:p>
      <w:pPr>
        <w:jc w:val="right"/>
      </w:pPr>
      <w:r>
        <w:t>دےارمچ کنفیوزڈاباؤٹدا ڈیوائیڈنگلائنبٹویناواراینڈاہولی وار۔" ڈاکٹراسلمخان صاحبنےبھیمیسجزبھیجےہیں،ایپریشیٹکیاہےسار</w:t>
      </w:r>
    </w:p>
    <w:p>
      <w:r>
        <w:rPr>
          <w:b/>
        </w:rPr>
        <w:t xml:space="preserve">[55:03] </w:t>
      </w:r>
      <w:r>
        <w:t>effort. Ms. Sofia Akhtar has written: "An excellent and powerful discussion against the political interpretation of Islam.</w:t>
      </w:r>
    </w:p>
    <w:p>
      <w:pPr>
        <w:jc w:val="right"/>
      </w:pPr>
      <w:r>
        <w:t>نپورسے۔ مس صوفیہاخترنے لکھاہے: "اینایکسیلنٹاینڈپاورفلڈسکشناگینسٹدی پولیٹیکلانٹرپریٹیشناف اسلام ۔</w:t>
      </w:r>
    </w:p>
    <w:p>
      <w:r>
        <w:rPr>
          <w:b/>
        </w:rPr>
        <w:t xml:space="preserve">[55:11] </w:t>
      </w:r>
      <w:r>
        <w:t>Lack of seriousness and deep study spoils the image of Islam." May Allah reward you both very well, who are reviving the spirit of Islam.</w:t>
      </w:r>
    </w:p>
    <w:p>
      <w:pPr>
        <w:jc w:val="right"/>
      </w:pPr>
      <w:r>
        <w:t>لیکافسیریسنس اینڈڈیپ سٹڈی سپوائلزدی امیجافاسلام ۔ "میں اللہ ریوارڈ یوبوتھویریویل،ہوآرریوائیونگداسپرٹاف اسلام ۔</w:t>
      </w:r>
    </w:p>
    <w:p>
      <w:r>
        <w:rPr>
          <w:b/>
        </w:rPr>
        <w:t xml:space="preserve">[55:21] </w:t>
      </w:r>
      <w:r>
        <w:t>Mr. Faiz Qadri Sahib has written: "A comb to session of wisdom and clarity." Professor Najma Siddiqui has written: "Very very nice and meaningful talk."</w:t>
      </w:r>
    </w:p>
    <w:p>
      <w:pPr>
        <w:jc w:val="right"/>
      </w:pPr>
      <w:r>
        <w:t>مسٹر فیضقادریصاحبنےلکھاہے:"کوئمبٹوسے سیشناف وزڈم اینڈ کل یرٹی۔" پروفیسرنجمہصدی قینےلکھاہے:"ویریویرینائس اینڈ میننگفل ٹاک۔"</w:t>
      </w:r>
    </w:p>
    <w:p>
      <w:r>
        <w:rPr>
          <w:b/>
        </w:rPr>
        <w:t xml:space="preserve">[55:34] </w:t>
      </w:r>
      <w:r>
        <w:t>Ayaz Ahmed Sahib has written from Jamshedpur: "You have explained with a very beautiful example, Mashallah." Maulana Farhad Umar has written from Delhi: "Your point is absolutely well-made. Apa, it reminded me of an incident that occurred on the treaty of Hudaibiyah."</w:t>
      </w:r>
    </w:p>
    <w:p>
      <w:pPr>
        <w:jc w:val="right"/>
      </w:pPr>
      <w:r>
        <w:t>ایازاحمد صاحبنےجمشیدپورسےلکھاہے:"آپانےبہت خوب ص ورت مثال کے ذریعے وضاحت کی ،ماشاءاللہ۔" مولانافرحادعمرینےدلیسےلکھاہے:"یورپوائنٹازایبسولیوٹلیویلڈ۔آپا، اٹریمائنڈزمیافاینانسیڈنٹدیٹ اک رڈاف ٹرداٹریٹیاف حدیبیہ۔</w:t>
      </w:r>
    </w:p>
    <w:p>
      <w:r>
        <w:rPr>
          <w:b/>
        </w:rPr>
        <w:t xml:space="preserve">[55:51] </w:t>
      </w:r>
      <w:r>
        <w:t>muslim he had killed a man from the Quraish. When the Prophet learned of this, he strongly condemned him and described the man as someone who was kindling the fire of war.</w:t>
      </w:r>
    </w:p>
    <w:p>
      <w:pPr>
        <w:jc w:val="right"/>
      </w:pPr>
      <w:r>
        <w:t>امسلمہیڈکلڈامینفرامدی قریش۔ وینداپرافٹ لرنڈافدس،ہیسٹرونگلیکنڈیمدی ایکٹ، ڈسکرائبنگدامینایزسمونہوواز کینڈلنگدا فائراف وار۔</w:t>
      </w:r>
    </w:p>
    <w:p>
      <w:r>
        <w:rPr>
          <w:b/>
        </w:rPr>
        <w:t xml:space="preserve">[56:02] </w:t>
      </w:r>
      <w:r>
        <w:t>The Prophet did not support him in any way, and as a consequence, the man had to leave Medina. This incident clearly illustrates how deeply the Prophet valued peace and harmony. So with this, we will launch three important works of Maulana Wahiduddin Khan sahib, two in Tamil language and one in English.</w:t>
      </w:r>
    </w:p>
    <w:p>
      <w:pPr>
        <w:jc w:val="right"/>
      </w:pPr>
      <w:r>
        <w:t>دا پرافٹڈیڈناٹسپورٹہمان اینیوے، اینڈایزا کونسیکونس،دامینہیڈٹولیو مدینہ۔ دسانسیڈنٹکلیئرلیایلسٹریٹسہاؤڈیپلیداپرافٹ ویلیوڈ پیس اینڈہارمونی۔" سووددس،ویویللانچ تھریامپورٹنٹورکساف مول اناوحیدالدینخان صاحب، ٹوانتمللینگویجاینڈ ون انانگل ش ۔</w:t>
      </w:r>
    </w:p>
    <w:p>
      <w:r>
        <w:rPr>
          <w:b/>
        </w:rPr>
        <w:t xml:space="preserve">[56:25] </w:t>
      </w:r>
      <w:r>
        <w:t>To do the launch, I will request</w:t>
      </w:r>
    </w:p>
    <w:p>
      <w:pPr>
        <w:jc w:val="right"/>
      </w:pPr>
      <w:r>
        <w:t>ٹوڈودالانچ، آئیویلریکویس</w:t>
      </w:r>
    </w:p>
    <w:p>
      <w:r>
        <w:rPr>
          <w:b/>
        </w:rPr>
        <w:t xml:space="preserve">[56:28] </w:t>
      </w:r>
      <w:r>
        <w:t>Dr. Saniya Hasnain Khan sahib to do the launch of all these three books. The first is the English translation of Maulana's Urdu work "Taqleed aur Ijtihad".</w:t>
      </w:r>
    </w:p>
    <w:p>
      <w:pPr>
        <w:jc w:val="right"/>
      </w:pPr>
      <w:r>
        <w:t>ٹڈاکٹر ثانیہحسنینخان صاحب آہٹوڈودی لان چلانچافالدیزتھریبکس۔ دافرسٹاز دی انگل ش ٹرانسلیشناف مول اناارد و ورک "تقلید اور اج تہاد"۔</w:t>
      </w:r>
    </w:p>
    <w:p>
      <w:r>
        <w:rPr>
          <w:b/>
        </w:rPr>
        <w:t xml:space="preserve">[56:42] </w:t>
      </w:r>
      <w:r>
        <w:t>Ah the English title for this is "Reviving Ijtihad: Unlocking the Door to Islamic Renewal". The translation and editing has been done by Dr. Fareeda Khanam.</w:t>
      </w:r>
    </w:p>
    <w:p>
      <w:pPr>
        <w:jc w:val="right"/>
      </w:pPr>
      <w:r>
        <w:t>آہدی انگلشٹائٹلفار دساز "ریوائیونگ اجتہاد: انلاکنگدا ڈورٹواسلام ک رینی ول"۔ دیٹرانسلیشن آہاینڈایڈیٹنگہیزبینڈنبائے ڈاکٹرفریدہخانم۔</w:t>
      </w:r>
    </w:p>
    <w:p>
      <w:r>
        <w:rPr>
          <w:b/>
        </w:rPr>
        <w:t xml:space="preserve">[56:54] </w:t>
      </w:r>
      <w:r>
        <w:t>So I request Dr. Saniya Hasnain Khan sahib to do the launch.</w:t>
      </w:r>
    </w:p>
    <w:p>
      <w:pPr>
        <w:jc w:val="right"/>
      </w:pPr>
      <w:r>
        <w:t>سوآئیریکویسٹ ڈاکٹرثانیہحسنینخان صاحبٹوڈودالانچ۔</w:t>
      </w:r>
    </w:p>
    <w:p>
      <w:r>
        <w:rPr>
          <w:b/>
        </w:rPr>
        <w:t xml:space="preserve">[57:12] </w:t>
      </w:r>
      <w:r>
        <w:t>Bismillah al-Rahman al-Rahim. Rabbi shrahli sadri wa yassirli amri wahlul uqdatan min lisani yafqahu qawli. Masha Allah, yeh kitab Maulana ki bohat hi ahem kitab thi Ijtihad ke upar,</w:t>
      </w:r>
    </w:p>
    <w:p>
      <w:pPr>
        <w:jc w:val="right"/>
      </w:pPr>
      <w:r>
        <w:t>بسماللہالرحمنالرحیم۔رباشرحلیصدریو یسرلیامری واحل العقدۃ منلسانییفقہ قولی۔ ماشاءاللہ،یہکتاب مول اناکیبہت ہی اہم کتاب تھی اجتہادکےاوپر،</w:t>
      </w:r>
    </w:p>
    <w:p>
      <w:r>
        <w:rPr>
          <w:b/>
        </w:rPr>
        <w:t xml:space="preserve">[57:27] </w:t>
      </w:r>
      <w:r>
        <w:t>aur iska English translation aap ne kiya hai: "Reviving Ijtihad: Unlocking the Door to Islamic Renewal".</w:t>
      </w:r>
    </w:p>
    <w:p>
      <w:pPr>
        <w:jc w:val="right"/>
      </w:pPr>
      <w:r>
        <w:t>اور اسکا انگل شٹرانسلیشنآپانےکیاہے: "ریوائیونگ اجتہاد: انلاکنگدا ڈور ٹواسلام ک رینیول"۔</w:t>
      </w:r>
    </w:p>
    <w:p>
      <w:r>
        <w:rPr>
          <w:b/>
        </w:rPr>
        <w:t xml:space="preserve">[57:37] </w:t>
      </w:r>
      <w:r>
        <w:t>Chunke jo yeh Ijtihad subject hai, woh Maulana ka bohat hi mehboob subject raha hai hamesha se, aur kis tarah se Islam ko interpret kiya jaye, re-interpret kiya jaye, aaj ke lehaz se chunke halaat badal gaye hain, aur is jo bhi teachings hain Islam ki, is mein bohat zyada re-interpretation ki zaroorat hai.</w:t>
      </w:r>
    </w:p>
    <w:p>
      <w:pPr>
        <w:jc w:val="right"/>
      </w:pPr>
      <w:r>
        <w:t>چونکہجو اساجتہاد سبجیکٹہے،وہمولاناکابہتہی محبوبسبجیکٹ رہاہےہمیشہسے، اور کسطرح سے اسلام کو انٹرپریٹکیاجائے،ریانٹرپریٹکیاجائے،آج کے لحاظسے چونکہ حالات بدلگئےہیں، اور اس جو بھیٹیچنگزہیںاسلام کی،اسمیںبہتزیادہ ریانٹرپریٹیشنکیضرورتہے۔</w:t>
      </w:r>
    </w:p>
    <w:p>
      <w:r>
        <w:rPr>
          <w:b/>
        </w:rPr>
        <w:t xml:space="preserve">[58:00] </w:t>
      </w:r>
      <w:r>
        <w:t>Ji to woh is lehaz se yeh kitab bohat ahem hai, aur main inshallah dua karta hoon ke jin logon ne iske translation aur publishing mein hissa liya, Allah Ta'ala ajr-e-azeem ata farmaye.</w:t>
      </w:r>
    </w:p>
    <w:p>
      <w:pPr>
        <w:jc w:val="right"/>
      </w:pPr>
      <w:r>
        <w:t>جی تو وہ اسلحاظسےیہکتاب بہت اہمہے، اور میں انشاءاللہ دعاکرتاہوں کہ جنلوگوںنے اسکے ٹرانسلیشناور پبلشنگمیںحصہلیا،اللہتعالیاجرعظیمعطافرمائے۔</w:t>
      </w:r>
    </w:p>
    <w:p>
      <w:r>
        <w:rPr>
          <w:b/>
        </w:rPr>
        <w:t xml:space="preserve">[58:14] </w:t>
      </w:r>
      <w:r>
        <w:t>Ji the next title is "The Tamil translation of Maulana's Urdu book So Mein Ramadan</w:t>
      </w:r>
    </w:p>
    <w:p>
      <w:pPr>
        <w:jc w:val="right"/>
      </w:pPr>
      <w:r>
        <w:t>جی دی نیکسٹ ٹائٹلاز "دی تملٹرانسلیشناف مول انا زردوبک سو میں رمضان</w:t>
      </w:r>
    </w:p>
    <w:p>
      <w:r>
        <w:rPr>
          <w:b/>
        </w:rPr>
        <w:t xml:space="preserve">[58:22] </w:t>
      </w:r>
      <w:r>
        <w:t>" . This has been translated by Ah Abunazir sahib, and it has been edited by Syed Faiz Ahmed Qadri.</w:t>
      </w:r>
    </w:p>
    <w:p>
      <w:pPr>
        <w:jc w:val="right"/>
      </w:pPr>
      <w:r>
        <w:t>"۔ دسہیزبین ٹرانسلیٹڈبائے اہ ابونظیرہ صاحب،اینڈاٹازایڈیٹڈبائے سید فیض احمد قادری۔</w:t>
      </w:r>
    </w:p>
    <w:p>
      <w:r>
        <w:rPr>
          <w:b/>
        </w:rPr>
        <w:t xml:space="preserve">[58:31] </w:t>
      </w:r>
      <w:r>
        <w:t>So Dr. sahib, please launch it.</w:t>
      </w:r>
    </w:p>
    <w:p>
      <w:pPr>
        <w:jc w:val="right"/>
      </w:pPr>
      <w:r>
        <w:t>تو ڈاکٹرصاحب،پلیزاسکولانچکریں۔</w:t>
      </w:r>
    </w:p>
    <w:p>
      <w:r>
        <w:rPr>
          <w:b/>
        </w:rPr>
        <w:t xml:space="preserve">[58:40] </w:t>
      </w:r>
      <w:r>
        <w:t>Yeh translation jaise Dr. Rajat sahib ne bataya, So Mein Ramadan ka Tamil translation hai.</w:t>
      </w:r>
    </w:p>
    <w:p>
      <w:pPr>
        <w:jc w:val="right"/>
      </w:pPr>
      <w:r>
        <w:t>یہ ٹرانسلیشنجیسےڈاکٹررجتصاحبنےبتایا، سو میںرمضان کا تمل ٹرانسلیشنہے۔</w:t>
      </w:r>
    </w:p>
    <w:p>
      <w:r>
        <w:rPr>
          <w:b/>
        </w:rPr>
        <w:t xml:space="preserve">[58:47] </w:t>
      </w:r>
      <w:r>
        <w:t>Masha Allah, yeh nayi team Faiz Qadri sahib aur doosre sahiban bohat kaam kar rahe hain, aur Tazkir-ul-Quran ko bhi Tamil mein translate kar rahe hain.</w:t>
      </w:r>
    </w:p>
    <w:p>
      <w:pPr>
        <w:jc w:val="right"/>
      </w:pPr>
      <w:r>
        <w:t>ماشاءاللہ، چ نئیکی ٹیم فیضقادریصاحباور دوسرے صاحبان بہت کام کررہےہیں،اور تذکر القرانکوبھی تملمیں ٹرانسلیٹکررہےہیں۔</w:t>
      </w:r>
    </w:p>
    <w:p>
      <w:r>
        <w:rPr>
          <w:b/>
        </w:rPr>
        <w:t xml:space="preserve">[59:00] </w:t>
      </w:r>
      <w:r>
        <w:t>Aur yeh kitab waise mujhe khud bazat-e-khud bohat pas</w:t>
      </w:r>
    </w:p>
    <w:p>
      <w:pPr>
        <w:jc w:val="right"/>
      </w:pPr>
      <w:r>
        <w:t>اوریہکتاب ویسےمجھےخود بذاتخود بہتپس</w:t>
      </w:r>
    </w:p>
    <w:p>
      <w:r>
        <w:rPr>
          <w:b/>
        </w:rPr>
        <w:t xml:space="preserve">[59:03] </w:t>
      </w:r>
      <w:r>
        <w:t>nd hai. ramzan ke bare mein jo Maulana ke articles hain, jinko ekattha karke ek kitaab banayi gayi thi, aur Maulana ne khaastaur par roze ke upar is mein</w:t>
      </w:r>
    </w:p>
    <w:p>
      <w:pPr>
        <w:jc w:val="right"/>
      </w:pPr>
      <w:r>
        <w:t>ند ہے۔ رمضانکےبارےمیںجو مول انا کےآرٹیکلزہیں، جیانکواکٹھاکرکے ایککتاب بن ائی گئی تھی، اور مول انانے خاص طورسے روزےکےاوپراسمیں</w:t>
      </w:r>
    </w:p>
    <w:p>
      <w:r>
        <w:rPr>
          <w:b/>
        </w:rPr>
        <w:t xml:space="preserve">[59:14] </w:t>
      </w:r>
      <w:r>
        <w:t>bahteyaham baatein likh yahin ke roz hadra'al</w:t>
      </w:r>
    </w:p>
    <w:p>
      <w:pPr>
        <w:jc w:val="right"/>
      </w:pPr>
      <w:r>
        <w:t>بہتہیاہم باتیں لکھ یہیں کہ روز ہدراصل</w:t>
      </w:r>
    </w:p>
    <w:p>
      <w:r>
        <w:rPr>
          <w:b/>
        </w:rPr>
        <w:t xml:space="preserve">[59:20] </w:t>
      </w:r>
      <w:r>
        <w:t>ah bhokpyas ka katjarbahnahin hai, jibelke roz ah allah ta'ala ki qurbat ka ehsas hai, aur jo nematein allah ne bakh</w:t>
      </w:r>
    </w:p>
    <w:p>
      <w:pPr>
        <w:jc w:val="right"/>
      </w:pPr>
      <w:r>
        <w:t>اہ بھ وکپیاس کا کاتجربہنہیںہے، جیبلکہ روز ہ اہ اللہ تعالی کی قربت کااحساسہے،اورجو نعمتیں اللہ نے بکھ</w:t>
      </w:r>
    </w:p>
    <w:p>
      <w:r>
        <w:rPr>
          <w:b/>
        </w:rPr>
        <w:t xml:space="preserve">[59:33] </w:t>
      </w:r>
      <w:r>
        <w:t>yiri hain, jo aam taur se hum allah ta'ala ki nematon</w:t>
      </w:r>
    </w:p>
    <w:p>
      <w:pPr>
        <w:jc w:val="right"/>
      </w:pPr>
      <w:r>
        <w:t>یریہیں، جو عامطور سےہم اللہ تعالیکینعمتوں</w:t>
      </w:r>
    </w:p>
    <w:p>
      <w:r>
        <w:rPr>
          <w:b/>
        </w:rPr>
        <w:t xml:space="preserve">[59:38] </w:t>
      </w:r>
      <w:r>
        <w:t>ko istemal kar rahe hote hain, khana hai, pani hai, sab cheezen hain, lekin roze ke dauran woh cheezen hum se waqti taur par rok bhejate hain.</w:t>
      </w:r>
    </w:p>
    <w:p>
      <w:pPr>
        <w:jc w:val="right"/>
      </w:pPr>
      <w:r>
        <w:t>کواستعمال کررہےہوتےہیں،کھاناہے،پانی ہے،سبچیزیںہیں،لیکن روز ے کےدوران وہچیزیںہمسے وق تیطورپر روکبھیجاتیہیں۔</w:t>
      </w:r>
    </w:p>
    <w:p>
      <w:r>
        <w:rPr>
          <w:b/>
        </w:rPr>
        <w:t xml:space="preserve">[59:46] </w:t>
      </w:r>
      <w:r>
        <w:t>Tab hamein andaza hota hai ke yeh nematein agar hamein na milti to kitni badi hamare liye museebat ka saman banta. Ji to main dua karta hoon nayi team ko jin logon ne is kitab ko translate karne mein madad ki.</w:t>
      </w:r>
    </w:p>
    <w:p>
      <w:pPr>
        <w:jc w:val="right"/>
      </w:pPr>
      <w:r>
        <w:t>تبہمیںاندازہہوتاہےکہ یہنعمتیںاگرہمیںنہملی ہوتیں تو کتنیبڑیہمارےلیے مصیبت کا سامانبنتا۔ جی تومیں دعاکرتاہوں چنئیکیٹیمکو جنلوگوںنے اس کتاب کو ٹرانسلیٹ کرنے میں اہمد دکی۔</w:t>
      </w:r>
    </w:p>
    <w:p>
      <w:r>
        <w:rPr>
          <w:b/>
        </w:rPr>
        <w:t xml:space="preserve">[1:00:03] </w:t>
      </w:r>
      <w:r>
        <w:t>Jazak Allah. Ah another very important work of Maulana Wahiduddin Khan sahib, which is "Tazkiyah: Ah Purification of the Soul".</w:t>
      </w:r>
    </w:p>
    <w:p>
      <w:pPr>
        <w:jc w:val="right"/>
      </w:pPr>
      <w:r>
        <w:t>جزاک اللہ ۔ اہانادر ویریامپورٹنٹورکاف مول اناوحیدالدینخان صاحب،وچازان تزکیہ: اہ پیوریفیکیشنافداسول۔</w:t>
      </w:r>
    </w:p>
    <w:p>
      <w:r>
        <w:rPr>
          <w:b/>
        </w:rPr>
        <w:t xml:space="preserve">[1:00:12] </w:t>
      </w:r>
      <w:r>
        <w:t>This has also been translated in Tamil language by Mr. N. Mohammed, and it has been edited by Ah Syed Faiz Ahmed Qadri sahib. So I will request Dr. sahib to do this launch as well.</w:t>
      </w:r>
    </w:p>
    <w:p>
      <w:pPr>
        <w:jc w:val="right"/>
      </w:pPr>
      <w:r>
        <w:t>دسہیزالسوبینٹرانسلیٹڈانتمللینگویج بائے مسٹراین محمد ، اینڈاٹہیزبینایڈیٹڈبائے اہ سید فیضاحمد قادریصاحب۔سوآئیویلریکویسٹڈاکٹرصاحبٹوڈودسلانچایزویل۔</w:t>
      </w:r>
    </w:p>
    <w:p>
      <w:r>
        <w:rPr>
          <w:b/>
        </w:rPr>
        <w:t xml:space="preserve">[1:00:32] </w:t>
      </w:r>
      <w:r>
        <w:t>Masha Allah, yeh kitab bhi bohat ahem hai. Tazkiyah: Ah Purification of the Soul ka Tamil translation</w:t>
      </w:r>
    </w:p>
    <w:p>
      <w:pPr>
        <w:jc w:val="right"/>
      </w:pPr>
      <w:r>
        <w:t>ماشاءاللہ،یہکتاب بھیبہت اہمہے۔ تزکیہ: اہ پیوریفیکیشناف سول کا تملٹرانسلیشن</w:t>
      </w:r>
    </w:p>
    <w:p>
      <w:r>
        <w:rPr>
          <w:b/>
        </w:rPr>
        <w:t xml:space="preserve">[1:00:40] </w:t>
      </w:r>
      <w:r>
        <w:t>jo Faiz Ahmed Qadri sahib ne aur doosre sahiban ne Chennai ke kiya hai, aur yeh kitab bhi bohat hi ahem hai</w:t>
      </w:r>
    </w:p>
    <w:p>
      <w:pPr>
        <w:jc w:val="right"/>
      </w:pPr>
      <w:r>
        <w:t>جو فیضاحمد قادریصاحبنےاور دوسرےصاحباننے چنئیکے کیاہے، اوریہ کتاب بھیبہت ہیاہمہے</w:t>
      </w:r>
    </w:p>
    <w:p>
      <w:r>
        <w:rPr>
          <w:b/>
        </w:rPr>
        <w:t xml:space="preserve">[1:00:49] </w:t>
      </w:r>
      <w:r>
        <w:t>ke asal insan ka jo maqsad-e-hayat hai, wahi hi hai ke kaise apni soul ko purify kare, aur jo bhi negative cheezein hain, aur chunke insan roz marra ki zindagi mein tarah tarah ke tajurbe usko hote hain, to woh negative cheezon ko kaise positive ah ismein bad</w:t>
      </w:r>
    </w:p>
    <w:p>
      <w:pPr>
        <w:jc w:val="right"/>
      </w:pPr>
      <w:r>
        <w:t>کہ اصل انسان کاجو مقصد حیاتہے، وہیہیہے کہ کیسےاپنی سولکو پیوریفائی کرے، اور جوبھی نیگیٹیو چیزیںہیں،اور چونکہ انسان روز مرہ کیزندگی میں طرح طرح کے تجربے اسکوہوتےہیں، تو وہ نیگیٹیوچیزوںکوکیسے پوزیٹیو اہ اسمیں بد</w:t>
      </w:r>
    </w:p>
    <w:p>
      <w:r>
        <w:rPr>
          <w:b/>
        </w:rPr>
        <w:t xml:space="preserve">[1:01:13] </w:t>
      </w:r>
      <w:r>
        <w:t>le, yeh Maulana ka bhi bohat hi khaas ji topic raha hai ke hamesha woh positive baatein karte the. To tazkiyah-e-nafs darasal wahi hai ke hum kaise apne andar jo negativity hai, jo baaz wajuhaat se hamare andar aajati hai, kaise usko hum badlein, aur positive soch, chunke hamein Allah Ta'ala se qurbat hasil karni hai, uske liye zaroori hai ke hamare andar positive</w:t>
      </w:r>
    </w:p>
    <w:p>
      <w:pPr>
        <w:jc w:val="right"/>
      </w:pPr>
      <w:r>
        <w:t>لے ،یہ مول انا کابھیبہتہی خاص جی ٹاپک رہاہےکہ ہمیشہوہ پوزیٹیو باتیںکرتے تھے۔ تو تزکیہنفس دراصلوہیہے کہہمکیسے اپنے اندرجونیگیٹیوٹیہے، جو بعض وج وہاتسےہمار ےاندرآجاتیہے،کیسےاسکوہم بد لیں،اور پوزیٹیوسوچ ،چونکہہمیں اللہ تعالی سے قربتحاصل کرنیہے، اسکےلیےضروریہےکہہمارےاندرپوزیٹی</w:t>
      </w:r>
    </w:p>
    <w:p>
      <w:r>
        <w:rPr>
          <w:b/>
        </w:rPr>
        <w:t xml:space="preserve">[1:01:39] </w:t>
      </w:r>
      <w:r>
        <w:t>soch ho. Agar hamare negativity soch hamare zehn mein hogi to woh jo Allah Ta'ala ki taraf se inspirations aate hain, faizanat, ji jo woh hum receive nahi kar payenge, sirf ek positive soul hi un gehri ah inspirations ko receive kar payega.</w:t>
      </w:r>
    </w:p>
    <w:p>
      <w:pPr>
        <w:jc w:val="right"/>
      </w:pPr>
      <w:r>
        <w:t>وسوچہو۔ اگرہمنیگیٹیوسوچ ہمارےذہنمیںہوگیتووہ جو اللہ تعالیکیطرف سے انسپیریشنزآتےہیں،فیضانات ، جیجو وہہمریسیونہیںکرپائیںگے،صرف ایکپوزیٹیوسولہی ان گہری اہ انسپیریشنزکوریسیوکرپائےگا۔</w:t>
      </w:r>
    </w:p>
    <w:p>
      <w:r>
        <w:rPr>
          <w:b/>
        </w:rPr>
        <w:t xml:space="preserve">[1:01:56] </w:t>
      </w:r>
      <w:r>
        <w:t>to mein dua karta hoon Chennai ke saathiyon ka ke liye jinhon ne is ahem kitaab ka tarjuma kiya. Allah ta'ala jaza e khair ata farmaye.</w:t>
      </w:r>
    </w:p>
    <w:p>
      <w:pPr>
        <w:jc w:val="right"/>
      </w:pPr>
      <w:r>
        <w:t>تومیںدعاکرتاہوں چنئیکےساتھیوںکا کےلیے جنہوںنے اس اہمکتاب کاترجمہکیا۔ اللہ تعالی جز ائےخیرعطافرمائے۔</w:t>
      </w:r>
    </w:p>
    <w:p>
      <w:r>
        <w:rPr>
          <w:b/>
        </w:rPr>
        <w:t xml:space="preserve">[1:02:05] </w:t>
      </w:r>
      <w:r>
        <w:t>ji amin. Jazak Allah Doctor sahib for doing these launches.</w:t>
      </w:r>
    </w:p>
    <w:p>
      <w:pPr>
        <w:jc w:val="right"/>
      </w:pPr>
      <w:r>
        <w:t>جیآ مین۔جز اکاللہڈاکٹرصاحب فار ڈوئنگدس لانچز۔</w:t>
      </w:r>
    </w:p>
    <w:p>
      <w:r>
        <w:rPr>
          <w:b/>
        </w:rPr>
        <w:t xml:space="preserve">[1:02:10] </w:t>
      </w:r>
      <w:r>
        <w:t>all these books are also available from CPS global website: www.cpsglobal.org. With this we end today's session. We will be back next Sunday same time: 10:30 AM. Thank you.</w:t>
      </w:r>
    </w:p>
    <w:p>
      <w:pPr>
        <w:jc w:val="right"/>
      </w:pPr>
      <w:r>
        <w:t>اہ الدیزبکسآرالسواویلیبل فر امسیپیایسویبسائٹ:ڈبلیوڈبلیوڈبلیو ڈاٹسی پیایس گلوبل ڈاٹ اوآرجی۔ وددس ویویلاینڈٹوڈےسیشن۔ویبی بیکنیکسٹسنڈے سیمٹائم:10:30اےایم۔تھینکیو۔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