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Powerful Evidence of Life After Death December 6, 2013 Maulana Wahiduddin Khan</w:t>
      </w:r>
    </w:p>
    <w:p>
      <w:r>
        <w:t>https://www.youtube.com/watch?v=AgjTBIRcWeg</w:t>
      </w:r>
    </w:p>
    <w:p>
      <w:r>
        <w:rPr>
          <w:b/>
        </w:rPr>
        <w:t xml:space="preserve">[00:14] </w:t>
      </w:r>
      <w:r>
        <w:t>Bismillah Rehmanur Rahim. aaj hum yahan ikatthe hue hain Dr. Muhammad Naseeb Siddiqui ki yaad mein.</w:t>
      </w:r>
    </w:p>
    <w:p>
      <w:pPr>
        <w:jc w:val="right"/>
      </w:pPr>
      <w:r>
        <w:t>بسم اللہ الرحمن الرحیم۔ آج ہم یہاں اکٹھے ہوئے ہیں ڈاکٹر محمد نصیب صدیقی کی یاد میں۔</w:t>
      </w:r>
    </w:p>
    <w:p>
      <w:r>
        <w:rPr>
          <w:b/>
        </w:rPr>
        <w:t xml:space="preserve">[00:30] </w:t>
      </w:r>
      <w:r>
        <w:t>Dr. Siddiqui mere mission se, hamara jo mission hai spiritual mission, is mein bohat actively woh jure hue thay aur is ke program mein bohat regular taur par saath dete thay woh.</w:t>
      </w:r>
    </w:p>
    <w:p>
      <w:pPr>
        <w:jc w:val="right"/>
      </w:pPr>
      <w:r>
        <w:t>ڈاکٹر صدیقی میرے مشن سے، ہمارا جو مشن ہے اسپریچول مشن، اس میں بہت ایکٹیولی وہ جڑے ہوئے تھے اور اس کے پروگرام میں بہت ریگولر طور پر ساتھ دیتے تھے وہ۔</w:t>
      </w:r>
    </w:p>
    <w:p>
      <w:r>
        <w:rPr>
          <w:b/>
        </w:rPr>
        <w:t xml:space="preserve">[00:52] </w:t>
      </w:r>
      <w:r>
        <w:t>to, aur bohat, hamare mission ke bohat hi zyada nobel aadmi the woh, bohat nobel member the woh.</w:t>
      </w:r>
    </w:p>
    <w:p>
      <w:pPr>
        <w:jc w:val="right"/>
      </w:pPr>
      <w:r>
        <w:t>تو، اور بہت، ہمارے مشن کے بہت ہی زیادہ نوبل آدمی تھے وہ، بہت نوبل ممبر تھے وہ۔</w:t>
      </w:r>
    </w:p>
    <w:p>
      <w:r>
        <w:rPr>
          <w:b/>
        </w:rPr>
        <w:t xml:space="preserve">[01:03] </w:t>
      </w:r>
      <w:r>
        <w:t>to un ki yaad mere liye bohat tadpa dene wali hai ke aaj woh hamare, aaj alam ko miss kar rahe hain.</w:t>
      </w:r>
    </w:p>
    <w:p>
      <w:pPr>
        <w:jc w:val="right"/>
      </w:pPr>
      <w:r>
        <w:t>تو ان کی یاد میرے لیے بہت تڑپا دینے والی ہے کہ آج وہ ہمارے، آج عالم کو مس کر رہے ہیں۔</w:t>
      </w:r>
    </w:p>
    <w:p>
      <w:r>
        <w:rPr>
          <w:b/>
        </w:rPr>
        <w:t xml:space="preserve">[01:19] </w:t>
      </w:r>
      <w:r>
        <w:t>aaj subah aisa hua ke main subah ko morning news sunta hoon radio par, to jab maine radio khola to pehli news yeh thi ke South Africa ke leader Nelson Mandela ki death ho gayi.</w:t>
      </w:r>
    </w:p>
    <w:p>
      <w:pPr>
        <w:jc w:val="right"/>
      </w:pPr>
      <w:r>
        <w:t>آج صبح ایسا ہوا کہ میں صبح کو مارننگ نیوز سنتا ہوں ریڈیو پر، تو جب میں نے ریڈیو کھولا تو پہلی نیوز یہ تھی کہ ساؤتھ افریقہ کے لیڈر نرسل منڈیلا کی ڈیتھ ہو گئی۔</w:t>
      </w:r>
    </w:p>
    <w:p>
      <w:r>
        <w:rPr>
          <w:b/>
        </w:rPr>
        <w:t xml:space="preserve">[01:39] </w:t>
      </w:r>
      <w:r>
        <w:t>aaj subah yeh khabar thi.</w:t>
      </w:r>
    </w:p>
    <w:p>
      <w:pPr>
        <w:jc w:val="right"/>
      </w:pPr>
      <w:r>
        <w:t>آج صبح یہ خبر تھی۔</w:t>
      </w:r>
    </w:p>
    <w:p>
      <w:r>
        <w:rPr>
          <w:b/>
        </w:rPr>
        <w:t xml:space="preserve">[01:43] </w:t>
      </w:r>
      <w:r>
        <w:t>is ke baad hi aisa hua ke Nelson Mandela ki ek speech jo unhon ne parliament mein di thi, woh sunai gayi.</w:t>
      </w:r>
    </w:p>
    <w:p>
      <w:pPr>
        <w:jc w:val="right"/>
      </w:pPr>
      <w:r>
        <w:t>اس کے بعد ہی ایسا ہوا کہ نرسل منڈیلا کی ایک سپیچ جو انہوں نے پارلیمنٹ میں دی تھی، وہ سنائی گئی۔</w:t>
      </w:r>
    </w:p>
    <w:p>
      <w:r>
        <w:rPr>
          <w:b/>
        </w:rPr>
        <w:t xml:space="preserve">[01:53] </w:t>
      </w:r>
      <w:r>
        <w:t>bohat hi saaf, waisi awaz jaise ke jab dunya mein the woh, tab. to achaanak mujhe khayal hua ke dekhen, insaan to chala gaya, lekin voice, us ki awaz, waisi ki waisi aaj bhi maujood hai.</w:t>
      </w:r>
    </w:p>
    <w:p>
      <w:pPr>
        <w:jc w:val="right"/>
      </w:pPr>
      <w:r>
        <w:t>بہت ہی صاف، ویسی آواز جیسے کہ جب دنیا میں تھے وہ، تب۔ تو اچانک مجھے خیال ہوا کہ دیکھیں، انسان تو چلا گیا، لیکن وائس، اس کی آواز، ویسی کی ویسی آج بھی موجود ہے۔</w:t>
      </w:r>
    </w:p>
    <w:p>
      <w:r>
        <w:rPr>
          <w:b/>
        </w:rPr>
        <w:t xml:space="preserve">[02:13] </w:t>
      </w:r>
      <w:r>
        <w:t>phir mujhe yaad aaya ke abhi pichhle mahine 12 November ko jab maine radio khola to 12 November 2013 ko aisa hi waqea pesh aaya.</w:t>
      </w:r>
    </w:p>
    <w:p>
      <w:pPr>
        <w:jc w:val="right"/>
      </w:pPr>
      <w:r>
        <w:t>پھر مجھے یاد آیا کہ ابھی پچھلے مہینہ 12 نومبر کو جب میں نے ریڈیو کھولا تو 12 نومبر 2013 کو ایسا ہی واقعہ پیش آیا۔</w:t>
      </w:r>
    </w:p>
    <w:p>
      <w:r>
        <w:rPr>
          <w:b/>
        </w:rPr>
        <w:t xml:space="preserve">[02:29] </w:t>
      </w:r>
      <w:r>
        <w:t>Mahatma Gandhi ki awaz aane lagi.</w:t>
      </w:r>
    </w:p>
    <w:p>
      <w:pPr>
        <w:jc w:val="right"/>
      </w:pPr>
      <w:r>
        <w:t>مہاتما گاندھی کی آواز آنے لگی۔</w:t>
      </w:r>
    </w:p>
    <w:p>
      <w:r>
        <w:rPr>
          <w:b/>
        </w:rPr>
        <w:t xml:space="preserve">[02:32] </w:t>
      </w:r>
      <w:r>
        <w:t>Mahatma Gandhi ek hi baar gaye the All India Radio ke mein, 12 November 1947 ko, 1947.</w:t>
      </w:r>
    </w:p>
    <w:p>
      <w:pPr>
        <w:jc w:val="right"/>
      </w:pPr>
      <w:r>
        <w:t>مہاتما گاندھی ایک ہی بار گئے تھے آل انڈیا ریڈیو کے میں، 12 نومبر 1947 کو، 1947۔</w:t>
      </w:r>
    </w:p>
    <w:p>
      <w:r>
        <w:rPr>
          <w:b/>
        </w:rPr>
        <w:t xml:space="preserve">[02:45] </w:t>
      </w:r>
      <w:r>
        <w:t>us waqt Haryana mein ek camp tha Pakistan se aaye hue sharnarkiyon ka, to us ko unhon ne radio station se address kiya, 20 minute tak.</w:t>
      </w:r>
    </w:p>
    <w:p>
      <w:pPr>
        <w:jc w:val="right"/>
      </w:pPr>
      <w:r>
        <w:t>اس وقت ہریانہ میں ایک کیمپ تھا پاکستان سے آئے ہوئے شرنارکیوں کا، تو اس کو انہوں نے ریڈیو اسٹیشن سے ایڈریس کیا، 20 منٹ تک۔</w:t>
      </w:r>
    </w:p>
    <w:p>
      <w:r>
        <w:rPr>
          <w:b/>
        </w:rPr>
        <w:t xml:space="preserve">[03:01] </w:t>
      </w:r>
      <w:r>
        <w:t>to woh awaz waisi ki waisi maine suni. phir maine socha ke insaan chala gaya, lekin us ki awaz to waqai hai.</w:t>
      </w:r>
    </w:p>
    <w:p>
      <w:pPr>
        <w:jc w:val="right"/>
      </w:pPr>
      <w:r>
        <w:t>تو وہ آواز ویسی کی ویسی میں نے سنی۔ پھر میں نے سوچا کہ انسان چلا گیا، لیکن اس کی آواز تو واقعی ہے۔</w:t>
      </w:r>
    </w:p>
    <w:p>
      <w:r>
        <w:rPr>
          <w:b/>
        </w:rPr>
        <w:t xml:space="preserve">[03:12] </w:t>
      </w:r>
      <w:r>
        <w:t>yeh sochate hue mujhe Quran ki ek ayat yaad aayi. Quran mein dekhen, life and death ka ek jagah zikr hai, p</w:t>
      </w:r>
    </w:p>
    <w:p>
      <w:pPr>
        <w:jc w:val="right"/>
      </w:pPr>
      <w:r>
        <w:t>یہ سوچتے ہوئے مجھے قرآن کی ایک آیت یاد آئی۔ قرآن میں دیکھیں، لائف اینڈ ڈیتھ کا ایک جگہ ذکر ہے، پ</w:t>
      </w:r>
    </w:p>
    <w:p>
      <w:r>
        <w:rPr>
          <w:b/>
        </w:rPr>
        <w:t xml:space="preserve">[03:23] </w:t>
      </w:r>
      <w:r>
        <w:t>har wahan par yeh ayat hai ke "إنّه الحق مثل ما أنتم تتقون".</w:t>
      </w:r>
    </w:p>
    <w:p>
      <w:pPr>
        <w:jc w:val="right"/>
      </w:pPr>
      <w:r>
        <w:t>ھر وہاں پر یہ آیت ہے کہ "إنّه الحق مثل ما أنتم تتقون"۔</w:t>
      </w:r>
    </w:p>
    <w:p>
      <w:r>
        <w:rPr>
          <w:b/>
        </w:rPr>
        <w:t xml:space="preserve">[03:33] </w:t>
      </w:r>
      <w:r>
        <w:t>is ka matlab yeh hai ke life after death itna hi real hai jis tarah tumhara bolna.</w:t>
      </w:r>
    </w:p>
    <w:p>
      <w:pPr>
        <w:jc w:val="right"/>
      </w:pPr>
      <w:r>
        <w:t>اس کا مطلب یہ ہے کہ لائف آفٹر ڈیتھ اتنا ہی ریئل ہے جس طرح تمہارا بولنا۔</w:t>
      </w:r>
    </w:p>
    <w:p>
      <w:r>
        <w:rPr>
          <w:b/>
        </w:rPr>
        <w:t xml:space="preserve">[03:43] </w:t>
      </w:r>
      <w:r>
        <w:t>is ka matlab mein yeh samjha ke jis tarah aadmi jab dunya se chala jata hai, phir bhi us ki awaz, voice, us ki awaz recorded shakal mein baqi rehti hai.</w:t>
      </w:r>
    </w:p>
    <w:p>
      <w:pPr>
        <w:jc w:val="right"/>
      </w:pPr>
      <w:r>
        <w:t>اس کا مطلب میں یہ سمجھا کہ جس طرح آدمی جب دنیا سے چلا جاتا ہے، پھر بھی اس کی آواز، وائس، اس کی آواز ریکارڈڈ شکل میں باقی رہتی ہے۔</w:t>
      </w:r>
    </w:p>
    <w:p>
      <w:r>
        <w:rPr>
          <w:b/>
        </w:rPr>
        <w:t xml:space="preserve">[03:57] </w:t>
      </w:r>
      <w:r>
        <w:t>yeh ek partial evidence hai is baat ka ke jab partial sense mein personality baqi hai to total sense mein baqi reh sakti hai woh.</w:t>
      </w:r>
    </w:p>
    <w:p>
      <w:pPr>
        <w:jc w:val="right"/>
      </w:pPr>
      <w:r>
        <w:t>یہ ایک پارشل ایویڈنس ہے اس بات کا کہ جب پارشل سینس میں پرسنیلٹی باقی ہے تو ٹوٹل سینس میں باقی رہ سکتی ہے وہ۔</w:t>
      </w:r>
    </w:p>
    <w:p>
      <w:r>
        <w:rPr>
          <w:b/>
        </w:rPr>
        <w:t xml:space="preserve">[04:11] </w:t>
      </w:r>
      <w:r>
        <w:t>to mujhe hairani ho gayi yeh soch kar ke woh soul aaj bhi hamare saath hai, woh chali nahi gayi hai.</w:t>
      </w:r>
    </w:p>
    <w:p>
      <w:pPr>
        <w:jc w:val="right"/>
      </w:pPr>
      <w:r>
        <w:t>تو مجھے حیرانی ہو گئی یہ سوچ کر کہ وہ سول آج بھی ہمارے ساتھ ہے، وہ چلی نہیں گئی ہے۔</w:t>
      </w:r>
    </w:p>
    <w:p>
      <w:r>
        <w:rPr>
          <w:b/>
        </w:rPr>
        <w:t xml:space="preserve">[04:22] </w:t>
      </w:r>
      <w:r>
        <w:t>us ki awaz hai to us ki personality bhi hamare saath hai. in sab baaton ko sochate hue mujhe phir khayal aaya ke death kya hai.</w:t>
      </w:r>
    </w:p>
    <w:p>
      <w:pPr>
        <w:jc w:val="right"/>
      </w:pPr>
      <w:r>
        <w:t>اس کی آواز ہے تو اس کی پرسنیلٹی بھی ہمارے ساتھ ہے۔ ان سب باتوں کو سوچتے ہوئے مجھے پھر خیال آیا کہ ڈیتھ کیا ہے۔</w:t>
      </w:r>
    </w:p>
    <w:p>
      <w:r>
        <w:rPr>
          <w:b/>
        </w:rPr>
        <w:t xml:space="preserve">[04:34] </w:t>
      </w:r>
      <w:r>
        <w:t>dekhen, agar aap dictionary consult karen to dictionary yeh batayegi ke "death is permanent end of life".</w:t>
      </w:r>
    </w:p>
    <w:p>
      <w:pPr>
        <w:jc w:val="right"/>
      </w:pPr>
      <w:r>
        <w:t>دیکھیں، اگر آپ ڈکشنری کنسلٹ کریں تو ڈکشنری یہ بتائے گی کہ "ڈیتھ از پرماننٹ اینڈ آف لائف"۔</w:t>
      </w:r>
    </w:p>
    <w:p>
      <w:r>
        <w:rPr>
          <w:b/>
        </w:rPr>
        <w:t xml:space="preserve">[04:47] </w:t>
      </w:r>
      <w:r>
        <w:t>magar main samajhta hoon ke dictionary ke yeh definition bohat hi incomplete hai.</w:t>
      </w:r>
    </w:p>
    <w:p>
      <w:pPr>
        <w:jc w:val="right"/>
      </w:pPr>
      <w:r>
        <w:t>مگر میں سمجھتا ہوں کہ ڈکشنری کے یہ ڈیفینیشن بہت ہی ان کمپلیٹ ہے۔</w:t>
      </w:r>
    </w:p>
    <w:p>
      <w:r>
        <w:rPr>
          <w:b/>
        </w:rPr>
        <w:t xml:space="preserve">[04:56] </w:t>
      </w:r>
      <w:r>
        <w:t>is liye ke aap jante hain ke insaan ki jo body hai, woh</w:t>
      </w:r>
    </w:p>
    <w:p>
      <w:pPr>
        <w:jc w:val="right"/>
      </w:pPr>
      <w:r>
        <w:t>اس لیے کہ آپ جانتے ہیں کہ انسان کی جو باڈی ہے، وہ</w:t>
      </w:r>
    </w:p>
    <w:p>
      <w:r>
        <w:rPr>
          <w:b/>
        </w:rPr>
        <w:t xml:space="preserve">[05:04] </w:t>
      </w:r>
      <w:r>
        <w:t>bohat zyada cell us ke andar hote hain, living cell, more than trillion. aur yeh cell tootate rehte hain, bante rehte hain.</w:t>
      </w:r>
    </w:p>
    <w:p>
      <w:pPr>
        <w:jc w:val="right"/>
      </w:pPr>
      <w:r>
        <w:t>بہت زیادہ سیل اس کے اندر ہوتے ہیں، لیونگ سیل، مور دین ٹریلین۔ اور یہ سیل ٹوٹتے رہتے ہیں، بنتے رہتے ہیں۔</w:t>
      </w:r>
    </w:p>
    <w:p>
      <w:r>
        <w:rPr>
          <w:b/>
        </w:rPr>
        <w:t xml:space="preserve">[05:16] </w:t>
      </w:r>
      <w:r>
        <w:t>bachpan mein aur jawani mein, barhape mein farq hota hai, lekin behraal tootna baqi rehta hai, replacement baqi rehta hai.</w:t>
      </w:r>
    </w:p>
    <w:p>
      <w:pPr>
        <w:jc w:val="right"/>
      </w:pPr>
      <w:r>
        <w:t>بچپن میں اور جوانی میں، بڑھاپے میں فرق ہوتا ہے، لیکن بہرحال ٹوٹنا باقی رہتا ہے، ریپلیسمنٹ باقی رہتا ہے۔</w:t>
      </w:r>
    </w:p>
    <w:p>
      <w:r>
        <w:rPr>
          <w:b/>
        </w:rPr>
        <w:t xml:space="preserve">[05:26] </w:t>
      </w:r>
      <w:r>
        <w:t>to andaza lagaya gaya hai ke ek ausat, us ka average yeh hai ke das saal mein aadmi ka poora body badal jata hai.</w:t>
      </w:r>
    </w:p>
    <w:p>
      <w:pPr>
        <w:jc w:val="right"/>
      </w:pPr>
      <w:r>
        <w:t>تو اندازہ لگایا گیا ہے کہ ایک اوسط، اس کا ایوریج یہ ہے کہ دس سال میں آدمی کا پورا باڈی بدل جاتا ہے۔</w:t>
      </w:r>
    </w:p>
    <w:p>
      <w:r>
        <w:rPr>
          <w:b/>
        </w:rPr>
        <w:t xml:space="preserve">[05:38] </w:t>
      </w:r>
      <w:r>
        <w:t>das saal mein. lekin Freud ne is ko research kiya, is par Sigmund Freud ne. to us ne kaha ke jo memory hai, woh kahan hai?</w:t>
      </w:r>
    </w:p>
    <w:p>
      <w:pPr>
        <w:jc w:val="right"/>
      </w:pPr>
      <w:r>
        <w:t>دس سال میں۔ لیکن فرائیڈ نے اس کو ریسرچ کیا، اس پر سگون فرائیڈ نے۔ تو اس نے کہا کہ جو میموری ہے، وہ کہاں ہے؟</w:t>
      </w:r>
    </w:p>
    <w:p>
      <w:r>
        <w:rPr>
          <w:b/>
        </w:rPr>
        <w:t xml:space="preserve">[05:50] </w:t>
      </w:r>
      <w:r>
        <w:t>agar memory cell par hai to cell to khatm ho gaya.</w:t>
      </w:r>
    </w:p>
    <w:p>
      <w:pPr>
        <w:jc w:val="right"/>
      </w:pPr>
      <w:r>
        <w:t>اگر میموری سیل پر ہے تو سیل تو ختم ہو گیا۔</w:t>
      </w:r>
    </w:p>
    <w:p>
      <w:r>
        <w:rPr>
          <w:b/>
        </w:rPr>
        <w:t xml:space="preserve">[05:55] </w:t>
      </w:r>
      <w:r>
        <w:t>body par hai to body bhi to khatm ho gaya. kyunke jo memory aadmi ki aaj se das saal, bees saal, pachas saal pehle thi, wo waisi ki waisi intact hoti hai.</w:t>
      </w:r>
    </w:p>
    <w:p>
      <w:pPr>
        <w:jc w:val="right"/>
      </w:pPr>
      <w:r>
        <w:t>باڈی پر ہے تو باڈی بھی تو ختم ہو گیا۔ کیونکہ جو میموری آدمی کی آج سے دس سال، بیس سال، پچاس سال پہلے تھی، وہ ویسی کی ویسی انٹیکٹ ہوتی ہے۔</w:t>
      </w:r>
    </w:p>
    <w:p>
      <w:r>
        <w:rPr>
          <w:b/>
        </w:rPr>
        <w:t xml:space="preserve">[06:08] </w:t>
      </w:r>
      <w:r>
        <w:t>to wo kahan hai? wo kahan rest kar rahi hai? agar aap kahein ke koi physical seat iski koi hai to physical seat to khatm ho gayi.</w:t>
      </w:r>
    </w:p>
    <w:p>
      <w:pPr>
        <w:jc w:val="right"/>
      </w:pPr>
      <w:r>
        <w:t>تو وہ کہاں ہے؟ وہ کہاں ریسٹ کر رہی ہے؟ اگر آپ کہیں کہ کوئی فزیکل سیٹ اس کی کوئی ہے تو فزیکل سیٹ تو ختم ہو گئی۔</w:t>
      </w:r>
    </w:p>
    <w:p>
      <w:r>
        <w:rPr>
          <w:b/>
        </w:rPr>
        <w:t xml:space="preserve">[06:21] </w:t>
      </w:r>
      <w:r>
        <w:t>is tarah se yeh prove hua hai psychology mein ke jo hamari, hamari jo personality hai, wo hamari physical body se alag koi cheez hai, wo kahin aur rest kar rahi hai.</w:t>
      </w:r>
    </w:p>
    <w:p>
      <w:pPr>
        <w:jc w:val="right"/>
      </w:pPr>
      <w:r>
        <w:t>اس طرح سے یہ پروف ہوا ہے سائیکالوجی میں کہ جو ہماری، ہماری جو پرسنیلٹی ہے، وہ ہماری فزیکل باڈی سے الگ کوئی چیز ہے، وہ کہیں اور ریسٹ کر رہی ہے۔</w:t>
      </w:r>
    </w:p>
    <w:p>
      <w:r>
        <w:rPr>
          <w:b/>
        </w:rPr>
        <w:t xml:space="preserve">[06:39] </w:t>
      </w:r>
      <w:r>
        <w:t>isi ko ek philosopher ne in shabdon mein kaha ke "personality is changelessness in change".</w:t>
      </w:r>
    </w:p>
    <w:p>
      <w:pPr>
        <w:jc w:val="right"/>
      </w:pPr>
      <w:r>
        <w:t>اسی کو ایک فلاسفر نے ان शब्दوں میں کہا کہ "پرسنیلٹی از چینج لیسنس ان چینج"۔</w:t>
      </w:r>
    </w:p>
    <w:p>
      <w:r>
        <w:rPr>
          <w:b/>
        </w:rPr>
        <w:t xml:space="preserve">[06:47] </w:t>
      </w:r>
      <w:r>
        <w:t>ek badalti hui body ke andar na badalti hui ek soul hai har insaan ke saath. to in sab baaton ko sochte hue phir mujhe yaad aata hai ke har mazhab mein, har religion mein yeh mana gaya hai ke in life of life ofter death, jis ko hum kehte hain, wo har mazhab mein mana gaya hai.</w:t>
      </w:r>
    </w:p>
    <w:p>
      <w:pPr>
        <w:jc w:val="right"/>
      </w:pPr>
      <w:r>
        <w:t>ایک بدلتی ہوئی باڈی کے اندر نہ بدلتی ہوئی ایک سول ہے ہر انسان کے ساتھ۔ تو ان سب باتوں کو سوچتے ہوئے پھر مجھے یاد آتا ہے کہ ہر مذہب میں، ہر ریلیجن میں یہ مانا گیا ہے کہ ان لائف آف لائف آفٹر ڈیتھ، جس کو ہم کہتے ہیں، وہ ہر مذہب میں مانا گیا ہے۔</w:t>
      </w:r>
    </w:p>
    <w:p>
      <w:r>
        <w:rPr>
          <w:b/>
        </w:rPr>
        <w:t xml:space="preserve">[07:11] </w:t>
      </w:r>
      <w:r>
        <w:t>jitne bhi religious system hain, sab life ofter death ko mante hain.</w:t>
      </w:r>
    </w:p>
    <w:p>
      <w:pPr>
        <w:jc w:val="right"/>
      </w:pPr>
      <w:r>
        <w:t>جتنے بھی ریلیجس سسٹم ہیں، سب لائف آفٹر ڈیتھ کو مانتے ہیں۔</w:t>
      </w:r>
    </w:p>
    <w:p>
      <w:r>
        <w:rPr>
          <w:b/>
        </w:rPr>
        <w:t xml:space="preserve">[07:17] </w:t>
      </w:r>
      <w:r>
        <w:t>har religion mein ek concept hai ke koi swarg hai, koi beckont hai, koi paradise hai, koi jannat hai, koi salvation hai.</w:t>
      </w:r>
    </w:p>
    <w:p>
      <w:pPr>
        <w:jc w:val="right"/>
      </w:pPr>
      <w:r>
        <w:t>ہر ریلیجن میں ایک کانسیپٹ ہے کہ کوئی سورگ ہے، کوئی بیکونٹ ہے، کوئی پیراڈائز ہے، کوئی جنت ہے، کوئی سالویشن ہے۔</w:t>
      </w:r>
    </w:p>
    <w:p>
      <w:r>
        <w:rPr>
          <w:b/>
        </w:rPr>
        <w:t xml:space="preserve">[07:28] </w:t>
      </w:r>
      <w:r>
        <w:t>yeh sab religion mein mana gaya hai. to main is bare mein jo maine padha hai, us ko le kar chand shabdon mein kuch baat karna chahunga.</w:t>
      </w:r>
    </w:p>
    <w:p>
      <w:pPr>
        <w:jc w:val="right"/>
      </w:pPr>
      <w:r>
        <w:t>یہ سب ریلیجن میں مانا گیا ہے۔ تو میں اس بارے میں جو میں نے پڑھا ہے، اس کو لے کر چند शब्दوں میں کچھ بات کرنا چاہوں گا۔</w:t>
      </w:r>
    </w:p>
    <w:p>
      <w:r>
        <w:rPr>
          <w:b/>
        </w:rPr>
        <w:t xml:space="preserve">[07:39] </w:t>
      </w:r>
      <w:r>
        <w:t>dekhein, Islam ke mutabiq, jo Islam ka jo Quran mein jo diya gaya hai concept, us ke mutabiq Khuda ne jo paida kiya, hum ko is duniya mein rakha,</w:t>
      </w:r>
    </w:p>
    <w:p>
      <w:pPr>
        <w:jc w:val="right"/>
      </w:pPr>
      <w:r>
        <w:t>دیکھیں، اسلام کے مطابق، جو اسلام کا جو قرآن میں جو دیا گیا ہے کانسیپٹ، اس کے مطابق خدا نے جو پیدا کیا، ہم کو اس دنیا میں رکھا،</w:t>
      </w:r>
    </w:p>
    <w:p>
      <w:r>
        <w:rPr>
          <w:b/>
        </w:rPr>
        <w:t xml:space="preserve">[07:54] </w:t>
      </w:r>
      <w:r>
        <w:t>to yeh is ka ek purpose hai. wo purpose kya hai? ke hum apne aap ko train karein. yeh duniya hamare liye trading center hai.</w:t>
      </w:r>
    </w:p>
    <w:p>
      <w:pPr>
        <w:jc w:val="right"/>
      </w:pPr>
      <w:r>
        <w:t>تو یہ اس کا ایک پرپس ہے۔ وہ پرپس کیا ہے؟ کہ ہم اپنے آپ کو ٹرین کریں۔ یہ دنیا ہمارے لیے ٹریڈنگ سینٹر ہے۔</w:t>
      </w:r>
    </w:p>
    <w:p>
      <w:r>
        <w:rPr>
          <w:b/>
        </w:rPr>
        <w:t xml:space="preserve">[08:06] </w:t>
      </w:r>
      <w:r>
        <w:t>train karein moral sense mein, spiritual sense mein, intellectual sense mein. apne aap ko apne andar wo personality banayein jo swarg mein, paradise mein, jannat mein settle karne ke qabil ho.</w:t>
      </w:r>
    </w:p>
    <w:p>
      <w:pPr>
        <w:jc w:val="right"/>
      </w:pPr>
      <w:r>
        <w:t>ٹرین کریں مورل سینس میں، اسپریچول سینس میں، انٹلیکچول سینس میں۔ اپنے آپ کو اپنے اندر وہ پرسنیلٹی بنائیں جو سورگ میں، پیراڈائز میں، جنت میں سیٹل کرنے کے قابل ہو۔</w:t>
      </w:r>
    </w:p>
    <w:p>
      <w:r>
        <w:rPr>
          <w:b/>
        </w:rPr>
        <w:t xml:space="preserve">[08:27] </w:t>
      </w:r>
      <w:r>
        <w:t>jaise misaal ke tor par dekhein, Quran mein hai ke jannat ke bare mein "walyad'u ila daris-salam".</w:t>
      </w:r>
    </w:p>
    <w:p>
      <w:pPr>
        <w:jc w:val="right"/>
      </w:pPr>
      <w:r>
        <w:t>جیسے مثال کے طور پر دیکھیں، قرآن میں ہے کہ جنت کے بارے میں "واللہیدعو الی دار السلام"۔</w:t>
      </w:r>
    </w:p>
    <w:p>
      <w:r>
        <w:rPr>
          <w:b/>
        </w:rPr>
        <w:t xml:space="preserve">[08:36] </w:t>
      </w:r>
      <w:r>
        <w:t>and God calls to the home of peace. it means that paradise is the home of peace. paradise mein sab kuch peaceful hoga, peaceful hoga, peaceful hoga.</w:t>
      </w:r>
    </w:p>
    <w:p>
      <w:pPr>
        <w:jc w:val="right"/>
      </w:pPr>
      <w:r>
        <w:t>اینڈ گاڈ کالز ٹو دا ہوم آف پیس۔ اٹ مینز دیٹ پیراڈائز از دا ہوم آف پیس۔ پیراڈائز میں سب کچھ پیس فل ہوگا، پیس فل ہوگا، پیس فل ہوگا۔</w:t>
      </w:r>
    </w:p>
    <w:p>
      <w:r>
        <w:rPr>
          <w:b/>
        </w:rPr>
        <w:t xml:space="preserve">[08:49] </w:t>
      </w:r>
      <w:r>
        <w:t>har aadmi peace ke saath jiye ga. is ka matlab kya hai?</w:t>
      </w:r>
    </w:p>
    <w:p>
      <w:pPr>
        <w:jc w:val="right"/>
      </w:pPr>
      <w:r>
        <w:t>ہر آدمی پیس کے ساتھ جیئے گا۔ اس کا مطلب کیا ہے؟</w:t>
      </w:r>
    </w:p>
    <w:p>
      <w:r>
        <w:rPr>
          <w:b/>
        </w:rPr>
        <w:t xml:space="preserve">[08:53] </w:t>
      </w:r>
      <w:r>
        <w:t>yahan humein apne andar ek peaceful personality develop karna hai. peaceful personality kya hai? duniya mein hum jeete hain ke differences hain, tarah tarah ke provocation hain, tarah tarah ke problem hain.</w:t>
      </w:r>
    </w:p>
    <w:p>
      <w:pPr>
        <w:jc w:val="right"/>
      </w:pPr>
      <w:r>
        <w:t>یہاں ہمیں اپنے اندر ایک پیس فل پرسنیلٹی ڈیولپ کرنا ہے۔ پیس فل پرسنیلٹی کیا ہے؟ دنیا میں ہم جیتے ہیں کہ ڈفرنسز ہیں، طرح طرح کے پرووکیشن ہیں، طرح طرح کے پرابلم ہیں۔</w:t>
      </w:r>
    </w:p>
    <w:p>
      <w:r>
        <w:rPr>
          <w:b/>
        </w:rPr>
        <w:t xml:space="preserve">[09:10] </w:t>
      </w:r>
      <w:r>
        <w:t>in cheezon ke darmiyan hum jeete hain. to humein kya karna hai?</w:t>
      </w:r>
    </w:p>
    <w:p>
      <w:pPr>
        <w:jc w:val="right"/>
      </w:pPr>
      <w:r>
        <w:t>ان چیزوں کے درمیان ہم جیتے ہیں۔ تو ہمیں کیا کرنا ہے؟</w:t>
      </w:r>
    </w:p>
    <w:p>
      <w:r>
        <w:rPr>
          <w:b/>
        </w:rPr>
        <w:t xml:space="preserve">[09:15] </w:t>
      </w:r>
      <w:r>
        <w:t>humein seekhna hai yeh art ke hum negativity ke beech bhi positive bankar rahein. negativity ke beech mein positive bankar rahein.</w:t>
      </w:r>
    </w:p>
    <w:p>
      <w:pPr>
        <w:jc w:val="right"/>
      </w:pPr>
      <w:r>
        <w:t>ہمیں سیکھنا ہے یہ آرٹ کہ ہم نیگیٹیوٹی کے بیچ بھی پازیٹیو بن کر رہیں۔ نیگیٹیوٹی کے بیچ میں پازیٹیو بن کر رہیں۔</w:t>
      </w:r>
    </w:p>
    <w:p>
      <w:r>
        <w:rPr>
          <w:b/>
        </w:rPr>
        <w:t xml:space="preserve">[09:28] </w:t>
      </w:r>
      <w:r>
        <w:t>yeh art seekhna hai.</w:t>
      </w:r>
    </w:p>
    <w:p>
      <w:pPr>
        <w:jc w:val="right"/>
      </w:pPr>
      <w:r>
        <w:t>یہ آرٹ سیکھنا ہے۔</w:t>
      </w:r>
    </w:p>
    <w:p>
      <w:r>
        <w:rPr>
          <w:b/>
        </w:rPr>
        <w:t xml:space="preserve">[09:30] </w:t>
      </w:r>
      <w:r>
        <w:t>agar hum aisa na kar paayein to duniya mein itna zyada halaat hamare liye unpleasant hote hain, subah shaam har waqt, ke hum apne andar positive personality develop nahi kar sakte.</w:t>
      </w:r>
    </w:p>
    <w:p>
      <w:pPr>
        <w:jc w:val="right"/>
      </w:pPr>
      <w:r>
        <w:t>اگر ہم ایسا نہ کر پائیں تو دنیا میں اتنا زیادہ حالات ہمارے لیے ان پلیزنٹ ہوتے ہیں، صبح شام ہر وقت، کہ ہم اپنے اندر پازیٹیو پرسنیلٹی ڈیولپ نہیں کر سکتے۔</w:t>
      </w:r>
    </w:p>
    <w:p>
      <w:r>
        <w:rPr>
          <w:b/>
        </w:rPr>
        <w:t xml:space="preserve">[09:46] </w:t>
      </w:r>
      <w:r>
        <w:t>to aaj main yeh soch raha tha yeh baat to mujhe achanak yaad aaya Mahatma Gandhi ka qissa. aap jante hain ke Mahatma Gandhi ke saath ek ghatna ghatti thi South Africa mein.</w:t>
      </w:r>
    </w:p>
    <w:p>
      <w:pPr>
        <w:jc w:val="right"/>
      </w:pPr>
      <w:r>
        <w:t>تو آج میں یہ سوچ رہا تھا یہ بات تو مجھے اچانک یاد آیا مہاتما گاندھی کا قصہ۔ آپ جانتے ہیں کہ مہاتما گاندھی کے ساتھ ایک گھٹنا گھٹی تھی ساؤتھ افریقہ میں۔</w:t>
      </w:r>
    </w:p>
    <w:p>
      <w:r>
        <w:rPr>
          <w:b/>
        </w:rPr>
        <w:t xml:space="preserve">[09:59] </w:t>
      </w:r>
      <w:r>
        <w:t>ek thandi raat ko unhein train se nikal kar bahar daal diya gaya aur bohat hi zyada humiliation aur bohat zyada pareshani pesh aayi un ko.</w:t>
      </w:r>
    </w:p>
    <w:p>
      <w:pPr>
        <w:jc w:val="right"/>
      </w:pPr>
      <w:r>
        <w:t>ایک ٹھنڈی رات کو انہیں ٹرین سے نکال کر باہر ڈال دیا گیا اور بہت ہی زیادہ ہیمیلیشن اور بہت زیادہ پریشانی پیش آئی ان کو۔</w:t>
      </w:r>
    </w:p>
    <w:p>
      <w:r>
        <w:rPr>
          <w:b/>
        </w:rPr>
        <w:t xml:space="preserve">[10:12] </w:t>
      </w:r>
      <w:r>
        <w:t>to wahan likha hai ke is waqeye ne meri, yani meri life ka future course set kar diya.</w:t>
      </w:r>
    </w:p>
    <w:p>
      <w:pPr>
        <w:jc w:val="right"/>
      </w:pPr>
      <w:r>
        <w:t>تو وہاں لکھا ہے کہ اس واقعے نے میری، یعنی میری لائف کا فیوچر کورس سیٹ کر دیا۔</w:t>
      </w:r>
    </w:p>
    <w:p>
      <w:r>
        <w:rPr>
          <w:b/>
        </w:rPr>
        <w:t xml:space="preserve">[10:24] </w:t>
      </w:r>
      <w:r>
        <w:t>ab main yeh soch raha tha ke wo kya set course kiya unhone? un ke saath to hui thi hinsa, violence, bohat cruelty.</w:t>
      </w:r>
    </w:p>
    <w:p>
      <w:pPr>
        <w:jc w:val="right"/>
      </w:pPr>
      <w:r>
        <w:t>اب میں یہ سوچ رہا تھا کہ وہ کیا سیٹ کورس کیا انہوں نے؟ ان کے ساتھ تو ہوئی تھی ہنسا، وائلنس، بہت کرولٹی۔</w:t>
      </w:r>
    </w:p>
    <w:p>
      <w:r>
        <w:rPr>
          <w:b/>
        </w:rPr>
        <w:t xml:space="preserve">[10:33] </w:t>
      </w:r>
      <w:r>
        <w:t>lekin jab India wapas aaye wo to kya hua? unhone ek, ek, ek non violent movement in charge layi,</w:t>
      </w:r>
    </w:p>
    <w:p>
      <w:pPr>
        <w:jc w:val="right"/>
      </w:pPr>
      <w:r>
        <w:t>لیکن جب انڈیا واپس آئے وہ تو کیا ہوا؟ انہوں نے ایک، ایک، ایک نان وائلنٹ موومنٹ انچارج لائی،</w:t>
      </w:r>
    </w:p>
    <w:p>
      <w:r>
        <w:rPr>
          <w:b/>
        </w:rPr>
        <w:t xml:space="preserve">[10:46] </w:t>
      </w:r>
      <w:r>
        <w:t>ahinsa wali movement ch</w:t>
      </w:r>
    </w:p>
    <w:p>
      <w:pPr>
        <w:jc w:val="right"/>
      </w:pPr>
      <w:r>
        <w:t>اہنسا والی موومنٹ چ</w:t>
      </w:r>
    </w:p>
    <w:p>
      <w:r>
        <w:rPr>
          <w:b/>
        </w:rPr>
        <w:t xml:space="preserve">[10:48] </w:t>
      </w:r>
      <w:r>
        <w:t>lai. yani un ke sath hua ahinsa aur jo movement chalai unhon ne woh ahinsa wali. main samajhta hoon ke yeh aik bohat tha, bohat acha example hai ke kis tarah aadmi yeh kar sakta hai ke woh is ke sath ahinsa kiya jaye lekin woh ahinsa mein jiye.</w:t>
      </w:r>
    </w:p>
    <w:p>
      <w:pPr>
        <w:jc w:val="right"/>
      </w:pPr>
      <w:r>
        <w:t>لائی۔ یعنی ان کے ساتھ ہوا ہنسا اور جو موومنٹ چلائی انہوں نے وہ اہنسا والی۔ میں سمجھتا ہوں کہ یہ ایک بہت تھا، بہت اچھا ایگزیمپل ہے کہ کس طرح آدمی یہ کر سکتا ہے کہ وہ اس کے ساتھ ہنسا کیا جائے لیکن وہ اہنسا میں جیے۔</w:t>
      </w:r>
    </w:p>
    <w:p>
      <w:r>
        <w:rPr>
          <w:b/>
        </w:rPr>
        <w:t xml:space="preserve">[11:06] </w:t>
      </w:r>
      <w:r>
        <w:t>is ke sath negative behaviour kiya jaye lekin woh positive mind banaye apne andar.</w:t>
      </w:r>
    </w:p>
    <w:p>
      <w:pPr>
        <w:jc w:val="right"/>
      </w:pPr>
      <w:r>
        <w:t>اس کے ساتھ نیگیٹیو بیہیویئر کیا جائے لیکن وہ پازیٹیو مائنڈ بنائے اپنے اندر۔</w:t>
      </w:r>
    </w:p>
    <w:p>
      <w:r>
        <w:rPr>
          <w:b/>
        </w:rPr>
        <w:t xml:space="preserve">[11:14] </w:t>
      </w:r>
      <w:r>
        <w:t>yeh isi ke liye Khuda ne yeh duniya banai hai ke duniya mein aap apne andar aik aisa, aisi personality develop karen jis ke andar love ho, compassion ho, peace ho, spirituality ho.</w:t>
      </w:r>
    </w:p>
    <w:p>
      <w:pPr>
        <w:jc w:val="right"/>
      </w:pPr>
      <w:r>
        <w:t>یہ اسی کے لیے خدا نے یہ دنیا بنائی ہے کہ دنیا میں آپ اپنے اندر ایک ایسا، ایسی پرسنیلٹی ڈیولپ کریں جس کے اندر لو ہو، کمپیشن ہو، پیس ہو، اسپریچولٹی ہو۔</w:t>
      </w:r>
    </w:p>
    <w:p>
      <w:r>
        <w:rPr>
          <w:b/>
        </w:rPr>
        <w:t xml:space="preserve">[11:29] </w:t>
      </w:r>
      <w:r>
        <w:t>dusron ke liye aap blesser hon. aap ki dealing jo hai us mein kisi ko problem mein pesh aata ho, aik no problem person ban kar rahen aap.</w:t>
      </w:r>
    </w:p>
    <w:p>
      <w:pPr>
        <w:jc w:val="right"/>
      </w:pPr>
      <w:r>
        <w:t>دوسروں کے لیے آپ بلوشر ہوں۔ آپ کی ڈیلنگ جو ہے اس میں کسی کو پرابلم میں پیش آتا ہو، ایک نو پرابلم پرسن بن کر رہیں آپ۔</w:t>
      </w:r>
    </w:p>
    <w:p>
      <w:r>
        <w:rPr>
          <w:b/>
        </w:rPr>
        <w:t xml:space="preserve">[11:39] </w:t>
      </w:r>
      <w:r>
        <w:t>j</w:t>
      </w:r>
    </w:p>
    <w:p>
      <w:pPr>
        <w:jc w:val="right"/>
      </w:pPr>
      <w:r>
        <w:t>ج</w:t>
      </w:r>
    </w:p>
    <w:p>
      <w:r>
        <w:rPr>
          <w:b/>
        </w:rPr>
        <w:t xml:space="preserve">[11:40] </w:t>
      </w:r>
      <w:r>
        <w:t>aisay ke hadith mein hai ke "Al-muslim man salima nasani". muslim is one by whose hands and tongue people are safe.</w:t>
      </w:r>
    </w:p>
    <w:p>
      <w:pPr>
        <w:jc w:val="right"/>
      </w:pPr>
      <w:r>
        <w:t>یسے کہ حدیث میں ہے کہ "المسلم من سلم ناسانی"۔ مسلم از ون بائے ہوز ہینڈز اینڈ ٹنگ پیپرا سیف۔</w:t>
      </w:r>
    </w:p>
    <w:p>
      <w:r>
        <w:rPr>
          <w:b/>
        </w:rPr>
        <w:t xml:space="preserve">[11:56] </w:t>
      </w:r>
      <w:r>
        <w:t>to Quran ka jo jo concept hai woh yeh hai ke is duniya mein Khuda ne rakha hai hamein is liye aik training center ke tor par</w:t>
      </w:r>
    </w:p>
    <w:p>
      <w:pPr>
        <w:jc w:val="right"/>
      </w:pPr>
      <w:r>
        <w:t>تو قرآن کا جو جو کانسیپٹ ہے وہ یہ ہے کہ اس دنیا میں خدا نے رکھا ہے ہمیں اس لیے ایک ٹریننگ سینٹر کے طور پر</w:t>
      </w:r>
    </w:p>
    <w:p>
      <w:r>
        <w:rPr>
          <w:b/>
        </w:rPr>
        <w:t xml:space="preserve">[12:05] </w:t>
      </w:r>
      <w:r>
        <w:t>. duniya mein aap ne koi train karen, apne ko prepare karen, apne ko apne andar woh personality develop karen jo maut ke baad hamein is qabil banaye ke hum ko paradise mein jagah milay.</w:t>
      </w:r>
    </w:p>
    <w:p>
      <w:pPr>
        <w:jc w:val="right"/>
      </w:pPr>
      <w:r>
        <w:t>۔ دنیا میں آپ نے کوئی ٹرین کریں، اپنے کو پریپئر کریں، اپنے کو اپنے اندر وہ پرسنیلٹی ڈیولپ کریں جو موت کے بعد ہمیں اس قابل بنائے کہ ہم کو پیراڈائز میں جگہ ملے۔</w:t>
      </w:r>
    </w:p>
    <w:p>
      <w:r>
        <w:rPr>
          <w:b/>
        </w:rPr>
        <w:t xml:space="preserve">[12:19] </w:t>
      </w:r>
      <w:r>
        <w:t>yeh hai Islam ka concept. main samajhta hoon ke jo modern researchers hain un mein se jo maine abhi jis ko refer kiya ke "personality is changelessness in change" to</w:t>
      </w:r>
    </w:p>
    <w:p>
      <w:pPr>
        <w:jc w:val="right"/>
      </w:pPr>
      <w:r>
        <w:t>یہ ہے اسلام کا کانسیپٹ۔ میں سمجھتا ہوں کہ جو ماڈرن ریسرچرز ہیں ان میں سے جو میں نے ابھی جس کو ریفر کیا کہ "پرسنیلٹی از چینج لیسنس ان چینج" تو</w:t>
      </w:r>
    </w:p>
    <w:p>
      <w:r>
        <w:rPr>
          <w:b/>
        </w:rPr>
        <w:t xml:space="preserve">[12:34] </w:t>
      </w:r>
      <w:r>
        <w:t>yeh jo aaj ke jo researchers hain woh batati hain ke mera jo meri personality yeh body nahi hai, is body ke siwa bhi koi cheez hai.</w:t>
      </w:r>
    </w:p>
    <w:p>
      <w:pPr>
        <w:jc w:val="right"/>
      </w:pPr>
      <w:r>
        <w:t>یہ جو آج کے جو ریسرچرز ہیں وہ بتاتی ہیں کہ میرا جو میری پرسنیلٹی یہ باڈی نہیں ہے، اس باڈی کے سوا بھی کوئی چیز ہے۔</w:t>
      </w:r>
    </w:p>
    <w:p>
      <w:r>
        <w:rPr>
          <w:b/>
        </w:rPr>
        <w:t xml:space="preserve">[12:45] </w:t>
      </w:r>
      <w:r>
        <w:t>ya yeh body to vehicle hai, yeh vehicle roz badalta rehta hai. yeh vehicle badalta hai. farz kiye ke meri umar 80 saal hai.</w:t>
      </w:r>
    </w:p>
    <w:p>
      <w:pPr>
        <w:jc w:val="right"/>
      </w:pPr>
      <w:r>
        <w:t>یا یہ باڈی تو وہیکل ہے، یہ وہیکل روز بدلتا رہتا ہے۔ یہ وہیکل بدلتا ہے۔ فرض کیے کہ میری عمر 80 سال ہے۔</w:t>
      </w:r>
    </w:p>
    <w:p>
      <w:r>
        <w:rPr>
          <w:b/>
        </w:rPr>
        <w:t xml:space="preserve">[12:56] </w:t>
      </w:r>
      <w:r>
        <w:t>80 saal mein meri jo personality hai us ne aath bar badla is vehicle ko.</w:t>
      </w:r>
    </w:p>
    <w:p>
      <w:pPr>
        <w:jc w:val="right"/>
      </w:pPr>
      <w:r>
        <w:t>80 سال میں میری جو پرسنیلٹی ہے اس نے اٹھ بار بدلا اس وہیکل کو۔</w:t>
      </w:r>
    </w:p>
    <w:p>
      <w:r>
        <w:rPr>
          <w:b/>
        </w:rPr>
        <w:t xml:space="preserve">[13:03] </w:t>
      </w:r>
      <w:r>
        <w:t>to marne ke baad nauwein bar agar badle to is mein taajjub ki kya baat hai? is mein anokhi baat kaun si hai? main samajhta hoon koi anokhi baat nahi hai.</w:t>
      </w:r>
    </w:p>
    <w:p>
      <w:pPr>
        <w:jc w:val="right"/>
      </w:pPr>
      <w:r>
        <w:t>تو مرنے کے بعد نویں بار اگر بدلے تو اس میں تعجب کی کیا بات ہے؟ اس میں انوکھی بات کون سی ہے؟ میں سمجھتا ہوں کوئی انوکھی بات نہیں ہے۔</w:t>
      </w:r>
    </w:p>
    <w:p>
      <w:r>
        <w:rPr>
          <w:b/>
        </w:rPr>
        <w:t xml:space="preserve">[13:15] </w:t>
      </w:r>
      <w:r>
        <w:t>to main samajhta hoon ke death jo hai, death aik bohat bara reminder hai hum sab ke liye. death koi saada baat nahi hai, bohat bara reminder hai.</w:t>
      </w:r>
    </w:p>
    <w:p>
      <w:pPr>
        <w:jc w:val="right"/>
      </w:pPr>
      <w:r>
        <w:t>تو میں سمجھتا ہوں کہ ڈیتھ جو ہے، ڈیتھ ایک بہت بڑا ریمائنڈر ہے ہم سب کے لیے۔ ڈیتھ کوئی سادہ بات نہیں ہے، بہت بڑا ریمائنڈر ہے۔</w:t>
      </w:r>
    </w:p>
    <w:p>
      <w:r>
        <w:rPr>
          <w:b/>
        </w:rPr>
        <w:t xml:space="preserve">[13:29] </w:t>
      </w:r>
      <w:r>
        <w:t>reminder kis baat ka?</w:t>
      </w:r>
    </w:p>
    <w:p>
      <w:pPr>
        <w:jc w:val="right"/>
      </w:pPr>
      <w:r>
        <w:t>ریمائنڈر کس بات کا؟</w:t>
      </w:r>
    </w:p>
    <w:p>
      <w:r>
        <w:rPr>
          <w:b/>
        </w:rPr>
        <w:t xml:space="preserve">[13:32] </w:t>
      </w:r>
      <w:r>
        <w:t>reality of life ko baray mein sochne ka ke insaan paida hua, duniya mein kuch din raha, aisa kiya, waisa kiya, woh woh mar gaya.</w:t>
      </w:r>
    </w:p>
    <w:p>
      <w:pPr>
        <w:jc w:val="right"/>
      </w:pPr>
      <w:r>
        <w:t>ریلیٹی آف لائف کو بارے میں سوچنے کا کہ انسان پیدا ہوا، دنیا میں کچھ دن رہا، ایسا کیا، ویسا کیا، وہ وہ مر گیا۔</w:t>
      </w:r>
    </w:p>
    <w:p>
      <w:r>
        <w:rPr>
          <w:b/>
        </w:rPr>
        <w:t xml:space="preserve">[13:44] </w:t>
      </w:r>
      <w:r>
        <w:t>to isi tarah mujhe bhi banna hai ke doosre ki maut se main apni maut ko yaad karoon aur phir main sochun ke mujhe apne aap ko is tarah banana hai ke jo maut ke baad wali zindagi hai, wahan main successful rahoon.</w:t>
      </w:r>
    </w:p>
    <w:p>
      <w:pPr>
        <w:jc w:val="right"/>
      </w:pPr>
      <w:r>
        <w:t>تو اسی طرح مجھے بھی بننا ہے کہ دوسرے کی موت سے میں اپنی موت کو یاد کروں اور پھر میں سوچوں کہ مجھے اپنے آپ کو اس طرح بنانا ہے کہ جو موت کے بعد والی زندگی ہے، وہاں میں سکسیس فل رہوں۔</w:t>
      </w:r>
    </w:p>
    <w:p>
      <w:r>
        <w:rPr>
          <w:b/>
        </w:rPr>
        <w:t xml:space="preserve">[14:00] </w:t>
      </w:r>
      <w:r>
        <w:t>Quran mein abhi aik concept diya gaya hai ke insaan ke andar aap jante hain ke bohat ziyada wishes hain, bohat ziyada ambitions hain, bohat ziyada insaan bohat ziyada perfectionist hai.</w:t>
      </w:r>
    </w:p>
    <w:p>
      <w:pPr>
        <w:jc w:val="right"/>
      </w:pPr>
      <w:r>
        <w:t>قرآن میں ابھی ایک کانسیپٹ دیا گیا ہے کہ انسان کے اندر آپ جانتے ہیں کہ بہت زیادہ وشز ہیں، بہت زیادہ ایمبیشنز ہیں، بہت زیادہ انسان بہت زیادہ پرفیکشنسٹ ہے۔</w:t>
      </w:r>
    </w:p>
    <w:p>
      <w:r>
        <w:rPr>
          <w:b/>
        </w:rPr>
        <w:t xml:space="preserve">[14:15] </w:t>
      </w:r>
      <w:r>
        <w:t>har cheez ko ideal group mein dekhna chahta hai. main as a born perfectionist lekin duniya mein hamein perfection milta nahi.</w:t>
      </w:r>
    </w:p>
    <w:p>
      <w:pPr>
        <w:jc w:val="right"/>
      </w:pPr>
      <w:r>
        <w:t>ہر چیز کو آئیڈیل گروپ میں دیکھنا چاہتا ہے۔ میں از اے بورن پرفیکشنسٹ لیکن دنیا میں ہمیں پرفیکشن ملتا نہیں۔</w:t>
      </w:r>
    </w:p>
    <w:p>
      <w:r>
        <w:rPr>
          <w:b/>
        </w:rPr>
        <w:t xml:space="preserve">[14:26] </w:t>
      </w:r>
      <w:r>
        <w:t>har hum mein hamesha har shakhs ka yeh experience hai ke "although I am born as a perfectionist but it is impossible to have a perfect world in this here".</w:t>
      </w:r>
    </w:p>
    <w:p>
      <w:pPr>
        <w:jc w:val="right"/>
      </w:pPr>
      <w:r>
        <w:t>ہر ہم میں ہمیشہ ہر شخص کا یہ ایکسپیرینس ہے کہ "الدو آئی ایم بورن ایز اے پرفیکشنسٹ بٹ اٹ از امپاسیبل ٹو ہیو ا پرفیکٹ ورلڈ ان دس ہیر"۔</w:t>
      </w:r>
    </w:p>
    <w:p>
      <w:r>
        <w:rPr>
          <w:b/>
        </w:rPr>
        <w:t xml:space="preserve">[14:42] </w:t>
      </w:r>
      <w:r>
        <w:t>to yeh jo yeh jo contradiction hai ke aik perfectionist ko rehna parta hai imperfect world mein, yeh bohat bara question hai.</w:t>
      </w:r>
    </w:p>
    <w:p>
      <w:pPr>
        <w:jc w:val="right"/>
      </w:pPr>
      <w:r>
        <w:t>تو یہ جو یہ جو جو کنٹراڈکشن ہے کہ ایک پرفیکشنسٹ کو رہنا پڑتا ہے امپرفیکٹ ورلڈ میں، یہ بہت بڑا کوئسچن ہے۔</w:t>
      </w:r>
    </w:p>
    <w:p>
      <w:r>
        <w:rPr>
          <w:b/>
        </w:rPr>
        <w:t xml:space="preserve">[14:53] </w:t>
      </w:r>
      <w:r>
        <w:t>phir Aristotle aur Plato se le kar aaj tak log is par sochte rahe hain ke kya mamla hai ke perfectionist ko rehna parta hai imperfect world mein?</w:t>
      </w:r>
    </w:p>
    <w:p>
      <w:pPr>
        <w:jc w:val="right"/>
      </w:pPr>
      <w:r>
        <w:t>پھر ارسٹوٹل اور پلیٹو سے لے کر آج تک لوگ اس پر سوچتے رہے ہیں کہ کیا معاملہ ہے کہ پرفیکشنسٹ کو رہنا پڑتا ہے امپرفیکٹ ورلڈ میں؟</w:t>
      </w:r>
    </w:p>
    <w:p>
      <w:r>
        <w:rPr>
          <w:b/>
        </w:rPr>
        <w:t xml:space="preserve">[15:03] </w:t>
      </w:r>
      <w:r>
        <w:t>idealist ko rehna parta hai aik aisi duniya mein jo less than ideal hai. kisi ki bhi fulfillment nahi milti, kisi ko bhi us ki jaza poori nahi hoti.</w:t>
      </w:r>
    </w:p>
    <w:p>
      <w:pPr>
        <w:jc w:val="right"/>
      </w:pPr>
      <w:r>
        <w:t>آئیڈیلسٹ کو رہنا پڑتا ہے ایک ایسی دنیا میں جو لیس دین آئیڈیل ہے۔ کسی کی بھی فلفلمنٹ نہیں ملتی، کسی کو بھی اس کی جزا پوری نہیں ہوتی۔</w:t>
      </w:r>
    </w:p>
    <w:p>
      <w:r>
        <w:rPr>
          <w:b/>
        </w:rPr>
        <w:t xml:space="preserve">[15:13] </w:t>
      </w:r>
      <w:r>
        <w:t>har aadmi, yeh har aadmi kaise hai,</w:t>
      </w:r>
    </w:p>
    <w:p>
      <w:pPr>
        <w:jc w:val="right"/>
      </w:pPr>
      <w:r>
        <w:t>ہر آدمی، یہ ہر آدمی کیسے ہے،</w:t>
      </w:r>
    </w:p>
    <w:p>
      <w:r>
        <w:rPr>
          <w:b/>
        </w:rPr>
        <w:t xml:space="preserve">[15:15] </w:t>
      </w:r>
      <w:r>
        <w:t>chahe bara ho ya chota, king ho ya subject, wealthy ho ya poor, yeh sab ke sab ka hai ke kisi ko bhi jo chahta hai woh milta nahin.</w:t>
      </w:r>
    </w:p>
    <w:p>
      <w:pPr>
        <w:jc w:val="right"/>
      </w:pPr>
      <w:r>
        <w:t>چاہے بڑا ہو یا چھوٹا، کنگ ہو یا سبجیکٹ، ویلتی ہو یا پور، یہ سب کے سب کا ہے کہ کسی کو بھی جو چاہتا ہے وہ ملتا نہیں۔</w:t>
      </w:r>
    </w:p>
    <w:p>
      <w:r>
        <w:rPr>
          <w:b/>
        </w:rPr>
        <w:t xml:space="preserve">[15:28] </w:t>
      </w:r>
      <w:r>
        <w:t>to fulfillment kisi ko hasil nahin hota. aisa kyun hai? to Quran mein yeh concept diya gaya hai ke yeh duniya hamari woh nahin hai, asal jagah hamari duniya nahin hai.</w:t>
      </w:r>
    </w:p>
    <w:p>
      <w:pPr>
        <w:jc w:val="right"/>
      </w:pPr>
      <w:r>
        <w:t>تو فلفلمنٹ کسی کو حاصل نہیں ہوتا۔ ایسا کیوں ہے؟ تو قرآن میں یہ کانسیپٹ دیا گیا ہے کہ یہ دنیا ہمارا وہ نہیں ہے، اصل جگہ ہماری دنیا نہیں ہے۔</w:t>
      </w:r>
    </w:p>
    <w:p>
      <w:r>
        <w:rPr>
          <w:b/>
        </w:rPr>
        <w:t xml:space="preserve">[15:42] </w:t>
      </w:r>
      <w:r>
        <w:t>asal jagah to hamari duniya jo hai woh paradise hai.</w:t>
      </w:r>
    </w:p>
    <w:p>
      <w:pPr>
        <w:jc w:val="right"/>
      </w:pPr>
      <w:r>
        <w:t>اصل جگہ تو ہماری دنیا جو ہے وہ پیراڈائز ہے۔</w:t>
      </w:r>
    </w:p>
    <w:p>
      <w:r>
        <w:rPr>
          <w:b/>
        </w:rPr>
        <w:t xml:space="preserve">[15:50] </w:t>
      </w:r>
      <w:r>
        <w:t>yeh duniya to ek temporary duniya hai jisko kehte hain habitat. yeh duniya hamara habitat nahin hai.</w:t>
      </w:r>
    </w:p>
    <w:p>
      <w:pPr>
        <w:jc w:val="right"/>
      </w:pPr>
      <w:r>
        <w:t>یہ دنیا تو ایک ایک ٹیمپریری دنیا ہے جس کو کہتے ہیں ہیبیٹٹ۔ یہ دنیا ہمارا ہیبیٹٹ نہیں ہے۔</w:t>
      </w:r>
    </w:p>
    <w:p>
      <w:r>
        <w:rPr>
          <w:b/>
        </w:rPr>
        <w:t xml:space="preserve">[16:02] </w:t>
      </w:r>
      <w:r>
        <w:t>yeh duniya hamara habitat nahin hai kyunke yahan par isi liye hamari koi bhi tamanna, koi bhi desire kabhi poori nahin ho sakti, na na hogi kyunke yeh habitat hai hi nahin hamara.</w:t>
      </w:r>
    </w:p>
    <w:p>
      <w:pPr>
        <w:jc w:val="right"/>
      </w:pPr>
      <w:r>
        <w:t>یہ دنیا ہمارا ہیبیٹٹ نہیں ہے کیونکہ یہاں پر اسی لیے ہماری کوئی بھی تمنا، کوئی بھی ڈیزائر کبھی پوری نہیں ہو سکتی، نہ نہ ہوگی کیونکہ یہ ہیبیٹٹ ہے ہی نہیں ہمارا۔</w:t>
      </w:r>
    </w:p>
    <w:p>
      <w:r>
        <w:rPr>
          <w:b/>
        </w:rPr>
        <w:t xml:space="preserve">[16:14] </w:t>
      </w:r>
      <w:r>
        <w:t>hamein hamara habitat jo hai paradise. yeh concept Quran mein diya gaya hai.</w:t>
      </w:r>
    </w:p>
    <w:p>
      <w:pPr>
        <w:jc w:val="right"/>
      </w:pPr>
      <w:r>
        <w:t>ہمیں ہمارا ہیبیٹٹ جو ہے پیراڈائز۔ یہ کانسیپٹ قرآن میں دیا گیا ہے۔</w:t>
      </w:r>
    </w:p>
    <w:p>
      <w:r>
        <w:rPr>
          <w:b/>
        </w:rPr>
        <w:t xml:space="preserve">[16:21] </w:t>
      </w:r>
      <w:r>
        <w:t>is ka matlab kya hua? ke hamein apni zindagi ko jo bana is duniya mein jo bitana hai woh paradise oriented life bitana hai,</w:t>
      </w:r>
    </w:p>
    <w:p>
      <w:pPr>
        <w:jc w:val="right"/>
      </w:pPr>
      <w:r>
        <w:t>اس کا مطلب کیا ہوا؟ کہ ہمیں اپنی زندگی کو جو بنا اس دنیا میں جو بتانا ہے وہ پیراڈائز اورینٹڈ لائف بتانا ہے،</w:t>
      </w:r>
    </w:p>
    <w:p>
      <w:r>
        <w:rPr>
          <w:b/>
        </w:rPr>
        <w:t xml:space="preserve">[16:35] </w:t>
      </w:r>
      <w:r>
        <w:t>na ke na ke is duniya mein apne aap ko, yani isi aitbaar se jeena aur phir mar jana.</w:t>
      </w:r>
    </w:p>
    <w:p>
      <w:pPr>
        <w:jc w:val="right"/>
      </w:pPr>
      <w:r>
        <w:t>نہ کہ نہ کہ اس دنیا میں اپنے آپ کو، یعنی اسی اعتبار سے جینا اور پھر مر جانا۔</w:t>
      </w:r>
    </w:p>
    <w:p>
      <w:r>
        <w:rPr>
          <w:b/>
        </w:rPr>
        <w:t xml:space="preserve">[16:45] </w:t>
      </w:r>
      <w:r>
        <w:t>to kaisa ajeeb, kaisa thrilling concept yeh hai ke thode dinon ki zindagi mein main apne aap ko agar aisa kar sakoon ke woh personality develop karoon mujhe apne andar jo mujhe deserving candidate banaye paradise ke liye to main apne habitat mein ja kar reh sakta hoon.</w:t>
      </w:r>
    </w:p>
    <w:p>
      <w:pPr>
        <w:jc w:val="right"/>
      </w:pPr>
      <w:r>
        <w:t>تو کیسا عجیب، کیسا تھریلنگ کانسیپٹ یہ ہے کہ تھوڑے دنوں کی زندگی میں میں اپنے آپ کو اگر ایسا کر سکوں کہ وہ پرسنیلٹی ڈیولپ کروں مجھے اپنے اندر جو مجھے ڈیزرونگ کینڈیڈیٹ بنائے پیراڈائز کے لیے تو میں اپنے ہیبیٹٹ میں جا کر رہ سکتا ہوں۔</w:t>
      </w:r>
    </w:p>
    <w:p>
      <w:r>
        <w:rPr>
          <w:b/>
        </w:rPr>
        <w:t xml:space="preserve">[17:08] </w:t>
      </w:r>
      <w:r>
        <w:t>eternally, eternally apne habitat mein reh sakta hoon.</w:t>
      </w:r>
    </w:p>
    <w:p>
      <w:pPr>
        <w:jc w:val="right"/>
      </w:pPr>
      <w:r>
        <w:t>ایٹرنلی، ایٹرنلی اپنے ہیبیٹٹ میں رہ سکتا ہوں۔</w:t>
      </w:r>
    </w:p>
    <w:p>
      <w:r>
        <w:rPr>
          <w:b/>
        </w:rPr>
        <w:t xml:space="preserve">[17:13] </w:t>
      </w:r>
      <w:r>
        <w:t>yeh concept Quran mein diya gaya hai. main samajhta hoon ke har mazhab mein moralist yahi concept hai, yani is mein shabdon mein farq hai, expression mein farq hai, lekin moralist saare mazhabon ka concept yahi hai ke yeh duniya jo hai asal nahin hai.</w:t>
      </w:r>
    </w:p>
    <w:p>
      <w:pPr>
        <w:jc w:val="right"/>
      </w:pPr>
      <w:r>
        <w:t>یہ کانسیپٹ قرآن میں دیا گیا ہے۔ میں سمجھتا ہوں کہ ہر مذہب میں مورلسٹ یہی کانسیپٹ ہے، یعنی اس میں शब्दوں میں فرق ہے، ایکسپریشن میں فرق ہے، لیکن مورلسٹ سارے مذہبوں کا کانسیپٹ یہی ہے کہ یہ دنیا جو ہے اصل نہیں ہے۔</w:t>
      </w:r>
    </w:p>
    <w:p>
      <w:r>
        <w:rPr>
          <w:b/>
        </w:rPr>
        <w:t xml:space="preserve">[17:33] </w:t>
      </w:r>
      <w:r>
        <w:t>yeh duniya asal nahin hai. asal duniya woh hai jo jo death ke baad aati hai.</w:t>
      </w:r>
    </w:p>
    <w:p>
      <w:pPr>
        <w:jc w:val="right"/>
      </w:pPr>
      <w:r>
        <w:t>یہ دنیا اصل نہیں ہے۔ اصل دنیا وہ ہے جو جو ڈیتھ کے بعد آتی ہے۔</w:t>
      </w:r>
    </w:p>
    <w:p>
      <w:r>
        <w:rPr>
          <w:b/>
        </w:rPr>
        <w:t xml:space="preserve">[17:38] </w:t>
      </w:r>
      <w:r>
        <w:t>to death is aitbaar se agar dekha jaye to ek ek reminder hai hum sab ke liye. hum sab ke liye reminder hai ke hum hamein baharhal is duniya se jana hai.</w:t>
      </w:r>
    </w:p>
    <w:p>
      <w:pPr>
        <w:jc w:val="right"/>
      </w:pPr>
      <w:r>
        <w:t>تو ڈیتھ اس اعتبار سے اگر دیکھا جائے تو ایک ایک ریمائنڈر ہے ہم سب کے لیے۔ ہم سب کے لیے ریمائنڈر ہے کہ ہم ہمیں بہرحال اس دنیا سے جانا ہے۔</w:t>
      </w:r>
    </w:p>
    <w:p>
      <w:r>
        <w:rPr>
          <w:b/>
        </w:rPr>
        <w:t xml:space="preserve">[17:56] </w:t>
      </w:r>
      <w:r>
        <w:t>is duniya mein hamein hamesha nahin rahenge. abhi maine computer mein ek ek ek list niklwai</w:t>
      </w:r>
    </w:p>
    <w:p>
      <w:pPr>
        <w:jc w:val="right"/>
      </w:pPr>
      <w:r>
        <w:t>اس دنیا میں ہمیں ہمیشہ نہیں رہیں گے۔ ابھی میں نے کمپیوٹر میں ایک ایک ایک لسٹ نکلوائی</w:t>
      </w:r>
    </w:p>
    <w:p>
      <w:r>
        <w:rPr>
          <w:b/>
        </w:rPr>
        <w:t xml:space="preserve">[18:05] </w:t>
      </w:r>
      <w:r>
        <w:t>duniya ke jo bohat hi bazahir successful log the jinke paas wealth thi, political power tha, to yani unke life aakhir time mein unka haal kya hua?</w:t>
      </w:r>
    </w:p>
    <w:p>
      <w:pPr>
        <w:jc w:val="right"/>
      </w:pPr>
      <w:r>
        <w:t>دنیا کے جو بہت ہی بظاہر سکسیس فل لوگ تھے جن کے پاس ویلتھ تھی، پولیٹیکل پاور تھا، تو یعنی ان کے لائف آخر ٹائم میں ان کا حال کیا ہوا؟</w:t>
      </w:r>
    </w:p>
    <w:p>
      <w:r>
        <w:rPr>
          <w:b/>
        </w:rPr>
        <w:t xml:space="preserve">[18:19] </w:t>
      </w:r>
      <w:r>
        <w:t>kya woh, yani jab mare woh to unke ehsasat, unki feeling kya thi? to 402 aadmiyon ka main ne ek list mere paas hai.</w:t>
      </w:r>
    </w:p>
    <w:p>
      <w:pPr>
        <w:jc w:val="right"/>
      </w:pPr>
      <w:r>
        <w:t>کیا وہ، یعنی جب مرے وہ تو ان کے احساسات، ان کی فیلنگ کیا تھی؟ تو 402 آدمیوں کا میں نے ایک لسٹ میرے پاس ہے۔</w:t>
      </w:r>
    </w:p>
    <w:p>
      <w:r>
        <w:rPr>
          <w:b/>
        </w:rPr>
        <w:t xml:space="preserve">[18:32] </w:t>
      </w:r>
      <w:r>
        <w:t>top ke log</w:t>
      </w:r>
    </w:p>
    <w:p>
      <w:pPr>
        <w:jc w:val="right"/>
      </w:pPr>
      <w:r>
        <w:t>ٹاپ کے لوگ</w:t>
      </w:r>
    </w:p>
    <w:p>
      <w:r>
        <w:rPr>
          <w:b/>
        </w:rPr>
        <w:t xml:space="preserve">[18:33] </w:t>
      </w:r>
      <w:r>
        <w:t>woh sab ke sab mare despair mein. despair mein, yani woh jo kuch chahte the woh hasil nahin hua unko.</w:t>
      </w:r>
    </w:p>
    <w:p>
      <w:pPr>
        <w:jc w:val="right"/>
      </w:pPr>
      <w:r>
        <w:t>وہ سب کے سب مرے ڈسپیئر میں۔ ڈسپیئر میں، یعنی وہ جو کچھ چاہتے تھے وہ حاصل نہیں ہوا ان کو۔</w:t>
      </w:r>
    </w:p>
    <w:p>
      <w:r>
        <w:rPr>
          <w:b/>
        </w:rPr>
        <w:t xml:space="preserve">[18:43] </w:t>
      </w:r>
      <w:r>
        <w:t>abhi maine ek qissa parha, America ka ek bohat bara religious leader hai, to us ne likha hai ke main ek martaba safar mein tha to mujhe ek message mila ek bohat hi barhe aadmi ka, America ke.</w:t>
      </w:r>
    </w:p>
    <w:p>
      <w:pPr>
        <w:jc w:val="right"/>
      </w:pPr>
      <w:r>
        <w:t>ابھی میں نے ایک قصہ پڑھا، امریکہ کا ایک بہت بڑا ریلیجیس لیڈر ہے، تو اس نے لکھا ہے کہ میں ایک مرتبہ سفر میں تھا تو مجھے ایک میسج ملا ایک بہت ہی بڑے آدمی کا، امریکہ کے۔</w:t>
      </w:r>
    </w:p>
    <w:p>
      <w:r>
        <w:rPr>
          <w:b/>
        </w:rPr>
        <w:t xml:space="preserve">[19:05] </w:t>
      </w:r>
      <w:r>
        <w:t>us ne likha tha ke mujhe foran mujh se milo. to woh gaya milne ke liye. to</w:t>
      </w:r>
    </w:p>
    <w:p>
      <w:pPr>
        <w:jc w:val="right"/>
      </w:pPr>
      <w:r>
        <w:t>اس نے لکھا تھا کہ مجھے فوراً مجھ سے ملو۔ تو وہ گیا ملنے کے لیے۔ تو</w:t>
      </w:r>
    </w:p>
    <w:p>
      <w:r>
        <w:rPr>
          <w:b/>
        </w:rPr>
        <w:t xml:space="preserve">[19:13] </w:t>
      </w:r>
      <w:r>
        <w:t>jab woh pahuncha wahan par to ek room mein do kursiyan thin, wahan uss ko bithaya gaya.</w:t>
      </w:r>
    </w:p>
    <w:p>
      <w:pPr>
        <w:jc w:val="right"/>
      </w:pPr>
      <w:r>
        <w:t>جب وہ پہنچا وہاں پر تو ایک روم میں دو کرسیاں تھیں، وہاں اس کو بٹھایا گیا۔</w:t>
      </w:r>
    </w:p>
    <w:p>
      <w:r>
        <w:rPr>
          <w:b/>
        </w:rPr>
        <w:t xml:space="preserve">[19:21] </w:t>
      </w:r>
      <w:r>
        <w:t>to uss ne likha hai ke jab main baitha to ye jo foran hi us us aadmi ne</w:t>
      </w:r>
    </w:p>
    <w:p>
      <w:pPr>
        <w:jc w:val="right"/>
      </w:pPr>
      <w:r>
        <w:t>تو اس نے لکھا ہے کہ جب میں بیٹھا تو یہ جو فوراً ہی اس اس آدمی نے</w:t>
      </w:r>
    </w:p>
    <w:p>
      <w:r>
        <w:rPr>
          <w:b/>
        </w:rPr>
        <w:t xml:space="preserve">[19:28] </w:t>
      </w:r>
      <w:r>
        <w:t>jo boodha ho chuka tha aur bahut top ka aadmi tha america ka, uss ne kaha</w:t>
      </w:r>
    </w:p>
    <w:p>
      <w:pPr>
        <w:jc w:val="right"/>
      </w:pPr>
      <w:r>
        <w:t>جو بوڑھا ہو چکا تھا اور بہت ٹاپ کا آدمی تھا امریکہ کا، اس نے کہا</w:t>
      </w:r>
    </w:p>
    <w:p>
      <w:r>
        <w:rPr>
          <w:b/>
        </w:rPr>
        <w:t xml:space="preserve">[19:34] </w:t>
      </w:r>
      <w:r>
        <w:t>کہ اس کی ورڈنگ جو اس نے نقل کی ہے وہ یہ ہے کہ "You see,</w:t>
      </w:r>
    </w:p>
    <w:p>
      <w:pPr>
        <w:jc w:val="right"/>
      </w:pPr>
      <w:r>
        <w:t>کہ اس کی ورڈنگ جو اس نے نقل کی ہے وہ یہ ہے کہ "یو سی،</w:t>
      </w:r>
    </w:p>
    <w:p>
      <w:r>
        <w:rPr>
          <w:b/>
        </w:rPr>
        <w:t xml:space="preserve">[19:43] </w:t>
      </w:r>
      <w:r>
        <w:t>I am an old, I am an old man. Life has lost all meaning.</w:t>
      </w:r>
    </w:p>
    <w:p>
      <w:pPr>
        <w:jc w:val="right"/>
      </w:pPr>
      <w:r>
        <w:t>آئی ایم ا اولڈ، آئی ایم این اولڈ مین۔ لائف ہیز لاسٹ ال میننگ۔</w:t>
      </w:r>
    </w:p>
    <w:p>
      <w:r>
        <w:rPr>
          <w:b/>
        </w:rPr>
        <w:t xml:space="preserve">[19:51] </w:t>
      </w:r>
      <w:r>
        <w:t>i am going to take a fateful leap into the unknown. young man, can you give me a brief hope?" yeh main samajhta hoon ke ek aadmi ki kahani nahin hai, yeh sab ki kahani hai.</w:t>
      </w:r>
    </w:p>
    <w:p>
      <w:pPr>
        <w:jc w:val="right"/>
      </w:pPr>
      <w:r>
        <w:t>آئی ایم گوئنگ ٹو ٹیک ا فیٹ فل لیپ انٹو دا ان نون۔ینگ مین، کین یو گیو می ا ریف ہوپ؟" یہ میں سمجھتا ہوں کہ ایک آدمی کی کہانی نہیں ہے، یہ سب کی کہانی ہے۔</w:t>
      </w:r>
    </w:p>
    <w:p>
      <w:r>
        <w:rPr>
          <w:b/>
        </w:rPr>
        <w:t xml:space="preserve">[20:09] </w:t>
      </w:r>
      <w:r>
        <w:t>yeh sab ki kahani hai. har aadmi aakhir mein yeh sochta hai ke ab ab kya hone wala hai? aage aage mera kya mamla hai</w:t>
      </w:r>
    </w:p>
    <w:p>
      <w:pPr>
        <w:jc w:val="right"/>
      </w:pPr>
      <w:r>
        <w:t>یہ سب کی کہانی ہے۔ ہر آدمی آخر میں یہ سوچتا ہے کہ اب اب کیا ہونے والا ہے؟ آگے آگے میرا کیا معاملہ ہے</w:t>
      </w:r>
    </w:p>
    <w:p>
      <w:r>
        <w:rPr>
          <w:b/>
        </w:rPr>
        <w:t xml:space="preserve">[20:18] </w:t>
      </w:r>
      <w:r>
        <w:t>? "i am going to take a fateful leap into the unknown." yeh sab ka qissa hai. to yahan par jo religion ke zariye se jo hamein baat di gayi hai aur Islam mein bhi wahi baat hai ke agli duniya hai, is mein tumhare liye ek bohat bara eternal ek abode hai, tumhare liye Khuda ne bana rakha hai jisko hum paradise ya sawar ya jannat kehte hain.</w:t>
      </w:r>
    </w:p>
    <w:p>
      <w:pPr>
        <w:jc w:val="right"/>
      </w:pPr>
      <w:r>
        <w:t>؟ "آئی ایم گوئنگ ٹو ٹیک ا فیٹ فل لیپ انٹو دا نون۔" یہ سب کا قصہ ہے۔ تو یہاں پر جو ریلیجن کے ذریعے سے جو ہمیں بات دی گئی ہے اور اسلام میں بھی وہی بات ہے کہ اگلی دنیا ہے، اس میں تمہارے لیے ایک بہت بڑا ایٹرنل ایک ابورڈ ہے، تمہارے لیے خدا نے بنا رکھا ہے جس کو ہم پیراڈائز یا سور یا جنت کہتے ہیں۔</w:t>
      </w:r>
    </w:p>
    <w:p>
      <w:r>
        <w:rPr>
          <w:b/>
        </w:rPr>
        <w:t xml:space="preserve">[20:46] </w:t>
      </w:r>
      <w:r>
        <w:t>lekin is mein jo entry mile gi, us entry ki aik condition hai.</w:t>
      </w:r>
    </w:p>
    <w:p>
      <w:pPr>
        <w:jc w:val="right"/>
      </w:pPr>
      <w:r>
        <w:t>لیکن اس میں جو انٹری ملے گی، اس انٹری کی ایک کنڈیشن ہے۔</w:t>
      </w:r>
    </w:p>
    <w:p>
      <w:r>
        <w:rPr>
          <w:b/>
        </w:rPr>
        <w:t xml:space="preserve">[20:51] </w:t>
      </w:r>
      <w:r>
        <w:t>woh condition hai ke hum apne aap ko waisi personality banayein jo wahan settle settle karne ke qabil ho. Jahan tak maine is mein study ki hai aur samjha hai to sab se important baat yeh hai ke aadmi duniya mein apne andar positive personality banaye.</w:t>
      </w:r>
    </w:p>
    <w:p>
      <w:pPr>
        <w:jc w:val="right"/>
      </w:pPr>
      <w:r>
        <w:t>وہ کنڈیشن ہے کہ ہم اپنے آپ کو ویسی پرسنیلٹی بنائیں جو وہاں سیٹل سیٹل کرنے کے قابل ہو۔ جہاں تک میں نے اس میں اسٹڈی کی ہے اور سمجھا ہے تو سب سے امپورٹنٹ بات یہ ہے کہ آدمی دنیا میں اپنے اندر پازیٹیو پرسنیلٹی بنائے۔</w:t>
      </w:r>
    </w:p>
    <w:p>
      <w:r>
        <w:rPr>
          <w:b/>
        </w:rPr>
        <w:t xml:space="preserve">[21:14] </w:t>
      </w:r>
      <w:r>
        <w:t>sab se mushkil cheez hai duniya mein positive personality banana, yani aisi personality jis mein hate na ho, jis mein violence na ho, jis mein doosron ke liye badkhwai na ho.</w:t>
      </w:r>
    </w:p>
    <w:p>
      <w:pPr>
        <w:jc w:val="right"/>
      </w:pPr>
      <w:r>
        <w:t>سب سے مشکل چیز ہے دنیا میں پازیٹیو پرسنیلٹی بنانا، یعنی ایسی پرسنیلٹی جس میں ہیٹ نہ ہو، جس میں وائلنس نہ ہو، جس میں دوسروں کے لیے بدخوائی نہ ہو۔</w:t>
      </w:r>
    </w:p>
    <w:p>
      <w:r>
        <w:rPr>
          <w:b/>
        </w:rPr>
        <w:t xml:space="preserve">[21:31] </w:t>
      </w:r>
      <w:r>
        <w:t>yeh bohat hi mushkil kaam hai. Is liye ke duniya mein hum jante hain ke hamein har waqt sad experience hote hain, har waqt provocation hai, har waqt unpleasant situation hai, har waqt koi na koi aisi baat hai jis ko hum jis ko hum problem kehte hain.</w:t>
      </w:r>
    </w:p>
    <w:p>
      <w:pPr>
        <w:jc w:val="right"/>
      </w:pPr>
      <w:r>
        <w:t>یہ بہت ہی مشکل کام ہے۔ اس لیے کہ دنیا میں ہم جانتے ہیں کہ ہمیں ہر وقت سیڈ ایکسپیرینس ہوتے ہیں، ہر وقت پرووکیشن ہے، ہر وقت ان پریزنٹ سچویشن ہے، ہر وقت کوئی نہ کوئی ایسی بات ہے جس کو ہم جس کو ہم پرابلم کہتے ہیں۔</w:t>
      </w:r>
    </w:p>
    <w:p>
      <w:r>
        <w:rPr>
          <w:b/>
        </w:rPr>
        <w:t xml:space="preserve">[21:46] </w:t>
      </w:r>
      <w:r>
        <w:t>to aik problem ka jangla hai, aik negative items ka aik jangla hai jis mein hamein jeena parta hai. Aur phir us ke andar apne ko aik personality, positive personality ke taur par develop karna parta hai.</w:t>
      </w:r>
    </w:p>
    <w:p>
      <w:pPr>
        <w:jc w:val="right"/>
      </w:pPr>
      <w:r>
        <w:t>تو ایک پرابلم کا جنگل ہے، ایک نیگیٹیو آئٹمز کا ایک جنگل ہے جس میں ہمیں جینا پڑتا ہے۔ اور پھر اس کے اندر اپنے کو ایک پرسنیلٹی، پازیٹیو پرسنیلٹی کے طور پر ڈیولپ کرنا پڑتا ہے۔</w:t>
      </w:r>
    </w:p>
    <w:p>
      <w:r>
        <w:rPr>
          <w:b/>
        </w:rPr>
        <w:t xml:space="preserve">[22:00] </w:t>
      </w:r>
      <w:r>
        <w:t>jo aadmi yeh kar paye, usi ko jannat mein entry mile gi. Islam mein jo concept diya gaya hai woh yeh hai ke aadmi jis ko hum kehte hain sabr.</w:t>
      </w:r>
    </w:p>
    <w:p>
      <w:pPr>
        <w:jc w:val="right"/>
      </w:pPr>
      <w:r>
        <w:t>جو آدمی یہ کر پائے، اسی کو جنت میں انٹری ملے گی۔ اسلام میں جو کانسیپٹ دیا گیا ہے وہ یہ ہے کہ آدمی جس کو ہم کہتے ہیں صبر۔</w:t>
      </w:r>
    </w:p>
    <w:p>
      <w:r>
        <w:rPr>
          <w:b/>
        </w:rPr>
        <w:t xml:space="preserve">[22:12] </w:t>
      </w:r>
      <w:r>
        <w:t>sabr ka matlab kya hai? Sabr ka matlab hai ke jo unpleasant items pesh aate hain, aap ko unpleasant jo experience hote hain, us ko Allah khane mein dalo, us ko Khuda ke khane mein dalo,</w:t>
      </w:r>
    </w:p>
    <w:p>
      <w:pPr>
        <w:jc w:val="right"/>
      </w:pPr>
      <w:r>
        <w:t>صبر کا مطلب کیا ہے؟ صبر کا مطلب ہے کہ جو ان پریزنٹ آئٹم پیش آتے ہیں، آپ کو ان پریزنٹ جو ایکسپیرینس ہوتے ہیں، اس کو اللہ کھانے میں ڈالو، اس کو خدا کے کھانے میں ڈالو،</w:t>
      </w:r>
    </w:p>
    <w:p>
      <w:r>
        <w:rPr>
          <w:b/>
        </w:rPr>
        <w:t xml:space="preserve">[22:24] </w:t>
      </w:r>
      <w:r>
        <w:t>bajaye is ke ke aap react karein, bajaye is ke ke aap gussa hon, bajaye is ke ke aap hate karein kisi ki, bajaye is ke ke aap violence karein, kisi ko maar peet shuru kar dein, us ke bajaye in sab ko dalo Khuda ke khane mein.</w:t>
      </w:r>
    </w:p>
    <w:p>
      <w:pPr>
        <w:jc w:val="right"/>
      </w:pPr>
      <w:r>
        <w:t>بجائے اس کے کہ آپ ری ایکٹ کریں، بجائے اس کے کہ آپ غصہ ہوں، بجائے اس کے کہ آپ ہیٹ کریں کسی کی، بجائے اس کے کہ آپ وائلنس کریں، کسی کو مار پیٹ شروع کر دیں، اس کے بجائے ان سب کو ڈالو خدا کے خانے میں۔</w:t>
      </w:r>
    </w:p>
    <w:p>
      <w:r>
        <w:rPr>
          <w:b/>
        </w:rPr>
        <w:t xml:space="preserve">[22:42] </w:t>
      </w:r>
      <w:r>
        <w:t>yeh bohat hi aasan nuskha hai apne aap ko free banane ka</w:t>
      </w:r>
    </w:p>
    <w:p>
      <w:pPr>
        <w:jc w:val="right"/>
      </w:pPr>
      <w:r>
        <w:t>یہ بہت ہی آسان نسخہ ہے اپنے آپ کو فری بنانے کا</w:t>
      </w:r>
    </w:p>
    <w:p>
      <w:r>
        <w:rPr>
          <w:b/>
        </w:rPr>
        <w:t xml:space="preserve">[22:45] </w:t>
      </w:r>
      <w:r>
        <w:t>. Jaise hi aap ke andar koi negative thought aaya, jaise hi aap ke andar koi kisi cheez ne aap ko provoke kiya, kisi cheez ne aap ko gussa dila diya, to us ko dalo Allah ke khane mein.</w:t>
      </w:r>
    </w:p>
    <w:p>
      <w:pPr>
        <w:jc w:val="right"/>
      </w:pPr>
      <w:r>
        <w:t>۔ جیسے ہی آپ کے اندر کوئی نیگیٹیو تھاٹ آیا، جیسے ہی آپ کے اندر کوئی کسی چیز نے آپ کو پرووک کیا، کسی چیز نے آپ کو غصہ دلا دیا، تو اس کو ڈالو اللہ کے خانے میں۔</w:t>
      </w:r>
    </w:p>
    <w:p>
      <w:r>
        <w:rPr>
          <w:b/>
        </w:rPr>
        <w:t xml:space="preserve">[22:58] </w:t>
      </w:r>
      <w:r>
        <w:t>aik qissa aata hai ke aik prophet ke aik companion the, woh aap ke paas aaye aur unhone kaha ke "Ya Rasool Allah, Ali Ibn Kalimat, Aisha Bin Wala Tafsir Alaih Fahan Sahab." Is ka matlab hai ke "O Prophet of God,</w:t>
      </w:r>
    </w:p>
    <w:p>
      <w:pPr>
        <w:jc w:val="right"/>
      </w:pPr>
      <w:r>
        <w:t>ایک قصہ آتا ہے کہ ایک پرافٹ کے ایک کمپینین تھے، وہ آپ کے پاس آئے اور انہوں نے کہا کہ "یا رسول اللہ، علی ابن کلمات، عائشہ بن ولا تفسیر علیہ فہان صاحب۔" اس کا مطلب ہے کہ "او پرافٹ آف گاڈ،</w:t>
      </w:r>
    </w:p>
    <w:p>
      <w:r>
        <w:rPr>
          <w:b/>
        </w:rPr>
        <w:t xml:space="preserve">[23:15] </w:t>
      </w:r>
      <w:r>
        <w:t>give me a master advice by which I may be able to manage all the affairs of my life.</w:t>
      </w:r>
    </w:p>
    <w:p>
      <w:pPr>
        <w:jc w:val="right"/>
      </w:pPr>
      <w:r>
        <w:t>گیو می ا ماسٹر ایڈوائس بائے وچ آئی می بی ایبل ٹو مینج ال دا افیئرز آف مائی لائف۔</w:t>
      </w:r>
    </w:p>
    <w:p>
      <w:r>
        <w:rPr>
          <w:b/>
        </w:rPr>
        <w:t xml:space="preserve">[23:24] </w:t>
      </w:r>
      <w:r>
        <w:t>" to aap ne kaha ke "La Tughضب, don't be angry." Dekhein, is par bare ghor kiya maine ke "don't be angry" ka matlab kya hai?</w:t>
      </w:r>
    </w:p>
    <w:p>
      <w:pPr>
        <w:jc w:val="right"/>
      </w:pPr>
      <w:r>
        <w:t>" تو آپ نے کہا کہ "لا تغضب، ڈونٹ بی اینگری۔" دیکھیں، اس پر بڑے غور کیا میں نے کہ "ڈونٹ بی اینگری" کا مطلب کیا ہے؟</w:t>
      </w:r>
    </w:p>
    <w:p>
      <w:r>
        <w:rPr>
          <w:b/>
        </w:rPr>
        <w:t xml:space="preserve">[23:34] </w:t>
      </w:r>
      <w:r>
        <w:t>aap kab aisa hoga ke aadmi gussa na ho? Kab aisa hoga?</w:t>
      </w:r>
    </w:p>
    <w:p>
      <w:pPr>
        <w:jc w:val="right"/>
      </w:pPr>
      <w:r>
        <w:t>آپ کب ایسا ہوگا کہ آدمی غصہ نہ ہو؟ کب ایسا ہوگا؟</w:t>
      </w:r>
    </w:p>
    <w:p>
      <w:r>
        <w:rPr>
          <w:b/>
        </w:rPr>
        <w:t xml:space="preserve">[23:41] </w:t>
      </w:r>
      <w:r>
        <w:t>kyun ke bar bar aisa hota hai ke hum ko kisi na kisi baat par gussa aata hai, aa jata hai, hum provoke ho jate hain, hamare andar negative negative thought aa jate hain.</w:t>
      </w:r>
    </w:p>
    <w:p>
      <w:pPr>
        <w:jc w:val="right"/>
      </w:pPr>
      <w:r>
        <w:t>کیونکہ بار بار ایسا ہوتا ہے کہ ہم کو کسی نہ کسی بات پر غصہ آتا ہے، آ جاتا ہے، ہم پرووک ہو جاتے ہیں، ہمارے اندر نیگیٹیو نیگیٹیو تھاٹ آ جاتے ہیں۔</w:t>
      </w:r>
    </w:p>
    <w:p>
      <w:r>
        <w:rPr>
          <w:b/>
        </w:rPr>
        <w:t xml:space="preserve">[23:50] </w:t>
      </w:r>
      <w:r>
        <w:t>to kaise aisa ho sakta hai ke hum gussa na hon? Is ki sirf aik hi shakal hai, woh yeh hai ke jo cheez pesh aaye, us ko dalo Khuda ke khane mein, us ko dalo Khuda ke khane mein, apne apne aap ko free kar lo.</w:t>
      </w:r>
    </w:p>
    <w:p>
      <w:pPr>
        <w:jc w:val="right"/>
      </w:pPr>
      <w:r>
        <w:t>تو کیسے ایسا ہو سکتا ہے کہ ہم غصہ نہ ہوں؟ اس کی صرف ایک ہی شکل ہے، وہ یہ ہے کہ جو چیز پیش آئے، اس کو ڈالو خدا کے خانے میں، اس کو ڈالو خدا کے خانے میں، اپنے اپنے آپ کو فری کر لو۔</w:t>
      </w:r>
    </w:p>
    <w:p>
      <w:r>
        <w:rPr>
          <w:b/>
        </w:rPr>
        <w:t xml:space="preserve">[24:06] </w:t>
      </w:r>
      <w:r>
        <w:t>yehi aik hi formula hai jo hum ko is qabil banata hai ke is duniya mein hum apne andar positive personality banayein.</w:t>
      </w:r>
    </w:p>
    <w:p>
      <w:pPr>
        <w:jc w:val="right"/>
      </w:pPr>
      <w:r>
        <w:t>یہی ایک ہی فارمولا ہے جو ہم کو اس قابل بناتا ہے کہ اس دنیا میں ہم اپنے اندر پازیٹیو پرسنیلٹی بنائیں۔</w:t>
      </w:r>
    </w:p>
    <w:p>
      <w:r>
        <w:rPr>
          <w:b/>
        </w:rPr>
        <w:t xml:space="preserve">[24:16] </w:t>
      </w:r>
      <w:r>
        <w:t>aur jaisa ke maine arz kiya, paradise ki jo definition Quran Majeed mein hai, woh yeh hai ke woh dar us salam hai, woh home of peace hai, woh woh aman ki jagah hai.</w:t>
      </w:r>
    </w:p>
    <w:p>
      <w:pPr>
        <w:jc w:val="right"/>
      </w:pPr>
      <w:r>
        <w:t>اور جیسا کہ میں نے عرض کیا، پیراڈائز کی جو ڈیفینیشن قرآن مجید میں ہے، وہ یہ ہے کہ وہ درس سلام ہے، وہ ہوم آف پیس ہے، وہ وہ امن کی جگہ ہے۔</w:t>
      </w:r>
    </w:p>
    <w:p>
      <w:r>
        <w:rPr>
          <w:b/>
        </w:rPr>
        <w:t xml:space="preserve">[24:30] </w:t>
      </w:r>
      <w:r>
        <w:t>har aadmi wahan peace ke sath rahega.</w:t>
      </w:r>
    </w:p>
    <w:p>
      <w:pPr>
        <w:jc w:val="right"/>
      </w:pPr>
      <w:r>
        <w:t>ہر آدمی وہاں پیس کے ساتھ رہے گا۔</w:t>
      </w:r>
    </w:p>
    <w:p>
      <w:r>
        <w:rPr>
          <w:b/>
        </w:rPr>
        <w:t xml:space="preserve">[24:33] </w:t>
      </w:r>
      <w:r>
        <w:t>Islam mein jo culture hai, Assalamu Alaikum wa Rahmatullahi, Assalamu Alaikum jo hai, peace be upon you, peace be upon you, woh woh woh usi ko, yani usi ko symbolize karta hai.</w:t>
      </w:r>
    </w:p>
    <w:p>
      <w:pPr>
        <w:jc w:val="right"/>
      </w:pPr>
      <w:r>
        <w:t>اسلام میں جو کلچر ہے، السلام علیکم ورحمۃ اللہ، السلام علیکم جو ہے، پیس بی اپان یو، پیس بی اپان یو، وہ وہ وہ اسی کو، یعنی اسی کو سمبلائز کرتا ہے۔</w:t>
      </w:r>
    </w:p>
    <w:p>
      <w:r>
        <w:rPr>
          <w:b/>
        </w:rPr>
        <w:t xml:space="preserve">[24:48] </w:t>
      </w:r>
      <w:r>
        <w:t>yani aik peaceful aadmi ko is aise aise aise mind ke sath rehna hai ke jab bhi koi insan mila us se, to us ko us ne peace ka gift diya.</w:t>
      </w:r>
    </w:p>
    <w:p>
      <w:pPr>
        <w:jc w:val="right"/>
      </w:pPr>
      <w:r>
        <w:t>یعنی ایک فیٹ فل آدمی کو اس ایسے ایسے ایسے مائنڈ کے ساتھ رہنا ہے کہ جس جب بھی کوئی انسان ملا اس سے، تو اس کو اس نے پیس کا گفٹ دیا۔</w:t>
      </w:r>
    </w:p>
    <w:p>
      <w:r>
        <w:rPr>
          <w:b/>
        </w:rPr>
        <w:t xml:space="preserve">[25:03] </w:t>
      </w:r>
      <w:r>
        <w:t>peace be upon you, peace be upon you, yani hamare paas doosre ke dene ke liye sirf peace ho aur kuch na ho. Lekin phir bhi soch, phir main sochta hoon ke kab aisa mumkin hai ke aap logon ko peace ka gift de sakein?</w:t>
      </w:r>
    </w:p>
    <w:p>
      <w:pPr>
        <w:jc w:val="right"/>
      </w:pPr>
      <w:r>
        <w:t>پیس بی اپان یو، پیس بی اپان یو، یعنی ہمارے پاس دوسرے کے دینے کے لیے صرف پیس ہو اور کچھ نہ ہو۔ لیکن پھر بھی سوچ، پھر میں سوچتا ہوں کہ کب ایسا ممکن ہے کہ آپ لوگوں کو پیس کا گفٹ دے سکیں؟</w:t>
      </w:r>
    </w:p>
    <w:p>
      <w:r>
        <w:rPr>
          <w:b/>
        </w:rPr>
        <w:t xml:space="preserve">[25:18] </w:t>
      </w:r>
      <w:r>
        <w:t>yeh jab mumkin hoga ke jab aap jo aap ko jo unpleasant experience hote hain, us ko Allah ke khane mein daal lein.</w:t>
      </w:r>
    </w:p>
    <w:p>
      <w:pPr>
        <w:jc w:val="right"/>
      </w:pPr>
      <w:r>
        <w:t>یہ جب ممکن ہوگا کہ جب آپ جو آپ کو جو ان پریزنٹ ایکسپیرینس ہوتے ہیں، اس کو اللہ کے خانے میں ڈال لیں۔</w:t>
      </w:r>
    </w:p>
    <w:p>
      <w:r>
        <w:rPr>
          <w:b/>
        </w:rPr>
        <w:t xml:space="preserve">[25:27] </w:t>
      </w:r>
      <w:r>
        <w:t>agar na dalenge to phir to gusse bhare rahenge, to peace kaise denge kisi ko?</w:t>
      </w:r>
    </w:p>
    <w:p>
      <w:pPr>
        <w:jc w:val="right"/>
      </w:pPr>
      <w:r>
        <w:t>اگر نہ ڈالیں گے تو پھر تو غصے بھرے رہیں گے، تو پیس کیسے دیں گے کسی کو؟</w:t>
      </w:r>
    </w:p>
    <w:p>
      <w:r>
        <w:rPr>
          <w:b/>
        </w:rPr>
        <w:t xml:space="preserve">[25:34] </w:t>
      </w:r>
      <w:r>
        <w:t>duniya aik aisi jagah hai ke aadmi har waqt, har waqt, har waqt us ko negative experience hote rehte hain. To apne aap ko peaceful banane ke liye aur doosron ko peace ka gift dene ke liye,</w:t>
      </w:r>
    </w:p>
    <w:p>
      <w:pPr>
        <w:jc w:val="right"/>
      </w:pPr>
      <w:r>
        <w:t>دنیا ایک ایسی جگہ ہے کہ آدمی ہر وقت، ہر وقت، ہر وقت اس کو نیگیٹیو ایکسپیرینس ہوتے رہتے ہیں۔ تو اپنے آپ کو پیس فل بنانے کے لیے اور دوسروں کو پیس کا گفٹ دینے کے لیے،</w:t>
      </w:r>
    </w:p>
    <w:p>
      <w:r>
        <w:rPr>
          <w:b/>
        </w:rPr>
        <w:t xml:space="preserve">[25:48] </w:t>
      </w:r>
      <w:r>
        <w:t>apne aap ko agar banana hai is ke qabil, to hamein yeh karna parega ke jo bhi ho, sab Allah ke khane mein daalo. maine kam az kam apni zindagi mein yeh ikhtiyar kiya ke mujhe abhi tarah tarah ke qisse pesh aate hain, rozana kuch na kuch negative experience hote hain, lekin poori zindagi mein maine yeh kiya ke isi waqt deen andir is ko main Khuda ke khane mein daal deta hoon.</w:t>
      </w:r>
    </w:p>
    <w:p>
      <w:pPr>
        <w:jc w:val="right"/>
      </w:pPr>
      <w:r>
        <w:t>اپنے آپ کو اگر بنانا ہے اس کے قابل، تو ہمیں یہ کرنا پڑے گا کہ جو بھی ہو، سب اللہ کے خانے میں ڈالو۔ میں نے کم از کم اپنی زندگی میں یہ اختیار کیا کہ مجھے ابھی طرح طرح کے قصے پیش آتے ہیں، روزانہ کچھ نہ کچھ نیگیٹیو ایکسپیرینس ہوتے ہیں، لیکن پوری زندگی میں میں نے یہ کیا کہ اسی وقت دین اندیر اس کو میں خدا کے خانے میں ڈال دیتا ہوں۔</w:t>
      </w:r>
    </w:p>
    <w:p>
      <w:r>
        <w:rPr>
          <w:b/>
        </w:rPr>
        <w:t xml:space="preserve">[26:10] </w:t>
      </w:r>
      <w:r>
        <w:t>isi liye main yeh keh sakta hoon ke main ek poore maanon mein ek ek peaceful mind hoon. raat ko sound sleep aati hai mujh ko, mujhe kabhi bhi mere mind mein, yaani negative thinking develop nahi karti.</w:t>
      </w:r>
    </w:p>
    <w:p>
      <w:pPr>
        <w:jc w:val="right"/>
      </w:pPr>
      <w:r>
        <w:t>اسی لیے میں یہ کہہ سکتا ہوں کہ میں ایک پورے معنوں میں ایک ایک پیس فل مائنڈ ہوں۔ رات کو ساؤنڈ سلیپ آتی ہے مجھ کو، مجھے کبھی بھی میرے مائنڈ میں، یعنی نیگیٹیو تھنکنگ ڈیولپ نہیں کرتی۔</w:t>
      </w:r>
    </w:p>
    <w:p>
      <w:r>
        <w:rPr>
          <w:b/>
        </w:rPr>
        <w:t xml:space="preserve">[26:25] </w:t>
      </w:r>
      <w:r>
        <w:t>is ki wajah yahi hai ke har baat ko main Khuda ke khane mein daalta hoon. Khuda khan, yaani matlab Khuda deept hai is ko, Khuda jo chahe kare, mujhe kuch nahi niptna nahi hai is ko.</w:t>
      </w:r>
    </w:p>
    <w:p>
      <w:pPr>
        <w:jc w:val="right"/>
      </w:pPr>
      <w:r>
        <w:t>اس کی وجہ یہی ہے کہ ہر بات کو میں خدا کے خانے میں ڈالتا ہوں۔ خدا خان، یعنی مطلب خدا ڈپٹ ہے اس کو، خدا جو چاہے کرے، مجھے کچھ نہیں نپٹنا نہیں ہے اس کو۔</w:t>
      </w:r>
    </w:p>
    <w:p>
      <w:r>
        <w:rPr>
          <w:b/>
        </w:rPr>
        <w:t xml:space="preserve">[26:38] </w:t>
      </w:r>
      <w:r>
        <w:t>to main samajhta hoon ke jo death hai, death yeh definition is ki bohat hi incomplete hai ke death zindagi ka khatma hai, end of life hai.</w:t>
      </w:r>
    </w:p>
    <w:p>
      <w:pPr>
        <w:jc w:val="right"/>
      </w:pPr>
      <w:r>
        <w:t>تو میں سمجھتا ہوں کہ جو ڈیتھ ہے، ڈیتھ یہ ڈیفینیشن اس کی بہت ہی ان کمپلیٹ ہے کہ ڈیتھ زندگی کا خاتمہ ہے، اینڈ آف لائف ہے۔</w:t>
      </w:r>
    </w:p>
    <w:p>
      <w:r>
        <w:rPr>
          <w:b/>
        </w:rPr>
        <w:t xml:space="preserve">[26:54] </w:t>
      </w:r>
      <w:r>
        <w:t>nahi, death ek reminder hai, ek teacher hai,</w:t>
      </w:r>
    </w:p>
    <w:p>
      <w:pPr>
        <w:jc w:val="right"/>
      </w:pPr>
      <w:r>
        <w:t>نہیں، ڈیتھ ایک ریمائنڈر ہے، ایک ٹیچر ہے،</w:t>
      </w:r>
    </w:p>
    <w:p>
      <w:r>
        <w:rPr>
          <w:b/>
        </w:rPr>
        <w:t xml:space="preserve">[26:58] </w:t>
      </w:r>
      <w:r>
        <w:t>hum ko batati hai ke hum kaise duniya mein rahein, hum apni zindagi ko kis tarah se, kis tarah se set karein, hamari apni priorities ko kaise set karein, hamare principle kya hon,</w:t>
      </w:r>
    </w:p>
    <w:p>
      <w:pPr>
        <w:jc w:val="right"/>
      </w:pPr>
      <w:r>
        <w:t>ہم کو بتاتی ہے کہ ہم کیسے دنیا میں رہیں، ہم اپنی زندگی کو کس طرح سے، کس طرح سے سیٹ کریں، ہماری اپنی پرائرٹیز کو کیسے سیٹ کریں، ہمارے پرنسپل کیا ہوں،</w:t>
      </w:r>
    </w:p>
    <w:p>
      <w:r>
        <w:rPr>
          <w:b/>
        </w:rPr>
        <w:t xml:space="preserve">[27:14] </w:t>
      </w:r>
      <w:r>
        <w:t>logon se behave karne ke liye hamara tareeqa kya ho. yeh death is ko remind karti hai kyunke death ke baad eternity hai,</w:t>
      </w:r>
    </w:p>
    <w:p>
      <w:pPr>
        <w:jc w:val="right"/>
      </w:pPr>
      <w:r>
        <w:t>لوگوں سے بیہیو کرنے کے لیے ہمارا طریقہ کیا ہو۔ یہ ڈیتھ اس کو ریمائنڈ کرتی ہے کیونکہ ڈیتھ کے بعد ایٹرنیٹی ہے،</w:t>
      </w:r>
    </w:p>
    <w:p>
      <w:r>
        <w:rPr>
          <w:b/>
        </w:rPr>
        <w:t xml:space="preserve">[27:26] </w:t>
      </w:r>
      <w:r>
        <w:t>death se pehle ek ek temporary period hamari zindagi ka hai. Quran mein yeh bhi bataya gaya hai ke insaan ka jo muamla hai, to aise hi hai jaise ke ice berg hota hai.</w:t>
      </w:r>
    </w:p>
    <w:p>
      <w:pPr>
        <w:jc w:val="right"/>
      </w:pPr>
      <w:r>
        <w:t>ڈیتھ سے پہلے ایک ایک ٹیمپریری پیریڈ ہماری زندگی کا ہے۔ قرآن میں یہ بھی بتایا گیا ہے کہ انسان کا جو معاملہ ہے، تو ایسے ہی ہے جیسے کہ آئس برگ ہوتا ہے۔</w:t>
      </w:r>
    </w:p>
    <w:p>
      <w:r>
        <w:rPr>
          <w:b/>
        </w:rPr>
        <w:t xml:space="preserve">[27:41] </w:t>
      </w:r>
      <w:r>
        <w:t>aap jante hain ke ice berg ka tip bohat thoda sa hota hai, dikhai deta hai, baqi sara pani mein dooba hua hota hai. to hamari zindagi ka thoda sa hissa is duniya mein hai, yaani present world mein, aur is ka zyada hissa</w:t>
      </w:r>
    </w:p>
    <w:p>
      <w:pPr>
        <w:jc w:val="right"/>
      </w:pPr>
      <w:r>
        <w:t>آپ جانتے ہیں کہ آئس برگ کا ٹپ بہت تھوڑا سا ہوتا ہے، دکھائی دیتا ہے، باقی سارا پانی میں ڈوبا ہوا ہوتا ہے۔ تو ہماری زندگی کا تھوڑا سا حصہ اس دنیا میں ہے، یعنی پریزنٹ ورلڈ میں، اور اس کا زیادہ حصہ</w:t>
      </w:r>
    </w:p>
    <w:p>
      <w:r>
        <w:rPr>
          <w:b/>
        </w:rPr>
        <w:t xml:space="preserve">[28:00] </w:t>
      </w:r>
      <w:r>
        <w:t>post post death period mein hai. zyada hissa eternity idhar, eternity hai, idhar thode dinon ke liye hamein rehna padta hai.</w:t>
      </w:r>
    </w:p>
    <w:p>
      <w:pPr>
        <w:jc w:val="right"/>
      </w:pPr>
      <w:r>
        <w:t>پوسٹ پوسٹ ڈیتھ پیریڈ میں ہے۔ زیادہ حصہ ایٹرنیٹی ادھر، ایٹرنیٹی ہے، ادھر تھوڑے دنوں کے لیے ہمیں رہنا پڑتا ہے۔</w:t>
      </w:r>
    </w:p>
    <w:p>
      <w:r>
        <w:rPr>
          <w:b/>
        </w:rPr>
        <w:t xml:space="preserve">[28:08] </w:t>
      </w:r>
      <w:r>
        <w:t>to in thode dinon mein hamein jo karna hai, wo kya hai? apne aap ko positive personality ke taur par develop karna taake hum aakhirat mein, yaani house of peace jo hai, jo aman ka jo ghar hai, wahan par jagah pa sakein.</w:t>
      </w:r>
    </w:p>
    <w:p>
      <w:pPr>
        <w:jc w:val="right"/>
      </w:pPr>
      <w:r>
        <w:t>تو ان تھوڑے دنوں میں ہمیں جو کرنا ہے، وہ کیا ہے؟ اپنے آپ کو پازیٹیو پرسنیلٹی کے طور پر ڈیولپ کرنا تاکہ ہم آخرت میں، یعنی ہاؤس آف پیس جو ہے، جو امن کا جو گھر ہے، وہاں پر جگہ پا سکیں۔</w:t>
      </w:r>
    </w:p>
    <w:p>
      <w:r>
        <w:rPr>
          <w:b/>
        </w:rPr>
        <w:t xml:space="preserve">[28:28] </w:t>
      </w:r>
      <w:r>
        <w:t>to yeh main samajhta hoon ke death ka ek positive aspect hai.</w:t>
      </w:r>
    </w:p>
    <w:p>
      <w:pPr>
        <w:jc w:val="right"/>
      </w:pPr>
      <w:r>
        <w:t>تو یہ میں سمجھتا ہوں کہ ڈیتھ کا ایک پازیٹیو ایسپیکٹ ہے۔</w:t>
      </w:r>
    </w:p>
    <w:p>
      <w:r>
        <w:rPr>
          <w:b/>
        </w:rPr>
        <w:t xml:space="preserve">[28:33] </w:t>
      </w:r>
      <w:r>
        <w:t>agar hum death ko lein sirf end ke maani mein to is ka koi positive aspect nahi banta, lekin agar death ko hum lein reminder ke maani mein to death ek bohat bari teacher hamare liye hai.</w:t>
      </w:r>
    </w:p>
    <w:p>
      <w:pPr>
        <w:jc w:val="right"/>
      </w:pPr>
      <w:r>
        <w:t>اگر ہم ڈیتھ کو لیں صرف اینڈ کے معنی میں تو اس کا کوئی پازیٹیو ایسپیکٹ نہیں بنتا، لیکن اگر ڈیتھ کو ہم لیں ریمائنڈر کے معنی میں تو ڈیتھ ایک بہت بڑی ٹیچر ہمارے لیے ہے۔</w:t>
      </w:r>
    </w:p>
    <w:p>
      <w:r>
        <w:rPr>
          <w:b/>
        </w:rPr>
        <w:t xml:space="preserve">[28:48] </w:t>
      </w:r>
      <w:r>
        <w:t>death hum aap ko bohat bara lesson deti hai, death hum ko bohat bari haqeeqat remind karti hai, yaad dilati hai.</w:t>
      </w:r>
    </w:p>
    <w:p>
      <w:pPr>
        <w:jc w:val="right"/>
      </w:pPr>
      <w:r>
        <w:t>ڈیتھ ہم آپ کو بہت بڑا لیسن دیتی ہے، ڈیتھ ہم کو بہت بڑی حقیقت ریمائنڈ کرتی ہے، یاد دلاتی ہے۔</w:t>
      </w:r>
    </w:p>
    <w:p>
      <w:r>
        <w:rPr>
          <w:b/>
        </w:rPr>
        <w:t xml:space="preserve">[28:57] </w:t>
      </w:r>
      <w:r>
        <w:t>to main jab bhi poori zindagi mera tareeqa raha hai ke main death hoti hai to jaata hoon funeral mein aur us ko dekhta hoon, to doosre ki maut mein main apni maut ko yaad karta hoon ke isi tarah mujhe bhi jaana hai.</w:t>
      </w:r>
    </w:p>
    <w:p>
      <w:pPr>
        <w:jc w:val="right"/>
      </w:pPr>
      <w:r>
        <w:t>تو میں جب بھی پوری زندگی میرا طریقہ رہا ہے کہ میں ڈیتھ ہوتی ہے تو جاتا ہوں فنڈرل میں اور اس کو دیکھتا ہوں، تو دوسرے کی موت میں میں اپنی موت کو یاد کرتا ہوں کہ اسی طرح مجھے بھی جانا ہے۔</w:t>
      </w:r>
    </w:p>
    <w:p>
      <w:r>
        <w:rPr>
          <w:b/>
        </w:rPr>
        <w:t xml:space="preserve">[29:16] </w:t>
      </w:r>
      <w:r>
        <w:t>is tarah se death mere liye ek ek ek bohat bari, yaani jaise ke aap book padhein, is mein baatein seekhein to death mere liye ek bohat bari book ban jaati hai.</w:t>
      </w:r>
    </w:p>
    <w:p>
      <w:pPr>
        <w:jc w:val="right"/>
      </w:pPr>
      <w:r>
        <w:t>اس طرح سے ڈیتھ میرے لیے ایک ایک ایک بہت بڑی، یعنی جیسے کہ آپ بک پڑھیں، اس میں باتیں سیکھیں تو ڈیتھ میرے لیے ایک بہت بڑی بک بن جاتی ہے۔</w:t>
      </w:r>
    </w:p>
    <w:p>
      <w:r>
        <w:rPr>
          <w:b/>
        </w:rPr>
        <w:t xml:space="preserve">[29:27] </w:t>
      </w:r>
      <w:r>
        <w:t>aur main sab, main shayad main keh sakta hoon ke poori zindagi mein maine death se bohat hi positive lesson liya hai. death ka matlab maine yeh nahi samjha ke end aa gaya, khatam ho gaya, balke is se positive lesson liya hai.</w:t>
      </w:r>
    </w:p>
    <w:p>
      <w:pPr>
        <w:jc w:val="right"/>
      </w:pPr>
      <w:r>
        <w:t>اور میں سب، میں شاید میں کہہ سکتا ہوں کہ پوری زندگی میں میں نے ڈیتھ سے بہت ہی پازیٹیو لیسن لیا ہے۔ ڈیتھ کا مطلب میں نے یہ نہیں سمجھا کہ اینڈ آ گیا، ختم ہو گیا، بلکہ اس سے پازیٹیو لیسن لیا ہے۔</w:t>
      </w:r>
    </w:p>
    <w:p>
      <w:r>
        <w:rPr>
          <w:b/>
        </w:rPr>
        <w:t xml:space="preserve">[29:42] </w:t>
      </w:r>
      <w:r>
        <w:t>to doctor Naseem Siddiqui sahib jo the, un ka mere dil mein bohat bari jagah hai, aur hum kehte hain ke wo hamare spiritual mission ke bohat hi zyada sirf senior member nahi the, balke bohat hi bohat hi ideal member the, aur hum sab un ko yaad karte hain, aur aur un ki kami ko mehsoos karte hain.</w:t>
      </w:r>
    </w:p>
    <w:p>
      <w:pPr>
        <w:jc w:val="right"/>
      </w:pPr>
      <w:r>
        <w:t>تو ڈاکٹر نسیم صدیقی صاحب جو تھے، ان کا میرے دل میں بہت بڑی جگہ ہے، اور ہم کہتے ہیں کہ وہ ہمارے وی سپریچول مشن کے بہت ہی زیادہ صرف سینئر ممبر نہیں تھے، بلکہ بہت ہی بہت ہی آئیڈیل ممبر تھے، اور ہم سب ان کو یاد کرتے ہیں، اور اور ان کی کمی کو محسوس کرتے ہیں۔</w:t>
      </w:r>
    </w:p>
    <w:p>
      <w:r>
        <w:rPr>
          <w:b/>
        </w:rPr>
        <w:t xml:space="preserve">[30:09] </w:t>
      </w:r>
      <w:r>
        <w:t>main dua karta hoon ke Allah taala mujh ko aur marhoom ko aur hum sab ko apni rehmat ke saaye mein jagah de, hum sab ko apni blessing mein le le.</w:t>
      </w:r>
    </w:p>
    <w:p>
      <w:pPr>
        <w:jc w:val="right"/>
      </w:pPr>
      <w:r>
        <w:t>میں دعا کرتا ہوں کہ اللہ تعالی مجھ کو اور مرحوم کو اور ہم سب کو اپنی رحمت کے سائے میں جگہ دے، ہم سب کو اپنی بلیسنگ میں لے لے۔</w:t>
      </w:r>
    </w:p>
    <w:p>
      <w:r>
        <w:rPr>
          <w:b/>
        </w:rPr>
        <w:t xml:space="preserve">[30:24] </w:t>
      </w:r>
      <w:r>
        <w:t>Allah hum ko hamari kamiyon ko door kare, hum ko tofeeq de ke hum wo zindagi guzarein</w:t>
      </w:r>
    </w:p>
    <w:p>
      <w:pPr>
        <w:jc w:val="right"/>
      </w:pPr>
      <w:r>
        <w:t>اللہ ہم کو ہماری کمیوں کو دور کرے، ہم کو توفیق دے کہ ہم وہ زندگی گزاریں</w:t>
      </w:r>
    </w:p>
    <w:p>
      <w:r>
        <w:rPr>
          <w:b/>
        </w:rPr>
        <w:t xml:space="preserve">[30:33] </w:t>
      </w:r>
      <w:r>
        <w:t>jo maut ke baad hum ko paradise mil jaane wali ho. yahi main apne liye dua karta hoon, ya poore audience ke liye dua karta hoon, aur yahi sab ke liye dua karta hoon.</w:t>
      </w:r>
    </w:p>
    <w:p>
      <w:pPr>
        <w:jc w:val="right"/>
      </w:pPr>
      <w:r>
        <w:t>جو موت کے بعد ہم کو پارادائز مل جانے والی ہو۔ یہی میں اپنے لیے دعا کرتا ہوں، یا پورے آڈینس کے لیے دعا کرتا ہوں، اور یہی سب کے لیے دعا کرتا ہوں۔</w:t>
      </w:r>
    </w:p>
    <w:p>
      <w:r>
        <w:rPr>
          <w:b/>
        </w:rPr>
        <w:t xml:space="preserve">[30:48] </w:t>
      </w:r>
      <w:r>
        <w:t>Allah taala mere in alfaaz ko qabool farmaye, aur hum sab ko apni rehmaton ke saaye mein jagah de. Rabbana taqabbal minna innaka antas samee ul aleem, wa tub alaina innaka antat</w:t>
      </w:r>
    </w:p>
    <w:p>
      <w:pPr>
        <w:jc w:val="right"/>
      </w:pPr>
      <w:r>
        <w:t>اللہ تعالی میرے ان الفاظ کو قبول فرمائے، اور ہم سب کو اپنی رحمتوں کے سائے میں جگہ دے۔ ربنا تقبل منا انک انت السمیع العلیم، وتب علینا انک انت الت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