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Thinking May 07, 2006 Maulana Wahiduddin Khan</w:t>
      </w:r>
    </w:p>
    <w:p>
      <w:r>
        <w:t>https://www.youtube.com/watch?v=OlLLhZTVNz4</w:t>
      </w:r>
    </w:p>
    <w:p>
      <w:r>
        <w:rPr>
          <w:b/>
        </w:rPr>
        <w:t xml:space="preserve">[00:14] </w:t>
      </w:r>
      <w:r>
        <w:t>Bismillah Rehman ur Raheem, wa sallallahu ala nabi al kareem. aap jante hain ke Bible, yaani Kitab-e-Mubarak jisko Christian aur jo mante hain,</w:t>
      </w:r>
    </w:p>
    <w:p>
      <w:pPr>
        <w:jc w:val="right"/>
      </w:pPr>
      <w:r>
        <w:t>بسم اللہ الرحمن الرحیم، وصلی اللہ علی النبی الکریم۔ آپ جانتے ہیں کہ بائبل، یعنی کتاب مقدس جس کو کرسچن اور جو مانتے ہیں،</w:t>
      </w:r>
    </w:p>
    <w:p>
      <w:r>
        <w:rPr>
          <w:b/>
        </w:rPr>
        <w:t xml:space="preserve">[00:33] </w:t>
      </w:r>
      <w:r>
        <w:t>is mein anbiya ka kalam hai. agar</w:t>
      </w:r>
    </w:p>
    <w:p>
      <w:pPr>
        <w:jc w:val="right"/>
      </w:pPr>
      <w:r>
        <w:t>اس میں نبیوں کا کلام ہے۔ اگر</w:t>
      </w:r>
    </w:p>
    <w:p>
      <w:r>
        <w:rPr>
          <w:b/>
        </w:rPr>
        <w:t xml:space="preserve">[00:37] </w:t>
      </w:r>
      <w:r>
        <w:t>che is mein bohat kuch changes aa gaye hain, lekin abhi bhi is mein aise kalam hain jin ko padh kar lagta hai ke sach much yeh anbiya hi ka kalam hoga.</w:t>
      </w:r>
    </w:p>
    <w:p>
      <w:pPr>
        <w:jc w:val="right"/>
      </w:pPr>
      <w:r>
        <w:t>چہ اس میں بہت کچھ چینجز آ گئے ہیں، لیکن ابھی بھی اس میں ایسے کلام ہیں جن کو پڑھ کر لگتا ہے کہ سچ مچ یہ نبیوں ہی کا کلام ہوگا۔</w:t>
      </w:r>
    </w:p>
    <w:p>
      <w:r>
        <w:rPr>
          <w:b/>
        </w:rPr>
        <w:t xml:space="preserve">[00:52] </w:t>
      </w:r>
      <w:r>
        <w:t>agarche bible ki historical authenticity bohat ziyada establish nahi hai, lekin aap ke andar agar woh test hai, divine test,</w:t>
      </w:r>
    </w:p>
    <w:p>
      <w:pPr>
        <w:jc w:val="right"/>
      </w:pPr>
      <w:r>
        <w:t>اگرچہ بائبل کی ہسٹوریکل اتھنٹیسٹی بہت زیادہ اسٹیبلش نہیں ہے، لیکن آپ کے اندر اگر وہ ٹیسٹ ہے، ڈیوائن ٹیسٹ،</w:t>
      </w:r>
    </w:p>
    <w:p>
      <w:r>
        <w:rPr>
          <w:b/>
        </w:rPr>
        <w:t xml:space="preserve">[01:07] </w:t>
      </w:r>
      <w:r>
        <w:t>to aap ka dil kahega ke yeh sach much nabiyon ka kalam hai.</w:t>
      </w:r>
    </w:p>
    <w:p>
      <w:pPr>
        <w:jc w:val="right"/>
      </w:pPr>
      <w:r>
        <w:t>تو آپ کا دل کہے گا کہ یہ سچ مچ نبیوں کا کلام ہے۔</w:t>
      </w:r>
    </w:p>
    <w:p>
      <w:r>
        <w:rPr>
          <w:b/>
        </w:rPr>
        <w:t xml:space="preserve">[01:12] </w:t>
      </w:r>
      <w:r>
        <w:t>to is mein aik nabi ki zuban se aik baat aayi hai jo mujh ko bohat ziyada relevant maloom hoti hai.</w:t>
      </w:r>
    </w:p>
    <w:p>
      <w:pPr>
        <w:jc w:val="right"/>
      </w:pPr>
      <w:r>
        <w:t>تو اس میں ایک نبی کی زبان سے ایک بات آئی ہے جو مجھ کو بہت زیادہ ریلیونٹ معلوم ہوتی ہے۔</w:t>
      </w:r>
    </w:p>
    <w:p>
      <w:r>
        <w:rPr>
          <w:b/>
        </w:rPr>
        <w:t xml:space="preserve">[01:25] </w:t>
      </w:r>
      <w:r>
        <w:t>aik nabi ne kaha, nabi ka kalam aap jante hain ke Khuda ka kalam hota hai. Nabi Khuda ki taraf se bolta hai.</w:t>
      </w:r>
    </w:p>
    <w:p>
      <w:pPr>
        <w:jc w:val="right"/>
      </w:pPr>
      <w:r>
        <w:t>ایک نبی نے کہا، نبی کا کلام آپ جانتے ہیں کہ خدا کا کلام ہوتا ہے۔ نبی خدا کی طرف سے بولتا ہے۔</w:t>
      </w:r>
    </w:p>
    <w:p>
      <w:r>
        <w:rPr>
          <w:b/>
        </w:rPr>
        <w:t xml:space="preserve">[01:35] </w:t>
      </w:r>
      <w:r>
        <w:t>nabi ko revelation hota hai.</w:t>
      </w:r>
    </w:p>
    <w:p>
      <w:pPr>
        <w:jc w:val="right"/>
      </w:pPr>
      <w:r>
        <w:t>نبی کو ریویلیشن ہوتا ہے۔</w:t>
      </w:r>
    </w:p>
    <w:p>
      <w:r>
        <w:rPr>
          <w:b/>
        </w:rPr>
        <w:t xml:space="preserve">[01:39] </w:t>
      </w:r>
      <w:r>
        <w:t>Khuda apna kalam reveal karta hai prophet par, to prophet us ko le kar bolta hai. To is mein Khuda ne apni creation mein, zameen o aasman mein,</w:t>
      </w:r>
    </w:p>
    <w:p>
      <w:pPr>
        <w:jc w:val="right"/>
      </w:pPr>
      <w:r>
        <w:t>خدا اپنا کلام ریویل کرتا ہے پرافٹ پر، تو پرافٹ اس کو لے کر بولتا ہے۔ تو اس میں خدا نے اپنی کریشن میں، زمین و آسمان میں،</w:t>
      </w:r>
    </w:p>
    <w:p>
      <w:r>
        <w:rPr>
          <w:b/>
        </w:rPr>
        <w:t xml:space="preserve">[02:00] </w:t>
      </w:r>
      <w:r>
        <w:t>silent language mein sab kuch bata diya.</w:t>
      </w:r>
    </w:p>
    <w:p>
      <w:pPr>
        <w:jc w:val="right"/>
      </w:pPr>
      <w:r>
        <w:t>سائلنٹ لینگویج میں سب کچھ بتا دیا۔</w:t>
      </w:r>
    </w:p>
    <w:p>
      <w:r>
        <w:rPr>
          <w:b/>
        </w:rPr>
        <w:t xml:space="preserve">[02:05] </w:t>
      </w:r>
      <w:r>
        <w:t>har taraf universe apni natural language mein woh sari baatein bol rahi hai jis ko hum revealed book mein parhte hain.</w:t>
      </w:r>
    </w:p>
    <w:p>
      <w:pPr>
        <w:jc w:val="right"/>
      </w:pPr>
      <w:r>
        <w:t>ہر طرف یونیورس اپنی نیچرل لینگویج میں وہ ساری باتیں بول رہی ہے جس کو ہم ریویلڈ بک میں پڑھتے ہیں۔</w:t>
      </w:r>
    </w:p>
    <w:p>
      <w:r>
        <w:rPr>
          <w:b/>
        </w:rPr>
        <w:t xml:space="preserve">[02:21] </w:t>
      </w:r>
      <w:r>
        <w:t>lekin insan is ko sun kar positive response nahi deta.</w:t>
      </w:r>
    </w:p>
    <w:p>
      <w:pPr>
        <w:jc w:val="right"/>
      </w:pPr>
      <w:r>
        <w:t>لیکن انسان اس کو سن کر پازیٹیو رسپانس نہیں دیتا۔</w:t>
      </w:r>
    </w:p>
    <w:p>
      <w:r>
        <w:rPr>
          <w:b/>
        </w:rPr>
        <w:t xml:space="preserve">[02:34] </w:t>
      </w:r>
      <w:r>
        <w:t>jaise Khuda ne zameen mein petrol rakha. Kaisi ajeeb baat hai ke prepared energy, bani banayi energy,</w:t>
      </w:r>
    </w:p>
    <w:p>
      <w:pPr>
        <w:jc w:val="right"/>
      </w:pPr>
      <w:r>
        <w:t>جیسے خدا نے زمین میں پٹرول رکھا۔ کیسی عجیب بات ہے کہ پریپیرڈ انرجی، بنی بنائی انرجی،</w:t>
      </w:r>
    </w:p>
    <w:p>
      <w:r>
        <w:rPr>
          <w:b/>
        </w:rPr>
        <w:t xml:space="preserve">[02:49] </w:t>
      </w:r>
      <w:r>
        <w:t>ke is ko lijiye aur istemal kijiye.</w:t>
      </w:r>
    </w:p>
    <w:p>
      <w:pPr>
        <w:jc w:val="right"/>
      </w:pPr>
      <w:r>
        <w:t>کہ اس کو لیجیے اور استعمال کیجیے۔</w:t>
      </w:r>
    </w:p>
    <w:p>
      <w:r>
        <w:rPr>
          <w:b/>
        </w:rPr>
        <w:t xml:space="preserve">[02:55] </w:t>
      </w:r>
      <w:r>
        <w:t>Kaisi ajeeb cheez hai ke kitna bara process chala nature mein, billion billion saal ka.</w:t>
      </w:r>
    </w:p>
    <w:p>
      <w:pPr>
        <w:jc w:val="right"/>
      </w:pPr>
      <w:r>
        <w:t>کیسی عجیب چیز ہے کہ کتنا بڑا پراسیس چلا نیچر میں، بلین بلین سال کا۔</w:t>
      </w:r>
    </w:p>
    <w:p>
      <w:r>
        <w:rPr>
          <w:b/>
        </w:rPr>
        <w:t xml:space="preserve">[03:06] </w:t>
      </w:r>
      <w:r>
        <w:t>tab ja kar yeh hua ke woh anokhi cheez bane jis ko hum petrol kehte hain ya oil kehte hain.</w:t>
      </w:r>
    </w:p>
    <w:p>
      <w:pPr>
        <w:jc w:val="right"/>
      </w:pPr>
      <w:r>
        <w:t>تب جا کر یہ ہوا کہ وہ انوکھی چیز بنے جس کو ہم پٹرول کہتے ہیں یا آئل کہتے ہیں۔</w:t>
      </w:r>
    </w:p>
    <w:p>
      <w:r>
        <w:rPr>
          <w:b/>
        </w:rPr>
        <w:t xml:space="preserve">[03:18] </w:t>
      </w:r>
      <w:r>
        <w:t>to is ko dekh kar insan kehta hai thrill aana chahiye.</w:t>
      </w:r>
    </w:p>
    <w:p>
      <w:pPr>
        <w:jc w:val="right"/>
      </w:pPr>
      <w:r>
        <w:t>تو اس کو دیکھ کر انسان کہتا ہے تھرل آنا چاہیے۔</w:t>
      </w:r>
    </w:p>
    <w:p>
      <w:r>
        <w:rPr>
          <w:b/>
        </w:rPr>
        <w:t xml:space="preserve">[03:23] </w:t>
      </w:r>
      <w:r>
        <w:t>lekin sirf itna hi kar saka insan ke us ne aik industrial world banayi, us ko expire kar ke paisa kamana shuru kar diya aur motor car o hawajat ke liye ke zariye woh apna dorne laga.</w:t>
      </w:r>
    </w:p>
    <w:p>
      <w:pPr>
        <w:jc w:val="right"/>
      </w:pPr>
      <w:r>
        <w:t>لیکن صرف اتنا ہی کر سکا انسان کہ اس نے ایک انڈسٹریل ورلڈ بنائی، اس کو ایکسپائر کر کے پیسہ کمانا شروع کر دیا اور موٹر کار و حواجات کے لیے کے ذریعے وہ اپنا دوڑنے لگا۔</w:t>
      </w:r>
    </w:p>
    <w:p>
      <w:r>
        <w:rPr>
          <w:b/>
        </w:rPr>
        <w:t xml:space="preserve">[03:41] </w:t>
      </w:r>
      <w:r>
        <w:t>aur Khuda ka shukar us ne ada nahi kiya. To nabi ne kaha, bohat hi anokhi zuban hai.</w:t>
      </w:r>
    </w:p>
    <w:p>
      <w:pPr>
        <w:jc w:val="right"/>
      </w:pPr>
      <w:r>
        <w:t>اور خدا کا شکر اس نے ادا نہیں کیا۔ تو نبی نے کہا، بہت ہی انوکھی زبان ہے۔</w:t>
      </w:r>
    </w:p>
    <w:p>
      <w:r>
        <w:rPr>
          <w:b/>
        </w:rPr>
        <w:t xml:space="preserve">[03:50] </w:t>
      </w:r>
      <w:r>
        <w:t>main ne Arabic word jo hai woh mujh ko yaad hai. Aap jante hain ke bible jo hai har language mein</w:t>
      </w:r>
    </w:p>
    <w:p>
      <w:pPr>
        <w:jc w:val="right"/>
      </w:pPr>
      <w:r>
        <w:t>میں نے عربک ورڈ جو ہے وہ مجھے یاد ہے۔ آپ جانتے ہیں کہ بائبل جو ہے ہر لینگویج میں</w:t>
      </w:r>
    </w:p>
    <w:p>
      <w:r>
        <w:rPr>
          <w:b/>
        </w:rPr>
        <w:t xml:space="preserve">[04:00] </w:t>
      </w:r>
      <w:r>
        <w:t>chhapi gayi hai. To mere paas is ka Arabic version bhi hai. To Arabic version mein jo wording aayi hai woh mujh ko bohat pasand hai.</w:t>
      </w:r>
    </w:p>
    <w:p>
      <w:pPr>
        <w:jc w:val="right"/>
      </w:pPr>
      <w:r>
        <w:t>چھاپی گئی ہے۔ تو میرے پاس اس کا عربک ورژن بھی ہے۔ تو عربک ورژن میں جو ورڈنگ آئی ہے وہ مجھے بہت پسند ہے۔</w:t>
      </w:r>
    </w:p>
    <w:p>
      <w:r>
        <w:rPr>
          <w:b/>
        </w:rPr>
        <w:t xml:space="preserve">[04:09] </w:t>
      </w:r>
      <w:r>
        <w:t>woh is liye main ne is isi ko parh raha hoon aap ke samne.</w:t>
      </w:r>
    </w:p>
    <w:p>
      <w:pPr>
        <w:jc w:val="right"/>
      </w:pPr>
      <w:r>
        <w:t>وہ اس لیے میں نے اس اسی کو پڑھ رہا ہوں آپ کے سامنے۔</w:t>
      </w:r>
    </w:p>
    <w:p>
      <w:r>
        <w:rPr>
          <w:b/>
        </w:rPr>
        <w:t xml:space="preserve">[04:13] </w:t>
      </w:r>
      <w:r>
        <w:t>waise mere paas English bhi hai, Urdu bhi hai. Lekin Arabic version mein jo word hai, jo wording hai woh bari anokhi hai. Woh yeh hai, ana zamarnalakum fama rahasatum wa nadabnalakum fama baqitum.</w:t>
      </w:r>
    </w:p>
    <w:p>
      <w:pPr>
        <w:jc w:val="right"/>
      </w:pPr>
      <w:r>
        <w:t>ویسے میرے پاس انگلش بھی ہے، اردو بھی ہے۔ لیکن عربک ورژن میں جو ورڈ ہے، جو ورڈنگ ہے وہ بڑی انوکھی ہے۔ وہ یہ ہے، انا زمرنالکم فما رخصتم وندبنالکم فما بقیتم۔</w:t>
      </w:r>
    </w:p>
    <w:p>
      <w:r>
        <w:rPr>
          <w:b/>
        </w:rPr>
        <w:t xml:space="preserve">[04:30] </w:t>
      </w:r>
      <w:r>
        <w:t>aik ajeeb ilhami zuban maloom hoti hai. Ana zamarnalakum fama rahasatum wa nadabnalakum fama baqitum.</w:t>
      </w:r>
    </w:p>
    <w:p>
      <w:pPr>
        <w:jc w:val="right"/>
      </w:pPr>
      <w:r>
        <w:t>ایک عجیب الہامی زبان معلوم ہوتی ہے۔ انا زمرنالکم فما رخصتم وندبنالکم فما بقیتم۔</w:t>
      </w:r>
    </w:p>
    <w:p>
      <w:r>
        <w:rPr>
          <w:b/>
        </w:rPr>
        <w:t xml:space="preserve">[04:42] </w:t>
      </w:r>
      <w:r>
        <w:t>is ka translation yeh hai, agar koi aap mein se is ki English janna chahega to main us ko kitab se dekh kar de doonga.</w:t>
      </w:r>
    </w:p>
    <w:p>
      <w:pPr>
        <w:jc w:val="right"/>
      </w:pPr>
      <w:r>
        <w:t>اس کا ٹرانسلیشن یہ ہے، اگر کوئی آپ میں سے اس کی انگلش جاننا چاہے گا تو میں اس کو کتاب سے دیکھ کر دے دوں گا۔</w:t>
      </w:r>
    </w:p>
    <w:p>
      <w:r>
        <w:rPr>
          <w:b/>
        </w:rPr>
        <w:t xml:space="preserve">[04:52] </w:t>
      </w:r>
      <w:r>
        <w:t>is waqt mujh ko is ki English translation yaad nahi hai. Sirf Urdu translation jo hai woh bata</w:t>
      </w:r>
    </w:p>
    <w:p>
      <w:pPr>
        <w:jc w:val="right"/>
      </w:pPr>
      <w:r>
        <w:t>اس وقت مجھے اس کی انگلش ٹرانسلیشن یاد نہیں ہے۔ صرف اردو ٹرانسلیشن جو ہے وہ بتا</w:t>
      </w:r>
    </w:p>
    <w:p>
      <w:r>
        <w:rPr>
          <w:b/>
        </w:rPr>
        <w:t xml:space="preserve">[04:57] </w:t>
      </w:r>
      <w:r>
        <w:t>unga aap ko. Jab main is ko parhta hoon to mera ajeeb haal hota hai. Ana zamarnalakum fama rahasatum wa nadabnalakum fama baqitum.</w:t>
      </w:r>
    </w:p>
    <w:p>
      <w:pPr>
        <w:jc w:val="right"/>
      </w:pPr>
      <w:r>
        <w:t>ؤں گا آپ کو۔ جب میں اس کو پڑھتا ہوں تو میرا عجیب حال ہوتا ہے۔ انا زمرنالکم فما رخصتم وندبنالکم فما بقیتم۔</w:t>
      </w:r>
    </w:p>
    <w:p>
      <w:r>
        <w:rPr>
          <w:b/>
        </w:rPr>
        <w:t xml:space="preserve">[05:07] </w:t>
      </w:r>
      <w:r>
        <w:t>hum ne tumhare liye bansuri bajayi magar tum ne dance nahi kiya.</w:t>
      </w:r>
    </w:p>
    <w:p>
      <w:pPr>
        <w:jc w:val="right"/>
      </w:pPr>
      <w:r>
        <w:t>ہم نے تمہارے لیے بانسری بجائی مگر تم نے ڈانس نہیں کیا۔</w:t>
      </w:r>
    </w:p>
    <w:p>
      <w:r>
        <w:rPr>
          <w:b/>
        </w:rPr>
        <w:t xml:space="preserve">[05:16] </w:t>
      </w:r>
      <w:r>
        <w:t>yeh simbalic language hai.</w:t>
      </w:r>
    </w:p>
    <w:p>
      <w:pPr>
        <w:jc w:val="right"/>
      </w:pPr>
      <w:r>
        <w:t>یہ سمبالک لینگویج ہے۔</w:t>
      </w:r>
    </w:p>
    <w:p>
      <w:r>
        <w:rPr>
          <w:b/>
        </w:rPr>
        <w:t xml:space="preserve">[05:20] </w:t>
      </w:r>
      <w:r>
        <w:t>hum ne tumhare liye bansuri bajai magar tum ne dance nahi kiya.</w:t>
      </w:r>
    </w:p>
    <w:p>
      <w:pPr>
        <w:jc w:val="right"/>
      </w:pPr>
      <w:r>
        <w:t>ہم نے تمہارے لیے بانسری بجائی مگر تم نے ڈانس نہیں کیا۔</w:t>
      </w:r>
    </w:p>
    <w:p>
      <w:r>
        <w:rPr>
          <w:b/>
        </w:rPr>
        <w:t xml:space="preserve">[05:26] </w:t>
      </w:r>
      <w:r>
        <w:t>hum ne tumhare liye nauha kiya magar tum ne aansu nahi bahaye. kaisa ajeeb hai. yani khuda ne is duniya mein aise jalwe rakh diye hain,</w:t>
      </w:r>
    </w:p>
    <w:p>
      <w:pPr>
        <w:jc w:val="right"/>
      </w:pPr>
      <w:r>
        <w:t>ہم نے تمہارے لیے نوحہ کیا مگر تم نے آنسو نہیں بہائے۔ کیسا عجیب ہے۔ یعنی خدا نے اس دنیا میں ایسے جلوے رکھ دیے ہیں،</w:t>
      </w:r>
    </w:p>
    <w:p>
      <w:r>
        <w:rPr>
          <w:b/>
        </w:rPr>
        <w:t xml:space="preserve">[05:42] </w:t>
      </w:r>
      <w:r>
        <w:t>aise science, aise ijn, aise science rakh diye hain jin ko dekh kar aap thrill karne lagain. ek thrilling experience aap ko hone lage ke kaisa great hai woh khuda jis ne aisi anokhi cheez banai.</w:t>
      </w:r>
    </w:p>
    <w:p>
      <w:pPr>
        <w:jc w:val="right"/>
      </w:pPr>
      <w:r>
        <w:t>ایسے سائنس، ایسے آئی جی این، ایسے سائنس رکھ دیے ہیں جن کو دیکھ کر آپ تھرل کرنے لگے۔ ایک تھرلنگ ایکسپیرینس آپ کو ہونے لگے کہ کیسا گریٹ ہے وہ خدا جس نے ایسی انوکھی چیز بنائی۔</w:t>
      </w:r>
    </w:p>
    <w:p>
      <w:r>
        <w:rPr>
          <w:b/>
        </w:rPr>
        <w:t xml:space="preserve">[06:01] </w:t>
      </w:r>
      <w:r>
        <w:t>mein aksar dekhta hoon cheezon ko, mislan grass, ghaas ko mein dekhta hoon to mein sochta hoon ke ghaas ka koi doosra model, koi bhi artist nahi bana sakta.</w:t>
      </w:r>
    </w:p>
    <w:p>
      <w:pPr>
        <w:jc w:val="right"/>
      </w:pPr>
      <w:r>
        <w:t>میں اکثر دیکھتا ہوں چیزوں کو، مثلاً گراس، گھاس کو میں دیکھتا ہوں تو میں سوچتا ہوں کہ گھاس کا کوئی دوسرا ماڈل، کوئی بھی آرٹسٹ نہیں بنا سکتا۔</w:t>
      </w:r>
    </w:p>
    <w:p>
      <w:r>
        <w:rPr>
          <w:b/>
        </w:rPr>
        <w:t xml:space="preserve">[06:14] </w:t>
      </w:r>
      <w:r>
        <w:t>yani ghaas ka jo model hai woh apne final model par hai. woh koi doosra model ghaas ka is se acha nahi bana sakta.</w:t>
      </w:r>
    </w:p>
    <w:p>
      <w:pPr>
        <w:jc w:val="right"/>
      </w:pPr>
      <w:r>
        <w:t>یعنی گھاس کا جو ماڈل ہے وہ اپنے فائنل ماڈل پر ہے۔ وہ کوئی دوسرا ماڈل گھاس کا اس سے اچھا نہیں بنا سکتا۔</w:t>
      </w:r>
    </w:p>
    <w:p>
      <w:r>
        <w:rPr>
          <w:b/>
        </w:rPr>
        <w:t xml:space="preserve">[06:22] </w:t>
      </w:r>
      <w:r>
        <w:t>aap sher ko dekhiye, tiger ko. tiger ka jo model hai, koi artist is se acha model tiger ka nahi bana sakta.</w:t>
      </w:r>
    </w:p>
    <w:p>
      <w:pPr>
        <w:jc w:val="right"/>
      </w:pPr>
      <w:r>
        <w:t>آپ شیر کو دیکھیے، ٹائیگر کو۔ ٹائیگر کا جو ماڈل ہے، کوئی آرٹسٹ اس سے اچھا ماڈل ٹائیگر کا نہیں بنا سکتا۔</w:t>
      </w:r>
    </w:p>
    <w:p>
      <w:r>
        <w:rPr>
          <w:b/>
        </w:rPr>
        <w:t xml:space="preserve">[06:33] </w:t>
      </w:r>
      <w:r>
        <w:t>apne final model par tiger hai. aap peṛ ko dekhiye, machhli ko dekhiye, sun aur moon ko dekhiye, planet star ko dekhiye, kisi bhi cheez ko dekhiye.</w:t>
      </w:r>
    </w:p>
    <w:p>
      <w:pPr>
        <w:jc w:val="right"/>
      </w:pPr>
      <w:r>
        <w:t>اپنے فائنل ماڈل پر ٹائیگر ہے۔ آپ پیڑ کو دیکھیے، مچھلی کو دیکھیے، سن اور مون کو دیکھیے، پلینٹ اسٹار کو دیکھیے، کسی بھی چیز کو دیکھیے۔</w:t>
      </w:r>
    </w:p>
    <w:p>
      <w:r>
        <w:rPr>
          <w:b/>
        </w:rPr>
        <w:t xml:space="preserve">[06:47] </w:t>
      </w:r>
      <w:r>
        <w:t>aap har cheez apne final model par dikhai degi.</w:t>
      </w:r>
    </w:p>
    <w:p>
      <w:pPr>
        <w:jc w:val="right"/>
      </w:pPr>
      <w:r>
        <w:t>آپ ہر چیز اپنے فائنل ماڈل پر دکھائی دے گی۔</w:t>
      </w:r>
    </w:p>
    <w:p>
      <w:r>
        <w:rPr>
          <w:b/>
        </w:rPr>
        <w:t xml:space="preserve">[06:51] </w:t>
      </w:r>
      <w:r>
        <w:t>is par aap dekh kar thrill paida hona chahiye. jo kaha hai ke kaha ke hum ne bansuri bajai, tum tum ne dance nahi kiya. tum ko thrill nahi aya.</w:t>
      </w:r>
    </w:p>
    <w:p>
      <w:pPr>
        <w:jc w:val="right"/>
      </w:pPr>
      <w:r>
        <w:t>اس پر آپ دیکھ کر تھرل پیدا ہونا چاہیے۔ جو کہا ہے کہ کہا کہ ہم نے بانسری بجائی، تم تم نے ڈانس نہیں کیا۔ تم کو تھرل نہیں آیا۔</w:t>
      </w:r>
    </w:p>
    <w:p>
      <w:r>
        <w:rPr>
          <w:b/>
        </w:rPr>
        <w:t xml:space="preserve">[07:05] </w:t>
      </w:r>
      <w:r>
        <w:t>tumhare andar star bhi aa gaya ke khuda ya kaisa ajeeb hoga to kaisi is cheezain bana dali to ne.</w:t>
      </w:r>
    </w:p>
    <w:p>
      <w:pPr>
        <w:jc w:val="right"/>
      </w:pPr>
      <w:r>
        <w:t>تمہارے اندر اسٹار بھی آ گیا کہ خدایا کیسا عجیب ہوگا تو کیسی اس چیزیں بنا ڈالی تو نے۔</w:t>
      </w:r>
    </w:p>
    <w:p>
      <w:r>
        <w:rPr>
          <w:b/>
        </w:rPr>
        <w:t xml:space="preserve">[07:15] </w:t>
      </w:r>
      <w:r>
        <w:t>aur hum to sirf is ka ek fraction jaan paate hain warna is mein kya kya cheezain rakhi hui hain.</w:t>
      </w:r>
    </w:p>
    <w:p>
      <w:pPr>
        <w:jc w:val="right"/>
      </w:pPr>
      <w:r>
        <w:t>اور ہم تو صرف اس کا ایک فریکشن جان پاتے ہیں ورنہ اس میں کیا کیا چیزیں رکھی ہوئی ہیں۔</w:t>
      </w:r>
    </w:p>
    <w:p>
      <w:r>
        <w:rPr>
          <w:b/>
        </w:rPr>
        <w:t xml:space="preserve">[07:26] </w:t>
      </w:r>
      <w:r>
        <w:t>mein ek pata dekh raha tha TV mein. TV aap to nahi dekhta mein lekin natural scene hota hai to dekhta hoon is ko. ek jungle ka scene tha is mein.</w:t>
      </w:r>
    </w:p>
    <w:p>
      <w:pPr>
        <w:jc w:val="right"/>
      </w:pPr>
      <w:r>
        <w:t>میں ایک پتہ دیکھ رہا تھا ٹی وی میں۔ ٹی وی آپ تو نہیں دیکھتا میں لیکن نیچرل سین ہوتا ہے تو دیکھتا ہوں اس کو۔ ایک جنگل کا سین تھا اس میں۔</w:t>
      </w:r>
    </w:p>
    <w:p>
      <w:r>
        <w:rPr>
          <w:b/>
        </w:rPr>
        <w:t xml:space="preserve">[07:35] </w:t>
      </w:r>
      <w:r>
        <w:t>is mein pode the, is mein animal the, chidiya thi.</w:t>
      </w:r>
    </w:p>
    <w:p>
      <w:pPr>
        <w:jc w:val="right"/>
      </w:pPr>
      <w:r>
        <w:t>اس میں پودے تھے، اس میں اینیمل تھے، چڑیا تھی۔</w:t>
      </w:r>
    </w:p>
    <w:p>
      <w:r>
        <w:rPr>
          <w:b/>
        </w:rPr>
        <w:t xml:space="preserve">[07:42] </w:t>
      </w:r>
      <w:r>
        <w:t>itna beautiful lag raha tha, beautiful ke mein bilkul dekhne mein mah ho gaya. aap ne bhi kai bar dekha hoga.</w:t>
      </w:r>
    </w:p>
    <w:p>
      <w:pPr>
        <w:jc w:val="right"/>
      </w:pPr>
      <w:r>
        <w:t>اتنا بیوٹی فل لگ رہا تھا، بیوٹی فل کہ میں بالکل دیکھنے میں ماہ ہو گیا۔ آپ نے بھی کئی بار دیکھا ہوگا۔</w:t>
      </w:r>
    </w:p>
    <w:p>
      <w:r>
        <w:rPr>
          <w:b/>
        </w:rPr>
        <w:t xml:space="preserve">[07:53] </w:t>
      </w:r>
      <w:r>
        <w:t>to yahi kaha ke ana zummar nalakum fama rahasatum. hum ne bansuri bajai magar tum ne dance nahi kiya.</w:t>
      </w:r>
    </w:p>
    <w:p>
      <w:pPr>
        <w:jc w:val="right"/>
      </w:pPr>
      <w:r>
        <w:t>تو یہی کہا کہ انا زمرنالکم فما رخصتم۔ ہم نے بانسری بجائی مگر تم نے ڈانس نہیں کیا۔</w:t>
      </w:r>
    </w:p>
    <w:p>
      <w:r>
        <w:rPr>
          <w:b/>
        </w:rPr>
        <w:t xml:space="preserve">[08:08] </w:t>
      </w:r>
      <w:r>
        <w:t>mein ek martaba radio par sun raha tha ek ek ek ladki ka interview aa raha tha is mein jo bohat pasand karti thi music ko.</w:t>
      </w:r>
    </w:p>
    <w:p>
      <w:pPr>
        <w:jc w:val="right"/>
      </w:pPr>
      <w:r>
        <w:t>میں ایک مرتبہ ریڈیو پر سن رہا تھا ایک ایک ایک لڑکی کا انٹرویو آ رہا تھا اس میں جو بہت پسند کرتی تھی میوزک کو۔</w:t>
      </w:r>
    </w:p>
    <w:p>
      <w:r>
        <w:rPr>
          <w:b/>
        </w:rPr>
        <w:t xml:space="preserve">[08:21] </w:t>
      </w:r>
      <w:r>
        <w:t>to woh keh rahi thi ke kisi ka naam liya us ne ke is ki music mujhe bohat pasand hai. to kehne lagi ke jab is ki music aati hai TV par to mein nachne lagti hoon.</w:t>
      </w:r>
    </w:p>
    <w:p>
      <w:pPr>
        <w:jc w:val="right"/>
      </w:pPr>
      <w:r>
        <w:t>تو وہ کہہ رہی تھی کہ کسی کا نام لیا اس نے کہ اس کی میوزک مجھے بہت پسند ہے۔ تو کہنے لگی کہ جب اس کی میوزک آتی ہے ٹی وی پر تو میں ناچنے لگتی ہوں۔</w:t>
      </w:r>
    </w:p>
    <w:p>
      <w:r>
        <w:rPr>
          <w:b/>
        </w:rPr>
        <w:t xml:space="preserve">[08:33] </w:t>
      </w:r>
      <w:r>
        <w:t>is music ko sun kar ke mujhe yeh haal hota hai ke mein nachne lagti hoon</w:t>
      </w:r>
    </w:p>
    <w:p>
      <w:pPr>
        <w:jc w:val="right"/>
      </w:pPr>
      <w:r>
        <w:t>اس میوزک کو سن کر کے مجھے یہ حال ہوتا ہے کہ میں ناچنے لگتی ہوں</w:t>
      </w:r>
    </w:p>
    <w:p>
      <w:r>
        <w:rPr>
          <w:b/>
        </w:rPr>
        <w:t xml:space="preserve">[08:37] </w:t>
      </w:r>
      <w:r>
        <w:t>. to waqai ke mujhe rone laga mein ke kaise bewakoof log hain. ek insan ke mamooli music ko sun kar tumhein dance, tumhein thrill aa raha hai.</w:t>
      </w:r>
    </w:p>
    <w:p>
      <w:pPr>
        <w:jc w:val="right"/>
      </w:pPr>
      <w:r>
        <w:t>۔ تو واقعی کہ مجھے رونے لگا میں کہ کیسے بیوقوف لوگ ہیں۔ ایک انسان کے معمولی میوزک کو سن کر تمہیں ڈانس، تمہیں تھرل آ رہا ہے۔</w:t>
      </w:r>
    </w:p>
    <w:p>
      <w:r>
        <w:rPr>
          <w:b/>
        </w:rPr>
        <w:t xml:space="preserve">[08:49] </w:t>
      </w:r>
      <w:r>
        <w:t>aur khuda ki billion train time zyada jo bari music hai is par tum ko thrill nahi aata. yahi matlab hai ana zummar nalakum fama rahasatum.</w:t>
      </w:r>
    </w:p>
    <w:p>
      <w:pPr>
        <w:jc w:val="right"/>
      </w:pPr>
      <w:r>
        <w:t>اور خدا کی بلین ٹرین ٹائم زیادہ جو بڑی میوزک ہے اس پر تم کو تھرل نہیں آتا۔ یہی مطلب ہے انا زمرنالکم فما رخصتم۔</w:t>
      </w:r>
    </w:p>
    <w:p>
      <w:r>
        <w:rPr>
          <w:b/>
        </w:rPr>
        <w:t xml:space="preserve">[09:03] </w:t>
      </w:r>
      <w:r>
        <w:t>hum ne tumhare liye bansuri bajai aur tum ne dance nahi kiya. matlab itni beauty paida ki, itni meaning paida ki.</w:t>
      </w:r>
    </w:p>
    <w:p>
      <w:pPr>
        <w:jc w:val="right"/>
      </w:pPr>
      <w:r>
        <w:t>ہم نے تمہارے لیے بانسری بجائی اور تم نے ڈانس نہیں کیا۔ مطلب اتنی بیوٹی پیدا کی، اتنی میننگ پیدا کی۔</w:t>
      </w:r>
    </w:p>
    <w:p>
      <w:r>
        <w:rPr>
          <w:b/>
        </w:rPr>
        <w:t xml:space="preserve">[09:14] </w:t>
      </w:r>
      <w:r>
        <w:t>kya kuch paida kiya ke tum ko thrill aya is ko dekh kar ke magar kuch nahi. wandabinalakum fama baqitum.</w:t>
      </w:r>
    </w:p>
    <w:p>
      <w:pPr>
        <w:jc w:val="right"/>
      </w:pPr>
      <w:r>
        <w:t>کیا کچھ پیدا کیا کہ تم کو تھرل آیا اس کو دیکھ کر کے مگر کچھ نہیں۔ وندبنالکم فما بقیتم۔</w:t>
      </w:r>
    </w:p>
    <w:p>
      <w:r>
        <w:rPr>
          <w:b/>
        </w:rPr>
        <w:t xml:space="preserve">[09:23] </w:t>
      </w:r>
      <w:r>
        <w:t>hum ne nauha kiya magar tum roye nahi. aap dekhiye rozana aise waqiat ho rahe hain</w:t>
      </w:r>
    </w:p>
    <w:p>
      <w:pPr>
        <w:jc w:val="right"/>
      </w:pPr>
      <w:r>
        <w:t>ہم نے نوحہ کیا مگر تم روئے نہیں۔ آپ دیکھیے روزانہ ایسے واقعات ہو رہے ہیں</w:t>
      </w:r>
    </w:p>
    <w:p>
      <w:r>
        <w:rPr>
          <w:b/>
        </w:rPr>
        <w:t xml:space="preserve">[09:33] </w:t>
      </w:r>
      <w:r>
        <w:t>ke aap is par royein ke itna promising character promoth bhajan jo das hazar karor ka asal jis ke pas tha aur jo India ka bara bara political khwab dekhta hoga ek second mein us ko goli lagi aur gir gaya woh.</w:t>
      </w:r>
    </w:p>
    <w:p>
      <w:pPr>
        <w:jc w:val="right"/>
      </w:pPr>
      <w:r>
        <w:t>کہ آپ اس پر روئیں کہ اتنا پرومسنگ کریکٹر پروموتھ بہاجن جو دس ہزار کروڑ کا اصل جس کے پاس تھا اور جو انڈیا کا بڑا بڑا پولیٹیکل خواب دیکھتا ہوگا ایک سیکنڈ میں اس کو گولی لگی اور گر گیا وہ۔</w:t>
      </w:r>
    </w:p>
    <w:p>
      <w:r>
        <w:rPr>
          <w:b/>
        </w:rPr>
        <w:t xml:space="preserve">[09:51] </w:t>
      </w:r>
      <w:r>
        <w:t>ab woh paRa hua hai is mein. yeh yeh woh baat hai is par hum royein ke kya haqeeqat hai hamare maal ki, kya haqeeqat hai hamare building ki, kya haqeeqat hai hamare body ki.</w:t>
      </w:r>
    </w:p>
    <w:p>
      <w:pPr>
        <w:jc w:val="right"/>
      </w:pPr>
      <w:r>
        <w:t>اب وہ پڑا ہوا ہے اس میں۔ یہ یہ وہ بات ہے اس پر ہم روئیں کہ کیا حقیقت ہے ہمارے مال کی، کیا حقیقت ہے ہمارے بلڈنگ کی، کیا حقیقت ہے ہمارے باڈی کی۔</w:t>
      </w:r>
    </w:p>
    <w:p>
      <w:r>
        <w:rPr>
          <w:b/>
        </w:rPr>
        <w:t xml:space="preserve">[10:04] </w:t>
      </w:r>
      <w:r>
        <w:t>ab 15 story ki building is ki khadi hui hai.</w:t>
      </w:r>
    </w:p>
    <w:p>
      <w:pPr>
        <w:jc w:val="right"/>
      </w:pPr>
      <w:r>
        <w:t>اب 15 اسٹوری کی بلڈنگ اس کی کھڑی ہوئی ہے۔</w:t>
      </w:r>
    </w:p>
    <w:p>
      <w:r>
        <w:rPr>
          <w:b/>
        </w:rPr>
        <w:t xml:space="preserve">[10:10] </w:t>
      </w:r>
      <w:r>
        <w:t>aise waqiaat har roz hote hain. kahin accident ki soorat mein, kahin death ki soorat mein, kahin kisi loss ki soorat mein. hazaron waqiaat daily.</w:t>
      </w:r>
    </w:p>
    <w:p>
      <w:pPr>
        <w:jc w:val="right"/>
      </w:pPr>
      <w:r>
        <w:t>ایسے واقعات ہر روز ہوتے ہیں۔ کہیں ایکسیڈنٹ کی صورت میں، کہیں ڈیتھ کی صورت میں، کہیں کسی لاس کی صورت میں۔ ہزاروں واقعات ڈیلی۔</w:t>
      </w:r>
    </w:p>
    <w:p>
      <w:r>
        <w:rPr>
          <w:b/>
        </w:rPr>
        <w:t xml:space="preserve">[10:20] </w:t>
      </w:r>
      <w:r>
        <w:t>to is duniya mein Khuda aise waqiaat karta hai jis ko sun kar aur dekh kar hamein thrill paida ho. aur aise waqiaat karta hai ke is is ko dekh kar hum royein, bilbilayein, kaanpein, tadpein aur Khuda ke Khuda ko yaad karein.</w:t>
      </w:r>
    </w:p>
    <w:p>
      <w:pPr>
        <w:jc w:val="right"/>
      </w:pPr>
      <w:r>
        <w:t>تو اس دنیا میں خدا ایسے واقعات کرتا ہے جس کو سن کر اور دیکھ کر ہمیں تھرل پیدا ہو۔ اور ایسے واقعات کرتا ہے کہ اس اس کو دیکھ کر ہم روئیں، بلبلائیں، کانپیں، تڑپیں اور خدا کے خدا کو یاد کریں۔</w:t>
      </w:r>
    </w:p>
    <w:p>
      <w:r>
        <w:rPr>
          <w:b/>
        </w:rPr>
        <w:t xml:space="preserve">[10:35] </w:t>
      </w:r>
      <w:r>
        <w:t>lekin na to thrill paida hota na tadap paida hoti. yahan tak ke insaan mar jata hai. yeh kaha Bible ke peghambar ne ke ana zumarnalakum fa ma rukhsatum</w:t>
      </w:r>
    </w:p>
    <w:p>
      <w:pPr>
        <w:jc w:val="right"/>
      </w:pPr>
      <w:r>
        <w:t>لیکن نہ تو تھرل پیدا ہوتا نہ تڑپ پیدا ہوتی۔ یہاں تک کہ انسان مر جاتا ہے۔ یہ کہا بائبل کے پیغمبر نے کہ انا زمرنالکم فما رخصتم</w:t>
      </w:r>
    </w:p>
    <w:p>
      <w:r>
        <w:rPr>
          <w:b/>
        </w:rPr>
        <w:t xml:space="preserve">[10:48] </w:t>
      </w:r>
      <w:r>
        <w:t>vindabinalakum fa ma baqitum. hum ne tumhare liye bansuri bajai magar tum ne dance nahi kiya. hum ne tumhare liye nauha kiya.</w:t>
      </w:r>
    </w:p>
    <w:p>
      <w:pPr>
        <w:jc w:val="right"/>
      </w:pPr>
      <w:r>
        <w:t>وندبنالکم فما بقیتم۔ ہم نے تمہارے لیے بانسری بجائی مگر تم نے ڈانس نہیں کیا۔ ہم نے تمہارے لیے نوحہ کیا۔</w:t>
      </w:r>
    </w:p>
    <w:p>
      <w:r>
        <w:rPr>
          <w:b/>
        </w:rPr>
        <w:t xml:space="preserve">[11:00] </w:t>
      </w:r>
      <w:r>
        <w:t>nauha ka matlab hota hai gham ki baat karna, dukh dard ki baat karna. aur tum roye nahi. kaisa ajeeb hai yeh duniya ka tajurba.</w:t>
      </w:r>
    </w:p>
    <w:p>
      <w:pPr>
        <w:jc w:val="right"/>
      </w:pPr>
      <w:r>
        <w:t>نوحہ کا مطلب ہوتا ہے غم کی بات کرنا، دکھ درد کی بات کرنا۔ اور تم روئے نہیں۔ کیسا عجیب ہے یہ دنیا کا تجربہ۔</w:t>
      </w:r>
    </w:p>
    <w:p>
      <w:r>
        <w:rPr>
          <w:b/>
        </w:rPr>
        <w:t xml:space="preserve">[11:15] </w:t>
      </w:r>
      <w:r>
        <w:t>sab se bari cheez hai ke aap sochein.</w:t>
      </w:r>
    </w:p>
    <w:p>
      <w:pPr>
        <w:jc w:val="right"/>
      </w:pPr>
      <w:r>
        <w:t>سب سے بڑی چیز ہے کہ آپ سوچیں۔</w:t>
      </w:r>
    </w:p>
    <w:p>
      <w:r>
        <w:rPr>
          <w:b/>
        </w:rPr>
        <w:t xml:space="preserve">[11:20] </w:t>
      </w:r>
      <w:r>
        <w:t>apni soch ko jagaein. sab se bari cheez hai. koi bhi cheez janna ho to aap mind ke through jante hain is ko.</w:t>
      </w:r>
    </w:p>
    <w:p>
      <w:pPr>
        <w:jc w:val="right"/>
      </w:pPr>
      <w:r>
        <w:t>اپنی سوچ کو جگائیں۔ سب سے بڑی چیز ہے۔ کوئی بھی چیز جاننا ہو تو آپ مائنڈ کے تھرو جانتے ہیں اس کو۔</w:t>
      </w:r>
    </w:p>
    <w:p>
      <w:r>
        <w:rPr>
          <w:b/>
        </w:rPr>
        <w:t xml:space="preserve">[11:32] </w:t>
      </w:r>
      <w:r>
        <w:t>aur soch aap ki zinda agar na ho to aap kuch bhi nahi jaan sakeinge. just like animal jiyeinge aur paas bhar jayeinge.</w:t>
      </w:r>
    </w:p>
    <w:p>
      <w:pPr>
        <w:jc w:val="right"/>
      </w:pPr>
      <w:r>
        <w:t>اور سوچ آپ کی زندہ اگر نہ ہو تو آپ کچھ بھی نہیں جان سکیں گے۔ جسٹ لائک اینیمل جئیں گے اور پاس بھر جائیں گے۔</w:t>
      </w:r>
    </w:p>
    <w:p>
      <w:r>
        <w:rPr>
          <w:b/>
        </w:rPr>
        <w:t xml:space="preserve">[11:42] </w:t>
      </w:r>
      <w:r>
        <w:t>isi nai Dilli mein ek bohat bari cheez hai jis ko dekh kar aap lesson lein.</w:t>
      </w:r>
    </w:p>
    <w:p>
      <w:pPr>
        <w:jc w:val="right"/>
      </w:pPr>
      <w:r>
        <w:t>اسی نئی دہلی میں ایک بہت بڑی چیز ہے جس کو دیکھ کر آپ لیسن لیں۔</w:t>
      </w:r>
    </w:p>
    <w:p>
      <w:r>
        <w:rPr>
          <w:b/>
        </w:rPr>
        <w:t xml:space="preserve">[11:52] </w:t>
      </w:r>
      <w:r>
        <w:t>woh hai nai Dilli ka woh area jo jahan Rashtrapati Bhavan hai. Angrezo ko banai hui bari bari buildingein hain, Parliament House hai, North Block, South Block hai.</w:t>
      </w:r>
    </w:p>
    <w:p>
      <w:pPr>
        <w:jc w:val="right"/>
      </w:pPr>
      <w:r>
        <w:t>وہ ہے نئی دہلی کا وہ ایریا جو جہاں راشپتی بھون ہے۔ انگریزوں کو بنائی ہوئی بڑی بڑی بلڈنگیں ہیں، پارلیمنٹ ہاؤس ہے، نارتھ بلاک، ساؤتھ بلاک ہے۔</w:t>
      </w:r>
    </w:p>
    <w:p>
      <w:r>
        <w:rPr>
          <w:b/>
        </w:rPr>
        <w:t xml:space="preserve">[12:06] </w:t>
      </w:r>
      <w:r>
        <w:t>yeh banwaya tha Britishers ne first world war ke zamane mein.</w:t>
      </w:r>
    </w:p>
    <w:p>
      <w:pPr>
        <w:jc w:val="right"/>
      </w:pPr>
      <w:r>
        <w:t>یہ بنوایا تھا برٹشرز نے فرسٹ ورلڈ وار کے زمانے میں۔</w:t>
      </w:r>
    </w:p>
    <w:p>
      <w:r>
        <w:rPr>
          <w:b/>
        </w:rPr>
        <w:t xml:space="preserve">[12:12] </w:t>
      </w:r>
      <w:r>
        <w:t>us waqt yahan British, Britishers rule karte the India mein. to jis ko aap kehte hain Rashtrapati Bhavan, uska naam tha us waqt Viceregal Lodge.</w:t>
      </w:r>
    </w:p>
    <w:p>
      <w:pPr>
        <w:jc w:val="right"/>
      </w:pPr>
      <w:r>
        <w:t>اس وقت یہاں برٹش، برٹشز رول کرتے تھے انڈیا میں۔ تو جس کو آپ کہتے ہیں راشپتی بھون، اس کا نام تھا اس وقت وائسرگر لاج۔</w:t>
      </w:r>
    </w:p>
    <w:p>
      <w:r>
        <w:rPr>
          <w:b/>
        </w:rPr>
        <w:t xml:space="preserve">[12:24] </w:t>
      </w:r>
      <w:r>
        <w:t>is mein Viceroy rehta tha. to first world war ke zamane mein Britishers ne yeh banaya hai is ko.</w:t>
      </w:r>
    </w:p>
    <w:p>
      <w:pPr>
        <w:jc w:val="right"/>
      </w:pPr>
      <w:r>
        <w:t>اس میں وائسر رہتا تھا۔ تو فرسٹ ورلڈ وار کے زمانے میں برٹشرز نے یہ بنایا ہے اس کو۔</w:t>
      </w:r>
    </w:p>
    <w:p>
      <w:r>
        <w:rPr>
          <w:b/>
        </w:rPr>
        <w:t xml:space="preserve">[12:34] </w:t>
      </w:r>
      <w:r>
        <w:t>jo us waqt ke lehaz se ek anokha is ka design tha, is ka anokha architecture tha. jo shayad duniya mein kahin maujood nahi tha.</w:t>
      </w:r>
    </w:p>
    <w:p>
      <w:pPr>
        <w:jc w:val="right"/>
      </w:pPr>
      <w:r>
        <w:t>جو اس وقت کے لحاظ سے ایک انوکھا اس کا ڈیزائن تھا، اس کا انوکھا آرکیٹیکچر تھا۔ جو شاید دنیا میں کہیں موجود نہیں تھا۔</w:t>
      </w:r>
    </w:p>
    <w:p>
      <w:r>
        <w:rPr>
          <w:b/>
        </w:rPr>
        <w:t xml:space="preserve">[12:46] </w:t>
      </w:r>
      <w:r>
        <w:t>to us zamane mein jab ke ban chuka to France ka ek ek leader India mein aya. France ka ek leader.</w:t>
      </w:r>
    </w:p>
    <w:p>
      <w:pPr>
        <w:jc w:val="right"/>
      </w:pPr>
      <w:r>
        <w:t>تو اس زمانے میں جب کہ بن چکا تو فرانس کا ایک ایک لیڈر انڈیا میں آیا۔ فرانس کا ایک لیڈر۔</w:t>
      </w:r>
    </w:p>
    <w:p>
      <w:r>
        <w:rPr>
          <w:b/>
        </w:rPr>
        <w:t xml:space="preserve">[12:59] </w:t>
      </w:r>
      <w:r>
        <w:t>to us zamane mein</w:t>
      </w:r>
    </w:p>
    <w:p>
      <w:pPr>
        <w:jc w:val="right"/>
      </w:pPr>
      <w:r>
        <w:t>تو اس زمانے میں</w:t>
      </w:r>
    </w:p>
    <w:p>
      <w:r>
        <w:rPr>
          <w:b/>
        </w:rPr>
        <w:t xml:space="preserve">[13:03] </w:t>
      </w:r>
      <w:r>
        <w:t>dekhne ki jo mein number one cheez thi woh nai Din, nai nai Dilli ka woh hissa. to zahir hai ke is ko dikhaya gaya.</w:t>
      </w:r>
    </w:p>
    <w:p>
      <w:pPr>
        <w:jc w:val="right"/>
      </w:pPr>
      <w:r>
        <w:t>دیکھنے کی جو میں نمبر ون چیز تھی وہ نئی دن، نئی نئی دہلی کا وہ حصہ۔ تو ظاہر ہے کہ اس کو دکھایا گیا۔</w:t>
      </w:r>
    </w:p>
    <w:p>
      <w:r>
        <w:rPr>
          <w:b/>
        </w:rPr>
        <w:t xml:space="preserve">[13:15] </w:t>
      </w:r>
      <w:r>
        <w:t>is ke dekh kar is ne ek ajeeb o ghareeb baat kahi thi.</w:t>
      </w:r>
    </w:p>
    <w:p>
      <w:pPr>
        <w:jc w:val="right"/>
      </w:pPr>
      <w:r>
        <w:t>اس کے دیکھ کر اس نے ایک عجیب و غریب بات کہی تھی۔</w:t>
      </w:r>
    </w:p>
    <w:p>
      <w:r>
        <w:rPr>
          <w:b/>
        </w:rPr>
        <w:t xml:space="preserve">[13:20] </w:t>
      </w:r>
      <w:r>
        <w:t>zahir hai ke is ko pasand aya. yani red stone ka woh pura, woh puri duniya.</w:t>
      </w:r>
    </w:p>
    <w:p>
      <w:pPr>
        <w:jc w:val="right"/>
      </w:pPr>
      <w:r>
        <w:t>ظاہر ہے کہ اس کو پسند آیا۔ یعنی ریڈ اسٹون کا وہ پورا، وہ پوری دنیا۔</w:t>
      </w:r>
    </w:p>
    <w:p>
      <w:r>
        <w:rPr>
          <w:b/>
        </w:rPr>
        <w:t xml:space="preserve">[13:28] </w:t>
      </w:r>
      <w:r>
        <w:t>aap jante hain ke woh sab sab ka sab red stone par banaya gaya hai.</w:t>
      </w:r>
    </w:p>
    <w:p>
      <w:pPr>
        <w:jc w:val="right"/>
      </w:pPr>
      <w:r>
        <w:t>آپ جانتے ہیں کہ وہ سب سب کا سب ریڈ اسٹون پر بنایا گیا ہے۔</w:t>
      </w:r>
    </w:p>
    <w:p>
      <w:r>
        <w:rPr>
          <w:b/>
        </w:rPr>
        <w:t xml:space="preserve">[13:35] </w:t>
      </w:r>
      <w:r>
        <w:t>to is ne kaha ke what a magnificent world they built to live.</w:t>
      </w:r>
    </w:p>
    <w:p>
      <w:pPr>
        <w:jc w:val="right"/>
      </w:pPr>
      <w:r>
        <w:t>تو اس نے کہا کہ واٹ ا میگنیفیسٹنٹ ورلڈ دے بلٹ ٹو لیو۔</w:t>
      </w:r>
    </w:p>
    <w:p>
      <w:r>
        <w:rPr>
          <w:b/>
        </w:rPr>
        <w:t xml:space="preserve">[13:43] </w:t>
      </w:r>
      <w:r>
        <w:t>what a magnificent world they built to live.</w:t>
      </w:r>
    </w:p>
    <w:p>
      <w:pPr>
        <w:jc w:val="right"/>
      </w:pPr>
      <w:r>
        <w:t>واٹ ا میگنیفیسٹنٹ ورلڈ دے بلٹ ٹو لیو۔</w:t>
      </w:r>
    </w:p>
    <w:p>
      <w:r>
        <w:rPr>
          <w:b/>
        </w:rPr>
        <w:t xml:space="preserve">[13:50] </w:t>
      </w:r>
      <w:r>
        <w:t>aap jante hain ke France se aghaz hua hai is revolution ka jis ko hum democracy kehte hain. democracy ka matlab hai ke har nation ko yeh right hai ke woh rule kare.</w:t>
      </w:r>
    </w:p>
    <w:p>
      <w:pPr>
        <w:jc w:val="right"/>
      </w:pPr>
      <w:r>
        <w:t>آپ جانتے ہیں کہ فرانسی سے آغاز ہوا ہے اس ریولوشن کا جس کو ہم ڈیموکریسی کہتے ہیں۔ ڈیموکریسی کا مطلب ہے کہ ہر نیشن کو یہ رائٹ ہے کہ وہ رول کرے۔</w:t>
      </w:r>
    </w:p>
    <w:p>
      <w:r>
        <w:rPr>
          <w:b/>
        </w:rPr>
        <w:t xml:space="preserve">[14:10] </w:t>
      </w:r>
      <w:r>
        <w:t>to zahir hai ke india mein britishers ko jana tha. jo naya revolution aa chuka tha.</w:t>
      </w:r>
    </w:p>
    <w:p>
      <w:pPr>
        <w:jc w:val="right"/>
      </w:pPr>
      <w:r>
        <w:t>تو ظاہر ہے کہ انڈیا میں برٹشرز کو جانا تھا۔ جو نیا ریولوشن آ چکا تھا۔</w:t>
      </w:r>
    </w:p>
    <w:p>
      <w:r>
        <w:rPr>
          <w:b/>
        </w:rPr>
        <w:t xml:space="preserve">[14:17] </w:t>
      </w:r>
      <w:r>
        <w:t>ab india ko khud, india khud apne country mein rule karne wala tha. to zahir hai ke jana tha in ko.</w:t>
      </w:r>
    </w:p>
    <w:p>
      <w:pPr>
        <w:jc w:val="right"/>
      </w:pPr>
      <w:r>
        <w:t>اب انڈیا کو خود، انڈیا خود اپنے کنٹری میں رول کرنے والا تھا۔ تو ظاہر ہے کہ جانا تھا ان کو۔</w:t>
      </w:r>
    </w:p>
    <w:p>
      <w:r>
        <w:rPr>
          <w:b/>
        </w:rPr>
        <w:t xml:space="preserve">[14:28] </w:t>
      </w:r>
      <w:r>
        <w:t>bohat din nahi reh sakte the woh. isi ko le kar is ne kaha ke what a magnificent world they built to live. kaisi shandar dunya banai hai logon ne, in logon ne sirf is liye ke is ko chhod kar ek din yeh chale jayen yahan se.</w:t>
      </w:r>
    </w:p>
    <w:p>
      <w:pPr>
        <w:jc w:val="right"/>
      </w:pPr>
      <w:r>
        <w:t>بہت دن نہیں رہ سکتے تھے وہ۔ اسی کو لے کر اس نے کہا کہ واٹ ا میگنیفیسٹنٹ ورلڈ دے بلٹ ٹو لیو۔ کیسی شاندار دنیا بنائی ہے لوگوں نے، ان لوگوں نے صرف اس لیے کہ اس کو چھوڑ کر ایک دن یہ چلے جائیں یہاں سے۔</w:t>
      </w:r>
    </w:p>
    <w:p>
      <w:r>
        <w:rPr>
          <w:b/>
        </w:rPr>
        <w:t xml:space="preserve">[14:44] </w:t>
      </w:r>
      <w:r>
        <w:t>to mein is ko extended sense mein liya mein ne. ke har aadmi yeh kisi ek ki kahani nahi hai. hum mein se har shakhs apni ek dunya banata hai.</w:t>
      </w:r>
    </w:p>
    <w:p>
      <w:pPr>
        <w:jc w:val="right"/>
      </w:pPr>
      <w:r>
        <w:t>تو میں اس کو ایکسٹینڈڈ سینس میں لیا میں نے۔ کہ ہر آدمی یہ کسی ایک کی کہانی نہیں ہے۔ ہم میں سے ہر شخص اپنی ایک دنیا بناتا ہے۔</w:t>
      </w:r>
    </w:p>
    <w:p>
      <w:r>
        <w:rPr>
          <w:b/>
        </w:rPr>
        <w:t xml:space="preserve">[14:55] </w:t>
      </w:r>
      <w:r>
        <w:t>sirf is liye ke woh ek din mar jaye, mar kar chhod kar chala jaye.</w:t>
      </w:r>
    </w:p>
    <w:p>
      <w:pPr>
        <w:jc w:val="right"/>
      </w:pPr>
      <w:r>
        <w:t>صرف اس لیے کہ وہ ایک دن مر جائے، مر کر چھوڑ کر چلا جائے۔</w:t>
      </w:r>
    </w:p>
    <w:p>
      <w:r>
        <w:rPr>
          <w:b/>
        </w:rPr>
        <w:t xml:space="preserve">[15:00] </w:t>
      </w:r>
      <w:r>
        <w:t>har din. is ka ghar, is ka business, is ki carain, is ki aulad. is ka ek shandar ek zindagi.</w:t>
      </w:r>
    </w:p>
    <w:p>
      <w:pPr>
        <w:jc w:val="right"/>
      </w:pPr>
      <w:r>
        <w:t>ہر دن۔ اس کا گھر، اس کا بزنس، اس کی کاریں، اس کی اولاد۔ اس کا ایک شاندار ایک زندگی۔</w:t>
      </w:r>
    </w:p>
    <w:p>
      <w:r>
        <w:rPr>
          <w:b/>
        </w:rPr>
        <w:t xml:space="preserve">[15:15] </w:t>
      </w:r>
      <w:r>
        <w:t>lekin kis liye? zahir hai koi aadmi aisa nahi hai jo hamesha jiye. har ek ko marna hai. to yeh jo is ne kaha tha, hum mein se har ek ke upar yeh apply hota hai.</w:t>
      </w:r>
    </w:p>
    <w:p>
      <w:pPr>
        <w:jc w:val="right"/>
      </w:pPr>
      <w:r>
        <w:t>لیکن کس لیے؟ ظاہر ہے کوئی آدمی ایسا نہیں ہے جو ہمیشہ جیے۔ ہر ایک کو مرنا ہے۔ تو یہ جو اس نے کہا تھا، ہم میں سے ہر ایک کے اوپر یہ اپلائی ہوتا ہے۔</w:t>
      </w:r>
    </w:p>
    <w:p>
      <w:r>
        <w:rPr>
          <w:b/>
        </w:rPr>
        <w:t xml:space="preserve">[15:30] </w:t>
      </w:r>
      <w:r>
        <w:t>hum mein se har ek ke upar ke kaisi dunya banai hai aap ne. kaisi dunya banata hai insaan. halanke use ek din use chhod kar chala jana hai.</w:t>
      </w:r>
    </w:p>
    <w:p>
      <w:pPr>
        <w:jc w:val="right"/>
      </w:pPr>
      <w:r>
        <w:t>ہم میں سے ہر ایک کے اوپر کہ کیسی دنیا بنائی ہے آپ نے۔ کیسی دنیا بناتا ہے انسان۔ حالانکہ اسے ایک دن اسے چھوڑ کر چلا جانا ہے۔</w:t>
      </w:r>
    </w:p>
    <w:p>
      <w:r>
        <w:rPr>
          <w:b/>
        </w:rPr>
        <w:t xml:space="preserve">[15:42] </w:t>
      </w:r>
      <w:r>
        <w:t>to mein samajhta hoon ke</w:t>
      </w:r>
    </w:p>
    <w:p>
      <w:pPr>
        <w:jc w:val="right"/>
      </w:pPr>
      <w:r>
        <w:t>تو میں سمجھتا ہوں کہ</w:t>
      </w:r>
    </w:p>
    <w:p>
      <w:r>
        <w:rPr>
          <w:b/>
        </w:rPr>
        <w:t xml:space="preserve">[15:47] </w:t>
      </w:r>
      <w:r>
        <w:t>agar dekhne wali nigah ho.</w:t>
      </w:r>
    </w:p>
    <w:p>
      <w:pPr>
        <w:jc w:val="right"/>
      </w:pPr>
      <w:r>
        <w:t>اگر دیکھنے والی نگاہ ہو۔</w:t>
      </w:r>
    </w:p>
    <w:p>
      <w:r>
        <w:rPr>
          <w:b/>
        </w:rPr>
        <w:t xml:space="preserve">[15:54] </w:t>
      </w:r>
      <w:r>
        <w:t>jaise ke ek shair ne kaha hai</w:t>
      </w:r>
    </w:p>
    <w:p>
      <w:pPr>
        <w:jc w:val="right"/>
      </w:pPr>
      <w:r>
        <w:t>جیسے کہ ایک شاعر نے کہا ہے</w:t>
      </w:r>
    </w:p>
    <w:p>
      <w:r>
        <w:rPr>
          <w:b/>
        </w:rPr>
        <w:t xml:space="preserve">[15:59] </w:t>
      </w:r>
      <w:r>
        <w:t>barg-e-darakhtan-e-sabz dar nazar-e-hushyar har warq taqshish-e-ma'rifat-e-kirdgar</w:t>
      </w:r>
    </w:p>
    <w:p>
      <w:pPr>
        <w:jc w:val="right"/>
      </w:pPr>
      <w:r>
        <w:t>برگ درختان سبز در نظر ہوشیار ہر ورق تفتیش معرفت کردگار</w:t>
      </w:r>
    </w:p>
    <w:p>
      <w:r>
        <w:rPr>
          <w:b/>
        </w:rPr>
        <w:t xml:space="preserve">[16:17] </w:t>
      </w:r>
      <w:r>
        <w:t>is ka matlab yeh hai</w:t>
      </w:r>
    </w:p>
    <w:p>
      <w:pPr>
        <w:jc w:val="right"/>
      </w:pPr>
      <w:r>
        <w:t>اس کا مطلب یہ ہے</w:t>
      </w:r>
    </w:p>
    <w:p>
      <w:r>
        <w:rPr>
          <w:b/>
        </w:rPr>
        <w:t xml:space="preserve">[16:23] </w:t>
      </w:r>
      <w:r>
        <w:t>ke dunya ki har cheez darakht ke ek patti tak apne andar ek daftar liye hue hain. Khuda ke jalwon ki, Khuda ki parhai ki.</w:t>
      </w:r>
    </w:p>
    <w:p>
      <w:pPr>
        <w:jc w:val="right"/>
      </w:pPr>
      <w:r>
        <w:t>کہ دنیا کی ہر چیز درخت کے ایک پتی تک اپنے اندر ایک دفتر لیے ہوئے ہیں۔ خدا کے جلووں کی، خدا کی پڑھائی کی۔</w:t>
      </w:r>
    </w:p>
    <w:p>
      <w:r>
        <w:rPr>
          <w:b/>
        </w:rPr>
        <w:t xml:space="preserve">[16:38] </w:t>
      </w:r>
      <w:r>
        <w:t>jis aadmi ke andar woh nigah ho jis se woh dekh sake aur is ko padh sake to is mein poora daftar us ko milega us ko padhe woh.</w:t>
      </w:r>
    </w:p>
    <w:p>
      <w:pPr>
        <w:jc w:val="right"/>
      </w:pPr>
      <w:r>
        <w:t>جس آدمی کے اندر وہ نگاہ ہو جس سے وہ دیکھ سکے اور اس کو پڑھ سکے تو اس میں پورا دفتر اس کو ملے گا اس کو پڑھے وہ۔</w:t>
      </w:r>
    </w:p>
    <w:p>
      <w:r>
        <w:rPr>
          <w:b/>
        </w:rPr>
        <w:t xml:space="preserve">[16:48] </w:t>
      </w:r>
      <w:r>
        <w:t>barg-e-darakhtan-e-sabz dar nazar-e-hushyar har warq taqshish-e-ma'rifat-e-kirdgar isi liye hum CPS ke is mein aap ne yeh baat dekhi hogi ke sara focus hum dete hain intellectual development par.</w:t>
      </w:r>
    </w:p>
    <w:p>
      <w:pPr>
        <w:jc w:val="right"/>
      </w:pPr>
      <w:r>
        <w:t>برگ درختان سبز در نظر ہوشیار ہر ورق تفتیش معرفت کردگار اسی لیے ہم سی پی ایس کے اس میں آپ نے یہ بات دیکھی ہوگی کہ سارا فوکس ہم دیتے ہیں انٹلیکچول ڈیولپمنٹ پر۔</w:t>
      </w:r>
    </w:p>
    <w:p>
      <w:r>
        <w:rPr>
          <w:b/>
        </w:rPr>
        <w:t xml:space="preserve">[17:10] </w:t>
      </w:r>
      <w:r>
        <w:t>sara focus. meri apni study ke mutabiq religion jo hai kisi form ka naam nahi hai, ritual ka naam nahi hai, kisi etiquette ka naam nahi hai.</w:t>
      </w:r>
    </w:p>
    <w:p>
      <w:pPr>
        <w:jc w:val="right"/>
      </w:pPr>
      <w:r>
        <w:t>سارا فوکس۔ میری اپنی اسٹڈی کے مطابق ریلیجن جو ہے کسی فارم کا نام نہیں ہے، ریچول کا نام نہیں ہے، کسی ایٹیکیٹ کا نام نہیں ہے۔</w:t>
      </w:r>
    </w:p>
    <w:p>
      <w:r>
        <w:rPr>
          <w:b/>
        </w:rPr>
        <w:t xml:space="preserve">[17:24] </w:t>
      </w:r>
      <w:r>
        <w:t>woh hai spiritual development ka naam, intellectual development ka naam.</w:t>
      </w:r>
    </w:p>
    <w:p>
      <w:pPr>
        <w:jc w:val="right"/>
      </w:pPr>
      <w:r>
        <w:t>وہ ہے اسپیریچول ڈیولپمنٹ کا نام، انٹلیکچول ڈیولپمنٹ کا نام۔</w:t>
      </w:r>
    </w:p>
    <w:p>
      <w:r>
        <w:rPr>
          <w:b/>
        </w:rPr>
        <w:t xml:space="preserve">[17:33] </w:t>
      </w:r>
      <w:r>
        <w:t>aap ke mind ko itna zyada ooncha uthana ke aap badi badi haqiqaton ko samajh saken. mahaz kuch form ko dohrana, kuch rituals ko dohrana isi ka naam religion nahi hai, isi ka naam Islam nahi hai.</w:t>
      </w:r>
    </w:p>
    <w:p>
      <w:pPr>
        <w:jc w:val="right"/>
      </w:pPr>
      <w:r>
        <w:t>آپ کے مائنڈ کو اتنا زیادہ اونچا اٹھانا کہ آپ بڑی بڑی حقیقتوں کو سمجھ سکیں۔ محض کچھ فارم کو دہرانا، کچھ ریچولز کو دہرانا اسی کا نام ریلیجن نہیں ہے، اسی کا نام اسلام نہیں ہے۔</w:t>
      </w:r>
    </w:p>
    <w:p>
      <w:r>
        <w:rPr>
          <w:b/>
        </w:rPr>
        <w:t xml:space="preserve">[17:51] </w:t>
      </w:r>
      <w:r>
        <w:t>to yeh aadmi jo banata hai cheezain is ke peeche kya hota hai? desire hoti hai.</w:t>
      </w:r>
    </w:p>
    <w:p>
      <w:pPr>
        <w:jc w:val="right"/>
      </w:pPr>
      <w:r>
        <w:t>تو یہ آدمی جو بناتا ہے چیزیں اس کے پیچھے کیا ہوتا ہے؟ ڈیزائر ہوتی ہے۔</w:t>
      </w:r>
    </w:p>
    <w:p>
      <w:r>
        <w:rPr>
          <w:b/>
        </w:rPr>
        <w:t xml:space="preserve">[18:00] </w:t>
      </w:r>
      <w:r>
        <w:t>britishers ke dil mein bhi ek desire thi. is ke liye unhon ne yeh dunya banai. isi tarah har ek ke dil mein kuch desire hoti hain. is ke liye woh banata hai jo jitna us ke bas mein hota hai.</w:t>
      </w:r>
    </w:p>
    <w:p>
      <w:pPr>
        <w:jc w:val="right"/>
      </w:pPr>
      <w:r>
        <w:t>برٹشرز کے دل میں بھی ایک ڈیزائر تھی۔ اس کے لیے انہوں نے یہ دنیا بنائی۔ اسی طرح ہر ایک کے دل میں کچھ ڈیزائر ہوتی ہیں۔ اس کے لیے وہ بناتا ہے جو جتنا اس کے بس میں ہوتا ہے۔</w:t>
      </w:r>
    </w:p>
    <w:p>
      <w:r>
        <w:rPr>
          <w:b/>
        </w:rPr>
        <w:t xml:space="preserve">[18:12] </w:t>
      </w:r>
      <w:r>
        <w:t>lekin mein aap ko ek baat sochne ki kehna chahunga.</w:t>
      </w:r>
    </w:p>
    <w:p>
      <w:pPr>
        <w:jc w:val="right"/>
      </w:pPr>
      <w:r>
        <w:t>لیکن میں آپ کو ایک بات سوچنے کی کہنا چاہوں گا۔</w:t>
      </w:r>
    </w:p>
    <w:p>
      <w:r>
        <w:rPr>
          <w:b/>
        </w:rPr>
        <w:t xml:space="preserve">[18:21] </w:t>
      </w:r>
      <w:r>
        <w:t>apne desire ko le kar aap sochiye.</w:t>
      </w:r>
    </w:p>
    <w:p>
      <w:pPr>
        <w:jc w:val="right"/>
      </w:pPr>
      <w:r>
        <w:t>اپنے ڈیزائر کو لے کر آپ سوچیے۔</w:t>
      </w:r>
    </w:p>
    <w:p>
      <w:r>
        <w:rPr>
          <w:b/>
        </w:rPr>
        <w:t xml:space="preserve">[18:24] </w:t>
      </w:r>
      <w:r>
        <w:t>koi bhi desire jo aap ki ho maslan bohat acha khana. ya aur koi cheez jo aap chahte hon bohat achi.</w:t>
      </w:r>
    </w:p>
    <w:p>
      <w:pPr>
        <w:jc w:val="right"/>
      </w:pPr>
      <w:r>
        <w:t>کوئی بھی ڈیزائر جو آپ کی ہو مثلاً بہت اچھا کھانا۔ یا اور کوئی چیز جو آپ چاہتے ہوں بہت اچھی۔</w:t>
      </w:r>
    </w:p>
    <w:p>
      <w:r>
        <w:rPr>
          <w:b/>
        </w:rPr>
        <w:t xml:space="preserve">[18:35] </w:t>
      </w:r>
      <w:r>
        <w:t>aur woh cheez mil jaye aap ko. sab se badi jo kami hai woh yeh hai ke yeh cheezain jo aap apne desire ko poora karne ke liye hasil karte hain woh store nahi kar sakti.</w:t>
      </w:r>
    </w:p>
    <w:p>
      <w:pPr>
        <w:jc w:val="right"/>
      </w:pPr>
      <w:r>
        <w:t>اور وہ چیز مل جائے آپ کو۔ سب سے بڑی جو کمی ہے وہ یہ ہے کہ یہ چیزیں جو آپ اپنے ڈیزائر کو پورا کرنے کے لیے حاصل کرتے ہیں وہ اسٹور نہیں کر سکتی۔</w:t>
      </w:r>
    </w:p>
    <w:p>
      <w:r>
        <w:rPr>
          <w:b/>
        </w:rPr>
        <w:t xml:space="preserve">[18:52] </w:t>
      </w:r>
      <w:r>
        <w:t>mislan aap ne bohat achha khana khaya to khate hue aap ko is ka test mila. lekin is ko aap store nahi kar lete ke kal parson narsoun tak bhi woh aap ko achha lagta rahe.</w:t>
      </w:r>
    </w:p>
    <w:p>
      <w:pPr>
        <w:jc w:val="right"/>
      </w:pPr>
      <w:r>
        <w:t>مثلاً آپ نے بہت اچھا کھانا کھایا تو کھاتے ہوئے آپ کو اس کا ٹیسٹ ملا۔ لیکن اس کو آپ اسٹور نہیں کر لیتے کہ کل پرسوں نرسوں تک بھی وہ آپ کو اچھا لگتا رہے۔</w:t>
      </w:r>
    </w:p>
    <w:p>
      <w:r>
        <w:rPr>
          <w:b/>
        </w:rPr>
        <w:t xml:space="preserve">[19:04] </w:t>
      </w:r>
      <w:r>
        <w:t>koi bhi cheez jise aap enjoy karte hain, koi bhi cheez. x y z. aap sochiye ke jin cheezon se aap ne enjoy kiya kya woh store ho gayeen aap ke is mein?</w:t>
      </w:r>
    </w:p>
    <w:p>
      <w:pPr>
        <w:jc w:val="right"/>
      </w:pPr>
      <w:r>
        <w:t>کوئی بھی چیز جسے آپ انجوائے کرتے ہیں، کوئی بھی چیز۔ ایکس وائی زیڈ۔ آپ سوچیے کہ جن چیزوں سے آپ نے انجوائے کیا کیا وہ اسٹور ہو گئیں آپ کے اس میں؟</w:t>
      </w:r>
    </w:p>
    <w:p>
      <w:r>
        <w:rPr>
          <w:b/>
        </w:rPr>
        <w:t xml:space="preserve">[19:15] </w:t>
      </w:r>
      <w:r>
        <w:t>aaj tak aap is ko is se lutf andoz ho rahe hain?</w:t>
      </w:r>
    </w:p>
    <w:p>
      <w:pPr>
        <w:jc w:val="right"/>
      </w:pPr>
      <w:r>
        <w:t>آج تک آپ اس کو اس سے لطف اندوز ہو رہے ہیں؟</w:t>
      </w:r>
    </w:p>
    <w:p>
      <w:r>
        <w:rPr>
          <w:b/>
        </w:rPr>
        <w:t xml:space="preserve">[19:22] </w:t>
      </w:r>
      <w:r>
        <w:t>yani bohat hi temporary hota hai aap ka enjoyment. aap ki desire jo hai thori dair ke liye is se enjoy kar paati hain.</w:t>
      </w:r>
    </w:p>
    <w:p>
      <w:pPr>
        <w:jc w:val="right"/>
      </w:pPr>
      <w:r>
        <w:t>یعنی بہت ہی ٹیمپرری ہوتا ہے آپ کا انجوائے منٹ۔ آپ کی ڈیزائر جو ہے تھوڑی دیر کے لیے اس سے انجوائے کر پاتی ہیں۔</w:t>
      </w:r>
    </w:p>
    <w:p>
      <w:r>
        <w:rPr>
          <w:b/>
        </w:rPr>
        <w:t xml:space="preserve">[19:32] </w:t>
      </w:r>
      <w:r>
        <w:t>aur is ke baad khatam. yeh ek bohat bari sochne ki baat hai ke jin cheezon ko hum pasand karte hain jise hum enjoy karna chahte hain woh store nahi kar sakti.</w:t>
      </w:r>
    </w:p>
    <w:p>
      <w:pPr>
        <w:jc w:val="right"/>
      </w:pPr>
      <w:r>
        <w:t>اور اس کے بعد ختم۔ یہ ایک بہت بڑی سوچنے کی بات ہے کہ جن چیزوں کو ہم پسند کرتے ہیں جسے ہم انجوائے کرنا چاہتے ہیں وہ اسٹور نہیں کر سکتی۔</w:t>
      </w:r>
    </w:p>
    <w:p>
      <w:r>
        <w:rPr>
          <w:b/>
        </w:rPr>
        <w:t xml:space="preserve">[19:46] </w:t>
      </w:r>
      <w:r>
        <w:t>to kyun hai yeh?</w:t>
      </w:r>
    </w:p>
    <w:p>
      <w:pPr>
        <w:jc w:val="right"/>
      </w:pPr>
      <w:r>
        <w:t>تو کیوں ہے یہ؟</w:t>
      </w:r>
    </w:p>
    <w:p>
      <w:r>
        <w:rPr>
          <w:b/>
        </w:rPr>
        <w:t xml:space="preserve">[19:48] </w:t>
      </w:r>
      <w:r>
        <w:t>woh kon sa tareeqa hai jis se hum is enjoyment ko permanent bana sakein? temporary enjoyment ko permanent bana sakein is ka kya method hai, kya formula hai is ka?</w:t>
      </w:r>
    </w:p>
    <w:p>
      <w:pPr>
        <w:jc w:val="right"/>
      </w:pPr>
      <w:r>
        <w:t>وہ کون سا طریقہ ہے جس سے ہم اس انجوائے منٹ کو پرماننٹ بنا سکیں؟ ٹیمپرری انجوائے منٹ کو پرماننٹ بنا سکیں اس کا کیا میتھڈ ہے، کیا فارمولا ہے اس کا؟</w:t>
      </w:r>
    </w:p>
    <w:p>
      <w:r>
        <w:rPr>
          <w:b/>
        </w:rPr>
        <w:t xml:space="preserve">[20:03] </w:t>
      </w:r>
      <w:r>
        <w:t>yeh har ek ko sochna chahiye. kyunke aap chahte hain ke eternally aap enjoy karein. koi bhi aadmi aisa nahi chahega ke woh thori dair enjoy kare aur is ke baad khatam.</w:t>
      </w:r>
    </w:p>
    <w:p>
      <w:pPr>
        <w:jc w:val="right"/>
      </w:pPr>
      <w:r>
        <w:t>یہ ہر ایک کو سوچنا چاہیے۔ کیونکہ آپ چاہتے ہیں کہ ایٹرنلی آپ انجوائے کریں۔ کوئی بھی آدمی ایسا نہیں چاہے گا کہ وہ تھوڑی دیر انجوائے کرے اور اس کے بعد ختم۔</w:t>
      </w:r>
    </w:p>
    <w:p>
      <w:r>
        <w:rPr>
          <w:b/>
        </w:rPr>
        <w:t xml:space="preserve">[20:16] </w:t>
      </w:r>
      <w:r>
        <w:t>lekin koi bhi cheez jo duniya mein aap hasil karte hain is ke sath yeh kami lagi hui hai ke woh store nahi hoti.</w:t>
      </w:r>
    </w:p>
    <w:p>
      <w:pPr>
        <w:jc w:val="right"/>
      </w:pPr>
      <w:r>
        <w:t>لیکن کوئی بھی چیز جو دنیا میں آپ حاصل کرتے ہیں اس کے ساتھ یہ کمی لگی ہوئی ہے کہ وہ اسٹور نہیں ہوتی۔</w:t>
      </w:r>
    </w:p>
    <w:p>
      <w:r>
        <w:rPr>
          <w:b/>
        </w:rPr>
        <w:t xml:space="preserve">[20:29] </w:t>
      </w:r>
      <w:r>
        <w:t>woh store nahi hoti. to main yeh kahunga ke yeh ek clue hai. clue. is se le kar aap sochen ke kyun hamara enjoyment jo hai woh store nahi hota?</w:t>
      </w:r>
    </w:p>
    <w:p>
      <w:pPr>
        <w:jc w:val="right"/>
      </w:pPr>
      <w:r>
        <w:t>وہ اسٹور نہیں ہوتی۔ تو میں یہ کہوں گا کہ یہ ایک کلو ہے۔ سی ایل یو ای۔ اس سے لے کر آپ سوچیں کہ کیوں ہمارا انجوائے منٹ جو ہے وہ اسٹور نہیں ہوتا؟</w:t>
      </w:r>
    </w:p>
    <w:p>
      <w:r>
        <w:rPr>
          <w:b/>
        </w:rPr>
        <w:t xml:space="preserve">[20:42] </w:t>
      </w:r>
      <w:r>
        <w:t>woh zakhira nahi banta?</w:t>
      </w:r>
    </w:p>
    <w:p>
      <w:pPr>
        <w:jc w:val="right"/>
      </w:pPr>
      <w:r>
        <w:t>وہ ذخیرہ نہیں بنتا؟</w:t>
      </w:r>
    </w:p>
    <w:p>
      <w:r>
        <w:rPr>
          <w:b/>
        </w:rPr>
        <w:t xml:space="preserve">[20:47] </w:t>
      </w:r>
      <w:r>
        <w:t>is clue ko le kar aap sochen to aap ek haqeeqat tak pohnchen ge. woh yeh ke duniya mein jo enjoyment rakha gaya hai hamare liye woh sirf introduction ke liye hai.</w:t>
      </w:r>
    </w:p>
    <w:p>
      <w:pPr>
        <w:jc w:val="right"/>
      </w:pPr>
      <w:r>
        <w:t>اس کلو کو لے کر آپ سوچیں تو آپ ایک حقیقت تک پہنچیں گے۔ وہ یہ کہ دنیا میں جو انجوائے منٹ رکھا گیا ہے ہمارے لیے وہ صرف انٹروڈکشن کے لیے ہے۔</w:t>
      </w:r>
    </w:p>
    <w:p>
      <w:r>
        <w:rPr>
          <w:b/>
        </w:rPr>
        <w:t xml:space="preserve">[21:05] </w:t>
      </w:r>
      <w:r>
        <w:t>paradise ke. yani real jagah jahan hum enjoy kar sakein eternally aur completely woh hai paradise.</w:t>
      </w:r>
    </w:p>
    <w:p>
      <w:pPr>
        <w:jc w:val="right"/>
      </w:pPr>
      <w:r>
        <w:t>پیراڈائز کے۔ یعنی ریل جگہ جہاں ہم انجوائے کر سکیں ایٹرنلی اور کمپلیٹلی وہ ہے پیراڈائز۔</w:t>
      </w:r>
    </w:p>
    <w:p>
      <w:r>
        <w:rPr>
          <w:b/>
        </w:rPr>
        <w:t xml:space="preserve">[21:18] </w:t>
      </w:r>
      <w:r>
        <w:t>aur duniya mein jo hum thora sa enjoy kar paate hain, thora sa is ka test le paate hain. to hindi mein ek lafz hai bara achha woh main yahan use karunga.</w:t>
      </w:r>
    </w:p>
    <w:p>
      <w:pPr>
        <w:jc w:val="right"/>
      </w:pPr>
      <w:r>
        <w:t>اور دنیا میں جو ہم تھوڑا سا انجوائے کر پاتے ہیں، تھوڑا سا اس کا ٹیسٹ لے پاتے ہیں۔ تو ہندی میں ایک لفظ ہے بڑا اچھا وہ میں یہاں یوز کروں گا۔</w:t>
      </w:r>
    </w:p>
    <w:p>
      <w:r>
        <w:rPr>
          <w:b/>
        </w:rPr>
        <w:t xml:space="preserve">[21:29] </w:t>
      </w:r>
      <w:r>
        <w:t>hindi mein ek lafz hai is ko kehte hain bangi. bangi.</w:t>
      </w:r>
    </w:p>
    <w:p>
      <w:pPr>
        <w:jc w:val="right"/>
      </w:pPr>
      <w:r>
        <w:t>ہندی میں ایک لفظ ہے اس کو کہتے ہیں بانگی۔ بانگی۔</w:t>
      </w:r>
    </w:p>
    <w:p>
      <w:r>
        <w:rPr>
          <w:b/>
        </w:rPr>
        <w:t xml:space="preserve">[21:35] </w:t>
      </w:r>
      <w:r>
        <w:t>jaise aap ek sweet tayyar karein koi bohat achhi to thora sa kisi ko dein chakhne ke liye woh bangi hogi. ke aap birthday ko ek bohat itna sab banaya aap ne sweet is mein se thora sa ek matar ke barabar kisi ko diya chakhne ke liye to woh bangi hai woh.</w:t>
      </w:r>
    </w:p>
    <w:p>
      <w:pPr>
        <w:jc w:val="right"/>
      </w:pPr>
      <w:r>
        <w:t>جیسے آپ ایک سویٹ تیار کریں کوئی بہت اچھی تو تھوڑا سا کسی کو دیں چکھنے کے لیے وہ بانگی ہوگی۔ کہ آپ برتھ ڈے کو ایک بہت اتنا سب بنایا آپ نے سویٹ اس میں سے تھوڑا سا ایک مٹر کے برابر کسی کو دیا چکھنے کے لیے تو وہ بانگی ہے وہ۔</w:t>
      </w:r>
    </w:p>
    <w:p>
      <w:r>
        <w:rPr>
          <w:b/>
        </w:rPr>
        <w:t xml:space="preserve">[21:54] </w:t>
      </w:r>
      <w:r>
        <w:t>to main samajhta hoon ke duniya mein jo enjoyment rakha gaya hai woh bangi hai.</w:t>
      </w:r>
    </w:p>
    <w:p>
      <w:pPr>
        <w:jc w:val="right"/>
      </w:pPr>
      <w:r>
        <w:t>تو میں سمجھتا ہوں کہ دنیا میں جو انجوائے منٹ رکھا گیا ہے وہ بانگی ہے۔</w:t>
      </w:r>
    </w:p>
    <w:p>
      <w:r>
        <w:rPr>
          <w:b/>
        </w:rPr>
        <w:t xml:space="preserve">[22:00] </w:t>
      </w:r>
      <w:r>
        <w:t>thora sa is ka fraction is eternal enjoyment ka rakh diya gaya ke aap is ko jaan sakein ke woh kaisa ajeeb hoga woh maqam, woh jagah jis ko paradise kaha jata hai to wahan par</w:t>
      </w:r>
    </w:p>
    <w:p>
      <w:pPr>
        <w:jc w:val="right"/>
      </w:pPr>
      <w:r>
        <w:t>تھوڑا سا اس کا فریکشن اس ایٹرنل انجوائے منٹ کا رکھ دیا گیا کہ آپ اس کو جان سکیں کہ وہ کیسا عجیب ہوگا وہ مقام، وہ جگہ جس کو پیراڈائز کہا جاتا ہے تو وہاں پر</w:t>
      </w:r>
    </w:p>
    <w:p>
      <w:r>
        <w:rPr>
          <w:b/>
        </w:rPr>
        <w:t xml:space="preserve">[22:21] </w:t>
      </w:r>
      <w:r>
        <w:t>hum poori tarah enjoy kar painge.</w:t>
      </w:r>
    </w:p>
    <w:p>
      <w:pPr>
        <w:jc w:val="right"/>
      </w:pPr>
      <w:r>
        <w:t>ہم پوری طرح انجوائے کر پائیں گے۔</w:t>
      </w:r>
    </w:p>
    <w:p>
      <w:r>
        <w:rPr>
          <w:b/>
        </w:rPr>
        <w:t xml:space="preserve">[22:25] </w:t>
      </w:r>
      <w:r>
        <w:t>to ek cheez yeh aap ke ilm mein aayi, ek clue. ke hum jin cheezon se enjoy karne ka bohat shauq rakhte hain aur hum is ko hasil bhi kar lete hain lekin jab hum enjoy karte hain to hum is enjoyment ko store nahi kar paate, is ko zakhira nahi kar paate.</w:t>
      </w:r>
    </w:p>
    <w:p>
      <w:pPr>
        <w:jc w:val="right"/>
      </w:pPr>
      <w:r>
        <w:t>تو ایک چیز یہ آپ کے علم میں آئی، ایک کلو۔ کہ ہم جن چیزوں سے انجوائے کرنے کا بہت شوق رکھتے ہیں اور ہم اس کو حاصل بھی کر لیتے ہیں لیکن جب ہم انجوائے کرتے ہیں تو ہم اس انجوائے منٹ کو اسٹور نہیں کر پاتے، اس کو ذخیرہ نہیں کر پاتے۔</w:t>
      </w:r>
    </w:p>
    <w:p>
      <w:r>
        <w:rPr>
          <w:b/>
        </w:rPr>
        <w:t xml:space="preserve">[22:41] </w:t>
      </w:r>
      <w:r>
        <w:t>thora dair enjoy kiya aur is ke baad khatam. thora dair enjoy kiya aur is ke baad khatam. ab is ko le kar aap sochiye to ek aur clue aap ko milta hai.</w:t>
      </w:r>
    </w:p>
    <w:p>
      <w:pPr>
        <w:jc w:val="right"/>
      </w:pPr>
      <w:r>
        <w:t>تھوڑی دیر انجوائے کیا اور اس کے بعد ختم۔ تھوڑی دیر انجوائے کیا اور اس کے بعد ختم۔ اب اس کو لے کر آپ سوچیے تو ایک اور کلو آپ کو ملتا ہے۔</w:t>
      </w:r>
    </w:p>
    <w:p>
      <w:r>
        <w:rPr>
          <w:b/>
        </w:rPr>
        <w:t xml:space="preserve">[22:51] </w:t>
      </w:r>
      <w:r>
        <w:t>woh clue kya hai?</w:t>
      </w:r>
    </w:p>
    <w:p>
      <w:pPr>
        <w:jc w:val="right"/>
      </w:pPr>
      <w:r>
        <w:t>وہ کلو کیا ہے؟</w:t>
      </w:r>
    </w:p>
    <w:p>
      <w:r>
        <w:rPr>
          <w:b/>
        </w:rPr>
        <w:t xml:space="preserve">[22:55] </w:t>
      </w:r>
      <w:r>
        <w:t>duniya mein har cheez jora jora banai gayi hai, pair. pair. har cheez pair ki surat mein hai.</w:t>
      </w:r>
    </w:p>
    <w:p>
      <w:pPr>
        <w:jc w:val="right"/>
      </w:pPr>
      <w:r>
        <w:t>دنیا میں ہر چیز جوڑا جوڑا بنائی گئی ہے، پیئر۔ پی اے آئی آر پیئر۔ ہر چیز پیئر کی صورت میں ہے۔</w:t>
      </w:r>
    </w:p>
    <w:p>
      <w:r>
        <w:rPr>
          <w:b/>
        </w:rPr>
        <w:t xml:space="preserve">[23:04] </w:t>
      </w:r>
      <w:r>
        <w:t>jaise aap atom hai, atom mein kya hai? positive particle aur negative particle. mil kar pair atom banta hai.</w:t>
      </w:r>
    </w:p>
    <w:p>
      <w:pPr>
        <w:jc w:val="right"/>
      </w:pPr>
      <w:r>
        <w:t>جیسے آپ ایٹم ہے، ایٹم میں کیا ہے؟ پازیٹیو پارٹیکل اور نیگیٹیو پارٹیکل۔ مل کر پیئر ایٹم بنتا ہے۔</w:t>
      </w:r>
    </w:p>
    <w:p>
      <w:r>
        <w:rPr>
          <w:b/>
        </w:rPr>
        <w:t xml:space="preserve">[23:14] </w:t>
      </w:r>
      <w:r>
        <w:t>positive particle aur negative particle mil kar pair banta hai.</w:t>
      </w:r>
    </w:p>
    <w:p>
      <w:pPr>
        <w:jc w:val="right"/>
      </w:pPr>
      <w:r>
        <w:t>پازیٹیو پارٹیکل اور نیگیٹیو پارٹیکل مل کر پیئر بنتا ہے۔</w:t>
      </w:r>
    </w:p>
    <w:p>
      <w:r>
        <w:rPr>
          <w:b/>
        </w:rPr>
        <w:t xml:space="preserve">[23:21] </w:t>
      </w:r>
      <w:r>
        <w:t>magnet jo hai woh south pole aur north pole mil kar ke magnet banta hai. plant mein bhi aap jante hain ke is mein bhi male female hote hain.</w:t>
      </w:r>
    </w:p>
    <w:p>
      <w:pPr>
        <w:jc w:val="right"/>
      </w:pPr>
      <w:r>
        <w:t>میگنیٹ جو ہے وہ ساؤتھ پول اور نارتھ پول مل کر کے میگنیٹ بنتا ہے۔ پلانٹ میں بھی آپ جانتے ہیں کہ اس میں بھی میل فیمیل ہوتے ہیں۔</w:t>
      </w:r>
    </w:p>
    <w:p>
      <w:r>
        <w:rPr>
          <w:b/>
        </w:rPr>
        <w:t xml:space="preserve">[23:30] </w:t>
      </w:r>
      <w:r>
        <w:t>plant mein. animal mein female male female hote hain. insanon mein aap jante hain ke man aur woman hote hain.</w:t>
      </w:r>
    </w:p>
    <w:p>
      <w:pPr>
        <w:jc w:val="right"/>
      </w:pPr>
      <w:r>
        <w:t>پلانٹ میں۔ اینیمل میں فیمیل میل فیمیل ہوتے ہیں۔ انسانوں میں آپ جانتے ہیں کہ مین اور وومن ہوتے ہیں۔</w:t>
      </w:r>
    </w:p>
    <w:p>
      <w:r>
        <w:rPr>
          <w:b/>
        </w:rPr>
        <w:t xml:space="preserve">[23:40] </w:t>
      </w:r>
      <w:r>
        <w:t>yeh sab pair hain. yahan tak ke ab yeh mana jata hai ke jo hamari duniya hai, hamari jo world hai is ka bhi ek pair hai.</w:t>
      </w:r>
    </w:p>
    <w:p>
      <w:pPr>
        <w:jc w:val="right"/>
      </w:pPr>
      <w:r>
        <w:t>یہ سب پیئر ہیں۔ یہاں تک کہ اب یہ مانا جاتا ہے کہ جو ہماری دنیا ہے، ہماری جو ورلڈ ہے اس کا بھی ایک پیئر ہے۔</w:t>
      </w:r>
    </w:p>
    <w:p>
      <w:r>
        <w:rPr>
          <w:b/>
        </w:rPr>
        <w:t xml:space="preserve">[23:50] </w:t>
      </w:r>
      <w:r>
        <w:t>ek positive world hai, ek negative world hai. toh duniya ko jab hum parhte hain, duniya ko jab study karte hain toh pata hota hai ke yahan par pair ka principle hai.</w:t>
      </w:r>
    </w:p>
    <w:p>
      <w:pPr>
        <w:jc w:val="right"/>
      </w:pPr>
      <w:r>
        <w:t>ایک پازیٹیو ورلڈ ہے، ایک نیگیٹیو ورلڈ ہے۔ تو دنیا کو جب ہم پڑھتے ہیں، دنیا کو جب سٹڈی کرتے ہیں تو پتہ ہوتا ہے کہ یہاں پر پیئر کا پرنسپل ہے۔</w:t>
      </w:r>
    </w:p>
    <w:p>
      <w:r>
        <w:rPr>
          <w:b/>
        </w:rPr>
        <w:t xml:space="preserve">[24:02] </w:t>
      </w:r>
      <w:r>
        <w:t>har cheez pair ki shakal mein hai. aur apne joore se mil kar, apne pair se mil kar woh apni apne ko complete karti hai, apni takmeel karti hai.</w:t>
      </w:r>
    </w:p>
    <w:p>
      <w:pPr>
        <w:jc w:val="right"/>
      </w:pPr>
      <w:r>
        <w:t>ہر چیز پیئر کی شکل میں ہے۔ اور اپنے جوڑے سے مل کر، اپنے پیئر سے مل کر وہ اپنی اپنے کو کمپلیٹ کرتی ہے، اپنی تکمیل کرتی ہے۔</w:t>
      </w:r>
    </w:p>
    <w:p>
      <w:r>
        <w:rPr>
          <w:b/>
        </w:rPr>
        <w:t xml:space="preserve">[24:15] </w:t>
      </w:r>
      <w:r>
        <w:t>sirf ek hi exception hai is duniya mein.</w:t>
      </w:r>
    </w:p>
    <w:p>
      <w:pPr>
        <w:jc w:val="right"/>
      </w:pPr>
      <w:r>
        <w:t>صرف ایک ہی ایکسیپشن ہے اس دنیا میں۔</w:t>
      </w:r>
    </w:p>
    <w:p>
      <w:r>
        <w:rPr>
          <w:b/>
        </w:rPr>
        <w:t xml:space="preserve">[24:18] </w:t>
      </w:r>
      <w:r>
        <w:t>woh kya hai hamare desire ka? ke desire toh hai aur fulfillment ka pair nahi maujood. zara ghor kijiye kitni bari baat hai yeh.</w:t>
      </w:r>
    </w:p>
    <w:p>
      <w:pPr>
        <w:jc w:val="right"/>
      </w:pPr>
      <w:r>
        <w:t>وہ کیا ہے ہمارے ڈیزائر کا؟ کہ ڈیزائر تو ہے اور فلفلمنٹ کا پیئر نہیں موجود۔ ذرا غور کیجیے کتنی بڑی بات ہے یہ۔</w:t>
      </w:r>
    </w:p>
    <w:p>
      <w:r>
        <w:rPr>
          <w:b/>
        </w:rPr>
        <w:t xml:space="preserve">[24:28] </w:t>
      </w:r>
      <w:r>
        <w:t>ke wahan negative particle hai toh positive particle bhi hai. female hai toh male bhi hai. aurat hai toh mard bhi hai. positive world hai toh negative world bhi hai.</w:t>
      </w:r>
    </w:p>
    <w:p>
      <w:pPr>
        <w:jc w:val="right"/>
      </w:pPr>
      <w:r>
        <w:t>کہ وہاں نیگیٹیو پارٹیکل ہے تو پازیٹیو پارٹیکل بھی ہے۔ فیمیل ہے تو میل بھی ہے۔ عورت ہے تو مرد بھی ہے۔ پازیٹیو ورلڈ ہے تو نیگیٹیو ورلڈ بھی ہے۔</w:t>
      </w:r>
    </w:p>
    <w:p>
      <w:r>
        <w:rPr>
          <w:b/>
        </w:rPr>
        <w:t xml:space="preserve">[24:42] </w:t>
      </w:r>
      <w:r>
        <w:t>lekin hamare jo hamari jo desires hain woh chahti hain ke in desire ko pura karne ka saman ho. isi ko mein is ka joora keh raha hoon, is ka pair keh raha hoon.</w:t>
      </w:r>
    </w:p>
    <w:p>
      <w:pPr>
        <w:jc w:val="right"/>
      </w:pPr>
      <w:r>
        <w:t>لیکن ہمارے جو ہماری جو ڈیزائرز ہیں وہ چاہتی ہیں کہ ان ڈیزائر کو پورا کرنے کا سامان ہو۔ اسی کو میں اس کا جوڑا کہہ رہا ہوں، اس کا پیئر کہہ رہا ہوں۔</w:t>
      </w:r>
    </w:p>
    <w:p>
      <w:r>
        <w:rPr>
          <w:b/>
        </w:rPr>
        <w:t xml:space="preserve">[24:54] </w:t>
      </w:r>
      <w:r>
        <w:t>hamare desire ka joora. woh kahin hai hi nahi. sirf hai toh baangi hai sirf. thoda sa chakhne ke liye. yaani hamari desire unlimited hai.</w:t>
      </w:r>
    </w:p>
    <w:p>
      <w:pPr>
        <w:jc w:val="right"/>
      </w:pPr>
      <w:r>
        <w:t>ہمارے ڈیزائر کا جوڑا۔ وہ کہیں ہے ہی نہیں۔ صرف ہے تو بانگی ہے صرف۔ تھوڑا سا چکھنے کے لیے۔ یعنی ہماری ڈیزائر ان لمیٹڈ ہے۔</w:t>
      </w:r>
    </w:p>
    <w:p>
      <w:r>
        <w:rPr>
          <w:b/>
        </w:rPr>
        <w:t xml:space="preserve">[25:05] </w:t>
      </w:r>
      <w:r>
        <w:t>koi bhi insan aisa nahi milega aap ko jo sirf limited desire par ko kaafi samajh le. unlimited tor par woh apni desire ki taskeen chahta hai.</w:t>
      </w:r>
    </w:p>
    <w:p>
      <w:pPr>
        <w:jc w:val="right"/>
      </w:pPr>
      <w:r>
        <w:t>کوئی بھی انسان ایسا نہیں ملے گا آپ کو جو صرف لمیٹڈ ڈیزائر پر کو کافی سمجھ لے۔ ان لمیٹڈ طور پر وہ اپنی ڈیزائر کی تسکین چاہتا ہے۔</w:t>
      </w:r>
    </w:p>
    <w:p>
      <w:r>
        <w:rPr>
          <w:b/>
        </w:rPr>
        <w:t xml:space="preserve">[25:18] </w:t>
      </w:r>
      <w:r>
        <w:t>jitni bhi desire hain woh unlimited fulfillment chahti hain. toh woh kahan hai? woh place kahan hai jahan jahan hum ja kar ke apne desire ko unlimited tor par hasil kar sakein?</w:t>
      </w:r>
    </w:p>
    <w:p>
      <w:pPr>
        <w:jc w:val="right"/>
      </w:pPr>
      <w:r>
        <w:t>جتنی بھی ڈیزائر ہیں وہ ان لمیٹڈ فلفلمنٹ چاہتی ہیں۔ تو وہ کہاں ہے؟ وہ پلیس کہاں ہے جہاں جہاں ہم جا کر کے اپنے ڈیزائر کو ان لمیٹڈ طور پر حاصل کر سکیں؟</w:t>
      </w:r>
    </w:p>
    <w:p>
      <w:r>
        <w:rPr>
          <w:b/>
        </w:rPr>
        <w:t xml:space="preserve">[25:35] </w:t>
      </w:r>
      <w:r>
        <w:t>mein America gaya toh wahan ek sahab apne ghar le gaye mujh ko. toh woh Pakistan se aaye aaye the woh. toh unhone kaha ke jab Pakistan se mein America aaya toh bare bare mere khwab the ke yahan par yeh yeh hasil karunga, woh hasil karunga, mein ne bohat mehnat ki, bohat paisa kamaya.</w:t>
      </w:r>
    </w:p>
    <w:p>
      <w:pPr>
        <w:jc w:val="right"/>
      </w:pPr>
      <w:r>
        <w:t>میں امریکہ گیا تو وہاں ایک صاحب اپنے گھر لے گئے مجھ کو۔ تو وہ پاکستان سے آئے آئے تھے وہ۔ تو انہوں نے کہا کہ جب پاکستان سے میں امریکہ آیا تو بڑے بڑے میرے خواب تھے کہ یہاں پر یہ یہ حاصل کروں گا، وہ حاصل کروں گا، میں نے بہت محنت کی، بہت پیسہ کمایا۔</w:t>
      </w:r>
    </w:p>
    <w:p>
      <w:r>
        <w:rPr>
          <w:b/>
        </w:rPr>
        <w:t xml:space="preserve">[25:54] </w:t>
      </w:r>
      <w:r>
        <w:t>ab woh bed par pade hue the. jab mein gaya toh bed par pade hue the. kya hua? un ka ek ladka tha, bachcha, shayad das saal ka hoga.</w:t>
      </w:r>
    </w:p>
    <w:p>
      <w:pPr>
        <w:jc w:val="right"/>
      </w:pPr>
      <w:r>
        <w:t>اب وہ بیڈ پر پڑے ہوئے تھے۔ جب میں گیا تو بیڈ پر پڑے ہوئے تھے۔ کیا ہوا؟ ان کا ایک لڑکا تھا، بچہ، شاید دس سال کا ہوگا۔</w:t>
      </w:r>
    </w:p>
    <w:p>
      <w:r>
        <w:rPr>
          <w:b/>
        </w:rPr>
        <w:t xml:space="preserve">[26:05] </w:t>
      </w:r>
      <w:r>
        <w:t>toh unhone ek din us ko danta, kuch aise maar waar bhi tha, thoda sa kar diya. toh aap jante hain ke in mulkon mein police hoti hai, child abuse.</w:t>
      </w:r>
    </w:p>
    <w:p>
      <w:pPr>
        <w:jc w:val="right"/>
      </w:pPr>
      <w:r>
        <w:t>تو انہوں نے ایک دن اس کو ڈانٹا، کچھ ایسے مار وار بھی تھا، تھوڑا سا کر دیا۔ تو آپ جانتے ہیں کہ ان ملکوں میں پولیس ہوتی ہے، چائلڈ ابیوز۔</w:t>
      </w:r>
    </w:p>
    <w:p>
      <w:r>
        <w:rPr>
          <w:b/>
        </w:rPr>
        <w:t xml:space="preserve">[26:16] </w:t>
      </w:r>
      <w:r>
        <w:t>toh us ne child abuse ka jo department hoga wahan telephone kar diya. ab janab within within minute wahan se gaadi aa kar ke ghar ke samne khadi ho gayi.</w:t>
      </w:r>
    </w:p>
    <w:p>
      <w:pPr>
        <w:jc w:val="right"/>
      </w:pPr>
      <w:r>
        <w:t>تو اس نے چائلڈ ابیوز کا جو ڈیپارٹمنٹ ہوگا وہاں ٹیلی فون کر دیا۔ اب جناب ود ان ود ان منٹ وہاں سے گاڑی آ کر کے گھر کے سامنے کھڑی ہو گئی۔</w:t>
      </w:r>
    </w:p>
    <w:p>
      <w:r>
        <w:rPr>
          <w:b/>
        </w:rPr>
        <w:t xml:space="preserve">[26:28] </w:t>
      </w:r>
      <w:r>
        <w:t>woh child abuse ki gaadi thi woh. toh phir police wale aaye aur khat khat khat utre</w:t>
      </w:r>
    </w:p>
    <w:p>
      <w:pPr>
        <w:jc w:val="right"/>
      </w:pPr>
      <w:r>
        <w:t>وہ چائلڈ ابیوز کی گاڑی تھی وہ۔ تو پھر پولیس والے آئے اور کھٹ کھٹ کھٹ اترے</w:t>
      </w:r>
    </w:p>
    <w:p>
      <w:r>
        <w:rPr>
          <w:b/>
        </w:rPr>
        <w:t xml:space="preserve">[26:33] </w:t>
      </w:r>
      <w:r>
        <w:t>woh. jab unhone dekha toh itna ghabraye woh ke khirki se kood gaye bahar. apne ghar ki khirki se bahar ke bhage. aur hua kya hai ke gir ke un ka paon toot gaya.</w:t>
      </w:r>
    </w:p>
    <w:p>
      <w:pPr>
        <w:jc w:val="right"/>
      </w:pPr>
      <w:r>
        <w:t>وہ۔ جب انہوں نے دیکھا تو اتنا گھبرائے وہ کہ کھڑکی سے کود گئے باہر۔ اپنے گھر کی کھڑکی سے باہر کے بھاگے۔ اور ہوا کیا ہے کہ گر کے ان کا پاؤں ٹوٹ گیا۔</w:t>
      </w:r>
    </w:p>
    <w:p>
      <w:r>
        <w:rPr>
          <w:b/>
        </w:rPr>
        <w:t xml:space="preserve">[26:46] </w:t>
      </w:r>
      <w:r>
        <w:t>aur woh bistre pade hue the. toh unhone kaha ke mein kya kya dream le kar aaya tha America. ab dekh rahe hain aap mein bistre pada hua hoon. is ke maani ke jo desire aap ki hain woh desire jo hai fulfill nahi hoti.</w:t>
      </w:r>
    </w:p>
    <w:p>
      <w:pPr>
        <w:jc w:val="right"/>
      </w:pPr>
      <w:r>
        <w:t>اور وہ بسترے پڑے ہوئے تھے۔ تو انہوں نے کہا کہ میں کیا کیا ڈریم لے کر آیا تھا امریکہ۔ اب دیکھ رہے ہیں آپ میں بسترے پڑا ہوا ہوں۔ اس کے معنی کہ جو ڈیزائر آپ کی ہیں وہ ڈیزائر جو ہے فلفل نہیں ہوتی۔</w:t>
      </w:r>
    </w:p>
    <w:p>
      <w:r>
        <w:rPr>
          <w:b/>
        </w:rPr>
        <w:t xml:space="preserve">[27:03] </w:t>
      </w:r>
      <w:r>
        <w:t>toh yeh desire jo hai in ka ek joora chahiye, in ka ek pair chahiye jahan poori tarah fulfillment mile aap ko. ke woh kahan hai?</w:t>
      </w:r>
    </w:p>
    <w:p>
      <w:pPr>
        <w:jc w:val="right"/>
      </w:pPr>
      <w:r>
        <w:t>تو یہ ڈیزائر جو ہے ان کا ایک جوڑا چاہیے، ان کا ایک پیئر چاہیے جہاں پوری طرح فلفلمنٹ ملے آپ کو۔ کہ وہ کہاں ہے؟</w:t>
      </w:r>
    </w:p>
    <w:p>
      <w:r>
        <w:rPr>
          <w:b/>
        </w:rPr>
        <w:t xml:space="preserve">[27:12] </w:t>
      </w:r>
      <w:r>
        <w:t>yeh ek clue hai. ek clue hai jo batata hai ke kahin na kahin is ka pair hona chahiye. kahin na kahin is ka pair hona chahiye jahan aap ki desire ko fulfillment mile.</w:t>
      </w:r>
    </w:p>
    <w:p>
      <w:pPr>
        <w:jc w:val="right"/>
      </w:pPr>
      <w:r>
        <w:t>یہ ایک کلو ہے۔ ایک کلو ہے جو بتاتا ہے کہ کہیں نہ کہیں اس کا پیئر ہونا چاہیے۔ کہیں نہ کہیں اس کا پیئر ہونا چاہیے جہاں آپ کی ڈیزائر کو فلفلمنٹ ملے۔</w:t>
      </w:r>
    </w:p>
    <w:p>
      <w:r>
        <w:rPr>
          <w:b/>
        </w:rPr>
        <w:t xml:space="preserve">[27:26] </w:t>
      </w:r>
      <w:r>
        <w:t>complete sense mein.</w:t>
      </w:r>
    </w:p>
    <w:p>
      <w:pPr>
        <w:jc w:val="right"/>
      </w:pPr>
      <w:r>
        <w:t>کمپلیٹ سینس میں۔</w:t>
      </w:r>
    </w:p>
    <w:p>
      <w:r>
        <w:rPr>
          <w:b/>
        </w:rPr>
        <w:t xml:space="preserve">[27:28] </w:t>
      </w:r>
      <w:r>
        <w:t>ab yahan par aap ko jab prophet ke zariye bataya jata hai creation plan of god toh creation plan of god mein jab aap paate hain us ko toh aap kehte hain ke haan yeh hai sahi.</w:t>
      </w:r>
    </w:p>
    <w:p>
      <w:pPr>
        <w:jc w:val="right"/>
      </w:pPr>
      <w:r>
        <w:t>اب یہاں پر آپ کو جب پرافٹ کے ذریعے بتایا جاتا ہے کریشن پلانٹ آف گاڈ تو کریشن پلانٹ آف گاڈ میں جب آپ پاتے ہیں اس کو تو آپ کہتے ہیں کہ ہاں یہ ہے صحیح۔</w:t>
      </w:r>
    </w:p>
    <w:p>
      <w:r>
        <w:rPr>
          <w:b/>
        </w:rPr>
        <w:t xml:space="preserve">[27:42] </w:t>
      </w:r>
      <w:r>
        <w:t>kyun ke creation plan of god mein yeh bataya gaya hai ke pre death period mein aap ko sirf baangi milegi. aap ko sirf baangi milegi.</w:t>
      </w:r>
    </w:p>
    <w:p>
      <w:pPr>
        <w:jc w:val="right"/>
      </w:pPr>
      <w:r>
        <w:t>کیونکہ کریشن پلانٹ آف گاڈ میں یہ بتایا گیا ہے کہ پری ڈیتھ پیریڈ میں آپ کو صرف بانگی ملے گی۔ آپ کو صرف بانگی ملے گی۔</w:t>
      </w:r>
    </w:p>
    <w:p>
      <w:r>
        <w:rPr>
          <w:b/>
        </w:rPr>
        <w:t xml:space="preserve">[27:52] </w:t>
      </w:r>
      <w:r>
        <w:t>yaani introduction milega is ka. aur poore maani mein woh milega post death period mein jis ko kehte hain paradise.</w:t>
      </w:r>
    </w:p>
    <w:p>
      <w:pPr>
        <w:jc w:val="right"/>
      </w:pPr>
      <w:r>
        <w:t>یعنی انٹروڈکشن ملے گا اس کا۔ اور پورے معنی میں وہ ملے گا پوسٹ ڈیتھ پیریڈ میں جس کو کہتے ہیں پیراڈائز۔</w:t>
      </w:r>
    </w:p>
    <w:p>
      <w:r>
        <w:rPr>
          <w:b/>
        </w:rPr>
        <w:t xml:space="preserve">[27:59] </w:t>
      </w:r>
      <w:r>
        <w:t>ab dekhen ke yeh creation plant jo hai khuda ka jisko profit ke zariye bataya gaya kitna zyada woh hum ko yani explain karta hai hamare questions ko.</w:t>
      </w:r>
    </w:p>
    <w:p>
      <w:pPr>
        <w:jc w:val="right"/>
      </w:pPr>
      <w:r>
        <w:t>اب دیکھیں کہ یہ کریشن پلانٹ جو ہے خدا کا جس کو پرافٹ کے ذریعے بتایا گیا کتنا زیادہ وہ ہم کو یعنی ایکسپلین کرتا ہے ہمارے کوئسچنز کو۔</w:t>
      </w:r>
    </w:p>
    <w:p>
      <w:r>
        <w:rPr>
          <w:b/>
        </w:rPr>
        <w:t xml:space="preserve">[28:13] </w:t>
      </w:r>
      <w:r>
        <w:t>hamare jo sawalat hain jo hum sochte hain us ko poori tarah explain kar deta hai.</w:t>
      </w:r>
    </w:p>
    <w:p>
      <w:pPr>
        <w:jc w:val="right"/>
      </w:pPr>
      <w:r>
        <w:t>ہمارے جو سوالات ہیں جو ہم سوچتے ہیں اس کو پوری طرح ایکسپلین کر دیتا ہے۔</w:t>
      </w:r>
    </w:p>
    <w:p>
      <w:r>
        <w:rPr>
          <w:b/>
        </w:rPr>
        <w:t xml:space="preserve">[28:21] </w:t>
      </w:r>
      <w:r>
        <w:t>aap jante hain ke is ka explain kar ho jana yani scientific formula yeh hai ke koi cheez, koi question aap ke zehn mein aaya ab is ke baad aap ne is ka ek formula pata chala aap ko woh formula agar aap ke question ko poori tarah explain kar de to is baat ka proof hoga ke woh formula sahi hai.</w:t>
      </w:r>
    </w:p>
    <w:p>
      <w:pPr>
        <w:jc w:val="right"/>
      </w:pPr>
      <w:r>
        <w:t>آپ جانتے ہیں کہ اس کا ایکسپلین کر ہو جانا یعنی سائنٹیفک فارمولا یہ ہے کہ کوئی چیز، کوئی کوئسچن آپ کے ذہن میں آیا اب اس کے بعد آپ نے اس کا ایک فارمولا پتہ چلا آپ کو وہ فارمولا اگر آپ کے کوئسچن کو پوری طرح ایکسپلین کر دے تو اس بات کا پروف ہوگا کہ وہ فارمولا صحیح ہے۔</w:t>
      </w:r>
    </w:p>
    <w:p>
      <w:r>
        <w:rPr>
          <w:b/>
        </w:rPr>
        <w:t xml:space="preserve">[28:49] </w:t>
      </w:r>
      <w:r>
        <w:t>isi barabar evolution theory ko maan liya gaya hai halanke evolution theory ka koi waisa proof nahi hai. woh theory hai sirf. kuch cheezon se unhon ne le kar ke yeh samjha ke zindagi jo hai is se explain ho rahi hai.</w:t>
      </w:r>
    </w:p>
    <w:p>
      <w:pPr>
        <w:jc w:val="right"/>
      </w:pPr>
      <w:r>
        <w:t>اسی برابر ایولوشن تھیوری کو مان لیا گیا ہے حالانکہ ایولوشن تھیوری کا کوئی ویسا پروف نہیں ہے۔ وہ تھیوری ہے صرف۔ کچھ چیزوں سے انہوں نے لے کر کے یہ سمجھا کہ زندگی جو ہے اس سے ایکسپلین ہو رہی ہے۔</w:t>
      </w:r>
    </w:p>
    <w:p>
      <w:r>
        <w:rPr>
          <w:b/>
        </w:rPr>
        <w:t xml:space="preserve">[29:06] </w:t>
      </w:r>
      <w:r>
        <w:t>to is ko maan liya unhon ne. to</w:t>
      </w:r>
    </w:p>
    <w:p>
      <w:pPr>
        <w:jc w:val="right"/>
      </w:pPr>
      <w:r>
        <w:t>تو اس کو مان لیا انہوں نے۔ تو</w:t>
      </w:r>
    </w:p>
    <w:p>
      <w:r>
        <w:rPr>
          <w:b/>
        </w:rPr>
        <w:t xml:space="preserve">[29:09] </w:t>
      </w:r>
      <w:r>
        <w:t>mein yeh kehta hoon ke isi formula ko le kar ke hamare jo questions hain zindagi ke ke mein apne dil mein unlimited desire paata hoon lekin jab mein is ko poora karna chahta hoon to sirf mujhe bangi milti hai.</w:t>
      </w:r>
    </w:p>
    <w:p>
      <w:pPr>
        <w:jc w:val="right"/>
      </w:pPr>
      <w:r>
        <w:t>میں یہ کہتا ہوں کہ اسی فارمولے کو لے کر کے ہمارے جو کوئسچنز ہیں زندگی کے کہ میں اپنے دل میں ان لمیٹڈ ڈیزائر پاتا ہوں لیکن جب میں اس کو پورا کرنا چاہتا ہوں تو صرف مجھے بانگی ملتی ہے۔</w:t>
      </w:r>
    </w:p>
    <w:p>
      <w:r>
        <w:rPr>
          <w:b/>
        </w:rPr>
        <w:t xml:space="preserve">[29:22] </w:t>
      </w:r>
      <w:r>
        <w:t>ab yahan par profit batate hain ke creation plant of god ke mutabiq tum ko sirf bangi milegi yahan aur 60 saal, 50 saal, 70 saal jiyo ge dunya mein.</w:t>
      </w:r>
    </w:p>
    <w:p>
      <w:pPr>
        <w:jc w:val="right"/>
      </w:pPr>
      <w:r>
        <w:t>اب یہاں پر پرافٹ بتاتے ہیں کہ کریشن پلانٹ آف گاڈ کے مطابق تم کو صرف بانگی ملے گی یہاں اور 60 سال، 50 سال، 70 سال جیو گے دنیا میں۔</w:t>
      </w:r>
    </w:p>
    <w:p>
      <w:r>
        <w:rPr>
          <w:b/>
        </w:rPr>
        <w:t xml:space="preserve">[29:33] </w:t>
      </w:r>
      <w:r>
        <w:t>is ke baad jo post death period hai wahan par aap tum ko fulfillment mile g</w:t>
      </w:r>
    </w:p>
    <w:p>
      <w:pPr>
        <w:jc w:val="right"/>
      </w:pPr>
      <w:r>
        <w:t>اس کے بعد جو پوسٹ ڈیتھ پیریڈ ہے وہاں پر آپ تم کو فلفلمنٹ ملے گ</w:t>
      </w:r>
    </w:p>
    <w:p>
      <w:r>
        <w:rPr>
          <w:b/>
        </w:rPr>
        <w:t xml:space="preserve">[29:38] </w:t>
      </w:r>
      <w:r>
        <w:t>a. kyunke aap pair wahan par hain. desire yahan par hai to is ka pair wahan par hai. is tarah se jo exception hai is dunya mein ek cheez ka woh exception khatam ho jata hai.</w:t>
      </w:r>
    </w:p>
    <w:p>
      <w:pPr>
        <w:jc w:val="right"/>
      </w:pPr>
      <w:r>
        <w:t>ا۔ کیونکہ آپ پیئر وہاں پر ہیں۔ ڈیزائر یہاں پر ہے تو اس کا پیئر وہاں پر ہے۔ اس طرح سے جو ایکسیپشن ہے اس دنیا میں ایک چیز کا وہ ایکسیپشن ختم ہو جاتا ہے۔</w:t>
      </w:r>
    </w:p>
    <w:p>
      <w:r>
        <w:rPr>
          <w:b/>
        </w:rPr>
        <w:t xml:space="preserve">[29:50] </w:t>
      </w:r>
      <w:r>
        <w:t>ke sari cheezain apne pair ko le kar ke apne ko complete ki hui hain. to ek exception sirf hai woh hamari desires hain.</w:t>
      </w:r>
    </w:p>
    <w:p>
      <w:pPr>
        <w:jc w:val="right"/>
      </w:pPr>
      <w:r>
        <w:t>کہ ساری چیزیں اپنے پیئر کو لے کر کے اپنے کو کمپلیٹ کی ہوئی ہیں۔ تو ایک ایکسیپشن صرف ہے وہ ہماری ڈیزائرز ہیں۔</w:t>
      </w:r>
    </w:p>
    <w:p>
      <w:r>
        <w:rPr>
          <w:b/>
        </w:rPr>
        <w:t xml:space="preserve">[30:00] </w:t>
      </w:r>
      <w:r>
        <w:t>world of desire. is ka pair nahi tha. ab yahan par aap ko is ka pair dikhai dene lagta hai.</w:t>
      </w:r>
    </w:p>
    <w:p>
      <w:pPr>
        <w:jc w:val="right"/>
      </w:pPr>
      <w:r>
        <w:t>ورلڈ آف ڈیزائر۔ اس کا پیئر نہیں تھا۔ اب یہاں پر آپ کو اس کا پیئر دکھائی دینے لگتا ہے۔</w:t>
      </w:r>
    </w:p>
    <w:p>
      <w:r>
        <w:rPr>
          <w:b/>
        </w:rPr>
        <w:t xml:space="preserve">[30:08] </w:t>
      </w:r>
      <w:r>
        <w:t>is tarah se aap majboor ho jate hain manne par ke yeh jo theory hai jo creation plant of god jis ko hum keh rahe hain woh sach much sahi hai.</w:t>
      </w:r>
    </w:p>
    <w:p>
      <w:pPr>
        <w:jc w:val="right"/>
      </w:pPr>
      <w:r>
        <w:t>اس طرح سے آپ مجبور ہو جاتے ہیں ماننے پر کہ یہ جو تھیوری ہے جو کریشن پلانٹ آف گاڈ جس کو ہم کہہ رہے ہیں وہ سچ مچ صحیح ہے۔</w:t>
      </w:r>
    </w:p>
    <w:p>
      <w:r>
        <w:rPr>
          <w:b/>
        </w:rPr>
        <w:t xml:space="preserve">[30:20] </w:t>
      </w:r>
      <w:r>
        <w:t>kyun? is mein explain ho jati hai zindagi. zindagi ke questions jo hain is mein explain ho jate hain. aur hum is mein woh ek exception hai jo poori universe mein ke ek hi cheez aisi thi jis ka pair nahi mil raha tha.</w:t>
      </w:r>
    </w:p>
    <w:p>
      <w:pPr>
        <w:jc w:val="right"/>
      </w:pPr>
      <w:r>
        <w:t>کیوں؟ اس میں ایکسپلین ہو جاتی ہے زندگی۔ زندگی کے کوئسچنز جو ہیں اس میں ایکسپلین ہو جاتے ہیں۔ اور ہم اس میں وہ ایک ایکسیپشن ہے جو پوری یونیورس میں کہ ایک ہی چیز ایسی تھی جس کا پیئر نہیں مل رہا تھا۔</w:t>
      </w:r>
    </w:p>
    <w:p>
      <w:r>
        <w:rPr>
          <w:b/>
        </w:rPr>
        <w:t xml:space="preserve">[30:37] </w:t>
      </w:r>
      <w:r>
        <w:t>ek chidiyon, ek female chidiya ko male mil gaya. plant, plant mein bhi aap jante hain ke wahan bhi male female hai.</w:t>
      </w:r>
    </w:p>
    <w:p>
      <w:pPr>
        <w:jc w:val="right"/>
      </w:pPr>
      <w:r>
        <w:t>ایک چڑیوں، ایک فیمیل چڑیا کو میل مل گیا۔ پلانٹ، پلانٹ میں بھی آپ جانتے ہیں کہ وہاں بھی میل فیمیل ہے۔</w:t>
      </w:r>
    </w:p>
    <w:p>
      <w:r>
        <w:rPr>
          <w:b/>
        </w:rPr>
        <w:t xml:space="preserve">[30:46] </w:t>
      </w:r>
      <w:r>
        <w:t>insanon mein bhi hai. har ek apne pair ko pa kar apne ko poora ki hui hai. lekin hamari jo desires thin jo world of desire thi woh apna pair nahi pa raha tha.</w:t>
      </w:r>
    </w:p>
    <w:p>
      <w:pPr>
        <w:jc w:val="right"/>
      </w:pPr>
      <w:r>
        <w:t>انسانوں میں بھی ہے۔ ہر ایک اپنے پیئر کو پا کر اپنے کو پورا کی ہوئی ہے۔ لیکن ہماری جو ڈیزائرز تھیں جو ورلڈ آف ڈیزائر تھی وہ اپنا پیئر نہیں پا رہا تھا۔</w:t>
      </w:r>
    </w:p>
    <w:p>
      <w:r>
        <w:rPr>
          <w:b/>
        </w:rPr>
        <w:t xml:space="preserve">[31:02] </w:t>
      </w:r>
      <w:r>
        <w:t>ab jab yeh hamein creation plant of god jo hai khuda ka woh jab introduce karaya gaya, profit ne karaya to hamare paas kaha yeh to pair maujood hai is ka.</w:t>
      </w:r>
    </w:p>
    <w:p>
      <w:pPr>
        <w:jc w:val="right"/>
      </w:pPr>
      <w:r>
        <w:t>اب جب یہ ہمیں کریشن پلانٹ آف گاڈ جو ہے خدا کا وہ جب انٹروڈیوس کرایا گیا، پرافٹ نے کرایا تو ہمارے پاس کہا یہ تو پیئر موجود ہے اس کا۔</w:t>
      </w:r>
    </w:p>
    <w:p>
      <w:r>
        <w:rPr>
          <w:b/>
        </w:rPr>
        <w:t xml:space="preserve">[31:17] </w:t>
      </w:r>
      <w:r>
        <w:t>pre death period mein apne aap ko qualify karo is mein still hone ke liye aur phir post death period mein is mein enjoy karo eternally.</w:t>
      </w:r>
    </w:p>
    <w:p>
      <w:pPr>
        <w:jc w:val="right"/>
      </w:pPr>
      <w:r>
        <w:t>پری ڈیتھ پیریڈ میں اپنے آپ کو کوالیفائی کرو اس میں سٹل ہونے کے لیے اور پھر پوسٹ ڈیتھ پیریڈ میں اس میں انجوائے کرو ایٹرنلی۔</w:t>
      </w:r>
    </w:p>
    <w:p>
      <w:r>
        <w:rPr>
          <w:b/>
        </w:rPr>
        <w:t xml:space="preserve">[31:27] </w:t>
      </w:r>
      <w:r>
        <w:t>to mein samajhta hoon ke agar aadmi apni soch ko zinda kare aur apne mind ko active kare to yaqeenan woh is itminan tak pahunchega ke zindagi bohat hi meaningful hai.</w:t>
      </w:r>
    </w:p>
    <w:p>
      <w:pPr>
        <w:jc w:val="right"/>
      </w:pPr>
      <w:r>
        <w:t>تو میں سمجھتا ہوں کہ اگر آدمی اپنی سوچ کو زندہ کرے اور اپنے مائنڈ کو ایکٹیو کرے تو یقینا وہ اس اطمینان تک پہنچے گا کہ زندگی بہت ہی میننگ فل ہے۔</w:t>
      </w:r>
    </w:p>
    <w:p>
      <w:r>
        <w:rPr>
          <w:b/>
        </w:rPr>
        <w:t xml:space="preserve">[31:49] </w:t>
      </w:r>
      <w:r>
        <w:t>lekin is ki meaningful banne ke liye zaroori hai ke hum khuda ke creation plant ko samjhein aur is creation plant ke mutabiq apni zindagi ki taameer kari</w:t>
      </w:r>
    </w:p>
    <w:p>
      <w:pPr>
        <w:jc w:val="right"/>
      </w:pPr>
      <w:r>
        <w:t>لیکن اس کی میننگ فل بننے کے لیے ضروری ہے کہ ہم خدا کے کریشن پلانٹ کو سمجھیں اور اس کریشن پلانٹ کے مطابق اپنی زندگی کی تعمیر کری</w:t>
      </w:r>
    </w:p>
    <w:p>
      <w:r>
        <w:rPr>
          <w:b/>
        </w:rPr>
        <w:t xml:space="preserve">[31:58] </w:t>
      </w:r>
      <w:r>
        <w:t>n. apni zindagi ko is ke mutabiq dhalen.</w:t>
      </w:r>
    </w:p>
    <w:p>
      <w:pPr>
        <w:jc w:val="right"/>
      </w:pPr>
      <w:r>
        <w:t>ں۔ اپنی زندگی کو اس کے مطابق ڈھالیں۔</w:t>
      </w:r>
    </w:p>
    <w:p>
      <w:r>
        <w:rPr>
          <w:b/>
        </w:rPr>
        <w:t xml:space="preserve">[32:05] </w:t>
      </w:r>
      <w:r>
        <w:t>aqool qooli haza wastaghfirullah ala walim ajmaeen.</w:t>
      </w:r>
    </w:p>
    <w:p>
      <w:pPr>
        <w:jc w:val="right"/>
      </w:pPr>
      <w:r>
        <w:t>اقول قولیھذا واستغفراللہ علی ولم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