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CPS Women Article Discussion 4 September 11, 2022</w:t>
      </w:r>
    </w:p>
    <w:p>
      <w:r>
        <w:t>https://www.youtube.com/watch?v=5Un1Rk-hOVI</w:t>
      </w:r>
    </w:p>
    <w:p>
      <w:r>
        <w:rPr>
          <w:b/>
        </w:rPr>
        <w:t xml:space="preserve">[00:13] </w:t>
      </w:r>
      <w:r>
        <w:t>assalamualikum dear ladies.</w:t>
      </w:r>
    </w:p>
    <w:p>
      <w:pPr>
        <w:jc w:val="right"/>
      </w:pPr>
      <w:r>
        <w:t>अस्सलामालिकुम dear ladies.</w:t>
      </w:r>
    </w:p>
    <w:p>
      <w:r>
        <w:rPr>
          <w:b/>
        </w:rPr>
        <w:t xml:space="preserve">[00:18] </w:t>
      </w:r>
      <w:r>
        <w:t>this is our fifth class aur CTS lady book and alhamdullah by the grace of god and bahut</w:t>
      </w:r>
    </w:p>
    <w:p>
      <w:pPr>
        <w:jc w:val="right"/>
      </w:pPr>
      <w:r>
        <w:t>This is our fifth class और CTS lady book and अलहम्द्रिल्लाह by the grace of god and बहुत</w:t>
      </w:r>
    </w:p>
    <w:p>
      <w:r>
        <w:rPr>
          <w:b/>
        </w:rPr>
        <w:t xml:space="preserve">[00:24] </w:t>
      </w:r>
      <w:r>
        <w:t>zyada allah ka shukr hai aur is team ka shukr hai aur participating ladies ka shukr hai jo</w:t>
      </w:r>
    </w:p>
    <w:p>
      <w:pPr>
        <w:jc w:val="right"/>
      </w:pPr>
      <w:r>
        <w:t>ज़्यादा अल्लाह का शुक्र है और इस team का शुक्र है और participating ladies का शुक्र है जो</w:t>
      </w:r>
    </w:p>
    <w:p>
      <w:r>
        <w:rPr>
          <w:b/>
        </w:rPr>
        <w:t xml:space="preserve">[00:30] </w:t>
      </w:r>
      <w:r>
        <w:t>aap log is platform ko, is session ko bahut zyada successful banane ki koshish mein lagi hui hain</w:t>
      </w:r>
    </w:p>
    <w:p>
      <w:pPr>
        <w:jc w:val="right"/>
      </w:pPr>
      <w:r>
        <w:t>आप लोग इस platform को, इस session को बहुत ज़्यादा successful बनाने की कोशिश में लगी हुई हैं</w:t>
      </w:r>
    </w:p>
    <w:p>
      <w:r>
        <w:rPr>
          <w:b/>
        </w:rPr>
        <w:t xml:space="preserve">[00:36] </w:t>
      </w:r>
      <w:r>
        <w:t>aur inshallah taala aage bhi hum har hafte isi tarah se judte rahenge aur is platform se hum</w:t>
      </w:r>
    </w:p>
    <w:p>
      <w:pPr>
        <w:jc w:val="right"/>
      </w:pPr>
      <w:r>
        <w:t>और इंशालाह तालाह आगे भी हम हर हफ्ते इसी तरह से जुड़ते रहेंगे और इस platform से हम</w:t>
      </w:r>
    </w:p>
    <w:p>
      <w:r>
        <w:rPr>
          <w:b/>
        </w:rPr>
        <w:t xml:space="preserve">[00:42] </w:t>
      </w:r>
      <w:r>
        <w:t>jitna seekh sakte hain, jitna share kar sakte hain aur jitni apni discussion kar sakte hain taaki hamari</w:t>
      </w:r>
    </w:p>
    <w:p>
      <w:pPr>
        <w:jc w:val="right"/>
      </w:pPr>
      <w:r>
        <w:t>जितना सीख सकते हैं, जितना share कर सकते हैं और जितनी अपनी discussion कर सकते हैं ताकि हमारी</w:t>
      </w:r>
    </w:p>
    <w:p>
      <w:r>
        <w:rPr>
          <w:b/>
        </w:rPr>
        <w:t xml:space="preserve">[00:48] </w:t>
      </w:r>
      <w:r>
        <w:t>intellectual development ho.</w:t>
      </w:r>
    </w:p>
    <w:p>
      <w:pPr>
        <w:jc w:val="right"/>
      </w:pPr>
      <w:r>
        <w:t>intellectual development हो.</w:t>
      </w:r>
    </w:p>
    <w:p>
      <w:r>
        <w:rPr>
          <w:b/>
        </w:rPr>
        <w:t xml:space="preserve">[00:54] </w:t>
      </w:r>
      <w:r>
        <w:t>to is mehnat mein is is raaste par hamari mehnat hamesha inshallah jari rahegi aur allah se dua</w:t>
      </w:r>
    </w:p>
    <w:p>
      <w:pPr>
        <w:jc w:val="right"/>
      </w:pPr>
      <w:r>
        <w:t>तो इस मेहनत में इस इस रास्ते पर हमारी मेहनत हमेशा इंशालाह जारी रहेगी और अल्लाह से दुआ</w:t>
      </w:r>
    </w:p>
    <w:p>
      <w:r>
        <w:rPr>
          <w:b/>
        </w:rPr>
        <w:t xml:space="preserve">[01:02] </w:t>
      </w:r>
      <w:r>
        <w:t>hai ki woh hamari is platform ko aur zyada barkat aur rehmat se isko dhankkar ismein khoob zyada</w:t>
      </w:r>
    </w:p>
    <w:p>
      <w:pPr>
        <w:jc w:val="right"/>
      </w:pPr>
      <w:r>
        <w:t>है कि वह हमारी इस platform को और ज़्यादा बरकत और रहमत से इसको ढांपकर इसमें खूब ज़्यादा</w:t>
      </w:r>
    </w:p>
    <w:p>
      <w:r>
        <w:rPr>
          <w:b/>
        </w:rPr>
        <w:t xml:space="preserve">[01:10] </w:t>
      </w:r>
      <w:r>
        <w:t>duniya aur hair after ki khoob zyada hamein tarakki de.</w:t>
      </w:r>
    </w:p>
    <w:p>
      <w:pPr>
        <w:jc w:val="right"/>
      </w:pPr>
      <w:r>
        <w:t>दुनिया और hair after की खूब ज़्यादा हमें तरक्की दे.</w:t>
      </w:r>
    </w:p>
    <w:p>
      <w:r>
        <w:rPr>
          <w:b/>
        </w:rPr>
        <w:t xml:space="preserve">[01:18] </w:t>
      </w:r>
      <w:r>
        <w:t>to main shuru karti hoon paimeda apa ko invite karti hoon ki is session ko woh shuru karein.</w:t>
      </w:r>
    </w:p>
    <w:p>
      <w:pPr>
        <w:jc w:val="right"/>
      </w:pPr>
      <w:r>
        <w:t>तो मैं शुरू करती हूं पैमेदा आपा को invite करती हूं कि इस session को वह शुरू करें.</w:t>
      </w:r>
    </w:p>
    <w:p>
      <w:r>
        <w:rPr>
          <w:b/>
        </w:rPr>
        <w:t xml:space="preserve">[01:27] </w:t>
      </w:r>
      <w:r>
        <w:t>Jazakallah shaviya. Bismillah hirrahmani rahim. Khuda ki kainath mein sabse badi ibadat tha. Hadees mein aaya hai ke ek ghadi ka sochna sattar baras ki ibadat se afzal hai.</w:t>
      </w:r>
    </w:p>
    <w:p>
      <w:pPr>
        <w:jc w:val="right"/>
      </w:pPr>
      <w:r>
        <w:t>जज़ाख़ल्लाह शविया. बिस्मिल्लाह ही रहनानी रही. खुदा की कायनाथ में सबसे बड़ी इबादत था. हदीस में आया है कि एक घड़ी का सोचना सत्तर बरस की इबादत से अवज़ल है.</w:t>
      </w:r>
    </w:p>
    <w:p>
      <w:r>
        <w:rPr>
          <w:b/>
        </w:rPr>
        <w:t xml:space="preserve">[01:47] </w:t>
      </w:r>
      <w:r>
        <w:t>ek hadith mein hai ki jo shakhs tanhai mein allah ko yaad kare, woh aisa hai jaise akela</w:t>
      </w:r>
    </w:p>
    <w:p>
      <w:pPr>
        <w:jc w:val="right"/>
      </w:pPr>
      <w:r>
        <w:t>एक हदीस में है कि जो शख़्स तन्हाई में अल्लाह को याद करें, वह ऐसा है जैसे अकेला</w:t>
      </w:r>
    </w:p>
    <w:p>
      <w:r>
        <w:rPr>
          <w:b/>
        </w:rPr>
        <w:t xml:space="preserve">[01:53] </w:t>
      </w:r>
      <w:r>
        <w:t>kuffar ke muqable mein chal diya hai.</w:t>
      </w:r>
    </w:p>
    <w:p>
      <w:pPr>
        <w:jc w:val="right"/>
      </w:pPr>
      <w:r>
        <w:t>कफार के मुकाबले में चल दिया है.</w:t>
      </w:r>
    </w:p>
    <w:p>
      <w:r>
        <w:rPr>
          <w:b/>
        </w:rPr>
        <w:t xml:space="preserve">[01:59] </w:t>
      </w:r>
      <w:r>
        <w:t>ek hadish ke muqable saat aadmi woh hain jinko allah us din apne saaye ke neeche jaga dega</w:t>
      </w:r>
    </w:p>
    <w:p>
      <w:pPr>
        <w:jc w:val="right"/>
      </w:pPr>
      <w:r>
        <w:t>एक हदीश के मुकाबले सात आदमी वह हैं जिनको अल्लाह उस दिन अपने साए के नीचे जगा देगा</w:t>
      </w:r>
    </w:p>
    <w:p>
      <w:r>
        <w:rPr>
          <w:b/>
        </w:rPr>
        <w:t xml:space="preserve">[02:06] </w:t>
      </w:r>
      <w:r>
        <w:t>jabki uske saaye ke siwa koi saaya na hoga.</w:t>
      </w:r>
    </w:p>
    <w:p>
      <w:pPr>
        <w:jc w:val="right"/>
      </w:pPr>
      <w:r>
        <w:t>जबकि उसके साएं के सिवा कोई साया ना होगा.</w:t>
      </w:r>
    </w:p>
    <w:p>
      <w:r>
        <w:rPr>
          <w:b/>
        </w:rPr>
        <w:t xml:space="preserve">[02:12] </w:t>
      </w:r>
      <w:r>
        <w:t>unmein se ek woh hai jo allah ko tanhai mein yaad kare aur uski aankh se aansu behtar.</w:t>
      </w:r>
    </w:p>
    <w:p>
      <w:pPr>
        <w:jc w:val="right"/>
      </w:pPr>
      <w:r>
        <w:t>उनमें से एक वह है जो अल्लाह को तन्हाई में याद करें और उसकी आंख से आंसू बेहतर.</w:t>
      </w:r>
    </w:p>
    <w:p>
      <w:r>
        <w:rPr>
          <w:b/>
        </w:rPr>
        <w:t xml:space="preserve">[02:19] </w:t>
      </w:r>
      <w:r>
        <w:t>ek hadish mein hai ki kyaamat ke din ek aawaaz dene wala aawaaz dega ki aql wale log kahan hain? log poochhenge aql wale kaun hain?</w:t>
      </w:r>
    </w:p>
    <w:p>
      <w:pPr>
        <w:jc w:val="right"/>
      </w:pPr>
      <w:r>
        <w:t>एक हदीश में है कि क्यामत के दिन एक आवाज़ देने वाला आवाज़ देगा कि अक्ल वाले लोग कहां हैं? लोग पूछेंगे अक्ल वाले कौन हैं?</w:t>
      </w:r>
    </w:p>
    <w:p>
      <w:r>
        <w:rPr>
          <w:b/>
        </w:rPr>
        <w:t xml:space="preserve">[02:31] </w:t>
      </w:r>
      <w:r>
        <w:t>jawab diya jayega woh log jo allah ko khade baithe aur lete yaad karte rahe aur aasman aur</w:t>
      </w:r>
    </w:p>
    <w:p>
      <w:pPr>
        <w:jc w:val="right"/>
      </w:pPr>
      <w:r>
        <w:t>जवाब दिया जाएगा वो लोग जो अल्लाह को खड़े बैठे और लेटे याद करते रहे और आसमान और</w:t>
      </w:r>
    </w:p>
    <w:p>
      <w:r>
        <w:rPr>
          <w:b/>
        </w:rPr>
        <w:t xml:space="preserve">[02:39] </w:t>
      </w:r>
      <w:r>
        <w:t>zameen ki takhleek mein gaur karte the aur keh uthte the khudaaya toh ne inko inko avasya paida</w:t>
      </w:r>
    </w:p>
    <w:p>
      <w:pPr>
        <w:jc w:val="right"/>
      </w:pPr>
      <w:r>
        <w:t>ज़मीन की तकलीफ में गौर करते थे और कह उठते थे कोदाया तो ने उनको इनको अवस्य पैदा</w:t>
      </w:r>
    </w:p>
    <w:p>
      <w:r>
        <w:rPr>
          <w:b/>
        </w:rPr>
        <w:t xml:space="preserve">[02:47] </w:t>
      </w:r>
      <w:r>
        <w:t>nahin kiya toh paath hai bas humko jahannum ke azaab se bacha ki bina bhi duniya ke ne</w:t>
      </w:r>
    </w:p>
    <w:p>
      <w:pPr>
        <w:jc w:val="right"/>
      </w:pPr>
      <w:r>
        <w:t>नहीं किया तो पाठ है बस हमको जहन्न के अजाब से बचा कि बिना भी दुनिया के ने</w:t>
      </w:r>
    </w:p>
    <w:p>
      <w:r>
        <w:rPr>
          <w:b/>
        </w:rPr>
        <w:t xml:space="preserve">[02:55] </w:t>
      </w:r>
      <w:r>
        <w:t>ek marusya dwayat nakal kiya hai ki nabi sallallahu alaihi wasallam ne ek baar sahaba ki ek jamaat ke paas aaye.</w:t>
      </w:r>
    </w:p>
    <w:p>
      <w:pPr>
        <w:jc w:val="right"/>
      </w:pPr>
      <w:r>
        <w:t>एक मरुस्य दिवायत नकल किया है कि नवी सल्लाह में एक बार सहाबा की एक जमात के पास आए.</w:t>
      </w:r>
    </w:p>
    <w:p>
      <w:r>
        <w:rPr>
          <w:b/>
        </w:rPr>
        <w:t xml:space="preserve">[03:04] </w:t>
      </w:r>
      <w:r>
        <w:t>wah log chipchap baithe hue the. aapne farmaya, kya soch rahe ho? unhone jawab diya allah ki maflookaat mein gaur kar rahe hain. aapne farmaya? haan, allah ki zaat mein gaur na karo. allah ki mein gaur kya karo. abu huraira nabbis allah niwasalam se nakal karte hain ki ek shakhs chhat par leta hua aasman usi kaaron ko dekh raha tha.</w:t>
      </w:r>
    </w:p>
    <w:p>
      <w:pPr>
        <w:jc w:val="right"/>
      </w:pPr>
      <w:r>
        <w:t>वह लोग चिपचाप बैठे हुए थे. आपने फरमाया, क्या सोच रहे हो? उन्होंने जवाब दिया अल्लाह की मफलुकात में गौर कर रहे हैं. आपने फरमाया? हां, अल्लाह की जात में गौर ना करो. अल्लाह की में गौर क्या करो. अबू हुरैरा नब्बीस अल्लाह निवासलम से नकल करते हैं कि एक शख्स छत पर लेटा हुआ आसमान उसी कारों को देख रहा था.</w:t>
      </w:r>
    </w:p>
    <w:p>
      <w:r>
        <w:rPr>
          <w:b/>
        </w:rPr>
        <w:t xml:space="preserve">[03:33] </w:t>
      </w:r>
      <w:r>
        <w:t>us par khuda ki azmat ka tasar paaye hua aur bola, khuda ki yeh pasand mujhe yakeen hai</w:t>
      </w:r>
    </w:p>
    <w:p>
      <w:pPr>
        <w:jc w:val="right"/>
      </w:pPr>
      <w:r>
        <w:t>उस पर खुदा की अज़मत का तासुर पाएं हुआ और बोला, खुदा की यह पसंद मुझे यकीन है</w:t>
      </w:r>
    </w:p>
    <w:p>
      <w:r>
        <w:rPr>
          <w:b/>
        </w:rPr>
        <w:t xml:space="preserve">[03:39] </w:t>
      </w:r>
      <w:r>
        <w:t>ki tumhara paida karne wala kuch zaroor hai.</w:t>
      </w:r>
    </w:p>
    <w:p>
      <w:pPr>
        <w:jc w:val="right"/>
      </w:pPr>
      <w:r>
        <w:t>कि तुम्हारा पैदा करने वाला कुछ ज़रूर है.</w:t>
      </w:r>
    </w:p>
    <w:p>
      <w:r>
        <w:rPr>
          <w:b/>
        </w:rPr>
        <w:t xml:space="preserve">[03:45] </w:t>
      </w:r>
      <w:r>
        <w:t>ae allah toh mujhe bakhsh de.</w:t>
      </w:r>
    </w:p>
    <w:p>
      <w:pPr>
        <w:jc w:val="right"/>
      </w:pPr>
      <w:r>
        <w:t>ऐ अल्लाह तो मुझे बख्श दे.</w:t>
      </w:r>
    </w:p>
    <w:p>
      <w:r>
        <w:rPr>
          <w:b/>
        </w:rPr>
        <w:t xml:space="preserve">[03:51] </w:t>
      </w:r>
      <w:r>
        <w:t>khuda ki rehmat uski taraf mat uzza hui aur wo bakhsh diya gaya.</w:t>
      </w:r>
    </w:p>
    <w:p>
      <w:pPr>
        <w:jc w:val="right"/>
      </w:pPr>
      <w:r>
        <w:t>खुदा की रहमत उसकी तरफ मत उज्जा हुई और वो बख्श दिया गया.</w:t>
      </w:r>
    </w:p>
    <w:p>
      <w:r>
        <w:rPr>
          <w:b/>
        </w:rPr>
        <w:t xml:space="preserve">[03:57] </w:t>
      </w:r>
      <w:r>
        <w:t>ab kehte hain ek saath ka vote ek lambe ka vote tamam raat ki ibadat se awsar hai.</w:t>
      </w:r>
    </w:p>
    <w:p>
      <w:pPr>
        <w:jc w:val="right"/>
      </w:pPr>
      <w:r>
        <w:t>अब कहते हैं एक साथ का वोट एक लंबे का वोट तमाम रात की इबादत से अवसर है.</w:t>
      </w:r>
    </w:p>
    <w:p>
      <w:r>
        <w:rPr>
          <w:b/>
        </w:rPr>
        <w:t xml:space="preserve">[04:04] </w:t>
      </w:r>
      <w:r>
        <w:t>ab main darda se puchha gaya ki abu darda ki mahboon ibadat kya thi? farmaya gaurufikr. abu faila ki ek nivaayat hai ki navi sallah niwashalah ne farmaya. ek saat ka gaurufikr saath bars ki ebaadat se afzam hai. hazar daisha rajilla se marzi hai ki navi ne farmaya.</w:t>
      </w:r>
    </w:p>
    <w:p>
      <w:pPr>
        <w:jc w:val="right"/>
      </w:pPr>
      <w:r>
        <w:t>अब मैं दर्दा से पुछा गया कि अबू दर्दा की महबून इबादत क्या थी? फरमाया गौरूफिक्र. अबू फरैला की एक निवायत है कि नवी सुल्लाह निवश्लाह ने फरमाया. एक सात का गौरूफिक्र साठ बरस की एबादत से अफ़्ज़म है. हज़र दाइशा रजिल्ला से मर्ज़ी है कि नवी ने फ़रमाया.</w:t>
      </w:r>
    </w:p>
    <w:p>
      <w:r>
        <w:rPr>
          <w:b/>
        </w:rPr>
        <w:t xml:space="preserve">[04:31] </w:t>
      </w:r>
      <w:r>
        <w:t>allah ki wah makhvi yaad jis wah farishte bhi na sul sake. uska sawal sattar darja zyada hai. ibadawind samit ne se napkal kiya hai ki behtareen zikr khamosh zikr hai aur behtareen vist wah hai jo prafayad ka darja rakhta hai. ek hadish ke mutabik aapne farmaya ki allah ko wo zikr faamil se yaad kiya karo.</w:t>
      </w:r>
    </w:p>
    <w:p>
      <w:pPr>
        <w:jc w:val="right"/>
      </w:pPr>
      <w:r>
        <w:t>अल्लाह की वह मख्वी याद जिस वह फरिश्ते भी ना सुल सके. उसका सवाल सत्तर दर्जा ज़्यादा है. इबादाविंद सामित ने से नपकल किया है कि बेहतरीन ज़िक्र खामोश ज़िक्र है और बेहतरीन विस्त वह है जो प्रफ़ायद का दर्जा रखता है. एक हदीश के मुताबिक आपने फरमाया कि अल्लाह को वो ज़िक्र फामिल से याद किया करो.</w:t>
      </w:r>
    </w:p>
    <w:p>
      <w:r>
        <w:rPr>
          <w:b/>
        </w:rPr>
        <w:t xml:space="preserve">[04:59] </w:t>
      </w:r>
      <w:r>
        <w:t>puchha gaya zikr faamil kya hai? farmaya makkfi yaad, famoshi se akele mein. yahi wah zikr yaadadena hi hai jiske bare mein shaad hua hai ki jo aisa kare uske guna maaf ho jate hain. khah wo samandar ke jhaag ke barabar hain.</w:t>
      </w:r>
    </w:p>
    <w:p>
      <w:pPr>
        <w:jc w:val="right"/>
      </w:pPr>
      <w:r>
        <w:t>पुछा गया ज़िक्र फामिल क्या है? फरमाया मक्फी याद, फामोशी से अकेले में. यही वह ज़िक्र याददेना ही है जिसके बारे में शाद हुआ है कि जो ऐसा करे उसके गुना माफ हो जाते हैं. खाह वह समंदर के झाग के बराबर हैं.</w:t>
      </w:r>
    </w:p>
    <w:p>
      <w:r>
        <w:rPr>
          <w:b/>
        </w:rPr>
        <w:t xml:space="preserve">[05:27] </w:t>
      </w:r>
      <w:r>
        <w:t>yeh main isko article ko padhkar main yahan se ismein dimag mein aaya ki yahan deshen hum bachpan se sunte aa rahe the. yeh apni gaale mein bata rahi hoon. magar kabhi yeh jaane yeh nahin jaana ki golf ke liye kitni kitni zyada importance hai. kitni zyada importance hai. yeh is cheez par gaur hi nahin kiya aur yeh kitni badi yeh baadath hai.</w:t>
      </w:r>
    </w:p>
    <w:p>
      <w:pPr>
        <w:jc w:val="right"/>
      </w:pPr>
      <w:r>
        <w:t>यह मैं इसको article को पढ़कर मैं यहां से इसमें दिमाग में आया कि यहां देशें हम बचपन से सुनते आ रहे थे. यह अपनी गाले में बता रही हूं. मगर कभी यह जाने यह नहीं जाना कि golf के लिए कितनी कितनी ज़्यादा importance है. कितनी ज़्यादा importance है. यह इस चीज़ पर गौर ही नहीं किया और यह कितनी बड़ी यह बादत है.</w:t>
      </w:r>
    </w:p>
    <w:p>
      <w:r>
        <w:rPr>
          <w:b/>
        </w:rPr>
        <w:t xml:space="preserve">[05:52] </w:t>
      </w:r>
      <w:r>
        <w:t>lekin maulana sahab ne yeh hamein bataya ki kis tarah gaurfikr karna hai aur apne ko distraction se bachana hai. unhone unhone hamein bataya ki kaynath ko dekhkar hum kaise kaynath ke ke malik ko pa sakte hain. uski taqat ka ehsaas kar sakte hain.</w:t>
      </w:r>
    </w:p>
    <w:p>
      <w:pPr>
        <w:jc w:val="right"/>
      </w:pPr>
      <w:r>
        <w:t>लेकिन मौलाना साहब ने यह हमें बताया कि किस तरह गौरफिक करना है और अपने को distraction से बचाना है. उन्होंने उन्होंने हमें बताया कि कायनाथ को देखकर हम कैसे कायनाथ के के मालिक को पा सकते हैं. उसकी ताकत का एहसास कर सकते हैं.</w:t>
      </w:r>
    </w:p>
    <w:p>
      <w:r>
        <w:rPr>
          <w:b/>
        </w:rPr>
        <w:t xml:space="preserve">[06:19] </w:t>
      </w:r>
      <w:r>
        <w:t>kaise hum gaurfikr karke ek zinda khuda ka tazarba kar sakte hain. yeh allah taala maulana kauz rajiv de iske zariye hum apni aankal ka sahi istemal khuda ko paane mein kar pa rahe hain.</w:t>
      </w:r>
    </w:p>
    <w:p>
      <w:pPr>
        <w:jc w:val="right"/>
      </w:pPr>
      <w:r>
        <w:t>कैसे हम गौरफिक्र करके एक ज़िंदा खुदा का तज़रबा कर सकते हैं. यह अल्लाह ताला मौलाना कौज राजीव दे इसके जरिए हम अपनी आंकल का सही इस्तेमाल खुदा को पाने में कर पा रहे हैं.</w:t>
      </w:r>
    </w:p>
    <w:p>
      <w:r>
        <w:rPr>
          <w:b/>
        </w:rPr>
        <w:t xml:space="preserve">[06:39] </w:t>
      </w:r>
      <w:r>
        <w:t>allah talah ne insan ko aankal isliye di thi ki wah war fikr karke apne malik ko pa sake, kaynab ke bhasha ko pa sake aur usse kam darje ki koi bhi ji isko is duniya mein pa lena. akl ka kamtar istemal hai. hadish mein aql wale kahkar bataya gaya hai ki aql wale kahan hain?</w:t>
      </w:r>
    </w:p>
    <w:p>
      <w:pPr>
        <w:jc w:val="right"/>
      </w:pPr>
      <w:r>
        <w:t>अल्लाह तालाह ने इंसान को आंकल इसलिए दी थी कि वह war फ़िक्र करके अपने मालिक को पा सके, कायनाब के भाषा को पा सके और उससे कम दर्जे की कोई भी जी इसको इस दुनिया में पा लेना. अक्ल का कमतर इस्तेमाल है. हदीश में अक्ल वाले कहकर बताया गया है कि अक्ल वाले कहां हैं?</w:t>
      </w:r>
    </w:p>
    <w:p>
      <w:r>
        <w:rPr>
          <w:b/>
        </w:rPr>
        <w:t xml:space="preserve">[07:09] </w:t>
      </w:r>
      <w:r>
        <w:t>to isko aql wale unhin ko kaha gaya hai jo har waqt sochte hain aur gaur karte hain. hota ke vaadat aur dua mein zindagi guzarte hain. jaise pehle zamane mein sirf kaynath par gaur karna ek yahi tha ki kanat par nishan gaur karta tha. hota ki yaad ka yahi ek zariya tha.</w:t>
      </w:r>
    </w:p>
    <w:p>
      <w:pPr>
        <w:jc w:val="right"/>
      </w:pPr>
      <w:r>
        <w:t>तो इसको अक्ल वाले उन्हीं को कहा गया है जो हर वक्त सोचते हैं और गौर करते हैं. होता के वादत और दुआ में ज़िंदगी गुजारते हैं. जैसे पहले ज़माने में सिर्फ कायनाथ पर गौर करना एक यही था कि कानात पर निशान गौर करता था. होता कि याद का यही एक ज़रिया था.</w:t>
      </w:r>
    </w:p>
    <w:p>
      <w:r>
        <w:rPr>
          <w:b/>
        </w:rPr>
        <w:t xml:space="preserve">[07:34] </w:t>
      </w:r>
      <w:r>
        <w:t>aaj ke zamane mein science ka zamana hai, technology ka zamana hai. to jo insan soche, apni akaal ka istemal kare to aaj to kudhaar ka tazal bhar kar sakta hai agar wah akour fikr kar sakta hai. magar aaj insan cheezon mein jee raha hai, cheezon ke malik mein, khalikh mein nahin. aaj bhi hisab distraction hai, insan usi mein phansa hai.</w:t>
      </w:r>
    </w:p>
    <w:p>
      <w:pPr>
        <w:jc w:val="right"/>
      </w:pPr>
      <w:r>
        <w:t>आज के जमाने में science का जमाना है, technology का जमाना है. तो जो इंसान सोचे, अपनी अकाल का इस्तेमाल करें तो आज तो कुधार का तज़ल भर कर सकता है अगर वह अकौर फ़िक्र कर सकता है. मगर आज इंसान चीज़ों में जी रहा है, चीज़ों के मालिक में, खालिक में नहीं. आज भी हिसाब distraction है, इंसान उसी में फंसा है.</w:t>
      </w:r>
    </w:p>
    <w:p>
      <w:r>
        <w:rPr>
          <w:b/>
        </w:rPr>
        <w:t xml:space="preserve">[08:04] </w:t>
      </w:r>
      <w:r>
        <w:t>hum maulana kehte hain ki khuda ko discover karne ke liye price deni padti hai. begair price ke hum khuda ko nahin pa sakte. to distraction se bachna hi price hai. aaj ke zamane mein itni zyada distraction hai. to jab hum usse bachenge, doaa karenge, phir hamara se connection ho pata hai.</w:t>
      </w:r>
    </w:p>
    <w:p>
      <w:pPr>
        <w:jc w:val="right"/>
      </w:pPr>
      <w:r>
        <w:t>हम मौलाना कहते हैं कि खुदा को discover करने के लिए price देनी पड़ती है. बेगैर price के हम खुदा को नहीं पा सकते. तो distraction से बचना ही price है. आज के ज़माने में इतनी ज़्यादा distraction है. तो जब हम उससे बचेंगे, दोआ करेंगे, फिर हमारा से connection हो पाता है.</w:t>
      </w:r>
    </w:p>
    <w:p>
      <w:r>
        <w:rPr>
          <w:b/>
        </w:rPr>
        <w:t xml:space="preserve">[08:31] </w:t>
      </w:r>
      <w:r>
        <w:t>dusra ek lamha ki ibadat aur khamoshi ka ibadat ka zikr hua hai hadish mein.</w:t>
      </w:r>
    </w:p>
    <w:p>
      <w:pPr>
        <w:jc w:val="right"/>
      </w:pPr>
      <w:r>
        <w:t>दूसरा एक लम्हा की इबादत और खामोशी का इबादत का ज़िक्र हुआ है हदीश में.</w:t>
      </w:r>
    </w:p>
    <w:p>
      <w:r>
        <w:rPr>
          <w:b/>
        </w:rPr>
        <w:t xml:space="preserve">[08:36] </w:t>
      </w:r>
      <w:r>
        <w:t>to ek lamhe ke liye khuda se saccha connection ho jana, yeh bahut zyada important hai.</w:t>
      </w:r>
    </w:p>
    <w:p>
      <w:pPr>
        <w:jc w:val="right"/>
      </w:pPr>
      <w:r>
        <w:t>तो एक लम्हे के लिए खुदा से सच्चा connection हो जाना, यह बहुत ज़्यादा important है.</w:t>
      </w:r>
    </w:p>
    <w:p>
      <w:r>
        <w:rPr>
          <w:b/>
        </w:rPr>
        <w:t xml:space="preserve">[08:41] </w:t>
      </w:r>
      <w:r>
        <w:t>isko maine dekha jab samjha, to usko is tarah bhi keh sakte hain ki ek lamhe ke liye</w:t>
      </w:r>
    </w:p>
    <w:p>
      <w:pPr>
        <w:jc w:val="right"/>
      </w:pPr>
      <w:r>
        <w:t>इसको मैंने देखा जब समझा, तो उसको इस तरह भी कह सकते हैं कि एक लम्हे के लिए</w:t>
      </w:r>
    </w:p>
    <w:p>
      <w:r>
        <w:rPr>
          <w:b/>
        </w:rPr>
        <w:t xml:space="preserve">[08:46] </w:t>
      </w:r>
      <w:r>
        <w:t>bhi hum khuda ki blessings ko realize kar lein.</w:t>
      </w:r>
    </w:p>
    <w:p>
      <w:pPr>
        <w:jc w:val="right"/>
      </w:pPr>
      <w:r>
        <w:t>भी हम खुदा की blessings को realize कर लें.</w:t>
      </w:r>
    </w:p>
    <w:p>
      <w:r>
        <w:rPr>
          <w:b/>
        </w:rPr>
        <w:t xml:space="preserve">[08:51] </w:t>
      </w:r>
      <w:r>
        <w:t>to hamari puri zindagi badal jayegi.</w:t>
      </w:r>
    </w:p>
    <w:p>
      <w:pPr>
        <w:jc w:val="right"/>
      </w:pPr>
      <w:r>
        <w:t>तो हमारी पूरी ज़िंदगी बदल जाएगी.</w:t>
      </w:r>
    </w:p>
    <w:p>
      <w:r>
        <w:rPr>
          <w:b/>
        </w:rPr>
        <w:t xml:space="preserve">[08:56] </w:t>
      </w:r>
      <w:r>
        <w:t>yeh samajh paayi?</w:t>
      </w:r>
    </w:p>
    <w:p>
      <w:pPr>
        <w:jc w:val="right"/>
      </w:pPr>
      <w:r>
        <w:t>यह समझ पाई?</w:t>
      </w:r>
    </w:p>
    <w:p>
      <w:r>
        <w:rPr>
          <w:b/>
        </w:rPr>
        <w:t xml:space="preserve">[09:02] </w:t>
      </w:r>
      <w:r>
        <w:t>aur khamoshi ki yaad ko lekar soch rahi thi ki distraction itna zyada hai. to sochte hue yeh main samjhi ki hum distraction ko khud hi invite karte hain aur usi mein busy ho jate hain. kabhi yeh nahin sochte ki hum kahan par phans rahe hain. to jaise hi hum distraction mein phansate hain usi tarah hum us distraction se nikal bhi sakte hain.</w:t>
      </w:r>
    </w:p>
    <w:p>
      <w:pPr>
        <w:jc w:val="right"/>
      </w:pPr>
      <w:r>
        <w:t>और खामोशी की याद को लेकर सोच रही थी कि distraction इतना ज़्यादा है. तो सोचते हुए यह मैं समझी कि हम distraction को खुद ही invite करते हैं और उसी में busy हो जाते हैं. कभी यह नहीं सोचते कि हम कहां पर फ़ंस रहे हैं. तो जैसे ही हम distraction में फंसते हैं उसी तरह हम उस distraction से निकल भी सकते हैं.</w:t>
      </w:r>
    </w:p>
    <w:p>
      <w:r>
        <w:rPr>
          <w:b/>
        </w:rPr>
        <w:t xml:space="preserve">[09:30] </w:t>
      </w:r>
      <w:r>
        <w:t>haan, yeh hamare hi hath mein hota hai. maulana sahab kehte hain, raat din har subah shaam aapke samne cheezein aati hain.</w:t>
      </w:r>
    </w:p>
    <w:p>
      <w:pPr>
        <w:jc w:val="right"/>
      </w:pPr>
      <w:r>
        <w:t>हां, यह हमारे ही हाथ में होता है. मौलाना साहब कहते हैं, रात दिन हर सुबह शाम आपके सामने चीज़ें आती हैं.</w:t>
      </w:r>
    </w:p>
    <w:p>
      <w:r>
        <w:rPr>
          <w:b/>
        </w:rPr>
        <w:t xml:space="preserve">[09:46] </w:t>
      </w:r>
      <w:r>
        <w:t>jis duniya mein hum rehte hain, jisme zameen, aasman, suraj, chan, hawa, pani, har cheez jo nature ke roop mein hamare samne hai, har waqt jisko hum dekhte hain, us par sochein, usmein lesson hota hai, us par sochein, to usmein humko intellectual food milega, spiritual food milega.</w:t>
      </w:r>
    </w:p>
    <w:p>
      <w:pPr>
        <w:jc w:val="right"/>
      </w:pPr>
      <w:r>
        <w:t>जिस दुनिया में हम रहते हैं, जिसमें ज़मीन, आसमान, सूरज, चान, हवा, पानी, हर चीज़ जो nature के रूप में हमारे सामने है, हर वक्त जिसको हम देखते हैं, उस पर सोचें, उसमें lesson होता है, उस पर सोचें, तो उसमें हमको intellectual food मिलेगा, spiritual food मिलेगा.</w:t>
      </w:r>
    </w:p>
    <w:p>
      <w:r>
        <w:rPr>
          <w:b/>
        </w:rPr>
        <w:t xml:space="preserve">[10:12] </w:t>
      </w:r>
      <w:r>
        <w:t>mona na sahab ne bataya hai ki iske liye serious study hamein karna hai aur doosri taraf yeh duniya jo hamare samne hai usmein sochna gaur karna hai. yahi khoda ke kaynath mein gaurfikr karna sabse badi yeh madad hai jo aaj ka article hai.</w:t>
      </w:r>
    </w:p>
    <w:p>
      <w:pPr>
        <w:jc w:val="right"/>
      </w:pPr>
      <w:r>
        <w:t>मोना ना साहब ने बताया है कि इसके लिए serious study हमें करना है और दूसरी तरफ यह दुनिया जो हमारे सामने है उसमें सोचना गौर करना है. यही खोदा के कायनाथ में गौरफिक्र करना सबसे बड़ी यह मदद है जो आज का article है.</w:t>
      </w:r>
    </w:p>
    <w:p>
      <w:r>
        <w:rPr>
          <w:b/>
        </w:rPr>
        <w:t xml:space="preserve">[10:36] </w:t>
      </w:r>
      <w:r>
        <w:t>manana sahab ki kitab kitabe marfat jiski English discovering god aur purpose of creation, the purpose of creation jo jiska jo hai article group mein dala bhi jata hai. isko zaroor padhein hum log. bahut hi teen di books hain aur book hai aur hamari knowledge ko padhane ke liye bahut zyada zaroori hai.</w:t>
      </w:r>
    </w:p>
    <w:p>
      <w:pPr>
        <w:jc w:val="right"/>
      </w:pPr>
      <w:r>
        <w:t>मानाना साहब की किताब किताबें मार्फत जिसकी English discovering god और purpose of creation, the purpose of creation जो जिसका जो है article group में डाला भी जाता है. इसको ज़रूर पढ़ें हम लोग. बहुत ही तीन दी books हैं और book है और हमारी knowledge को पढ़ाने के लिए बहुत ज़्यादा ज़रूरी है.</w:t>
      </w:r>
    </w:p>
    <w:p>
      <w:r>
        <w:rPr>
          <w:b/>
        </w:rPr>
        <w:t xml:space="preserve">[11:05] </w:t>
      </w:r>
      <w:r>
        <w:t>to yahi main samajh paayi baqi aur log batayein. jakar gaava aur aapne bahut achhi achhi baat batai. yeh war fikr se hamein kya milta hai? kya hasil hota hai hamein? maulana ki jab main tagging ka kaam kar rahi thi to usmein ek tag tha tafakkur, tadabb, tawassum.</w:t>
      </w:r>
    </w:p>
    <w:p>
      <w:pPr>
        <w:jc w:val="right"/>
      </w:pPr>
      <w:r>
        <w:t>तो यही मैं समझ पाई बाकी और लोग बताएं. जाकर गांवा और आपने बहुत अच्छी अच्छी बात बताई. यह war फ़िक्र से हमें क्या मिलता है? क्या हासिल होता है हमें? मौलाना कि जब मैं tagging का काम कर रही थी तो उसमें एक tag था तफकुर, तदब्ब, तवस्सुम.</w:t>
      </w:r>
    </w:p>
    <w:p>
      <w:r>
        <w:rPr>
          <w:b/>
        </w:rPr>
        <w:t xml:space="preserve">[11:31] </w:t>
      </w:r>
      <w:r>
        <w:t>yeh teen aksar unke har article aur unke audio video mein yeh aksar aa jata tha. to hamara focus mainly yahi hona chahiye ki hum kuch bhi khaynath mein jo creation plan of god hai, jo god ki creation hai, jo hamare creator hain, yeh basically isiliye hai ki hum tafakkur, tadabbar, tawassum isse hum hasil karein. tabhi hamara intellectual development hoga aur hum khuda tak pahunch sakte hain.</w:t>
      </w:r>
    </w:p>
    <w:p>
      <w:pPr>
        <w:jc w:val="right"/>
      </w:pPr>
      <w:r>
        <w:t>यह तीन अक्सर उनके हर article और उनके audio video में यह अक्सर आ जाता था. तो हमारा focus mainly यही होना चाहिए कि हम कुछ भी खायनाथ में जो creation plan of God है, जो God की creation है, जो हमारे creator हैं, यह basically इसीलिए है कि हम तफकुर, तदब्बर, तवस्सुम इससे हम हासिल करें. तभी हमारा intellectual development होगा और हम खुदा तक पहुंच सकते हैं.</w:t>
      </w:r>
    </w:p>
    <w:p>
      <w:r>
        <w:rPr>
          <w:b/>
        </w:rPr>
        <w:t xml:space="preserve">[11:59] </w:t>
      </w:r>
      <w:r>
        <w:t>to main yeh apni learning maine share ki. aage main is session ko badhate hue main najma aapse kahungi ki wah apni learning share karein aur bahut hi sab jo bhi log yahan par apni learning share karein wah bahut precise honi chahiye. bahut lengthy aur story type nahin honi chahiye kyunki humko is session ek ghante ke andar khatm karni hai.</w:t>
      </w:r>
    </w:p>
    <w:p>
      <w:pPr>
        <w:jc w:val="right"/>
      </w:pPr>
      <w:r>
        <w:t>तो मैं यह अपनी learning मैंने share की. आगे मैं इस session को बढ़ाते हुए मैं नजमा आपसे कहूंगी कि वह अपनी learning share करें और बहुत ही सब जो भी लोग यहां पर अपनी learning share करें वह बहुत precise होनी चाहिए. बहुत lengthy और story type नहीं होनी चाहिए क्योंकि हमको इस session एक घंटे के अंदर खत्म करनी है.</w:t>
      </w:r>
    </w:p>
    <w:p>
      <w:r>
        <w:rPr>
          <w:b/>
        </w:rPr>
        <w:t xml:space="preserve">[12:23] </w:t>
      </w:r>
      <w:r>
        <w:t>to please take care of this and inshallah we will end the session on time. so i request najma apa to go ahead with this learning. aap aap mute karein, unmute karein apne aap ko. achha sorry pata nahin kaise ho gaya? islami kumar ka.</w:t>
      </w:r>
    </w:p>
    <w:p>
      <w:pPr>
        <w:jc w:val="right"/>
      </w:pPr>
      <w:r>
        <w:t>तो please take care of this and inशालाह we will end the session on time. So I request नजमा आपा to go ahead with this learning. आप आप mute करें, unmute करें अपने आप को. अच्छा sorry पता नहीं कैसे हो गया? इस्लामी कुमार का.</w:t>
      </w:r>
    </w:p>
    <w:p>
      <w:r>
        <w:rPr>
          <w:b/>
        </w:rPr>
        <w:t xml:space="preserve">[12:50] </w:t>
      </w:r>
      <w:r>
        <w:t>bismillah hirahman hirahman hirahman allah ki kaynath ke bare mein sochne aur gaur karne par sab kaha hai ki sabse badi ibadat hai aur usmein bahut sari unhone hadees mention kari hain, unka zikr kiya hai jisme yeh sab bataya hai ki kya importance hai. to isko padhkar bahut samajh mein aaya aur laga ki hamein yeh kaam karna chahiye.</w:t>
      </w:r>
    </w:p>
    <w:p>
      <w:pPr>
        <w:jc w:val="right"/>
      </w:pPr>
      <w:r>
        <w:t>बिस्मिल्लाह हिद्रहमान हिद्रहमान हिद्रहमान अल्लाह की कायनाथ के बारे में सोचने और गौर करने पर सब कहा है कि सबसे बड़ी इबादत है और उसमें बहुत सारी उन्होंने हदी से mention करी हैं, उनका ज़िक्र किया है जिसमें यह सब बताया है कि क्या importance है. तो इसको पढ़कर बहुत समझ में आया और लगा कि हमें यह काम करना चाहिए.</w:t>
      </w:r>
    </w:p>
    <w:p>
      <w:r>
        <w:rPr>
          <w:b/>
        </w:rPr>
        <w:t xml:space="preserve">[13:20] </w:t>
      </w:r>
      <w:r>
        <w:t>to rasool Allah ki ek hadees ke mutabiq nakal kiya hai ke behtareen zikr jo hai woh khamosh zikr hai. to khamosh zikr kainat par war karke Allah ko yaad karna, uska uska shukr radda karna aur khamosh rehkar hi to insaan soch pata hai. jab ab bolta hai to us waqt sochta nahi hai.</w:t>
      </w:r>
    </w:p>
    <w:p>
      <w:pPr>
        <w:jc w:val="right"/>
      </w:pPr>
      <w:r>
        <w:t>तो रसूल अल्लाह की एक हतीस के मुताबिक नकल किया है कि बेहतरीन ज़िक्र जो है वह खामोश ज़िक्र है. तो खामोश ज़िक्र कायनात पर war करके अल्लाह को याद करना, उसका उसका शुक्र रद्दा करना और खामोश रहकर ही तो इंसान सोच पाता है. जब अब बोलता है तो उस वक्त सोचता नहीं है.</w:t>
      </w:r>
    </w:p>
    <w:p>
      <w:r>
        <w:rPr>
          <w:b/>
        </w:rPr>
        <w:t xml:space="preserve">[13:43] </w:t>
      </w:r>
      <w:r>
        <w:t>to isi tarah ke aur bhi bahut sare hadeesen jinke bare mein shaad hua hai ke isse gunah maaf ho jate hain. yaani agar hum yeh sochkar karein to yahan hum is tarah ke gaur fikr ki kis tarah ki ibadat se compare kar rahe hain. actually wahi ibadat jo bagair soche samjhe sirf lip service ki tarah se hoti hai, repeated form mein hoti rehti hai. to Quran mein kitni jagah Allah ki kainat par gaur karne ko kaha hai.</w:t>
      </w:r>
    </w:p>
    <w:p>
      <w:pPr>
        <w:jc w:val="right"/>
      </w:pPr>
      <w:r>
        <w:t>तो इसी तरह के और भी बहुत सारे हतीसें जिनके बारे में शाद हुआ है कि इससे गुनाह माफ हो जाते हैं. यानी अगर हम यह सोचकर करें तो यहां हम इस तरह के गौरव फ़िक्र की किस तरह की बादत से compare कर रहे हैं. Actually वही बादत जो पगैर सोचे समझे सिर्फ lip sandwich की तरह से होती है, repeated form में होती होती रहती है. तो कुरान में कितनी जगह अल्लाह की कारनाथ पर गौर करने को कहा है.</w:t>
      </w:r>
    </w:p>
    <w:p>
      <w:r>
        <w:rPr>
          <w:b/>
        </w:rPr>
        <w:t xml:space="preserve">[14:13] </w:t>
      </w:r>
      <w:r>
        <w:t>gaur kaise karte hain? gaur aql se karte hain. jo Allah ne insaan ko di hai aur yeh bhi salahiyat di hai ke aap nahak mein tameez kar sakein. to isi tarah se qayamat ke din aql walon ke bare mein poocha jayega, jawab diya jayega.</w:t>
      </w:r>
    </w:p>
    <w:p>
      <w:pPr>
        <w:jc w:val="right"/>
      </w:pPr>
      <w:r>
        <w:t>गौर कैसे करते हैं? गौर अक्ल से करते हैं. जो अल्लाह ने इंसान को दी है और यह भी सलाहियत दी है कि आप नाहक में तमीज़ कर सकें. तो इसी तरह से कयामत के दिन अक्ल वालों के बारे में पुछा जाएगा, जवाब दिया जाएगा.</w:t>
      </w:r>
    </w:p>
    <w:p>
      <w:r>
        <w:rPr>
          <w:b/>
        </w:rPr>
        <w:t xml:space="preserve">[14:33] </w:t>
      </w:r>
      <w:r>
        <w:t>woh log jo Allah ko khade baithe yaad karte hain to yaani Allah ka yaad ka, us yaad ka uske zikr ka uski dua ka koi waqt muqarrar nahi hai. yeh kehte hain hum kisi waqt bhi yaad kar sakte hain aur jab hum Maulana bhi kehte the ke hum yeh sochkar karein, difference point banakar karein.</w:t>
      </w:r>
    </w:p>
    <w:p>
      <w:pPr>
        <w:jc w:val="right"/>
      </w:pPr>
      <w:r>
        <w:t>वह लोग जो अल्लाह को खड़े बैठे याद करते हैं तो यानी अल्लाह का याद का, उस याद का उसके ज़िग्र का उसकी दुआ का कोई वक्त मुकर्र नहीं है. यह कहते हैं हम किसी वक्त भी याद कर सकते हैं और जब हम मौलाना भी कहते थे कि हम यह सोचकर करें, difference point बनाकर करें.</w:t>
      </w:r>
    </w:p>
    <w:p>
      <w:r>
        <w:rPr>
          <w:b/>
        </w:rPr>
        <w:t xml:space="preserve">[14:59] </w:t>
      </w:r>
      <w:r>
        <w:t>tab cheez hoga shukr ada ka aur jab hum sochte hain aur jab hum aasman aur zameen ki tahqeeq ke bare mein sochte hain to hum sochte hain ke yeh planets jo hain woh kitne important hain aur woh bagair takrayein, rotate aur evolve hote rehte hain. zameen aur aasman mein kitni nayi tarah ki cycles hain water cycle aur sari gases ki aur din ke baad din raat ka aana gravitational force hai.</w:t>
      </w:r>
    </w:p>
    <w:p>
      <w:pPr>
        <w:jc w:val="right"/>
      </w:pPr>
      <w:r>
        <w:t>तब चीज़ होगा शुक्रा अदाका ने और जब हम सोचते हैं और जब हम आसमान और ज़मीन की तहतीज़ के बारे में सोचते हैं तो हम सोचते हैं कि यह planets जो हैं वह कितने important हैं और वह बगैर टकराएं, rotate और evolve होते रहते हैं. ज़मीन और आसमान में कितनी नई तरह की cycles हैं water cycle और सारी gases की और दिन के बाद दिन रात का आना gravitational force है.</w:t>
      </w:r>
    </w:p>
    <w:p>
      <w:r>
        <w:rPr>
          <w:b/>
        </w:rPr>
        <w:t xml:space="preserve">[15:27] </w:t>
      </w:r>
      <w:r>
        <w:t>suraj chand ka nikalna to har tarah ke janwar bacteria aur yeh jo decomposers hain agar yeh na hon to sare dead bodies hi padi milengi hamein. to hum jitna zyada sochein utna zyada Allah ki tahqeeq ka ehsaas hota hai aur uske through Allah ki hamein marifat hoti hai, god realization hota hai, Allah ki discovery hoti hai.</w:t>
      </w:r>
    </w:p>
    <w:p>
      <w:pPr>
        <w:jc w:val="right"/>
      </w:pPr>
      <w:r>
        <w:t>सूरज चांद कर निकलना तो हर तरह के जानवर bacteria और यह जो decomposers हैं अगर यह ना हों तो सारे dead bodies ही पड़ी मिलेंगी हमें. तो हम जितना ज़्यादा सोचें उतना ज़्यादा अल्लाह की तहते का एहसास होता है और उसके through अल्लाह की हमें मार्फत होती है, god realization होता है, अल्लाह की discovery होती है.</w:t>
      </w:r>
    </w:p>
    <w:p>
      <w:r>
        <w:rPr>
          <w:b/>
        </w:rPr>
        <w:t xml:space="preserve">[15:53] </w:t>
      </w:r>
      <w:r>
        <w:t>yeh sab kuch bagair aql ko use kiye hue nahi ho sakta. isliye kyunke pehle log kehte the question mat karo. lekin aap scientific era ke baad hamein kehte hain ke question karo aur usse maloom karo. to jab hum sochte hain to bahut kuch hamein pata chalta hai.</w:t>
      </w:r>
    </w:p>
    <w:p>
      <w:pPr>
        <w:jc w:val="right"/>
      </w:pPr>
      <w:r>
        <w:t>यह सब कुछ बगैर अक्ल को use किए हुए नहीं हो सकता. इसलिए क्योंकि पहले लोग कहते थे question मत करो. लेकिन आप scientific era के बाद हमें कहते हैं कि question करो और उससे मालूम करो. तो जब हम सोचते हैं तो बहुत कुछ हमें पता चलता है.</w:t>
      </w:r>
    </w:p>
    <w:p>
      <w:r>
        <w:rPr>
          <w:b/>
        </w:rPr>
        <w:t xml:space="preserve">[16:10] </w:t>
      </w:r>
      <w:r>
        <w:t>to bar bar Allah gaur karne ko kehta hai aur Islam mein yeh cheezein tafakkur jaise ke abhi aapne bataya tadabbur, tabassum, god realization, reflection, contemplation, drawing lessons wagera wagera barabar yeh cheezein aati hain aur shukr bhi jo hai woh do tarah ka hota hai.</w:t>
      </w:r>
    </w:p>
    <w:p>
      <w:pPr>
        <w:jc w:val="right"/>
      </w:pPr>
      <w:r>
        <w:t>तो बार बार अल्लाह गौर कद्य को कहता है और इस्लाम में यह चीज़ें तफ़क़ुर जैसे कि अभी आपने बताया तदब्बूर, तबस्सुम, god realization, reflection, contemplation, drawing lessons वगैरह वगैरह बराबर यह चीज़ें आती हैं और शुक्र भी जो है वह दो तरह का होता है.</w:t>
      </w:r>
    </w:p>
    <w:p>
      <w:r>
        <w:rPr>
          <w:b/>
        </w:rPr>
        <w:t xml:space="preserve">[16:32] </w:t>
      </w:r>
      <w:r>
        <w:t>ek to shukr kis tarah ka hai ke sirf hum lips service kar dein, soche samjhe bagair, Alhamdulillah Alhamdulillah kehte rehte hain par ek aadat si ban jati hai. to doosra us tarah ka shukr hai jise thrilling shukr bola jata hai ke is tarah se hum shukr karein.</w:t>
      </w:r>
    </w:p>
    <w:p>
      <w:pPr>
        <w:jc w:val="right"/>
      </w:pPr>
      <w:r>
        <w:t>एक तो शुक्र किस तरह का है कि सिर्फ हम lips are mistake कर दें, सोचे समझे बगैर, अलहम्दुलिल्ला अलहम्दुलिल्ला कहते रहते हैं पर एक आदत सी वन जाती है. तो दूसरा उस तरह का शुक्र है जिसे thrilling शुक्र बोलाना कहते थे कि इस तरह से हम शुक्र करें.</w:t>
      </w:r>
    </w:p>
    <w:p>
      <w:r>
        <w:rPr>
          <w:b/>
        </w:rPr>
        <w:t xml:space="preserve">[16:50] </w:t>
      </w:r>
      <w:r>
        <w:t>to wo hamein jab tak hamari knowledge nahi hogi, hum serious study nahi karenge, observation karenge tabhi wo</w:t>
      </w:r>
    </w:p>
    <w:p>
      <w:pPr>
        <w:jc w:val="right"/>
      </w:pPr>
      <w:r>
        <w:t>तो वह हमें जब तक हमारी knowledge नहीं होगी, हम serious study नहीं करेंगे, observation करेंगे तभी वह</w:t>
      </w:r>
    </w:p>
    <w:p>
      <w:r>
        <w:rPr>
          <w:b/>
        </w:rPr>
        <w:t xml:space="preserve">[16:57] </w:t>
      </w:r>
      <w:r>
        <w:t>hamari thrilling shukr aayega aur hamari understanding badhegi and this help us in deeper realization and understanding aur</w:t>
      </w:r>
    </w:p>
    <w:p>
      <w:pPr>
        <w:jc w:val="right"/>
      </w:pPr>
      <w:r>
        <w:t>हमारी thrilling शुक्र आएगा और हमारी understanding बढ़ेगी and this help us in deeper realization and understanding और</w:t>
      </w:r>
    </w:p>
    <w:p>
      <w:r>
        <w:rPr>
          <w:b/>
        </w:rPr>
        <w:t xml:space="preserve">[17:04] </w:t>
      </w:r>
      <w:r>
        <w:t>iske saath hamare samne pehli bhi jo kainat hai aur insan hai allah ka ek ajeeb ajeebushan tar</w:t>
      </w:r>
    </w:p>
    <w:p>
      <w:pPr>
        <w:jc w:val="right"/>
      </w:pPr>
      <w:r>
        <w:t>इसके साथ हमारे सामने पहली भी जो कायनात है और इंसान है अल्लाह का एक अजीब अजीबुशान तार</w:t>
      </w:r>
    </w:p>
    <w:p>
      <w:r>
        <w:rPr>
          <w:b/>
        </w:rPr>
        <w:t xml:space="preserve">[17:11] </w:t>
      </w:r>
      <w:r>
        <w:t>rukh deti hai ki allah ne yeh sab kuch kiya hai aur phir is shubhar ke wajah se</w:t>
      </w:r>
    </w:p>
    <w:p>
      <w:pPr>
        <w:jc w:val="right"/>
      </w:pPr>
      <w:r>
        <w:t>रुख देती है कि अल्लाह ने यह सब कुछ किया है और फिर इस शुभर के वजह से</w:t>
      </w:r>
    </w:p>
    <w:p>
      <w:r>
        <w:rPr>
          <w:b/>
        </w:rPr>
        <w:t xml:space="preserve">[17:18] </w:t>
      </w:r>
      <w:r>
        <w:t>mamooli cheez jo hai ek ghair maamooli roop par bikne lagti hai.</w:t>
      </w:r>
    </w:p>
    <w:p>
      <w:pPr>
        <w:jc w:val="right"/>
      </w:pPr>
      <w:r>
        <w:t>मामूली चीज़ जो है एक गैर मामूली रूप पर बिकने लगती है.</w:t>
      </w:r>
    </w:p>
    <w:p>
      <w:r>
        <w:rPr>
          <w:b/>
        </w:rPr>
        <w:t xml:space="preserve">[17:25] </w:t>
      </w:r>
      <w:r>
        <w:t>yaani ordinary things becomes extraordinary when we when when we think about it. jab hum sochte hain uske bare mein to sirf yaani sirf soch kam soch aur samajh ke hi ek aur insaan ko tala shukr karne wala banata hai aur shukr ka jazba jo hai woh dimagh se shuru hota hai aur phir complete positivity mein badal jata hai.</w:t>
      </w:r>
    </w:p>
    <w:p>
      <w:pPr>
        <w:jc w:val="right"/>
      </w:pPr>
      <w:r>
        <w:t>यानी ordinary things becomes extraordinary when we when when we think about it. जब हम सोचते हैं उसके बारे में तो सिर्फ यानी सिर्फ सोच कम सोच और समझ के ही एक और इंसान को ताला शुक्र करने वाला बनाता है और शुक्र का जज़्बा जो है वह दिमाग से शुरू होता है और फिर complete positivity में बदल जाता है.</w:t>
      </w:r>
    </w:p>
    <w:p>
      <w:r>
        <w:rPr>
          <w:b/>
        </w:rPr>
        <w:t xml:space="preserve">[17:50] </w:t>
      </w:r>
      <w:r>
        <w:t>to yahi Allah ka zikr hai, yahi Allah ka shukr hai, uski ibadat hai aur haqeeqat ki daryaft bhi hai aur jisse in sab ki wajah se insaan ek spiritual insaan ban jata hai. to yahi meri learning hai aur Allah ke naam ka gustakh bhi jaise ke ismein describe kiya tha to yahi meri learning hai, yahi meri understanding hai aur ab hamein zyada focus karna hai.</w:t>
      </w:r>
    </w:p>
    <w:p>
      <w:pPr>
        <w:jc w:val="right"/>
      </w:pPr>
      <w:r>
        <w:t>तो यही अल्लाह का ज़िक्र है, यही अल्लाह का शुक्र है, उसकी वादत है और हकीकत की दरियाब भी है और जिससे इन सब की वजह से इंसान एक spiritual इंसान वन जाता है. तो यही मेरी learning है और अल्लाह के नाम का गुस्ताहित भी जैसे कि इसमें describe किया था तो यही मेरी learning है, यही मेरी understanding है और अब हमें ज़्यादा focus करना है.</w:t>
      </w:r>
    </w:p>
    <w:p>
      <w:r>
        <w:rPr>
          <w:b/>
        </w:rPr>
        <w:t xml:space="preserve">[18:17] </w:t>
      </w:r>
      <w:r>
        <w:t>mujhe sochna hai ke is tarah se sochkar realize karein, Allah ko realize karein, uska shukr ada karein, jazaak Allah aur hamara jo discussion ka woh cheezein hain ismein isse bahut samajh badhti hai. jazaak Allah thank you aur aapki ek point mujhe samajh mein aaye ke when you question when you come to know the reality you come to know discover the truth.</w:t>
      </w:r>
    </w:p>
    <w:p>
      <w:pPr>
        <w:jc w:val="right"/>
      </w:pPr>
      <w:r>
        <w:t>मुझे सोचना है कि इस तरह से सोचकर realize करें, अल्लाह को realize करें, उसका शुभ राधा करें, जज़ाक अल्लाह और हमारा जो discussion का वह चीज़ें हैं इसमें इससे बहुत समझ बढ़ती है. जज़ाक अल्लाहपा thank you और आपकी एक point मुझे समझ में आए कि when you question when you come to know the reality you come to know discover the truth.</w:t>
      </w:r>
    </w:p>
    <w:p>
      <w:r>
        <w:rPr>
          <w:b/>
        </w:rPr>
        <w:t xml:space="preserve">[18:43] </w:t>
      </w:r>
      <w:r>
        <w:t>So I invite Doctor Safeena Tabassum to share her learning.</w:t>
      </w:r>
    </w:p>
    <w:p>
      <w:pPr>
        <w:jc w:val="right"/>
      </w:pPr>
      <w:r>
        <w:t>So I invite Doctor सफ़ीना ताबुस्तुम to share her learning.</w:t>
      </w:r>
    </w:p>
    <w:p>
      <w:r>
        <w:rPr>
          <w:b/>
        </w:rPr>
        <w:t xml:space="preserve">[18:50] </w:t>
      </w:r>
      <w:r>
        <w:t>bahut zyada yeh jo hor of fikr ki importance hai yeh hum CPS mein itna zyada is cheez</w:t>
      </w:r>
    </w:p>
    <w:p>
      <w:pPr>
        <w:jc w:val="right"/>
      </w:pPr>
      <w:r>
        <w:t>बहुत ज़्यादा यह जो hor of फ़िक्र की importance है यह हम CPS में इतना ज़्यादा इस चीज़</w:t>
      </w:r>
    </w:p>
    <w:p>
      <w:r>
        <w:rPr>
          <w:b/>
        </w:rPr>
        <w:t xml:space="preserve">[18:58] </w:t>
      </w:r>
      <w:r>
        <w:t>ko jante hain Maulana Sahab ke zariye ki mujhe lagta hai ki kisi bhi jagah is baat par</w:t>
      </w:r>
    </w:p>
    <w:p>
      <w:pPr>
        <w:jc w:val="right"/>
      </w:pPr>
      <w:r>
        <w:t>को जानते हैं मुलाना साहब के ज़रिए कि मुझे लगता है कि किसी भी जगह इस बात पर</w:t>
      </w:r>
    </w:p>
    <w:p>
      <w:r>
        <w:rPr>
          <w:b/>
        </w:rPr>
        <w:t xml:space="preserve">[19:06] </w:t>
      </w:r>
      <w:r>
        <w:t>itna zor nahi diya jata jitna ki CPS mein Maulana Sahab ne hamein sikhaya ki gaur o fikr karo,</w:t>
      </w:r>
    </w:p>
    <w:p>
      <w:pPr>
        <w:jc w:val="right"/>
      </w:pPr>
      <w:r>
        <w:t>इतना ज़ोर नहीं दिया जाता जितना कि CPS में मुलाना साहब ने हमें सिखाया कि गौरव फ़िक्र करो,</w:t>
      </w:r>
    </w:p>
    <w:p>
      <w:r>
        <w:rPr>
          <w:b/>
        </w:rPr>
        <w:t xml:space="preserve">[19:13] </w:t>
      </w:r>
      <w:r>
        <w:t>gaur o fikr karo aur uski wajah se jo hamari minds ki reengineering hui hai na to hamare andar</w:t>
      </w:r>
    </w:p>
    <w:p>
      <w:pPr>
        <w:jc w:val="right"/>
      </w:pPr>
      <w:r>
        <w:t>गौरव फ़िक्र करो और उसकी वजह से जो हमारी minds की reengineering हुई है ना तो हमारे अंदर</w:t>
      </w:r>
    </w:p>
    <w:p>
      <w:r>
        <w:rPr>
          <w:b/>
        </w:rPr>
        <w:t xml:space="preserve">[19:21] </w:t>
      </w:r>
      <w:r>
        <w:t>yeh deep town kahin baith gaya hai ki iski bahut zyada importance hai.</w:t>
      </w:r>
    </w:p>
    <w:p>
      <w:pPr>
        <w:jc w:val="right"/>
      </w:pPr>
      <w:r>
        <w:t>यह deep town कहीं बैठ गया है कि इसकी बहुत ज़्यादा importance है.</w:t>
      </w:r>
    </w:p>
    <w:p>
      <w:r>
        <w:rPr>
          <w:b/>
        </w:rPr>
        <w:t xml:space="preserve">[19:29] </w:t>
      </w:r>
      <w:r>
        <w:t>lekin abhi bhi main jab kisi aur insaan se milti hoon to maine dekha ke musalmanon mein aur bhi logon mein bhi, aajkal to aur logon mein bhi sochne ka ek riwaj khatam ho gaya hai. logon ko thinking ko woh avoid karna chahte hain, fun culture mein jeena chahte hain na, to woh woh kehte hain think over thinking na karein.</w:t>
      </w:r>
    </w:p>
    <w:p>
      <w:pPr>
        <w:jc w:val="right"/>
      </w:pPr>
      <w:r>
        <w:t>लेकिन अभी भी मैं जब किसी और इंसान से मिलती हूं तो मैंने देखा कि मुसलमानों में और भी लोगों में भी, आजकल तो और लोगों में भी सोचने का एक रिवाज खत्म हो गया है. लोगों को thinking को वह avoid करना चाहते हैं, fun culture में जीना चाहते हैं ना, तो वह वह कहते हैं think over thinking ना करें.</w:t>
      </w:r>
    </w:p>
    <w:p>
      <w:r>
        <w:rPr>
          <w:b/>
        </w:rPr>
        <w:t xml:space="preserve">[19:51] </w:t>
      </w:r>
      <w:r>
        <w:t>aap pareshan ho jayenge aur over thinking ka ek dimagh mein woh aa gaya hai ke isse aapka jo hai deviation ho jayega. aapko happy life jeena hai to aap bas chalte rahein. jo moment hai usko jiyein baki na seekhein. to mujhe Maulana sahib ki to hum logon ne sab jaisa discuss hua hai hum sab jante hain ke Allah marifat jo hai woh high thinking se hi aati hai.</w:t>
      </w:r>
    </w:p>
    <w:p>
      <w:pPr>
        <w:jc w:val="right"/>
      </w:pPr>
      <w:r>
        <w:t>आप परेशान हो जाएंगे और over thinking का एक दिमाग में वह आ गया है कि इससे आपका जो है deviation हो जाएगा. आपको happy life जीना है तो आप बस चलते रहे हैं. जो moment है उसको जिए बाकी ना सीखते हैं. तो मुझे मनाना साहब की तो हम लोगों ने सब जैसा discuss हुआ है हम सब जानते हैं कि आला मार्फत जो है वह high thinking से ही आती है.</w:t>
      </w:r>
    </w:p>
    <w:p>
      <w:r>
        <w:rPr>
          <w:b/>
        </w:rPr>
        <w:t xml:space="preserve">[20:17] </w:t>
      </w:r>
      <w:r>
        <w:t>jab hum apni soch ko ooncha karenge, apni gaur o fikr ko us level par lekar jayenge ke hamein material cheezon se spiritual lessons nikalna aa jaye. hum is is tarah ki gaur o fikr kar payein jisse ke jisse ke hamari marifat mein izafa ho to yeh hamein apne apna ek goal banana hai.</w:t>
      </w:r>
    </w:p>
    <w:p>
      <w:pPr>
        <w:jc w:val="right"/>
      </w:pPr>
      <w:r>
        <w:t>जब हम अपनी सोच को ऊंचा करेंगे, अपनी गौरव फ़िक्र को उस level पर लेकर जाएंगे कि हमें material चीज़ों से spiritual lessons निकालना आ जाए. हम इस इस तरह की गौरव फ़िक्र कर पाएं जिससे कि जिससे कि हमारी मार्फत में इज़ाफा हो तो यह हमें अपने अपना एक goal बनाना है.</w:t>
      </w:r>
    </w:p>
    <w:p>
      <w:r>
        <w:rPr>
          <w:b/>
        </w:rPr>
        <w:t xml:space="preserve">[20:38] </w:t>
      </w:r>
      <w:r>
        <w:t>isi se hamari personality mein development hoga aur hamari personality aisi hogi ki phir hum zikr kashir karne</w:t>
      </w:r>
    </w:p>
    <w:p>
      <w:pPr>
        <w:jc w:val="right"/>
      </w:pPr>
      <w:r>
        <w:t>इसी से हमारी personality में development होगा और हमारी personality ऐसी होगी कि फिर हम ज़िक्र कशीर करने</w:t>
      </w:r>
    </w:p>
    <w:p>
      <w:r>
        <w:rPr>
          <w:b/>
        </w:rPr>
        <w:t xml:space="preserve">[20:47] </w:t>
      </w:r>
      <w:r>
        <w:t>wale ho jayenge kyunki hum itni marfat wale jab honge to har cheez mein hum khuda ko yaad</w:t>
      </w:r>
    </w:p>
    <w:p>
      <w:pPr>
        <w:jc w:val="right"/>
      </w:pPr>
      <w:r>
        <w:t>वाले हो जाएंगे क्योंकि हम इतनी मार्फत वाले जब होंगे तो हर चीज़ में हम खुदा को याद</w:t>
      </w:r>
    </w:p>
    <w:p>
      <w:r>
        <w:rPr>
          <w:b/>
        </w:rPr>
        <w:t xml:space="preserve">[20:56] </w:t>
      </w:r>
      <w:r>
        <w:t>karne lagenge aur wo personality, rabbani personality to beshak mujhe lagta hai ki allah taala ki main wo</w:t>
      </w:r>
    </w:p>
    <w:p>
      <w:pPr>
        <w:jc w:val="right"/>
      </w:pPr>
      <w:r>
        <w:t>करने लगेंगे और वह personality, रब्बानी personality तो बेशक मुझे लगता है कि अल्हा ताला कि मैं वह</w:t>
      </w:r>
    </w:p>
    <w:p>
      <w:r>
        <w:rPr>
          <w:b/>
        </w:rPr>
        <w:t xml:space="preserve">[21:05] </w:t>
      </w:r>
      <w:r>
        <w:t>personality hoti hoon aur aaj main main sirf apna ek experience share kar rahi hoon aaj isliye kyunki</w:t>
      </w:r>
    </w:p>
    <w:p>
      <w:pPr>
        <w:jc w:val="right"/>
      </w:pPr>
      <w:r>
        <w:t>personality होती हूं और आज मैं मैं सिर्फ अपना एक experience share कर रही हूं आज इसलिए क्योंकि</w:t>
      </w:r>
    </w:p>
    <w:p>
      <w:r>
        <w:rPr>
          <w:b/>
        </w:rPr>
        <w:t xml:space="preserve">[21:14] </w:t>
      </w:r>
      <w:r>
        <w:t>aaj main kahin par aise bahut hi zyada urgently kisi waqt main jaldi se jaldi kar loon is</w:t>
      </w:r>
    </w:p>
    <w:p>
      <w:pPr>
        <w:jc w:val="right"/>
      </w:pPr>
      <w:r>
        <w:t>आज मैं कहीं पर ऐसे बहुत ही ज़्यादा urgently किसी वक्त मैं जल्दी से जल्दी कर लूं इस</w:t>
      </w:r>
    </w:p>
    <w:p>
      <w:r>
        <w:rPr>
          <w:b/>
        </w:rPr>
        <w:t xml:space="preserve">[21:23] </w:t>
      </w:r>
      <w:r>
        <w:t>cheez ko aur main nikal paun aur achanak se mujhe yaad aaya ki mere haath mein mobile phone hai.</w:t>
      </w:r>
    </w:p>
    <w:p>
      <w:pPr>
        <w:jc w:val="right"/>
      </w:pPr>
      <w:r>
        <w:t>चीज़ को और मैं निकल पाऊं और अचानक से मुझे याद आया कि मेरे हाथ में mobile phone है.</w:t>
      </w:r>
    </w:p>
    <w:p>
      <w:r>
        <w:rPr>
          <w:b/>
        </w:rPr>
        <w:t xml:space="preserve">[21:33] </w:t>
      </w:r>
      <w:r>
        <w:t>to maine meeting usi phone se wahin ke wahin connect kar li aur phir mere paas ek tez raftaar gaadi hai to main das minute mein apne ghar bhi pahunch gayi aur ab main apni place par aakar is meeting aapke saath kar pa rahi hoon.</w:t>
      </w:r>
    </w:p>
    <w:p>
      <w:pPr>
        <w:jc w:val="right"/>
      </w:pPr>
      <w:r>
        <w:t>तो मैंने meeting उसी phone से वहीं के वहीं connect कर ली और फिर मेरे पास एक तेज़ रफ़्तार गाड़ी है तो मैं दस minute में अपने घर भी पहुंच गई और अब मैं अपनी place पर आकर इस meeting आपके साथ कर पा रही हूं.</w:t>
      </w:r>
    </w:p>
    <w:p>
      <w:r>
        <w:rPr>
          <w:b/>
        </w:rPr>
        <w:t xml:space="preserve">[21:45] </w:t>
      </w:r>
      <w:r>
        <w:t>to mujhe ab ab yeh mehsoos ho raha hai ke jaise ke jaise ke mujhe yeh aap logon</w:t>
      </w:r>
    </w:p>
    <w:p>
      <w:pPr>
        <w:jc w:val="right"/>
      </w:pPr>
      <w:r>
        <w:t>तो मुझे अब अब यह महसूस हो रहा है कि जैसे कि जैसे कि मुझे यह आप लोगों</w:t>
      </w:r>
    </w:p>
    <w:p>
      <w:r>
        <w:rPr>
          <w:b/>
        </w:rPr>
        <w:t xml:space="preserve">[21:53] </w:t>
      </w:r>
      <w:r>
        <w:t>tak to mujhe lagta hai ke is tarah ke hum jo yeh experiences ko hum sochte hain, hum</w:t>
      </w:r>
    </w:p>
    <w:p>
      <w:pPr>
        <w:jc w:val="right"/>
      </w:pPr>
      <w:r>
        <w:t>तक तो मुझे लगता है कि इस तरह के हम जो यह experiences को हम सोचते हैं, हम</w:t>
      </w:r>
    </w:p>
    <w:p>
      <w:r>
        <w:rPr>
          <w:b/>
        </w:rPr>
        <w:t xml:space="preserve">[22:01] </w:t>
      </w:r>
      <w:r>
        <w:t>aksar hote hain hamare saath magar isko hum jaise ke hum logon ka nature hai hum use miss</w:t>
      </w:r>
    </w:p>
    <w:p>
      <w:pPr>
        <w:jc w:val="right"/>
      </w:pPr>
      <w:r>
        <w:t>अक्सर होते हैं हमारे साथ मगर इसको हम जैसे कि हम लोगों का nature है हम उसे miss</w:t>
      </w:r>
    </w:p>
    <w:p>
      <w:r>
        <w:rPr>
          <w:b/>
        </w:rPr>
        <w:t xml:space="preserve">[22:10] </w:t>
      </w:r>
      <w:r>
        <w:t>kar dete hain nahin sochte hain lekin ab jab yeh hua hai aur aap logon ki baatein maine</w:t>
      </w:r>
    </w:p>
    <w:p>
      <w:pPr>
        <w:jc w:val="right"/>
      </w:pPr>
      <w:r>
        <w:t>कर देते हैं नहीं सोचते हैं लेकिन अब जब यह हुआ है और आप लोगों की बातें मैंने</w:t>
      </w:r>
    </w:p>
    <w:p>
      <w:r>
        <w:rPr>
          <w:b/>
        </w:rPr>
        <w:t xml:space="preserve">[22:18] </w:t>
      </w:r>
      <w:r>
        <w:t>suni hain to mujhe lag raha tha ke baatein mein yeh koi intervention tha ya farishte the jo</w:t>
      </w:r>
    </w:p>
    <w:p>
      <w:pPr>
        <w:jc w:val="right"/>
      </w:pPr>
      <w:r>
        <w:t>सुनी हैं तो मुझे लग रहा था कि बातें में यह कोई intervention था या परिश्ते थे जो</w:t>
      </w:r>
    </w:p>
    <w:p>
      <w:r>
        <w:rPr>
          <w:b/>
        </w:rPr>
        <w:t xml:space="preserve">[22:27] </w:t>
      </w:r>
      <w:r>
        <w:t>mujhe yahan tak le aaye aur main aap logon ke paas aaj aap logon ki baatein aapne bahut</w:t>
      </w:r>
    </w:p>
    <w:p>
      <w:pPr>
        <w:jc w:val="right"/>
      </w:pPr>
      <w:r>
        <w:t>मुझे यहां तक ले आए और मैं आप लोगों के पास आज आप लोगों की बातें आपने बहुत</w:t>
      </w:r>
    </w:p>
    <w:p>
      <w:r>
        <w:rPr>
          <w:b/>
        </w:rPr>
        <w:t xml:space="preserve">[22:35] </w:t>
      </w:r>
      <w:r>
        <w:t>acchi baat share ki jaise ke is article mein yeh likha hua hai ke God ke creations ko</w:t>
      </w:r>
    </w:p>
    <w:p>
      <w:pPr>
        <w:jc w:val="right"/>
      </w:pPr>
      <w:r>
        <w:t>अच्छी बात share की जैसे कि इस article में यह लिखा हुआ है कि God के creations को</w:t>
      </w:r>
    </w:p>
    <w:p>
      <w:r>
        <w:rPr>
          <w:b/>
        </w:rPr>
        <w:t xml:space="preserve">[22:43] </w:t>
      </w:r>
      <w:r>
        <w:t>agar hum bahut zyada gaur o fikr karte hain to hum hidayat tak puhanchte hain aur doosri jo mujhe</w:t>
      </w:r>
    </w:p>
    <w:p>
      <w:pPr>
        <w:jc w:val="right"/>
      </w:pPr>
      <w:r>
        <w:t>अगर हम बहुत ज़्यादा गौर फ़िक्र करते हैं तो हम हुदा तक पहुंचते हैं और दूसरी जो मुझे</w:t>
      </w:r>
    </w:p>
    <w:p>
      <w:r>
        <w:rPr>
          <w:b/>
        </w:rPr>
        <w:t xml:space="preserve">[22:52] </w:t>
      </w:r>
      <w:r>
        <w:t>is baat se samajh mein aa rahi hai ke ek aur cheez hai hamari life ki experiences jo</w:t>
      </w:r>
    </w:p>
    <w:p>
      <w:pPr>
        <w:jc w:val="right"/>
      </w:pPr>
      <w:r>
        <w:t>इस बात से समझ में आ रही है कि एक और चीज़ है हमारी life की experiences जो</w:t>
      </w:r>
    </w:p>
    <w:p>
      <w:r>
        <w:rPr>
          <w:b/>
        </w:rPr>
        <w:t xml:space="preserve">[23:00] </w:t>
      </w:r>
      <w:r>
        <w:t>har waqt har lamha hamare upar jo guzarte hain.</w:t>
      </w:r>
    </w:p>
    <w:p>
      <w:pPr>
        <w:jc w:val="right"/>
      </w:pPr>
      <w:r>
        <w:t>हर वक्त हर लम्हा हमारे ऊपर जो गुजरते हैं.</w:t>
      </w:r>
    </w:p>
    <w:p>
      <w:r>
        <w:rPr>
          <w:b/>
        </w:rPr>
        <w:t xml:space="preserve">[23:09] </w:t>
      </w:r>
      <w:r>
        <w:t>agar past mein bhi hum kai sare incident ko agar hum war karte hain to hamein samajh mein aati hai us pal mein nahi samajh mein aata hai lekin war yahan the most important thing is to contemplate, contemplated on the situation that we have suffered or we have undergone And later in our later part of our life, when we start thinking that this has happened, and then we come to realize ke, yes, that was, what we, went underwent that was good for us.</w:t>
      </w:r>
    </w:p>
    <w:p>
      <w:pPr>
        <w:jc w:val="right"/>
      </w:pPr>
      <w:r>
        <w:t>अगर past में भी हम कई सारे incident को अगर हम war करते हैं तो हमें समझ में आती है उस पल में नहीं समझ में आता है लेकिन war यहां the most important thing is to come contemplate, contemplated on the situation that we have suffered or we have undergone And later in our later part of our life, when we start thinking that this has happened, and then we come to realize कि, yes, that was, what we, went underwent that was good for us.</w:t>
      </w:r>
    </w:p>
    <w:p>
      <w:r>
        <w:rPr>
          <w:b/>
        </w:rPr>
        <w:t xml:space="preserve">[23:38] </w:t>
      </w:r>
      <w:r>
        <w:t>So the important point here is to contemplate on your experiences and also the situations of your life. Then you can reach the creator. jaisa kal hai doctor Safina aur main yeh martial arts bahut ladies hamare se judi hui hain. to I open this session to all the ladies who have joined here to share their experiences and but please make it short. We have around forty minutes time left with us.</w:t>
      </w:r>
    </w:p>
    <w:p>
      <w:pPr>
        <w:jc w:val="right"/>
      </w:pPr>
      <w:r>
        <w:t>So the important point here is to contemplate on your experiences and also the situations of your life. Then you can reach the creator. जैसा कल है doctor सफ़ीना और मैं यह martial arts बहुत ladies हमारे से जुड़ी हुई हैं. तो I open this session to all the ladies who have joined here to share their experiences and but please make it short. We have around forty minutes time left with us.</w:t>
      </w:r>
    </w:p>
    <w:p>
      <w:r>
        <w:rPr>
          <w:b/>
        </w:rPr>
        <w:t xml:space="preserve">[24:08] </w:t>
      </w:r>
      <w:r>
        <w:t>So kindly raise your hand. Tell your name and your place. Sanam awaaz nahi aa rahi hai aapki? Mute hai Sana. Ok, Sana please go ahead. Please unmute yourself. Haan. Kya Walipur? Walipur Islam.</w:t>
      </w:r>
    </w:p>
    <w:p>
      <w:pPr>
        <w:jc w:val="right"/>
      </w:pPr>
      <w:r>
        <w:t>So kindly raise your hand. Tell your name and your place. सनम आवाज़ नहीं आ रही है आपकी? Mute है सना. Ok, सना please go ahead. Please unmute yourself. हां. क्या वालीपूर? वालीपूर्ण इस्लाम.</w:t>
      </w:r>
    </w:p>
    <w:p>
      <w:r>
        <w:rPr>
          <w:b/>
        </w:rPr>
        <w:t xml:space="preserve">[24:37] </w:t>
      </w:r>
      <w:r>
        <w:t>ji meri is hospital ki jo learning rahi hai wah mujhe yeh samajh mein aata hai ke yeh</w:t>
      </w:r>
    </w:p>
    <w:p>
      <w:pPr>
        <w:jc w:val="right"/>
      </w:pPr>
      <w:r>
        <w:t>जी मेरी इस hospital की जो learning रही है वह मुझे यह समझ में आता है कि यह</w:t>
      </w:r>
    </w:p>
    <w:p>
      <w:r>
        <w:rPr>
          <w:b/>
        </w:rPr>
        <w:t xml:space="preserve">[24:46] </w:t>
      </w:r>
      <w:r>
        <w:t>جو golfing center کا process ہے وہ interact with اور structural development کیا ملتا رہا کیونکہ الکارا نے</w:t>
      </w:r>
    </w:p>
    <w:p>
      <w:pPr>
        <w:jc w:val="right"/>
      </w:pPr>
      <w:r>
        <w:t>जो golfing center का process है वह interact with और structural development क्या मिलता रहा क्योंकि अलकारा ने</w:t>
      </w:r>
    </w:p>
    <w:p>
      <w:r>
        <w:rPr>
          <w:b/>
        </w:rPr>
        <w:t xml:space="preserve">[24:56] </w:t>
      </w:r>
      <w:r>
        <w:t>jo bhi duniya banai hai wah ek matlab niamat ke pehlu se maujood ki hai.</w:t>
      </w:r>
    </w:p>
    <w:p>
      <w:pPr>
        <w:jc w:val="right"/>
      </w:pPr>
      <w:r>
        <w:t>जो भी दुनिया बनाई है वह एक मतलब नियमत के पहलू से मौजूद की है.</w:t>
      </w:r>
    </w:p>
    <w:p>
      <w:r>
        <w:rPr>
          <w:b/>
        </w:rPr>
        <w:t xml:space="preserve">[25:06] </w:t>
      </w:r>
      <w:r>
        <w:t>to wah gaur o fikr karne ke liye wah niamaton ko jaanna, cheezon mein niamaton ke pehlu se dekhna.</w:t>
      </w:r>
    </w:p>
    <w:p>
      <w:pPr>
        <w:jc w:val="right"/>
      </w:pPr>
      <w:r>
        <w:t>तो वह golf future करने के लिए वह नियमतों को जानना, चीज़ों में नियमतों के पहलू से दयाब करना.</w:t>
      </w:r>
    </w:p>
    <w:p>
      <w:r>
        <w:rPr>
          <w:b/>
        </w:rPr>
        <w:t xml:space="preserve">[25:16] </w:t>
      </w:r>
      <w:r>
        <w:t>ke duniya hai alag alag ne 97% usko daalne ke rakhta hai and 4% usko alag alag ne hamare samne lakar kar diya hai. lekin 4% mein bhi itni cheezein hain ke woh dentist hi unke scientific development dete hue to really ek naya cheez hamein nazar aa raha hai. to golf course ka meri according jo hona chahiye progress ke insaan na matlab ek koi cynic platform nahi hai ke insaan ne ek cheez ki aur usko ek platform ne wahan par usko daryaft kar liya and woh ruk jaye.</w:t>
      </w:r>
    </w:p>
    <w:p>
      <w:pPr>
        <w:jc w:val="right"/>
      </w:pPr>
      <w:r>
        <w:t>कि दुनिया है अलग अलग ने 97% उसको डालने के रखता है and 4% उसको अलग अलग ने हमारे सामने लाकर कर दिया है. लेकिन 4% में भी इतनी चीज़ें हैं कि वो dentist ही उनके scientific development देते हुए तो really एक नया चीज़ हमें नज़र आ रहा है. तो golf course का मेरी according जो होना चाहिए progress कि इंसान ना मतलब एक कोई cynic platform नहीं है कि इंसान ने एक चीज़ की और उसको एक platform ने वहां पर उसको दयाब कर लिया and वो रुक जाए.</w:t>
      </w:r>
    </w:p>
    <w:p>
      <w:r>
        <w:rPr>
          <w:b/>
        </w:rPr>
        <w:t xml:space="preserve">[25:46] </w:t>
      </w:r>
      <w:r>
        <w:t>hum jitne hi golf ko ek level par lekar jayenge aur alag alag hamari taraf ko daryaj karenge to hamein samajh mein aayega insano se alag alag se connect ho jata hai. usmein hi alag alag se wah kadi ho jata hai. sujizaar pilash hai na? aur koi ladies wants to say something? ayesha yusra you want to say something?</w:t>
      </w:r>
    </w:p>
    <w:p>
      <w:pPr>
        <w:jc w:val="right"/>
      </w:pPr>
      <w:r>
        <w:t>हम जितने ही golf को एक level पर लेकर जाएंगे और अलग अलग हमारी तरफ को दर्याज करेंगे तो हमें समझ में आएगा इंसानों से अलग अलग से connect हो जाता है. उसमें ही अलग अलग से वह कड़ी हो जाता है. सुजीज़ार पिलास है ना? और कोई ladies wants to say something? आयशा यूसरा you want to say something?</w:t>
      </w:r>
    </w:p>
    <w:p>
      <w:r>
        <w:rPr>
          <w:b/>
        </w:rPr>
        <w:t xml:space="preserve">[26:14] </w:t>
      </w:r>
      <w:r>
        <w:t>she is from visakha patnam aur ahmadabilla yeh bahut unique tarike se dawah work karti hain. mashallah, god bless you for that, ayesha. and i have come to know that you have dreamt something which is very enlightening. so kindly share your dream also. sure. aspatal, asslamalikim. walikum asslam.</w:t>
      </w:r>
    </w:p>
    <w:p>
      <w:pPr>
        <w:jc w:val="right"/>
      </w:pPr>
      <w:r>
        <w:t>She is from विशाका पटनम and अहमदाबिल्लाह यह बहुत unique तरीके से दावा work करती हैं. माशालाह, God bless you for that, आयशा. And I have come to know that you have dreamt something which is very enlightening. So kindly share your dream also. Sure. अस्स्पताल, अस्स्लामालिकुम. वालिकुम अस्लाम.</w:t>
      </w:r>
    </w:p>
    <w:p>
      <w:r>
        <w:rPr>
          <w:b/>
        </w:rPr>
        <w:t xml:space="preserve">[26:41] </w:t>
      </w:r>
      <w:r>
        <w:t>bas main meri learning ko share karungi jo khuda ka kaynath mein gaur o fikr sabse badi ibadat hai. to the importance of thinking. is article mein pura importance of thinking ke bare mein hai. to yeh surah al imran chapter number three, verse one ninety, one ninety one mein hai.</w:t>
      </w:r>
    </w:p>
    <w:p>
      <w:pPr>
        <w:jc w:val="right"/>
      </w:pPr>
      <w:r>
        <w:t>बस मैं मेरी learning को share करूंगी जो खुदा का कायनाथ में गौरव फ़िक्र सबसे बड़ी इबादित है. तो The Importance of Thinking. इस article में पूरा importance of thinking के बारे में है. तो यह सूरा अल इमरान chapter number three, verse one ninety, one ninety one में है.</w:t>
      </w:r>
    </w:p>
    <w:p>
      <w:r>
        <w:rPr>
          <w:b/>
        </w:rPr>
        <w:t xml:space="preserve">[27:07] </w:t>
      </w:r>
      <w:r>
        <w:t>allah taala is khana yeh maftaz nahi paida kiya hai. yeh kuch samajhkar bande baithte, lete, gaur o fikr karke allah ka tareef karte hain aur doosri verse hai chapter 18, verse number 14, sure al kahf.</w:t>
      </w:r>
    </w:p>
    <w:p>
      <w:pPr>
        <w:jc w:val="right"/>
      </w:pPr>
      <w:r>
        <w:t>अल्लाह ताला इस खाना यह माफ़्तज़ नहीं पैदा किया है. यह कुछ समझकर बंदे बैठते, लेटते, गौरव फ़िक्र करके अल्लाह का तारीफ़ करते हैं और दूसरी verse है chapter 18, verse number 14, सुरे अल्काहफ.</w:t>
      </w:r>
    </w:p>
    <w:p>
      <w:r>
        <w:rPr>
          <w:b/>
        </w:rPr>
        <w:t xml:space="preserve">[27:32] </w:t>
      </w:r>
      <w:r>
        <w:t>usmein jo iman laye jo bande bolte hain, hum zameen aur aasman ke malik ko rabb banakar rakhe hain. hum allah par yuar laye hain. agar hum allah ko chhodkar isi ko yuwadat karne se hum false khud ka bojh uthate hain. hum false khud mein jeete hain.</w:t>
      </w:r>
    </w:p>
    <w:p>
      <w:pPr>
        <w:jc w:val="right"/>
      </w:pPr>
      <w:r>
        <w:t>उसमें जो ईमान लाए जो बंदे बोलते हैं, हम ज़मीन और आसमान के मालिक को रब बनाकर रखे हैं. हम अल्लाह पर युवार लाए हैं. अगर हम अल्लाह को छोड़कर इसी को युवादत करने से हम false खुद का बोझ उठाते हैं. हम false खुद में जीते हैं.</w:t>
      </w:r>
    </w:p>
    <w:p>
      <w:r>
        <w:rPr>
          <w:b/>
        </w:rPr>
        <w:t xml:space="preserve">[28:00] </w:t>
      </w:r>
      <w:r>
        <w:t>to yeh yeh two verses se quran mein importance of thinking maloom hoti hai aur Maulana sahib ne yeh bataya hai ki jo hamari khuda ki qareebiness, nearness to god depends on the level of realization of god. hum jitna marfaq ko hamari marfaq ko badhate hain, utna khuda ko qareeb paate hain.</w:t>
      </w:r>
    </w:p>
    <w:p>
      <w:pPr>
        <w:jc w:val="right"/>
      </w:pPr>
      <w:r>
        <w:t>तो यह यह two verses से क़ुरान में importance of thinking मालूम होती है और मोलाना साहब ने यह बताया है कि जो हमारी ख़ुदा की क़रीबनess, nearness to god depends on the level of realization of god. हम जितना मार्फ़क़ को हमारी मार्फ़क़ को बढ़ाते हैं, उतना ख़ुदा को क़रीब पाते हैं.</w:t>
      </w:r>
    </w:p>
    <w:p>
      <w:r>
        <w:rPr>
          <w:b/>
        </w:rPr>
        <w:t xml:space="preserve">[28:27] </w:t>
      </w:r>
      <w:r>
        <w:t>iske liye khuda ko qareeb hone ke liye hamari maarifat ko badhani chahiye. wah maarifat true thinking se, true contemplation se hi badhte jati hain aur ek jagah Maulana sahib ne is tarah explain karte hain ki material aur spiritual development dono bhi ka raaj deep thinking hai.</w:t>
      </w:r>
    </w:p>
    <w:p>
      <w:pPr>
        <w:jc w:val="right"/>
      </w:pPr>
      <w:r>
        <w:t>इसके लिए ख़ुदा को क़रीब होने के लिए हमारी मारीफ़त को बढ़ानी चाहिए. वह मारीफ़त true thinking से, true contemplation से ही बढ़ते जाती हैं और एक जगह मौलाना साहब ने इस तरह explain करते हैं कि material और spiritual development दोनों भी का राज deep thinking है.</w:t>
      </w:r>
    </w:p>
    <w:p>
      <w:r>
        <w:rPr>
          <w:b/>
        </w:rPr>
        <w:t xml:space="preserve">[28:49] </w:t>
      </w:r>
      <w:r>
        <w:t>jitna hum apna mind mind ko activate karte hain utna hi deep thinking, deep thinking kar sakte hain</w:t>
      </w:r>
    </w:p>
    <w:p>
      <w:pPr>
        <w:jc w:val="right"/>
      </w:pPr>
      <w:r>
        <w:t>जितना हमें अपना mind mind को activate करते हैं उतना ही deep thinking, deep thinking कर सकते हैं</w:t>
      </w:r>
    </w:p>
    <w:p>
      <w:r>
        <w:rPr>
          <w:b/>
        </w:rPr>
        <w:t xml:space="preserve">[28:58] </w:t>
      </w:r>
      <w:r>
        <w:t>aur thinking kar sakte hain aur main is ek example se maine yeh sochi hai ke hum jahan</w:t>
      </w:r>
    </w:p>
    <w:p>
      <w:pPr>
        <w:jc w:val="right"/>
      </w:pPr>
      <w:r>
        <w:t>और thinking कर सकते हैं और मैं इस एक example से मैंने यह सोची है कि हम जहां</w:t>
      </w:r>
    </w:p>
    <w:p>
      <w:r>
        <w:rPr>
          <w:b/>
        </w:rPr>
        <w:t xml:space="preserve">[29:07] </w:t>
      </w:r>
      <w:r>
        <w:t>dekhne ki zaroorat nahin hai, hum khud apne aap ko dekhne se maloom hoga ke ek chhoti si</w:t>
      </w:r>
    </w:p>
    <w:p>
      <w:pPr>
        <w:jc w:val="right"/>
      </w:pPr>
      <w:r>
        <w:t>देखने की ज़रूरत नहीं है, हम खुद अपने आप को देखने से मालूम होगा कि एक छोटी सी</w:t>
      </w:r>
    </w:p>
    <w:p>
      <w:r>
        <w:rPr>
          <w:b/>
        </w:rPr>
        <w:t xml:space="preserve">[29:16] </w:t>
      </w:r>
      <w:r>
        <w:t>drop ke zariye se Allah taala six feet ka man ko banate hain.</w:t>
      </w:r>
    </w:p>
    <w:p>
      <w:pPr>
        <w:jc w:val="right"/>
      </w:pPr>
      <w:r>
        <w:t>drop के ज़रिए से अल्लाह तालाह six feet का man को बनाते हैं.</w:t>
      </w:r>
    </w:p>
    <w:p>
      <w:r>
        <w:rPr>
          <w:b/>
        </w:rPr>
        <w:t xml:space="preserve">[29:25] </w:t>
      </w:r>
      <w:r>
        <w:t>allah talah itna achha banate hain. ek maqsad wali insan ko ek sperm draft se allah talah banate hain. hum apni aap ko dekhne se hi maloom hota aur Maulana ka ek kitab hai man know thyself. insan apne aap ko pehchano. is is article mein, is book mein Maulana sahib ne kaha ki insan ko allah taala do aankh diye hain.</w:t>
      </w:r>
    </w:p>
    <w:p>
      <w:pPr>
        <w:jc w:val="right"/>
      </w:pPr>
      <w:r>
        <w:t>अल्लाह तालाह इतना अच्छा बनाते हैं. एक मकसद वाली इंसान को एक sperm draft से अल्लाह तालाह बनाते हैं. हम अपनी आपको देखने से ही मालूम होता और मौलाना का एक किताब है man know thyself. इंसान अपने आप को पहचानो. इस इस article में, इस book में मौलाना साहब ने कहा कि इंसान को अल्लाह ताला दो आंख दिए हैं.</w:t>
      </w:r>
    </w:p>
    <w:p>
      <w:r>
        <w:rPr>
          <w:b/>
        </w:rPr>
        <w:t xml:space="preserve">[29:52] </w:t>
      </w:r>
      <w:r>
        <w:t>wah aankhon se jo visible cheez hai usko dekh sakte hain aur third aankh bhi hai unke paas wah intellect hai. jitna apni aap intellectual intellect ko develop karenge utna aap invisible visible cheez ke beyond thinking karke, realize karke, unki deeper meaning ko aap samajh sakte ho. yeh is kitab mein Maulana sahib ne bataya hai.</w:t>
      </w:r>
    </w:p>
    <w:p>
      <w:pPr>
        <w:jc w:val="right"/>
      </w:pPr>
      <w:r>
        <w:t>वह आंखों से जो visible चीज़ है उसको देख सकते हैं और third आंख भी है उनके पास वह intellect है. जितना अपनी आप intellectual intellect को develop करेंगे उतना आप invisible visible चीज़ के beyond thinking करके, realize करके, उनकी deeper meaning को आप समझ सकते हो. यह इस किताब में मौलाना साहब ने बताया है.</w:t>
      </w:r>
    </w:p>
    <w:p>
      <w:r>
        <w:rPr>
          <w:b/>
        </w:rPr>
        <w:t xml:space="preserve">[30:19] </w:t>
      </w:r>
      <w:r>
        <w:t>to is purani verses se aur Maulana ke course se hum importance of thinking ko achhi tarah samajh paate hain. yahi meri learning hai aur meri yeh jo dream hai aaj ki subah mein aayi thi. maine khwab mein ek aurat koi dekhi thi aur aurat shaitan thi aur to badsoorati aurat thi.</w:t>
      </w:r>
    </w:p>
    <w:p>
      <w:pPr>
        <w:jc w:val="right"/>
      </w:pPr>
      <w:r>
        <w:t>तो इस पुरानी verses से और मौलाना के course से हम importance of thinking को अच्छी तरह समझ पाते हैं. यही मेरी learning है और मेरी यह जो dream है आज की सुबह में आई थी. मैंने ख़्वाब में एक औरत कोई देखी थी और औरत शैतान थी और तो बदसूरतीय औरत थी.</w:t>
      </w:r>
    </w:p>
    <w:p>
      <w:r>
        <w:rPr>
          <w:b/>
        </w:rPr>
        <w:t xml:space="preserve">[30:44] </w:t>
      </w:r>
      <w:r>
        <w:t>unhone mujhe bola hai ki kya aapko apne future ke bare mein kuch main bol sakoon? to kaisa aapko future rahegi? jo khalat hain tumhari zindagi mein uske kuch detail bataoon? to maine bola, hum musalman hain, hum isko nae mante hain. khuda par bharosa rakhe hain.</w:t>
      </w:r>
    </w:p>
    <w:p>
      <w:pPr>
        <w:jc w:val="right"/>
      </w:pPr>
      <w:r>
        <w:t>उन्होंने मुझे बोला है कि क्या आपको अपने future के बारे में कुछ मैं बोल सकूं? तो कैसा आपको future रहेगी? जो खालात है तुम्हारी ज़िंदगी में उसके कुछ detail बताऊं? तो मैंने बोला, हम मुसलमान हैं, हम इसको नाए मानते हैं. खुदा पर भरोसा रखे हैं.</w:t>
      </w:r>
    </w:p>
    <w:p>
      <w:r>
        <w:rPr>
          <w:b/>
        </w:rPr>
        <w:t xml:space="preserve">[31:10] </w:t>
      </w:r>
      <w:r>
        <w:t>khuda jo karein wah bahut achha hi karega. allah hi hamare liye kafi hain. yahi bataya unko ne. unhone bahut gusse se mujhe dekha. jab maine yeh baat mere munh se nikalkar boli hai, allah taala aasman mein ek achhi mahal ko dikhaya mujhe. uski beauty ko main explain nahi kar sakti hoon. utna khoobsurat mahal hai. uska chaudai bhi main explain nahi kar sakti hoon.</w:t>
      </w:r>
    </w:p>
    <w:p>
      <w:pPr>
        <w:jc w:val="right"/>
      </w:pPr>
      <w:r>
        <w:t>खुदा जो करें वह बहुत अच्छा ही करेगा. अल्लाह ही हमारे लिए काफ़ी हैं. यही बताया उनको ने. उन्होंने बहुत गुस्से से मुझे देखा. जब मैंने यह बात मेरे मुंह से निकलकर बोली है, अल्लाह ताला आसमान में एक अच्छी महल को दिखाया मुझे. उसकी beauty को मैं explain नहीं कर सकती हूं. उतना कूबसूरत महल है. उसका चौड़ाई भी मैं explain नहीं कर सकती हूं.</w:t>
      </w:r>
    </w:p>
    <w:p>
      <w:r>
        <w:rPr>
          <w:b/>
        </w:rPr>
        <w:t xml:space="preserve">[31:39] </w:t>
      </w:r>
      <w:r>
        <w:t>allah talah is zuban mere munh se nikalne ke baad itna achhi mahal ko mere allah aasman mein dikhaya hai, to bahut behtareen khwab hai.</w:t>
      </w:r>
    </w:p>
    <w:p>
      <w:pPr>
        <w:jc w:val="right"/>
      </w:pPr>
      <w:r>
        <w:t>अल्लाह तालाह इस जुबान मेरे मुंह से निकलने के बाद इतना अच्छी महल को मेरे अल्लाह आसमान में दिखाया है, तो बहुत बेहतरीन ग्वाब है.</w:t>
      </w:r>
    </w:p>
    <w:p>
      <w:r>
        <w:rPr>
          <w:b/>
        </w:rPr>
        <w:t xml:space="preserve">[31:51] </w:t>
      </w:r>
      <w:r>
        <w:t>maine is sab, yeh khwab ko aapke sabke saath share karne ki sochi hai kyunki insan apne aap ko jitna prepare karte hain, jitna personality development karte jate hain, wahi personality ke saath un jannat mein jate hain. paolana bhi aksar yahi kaha karte hain ki intellectual development bahut zaroori hai.</w:t>
      </w:r>
    </w:p>
    <w:p>
      <w:pPr>
        <w:jc w:val="right"/>
      </w:pPr>
      <w:r>
        <w:t>मैंने इस सब, यह ग्वाब को आपके सबके साथ share करने की सोची है क्योंकि इंसान अपने आप को जितना prepare करते हैं, जितना personality development करते जाते हैं, वही personality के साथ उन जन्नत में जाते हैं. पौलाना भी अक्सर यही कहा करते हैं कि intellectual development बहुत ज़रूरी है.</w:t>
      </w:r>
    </w:p>
    <w:p>
      <w:r>
        <w:rPr>
          <w:b/>
        </w:rPr>
        <w:t xml:space="preserve">[32:18] </w:t>
      </w:r>
      <w:r>
        <w:t>personality development bahut zaroori hai. iske alawa hamein jannat mein nahi ja sakte. jitna hamare hamare se ho sake hum koshish karne chahein jazaq allah. jazaq allah, ayesha aapne apna dream hamare saath share kiya. bahut zyada hamein bhi motivation mil rahi hai inshallah.</w:t>
      </w:r>
    </w:p>
    <w:p>
      <w:pPr>
        <w:jc w:val="right"/>
      </w:pPr>
      <w:r>
        <w:t>Personality development बहुत ज़रूरी है. इसके अलावा हमें जन्नत में नहीं जा सकते. जितना हमारे हमारे से हो सके हम कोशिश करने चाहें जज़ाक़ उल्लाह. जज़ाक़ अल्लाह, आयशाह आपने अपना dream हमारे साथ share किया. बहुत ज़्यादा हमें भी motivation मिल रही है इंशालाह.</w:t>
      </w:r>
    </w:p>
    <w:p>
      <w:r>
        <w:rPr>
          <w:b/>
        </w:rPr>
        <w:t xml:space="preserve">[32:43] </w:t>
      </w:r>
      <w:r>
        <w:t>Allah hamari mehnat ko is raaste par hamari qubool karein aur aise hi mahal hum sab CPS members</w:t>
      </w:r>
    </w:p>
    <w:p>
      <w:pPr>
        <w:jc w:val="right"/>
      </w:pPr>
      <w:r>
        <w:t>अल्लाह हमारी मेहनत को इस रास्ते पर हमारी क़ूबूल करें और ऐसे ही महल हम सब CPS members</w:t>
      </w:r>
    </w:p>
    <w:p>
      <w:r>
        <w:rPr>
          <w:b/>
        </w:rPr>
        <w:t xml:space="preserve">[32:55] </w:t>
      </w:r>
      <w:r>
        <w:t>jo worldwide spread hain, Allah taala hum sabko is mahal mein jagah dein aur aur koi ladies hain</w:t>
      </w:r>
    </w:p>
    <w:p>
      <w:pPr>
        <w:jc w:val="right"/>
      </w:pPr>
      <w:r>
        <w:t>जो worldwide spread हैं, अल्लाह तालाह हम सबको इस महल में जगह दें और और कोई ladies हैं</w:t>
      </w:r>
    </w:p>
    <w:p>
      <w:r>
        <w:rPr>
          <w:b/>
        </w:rPr>
        <w:t xml:space="preserve">[33:07] </w:t>
      </w:r>
      <w:r>
        <w:t>jo share karna chahti hain apni learning?</w:t>
      </w:r>
    </w:p>
    <w:p>
      <w:pPr>
        <w:jc w:val="right"/>
      </w:pPr>
      <w:r>
        <w:t>जो share करना चाहती हैं अपनी learning?</w:t>
      </w:r>
    </w:p>
    <w:p>
      <w:r>
        <w:rPr>
          <w:b/>
        </w:rPr>
        <w:t xml:space="preserve">[33:19] </w:t>
      </w:r>
      <w:r>
        <w:t>please share your learning. aap logon ne article padha hai? kuch bhi bataiye isse related agar aapki situation aise hain. najma parch kuch keh rahi hain aap? haan, agar abhi koi nahi hai to main ek baat share karna chahti hoon. kyun bola?</w:t>
      </w:r>
    </w:p>
    <w:p>
      <w:pPr>
        <w:jc w:val="right"/>
      </w:pPr>
      <w:r>
        <w:t>Please share your learning. आप लोगों ने article पढ़ा है? कुछ भी बताइए इससे related अगर आपकी situation ऐसे हैं. नजमा पर्च कुछ कह रही हैं आप? हां, अगर अभी कोई नहीं है तो मैं एक बात share करना चाहती हूं. क्यों बोला?</w:t>
      </w:r>
    </w:p>
    <w:p>
      <w:r>
        <w:rPr>
          <w:b/>
        </w:rPr>
        <w:t xml:space="preserve">[33:43] </w:t>
      </w:r>
      <w:r>
        <w:t>kyunki jab main shuru mein Maulana ke paas it mein retire nahi thi university mein, delhi university mein padha rahi thi aur science education at higher level padhati thi. to jab Maulana ke paas gaye to unhone ek secular kitab thi art of thinking. wah hum usmein ek unhone apna forward lagaya tha aur wah kuch logon ko matlab di.</w:t>
      </w:r>
    </w:p>
    <w:p>
      <w:pPr>
        <w:jc w:val="right"/>
      </w:pPr>
      <w:r>
        <w:t>क्योंकि जब मैं शुरू में मौलाना के पास IT में retire नहीं थी university में, Delhi university में पढ़ा रही थी और science education at higher level पढ़ाती थी. तो जब मौलाना के पास गए तो उन्होंने एक secular किताब थी art of thinking. वह हम उसमें एक उन्होंने अपना forward लगाया था और वह कुछ लोगों को मतलब दी.</w:t>
      </w:r>
    </w:p>
    <w:p>
      <w:r>
        <w:rPr>
          <w:b/>
        </w:rPr>
        <w:t xml:space="preserve">[34:08] </w:t>
      </w:r>
      <w:r>
        <w:t>to mujhe bhi wah kitab mili aur i was really wondering jab main bilkul shuru shuru mein aayi thi ki yeh to islamic class hai ismein yeh baatein jo hum itne high level par karte hain students ke saath. to wah kitab phir main uski maine photocopy karakar apne paas photocopy thi. to phir students bhi mujhse maang ke le jate the.</w:t>
      </w:r>
    </w:p>
    <w:p>
      <w:pPr>
        <w:jc w:val="right"/>
      </w:pPr>
      <w:r>
        <w:t>तो मुझे भी वह किताब मिली और I was really wondering जब मैं बिल्कुल शुरू शुरू में आई थी कि यह तो Islamic class है इसमें यह बातें जो हम इतने high level पर करते हैं students के साथ. तो वह किताब फिर मैं उसकी मैंने photocopy कराकर अपने पास photocopy थी. तो फिर students भी मुझसे मांग के ले जाते थे.</w:t>
      </w:r>
    </w:p>
    <w:p>
      <w:r>
        <w:rPr>
          <w:b/>
        </w:rPr>
        <w:t xml:space="preserve">[34:33] </w:t>
      </w:r>
      <w:r>
        <w:t>to mujhe main really i was thinking ki Maulana ne yeh cheezein di hain aur us waqt realize kiya ki Maulana to hamesha thinking, intellectual development is par itna zor dete the ki ab dimag itna clarity aayi hai jo hamein itne din padhakar bhi nahi aayi, ismein zyada clarity aayi hai because it is all focused now.</w:t>
      </w:r>
    </w:p>
    <w:p>
      <w:pPr>
        <w:jc w:val="right"/>
      </w:pPr>
      <w:r>
        <w:t>तो मुझे मैं really I was thinking कि मोलाना ने यह चीज़ें दी हैं और उस वक्त realize किया कि मोलाना तो हमेशा thinking, intellectual development इस पर इतना ज़ोर देते थे कि अब दिमाग इतना clarity आई है जो हमें इतने दिन पढ़ाकर भी नहीं आई, इसमें ज़्यादा clarity आई है because it is all focused now.</w:t>
      </w:r>
    </w:p>
    <w:p>
      <w:r>
        <w:rPr>
          <w:b/>
        </w:rPr>
        <w:t xml:space="preserve">[35:00] </w:t>
      </w:r>
      <w:r>
        <w:t>jaza jaza kalya thank you appa for sharing that and. ek aur baat shreena aksar Maulana sahib bolte the na ki quran mein jo lafz aaya hai kalbh uske liye kafi confusion hai ki kalbh jo hai usmein wah to ek center hai heart ko kehte hain kalbh shayad. haan.</w:t>
      </w:r>
    </w:p>
    <w:p>
      <w:pPr>
        <w:jc w:val="right"/>
      </w:pPr>
      <w:r>
        <w:t>जज़ा जज़ा कल्या thank you अप्पा for sharing that and. एक और बात श्रबीना अक्सर मुलाना साहब बोलते थे ना कि कुरान में जो लफ्ज़ आया है कल्भ उसके लिए काफी confusion है कि कल्भ जो है उसमें वह तो एक center है heart को कहते हैं कल्भ शायद. हां.</w:t>
      </w:r>
    </w:p>
    <w:p>
      <w:r>
        <w:rPr>
          <w:b/>
        </w:rPr>
        <w:t xml:space="preserve">[35:19] </w:t>
      </w:r>
      <w:r>
        <w:t>lekin Maulana sahib kehte the ki wah literally usage hai sirf uska jo meaning aa raha hai wah wah mind hi hai ki apne aql ko istemal karo to kahin kahin kahin quran mein diya hua hai ki kalbh ko kalbe saleem ya kuch is tarah ke alfaaz hain. to yeh bhi is wajah se bhi kafi confusion islam wale logon ne apne andar rakha ki sochna nahi hai bas. dil mein jo hoga wah hoga.</w:t>
      </w:r>
    </w:p>
    <w:p>
      <w:pPr>
        <w:jc w:val="right"/>
      </w:pPr>
      <w:r>
        <w:t>लेकिन मुराना साहब कहते थे कि वह literally usage है सिर्फ उसका जो meaning आ रहा है वह वह mind ही है कि अपने अकल्प को इस्तेमाल करो तो कहीं कहीं कहीं कुरान में दिया हुआ है कि कल्प को कल्पे सलीम या कुछ इस तरह के अल्पाज़ हैं. तो यह भी इस वजह से भी काफी confusion इस्लाम वाले लोगों ने अपने अंदर रखा कि सोचना नहीं है बस. दिल में जो होगा वह होगा.</w:t>
      </w:r>
    </w:p>
    <w:p>
      <w:r>
        <w:rPr>
          <w:b/>
        </w:rPr>
        <w:t xml:space="preserve">[35:43] </w:t>
      </w:r>
      <w:r>
        <w:t>magar Maulana ne mind based spirituality par hamesha hamein wah karaya ki aapko dimag se nikalna hai har cheez gaur karke signs of god dhoondh discover karne hain. sorry, matlab jo monism ka concept hai jisko kaha jisko kaha jata hai ki creation mein hi khuda hai.</w:t>
      </w:r>
    </w:p>
    <w:p>
      <w:pPr>
        <w:jc w:val="right"/>
      </w:pPr>
      <w:r>
        <w:t>मगर मोलाना ने mind based spirituality पर हमेशा हमें वह कराया कि आपको दिमाग से निकालना है हर चीज़ गौर करके signs of God ढूंढ discover करने हैं. Sorry, मतलब जो monoism का concept है जिसको कहा जिसको कहा जाता है कि creation में ही खुदा है.</w:t>
      </w:r>
    </w:p>
    <w:p>
      <w:r>
        <w:rPr>
          <w:b/>
        </w:rPr>
        <w:t xml:space="preserve">[36:04] </w:t>
      </w:r>
      <w:r>
        <w:t>ek to concept yeh hai aur Maulana sahib ne kaha ki Islamic concept jo hai monotheism ka ki creation mein khuda ki glory ya khuda ke signs hain wah hamein dhoondhne hain. wah mind based spirituality hai. yeh cheez par bahut focus kiya hua hai.</w:t>
      </w:r>
    </w:p>
    <w:p>
      <w:pPr>
        <w:jc w:val="right"/>
      </w:pPr>
      <w:r>
        <w:t>एक तो concept यह है और मोलाना साहब ने कहा कि Islamic concept जो है monotheism का कि creation में खुदा की glory या खुदा के signs हैं वह हमें ढूंढने हैं. वह mind based spirituality है. यह चीज़ पर बहुत focus किया हुआ है.</w:t>
      </w:r>
    </w:p>
    <w:p>
      <w:r>
        <w:rPr>
          <w:b/>
        </w:rPr>
        <w:t xml:space="preserve">[36:21] </w:t>
      </w:r>
      <w:r>
        <w:t>yeh baat to woh hamesha bohat clarity se batate the kyunke bohat sare log kalp kalp aur heart based baat karte hain to woh kehte the heart jo hai woh to ek pumping organ hai jisme se blood plump ho raha hai.</w:t>
      </w:r>
    </w:p>
    <w:p>
      <w:pPr>
        <w:jc w:val="right"/>
      </w:pPr>
      <w:r>
        <w:t>यह बात तो वह हमेशा बहुत clarity से बताते थे क्योंकि बहुत सारे लोग कल्प कल्प और heart based बात करते हैं तो वह कहते थे heart जो है वह तो एक pumping organ है जिसमें से blood plump हो रहा है.</w:t>
      </w:r>
    </w:p>
    <w:p>
      <w:r>
        <w:rPr>
          <w:b/>
        </w:rPr>
        <w:t xml:space="preserve">[36:36] </w:t>
      </w:r>
      <w:r>
        <w:t>sare kaam to dimagh hi soch raha hai, dimagh connect kar raha hai usse aur soofi isme jo kalp se woh karte the usko unhone bilkul woh kaha aur hum logon ko bohat mind based mind based uske upar rakha zaza karla. Thank you for bringing this point. Asha bano, please share your learning. Ji assalam o alaikum. Assalam.</w:t>
      </w:r>
    </w:p>
    <w:p>
      <w:pPr>
        <w:jc w:val="right"/>
      </w:pPr>
      <w:r>
        <w:t>सारे काम तो दिमाग ही सोच रहा है, दिमाग connect कर रहा है उससे और सूफी इसमें जो कल्प से वह करते थे उसको उन्होंने बिल्कुल वह कहा और हम लोगों को बहुत mind based mind based उसके ऊपर रखा ज़ज़ा करला. Thank you for bringing this point. आशा बनो, please share your learning. जी अस्सलाम और अलीकुम. अस्सलाम.</w:t>
      </w:r>
    </w:p>
    <w:p>
      <w:r>
        <w:rPr>
          <w:b/>
        </w:rPr>
        <w:t xml:space="preserve">[37:02] </w:t>
      </w:r>
      <w:r>
        <w:t>bohat important aspect hai specially Maulana Sahab ki teachings ka ek bohat basic concept hai. Halanke Quran mein isme bohat zyada zor diya gaya hai ke woh rofikr karo, kainat mein nishaniyon par woh rofikr karo aur agar hum Quran ko dekhen rajat Ibrahim ki sunnat hai ke woh contemplation ke zariye aur ek unka process tha thought process tha.</w:t>
      </w:r>
    </w:p>
    <w:p>
      <w:pPr>
        <w:jc w:val="right"/>
      </w:pPr>
      <w:r>
        <w:t>बहुत important aspect है specially बुलाना साहब की teachings का एक बहुत basic concept है. हालांकि कुरान में इसमें बहुत ज़्यादा ज़ोर दिया गया है कि वो रोफ़िक्र करो, कायनात में निशानियों पर वो रोफ़िक्र करो और अगर हम कुरान को देखें रजत इब्राहिम की सुनत है कि वह contemplation के जरिए और एक उनका process था thought process था.</w:t>
      </w:r>
    </w:p>
    <w:p>
      <w:r>
        <w:rPr>
          <w:b/>
        </w:rPr>
        <w:t xml:space="preserve">[37:31] </w:t>
      </w:r>
      <w:r>
        <w:t>kaise woh ek ek karke chand aur suraj aur is tarah karke woh talalaq unhone discover kiya aur reason based unki discovery thi aur yeh sara mental mind work hai. Ek baar aur phir sure phir hum yeh bhi jante hain ke woh doosre Alayhissalam ka jo ware gar mein unka jo contemplation ka cave time tha, woh jo unka ek process hota tha woh bhi contemplation hi tha.</w:t>
      </w:r>
    </w:p>
    <w:p>
      <w:pPr>
        <w:jc w:val="right"/>
      </w:pPr>
      <w:r>
        <w:t>कैसे वह एक एक करके चांद और सूरज और इस तरह करके वह लातालाक उन्होंने discover किया और reason based उनकी discovery थी और यह सारा mental mind work है. एक बार और फिर सुरे फिर हम यह भी जानते हैं कि वह दूसरे अलाहले वायसलम का जो वारे गार में उनका जो contemplation का cave time था, वह जो उनका एक process होता था वह भी contemplation ही था.</w:t>
      </w:r>
    </w:p>
    <w:p>
      <w:r>
        <w:rPr>
          <w:b/>
        </w:rPr>
        <w:t xml:space="preserve">[37:58] </w:t>
      </w:r>
      <w:r>
        <w:t>acha agar hum sochne ke process ko samjhen aur Maulana Sahab ki ek aur teaching ko main isse relate kar pa rahi thi. Maulana Sahab adat ko unhone bohat achhe se explain kiya agar hum unke un lectures ko main hawala de rahi hoon jisme unhone bohat achhe se clarity di humein ke adat jo bhi kabhi kabhi cheez ho jati hai to woh insan ka thinking process disconnect ho jata hai.</w:t>
      </w:r>
    </w:p>
    <w:p>
      <w:pPr>
        <w:jc w:val="right"/>
      </w:pPr>
      <w:r>
        <w:t>अच्छा अगर हम सोचने के process को समझें और मुलाना साहब की एक और teaching को मैं इससे relate कर पा रही थी. मुलाना साहब आदत को उन्होंने बहुत अच्छे से explain किया अगर हम उनके उन lectures को मैं हवाला दे रही हूं जिसमें उन्होंने बहुत अच्छे से clarity दी हमें कि आदत जो भी कभी कभी चीज़ हो जाती है तो वह इंसान का thinking process disconnect हो जाता है.</w:t>
      </w:r>
    </w:p>
    <w:p>
      <w:r>
        <w:rPr>
          <w:b/>
        </w:rPr>
        <w:t xml:space="preserve">[38:23] </w:t>
      </w:r>
      <w:r>
        <w:t>agar koi agar hamari koi ibadat bhi hai adat ho jati hai to bhi woh hamara thinking process ka disconnection hota hai disconnect ho jata hai hamara. To hamara har amar shori koshish honi chahiye, conscious koshish honi chahiye. To woh jo conscious hai hamara woh mindful hona hai woh thought process ke zariye hota hai aur agar hum agar thoda sa isko aur samajh len to mujhe yeh samajh aa rahi thi ke hum usually conditioned hote hain.</w:t>
      </w:r>
    </w:p>
    <w:p>
      <w:pPr>
        <w:jc w:val="right"/>
      </w:pPr>
      <w:r>
        <w:t>अगर कोई अगर हमारी कोई इबादत भी है आदत हो जाती है तो भी वह हमारा thinking process का disconnection होता है disconnect हो जाता है हमारा. तो हमारा हर अमर शोरी कोशिश होनी चाहिए, conscious कोशिश होनी चाहिए. तो वह जो conscious है हमारा वह mindful होना है वह thought process के जरिए होता है और अगर हम अगर थोड़ा सा इसको और समझ लें तो मुझे यह समझ आ रही थी कि हम usually conditioned होते हैं.</w:t>
      </w:r>
    </w:p>
    <w:p>
      <w:r>
        <w:rPr>
          <w:b/>
        </w:rPr>
        <w:t xml:space="preserve">[38:52] </w:t>
      </w:r>
      <w:r>
        <w:t>hum kahin baithna uthna aur jab hamari adat bhi shamil ho jati hai to hamara jo body hai woh kaam kar rahi hoti hai lekin jab hamare sath woh soch aur mind hota hai na to hum full at the same time hamari body bhi kaam kar rahi hai aur hamara mind bhi kaam kar raha hai aur agar hum isme dekhen ke sochne mein jo sabse pehla jo execution hai soch ka if you are in the process of thinking its execution is the silence, right?</w:t>
      </w:r>
    </w:p>
    <w:p>
      <w:pPr>
        <w:jc w:val="right"/>
      </w:pPr>
      <w:r>
        <w:t>हम कहीं बैठना उठना और जब हमारी आदत भी शामिल हो जाती है तो हमारा जो body है वह काम कर रही होती है लेकिन जब हमारे साथ वह सोच और mind होता है ना तो हम full at the same time हमारी body भी काम कर रही है और हमारा mind भी काम कर रहा है और अगर हम इसमें देखें कि सोचने में जो सबसे पहला जो execution है सोच का if you are in the process of thinking its execution is the silence, right?</w:t>
      </w:r>
    </w:p>
    <w:p>
      <w:r>
        <w:rPr>
          <w:b/>
        </w:rPr>
        <w:t xml:space="preserve">[39:22] </w:t>
      </w:r>
      <w:r>
        <w:t>to jo silence hai woh itself hamari jo scripture hai usme kitni badi hissa hai. Ab main us din soch rahi thi Hasib yahan ya matlab Zakariya ke wale to jab Hazrat Zakariya ko kaha gaya ke unhone poocha ke iski kya nishani hogi? To unhone kaha ke Allah Tala ne kaha ke aap teen din tak bol nahi sakenge. So mujhe yeh lagta hai aur yeh jo nishaniyan humein di gayi hain zaroor Bakar ki bhi ek bohat mashhoor waqea hum sab jante hain.</w:t>
      </w:r>
    </w:p>
    <w:p>
      <w:pPr>
        <w:jc w:val="right"/>
      </w:pPr>
      <w:r>
        <w:t>तो जो silence है वह itself हमारी जो scripture है उसमें कितनी बड़ी हिस्सा है. अब मैं उस दिन सोच रही थी हसिब यहां या मतलब ज़करिया के वाले तो जब हज़र ज़करिया को कहा गया कि उन्होंने पुछा कि इसकी क्या निशानी होगी? तो उन्होंने कहा कि अलाह कला ने कहा कि आप तीन दिन तक बोल नहीं सकेंगे. So मुझे यह लगता है और यह जो निशानियां हमें दी गई हैं ज़रूर बकर की भी एक बहुत मशहूर वाक्य हम सब जानते हैं.</w:t>
      </w:r>
    </w:p>
    <w:p>
      <w:r>
        <w:rPr>
          <w:b/>
        </w:rPr>
        <w:t xml:space="preserve">[39:50] </w:t>
      </w:r>
      <w:r>
        <w:t>So agar hum kuch avail karna chahte hain to hamare andar woh soch ka develop, soch ka process zaroor hona chahiye kyunke hum receive nahi kar payenge aur isi tarah ke ek sessions mein maine seekha ya Maulana Sahab ka koi session tha jisne humein bataya ke agar hum hum bol rahe hain na to hum sun nahi rahe hain.</w:t>
      </w:r>
    </w:p>
    <w:p>
      <w:pPr>
        <w:jc w:val="right"/>
      </w:pPr>
      <w:r>
        <w:t>So अगर हम कुछ avail करना चाहते हैं तो हमारे अंदर वह सोच का develop, सोच का process ज़रूर होना चाहिए क्योंकि हम receive नहीं कर पाएंगे और इसी तरह के एक sessions में मैंने सीखा या मोलाना साहब का कोई session था जिसने हमें बताया कि अगर हम हम बोल रहे हैं ना तो हम sun नहीं रहे हैं.</w:t>
      </w:r>
    </w:p>
    <w:p>
      <w:r>
        <w:rPr>
          <w:b/>
        </w:rPr>
        <w:t xml:space="preserve">[40:13] </w:t>
      </w:r>
      <w:r>
        <w:t>agar hum to us process mein jaane ke liye aur focus karne ke liye aur mujhe yeh bhi</w:t>
      </w:r>
    </w:p>
    <w:p>
      <w:pPr>
        <w:jc w:val="right"/>
      </w:pPr>
      <w:r>
        <w:t>अगर हम तो उस process में जाने के लिए और focus करने के लिए और मुझे यह भी</w:t>
      </w:r>
    </w:p>
    <w:p>
      <w:r>
        <w:rPr>
          <w:b/>
        </w:rPr>
        <w:t xml:space="preserve">[40:18] </w:t>
      </w:r>
      <w:r>
        <w:t>mehsoos hota hai ke jab hum sochte hain to hum apni rooh ke saath, apne conscious ke saath</w:t>
      </w:r>
    </w:p>
    <w:p>
      <w:pPr>
        <w:jc w:val="right"/>
      </w:pPr>
      <w:r>
        <w:t>महसूस होता है कि जब हम सोचते हैं तो हम अपनी रूह के साथ, अपने conscious के साथ</w:t>
      </w:r>
    </w:p>
    <w:p>
      <w:r>
        <w:rPr>
          <w:b/>
        </w:rPr>
        <w:t xml:space="preserve">[40:24] </w:t>
      </w:r>
      <w:r>
        <w:t>one to one meeting kar rahe hote hain but aur wah zaroori hai time to time aur rasool Allah</w:t>
      </w:r>
    </w:p>
    <w:p>
      <w:pPr>
        <w:jc w:val="right"/>
      </w:pPr>
      <w:r>
        <w:t>one to one meeting कर रहे होते हैं but और वह ज़रूरी है time to time और रसूल्लाह</w:t>
      </w:r>
    </w:p>
    <w:p>
      <w:r>
        <w:rPr>
          <w:b/>
        </w:rPr>
        <w:t xml:space="preserve">[40:30] </w:t>
      </w:r>
      <w:r>
        <w:t>फ़र्सल्लाम کی جو کچھ pilgrimage انقلاب کی نو ایک ایک بہت پیارا سا page ہے الما لانا صاحب کو</w:t>
      </w:r>
    </w:p>
    <w:p>
      <w:pPr>
        <w:jc w:val="right"/>
      </w:pPr>
      <w:r>
        <w:t>फ़र्सल्लाम की जो कुछ प्रिगम्रेय इंकिलात की नौ एक एक बहुत प्यारा सा page है अल्मालाना साहब को</w:t>
      </w:r>
    </w:p>
    <w:p>
      <w:r>
        <w:rPr>
          <w:b/>
        </w:rPr>
        <w:t xml:space="preserve">[40:35] </w:t>
      </w:r>
      <w:r>
        <w:t>likha hua hai usmein nau baatein hain usmein bhi bahut pyari baat hai ke usmein kuch ghadiyan aisi</w:t>
      </w:r>
    </w:p>
    <w:p>
      <w:pPr>
        <w:jc w:val="right"/>
      </w:pPr>
      <w:r>
        <w:t>लिखा हुआ है उसमें नौ बातें हैं उसमें भी बहुत प्यारी बात है कि उसमें कुछ घड़ियां ऐसी</w:t>
      </w:r>
    </w:p>
    <w:p>
      <w:r>
        <w:rPr>
          <w:b/>
        </w:rPr>
        <w:t xml:space="preserve">[40:41] </w:t>
      </w:r>
      <w:r>
        <w:t>ho ke wah gaur o fikr karein.</w:t>
      </w:r>
    </w:p>
    <w:p>
      <w:pPr>
        <w:jc w:val="right"/>
      </w:pPr>
      <w:r>
        <w:t>हो कि वह गोरों फ़िक्र करें.</w:t>
      </w:r>
    </w:p>
    <w:p>
      <w:r>
        <w:rPr>
          <w:b/>
        </w:rPr>
        <w:t xml:space="preserve">[40:47] </w:t>
      </w:r>
      <w:r>
        <w:t>Moment ki zindagi mein kuch aisi din mein kuch aisi ghadiyan to bas yeh sara jo ek scenario ban raha hai usme yeh bohat zaroori hai ke hum hamara woh hissa jo material hai that is that jo hamare hath, paon aur woh hain aur woh material jo material jo hissa jo hamara rooh hai uske sath connectivity hamari soch ke zariye hi ho sakti hai.</w:t>
      </w:r>
    </w:p>
    <w:p>
      <w:pPr>
        <w:jc w:val="right"/>
      </w:pPr>
      <w:r>
        <w:t>Moment की ज़िंदगी में कुछ ऐसी दिन में कुछ ऐसी घड़ियां तो बस यह सारा जो एक scenario वन रहा है उसमें यह बहुत ज़रूरी है कि हम हमारा वह हिस्सा जो material है that is that जो हमारे हाथ, पांव और वह हैं और वह material जो material जो हिस्सा जो हमारा रूह है उसके साथ connectivity हमारी सोच के ज़रिए ही हो सकती है.</w:t>
      </w:r>
    </w:p>
    <w:p>
      <w:r>
        <w:rPr>
          <w:b/>
        </w:rPr>
        <w:t xml:space="preserve">[41:11] </w:t>
      </w:r>
      <w:r>
        <w:t>So focus ke liye it's a basic yahi yahi sabse important cheez hai na ke humne isko time to time samjha aur samajhne ki abhi bhi koshish kar rahe hain jaza kalla. Aap sabka bohat important topic chala gaya hai. Jaza kalla aap sabka jaza kalla khayb. Jija kalla Shabano aapne bohat zyada importance apni baat mein batai.</w:t>
      </w:r>
    </w:p>
    <w:p>
      <w:pPr>
        <w:jc w:val="right"/>
      </w:pPr>
      <w:r>
        <w:t>So focus के लिए it's a basic यही यही सबसे important चीज़ है ना कि हमने इसको time to time समझा और समझने की अभी भी कोशिश कर रहे हैं जज़ा कल्ला. आप सबका बहुत important topic चला गया है. जज़ा कल्ला आप सबका जज़ा कल्ला ख़यब. जिजा कल्लाप शाबानू आपने बहुत ज़्यादा importance अपनी बात में बताई.</w:t>
      </w:r>
    </w:p>
    <w:p>
      <w:r>
        <w:rPr>
          <w:b/>
        </w:rPr>
        <w:t xml:space="preserve">[41:37] </w:t>
      </w:r>
      <w:r>
        <w:t>Silence ke upar, aap practically khud bhi dekhen apni life mein agar hum jaise ke family dapa ne shuru mein hi bataya ke jab hum apne aap ko distraction se bachate hain to jab distraction se bachate hain to hamara jo contemplating mind hai woh contemplation mein jata hai.</w:t>
      </w:r>
    </w:p>
    <w:p>
      <w:pPr>
        <w:jc w:val="right"/>
      </w:pPr>
      <w:r>
        <w:t>Silence के ऊपर, आप practically खुद भी देखें अपनी life में अगर हम जैसे कि family दापा ने शुरू में ही बताया कि जब हम अपने आप को distraction से बचाते हैं तो जब distraction से बचाते हैं तो हमारा जो contemplating mind है वह contemplation में जाता है.</w:t>
      </w:r>
    </w:p>
    <w:p>
      <w:r>
        <w:rPr>
          <w:b/>
        </w:rPr>
        <w:t xml:space="preserve">[41:55] </w:t>
      </w:r>
      <w:r>
        <w:t>lekin practically agar hum silence ko agar apni life mein inculcate karte hain ke humein jitni zaroorat ho utna hi bolen aur jitni zaroorat na ho hum nahi bolen to ek thought process hamesha jari jari rahega aur hamara dimagh ek contemplative mind rahega. Har har waise bhi mind kya hai? It is a chain of thoughts. We are always thinking that is non stop. Even when we are sleeping we are thinking.</w:t>
      </w:r>
    </w:p>
    <w:p>
      <w:pPr>
        <w:jc w:val="right"/>
      </w:pPr>
      <w:r>
        <w:t>लेकिन practically अगर हम silence को अगर अपनी life में inculcate करते हैं कि हमें जितनी ज़रूरत हो उतना ही बोले और जितनी ज़रूरत ना हो हम नहीं बोले तो एक thought process हमेशा जारी जारी रहेगा और हमारा दिमाग एक contemplative mind रहेगा. हर हर वैसे भी mind क्या है? It is a chain of thoughts. We are always thinking that is non stop. Even when we are sleeping we are thinking.</w:t>
      </w:r>
    </w:p>
    <w:p>
      <w:r>
        <w:rPr>
          <w:b/>
        </w:rPr>
        <w:t xml:space="preserve">[42:22] </w:t>
      </w:r>
      <w:r>
        <w:t>So is cheez ko humein bohat zyada harness karna chahiye, cultivate karna chahiye apne apne andar so that jo maqsad hai hamari life ka jo purpose hai hum us tak pahunch sakte hain. Zyada galat bohat achha hai. Ek aur baat bhi maine add karni thi. Ji boliye.</w:t>
      </w:r>
    </w:p>
    <w:p>
      <w:pPr>
        <w:jc w:val="right"/>
      </w:pPr>
      <w:r>
        <w:t>So इस चीज़ को हमें बहुत ज़्यादा harness करना चाहिए, cultivate करना चाहिए अपने अपने अंदर so that जो मकसद है हमारी life का जो purpose है हम उस तक पहुंच सकते हैं. ज़्यादा गलत बहुत अच्छा है. एक और बात भी मैंने add करनी थी. जी बोलिए.</w:t>
      </w:r>
    </w:p>
    <w:p>
      <w:r>
        <w:rPr>
          <w:b/>
        </w:rPr>
        <w:t xml:space="preserve">[42:42] </w:t>
      </w:r>
      <w:r>
        <w:t>dekhiye ek quant ek theory hai mujhe us theory ka naam nahi yaad aa raha abhi ke jo electrons hain unka behavior jo hai na observe observance mein jo observation mein jo electrons hote hain unka behavior with rather than woh electron jinka behavior observe jo ki observe nahi ho rahe hote hain unka farq hota hai you know. Yani ke hamari site, hamara jo attention hai observation kya hai?</w:t>
      </w:r>
    </w:p>
    <w:p>
      <w:pPr>
        <w:jc w:val="right"/>
      </w:pPr>
      <w:r>
        <w:t>देखिए एक quant एक theory है मुझे उस theory का नाम नहीं याद आ रहा अभी कि जो electrons हैं उनका behavior जो है ना observe observance में जो observation में जो electrons होते हैं उनका behavior with rather than वह electron जिनका behavior observe जो कि observe नहीं हो रहे होते उनका फ़र्क़ होता है you know. यानी कि हमारी site, हमारा जो attention है observation क्या है?</w:t>
      </w:r>
    </w:p>
    <w:p>
      <w:r>
        <w:rPr>
          <w:b/>
        </w:rPr>
        <w:t xml:space="preserve">[43:08] </w:t>
      </w:r>
      <w:r>
        <w:t>If we go into this this phenomena, this physical phenomena observation hai it's your your your your senses are connected so that you are you are observing something. Theek hai? Aapke sare senses connected hain.</w:t>
      </w:r>
    </w:p>
    <w:p>
      <w:pPr>
        <w:jc w:val="right"/>
      </w:pPr>
      <w:r>
        <w:t>If we go into this this phenomena, this physical phenomena observation है it's your your your your senses are connected so that you are you are observing something. ठीक है? आपके सारे senses connected हैं.</w:t>
      </w:r>
    </w:p>
    <w:p>
      <w:r>
        <w:rPr>
          <w:b/>
        </w:rPr>
        <w:t xml:space="preserve">[43:24] </w:t>
      </w:r>
      <w:r>
        <w:t>ek cheez mein aapka focus itna important hai aur hum jab addu addu bakar ka ek waqia hai</w:t>
      </w:r>
    </w:p>
    <w:p>
      <w:pPr>
        <w:jc w:val="right"/>
      </w:pPr>
      <w:r>
        <w:t>एक चीज़ में आपका focus इतना important है और हम जब अद्दू अद्दू बकर का एक वाक्या है</w:t>
      </w:r>
    </w:p>
    <w:p>
      <w:r>
        <w:rPr>
          <w:b/>
        </w:rPr>
        <w:t xml:space="preserve">[43:30] </w:t>
      </w:r>
      <w:r>
        <w:t>میں مولانا صاحب کی وہ video اگر possible ہوا share کروں گی اس میں انہوں نے اتنا slice and dice کیا</w:t>
      </w:r>
    </w:p>
    <w:p>
      <w:pPr>
        <w:jc w:val="right"/>
      </w:pPr>
      <w:r>
        <w:t>मैं मुलाना साहब की वह video अगर possible हुआ share करूंगी उसमें उन्होंने इतना slice and dice किया</w:t>
      </w:r>
    </w:p>
    <w:p>
      <w:r>
        <w:rPr>
          <w:b/>
        </w:rPr>
        <w:t xml:space="preserve">[43:36] </w:t>
      </w:r>
      <w:r>
        <w:t>na mulana sahib ne wakai ko ki jab hazatboo bakar jawab nahi de rahe the to abu bakar,</w:t>
      </w:r>
    </w:p>
    <w:p>
      <w:pPr>
        <w:jc w:val="right"/>
      </w:pPr>
      <w:r>
        <w:t>ना मुलाना साहब ने वाकई को कि जब हजातबू बकर जवाब नहीं दे रहे थे तो अबू बकर,</w:t>
      </w:r>
    </w:p>
    <w:p>
      <w:r>
        <w:rPr>
          <w:b/>
        </w:rPr>
        <w:t xml:space="preserve">[43:42] </w:t>
      </w:r>
      <w:r>
        <w:t>Hazrat Abu Bakr's mind, his conscious, had the support of those angels, and وہ</w:t>
      </w:r>
    </w:p>
    <w:p>
      <w:pPr>
        <w:jc w:val="right"/>
      </w:pPr>
      <w:r>
        <w:t>हजातबू बकर का जो mind था उसको conscious को उन फृष्टों का साथ मिल गया था और वह</w:t>
      </w:r>
    </w:p>
    <w:p>
      <w:r>
        <w:rPr>
          <w:b/>
        </w:rPr>
        <w:t xml:space="preserve">[43:48] </w:t>
      </w:r>
      <w:r>
        <w:t>furishtey trigger kar rahe the jo banda unke samne bol raha tha yani ki agar main bolti hoon</w:t>
      </w:r>
    </w:p>
    <w:p>
      <w:pPr>
        <w:jc w:val="right"/>
      </w:pPr>
      <w:r>
        <w:t>फृष्टें trigger कर रहे थे जो बंदा उनके सामने बोल रहा था यानी कि अगर मैं बोलती हूं</w:t>
      </w:r>
    </w:p>
    <w:p>
      <w:r>
        <w:rPr>
          <w:b/>
        </w:rPr>
        <w:t xml:space="preserve">[43:54] </w:t>
      </w:r>
      <w:r>
        <w:t>to ek material mera equipment hai woh utilize ho raha hai.</w:t>
      </w:r>
    </w:p>
    <w:p>
      <w:pPr>
        <w:jc w:val="right"/>
      </w:pPr>
      <w:r>
        <w:t>तो एक material मेरा equipment है वह utilize हो रहा है.</w:t>
      </w:r>
    </w:p>
    <w:p>
      <w:r>
        <w:rPr>
          <w:b/>
        </w:rPr>
        <w:t xml:space="preserve">[44:01] </w:t>
      </w:r>
      <w:r>
        <w:t>lekin agar main nahi bolti hoon to mera spiritual equipment that is my soul, that is my focus, that is in work, that is being executed. To Maulana Sahab ne isko bohat pyara se extend kiya. Main us tarah explain nahi kar pa rahi hoon. Lekin jab hum observe karte hain, jab hum focus karte hain to basically jaise aapne bhi kaha ke hum sote bhi bhi sochte hain.</w:t>
      </w:r>
    </w:p>
    <w:p>
      <w:pPr>
        <w:jc w:val="right"/>
      </w:pPr>
      <w:r>
        <w:t>लेकिन अगर मैं नहीं बोलती हूं तो मेरा spiritual equipment that is my soul, that is my focus, that is in work, that is being executed. तो मुलाना साहब ने इसको बहुत प्यारा से extend किया. मैं उस तरह explain नहीं कर पा रही हूं. लेकिन जब हम observe करते हैं, जब हम focus करते हैं तो basically जैसे आपने भी कहा कि हम सोते भी भी सोचते हैं.</w:t>
      </w:r>
    </w:p>
    <w:p>
      <w:r>
        <w:rPr>
          <w:b/>
        </w:rPr>
        <w:t xml:space="preserve">[44:22] </w:t>
      </w:r>
      <w:r>
        <w:t>yeh hamari internal power hai, yeh soch ki power hai and isi par aajkal science mein bhi bohat kaam ho raha hai ke insan ka focus kitna kaam karta hai aur bohat si aisi research samne aayi hain jisme kaha jata hai ke agar aap minimum time le rahe hain aur focus kar rahe hain to it will create wonder lekin agar aap focus nahi hain focus focus kya hai? Aapke senses one direction mein kaam kar rahe hain.</w:t>
      </w:r>
    </w:p>
    <w:p>
      <w:pPr>
        <w:jc w:val="right"/>
      </w:pPr>
      <w:r>
        <w:t>यह हमारी internal power है, यह सोच की power है and इसी पर आजकल science में भी बहुत काम हो रहा है कि इंसान का focus कितना काम करता है और बहुत सी ऐसी research सामने आई हैं जिसमें कहा जाता है कि अगर आप minimum time ले रहे हैं और focus कर रहे हैं तो it will create wonder लेकिन अगर आप focus नहीं हैं focus focus क्या है? आपके senses one direction में काम कर रहे हैं.</w:t>
      </w:r>
    </w:p>
    <w:p>
      <w:r>
        <w:rPr>
          <w:b/>
        </w:rPr>
        <w:t xml:space="preserve">[44:46] </w:t>
      </w:r>
      <w:r>
        <w:t>jaise woh hum ek aur bhi experiment hai na ke agar focus ho to woh ek usko bhi usko page ko bhi aag lag jata hai. I am like thinking uska na naming mein mujhe issue ho raha hai. Lekin agar hum aur woh jo execution hai uska na hamare focus ka execution soch hai. To agar being mothers main apne personal life mein bhi dekh rahi hoon ke main bachchon ko throughout padha leti thi na?</w:t>
      </w:r>
    </w:p>
    <w:p>
      <w:pPr>
        <w:jc w:val="right"/>
      </w:pPr>
      <w:r>
        <w:t>जैसे वह हम एक और भी experiment है ना कि अगर focus हो तो वह एक उसको भी उसको page को भी आग लग जाता है. I am like thinking उसका ना naming में मुझे issue हो रहा है. लेकिन अगर हम और वह जो execution है उसका ना हमारे focus का execution सोच है. तो अगर being mothers मैं अपने personal life में भी देख रही हूं कि मैं बच्चों को throughout पढ़ा लेती थी ना?</w:t>
      </w:r>
    </w:p>
    <w:p>
      <w:r>
        <w:rPr>
          <w:b/>
        </w:rPr>
        <w:t xml:space="preserve">[45:11] </w:t>
      </w:r>
      <w:r>
        <w:t>jaise start kar diya and you are just going into this lekin ab jaise namaz mein intention hai that intention kya hai? It is ke main apna focus kar rahi hoon Allah Tala, main yeh namaz padh rahi hoon. Hamari intention is also a focus. So, contemplation, silence we cannot differentiate all these things. These are like aligning us into oneness of our own self, right?</w:t>
      </w:r>
    </w:p>
    <w:p>
      <w:pPr>
        <w:jc w:val="right"/>
      </w:pPr>
      <w:r>
        <w:t>जैसे start कर दिया and you are just going into this लेकिन अब जैसे नमाज़ में intention है that intention क्या है? It is कि मैं अपना focus कर रही हूं अल्लाह ताला, मैं यह नमाज़ पढ़ रही हूं. हमारी intention is also a focus. So, contemplation, silence we cannot differentiate all these things. These are like aligning us into oneness of our own self, right?</w:t>
      </w:r>
    </w:p>
    <w:p>
      <w:r>
        <w:rPr>
          <w:b/>
        </w:rPr>
        <w:t xml:space="preserve">[45:36] </w:t>
      </w:r>
      <w:r>
        <w:t>to mujhe yeh lagta hai ke hamari poori zindagi mein hum jo bhi kuch kar rahe hain contemplation and silence bohat bada role play karte hain and then it it becomes our intention as well. To woh ek process ka hissa hai jisko hum bohat zyada ignore kar jate hain.</w:t>
      </w:r>
    </w:p>
    <w:p>
      <w:pPr>
        <w:jc w:val="right"/>
      </w:pPr>
      <w:r>
        <w:t>तो मुझे यह लगता है कि हमारी पूरी ज़िंदगी में हम जो भी कुछ कर रहे हैं contemplation and silence बहुत बड़ा role play करते हैं and then it it becomes our intention as well. तो वह एक process का हिस्सा है जिसको हम बहुत ज़्यादा ignore कर जाते हैं.</w:t>
      </w:r>
    </w:p>
    <w:p>
      <w:r>
        <w:rPr>
          <w:b/>
        </w:rPr>
        <w:t xml:space="preserve">[45:54] </w:t>
      </w:r>
      <w:r>
        <w:t>agar hum jo process hai Rasool Allah Sallallahu Alayhissalam ka Sahaba par to jo imaniyat par kaam kiya jata tha Allah jo ke Maulana Sahab se bhi agar aap agar unke hum video dekhte hain to hum kya hamare andar kya develop hota hai? Focus develop hota hai. Allah se mohabbat ka focus develop hota hai. To I believe ke yeh humein being mothers apne bachchon ke liye bhi jab hum padhane lage hain to how we need to connect them to their objective right? Padhne ke objective mein jo bhi hum kar rahe hain.</w:t>
      </w:r>
    </w:p>
    <w:p>
      <w:pPr>
        <w:jc w:val="right"/>
      </w:pPr>
      <w:r>
        <w:t>अगर हम जो process है रसूल अल्लाह सिलसिल्लाम का सहाबा पर तो जो ईमानियत पर काम किया जाता था अल्लाह जो कि मुलाना साहब से भी अगर आप अगर उनके हम video देखते हैं तो हम क्या हमारे अंदर क्या develop होता है? Focus develop होता है. अल्लाह से मोहब्बत का focus develop होता है. तो I believe कि यह हमें being mothers अपने बच्चों के लिए भी जब हम पढ़ाने लगे हैं तो how we need to connect them to their objective right? पढ़ने के objective में जो भी हम कर रहे हैं.</w:t>
      </w:r>
    </w:p>
    <w:p>
      <w:r>
        <w:rPr>
          <w:b/>
        </w:rPr>
        <w:t xml:space="preserve">[46:21] </w:t>
      </w:r>
      <w:r>
        <w:t>to I think yeh bohat hi basic cheez hai jis par humne mujhe lagta hai ke we need to learn more and more. Jaza kala Sanam. Shabanu jaza kalla Sana Zareen has raised a hand. You want to say something Sana? Aur kya hua? Walik Islam.</w:t>
      </w:r>
    </w:p>
    <w:p>
      <w:pPr>
        <w:jc w:val="right"/>
      </w:pPr>
      <w:r>
        <w:t>तो I think यह बहुत ही basic चीज़ है जिस पर हमने मुझे लगता है कि we need to learn more and more. जज़ाकला सन्म. शाबानु जज़ाकल्म सना ज़रीन has raised a hand. You want to say something सना? और क्या हुआ? वालिक इस्लाम.</w:t>
      </w:r>
    </w:p>
    <w:p>
      <w:r>
        <w:rPr>
          <w:b/>
        </w:rPr>
        <w:t xml:space="preserve">[46:47] </w:t>
      </w:r>
      <w:r>
        <w:t>ji us time par shayad main apna point chal rahi thi bas network issue tha ki mere saath hamesha ho jata hai. main yeh kehna chah rahi thi ki is raat ke taraf se jo ek chhoti si meri learning rahi hai wah yeh rahi hai ki agar hum is cheez ko normal dekha jaye to yeh ek yeh ek development yeh special development ko insan ko lekar chala jata hai amar.</w:t>
      </w:r>
    </w:p>
    <w:p>
      <w:pPr>
        <w:jc w:val="right"/>
      </w:pPr>
      <w:r>
        <w:t>जी उस time पर शायद मैं अपना point चल रही थी बस network issue था कि मेरे साथ हमेशा हो जाता है. मैं यह कहना चाह रही थी कि इस रात के तरफ से जो एक छोटी सी मेरी learning रही है वह यह रही है कि अगर हम इस चीज़ को normal देखा जाए तो यह एक यह एक development यह special development को इंसान को लेकर चला जाता है अमर.</w:t>
      </w:r>
    </w:p>
    <w:p>
      <w:r>
        <w:rPr>
          <w:b/>
        </w:rPr>
        <w:t xml:space="preserve">[47:11] </w:t>
      </w:r>
      <w:r>
        <w:t>jaise hamare karan hai ki cheezon ko gaur par kar karte hain kyunki agar jo mam cheezen hain wo ek nirmat ke tahrru mein insan ke liye rakh diye hain.</w:t>
      </w:r>
    </w:p>
    <w:p>
      <w:pPr>
        <w:jc w:val="right"/>
      </w:pPr>
      <w:r>
        <w:t>जैसे हमारे कारण है कि चीज़ों को गौर पर कर करते हैं क्योंकि अगर जो माम चीज़ें हैं वो एक निर्मत के तहरू में इंसान के लिए रख दिए हैं.</w:t>
      </w:r>
    </w:p>
    <w:p>
      <w:r>
        <w:rPr>
          <w:b/>
        </w:rPr>
        <w:t xml:space="preserve">[47:20] </w:t>
      </w:r>
      <w:r>
        <w:t>to jab hum alkara ko ball pickle karte hain, uski cheezon ko dete hain, focus karte hain uske upar, to ek cheez hamein realize hoti hai ki ek hi hua hai jisse cheezon ko maintain kiya hua hai aur wah alag alag se connect kar dete hain.</w:t>
      </w:r>
    </w:p>
    <w:p>
      <w:pPr>
        <w:jc w:val="right"/>
      </w:pPr>
      <w:r>
        <w:t>तो जब हम अलकारा को ball pickle करते हैं, उसकी चीज़ों को देते हैं, focus करते हैं उसके ऊपर, तो एक चीज़ हमें realize होती है कि एक ही हुआ है जिससे चीज़ों को maintain किया हुआ है और वह अलग अलग से connect कर देते हैं.</w:t>
      </w:r>
    </w:p>
    <w:p>
      <w:r>
        <w:rPr>
          <w:b/>
        </w:rPr>
        <w:t xml:space="preserve">[47:49] </w:t>
      </w:r>
      <w:r>
        <w:t>usi mein ek chhota sa experience doongi. hum log college mein to college mein to baaten karte hain to like meri extend hai normal se. to hamari normal conversation ho gayi thi. hain ek cheez apni apni matlab jagah par hai. har cheez ki ek alag valuation hai.</w:t>
      </w:r>
    </w:p>
    <w:p>
      <w:pPr>
        <w:jc w:val="right"/>
      </w:pPr>
      <w:r>
        <w:t>उसी में एक छोटा सा experience दूंगी. हम लोग college में तो college में तो बातें करते हैं तो like मेरी extend है normal से. तो हमारी normal conversation हो गई थी. हैं एक चीज़ अपनी अपनी मतलब जगह पर है. हर चीज़ की एक अलग valuation है.</w:t>
      </w:r>
    </w:p>
    <w:p>
      <w:r>
        <w:rPr>
          <w:b/>
        </w:rPr>
        <w:t xml:space="preserve">[48:19] </w:t>
      </w:r>
      <w:r>
        <w:t>har cheez ki ek alag hi demand hai. to yeh kya hai? to usne bola ki sir mujhe realize hua ki yeh cheezen matlab ek banne sau bahut par depend karti hain.</w:t>
      </w:r>
    </w:p>
    <w:p>
      <w:pPr>
        <w:jc w:val="right"/>
      </w:pPr>
      <w:r>
        <w:t>हर चीज़ की एक अलग ही demand है. तो यह क्या है? तो उसने बोला कि sir मुझे realize हुआ कि यह चीज़ें मतलब एक बनने सौ बहुत पर depend करती है.</w:t>
      </w:r>
    </w:p>
    <w:p>
      <w:r>
        <w:rPr>
          <w:b/>
        </w:rPr>
        <w:t xml:space="preserve">[48:27] </w:t>
      </w:r>
      <w:r>
        <w:t>matlab ek hi khuda hai to mujhe yeh lagta hai ki har cheez par insan ko bahut hi</w:t>
      </w:r>
    </w:p>
    <w:p>
      <w:pPr>
        <w:jc w:val="right"/>
      </w:pPr>
      <w:r>
        <w:t>मतलब एक ही खुदा है तो मुझे यह लगता है कि हर चीज़ पर इंसान को बहुत ही</w:t>
      </w:r>
    </w:p>
    <w:p>
      <w:r>
        <w:rPr>
          <w:b/>
        </w:rPr>
        <w:t xml:space="preserve">[48:53] </w:t>
      </w:r>
      <w:r>
        <w:t>focus aur bahut hi god circle ke sath bhi ek cheez hai.</w:t>
      </w:r>
    </w:p>
    <w:p>
      <w:pPr>
        <w:jc w:val="right"/>
      </w:pPr>
      <w:r>
        <w:t>focus और बहुत ही god circle के साथ भी एक चीज़ है.</w:t>
      </w:r>
    </w:p>
    <w:p>
      <w:r>
        <w:rPr>
          <w:b/>
        </w:rPr>
        <w:t xml:space="preserve">[49:20] </w:t>
      </w:r>
      <w:r>
        <w:t>to jab insan sanjeet ji ke saath god circle darta hai aur latalaat se is tarike ka selection baith jata hai ki shayad wah koi bhi insan hai. to usko samajh nahi ata hai ki yeh one of god ki zindagi hai. ek one of god hai aur alag alag hai aur unke tarike se aur connect hota hai and then tum second year se bola ki aap log hamesha bolte hain ki ek hi sudha hai. to aap mujhe bataoge ki wah ek khuda kya keh raha hai?</w:t>
      </w:r>
    </w:p>
    <w:p>
      <w:pPr>
        <w:jc w:val="right"/>
      </w:pPr>
      <w:r>
        <w:t>तो जब इंसान संजीत जी के साथ god circle डरता है और लतालात से इस तरीके का selection बैठ जाता है कि शायद वह कोई भी इंसान है. तो उसको समझ नहीं आता है कि यह one of god की ज़िंदगी है. एक one of god है और अलग अलग है और उनके तरीके से और connect होता है and then तुम second year से बोला कि आप लोग हमेशा बोलते हैं कि एक ही सुधा है. तो आप मुझे बताओगे कि वह एक खुदा क्या कह रहा है?</w:t>
      </w:r>
    </w:p>
    <w:p>
      <w:r>
        <w:rPr>
          <w:b/>
        </w:rPr>
        <w:t xml:space="preserve">[49:45] </w:t>
      </w:r>
      <w:r>
        <w:t>to maine kaha obviously jo bhi ho sakta hai to like phir hamara wahan se thoda sa connection aur hua. to main yeh kehna chah rahi thi ki meri yeh chhoti sa experience tha ki jab koi bhi insan cheezon ko bahut deeply think karta hai ya sochta hai to usko samajh mein ata hai alag alag aur connection banta hai aur nayi nayi cheezen insan ke development mein aa jati hain. jugaatla main dekh sakti hoon. jiza kalya sena aur we have ten minutes time left.</w:t>
      </w:r>
    </w:p>
    <w:p>
      <w:pPr>
        <w:jc w:val="right"/>
      </w:pPr>
      <w:r>
        <w:t>तो मैंने कहा obviously जो भी हो सकता है तो like फिर हमारा वहां से थोड़ा सा connection और हुआ. तो मैं यह कहना चाह रही थी कि मेरी यह छोटी सा experience था कि जब कोई भी इंसान चीज़ों को बहुत deeply think करता है या सोचता है तो उसको समझ में आता है अलग अलग और connection बनता है और नई नई चीज़ें इंसान के development में आ जाती है. जुगातला मैं देख सकती हूं. जिज़ा कल्या सेना और we have ten minutes time left.</w:t>
      </w:r>
    </w:p>
    <w:p>
      <w:r>
        <w:rPr>
          <w:b/>
        </w:rPr>
        <w:t xml:space="preserve">[50:15] </w:t>
      </w:r>
      <w:r>
        <w:t>so any of the ladies who have not yes, shafina princess khan. ji aap? princess khan kuch kehna chah rahi hai. ok. ji, princess khan please share your learning today. salam alaykum. wali maslam.</w:t>
      </w:r>
    </w:p>
    <w:p>
      <w:pPr>
        <w:jc w:val="right"/>
      </w:pPr>
      <w:r>
        <w:t>So any of the ladies who have not Yes, शपिना Princess खान. जी आप? Princess खान कुछ कहना चाह रही है. Ok. जी, princess खान please share your learning today. सलाम अलायकुम. वाली मस्लाम.</w:t>
      </w:r>
    </w:p>
    <w:p>
      <w:r>
        <w:rPr>
          <w:b/>
        </w:rPr>
        <w:t xml:space="preserve">[50:34] </w:t>
      </w:r>
      <w:r>
        <w:t>yeh itna baki important aur aap sab logon ki main baaten sun rahi thi ki war of fikr jo hai wah intihai important base hai jab main samajhti hoon allah talak tak pahunchne ke liye aur apni har cheez se war of fikr se hi shuru hoti hai. jaise farida ne bhi dafa shiv last time shayad unhone kissa ek sunaya tha.</w:t>
      </w:r>
    </w:p>
    <w:p>
      <w:pPr>
        <w:jc w:val="right"/>
      </w:pPr>
      <w:r>
        <w:t>यह इतना बाकी important और आप सब लोगों की मैं बातें sun रही थी कि war of फ़िक्र जो है वह इंतिहाई important base है जब मैं समझती हूं अल्लाह तालक तक पहुंचने के लिए और अपनी हर चीज़ से war of फ़िक्र से ही शुरू होती है. जैसे फरीदा ने भी दफा शिव last time शायद उन्होंने किस्सा एक सुनाया था.</w:t>
      </w:r>
    </w:p>
    <w:p>
      <w:r>
        <w:rPr>
          <w:b/>
        </w:rPr>
        <w:t xml:space="preserve">[50:54] </w:t>
      </w:r>
      <w:r>
        <w:t>woh bandar ka kis tarah se ghar unke ghar mein aa gaya tha ki woh sochta samajhta nahi</w:t>
      </w:r>
    </w:p>
    <w:p>
      <w:pPr>
        <w:jc w:val="right"/>
      </w:pPr>
      <w:r>
        <w:t>वह बंदर का किस तरह से घर उनके घर में आ गया था कि वह सोचता समझता नहीं</w:t>
      </w:r>
    </w:p>
    <w:p>
      <w:r>
        <w:rPr>
          <w:b/>
        </w:rPr>
        <w:t xml:space="preserve">[51:02] </w:t>
      </w:r>
      <w:r>
        <w:t>hai, insan sochta samajhta hai aur is article mein bhi jis tarah se hai ki socho fikr karne</w:t>
      </w:r>
    </w:p>
    <w:p>
      <w:pPr>
        <w:jc w:val="right"/>
      </w:pPr>
      <w:r>
        <w:t>है, इंसान सोचता समझता है और इस article में भी जिस तरह से है कि सोचो फ़िक्र करने</w:t>
      </w:r>
    </w:p>
    <w:p>
      <w:r>
        <w:rPr>
          <w:b/>
        </w:rPr>
        <w:t xml:space="preserve">[51:11] </w:t>
      </w:r>
      <w:r>
        <w:t>se insan ke kitne darjat band hote hain, poori raat ki waagath se usko uska mawadna kiya gaya</w:t>
      </w:r>
    </w:p>
    <w:p>
      <w:pPr>
        <w:jc w:val="right"/>
      </w:pPr>
      <w:r>
        <w:t>से इंसान के कितने दर्जात बंद होते हैं, पूरी रात की वागत से उसको उसका मवादना किया गया</w:t>
      </w:r>
    </w:p>
    <w:p>
      <w:r>
        <w:rPr>
          <w:b/>
        </w:rPr>
        <w:t xml:space="preserve">[51:20] </w:t>
      </w:r>
      <w:r>
        <w:t>hai ki agar jo bhi ho raha wo raha fikr karta hai.</w:t>
      </w:r>
    </w:p>
    <w:p>
      <w:pPr>
        <w:jc w:val="right"/>
      </w:pPr>
      <w:r>
        <w:t>है कि अगर जो भी हो रहा वो रहा फ़िक्र करता है.</w:t>
      </w:r>
    </w:p>
    <w:p>
      <w:r>
        <w:rPr>
          <w:b/>
        </w:rPr>
        <w:t xml:space="preserve">[51:29] </w:t>
      </w:r>
      <w:r>
        <w:t>aur mujhe matlab meri aankh khuli main out of the blue mein sochne lagi ki mera billa kahan hai?</w:t>
      </w:r>
    </w:p>
    <w:p>
      <w:pPr>
        <w:jc w:val="right"/>
      </w:pPr>
      <w:r>
        <w:t>और मुझे मतलब मेरी आंख खुली मैं out of the blue में सोचने लगी कि मेरा बिल्ला कहां है?</w:t>
      </w:r>
    </w:p>
    <w:p>
      <w:r>
        <w:rPr>
          <w:b/>
        </w:rPr>
        <w:t xml:space="preserve">[52:22] </w:t>
      </w:r>
      <w:r>
        <w:t>aur main jaakar apne poore ghar mein usko dhoondhne lagi.</w:t>
      </w:r>
    </w:p>
    <w:p>
      <w:pPr>
        <w:jc w:val="right"/>
      </w:pPr>
      <w:r>
        <w:t>और मैं जाकर अपने पूरे घर में उसको ढूंढने लगी.</w:t>
      </w:r>
    </w:p>
    <w:p>
      <w:r>
        <w:rPr>
          <w:b/>
        </w:rPr>
        <w:t xml:space="preserve">[53:15] </w:t>
      </w:r>
      <w:r>
        <w:t>to meri jo closet hai mere bedroom ki woh uske andar band ho gaya tha.</w:t>
      </w:r>
    </w:p>
    <w:p>
      <w:pPr>
        <w:jc w:val="right"/>
      </w:pPr>
      <w:r>
        <w:t>तो मेरी जो closet है मेरे bedroom की वह उसके अंदर बंद हो गया था.</w:t>
      </w:r>
    </w:p>
    <w:p>
      <w:r>
        <w:rPr>
          <w:b/>
        </w:rPr>
        <w:t xml:space="preserve">[54:08] </w:t>
      </w:r>
      <w:r>
        <w:t>apne allah se jodti hai. shukriya. bahut achha bataya aapne. molana sahab ne likha hai ki kuda ko pam manne ke do satya hain. ek shauri satya aur ek fitri satya. to fitri fitrat mein to sabke khuda hota hai. har insan janta hai, khuda hai aur chahe woh usko maane, chahe na maane, lekin fitrat mein allatalan hai, usko pevas ka rakha.</w:t>
      </w:r>
    </w:p>
    <w:p>
      <w:pPr>
        <w:jc w:val="right"/>
      </w:pPr>
      <w:r>
        <w:t>अपने अल्लाह से जोड़ती है. शुक्रिया. बहुत अच्छा बताया आपने. मोलाना साहब ने लिखा है कि कुदा को पाम मानने के दो सत्य हैं. एक शौरी सत्य और एक फित्री सत्य. तो फित्री फित्रत में तो सबके खुदा होता है. हर इंसान जानता है, खुदा है और चाहे वह उसको माने, चाहे ना माने, लेकिन फित्रत में अल्लातालान है, उसको पेवस का रखा.</w:t>
      </w:r>
    </w:p>
    <w:p>
      <w:r>
        <w:rPr>
          <w:b/>
        </w:rPr>
        <w:t xml:space="preserve">[54:34] </w:t>
      </w:r>
      <w:r>
        <w:t>lekin jo allah ki yaad jo hai wah jo khuda ka ikrar jo hai wah wah mottevar hai jo shor ki satah par insan usko samjhe. aapke sirf mujhe samajh mein aa raha tha ki consciously hamein fuda ko jab tak hum nahi pehchanenge to hum us tarah se soch nahi paenge. jaisa khilla bahut achha mujhe. jaisa khilla for sharing that story of yours that you shared.</w:t>
      </w:r>
    </w:p>
    <w:p>
      <w:pPr>
        <w:jc w:val="right"/>
      </w:pPr>
      <w:r>
        <w:t>लेकिन जो अल्लाह की याद जो है वह जो खुदा का इकरार जो है वह वह मौत्तेवर है जो शोर की सतह पर इंसान उसको समझे. आपके सिर्फ मुझे समझ में आ रहा था कि consciously हमें फुदा को जब तक हम नहीं पहचानेंगे तो हम उस तरह से सोच नहीं पाएंगे. जैसा खिल्ला बहुत अच्छा मुझे. जैसा खिल्ला for sharing that story of yours that you shared.</w:t>
      </w:r>
    </w:p>
    <w:p>
      <w:r>
        <w:rPr>
          <w:b/>
        </w:rPr>
        <w:t xml:space="preserve">[55:03] </w:t>
      </w:r>
      <w:r>
        <w:t>mujhe ek hi baat yahi baat samajh mein aa rahi hai ki in our entire body we have very very important organs which is functioning but the most important organ which is a third eye almost like a third eye This eye, this mind is what? It's a organ of your body but then it is giving you a sort of vision thing.</w:t>
      </w:r>
    </w:p>
    <w:p>
      <w:pPr>
        <w:jc w:val="right"/>
      </w:pPr>
      <w:r>
        <w:t>मुझे एक ही बात यही बात समझ में आ रही है कि in our entire body we have very very important organs which is functioning but the most important organ which is a third eye almost like a third eye This eye, this mind is what? It's a organ of your body but then it is giving you a sort of vision thing.</w:t>
      </w:r>
    </w:p>
    <w:p>
      <w:r>
        <w:rPr>
          <w:b/>
        </w:rPr>
        <w:t xml:space="preserve">[55:27] </w:t>
      </w:r>
      <w:r>
        <w:t>when we think we are connecting to god aur jis tarah se ki allah ne aapse connect kiya aur aapse bataya, it was somehow you were focused on god and your think through your thinking, through your mind, allah connected to you and he somehow conveyed that message, through your, through through that mind that you were thinking.</w:t>
      </w:r>
    </w:p>
    <w:p>
      <w:pPr>
        <w:jc w:val="right"/>
      </w:pPr>
      <w:r>
        <w:t>When we think we are connecting to God और जिस तरह से कि अल्लाह ने आपसे connect किया और आपसे बताया, it was somehow you were focused on god and your think through your thinking, through your mind, अल्लाह connected to you and he somehow conveyed that message, through your, through through that mind that you were thinking.</w:t>
      </w:r>
    </w:p>
    <w:p>
      <w:r>
        <w:rPr>
          <w:b/>
        </w:rPr>
        <w:t xml:space="preserve">[55:53] </w:t>
      </w:r>
      <w:r>
        <w:t>so this is a very important thing that we all need to take care, take care that we should be focused, and we should be contemplating and our, life should be, very much focused towards, god. For sharing that. And rumavani when wants to say something. assalamalikum.</w:t>
      </w:r>
    </w:p>
    <w:p>
      <w:pPr>
        <w:jc w:val="right"/>
      </w:pPr>
      <w:r>
        <w:t>So this is a very important thing that we all need to take care, take care that we should be focused, and we should be contemplating and our, life should be, very much focused towards, god. For sharing that. And रुमावानी when wants to say something. अस्लामालिकुम.</w:t>
      </w:r>
    </w:p>
    <w:p>
      <w:r>
        <w:rPr>
          <w:b/>
        </w:rPr>
        <w:t xml:space="preserve">[56:17] </w:t>
      </w:r>
      <w:r>
        <w:t>shabina and shabina may i take the liberty of drawing the attention of all the participants. aaj ka article jo hai jab maine title padha aur famida baji ne hamein abhi padhkar bhi sunaya, molana sahab humse kehte hain ki kainat par gaur karna sabse badi ibadat hai. to my mind went to pehle to hum ibadat kya samajhte hain? paanch baar namaz padhna ya hum tasbi.</w:t>
      </w:r>
    </w:p>
    <w:p>
      <w:pPr>
        <w:jc w:val="right"/>
      </w:pPr>
      <w:r>
        <w:t>शाबीना and शाबीना may I take the liberty of drawing the attention of all the participants. आज का article जो है जब मैंने title पढ़ा और फामीदाबाजी ने हमें अभी पढ़कर भी सुनाया, मोलाना साहब हमसे कहते हैं कि कायनात पर गौर करना सबसे बड़ी इबादत है. तो my mind went to पहले तो हम इबादत क्या समझते हैं? पांच बार नमाज़ पढ़ना या हम तस्वी.</w:t>
      </w:r>
    </w:p>
    <w:p>
      <w:r>
        <w:rPr>
          <w:b/>
        </w:rPr>
        <w:t xml:space="preserve">[56:47] </w:t>
      </w:r>
      <w:r>
        <w:t>to maine dekha ki yeh tasbi padhte hain hamara dhyan, what do you say for beats? dana dane ki taraf hota hai aur jab namaz padhte hain to main sashda sahi kar raha hoon ki nahi, you know, so on and so forth. to shayad jis waqt molana sahab hamein kehte hain ki kainat par gaur karen, wah sabse badi ibadat hai.</w:t>
      </w:r>
    </w:p>
    <w:p>
      <w:pPr>
        <w:jc w:val="right"/>
      </w:pPr>
      <w:r>
        <w:t>तो मैंने देखा कि यह तस्वी पढ़ते हैं हमारा ध्यान, what do you say for beats? दाना दाने की तरफ़ होता है और जब नमाज़ पढ़ते हैं तो मैं सशदा सही कर रहा हूं कि नहीं, you know, so on and so forth. तो शायद जिस वक्त मौलाना साहब हमें कहते हैं कि कायनात पर गौर करें, वह सबसे बड़ी बादत है.</w:t>
      </w:r>
    </w:p>
    <w:p>
      <w:r>
        <w:rPr>
          <w:b/>
        </w:rPr>
        <w:t xml:space="preserve">[57:10] </w:t>
      </w:r>
      <w:r>
        <w:t>i felt that that is something which is true ibadat because ek to hamein ehsaas ho jata hai ki yeh kainath banane wala bilkul hamare saath hai aur doosra kya hota hai ki when we read or anything, even when we read the holy book, what happens?</w:t>
      </w:r>
    </w:p>
    <w:p>
      <w:pPr>
        <w:jc w:val="right"/>
      </w:pPr>
      <w:r>
        <w:t>I felt that that is something which is true इबादत because एक तो हमें एहसास हो जाता है कि यह कायनाथ बनाने वाला बिल्कुल हमारे साथ है और दूसरा क्या होता है कि when we read or anything, even when we read the holy book, what happens?</w:t>
      </w:r>
    </w:p>
    <w:p>
      <w:r>
        <w:rPr>
          <w:b/>
        </w:rPr>
        <w:t xml:space="preserve">[57:35] </w:t>
      </w:r>
      <w:r>
        <w:t>jo bhi hamari imagination hai, it is within the parameter of my own knowledge. lekin jab kainath mein hum dekhte hain, gaur karte hain to wah hamare apne knowledge ke beyond chale jata hai. jo mere parameters hain uske bhi beyond chala jata hai. jaise beej bone se sapling nikalta hai to dhyan jata hai ki sapling kaise nikla? yeh to zameen mein pada tha.</w:t>
      </w:r>
    </w:p>
    <w:p>
      <w:pPr>
        <w:jc w:val="right"/>
      </w:pPr>
      <w:r>
        <w:t>जो भी हमारी imagination है, it is within the parameter of my own knowledge. लेकिन जब कायनाथ में हम देखते हैं, गौर करते हैं तो वह हमारे अपने knowledge के beyond चले जाता है. जो मेरे parameters हैं उसके भी beyond चला जाता है. जैसे बीज बोने से sapling निकलता है तो ध्यान जाता है कि sapling कैसे निकला? यह तो ज़मीन में पड़ा था.</w:t>
      </w:r>
    </w:p>
    <w:p>
      <w:r>
        <w:rPr>
          <w:b/>
        </w:rPr>
        <w:t xml:space="preserve">[58:03] </w:t>
      </w:r>
      <w:r>
        <w:t>lekin phir dhyan jata hai ki nahi are pani gaya, dhoop lagi ya gudai ki, you know, ya badal chal raha hai to badal ko dekhkar aasman mein pehle to khush hote hain. are badal kaise float kar rahe hain? kya hai wah? it's not just hum khud bhi dekhte hain ki beyond limitations wah badal chalte hain and suddenly they start pouring on us, you know?</w:t>
      </w:r>
    </w:p>
    <w:p>
      <w:pPr>
        <w:jc w:val="right"/>
      </w:pPr>
      <w:r>
        <w:t>लेकिन फिर ध्यान जाता है कि नहीं अरे पानी गया, धूप लगी या गुड़ाई की, you know, या बादल चल रहा है तो बादल को देखकर आसमान में पहले तो खुश होते हैं. अरे बादल कैसे float कर रहे हैं? क्या है वह? It's not just हम ख़ुद भी देखते हैं कि beyond limitations वह बादल चलते हैं and suddenly they start pouring on us, you know?</w:t>
      </w:r>
    </w:p>
    <w:p>
      <w:r>
        <w:rPr>
          <w:b/>
        </w:rPr>
        <w:t xml:space="preserve">[58:30] </w:t>
      </w:r>
      <w:r>
        <w:t>to agar wah pani hai to i personally feel that this is an open book. yeah, valanat itself is an open book which molana sahab wants us to be aware of and that kind of relationship, yes, maybe we can use the word which shavina ji have been using ki thinking jo hai lekin us thinking ko aala karna hai.</w:t>
      </w:r>
    </w:p>
    <w:p>
      <w:pPr>
        <w:jc w:val="right"/>
      </w:pPr>
      <w:r>
        <w:t>तो अगर वह पानी है तो I personally feel that this is an open book. Yeah, वालानात itself is an open book which मोलाना साहब wants us to be aware of and that kind of relationship, yes, maybe we can use the word which शवीना जी have been using कि thinking जो है लेकिन उस thinking को आला करना है.</w:t>
      </w:r>
    </w:p>
    <w:p>
      <w:r>
        <w:rPr>
          <w:b/>
        </w:rPr>
        <w:t xml:space="preserve">[58:57] </w:t>
      </w:r>
      <w:r>
        <w:t>isliye kainath jo hai khuli kitab, round the clock, without any barriers, barriers. i'm sorry i take the liberty, but this is what i felt when i heard famida baji and i read the article also. balahul alaykum. balahul. zyada kalla. aba it's almost nine. so what do you think apar paimida anyone who has shared so that we can wrap it up now?</w:t>
      </w:r>
    </w:p>
    <w:p>
      <w:pPr>
        <w:jc w:val="right"/>
      </w:pPr>
      <w:r>
        <w:t>इसलिए कायनाथ जो है खुली किताब, round the clock, without any barriers, barriers. I'm sorry I take the liberty, but this is what I felt when I heard फ़मीदाबाजी and I read the article also. बालाहुल अलिक्कुम. बालाहुल. ज़्यादा कल्ला. अबा it's almost nine. So what do you think आपार पैमीदा anyone who has shared so that we can wrap it up now?</w:t>
      </w:r>
    </w:p>
    <w:p>
      <w:r>
        <w:rPr>
          <w:b/>
        </w:rPr>
        <w:t xml:space="preserve">[59:27] </w:t>
      </w:r>
      <w:r>
        <w:t>haan ma'am phir hum duan kar lete hain. ek ek baat aap bas wah mujhe roma roma ki baat se roma ji ki baat se yeh ayat yaad aa gayi mujhe wah uska reference nahi pata wah jo amrana sahab aksar batate the ki aainda tum log allatala ki nishaniyon ko dekhoge aur pata chal jayega ki yeh haq hai.</w:t>
      </w:r>
    </w:p>
    <w:p>
      <w:pPr>
        <w:jc w:val="right"/>
      </w:pPr>
      <w:r>
        <w:t>हां ma'am फिर हम दुआं कर लेते हैं. एक एक बात आप बस वह मुझे रोमा रोमा की बात से रोमा जी की बात से यह आयत याद आ गई मुझे वह उसका reference नहीं पता वह जो अमराना साहब अक्सर बताते थे कि आइंदा तुम लोग अल्हाताला की निशानियों को देखोगे और पता चल जाएगा कि यह हक है.</w:t>
      </w:r>
    </w:p>
    <w:p>
      <w:r>
        <w:rPr>
          <w:b/>
        </w:rPr>
        <w:t xml:space="preserve">[59:49] </w:t>
      </w:r>
      <w:r>
        <w:t>to bahut sahi baat unhone kahi ki yeh framework jo hamein kainat deti hai na yeh unlimited data deti hai aur iske jo isse jo hum nikalte hain latalah ke science woh lahmahdood hai aur isi liye shayad hamein aql bhi jo di gayi hai woh lamehdood di gayi hai aur iska sahi istemal hum log agar karein to phir hum wahan tak pahunch paayein kealla taalon ko pure darjon mein discover kar paayein. Bahut achhi baat kahi Roma ji. Jaisa</w:t>
      </w:r>
    </w:p>
    <w:p>
      <w:pPr>
        <w:jc w:val="right"/>
      </w:pPr>
      <w:r>
        <w:t>तो बहुत सही बात उन्होंने कही कि यह framework जो हमें कायनात देती है ना यह unlimited data देती है और इसके जो इससे जो हम निकालते हैं लाताला के science वह लामहदूद है और इसीलिए शायद हमें अक्ल भी जो दी गई है वह लामेदूद दी गई है और इसका सही इस्तेमाल हम लोग अगर करें तो फिर हम वहां तक पहुंच पाएं केल्ला तालों को पूरे दर्जों में discover कर पाएं. बहुत अच्छी बात कही रोमा जी. जैसा</w:t>
      </w:r>
    </w:p>
    <w:p>
      <w:r>
        <w:rPr>
          <w:b/>
        </w:rPr>
        <w:t xml:space="preserve">[1:00:18] </w:t>
      </w:r>
      <w:r>
        <w:t>kalla kher tak. Exactly. The scientist have said that we are using only 4% of our brain. So you can imagine using the 100% of them. I don't know where we will reach and beyond that. Maybe it's a god's limitation on our, that part to not use it. And just using 4% of our brain, the thinking capacity, we can see so many things beyond, what our two eyes can see.</w:t>
      </w:r>
    </w:p>
    <w:p>
      <w:pPr>
        <w:jc w:val="right"/>
      </w:pPr>
      <w:r>
        <w:t>कल्ला खेर तक. Exactly. The scientist have said that we are using only 4% of our brain. So you can imagine using the 100% of them. I don't know where we will reach and beyond that. Maybe it's a god's limitation on our, that part to not use it. And just using 4% of our brain, the thinking capacity, we can see so many things beyond, what our two eyes can see.</w:t>
      </w:r>
    </w:p>
    <w:p>
      <w:r>
        <w:rPr>
          <w:b/>
        </w:rPr>
        <w:t xml:space="preserve">[1:00:47] </w:t>
      </w:r>
      <w:r>
        <w:t>So I it's almost time and dapa has also told us to wrap it up. So pami dapa please end the session with the dua.</w:t>
      </w:r>
    </w:p>
    <w:p>
      <w:pPr>
        <w:jc w:val="right"/>
      </w:pPr>
      <w:r>
        <w:t>So I it's almost time and दापा has also told us to wrap it up. So पैमी दापा please end the session with the दुआ.</w:t>
      </w:r>
    </w:p>
    <w:p>
      <w:r>
        <w:rPr>
          <w:b/>
        </w:rPr>
        <w:t xml:space="preserve">[1:00:59] </w:t>
      </w:r>
      <w:r>
        <w:t>theek hai idhar to karna phir to nahi hai hansa na tu billa kar aate hansa na na</w:t>
      </w:r>
    </w:p>
    <w:p>
      <w:pPr>
        <w:jc w:val="right"/>
      </w:pPr>
      <w:r>
        <w:t>ठीक है इधर तो करना फिर तो नहीं है हंसा ना तू बिला कर आते हंसा ना ना</w:t>
      </w:r>
    </w:p>
    <w:p>
      <w:r>
        <w:rPr>
          <w:b/>
        </w:rPr>
        <w:t xml:space="preserve">[1:01:08] </w:t>
      </w:r>
      <w:r>
        <w:t>zyada zyada mila hansa le raha hoon mujhe manaa rahi hoon mujhe manaa mujhe mujhe manaa manaa hoon</w:t>
      </w:r>
    </w:p>
    <w:p>
      <w:pPr>
        <w:jc w:val="right"/>
      </w:pPr>
      <w:r>
        <w:t>ज़्यादा ज़्यादा मिला हंसा ले रहा हूं मुझे मना रही हूं मुझे मना मुझे मुझे मना मना हूं</w:t>
      </w:r>
    </w:p>
    <w:p>
      <w:r>
        <w:rPr>
          <w:b/>
        </w:rPr>
        <w:t xml:space="preserve">[1:01:18] </w:t>
      </w:r>
      <w:r>
        <w:t>yallah yahan par hum sab ek doosre se sirf yeh janne aur samajhne ke liye ikattha hote hain</w:t>
      </w:r>
    </w:p>
    <w:p>
      <w:pPr>
        <w:jc w:val="right"/>
      </w:pPr>
      <w:r>
        <w:t>याल्लाह यहां पर हम सब एक दूसरे से सिर्फ यह जानने और समझने के लिए इकट्ठा होते हैं</w:t>
      </w:r>
    </w:p>
    <w:p>
      <w:r>
        <w:rPr>
          <w:b/>
        </w:rPr>
        <w:t xml:space="preserve">[1:01:28] </w:t>
      </w:r>
      <w:r>
        <w:t>ki mera love humse kya chahta hai?</w:t>
      </w:r>
    </w:p>
    <w:p>
      <w:pPr>
        <w:jc w:val="right"/>
      </w:pPr>
      <w:r>
        <w:t>कि मेरा love हमसे क्या चाहता है?</w:t>
      </w:r>
    </w:p>
    <w:p>
      <w:r>
        <w:rPr>
          <w:b/>
        </w:rPr>
        <w:t xml:space="preserve">[1:01:38] </w:t>
      </w:r>
      <w:r>
        <w:t>hum kis tarah apni tokhuda ke mutabiq banaye ki hamara love humse raazi ho jaye?</w:t>
      </w:r>
    </w:p>
    <w:p>
      <w:pPr>
        <w:jc w:val="right"/>
      </w:pPr>
      <w:r>
        <w:t>हम किस तरह अपनी तोखुदा के मुताबिक बनाएं कि हमारा love हमसे राज़ी हो जाए?</w:t>
      </w:r>
    </w:p>
    <w:p>
      <w:r>
        <w:rPr>
          <w:b/>
        </w:rPr>
        <w:t xml:space="preserve">[1:01:44] </w:t>
      </w:r>
      <w:r>
        <w:t>yadlah tera qanoon hai ki jo mangta hai to usko deta hai.</w:t>
      </w:r>
    </w:p>
    <w:p>
      <w:pPr>
        <w:jc w:val="right"/>
      </w:pPr>
      <w:r>
        <w:t>याद लाह तेरा कानून है कि जो मांगता है तो उसको देता है.</w:t>
      </w:r>
    </w:p>
    <w:p>
      <w:r>
        <w:rPr>
          <w:b/>
        </w:rPr>
        <w:t xml:space="preserve">[1:01:50] </w:t>
      </w:r>
      <w:r>
        <w:t>aillah hum tere samne apni choli failaye ki hum apne har lamha ko teri yaad mein guzarnay walay</w:t>
      </w:r>
    </w:p>
    <w:p>
      <w:pPr>
        <w:jc w:val="right"/>
      </w:pPr>
      <w:r>
        <w:t>ऐल्लाह हम तेरे सामने अपनी छोली फैलाएं कि हम अपने हर लम्हा को तेरी याद में गुज़ारने वाले</w:t>
      </w:r>
    </w:p>
    <w:p>
      <w:r>
        <w:rPr>
          <w:b/>
        </w:rPr>
        <w:t xml:space="preserve">[1:01:57] </w:t>
      </w:r>
      <w:r>
        <w:t>bane aur tu hamari badaton ko ko bhool kar le agar chahe hum aisi badat na kar saken</w:t>
      </w:r>
    </w:p>
    <w:p>
      <w:pPr>
        <w:jc w:val="right"/>
      </w:pPr>
      <w:r>
        <w:t>बने और तू हमारी बादतों को को भूल कर ले अगर चाहे हम ऐसी बादत ना कर सकें</w:t>
      </w:r>
    </w:p>
    <w:p>
      <w:r>
        <w:rPr>
          <w:b/>
        </w:rPr>
        <w:t xml:space="preserve">[1:02:03] </w:t>
      </w:r>
      <w:r>
        <w:t>jaise ki yeh badat hamein karni chahiye.</w:t>
      </w:r>
    </w:p>
    <w:p>
      <w:pPr>
        <w:jc w:val="right"/>
      </w:pPr>
      <w:r>
        <w:t>जैसे कि यह बादत हमें करनी चाहिए.</w:t>
      </w:r>
    </w:p>
    <w:p>
      <w:r>
        <w:rPr>
          <w:b/>
        </w:rPr>
        <w:t xml:space="preserve">[1:02:10] </w:t>
      </w:r>
      <w:r>
        <w:t>Aillah hamein apne waqt ko zyada se zyada teri yaad mein guzarnay wala bana de. Hum hi. Hum hi. Hum hi. Hi. So. Jizza talapa for the dua. So we end this session. Inshallah we'll meet again next week. Same time. The topic will be shared, and please go through the topic.</w:t>
      </w:r>
    </w:p>
    <w:p>
      <w:pPr>
        <w:jc w:val="right"/>
      </w:pPr>
      <w:r>
        <w:t>ऐल्लाह हमें अपने वक्त को ज़्यादा से ज़्यादा तेरी याद में गुज़ारने वाला बना दे. हम ही. हम ही. हम ही. ही. So. जिज़्ज़ा तलापा for the दुआ. So we end this session. Inshallah we'll meet again next week. Same time. The topic will be shared, and please go through the topic.</w:t>
      </w:r>
    </w:p>
    <w:p>
      <w:r>
        <w:rPr>
          <w:b/>
        </w:rPr>
        <w:t xml:space="preserve">[1:02:35] </w:t>
      </w:r>
      <w:r>
        <w:t>And if possible, make a diary, note down the important points so that when we speak then we are very much clear in what we are speaking. Inshallah we meet again next week. Assalamu alaikum.</w:t>
      </w:r>
    </w:p>
    <w:p>
      <w:pPr>
        <w:jc w:val="right"/>
      </w:pPr>
      <w:r>
        <w:t>And if possible, make a diary, note down the important points so that when we speak then we are very much clear in what we are speaking. Inshallah we meet again next week. Assalamu alaikum.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