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18 February 12, 2023</w:t>
      </w:r>
    </w:p>
    <w:p>
      <w:r>
        <w:t>https://www.youtube.com/watch?v=uq7nDrs6oZ8</w:t>
      </w:r>
    </w:p>
    <w:p>
      <w:r>
        <w:rPr>
          <w:b/>
        </w:rPr>
        <w:t xml:space="preserve">[00:08] </w:t>
      </w:r>
      <w:r>
        <w:t>Assalamualaykum. Aaj CPS women group ek naye article ke saath hum sab log Maulana Sahab ke is article ko discuss karenge and in shahalah we'll find this article increasing us with god realization and increasing our intellectual development. Yeh article bahut hi zyada Khuda ke qareeb karne wala wahan shiddat se apne andar accountability ka ehsaas dilanay wala hai.</w:t>
      </w:r>
    </w:p>
    <w:p>
      <w:pPr>
        <w:jc w:val="right"/>
      </w:pPr>
      <w:r>
        <w:t>अस्सलामुलायकों. आज CPS women group एक नए article के साथ हम सब लोग मुलाना साहब के इस article को discuss करेंगे and in शाहालाह we'll find this article increasing us with god realization and increasing our intellectual development. यह article बहुत ही ज़्यादा ख़ुदा के क़रीब करने वाला वहां शिद्दत से अपने अंदर accountability का एहसास दिलाने वाला है.</w:t>
      </w:r>
    </w:p>
    <w:p>
      <w:r>
        <w:rPr>
          <w:b/>
        </w:rPr>
        <w:t xml:space="preserve">[00:37] </w:t>
      </w:r>
      <w:r>
        <w:t>Main Fahimidaapa se tarafas karti hoon ki woh isko shuru karein aur hamein article padh padhkar batayein. Fahimidaapa. Assilawaliko jhuja kar lo doctor Saphila. Khuda aur insaan Abu Masood Ansari Madina ke ek Musalman thay. Ek roz woh kisi baat par apne ghulam se bigad gaye aur usko dande se maarne lage.</w:t>
      </w:r>
    </w:p>
    <w:p>
      <w:pPr>
        <w:jc w:val="right"/>
      </w:pPr>
      <w:r>
        <w:t>मैं फ़हमीदापा से तरफ़ास करती हूं कि वह इसको शुरू करें और हमें article पढ़ पढ़कर बताएं. फहमीदापा. अस्सीलावालिक को झुझा कर लो doctor सफ़ीला. खुदा और इंसान अबू मसूद अंसारी मदीना के एक मुसलमान थे. एक रोज़ वह किसी बात पर अपने ग़ुलाम से बिगड़ गए और उसको डंडे से मारने लगे.</w:t>
      </w:r>
    </w:p>
    <w:p>
      <w:r>
        <w:rPr>
          <w:b/>
        </w:rPr>
        <w:t xml:space="preserve">[01:05] </w:t>
      </w:r>
      <w:r>
        <w:t>Ae na us waqt Rustullah sallamullah liwa sallamullah ka udhar se guzar hua. Aapne dekhkar farmaya ki ae Abu Masood, jaan lo ki yeh Khuda tumhare upar isse zyada qabu rakhta hai jitna tum is ghulam par qabu rakhte ho. Yeh sunte hi Abu Masood ke haath se danda chhootkar gir gaya aur unhone kaha ki aaj se yeh ghulam azaad.</w:t>
      </w:r>
    </w:p>
    <w:p>
      <w:pPr>
        <w:jc w:val="right"/>
      </w:pPr>
      <w:r>
        <w:t>ऐ न उस वक़्त रस्तुल्लाह सलमल्लाह लिवा सलमल्लाह का उधर से गुज़र हुआ. आपने देखकर फरमाया कि ऐ अबू मसूद, जान लो कि यह ख़ुदा तुम्हारे ऊपर इससे ज़्यादा काबू रखता है जितना तुम इस गुलाम पर काबू रखते हो. यह सुनते ही अबू मसूद के हाथ से डंडा छोटकर गिर गया और उन्होंने कहा कि आज से यह गुलाम आज़ाद.</w:t>
      </w:r>
    </w:p>
    <w:p>
      <w:r>
        <w:rPr>
          <w:b/>
        </w:rPr>
        <w:t xml:space="preserve">[01:32] </w:t>
      </w:r>
      <w:r>
        <w:t>Abu Masood pehle mamle ko ek insaan aur doosri insaan ka mamla samajhte thay. Us waqt unhein nazar aata tha ki woh malik hain aur doosra aadmi ghulam apni zaat unhein oonchi satah par nazar aayi aur ghulam ki zaat neechi satah par. Magar Rasul rasalon ki tambi ke baad unhein nazar aaya ki saara mamla Khuda ka mamla hai. Ab unhein apna mujood bhi wahin pada hua nazar aaya jahan woh apne ghulam ko bithaye hue thay.</w:t>
      </w:r>
    </w:p>
    <w:p>
      <w:pPr>
        <w:jc w:val="right"/>
      </w:pPr>
      <w:r>
        <w:t>अबू मसूद पहले मामले को एक इंसान और दूसरी इंसान का मामला समझते थे. उस वक़्त उन्हें नज़र आता था कि वह मालिक हैं और दूसरा आदमी गुलाम अपनी जात उन्हें ऊंची सतह पर नज़र आई और गुलाम की जात नीची सतह पर. मगर रसुल रसालों की तंबी के बाद उन्हें नज़र आया कि सारा मामला खुदा का मामला है. अब उन्हें अपना मुजूद भी वहीं पड़ा हुआ नज़र आया जहां वह अपने गुलाम को बिठाए हुए थे.</w:t>
      </w:r>
    </w:p>
    <w:p>
      <w:r>
        <w:rPr>
          <w:b/>
        </w:rPr>
        <w:t xml:space="preserve">[02:02] </w:t>
      </w:r>
      <w:r>
        <w:t>Dono yeqsa taur par Khuda ke aage aazeez nazar aaye. Yahi wajah thi ki utha hua danda unke haath se chhootkar gir pada. Khariqat yeh hai ki samaji zindagi ki tamam kharabiyan isi liye paida hoti hain ki aadmi mamle ko insaan ki nisbat se dekhta hai na ki Khuda ki nisbat se. Ek aadmi ko daulat mil jaye to woh un logon ke muqable mein apne ko ooncha samajhne lagta hai jinke paas daulat nahi.</w:t>
      </w:r>
    </w:p>
    <w:p>
      <w:pPr>
        <w:jc w:val="right"/>
      </w:pPr>
      <w:r>
        <w:t>दोनों यक्सा तौर पर खुदा के आगे आज़ीज़ नज़र आए. यही वजह थी कि उठा हुआ डंडा उनके हाथ से छूटकर गिर पड़ा. ख़रीक़त यह है कि समाजी ज़िंदगी की तमाम खराबियां इसीलिए पैदा होती हैं कि आदमी मामले को इंसान की निस्मत से देखता है ना कि खुदा की निस्मत से. एक आदमी को दौलत मिल जाए तो वह उन लोगों के मुकाबले में अपने को ऊंचा समझने लगता है जिनके पास दौलत नहीं.</w:t>
      </w:r>
    </w:p>
    <w:p>
      <w:r>
        <w:rPr>
          <w:b/>
        </w:rPr>
        <w:t xml:space="preserve">[02:32] </w:t>
      </w:r>
      <w:r>
        <w:t>Halanki agar woh Khuda ki nisbat se dekhein to usko nazar aayega ki woh bhi itna hi muflis hai jitna koi doosra shakhs. Kisi aadmi ko bada ohda mil jaye to woh samajhne lagta hai ki main tamam logon se bada hoon. Halanki agar woh Khuda ki nishwat se dekhe to woh paayega ki woh bhi utna hi haqeer hai jitna ki doosre log ek aadmi tez hai aur woh doosre aadmi ke khilaf zabaan chala raha hai.</w:t>
      </w:r>
    </w:p>
    <w:p>
      <w:pPr>
        <w:jc w:val="right"/>
      </w:pPr>
      <w:r>
        <w:t>हालांकि अगर वह खुदा की निस्बत से देखें तो उसको नज़र आएगा कि वह भी इतना ही मुफ्लिस है जितना कोई दूसरा शख्स. किसी आदमी को बड़ा ओहदा मिल जाए तो वह समझने लगता है कि मैं तमाम लोगों से बड़ा हूं. हालांकि अगर वह खुदा की निश्वत से देखे तो वह पाएगा कि वह भी उतना ही हकीर है जितना कि दूसरे लोग एक आदमी तेज़ है और वह दूसरे आदमी के खिलाफ ज़बान चला रहा है.</w:t>
      </w:r>
    </w:p>
    <w:p>
      <w:r>
        <w:rPr>
          <w:b/>
        </w:rPr>
        <w:t xml:space="preserve">[03:00] </w:t>
      </w:r>
      <w:r>
        <w:t>to uski wajah yahi hai ki apne muqable mein woh usko kamtar samaj samajh raha hai. Agar woh Khuda ki nisbat se dekhe to uske alfaas ka zakheera khatm ho jaye. Kyunke Khuda ki nisbat se woh bhi utna hi bezor hai jitna ki doosra aadmi. Islam woh insaan banata hai jo mamlaat ko ek aadmi aur doosre aadmi ka mamla na samjhe.</w:t>
      </w:r>
    </w:p>
    <w:p>
      <w:pPr>
        <w:jc w:val="right"/>
      </w:pPr>
      <w:r>
        <w:t>तो उसकी वजह यही है कि अपने मुकाबले में वह उसको कमतर समझ समझ रहा है. अगर वह खुदा की निस्बत से देखें तो उसके अल्फास का ज़ख़ीरा ख़त्म हो जाए. क्योंकि खुदा की निस्बत से वह भी उतना ही बेज़ोर है जितना कि दूसरा आदमी. इस्लाम वह इंसान बनाता है जो मामलात को एक आदमी और दूसरे आदमी का मामला ना समझे.</w:t>
      </w:r>
    </w:p>
    <w:p>
      <w:r>
        <w:rPr>
          <w:b/>
        </w:rPr>
        <w:t xml:space="preserve">[03:27] </w:t>
      </w:r>
      <w:r>
        <w:t>balki har mamle ko aisa mamla samjhe jo aakhirkar khuda ke samne pesh hone wala hai.</w:t>
      </w:r>
    </w:p>
    <w:p>
      <w:pPr>
        <w:jc w:val="right"/>
      </w:pPr>
      <w:r>
        <w:t>बल्कि हर मामले को ऐसा मामला समझे जो आख़िरकार खुदा के सामने पेश होने वाला है.</w:t>
      </w:r>
    </w:p>
    <w:p>
      <w:r>
        <w:rPr>
          <w:b/>
        </w:rPr>
        <w:t xml:space="preserve">[03:33] </w:t>
      </w:r>
      <w:r>
        <w:t>yeh cheez tamam buraiyon ki jar kaat deti hai.</w:t>
      </w:r>
    </w:p>
    <w:p>
      <w:pPr>
        <w:jc w:val="right"/>
      </w:pPr>
      <w:r>
        <w:t>यह चीज़ तमाम बुराइयों की जड़ काट देती है.</w:t>
      </w:r>
    </w:p>
    <w:p>
      <w:r>
        <w:rPr>
          <w:b/>
        </w:rPr>
        <w:t xml:space="preserve">[03:40] </w:t>
      </w:r>
      <w:r>
        <w:t>uske baad kisi ke liye ghamnah sat japasandi aur bensafi ka mauqa hi baaqri nahi rehta.</w:t>
      </w:r>
    </w:p>
    <w:p>
      <w:pPr>
        <w:jc w:val="right"/>
      </w:pPr>
      <w:r>
        <w:t>उसके बाद किसी के लिए घामनह सत जापसंदी और बेंसाफ़ी का मौक़ा ही बाक़री नहीं रहता.</w:t>
      </w:r>
    </w:p>
    <w:p>
      <w:r>
        <w:rPr>
          <w:b/>
        </w:rPr>
        <w:t xml:space="preserve">[03:47] </w:t>
      </w:r>
      <w:r>
        <w:t>uske baad insaan ka danda uske haath se chhootkar gir padta hai.</w:t>
      </w:r>
    </w:p>
    <w:p>
      <w:pPr>
        <w:jc w:val="right"/>
      </w:pPr>
      <w:r>
        <w:t>उसके बाद इंसान का डंडा उसके हाथ से छोटकर गिर पड़ता है.</w:t>
      </w:r>
    </w:p>
    <w:p>
      <w:r>
        <w:rPr>
          <w:b/>
        </w:rPr>
        <w:t xml:space="preserve">[03:54] </w:t>
      </w:r>
      <w:r>
        <w:t>bijaaye uske ki wah kisi doosre aadmi ke sar ke upar pade.</w:t>
      </w:r>
    </w:p>
    <w:p>
      <w:pPr>
        <w:jc w:val="right"/>
      </w:pPr>
      <w:r>
        <w:t>बिजाए उसके कि वह किसी दूसरे आदमी के सर के ऊपर पड़े.</w:t>
      </w:r>
    </w:p>
    <w:p>
      <w:r>
        <w:rPr>
          <w:b/>
        </w:rPr>
        <w:t xml:space="preserve">[04:01] </w:t>
      </w:r>
      <w:r>
        <w:t>to isse article ko Maulana Sahab ke jo jo title hai Khuda aur insaan yani hamein har waqt Khuda ke maujood ka ehsaas hona chahiye. Hum apne mamle ko Khuda aur insaan ka mamla samjhein.</w:t>
      </w:r>
    </w:p>
    <w:p>
      <w:pPr>
        <w:jc w:val="right"/>
      </w:pPr>
      <w:r>
        <w:t>तो इससे article को मोलाना साहब के जो जो title है खुदा और इंसान यानी हमें हर वक्त खुदा के मौजूद का एहसास होना चाहिए. हम अपने मामले को खुदा और इंसान का मामला समझें.</w:t>
      </w:r>
    </w:p>
    <w:p>
      <w:r>
        <w:rPr>
          <w:b/>
        </w:rPr>
        <w:t xml:space="preserve">[04:17] </w:t>
      </w:r>
      <w:r>
        <w:t>Khuda ke saamne matlab hum haazir hain har waqt Khuda se connection mazboot karne ke liye lekin, Khuda se connection mazboot ho to insaan ke sabhi saare hi amal sahi durust ho paayenge. Lekin aaj ke daur mein har jagah insaan aur insaan ka mamla hai.</w:t>
      </w:r>
    </w:p>
    <w:p>
      <w:pPr>
        <w:jc w:val="right"/>
      </w:pPr>
      <w:r>
        <w:t>खुदा के सामने मतलब हम हाज़िर हैं हर वक्त खुदा से connection मज़बूत करने के लिए लेकिन, खुदा से connection मज़बूत हो तो इंसान के सभी सारे ही अमल सही दुरुस्त हो पाएंगे. लेकिन आज के दौर में हर जगह इंसान और इंसान का मामला है.</w:t>
      </w:r>
    </w:p>
    <w:p>
      <w:r>
        <w:rPr>
          <w:b/>
        </w:rPr>
        <w:t xml:space="preserve">[04:42] </w:t>
      </w:r>
      <w:r>
        <w:t>Khuda to kahin hai hi nahi, Khuda unknown hai. Isliye Khuda ka darr bhi nahi hai. Jaise ki is article mein bataya ki ab Musood ne jab, kuch jab Rasudullah ne tambi ki to ki tumhara Khuda jaan lo ki Khuda tumhare upar isse zyada qabu lagta hai itna tum isko naam par qabu rakhte ho.</w:t>
      </w:r>
    </w:p>
    <w:p>
      <w:pPr>
        <w:jc w:val="right"/>
      </w:pPr>
      <w:r>
        <w:t>खुदा तो कहीं है ही नहीं, खुदा unknown है. इसलिए खुदा का डर भी नहीं है. जैसे कि इस article में बताया कि अब मुसूद ने जब, कुछ जब रसुदिल्ला ने तंबी की तो कि तुम्हारा खुदा जान लो कि खुदा तुम्हारे ऊपर इससे ज़्यादा काबू लगता है इतना तुम इसको नाम पर काबू रखते हो.</w:t>
      </w:r>
    </w:p>
    <w:p>
      <w:r>
        <w:rPr>
          <w:b/>
        </w:rPr>
        <w:t xml:space="preserve">[05:10] </w:t>
      </w:r>
      <w:r>
        <w:t>to yeh unke haath se danda gir gaya to yeh khauf-e-Khuda tha jiski wajah se woh fauran dar gaye apne mamle ko Khuda ka mamla samajhne lage. Samajh gaye. To abhi main is article ko dekhi to mujhe woh abhi jo ek news mein ek charcha ho raha tha ki abhi jo haal hi mein ek news aayi thi ki woh ek husband aur wife jo hai ek ek koi ladki ko kaam ke liye rakha tha unhone.</w:t>
      </w:r>
    </w:p>
    <w:p>
      <w:pPr>
        <w:jc w:val="right"/>
      </w:pPr>
      <w:r>
        <w:t>तो यह उनके हाथ से डंडा गिर गया तो यह खौफे खुदा था जिसकी वजह से वह फ़ौरन डर गए अपने मामले को खुदा का मामला समझने लगे. समझ गए. तो अभी मैं इस article को देखी तो मुझे वह अभी जो एक news में एक चर्चा हो रहा था कि अभी जो हाल ही में एक news आई थी कि वह एक husband और wife जो है एक एक कोई लड़की को काम के लिए रखा था उन्होंने.</w:t>
      </w:r>
    </w:p>
    <w:p>
      <w:r>
        <w:rPr>
          <w:b/>
        </w:rPr>
        <w:t xml:space="preserve">[05:39] </w:t>
      </w:r>
      <w:r>
        <w:t>to usko itna maarte thay aur jalate thay. To phir kisi ne dekha to phir unko report report kiya gaya to woh pakad gaye. To usko itna zyada saza matlab us ladki ko itna zyada takleef diya unhone.</w:t>
      </w:r>
    </w:p>
    <w:p>
      <w:pPr>
        <w:jc w:val="right"/>
      </w:pPr>
      <w:r>
        <w:t>तो उसको इतना मारते थे और जलाते थे. तो फिर किसी ने देखा तो फिर उनको report report किया गया तो वह पकड़ गए. तो उसको इतना ज़्यादा सजा मतलब उस लड़की को इतना ज़्यादा तकलीफ दिया उन्होंने.</w:t>
      </w:r>
    </w:p>
    <w:p>
      <w:r>
        <w:rPr>
          <w:b/>
        </w:rPr>
        <w:t xml:space="preserve">[05:54] </w:t>
      </w:r>
      <w:r>
        <w:t>to wahi main soch, maine socha ki Khuda ka khud insaan ko insaan banaye rakhta ki har insaan jo hai arrogance, selfishness, beinsaafi, jalan, na jaane kitni sari tarah ki bimariyon ko apne andar faal rakha hai usmein.</w:t>
      </w:r>
    </w:p>
    <w:p>
      <w:pPr>
        <w:jc w:val="right"/>
      </w:pPr>
      <w:r>
        <w:t>तो वही मैं सोच, मैंने सोचा कि ख़ुदा का ख़ुद इंसान को इंसान बनाए रखता कि हर इंसान जो है arrogance, selfishness, बेइंसाफी, जलन, ना जाने कितनी सारी तरह की बीमारियों को अपने अंदर फ़ाल रखा है उसमें.</w:t>
      </w:r>
    </w:p>
    <w:p>
      <w:r>
        <w:rPr>
          <w:b/>
        </w:rPr>
        <w:t xml:space="preserve">[06:23] </w:t>
      </w:r>
      <w:r>
        <w:t>to uski wajah se woh khauf-e-Khuda nahi hai isliye unke andar itni sari cheezein hain. Khuda ko chhodkar unki zindagi chal rahi hai. To aaj ka insaan upar se achhe kapde pehankar lavish gaadi aur lavish bangle aur tarah tarah ke soot boot unka jo rehan sehan hai woh bahut hi aala hota hai. To look wise woh bahut hi zyada standard dikhte hain.</w:t>
      </w:r>
    </w:p>
    <w:p>
      <w:pPr>
        <w:jc w:val="right"/>
      </w:pPr>
      <w:r>
        <w:t>तो उसकी वजह से वह खौफे खुदा नहीं है इसलिए उनके अंदर इतनी सारी चीज़ें हैं. खुदा को छोड़कर उनकी ज़िंदगी चल रही है. तो आज का इंसान ऊपर से अच्छे कपड़े पहनकर लेविश गाड़ी और लेविश बंगले और तरह तरह के सूत boot उनका जो रहन सहन है वह बहुत ही आला होता है. तो look wise वह बहुत ही ज़्यादा standard दिखते हैं.</w:t>
      </w:r>
    </w:p>
    <w:p>
      <w:r>
        <w:rPr>
          <w:b/>
        </w:rPr>
        <w:t xml:space="preserve">[06:52] </w:t>
      </w:r>
      <w:r>
        <w:t>lekin agar unse aap thoda sa bhi unke mizaj ke khilaf baat karein to insaan andaza nahi laga</w:t>
      </w:r>
    </w:p>
    <w:p>
      <w:pPr>
        <w:jc w:val="right"/>
      </w:pPr>
      <w:r>
        <w:t>लेकिन अगर उनसे आप थोड़ा सा भी उनके विजाज के खिलाफ बात करें तो इंसान अंदाज़ा नहीं लगा</w:t>
      </w:r>
    </w:p>
    <w:p>
      <w:r>
        <w:rPr>
          <w:b/>
        </w:rPr>
        <w:t xml:space="preserve">[06:59] </w:t>
      </w:r>
      <w:r>
        <w:t>sakta ki vah jis tarah se vah dikhai itne acche dikh rahe hain vah phir unki jo andar</w:t>
      </w:r>
    </w:p>
    <w:p>
      <w:pPr>
        <w:jc w:val="right"/>
      </w:pPr>
      <w:r>
        <w:t>सकता कि वह जिस तरह से वह दुखवाई इतने अच्छे दिख रहे हैं वह फिर उनकी जो अंदर</w:t>
      </w:r>
    </w:p>
    <w:p>
      <w:r>
        <w:rPr>
          <w:b/>
        </w:rPr>
        <w:t xml:space="preserve">[07:06] </w:t>
      </w:r>
      <w:r>
        <w:t>سے جو جو جو ان کا behave ہے جو ان کا اخلاق ہے تو جب وہ نکلتا ہے تو وہ</w:t>
      </w:r>
    </w:p>
    <w:p>
      <w:pPr>
        <w:jc w:val="right"/>
      </w:pPr>
      <w:r>
        <w:t>से जो जो जो उनका behave है जो उनका अखिलाक है तो जब वह निकलता है तो वह</w:t>
      </w:r>
    </w:p>
    <w:p>
      <w:r>
        <w:rPr>
          <w:b/>
        </w:rPr>
        <w:t xml:space="preserve">[07:14] </w:t>
      </w:r>
      <w:r>
        <w:t>ज़रा se bhi unko ego unka hurt ho jaata hai to is tarah ka, logon ke saath mamla</w:t>
      </w:r>
    </w:p>
    <w:p>
      <w:pPr>
        <w:jc w:val="right"/>
      </w:pPr>
      <w:r>
        <w:t>ज़रा से भी उनको ego उनका hurt हो जाता है तो इस तरह का, लोगों के साथ मामला</w:t>
      </w:r>
    </w:p>
    <w:p>
      <w:r>
        <w:rPr>
          <w:b/>
        </w:rPr>
        <w:t xml:space="preserve">[07:21] </w:t>
      </w:r>
      <w:r>
        <w:t>کرتے ہیں اپنے پیسے اور اپنے position کی وجہ سے جس کا انسان کو پہلے سے اندازہ نہیں ہو سکتا.</w:t>
      </w:r>
    </w:p>
    <w:p>
      <w:pPr>
        <w:jc w:val="right"/>
      </w:pPr>
      <w:r>
        <w:t>करते हैं अपने पैसे और अपने position की वजह से जिसका इंसान को पहले से अंदाज़ा नहीं हो सकता.</w:t>
      </w:r>
    </w:p>
    <w:p>
      <w:r>
        <w:rPr>
          <w:b/>
        </w:rPr>
        <w:t xml:space="preserve">[07:29] </w:t>
      </w:r>
      <w:r>
        <w:t>to Maulana sahib kehte hain ki Islam ka asal nishana ruhani tarakki hai.</w:t>
      </w:r>
    </w:p>
    <w:p>
      <w:pPr>
        <w:jc w:val="right"/>
      </w:pPr>
      <w:r>
        <w:t>तो मोलाना साहब कहते हैं कि इस्लाम का असल निशाना रुहानी तरकती है.</w:t>
      </w:r>
    </w:p>
    <w:p>
      <w:r>
        <w:rPr>
          <w:b/>
        </w:rPr>
        <w:t xml:space="preserve">[07:37] </w:t>
      </w:r>
      <w:r>
        <w:t>insaan ke andar chhupi hui rabbaniyat bedaar ho, uski ruhaniyat jaage.</w:t>
      </w:r>
    </w:p>
    <w:p>
      <w:pPr>
        <w:jc w:val="right"/>
      </w:pPr>
      <w:r>
        <w:t>इंसान के अंदर छुपी हुई रब्बानियत वैदार हो, उसकी रुहानियत जागे.</w:t>
      </w:r>
    </w:p>
    <w:p>
      <w:r>
        <w:rPr>
          <w:b/>
        </w:rPr>
        <w:t xml:space="preserve">[07:46] </w:t>
      </w:r>
      <w:r>
        <w:t>yahi Islam ka maqsad hai.</w:t>
      </w:r>
    </w:p>
    <w:p>
      <w:pPr>
        <w:jc w:val="right"/>
      </w:pPr>
      <w:r>
        <w:t>यही इस्लाम का मकसद है.</w:t>
      </w:r>
    </w:p>
    <w:p>
      <w:r>
        <w:rPr>
          <w:b/>
        </w:rPr>
        <w:t xml:space="preserve">[07:55] </w:t>
      </w:r>
      <w:r>
        <w:t>jo aadmi ruhani tarakki se mehroom hai wah yaqeeni taur par Islam se bhi mehroom hoga.</w:t>
      </w:r>
    </w:p>
    <w:p>
      <w:pPr>
        <w:jc w:val="right"/>
      </w:pPr>
      <w:r>
        <w:t>जो आदमी रुहानी तरक्ती से महरूम है वह यकीनी तौर पर इस्लाम से भी महरूम होगा.</w:t>
      </w:r>
    </w:p>
    <w:p>
      <w:r>
        <w:rPr>
          <w:b/>
        </w:rPr>
        <w:t xml:space="preserve">[08:04] </w:t>
      </w:r>
      <w:r>
        <w:t>Insaan is waqt duniya mein hum dekhte hain ki material material soch mein sabse aage hain, bahut aage hain. Insaan ka dimaagh jang aur fasad ka karkhana bana hua hai. Uski soch paise, tamashe, enjoyment mein lagi hui hai isliye insaan ki rooh ko koi food nahi mil raha hai. Isliye woh upar se se to chamak raha hai aur andar se bilkul sookh gaya hai. Uski rooh ekdum uljha chuki hai.</w:t>
      </w:r>
    </w:p>
    <w:p>
      <w:pPr>
        <w:jc w:val="right"/>
      </w:pPr>
      <w:r>
        <w:t>इंसान इस वक़्त दुनिया में हम देखते हैं कि material material सोच में सबसे आगे हैं, बहुत आगे हैं. इंसान का दिमाग़ जंग और फसाद का कारखाना बना हुआ है. उसकी सोच पैसे, तमाशे, enjoyment में लगी हुई है इसलिए इंसान की रूह को कोई food नहीं मिल रहा है. इसलिए वह ऊपर से से तो चमक रहा है और अंदर से बिल्कुल सूख गया है. उसकी रूह एकदम उलझा चुकी है.</w:t>
      </w:r>
    </w:p>
    <w:p>
      <w:r>
        <w:rPr>
          <w:b/>
        </w:rPr>
        <w:t xml:space="preserve">[08:32] </w:t>
      </w:r>
      <w:r>
        <w:t>yani is material dunya mein har cheez taraqqi, pa rahi hai. Sawai insaan ke uski rooh ko woh usi tarah bina taraqqike padi hui hai. Jaise ki Maulana sahab ne ek imaan ka ek jayka hai kya ki unhone apni kitab mein likha hua hai ki ek phal ka chilka hota hai aur uske andar ka ek mukhss hota hai.</w:t>
      </w:r>
    </w:p>
    <w:p>
      <w:pPr>
        <w:jc w:val="right"/>
      </w:pPr>
      <w:r>
        <w:t>यानी इस material दुनिया में हर चीज़ तरक़ी, पा रही है. सवाई इंसान के उसकी रूह को वह उसी तरह बिना तरक़ीक़े पड़ी हुई है. जैसे कि मुलाना साहब ने एक ईमान का एक जायका है क्या कि उन्होंने अपनी किताब में लिखा हुआ है कि एक फ़ल का छिलका होता है और उसके अंदर का एक मुख्स होता है.</w:t>
      </w:r>
    </w:p>
    <w:p>
      <w:r>
        <w:rPr>
          <w:b/>
        </w:rPr>
        <w:t xml:space="preserve">[09:00] </w:t>
      </w:r>
      <w:r>
        <w:t>to iraan jab hamare ibaadat mein itna zyada uska taste milne lage to chhilke ka mein koi taste</w:t>
      </w:r>
    </w:p>
    <w:p>
      <w:pPr>
        <w:jc w:val="right"/>
      </w:pPr>
      <w:r>
        <w:t>तो इवान जब हमारे इबादत में इतना ज़्यादा उसका taste मिलने लगे तो छिलके का में कोई taste</w:t>
      </w:r>
    </w:p>
    <w:p>
      <w:r>
        <w:rPr>
          <w:b/>
        </w:rPr>
        <w:t xml:space="preserve">[09:06] </w:t>
      </w:r>
      <w:r>
        <w:t>nahin hota aur makhs jo andar hota hai to uske andar taste hota hai.</w:t>
      </w:r>
    </w:p>
    <w:p>
      <w:pPr>
        <w:jc w:val="right"/>
      </w:pPr>
      <w:r>
        <w:t>नहीं होता और मुक्स जो अंदर होता है तो उसके अंदर taste होता है.</w:t>
      </w:r>
    </w:p>
    <w:p>
      <w:r>
        <w:rPr>
          <w:b/>
        </w:rPr>
        <w:t xml:space="preserve">[09:12] </w:t>
      </w:r>
      <w:r>
        <w:t>to wahi jab test aane lagta hai to jo insaan ko Khuda se jodta hai aur insaan ko</w:t>
      </w:r>
    </w:p>
    <w:p>
      <w:pPr>
        <w:jc w:val="right"/>
      </w:pPr>
      <w:r>
        <w:t>तो वही जब test आने लगता है तो जो इंसान को खुदा से जोड़ता है और इंसान को</w:t>
      </w:r>
    </w:p>
    <w:p>
      <w:r>
        <w:rPr>
          <w:b/>
        </w:rPr>
        <w:t xml:space="preserve">[09:19] </w:t>
      </w:r>
      <w:r>
        <w:t>material source se alag karta hai.</w:t>
      </w:r>
    </w:p>
    <w:p>
      <w:pPr>
        <w:jc w:val="right"/>
      </w:pPr>
      <w:r>
        <w:t>material source से अलग करता है.</w:t>
      </w:r>
    </w:p>
    <w:p>
      <w:r>
        <w:rPr>
          <w:b/>
        </w:rPr>
        <w:t xml:space="preserve">[09:25] </w:t>
      </w:r>
      <w:r>
        <w:t>to yahi main samajh paayi hoon doctor Safeema.</w:t>
      </w:r>
    </w:p>
    <w:p>
      <w:pPr>
        <w:jc w:val="right"/>
      </w:pPr>
      <w:r>
        <w:t>तो यही मैं समझ पाई हूं doctor सफ़ीमा.</w:t>
      </w:r>
    </w:p>
    <w:p>
      <w:r>
        <w:rPr>
          <w:b/>
        </w:rPr>
        <w:t xml:space="preserve">[09:32] </w:t>
      </w:r>
      <w:r>
        <w:t>Jazak Allah, aapke is aapne jo learning share ki usse main yeh jaan paayi ki aap batana chah rahi hain ki logon ka Khuda se connection khatm ho gaya hai, Khuda logon ke dilon mein nahi hai aur yeh baat bilkul sahi hai.</w:t>
      </w:r>
    </w:p>
    <w:p>
      <w:pPr>
        <w:jc w:val="right"/>
      </w:pPr>
      <w:r>
        <w:t>जज़ाक अलाहब, आपके इस आपने जो learning share की उससे मैं यह जान पाई कि आप बताना चाह रही हैं कि लोगों का खुदा से connection ख़त्म हो गया है, ख़ुदा लोगों के दिलों में नहीं है और यह बात बिल्कुल सही है.</w:t>
      </w:r>
    </w:p>
    <w:p>
      <w:r>
        <w:rPr>
          <w:b/>
        </w:rPr>
        <w:t xml:space="preserve">[09:49] </w:t>
      </w:r>
      <w:r>
        <w:t>Hum log aaj jis dunya mein reh rahe hain aur mere khayal se is group mein aane se pehle tak main bhi, ek aisi zindagi jeete the jisme mazhab ko apni personal life se alag kiya hua tha. Mazhab ke naam par kuch do char rassa maza karke hum samajhte the ki humne Khuda kahan pata kar diya aur humein baqi ki zindagi apne hisab se apna waqt guzarna hai.</w:t>
      </w:r>
    </w:p>
    <w:p>
      <w:pPr>
        <w:jc w:val="right"/>
      </w:pPr>
      <w:r>
        <w:t>हम लोग आज जिस दुनिया में रह रहे हैं और मेरे ख़याल से इस group में आने से पहले तक मैं भी, एक ऐसी ज़िंदगी जीते थे जिसमें मज़हब को अपनी personal life से अलग किया हुआ था. मज़हब के नाम पर कुछ दो चार रस्सा मज़ा करके हम समझते थे कि हमने खुदा कहां पता कर दिया और हमें बाकी की ज़िंदगी अपने हिसाब से अपना वक्त गुज़ारना है.</w:t>
      </w:r>
    </w:p>
    <w:p>
      <w:r>
        <w:rPr>
          <w:b/>
        </w:rPr>
        <w:t xml:space="preserve">[10:14] </w:t>
      </w:r>
      <w:r>
        <w:t>To yeh jo, jo jo yeh andar consciousness hamari jagayi hai Maulana sahab ne ki kis tarah se jo Islam hai woh hamare liye hamare seenon mein bas gaya aur uski rooh hamare andar sama gayi taaki hum har waqt khauf-e-Khuda mein jee sakein aur yahi woh kunji hai jo hamein insaan banati hai aur hamare saare behavior ko control karti hai. Bahut achha aapne apni learning share ki.</w:t>
      </w:r>
    </w:p>
    <w:p>
      <w:pPr>
        <w:jc w:val="right"/>
      </w:pPr>
      <w:r>
        <w:t>तो यह जो, जो जो यह अंदर consciousness हमारी जगाई है बोलाना साहब ने कि किस तरह से जो इस्लाम है वह हमारे लिए हमारे सीनों में बस गया और उसकी रूह हमारे अंदर समा गई ताकि हम हर वक्त खौफे खुदार में जी सकें और यही वह कुंजी है जो हमें इंसान बनाती है और हमारे सारे behavior को control करती है. बहुत अच्छा आपने अपनी learning share की.</w:t>
      </w:r>
    </w:p>
    <w:p>
      <w:r>
        <w:rPr>
          <w:b/>
        </w:rPr>
        <w:t xml:space="preserve">[10:44] </w:t>
      </w:r>
      <w:r>
        <w:t>Hamare paas already kaafi saare participants aa chuke hain aur kuch participants na bahut naye hain. To main sabka dobara se ek baar welcome karna chahungi is discussion mein. Hamara jo article aaj hum discuss kar rahe hain woh Khuda aur Insan hai. Maulana Salah ki kitab Bine Insaniyat page number 57 par aur is article se maine bhi jo seekha main woh batana chah rahi thi.</w:t>
      </w:r>
    </w:p>
    <w:p>
      <w:pPr>
        <w:jc w:val="right"/>
      </w:pPr>
      <w:r>
        <w:t>हमारे पास already काफ़ी सारे participants आ चुके हैं और कुछ participants ना बहुत नए हैं. तो मैं सबका दुबारा से एक बार welcome करना चाहूंगी इस discussion में. हमारा जो article आज हम discuss कर रहे हैं वह खुदा और इंसान है. मुलाना सलाह की किताब बीने इंसानियत page number 57 पर और इस article से मैंने भी जो सीखा मैं वह बताना चाह रही थी.</w:t>
      </w:r>
    </w:p>
    <w:p>
      <w:r>
        <w:rPr>
          <w:b/>
        </w:rPr>
        <w:t xml:space="preserve">[11:13] </w:t>
      </w:r>
      <w:r>
        <w:t>Sabse pehle to main yeh samajh paayi ki jo Sahaba hain, jinka zikr hai aur is tarah ke aur bhi sabhi Sahaba unka level of marifat kitna high tha, kitni aala marifat mein woh log jeete the ki har waqt woh itna zyada conscious rehte the apne liye ki koi unse amal aisa na ho jaaye jo ki jo ki zulm ho, jo ki galat ho, jismein ki unko Allah ke saamne pakad ho jaaye.</w:t>
      </w:r>
    </w:p>
    <w:p>
      <w:pPr>
        <w:jc w:val="right"/>
      </w:pPr>
      <w:r>
        <w:t>सबसे पहले तो मैं यह समझ पाई कि जो सहाबा हैं, जिनका ज़िक्र है और इस तरह के और भी सभी सहाबा उनका level of मार्फ़त कितना high था, कितनी आला मार्फ़त में वह लोग जीते थे कि हर वक़्त वह इतना ज़्यादा conscious रहते थे अपने लिए कि कोई उनसे अमल ऐसा ना हो जाए जो कि जो कि जुल्म हो, जो कि गलत हो, जिसमें कि उनको अल्लाह के सामने पकड़ हो जाए.</w:t>
      </w:r>
    </w:p>
    <w:p>
      <w:r>
        <w:rPr>
          <w:b/>
        </w:rPr>
        <w:t xml:space="preserve">[11:42] </w:t>
      </w:r>
      <w:r>
        <w:t>To aur agar galti se koi aisi ek cheez woh kar bhi dete the aur uski ab yaad dehani karayi jaati thi ki to foran woh kaise repentance ya tauba ke usmein aa jaate the aur apne aap ko bahut zyada bura samajhne lagte the. To yeh jo unki sift hai yeh sift hai yeh bahut hi zyada qabile gaur hai. Humein isko bahut apni life mein laane ki koshish karni hai.</w:t>
      </w:r>
    </w:p>
    <w:p>
      <w:pPr>
        <w:jc w:val="right"/>
      </w:pPr>
      <w:r>
        <w:t>तो और अगर गलती से कोई ऐसी एक चीज़ वह कर भी देते थे और उसकी अब याद देहानी कराई जाती थी कि तो फ़ौरन वह कैसे repentance या तौबा के उसमें आ जाते थे और अपने आप को बहुत ज़्यादा बुरा समझने लगते थे. तो यह जो उनकी सिफ़्त है यह सिफ़्त है यह बहुत ही ज़्यादा काबिले गौर है. हमें इसको बहुत अपनी life में लाने की कोशिश करनी है.</w:t>
      </w:r>
    </w:p>
    <w:p>
      <w:r>
        <w:rPr>
          <w:b/>
        </w:rPr>
        <w:t xml:space="preserve">[12:05] </w:t>
      </w:r>
      <w:r>
        <w:t>Mujhe lagta hai ki humein bhi apni marifat us level par pahunchani hai ki hum Khuda ko uske aala darje ke saath pehchan sakein. Humein utna zyada aware aur utna zyada awakened rehna hai ki har mamlaat ko hum yeh samajhne lagein ki yeh mamla hamara record ho raha hai, Allah ki nazar mein hai. Yeh mamla Allah ki hi saath hai kisi doosre insaan ke saath mein.</w:t>
      </w:r>
    </w:p>
    <w:p>
      <w:pPr>
        <w:jc w:val="right"/>
      </w:pPr>
      <w:r>
        <w:t>मुझे लगता है कि हमें भी अपनी मार्फ़त उस level पर पहुंचानी है कि हम खुदा को उसके आला दर्जे के साथ पहचान सकें. हमें उतना ज़्यादा aware और उतना ज़्यादा awakened रहना है कि हर मामलात को हम यह समझने लगें कि यह मामला हमारा record हो रहा है, अल्लाह की नज़र में है. यह मामला अल्लाह के ही साथ है किसी दूसरे इंसान के साथ में.</w:t>
      </w:r>
    </w:p>
    <w:p>
      <w:r>
        <w:rPr>
          <w:b/>
        </w:rPr>
        <w:t xml:space="preserve">[12:30] </w:t>
      </w:r>
      <w:r>
        <w:t>Humein koi aisa mamla na ho jisme hum apni badai dikhana chahein ya apni arrogance mein jeena chahein aur jab main itni zyada sensitive ho jaungi to phir main zaroor is accountability ke ehsaas ke saath jeene lag jaungi. Desh ki taur par apna hisab lene lag jaungi ki Allah ke saamne sharmindagi na ho, us bhayanak anjaam tak main na pahunch paun.</w:t>
      </w:r>
    </w:p>
    <w:p>
      <w:pPr>
        <w:jc w:val="right"/>
      </w:pPr>
      <w:r>
        <w:t>हमें कोई ऐसा मामला ना हो जिसमें हम अपनी बड़ाई दिखाना चाहें या अपनी arrogance में जीना चाहें और जब मैं इतनी ज़्यादा sensitive हो जाऊंगी तो फिर मैं ज़रूर इस accountability के एहसास के साथ जीने लग जाऊंगी. देश की तौर पर अपना हिसाब लेने लग जाऊंगी कि अल्लाह के सामने शर्मिंदगी ना हो, उस भयानक अंजाम तक मैं ना पहुंच पाऊं.</w:t>
      </w:r>
    </w:p>
    <w:p>
      <w:r>
        <w:rPr>
          <w:b/>
        </w:rPr>
        <w:t xml:space="preserve">[12:57] </w:t>
      </w:r>
      <w:r>
        <w:t>Aap isko sochte hue hadith bhi jo Maulana sahab hamein batate the woh mujhe yaad aayi. Kaafi saari kitabon mein hai shayad sahi Muslim mein bhi hai woh. Usmein bataya kya ki qayamat ke din Allah taala ke ek haath mein saara aasman lapeta hua hoga aur doosre haath mein zameen ko lapete hue honge aur Allah taala kahenge ki main badshah hoon. Kahan hain woh log jo taghabbur karte the?</w:t>
      </w:r>
    </w:p>
    <w:p>
      <w:pPr>
        <w:jc w:val="right"/>
      </w:pPr>
      <w:r>
        <w:t>आप इसको सोचते हुए खदीस भी जो मौलाना साहब हमें बताते थे वह मुझे याद आई. काफ़ी सारी किताबों में है शायद सही मुस्लिम में भी है वह. उसमें बताया क्या कि क्यामत के दिन अल्हा ताला के एक हाथ में सारा आसमान लपेटा हुआ होगा और दूसरे हाथ में ज़मीन को लपेटे हुए होंगे और अल्लाह तालाह कहेंगे कि मैं बादशाह हूं. कहां हैं वह लोग जो तग़बूर करते थे?</w:t>
      </w:r>
    </w:p>
    <w:p>
      <w:r>
        <w:rPr>
          <w:b/>
        </w:rPr>
        <w:t xml:space="preserve">[13:26] </w:t>
      </w:r>
      <w:r>
        <w:t>Kahan hai woh log jo zulm karte the? To us hadith ko kehte hue usmein riwayat mein aata hai ki Rasool Allah sallallahu alaihi wasallam hilne lage aur jis jagah woh khade the woh bhi hilne lagi. Jaise woh gir jaayenge. To uski jo shiddat thi woh itni zyada unke upar hui thi.</w:t>
      </w:r>
    </w:p>
    <w:p>
      <w:pPr>
        <w:jc w:val="right"/>
      </w:pPr>
      <w:r>
        <w:t>कहां है वह लोग जो जुल्म करते थे? तो उस हदीस को कहते हुए उसमें रिवायत में आता है कि रसोल्ला सल्लाह सल्लाह हिलने लगे और जिस जगह वह खड़े थे वह भी हिलने लगी. जैसे वह गिर जाएंगे. तो उसकी जो शिद्दत थी वह इतनी ज़्यादा उनके ऊपर हुई थी.</w:t>
      </w:r>
    </w:p>
    <w:p>
      <w:r>
        <w:rPr>
          <w:b/>
        </w:rPr>
        <w:t xml:space="preserve">[13:46] </w:t>
      </w:r>
      <w:r>
        <w:t>To main sochti hoon ki yeh zyada kapane wali jo hadith hai, yeh hamein batati hai ki hum kitna kamtar andaaza kiye hue hain Khuda ka. Is dunya mein humne Allah taala ko ek aisi cheez samajhkar apne liye rakha hua hai jo ki izaafi cheez hai. Kabhi jab zikr hua to bol diya, namaz padhi to bita diya.</w:t>
      </w:r>
    </w:p>
    <w:p>
      <w:pPr>
        <w:jc w:val="right"/>
      </w:pPr>
      <w:r>
        <w:t>तो मैं सोचती हूं कि यह ज़्यादा कपाने वाली जो हदीस है, यह हमें बताती है कि हम कितना कमतर अंदाज़ा किए हुए हैं हुदा का. इस दुनिया में हमने अलाह ताला को एक ऐसी चीज़ समझकर अपने लिए रखा हुआ है जो कि इज़ाफी चीज़ है. कभी जब ज़िक्र हुआ तो बोल दिया, नमाज़ पढ़ी तो बिता दिया.</w:t>
      </w:r>
    </w:p>
    <w:p>
      <w:r>
        <w:rPr>
          <w:b/>
        </w:rPr>
        <w:t xml:space="preserve">[14:10] </w:t>
      </w:r>
      <w:r>
        <w:t>Har waqt hamare dilon mein Allah ki maujoodgi ka ehsaas hi na, tabhi ho paayega jab hum usko uske usi haq ke saath usko pehchane jo haq uske liye matlab hai aur Suraj Umar mein bhi kaha hai ki tumne meri woh qadr na ki jiska ki haq tha. Shayad main uske alfaaz galat bol rahi hoon.</w:t>
      </w:r>
    </w:p>
    <w:p>
      <w:pPr>
        <w:jc w:val="right"/>
      </w:pPr>
      <w:r>
        <w:t>हर वक्त हमारे तीनों में अल्हाद का मौजूदगी का एहसास ही ना, तभी हो पाएगा जब हम उसको उसके उसी हक के साथ उसको पहचाने जो हक उसके लिए मतलब है और सूरज उमर में भी कहा है कि तुमने मेरी वह कदर ना की जिसका कि हक था. शायद मैं उसके अल्फाज़ गलत बोल रही हूं.</w:t>
      </w:r>
    </w:p>
    <w:p>
      <w:r>
        <w:rPr>
          <w:b/>
        </w:rPr>
        <w:t xml:space="preserve">[14:33] </w:t>
      </w:r>
      <w:r>
        <w:t>Lekin yeh insano ki sabse badi mehroomi hogi ki woh dunya mein rehte hue us Khuda ko na pehchan sakein aur apni apni hi khushkhayaliyon mein apni zindagi ko guzaar ke khatm karte hain. To is hadith se bahut zyada yeh bhi andaaza hua ki Allah taala ko hamare andar kisi bhi tarah ki arrogance, kisi bhi tarah ki badai woh bilkul pasand nahi hai aur uski pakad hogi aur us din us pakad se koi bacha nahi paayega.</w:t>
      </w:r>
    </w:p>
    <w:p>
      <w:pPr>
        <w:jc w:val="right"/>
      </w:pPr>
      <w:r>
        <w:t>लेकिन यह इंसानों की सबसे बड़ी महरोमी होगी कि वह दुनिया में रहते हुए उस खुदा को ना पहचान सकें और अपनी अपनी ही खुशख्यालियों में अपनी ज़िंदगी को गुज़ार के खत्म करते हैं. तो इस हदीश से बहुत ज़्यादा यह भी अंदाज़ा हुआ कि कैला ताला को हमारे अंदर किसी भी तरह की arrogance, किसी भी तरह की बड़ाई वह बिल्कुल पसंद नहीं है और उसकी पकड़ होगी और उस दिन उस पकड़ से कोई बचा नहीं पाएगा.</w:t>
      </w:r>
    </w:p>
    <w:p>
      <w:r>
        <w:rPr>
          <w:b/>
        </w:rPr>
        <w:t xml:space="preserve">[15:03] </w:t>
      </w:r>
      <w:r>
        <w:t>Mujhe yeh yeh lag raha hai ki humein aaj is iski jab pesh ki taur par hum aware ho gaye hain. To humein aaj yeh thehth lena hai ki hum har mamle mein aise hi sangeet aa rahe hain. Achha.</w:t>
      </w:r>
    </w:p>
    <w:p>
      <w:pPr>
        <w:jc w:val="right"/>
      </w:pPr>
      <w:r>
        <w:t>मुझे यह यह लग रहा है कि हमें आज इस इसकी जब पेश की तौर पर हमें aware हो गए हैं. तो हमें आज यह तहत लेना है कि हम हर मामले में ऐसे ही संगीत आ रहे हैं. अच्छा.</w:t>
      </w:r>
    </w:p>
    <w:p>
      <w:r>
        <w:rPr>
          <w:b/>
        </w:rPr>
        <w:t xml:space="preserve">[15:15] </w:t>
      </w:r>
      <w:r>
        <w:t>Hum bahut sensitive rahe hain ki hum jo bhi karein woh waqt hamein dekh raha hai aur saath saath mein main yeh bhi kehna chahungi ki tab jo amle saleh ka zikr Quran mein hai ki amle saleh woh woh bhi koi mysterious cheez nahi hai. To jab amal insaan marifat ke baad karta hai wahi amle saleh hai. Kyunki woh sahi jagah sahi jagah par sahi amal karta hai.</w:t>
      </w:r>
    </w:p>
    <w:p>
      <w:pPr>
        <w:jc w:val="right"/>
      </w:pPr>
      <w:r>
        <w:t>हम बहुत sensitive रहे हैं कि हम जो भी करें वह वक्त हमें देख रहा है और साथ साथ में मैं यह भी कहना चाहूंगी कि तब जो अमलेसाले का ज़िक्र कुरान में है कि अमलेसाले वह वह भी कोई mysterious चीज़ नहीं है. तो जब अमल इंसान मारफत के बाद करता है वही अमलेसाले है. क्योंकि वह सही जगह सही जगह पर सही अमल करता है.</w:t>
      </w:r>
    </w:p>
    <w:p>
      <w:r>
        <w:rPr>
          <w:b/>
        </w:rPr>
        <w:t xml:space="preserve">[15:43] </w:t>
      </w:r>
      <w:r>
        <w:t>Khuda ke khauf mein amal karta hai aur bas Allah taala se yeh dua hai ki isi tarah hum</w:t>
      </w:r>
    </w:p>
    <w:p>
      <w:pPr>
        <w:jc w:val="right"/>
      </w:pPr>
      <w:r>
        <w:t>खुदा के खौफ में अमल करता है और बस अल्हाताला से यह दुआ है कि इसी तरह हम</w:t>
      </w:r>
    </w:p>
    <w:p>
      <w:r>
        <w:rPr>
          <w:b/>
        </w:rPr>
        <w:t xml:space="preserve">[15:49] </w:t>
      </w:r>
      <w:r>
        <w:t>sab kendriya saans jag hi rahe aur hamari maarfat mein aise hi izafa hota rahe.</w:t>
      </w:r>
    </w:p>
    <w:p>
      <w:pPr>
        <w:jc w:val="right"/>
      </w:pPr>
      <w:r>
        <w:t>सब केंद्रीय सांस जग ही रहे और हमारी मारफत में ऐसे ही इज़ाफा होता रहे.</w:t>
      </w:r>
    </w:p>
    <w:p>
      <w:r>
        <w:rPr>
          <w:b/>
        </w:rPr>
        <w:t xml:space="preserve">[15:56] </w:t>
      </w:r>
      <w:r>
        <w:t>main main aage sabse kahungi ki apni learnings please ya jo bhi koi sawal is baare mein kuch</w:t>
      </w:r>
    </w:p>
    <w:p>
      <w:pPr>
        <w:jc w:val="right"/>
      </w:pPr>
      <w:r>
        <w:t>मैं मैं आगे सबसे कहूंगी कि अपनी learnings please या जो भी कोई सवाल इस बारे में कुछ</w:t>
      </w:r>
    </w:p>
    <w:p>
      <w:r>
        <w:rPr>
          <w:b/>
        </w:rPr>
        <w:t xml:space="preserve">[16:03] </w:t>
      </w:r>
      <w:r>
        <w:t>bhi zehan mein aata ho to zaroor share karein.</w:t>
      </w:r>
    </w:p>
    <w:p>
      <w:pPr>
        <w:jc w:val="right"/>
      </w:pPr>
      <w:r>
        <w:t>भी ज़हन में आता हो तो ज़रूर share करें.</w:t>
      </w:r>
    </w:p>
    <w:p>
      <w:r>
        <w:rPr>
          <w:b/>
        </w:rPr>
        <w:t xml:space="preserve">[16:10] </w:t>
      </w:r>
      <w:r>
        <w:t>Ayesha main chahoongi aap apni learning share karein please. Gaziya.</w:t>
      </w:r>
    </w:p>
    <w:p>
      <w:pPr>
        <w:jc w:val="right"/>
      </w:pPr>
      <w:r>
        <w:t>आयशा मैं चाहूंगी आप अपनी learning share करें please. गाजियां.</w:t>
      </w:r>
    </w:p>
    <w:p>
      <w:r>
        <w:rPr>
          <w:b/>
        </w:rPr>
        <w:t xml:space="preserve">[16:17] </w:t>
      </w:r>
      <w:r>
        <w:t>Gaziya? Ji ab. Haan.</w:t>
      </w:r>
    </w:p>
    <w:p>
      <w:pPr>
        <w:jc w:val="right"/>
      </w:pPr>
      <w:r>
        <w:t>गाजिया? जी अब. हां.</w:t>
      </w:r>
    </w:p>
    <w:p>
      <w:r>
        <w:rPr>
          <w:b/>
        </w:rPr>
        <w:t xml:space="preserve">[16:25] </w:t>
      </w:r>
      <w:r>
        <w:t>waise aap kuch kehna cha rahi hain? Bataayein aap?</w:t>
      </w:r>
    </w:p>
    <w:p>
      <w:pPr>
        <w:jc w:val="right"/>
      </w:pPr>
      <w:r>
        <w:t>वैसे आप कुछ कहना चाह रही हैं? बताएं आप?</w:t>
      </w:r>
    </w:p>
    <w:p>
      <w:r>
        <w:rPr>
          <w:b/>
        </w:rPr>
        <w:t xml:space="preserve">[16:33] </w:t>
      </w:r>
      <w:r>
        <w:t>yeh pichhla lade ko.</w:t>
      </w:r>
    </w:p>
    <w:p>
      <w:pPr>
        <w:jc w:val="right"/>
      </w:pPr>
      <w:r>
        <w:t>यह पिछला लड़े को.</w:t>
      </w:r>
    </w:p>
    <w:p>
      <w:r>
        <w:rPr>
          <w:b/>
        </w:rPr>
        <w:t xml:space="preserve">[16:41] </w:t>
      </w:r>
      <w:r>
        <w:t>apna ma'am aapki jo baaton unse mujhe ek hadees yaad aayi ki main bhi hadees se qudsi hai yeh.</w:t>
      </w:r>
    </w:p>
    <w:p>
      <w:pPr>
        <w:jc w:val="right"/>
      </w:pPr>
      <w:r>
        <w:t>अपना ma'am आपकी जो बातों उनसे मुझे एक हदी याद आई कि मैं भी हदी से क़ुब्सी है यह.</w:t>
      </w:r>
    </w:p>
    <w:p>
      <w:r>
        <w:rPr>
          <w:b/>
        </w:rPr>
        <w:t xml:space="preserve">[16:49] </w:t>
      </w:r>
      <w:r>
        <w:t>bolta hai ki qebr meri chhaadar hai jo usko kheenchha chahte hain main usko barbaad karoon.</w:t>
      </w:r>
    </w:p>
    <w:p>
      <w:pPr>
        <w:jc w:val="right"/>
      </w:pPr>
      <w:r>
        <w:t>बोलता है कि क़ीब्र मेरी छादर है जो उसको खींचा चाहते हैं मैं उसको बर्बाद करूं.</w:t>
      </w:r>
    </w:p>
    <w:p>
      <w:r>
        <w:rPr>
          <w:b/>
        </w:rPr>
        <w:t xml:space="preserve">[16:57] </w:t>
      </w:r>
      <w:r>
        <w:t>matlab greatness belongs to God only.</w:t>
      </w:r>
    </w:p>
    <w:p>
      <w:pPr>
        <w:jc w:val="right"/>
      </w:pPr>
      <w:r>
        <w:t>मतलब greatness belongs to God only.</w:t>
      </w:r>
    </w:p>
    <w:p>
      <w:r>
        <w:rPr>
          <w:b/>
        </w:rPr>
        <w:t xml:space="preserve">[17:05] </w:t>
      </w:r>
      <w:r>
        <w:t>to yeh badai hai, wah sirf Khuda ke liye hi hai.</w:t>
      </w:r>
    </w:p>
    <w:p>
      <w:pPr>
        <w:jc w:val="right"/>
      </w:pPr>
      <w:r>
        <w:t>तो यह बड़ाई है, वह सिर्फ़ खुदा के लिए ही है.</w:t>
      </w:r>
    </w:p>
    <w:p>
      <w:r>
        <w:rPr>
          <w:b/>
        </w:rPr>
        <w:t xml:space="preserve">[17:14] </w:t>
      </w:r>
      <w:r>
        <w:t>Woh insaan ko unki helplessness ko acknowledge karni chahiye. Uske usi ke mutabik zindagi ko doosron ke saath lead karni chahiye aur doosri hadith jab ek is man and god ke related hoti hai ki jo zameen walon par reham karega un par aasman wale reham kare.</w:t>
      </w:r>
    </w:p>
    <w:p>
      <w:pPr>
        <w:jc w:val="right"/>
      </w:pPr>
      <w:r>
        <w:t>वह इंसान को उनकी helplessness को acknowledge करनी चाहिए. उसके उसी के मुताबिक ज़िंदगी को दूसरों के साथ lead करनी चाहिए और दूसरी हदीश जब एक इस man and god के related होती है कि जो ज़मीन वालों पर रहम करेगा उन पर आसमान वाले रहम करे.</w:t>
      </w:r>
    </w:p>
    <w:p>
      <w:r>
        <w:rPr>
          <w:b/>
        </w:rPr>
        <w:t xml:space="preserve">[17:40] </w:t>
      </w:r>
      <w:r>
        <w:t>To jo insaan unki society mein unki padosi ke saath achhi salook karte hain, good behavior karte hain, unse achhe rishte, achhi baatcheet hoti hai, helping nature hoti hai, un par Khuda ka reham bhi hoti hai.</w:t>
      </w:r>
    </w:p>
    <w:p>
      <w:pPr>
        <w:jc w:val="right"/>
      </w:pPr>
      <w:r>
        <w:t>तो जो इंसान उनकी society में उनकी पड़ोसी के साथ अच्छी सलूक करते हैं, good behavior करते हैं, उनसे अच्छे रिश्ते, अच्छी बातचीत होती है, helping nature होती है, उन पर खुदाखा रहम भी होती है.</w:t>
      </w:r>
    </w:p>
    <w:p>
      <w:r>
        <w:rPr>
          <w:b/>
        </w:rPr>
        <w:t xml:space="preserve">[17:58] </w:t>
      </w:r>
      <w:r>
        <w:t>Same Khuda bhi woh jaise hi padosi ke saath behave karte hain woh usi use se zyada double triple Allah taala unke saath dete hain aur unki poori kaam ko aasani tarike se kamyab ke raste mein le jaate hain. Yahi meri learning hai. Bahut achha. Srimita pa aap kuch kehna chahenge?</w:t>
      </w:r>
    </w:p>
    <w:p>
      <w:pPr>
        <w:jc w:val="right"/>
      </w:pPr>
      <w:r>
        <w:t>Same खुदा भी वह जैसे ही पड़ोसी के साथ behave करते हैं वह उसी उसे से ज़्यादा double triple अल्लाताला उनके साथ देते हैं और उनकी पूरी काम को आसानी तरीके से कामयाब के रास्ते में लेकर जाते हैं. यही मेरी learning है. बहुत अच्छा. श्रीमितापा आप कुछ कहना चाहेंगे?</w:t>
      </w:r>
    </w:p>
    <w:p>
      <w:r>
        <w:rPr>
          <w:b/>
        </w:rPr>
        <w:t xml:space="preserve">[18:27] </w:t>
      </w:r>
      <w:r>
        <w:t>Haan Doctor Sakina matlab aasha ke had jaise mujhe samajh mein aa raha hai ki jab apni aadmi apne had ke andar hai to dunya ke hi tamam taqat uska saath degi aur agar usne kamyab taki woh kamyab ho agar woh apne had ke bahar chala jayega to uske sab dunya ki taqatein uska saath chhod dengi.</w:t>
      </w:r>
    </w:p>
    <w:p>
      <w:pPr>
        <w:jc w:val="right"/>
      </w:pPr>
      <w:r>
        <w:t>हां Doctor सकेना मतलब आशा के हद जैसे मुझे समझ में आ रहा है कि जब अपनी आदमी अपने हद के अंदर है तो दुनिया के ही तमाम ताकत उसका साथ देगी और अगर उसने कामयाब ताकि वह कामयाब हो अगर वह अपने हद के बाहर चला जाएगा तो उसके सब दुनिया की ताकतें उसका साथ छोड़ देंगी.</w:t>
      </w:r>
    </w:p>
    <w:p>
      <w:r>
        <w:rPr>
          <w:b/>
        </w:rPr>
        <w:t xml:space="preserve">[18:54] </w:t>
      </w:r>
      <w:r>
        <w:t>To Allah taala ne jo hamein bataya hai woh hamari hai. Wahi uthte hi hamari had hai. Hum uske bahar jab jaate hain to hum. Aur appa mujhe lagta hai ki yeh had hamein khauf-e-Khuda se hi samajh mein aati hai ki hum hum kahan tak hamari had hai woh bahut zyada.</w:t>
      </w:r>
    </w:p>
    <w:p>
      <w:pPr>
        <w:jc w:val="right"/>
      </w:pPr>
      <w:r>
        <w:t>तो अल्लाह तालाह ने जो हमें बताया है वह हमारी है. वही उठते ही हमारी हद है. हम उसके बाहर जब जाते हैं तो हम. और आप्पा मुझे लगता है कि यह हद हमें खौफे हुता से ही समझ में आती है कि हम हम कहां तक हमारी हद है वह बहुत ज़्यादा.</w:t>
      </w:r>
    </w:p>
    <w:p>
      <w:r>
        <w:rPr>
          <w:b/>
        </w:rPr>
        <w:t xml:space="preserve">[19:19] </w:t>
      </w:r>
      <w:r>
        <w:t>Mudda ka kaafi to har cheez ka Maulana ne likha hai na kaafi mudda rasul amal har cheez ki rassi wahi hai.</w:t>
      </w:r>
    </w:p>
    <w:p>
      <w:pPr>
        <w:jc w:val="right"/>
      </w:pPr>
      <w:r>
        <w:t>मुद्दा का काफी तो हर चीज़ का मोलाना ने लिखा है ना काफी मुद्दा रासुल अमल हर चीज़ की रस्सी वही है.</w:t>
      </w:r>
    </w:p>
    <w:p>
      <w:r>
        <w:rPr>
          <w:b/>
        </w:rPr>
        <w:t xml:space="preserve">[19:27] </w:t>
      </w:r>
      <w:r>
        <w:t>to wahi agar chhoot jaayega to phir saare amal hi galat ho jaate hain halkat yaad rakhoon ki</w:t>
      </w:r>
    </w:p>
    <w:p>
      <w:pPr>
        <w:jc w:val="right"/>
      </w:pPr>
      <w:r>
        <w:t>तो वही अगर छूट जाएगा तो फिर सारे अमल ही गलत हो जाते हैं हल्क्त याद रखूं कि</w:t>
      </w:r>
    </w:p>
    <w:p>
      <w:r>
        <w:rPr>
          <w:b/>
        </w:rPr>
        <w:t xml:space="preserve">[19:42] </w:t>
      </w:r>
      <w:r>
        <w:t>jab baad mein jo hai aakhirat mein uska kya anjaam hoga?</w:t>
      </w:r>
    </w:p>
    <w:p>
      <w:pPr>
        <w:jc w:val="right"/>
      </w:pPr>
      <w:r>
        <w:t>जब बाद में जो है आख़िरत में उसका क्या अंजाम होगा?</w:t>
      </w:r>
    </w:p>
    <w:p>
      <w:r>
        <w:rPr>
          <w:b/>
        </w:rPr>
        <w:t xml:space="preserve">[19:58] </w:t>
      </w:r>
      <w:r>
        <w:t>beshak.</w:t>
      </w:r>
    </w:p>
    <w:p>
      <w:pPr>
        <w:jc w:val="right"/>
      </w:pPr>
      <w:r>
        <w:t>बेशक.</w:t>
      </w:r>
    </w:p>
    <w:p>
      <w:r>
        <w:rPr>
          <w:b/>
        </w:rPr>
        <w:t xml:space="preserve">[20:03] </w:t>
      </w:r>
      <w:r>
        <w:t>ab par jaise is mein waqea hai woh masodhan se tareekh ka.</w:t>
      </w:r>
    </w:p>
    <w:p>
      <w:pPr>
        <w:jc w:val="right"/>
      </w:pPr>
      <w:r>
        <w:t>अब पर जैसे इसमें वाक्या है वह मसोधन से तारीख का.</w:t>
      </w:r>
    </w:p>
    <w:p>
      <w:r>
        <w:rPr>
          <w:b/>
        </w:rPr>
        <w:t xml:space="preserve">[20:08] </w:t>
      </w:r>
      <w:r>
        <w:t>mujhe lagta hai ke is tarah ke waqeaat naam zindagi mein sabhi ke saath jaise aap ne news ka</w:t>
      </w:r>
    </w:p>
    <w:p>
      <w:pPr>
        <w:jc w:val="right"/>
      </w:pPr>
      <w:r>
        <w:t>मुझे लगता है कि इस तरह के वाक्यात नाम ज़िंदगी में सभी के साथ जैसे आपने news का</w:t>
      </w:r>
    </w:p>
    <w:p>
      <w:r>
        <w:rPr>
          <w:b/>
        </w:rPr>
        <w:t xml:space="preserve">[20:13] </w:t>
      </w:r>
      <w:r>
        <w:t>bataya, aap ne ghulam ke upar jaati karna ya apne se chote kisi insaan par jaati karna yeh bohat</w:t>
      </w:r>
    </w:p>
    <w:p>
      <w:pPr>
        <w:jc w:val="right"/>
      </w:pPr>
      <w:r>
        <w:t>बताया, आपने गुलाम के ऊपर जाती करना या अपने से छोटे किसी इंसान पर जाती करना यह बहुत</w:t>
      </w:r>
    </w:p>
    <w:p>
      <w:r>
        <w:rPr>
          <w:b/>
        </w:rPr>
        <w:t xml:space="preserve">[20:18] </w:t>
      </w:r>
      <w:r>
        <w:t>aam baat hai aur agar usko toka jata hai ya kaha jata hai to balki log bura bhi</w:t>
      </w:r>
    </w:p>
    <w:p>
      <w:pPr>
        <w:jc w:val="right"/>
      </w:pPr>
      <w:r>
        <w:t>आम बात है और अगर उसको टोका जाता है या कहा जाता है तो बल्कि लोग बुरा भी</w:t>
      </w:r>
    </w:p>
    <w:p>
      <w:r>
        <w:rPr>
          <w:b/>
        </w:rPr>
        <w:t xml:space="preserve">[20:23] </w:t>
      </w:r>
      <w:r>
        <w:t>maan jaate hain aur jis tarah ka ravaiya unka woh ekdam aisa deliver wala ravaiya jo humse matlab</w:t>
      </w:r>
    </w:p>
    <w:p>
      <w:pPr>
        <w:jc w:val="right"/>
      </w:pPr>
      <w:r>
        <w:t>मान जाते हैं और जिस तरह का रवैया उनका वह एकदम ऐसा deliver वाला रवैया जो हमसे मतलब</w:t>
      </w:r>
    </w:p>
    <w:p>
      <w:r>
        <w:rPr>
          <w:b/>
        </w:rPr>
        <w:t xml:space="preserve">[20:28] </w:t>
      </w:r>
      <w:r>
        <w:t>hai woh hai.</w:t>
      </w:r>
    </w:p>
    <w:p>
      <w:pPr>
        <w:jc w:val="right"/>
      </w:pPr>
      <w:r>
        <w:t>है वह है.</w:t>
      </w:r>
    </w:p>
    <w:p>
      <w:r>
        <w:rPr>
          <w:b/>
        </w:rPr>
        <w:t xml:space="preserve">[20:33] </w:t>
      </w:r>
      <w:r>
        <w:t>to jo to sakeena insaan jab badai mein jiyega to phir wah wah apni matlab us par koi tanqeed karta hai to wah usko buri lag jaati hain aur pehle logon ko tanqeed sunna itna zyada pasand tha ki koi mujhe tanqeed karen aur molana sahab ne khud apne liye ek aisa insaan rakha tha jo unki unke paas tanqeed karen.</w:t>
      </w:r>
    </w:p>
    <w:p>
      <w:pPr>
        <w:jc w:val="right"/>
      </w:pPr>
      <w:r>
        <w:t>तो जो तो सकीना इंसान जब बड़ाई में जिएगा तो फिर वह वह अपनी मतलब उस पर कोई तनक़ीद करता है तो वह उसको बुरी लग जाती हैं और पहले लोगों को तनक़ीद सुनना इतना ज़्यादा पसंद था कि कोई मुझे तनक़ीद करें और मोलाना साहब ने खुद अपने लिए एक ऐसा इंसान रखा था जो उनकी उनके पास तनक़ीद करें.</w:t>
      </w:r>
    </w:p>
    <w:p>
      <w:r>
        <w:rPr>
          <w:b/>
        </w:rPr>
        <w:t xml:space="preserve">[21:00] </w:t>
      </w:r>
      <w:r>
        <w:t>to yeh jo aala insaan hote hain wah tanqeed sun paate hain aur jo yeh khud mein jeete hain wah chhoti si baat par bhi tanqeed ko ek unke liye ek matlab ek aisi cheez hoti hai wah bifarpadte hain. to wahan par sunne ke bajay doosri cheez ek create ho jaati hai.</w:t>
      </w:r>
    </w:p>
    <w:p>
      <w:pPr>
        <w:jc w:val="right"/>
      </w:pPr>
      <w:r>
        <w:t>तो यह जो आला इंसान होते हैं वह तनख़ीत sun पाते हैं और जो यह खुद में जीते हैं वह छोटी सी बात पर भी तनख़ीत को एक उनके लिए एक मतलब एक ऐसी चीज़ होती है वह बिफ्र पड़ते हैं. तो वहां पर सुनने के बजाय दूसरी चीज़ एक create हो जाती है.</w:t>
      </w:r>
    </w:p>
    <w:p>
      <w:r>
        <w:rPr>
          <w:b/>
        </w:rPr>
        <w:t xml:space="preserve">[21:22] </w:t>
      </w:r>
      <w:r>
        <w:t>to ab kya isko keh sakte hain ki yeh bhi ek mayyar hai insaan ka jo apni tanpeed sunkar bikhre nahin usse sirf bhap le wah wala insaan hai. bilkul. aur koi hai jo apni learning share hai? ek samre ma'am ek hazrat umar ka ek call bhi hai ki jo insaan meri burai ko bolta hai, jo meri kamiyon ko bolta hai un par allah taala blessing bhejenge. ji.</w:t>
      </w:r>
    </w:p>
    <w:p>
      <w:pPr>
        <w:jc w:val="right"/>
      </w:pPr>
      <w:r>
        <w:t>तो अब क्या इसको कह सकते हैं कि यह भी एक मैयार है इंसान का जो अपनी तनपेड़ सुनकर बिखरे नहीं उससे सिर्फ़ भपक ले वह वाला इंसान है. बिल्कुल. और कोई है जो अपनी learning share है? एक सामरेह ma'am एक हज़रत उमर का एक call भी है कि जो इंसान मेरी बुराई को बोलता है, जो मेरी कमियों को बोलता है उन पर अल्लाह ताला blessing भेजेंगे. जी.</w:t>
      </w:r>
    </w:p>
    <w:p>
      <w:r>
        <w:rPr>
          <w:b/>
        </w:rPr>
        <w:t xml:space="preserve">[21:52] </w:t>
      </w:r>
      <w:r>
        <w:t>un unhonne bhi bahut criticize, criticism ko bahut pasand karte hain. jo doosron ko jiste hain wah hamara apne aap ko jiste nahin. jo kami hai hamare yahan andar. yeh bhi hoga. haan bilkul aur hazrat umar ke bare mein yeh bhi tha ki unke samne jab quran ki koi ayat padhti jaati thi to kaun dhah padhte the. matlab uske aage wah kuch nahin bolte the.</w:t>
      </w:r>
    </w:p>
    <w:p>
      <w:pPr>
        <w:jc w:val="right"/>
      </w:pPr>
      <w:r>
        <w:t>उन उन्होंने भी बहुत criticize, criticism को बहुत पसंद करते हैं. जो दूसरों को जिसते हैं वह हमारा अपने आप को जिसते नहीं. जो कमी है हमारे यहां अंदर. यह भी होगा. हां बिल्कुल और हजरत उमर के बारे में यह भी था कि उनके सामने जब कुरान की कोई आयत पढ़ती जाती थी तो कौन ढह पढ़ते थे. मतलब उसके आगे वह कुछ नहीं बोलते थे.</w:t>
      </w:r>
    </w:p>
    <w:p>
      <w:r>
        <w:rPr>
          <w:b/>
        </w:rPr>
        <w:t xml:space="preserve">[22:17] </w:t>
      </w:r>
      <w:r>
        <w:t>lekin aaj ka insaan apne aap ko bahut zyada arrogance mein aur ego mein rakhta hai. bolana samne bhi to bada ek kai article hain khair molana sahab ke aur ek jo wah bolte the ki jaise sheeshe ke samne khade ho to hamare jo bhi daag dhabbe hain jo bhi nishan hain wah dikhai dete hain samne. usi tarah se doosra insaan aapko bata sakta hai ki aapke andar kya kami hai aur kya zyada hai kya? to wah ek achhi cheez hai.</w:t>
      </w:r>
    </w:p>
    <w:p>
      <w:pPr>
        <w:jc w:val="right"/>
      </w:pPr>
      <w:r>
        <w:t>लेकिन आज का इंसान अपने आप को बहुत ज़्यादा arrogance में और ego में रखता है. बोलाना सामने भी तो बड़ा एक कई article हैं खैर मोलाना साहब के और एक जो वह बोलते थे कि जैसे शीशे के सामने खड़े हो तो हमारे जो भी दाग धब्बे हैं जो भी निशान हैं वह दिखाई देते हैं सामने. उसी तरह से दूसरा इंसान आपको बता सकता है कि आपके अंदर क्या कमी है और क्या ज़्यादा है क्या? तो वह एक अच्छी चीज़ है.</w:t>
      </w:r>
    </w:p>
    <w:p>
      <w:r>
        <w:rPr>
          <w:b/>
        </w:rPr>
        <w:t xml:space="preserve">[22:46] </w:t>
      </w:r>
      <w:r>
        <w:t>is tarah se agar hum dekhen jab sheeshe ke paas khade hote hain to humko kuch dikhta hai to hum usko saaf karte hain ya kuch karte hain jo bhi.</w:t>
      </w:r>
    </w:p>
    <w:p>
      <w:pPr>
        <w:jc w:val="right"/>
      </w:pPr>
      <w:r>
        <w:t>इस तरह से अगर हम देखें जब शीशे के पास खड़े होते हैं तो हमको कुछ दिखता है तो हम उसको साफ करते हैं या कुछ करते हैं जो भी.</w:t>
      </w:r>
    </w:p>
    <w:p>
      <w:r>
        <w:rPr>
          <w:b/>
        </w:rPr>
        <w:t xml:space="preserve">[23:08] </w:t>
      </w:r>
      <w:r>
        <w:t>to uski baat ekdam matlab aap aise bhi batane wale hote hain ki bhai aap yeh jo cheez bata rahe hain din insaniyat ki jo din aur uski baat islam ki baat to wah bhi galat bata dete hain lekin wah insaan ki baat malana sahab ne batai hai ki jo aala soch rakha hai jisko uske paas nazar ho to wah aapki kamiyon ko bataye.</w:t>
      </w:r>
    </w:p>
    <w:p>
      <w:pPr>
        <w:jc w:val="right"/>
      </w:pPr>
      <w:r>
        <w:t>तो उसकी बात एकदम मतलब आप ऐसे भी बताने वाले होते हैं कि भाई आप यह जो चीज़ बता रहे हैं दिन इंसानियत की जो दिन और उसकी बात इस्लाम की बात तो वह भी गलत बता देते हैं लेकिन वह इंसान की बात मलाना साहब ने बताई है कि जो आला सोच रखा है जिसको उसके पास नज़र हो तो वह आपकी कमियों को बताएं.</w:t>
      </w:r>
    </w:p>
    <w:p>
      <w:r>
        <w:rPr>
          <w:b/>
        </w:rPr>
        <w:t xml:space="preserve">[23:32] </w:t>
      </w:r>
      <w:r>
        <w:t>to bilkul humko usko samajhna chahiye ki hamare andar kami hai to usko khatm hai. haan, is samle mein shayad molana sahab ne yeh hadish batai thi. ek momin doosre momin ke liye mirror hai us aaina. bilkul. aaina. to magar aajkal kaun bura maan jaate hain log? to mujhe lagta hai bahut hi zyada modest personality islam chahta hai insaan se. kisi tarah ki koi ego na ho bahut hi, bahut hi zyada humble insaan.</w:t>
      </w:r>
    </w:p>
    <w:p>
      <w:pPr>
        <w:jc w:val="right"/>
      </w:pPr>
      <w:r>
        <w:t>तो बिल्कुल हमको उसको समझना चाहिए कि हमारे अंदर कमी है तो उसको ख़त्म है. हां, इस सामले में शायद मौलाना साहब ने यह हदीश बताई थी. एक मौमीन दूसरे मौमीन के लिए mirror है उस आईना. बिल्कुल. आईना. तो मगर आजकल कौन बुरा मान जाते हैं लोग? तो मुझे लगता है बहुत ही ज़्यादा modest personality इस्लाम चाहता है इंसान से. किसी तरह की कोई ego ना हो बहुत ही, बहुत ही ज़्यादा humble इंसान.</w:t>
      </w:r>
    </w:p>
    <w:p>
      <w:r>
        <w:rPr>
          <w:b/>
        </w:rPr>
        <w:t xml:space="preserve">[24:02] </w:t>
      </w:r>
      <w:r>
        <w:t>bilkul. aur raziya bhi hai yahan par? haan raziya wah travel kar rahi hain. unhonne bataya ki wah travel kar rahi hain bol nahin paayengi. raziya? ji. achha achha. lalikum. ji nurul hudda aap kuch kehna chahte hain? ji aap main apni learning share karna chahti hoon. please. haan. is article ke naam se hi mere rongte khade ho gaye. khuda aur insaan.</w:t>
      </w:r>
    </w:p>
    <w:p>
      <w:pPr>
        <w:jc w:val="right"/>
      </w:pPr>
      <w:r>
        <w:t>बिल्कुल. और रज़िया भी है यहां पर? हां रज़िया वह travel कर रही हैं. उन्होंने बताया कि वह travel कर रही हैं बोल नहीं पाएंगे. रज़िया? जी. अच्छा अच्छा. लालिकुम. जी नुरुल हुद्दा आप कुछ कहना चाहते हैं? जी आप मैं अपनी learning share करना चाहती हूं. Please. हां. इस article के नाम से ही मेरे रोंगटे खड़े हो गए. खुदा और इंसान.</w:t>
      </w:r>
    </w:p>
    <w:p>
      <w:r>
        <w:rPr>
          <w:b/>
        </w:rPr>
        <w:t xml:space="preserve">[24:29] </w:t>
      </w:r>
      <w:r>
        <w:t>yeh loves hi hamein bata deta hai ki us malik ke aage hum kuch bhi nahin hain. yeh loves hi is baat ka ehsaas bhi karata hai ki wah hamein paida karne wala hai. uske hi banaye hue life support system par hum zindagi hain aur ek din usi ki di gayi maut se hum is duniya se doosri duniya mein chale jayenge. us din hamein hamare malik ke samne pesh kiya jayega.</w:t>
      </w:r>
    </w:p>
    <w:p>
      <w:pPr>
        <w:jc w:val="right"/>
      </w:pPr>
      <w:r>
        <w:t>यह loves ही हमें बता देता है कि उस मालिक के आगे हम कुछ भी नहीं हैं. यह loves ही इस बात का एहसास भी कराता है कि वह हमें पैदा करने वाला है. उसके ही बनाए हुए life support system पर हम ज़िंदा हैं और एक दिन उसी की दी गई मौत से हम इस दुनिया से दूसरी दुनिया में चले जाएंगे. उस दिन हमें हमारे मालिक के सामने पेश किया जाएगा.</w:t>
      </w:r>
    </w:p>
    <w:p>
      <w:r>
        <w:rPr>
          <w:b/>
        </w:rPr>
        <w:t xml:space="preserve">[24:53] </w:t>
      </w:r>
      <w:r>
        <w:t>is duniya mein hamare paas jo kuch bhi hai chahe wah daulat ho, shohrat ho, taqat ho, wah usi ka diya hua hai. yeh baat to hum accept kar lete hain ki jo kuch diya hai allah ne diya hai. lekin sochne wali baat yeh hai ki usne hamein yeh sab kyun diya hai aur doosre ko nahin diya hai ya</w:t>
      </w:r>
    </w:p>
    <w:p>
      <w:pPr>
        <w:jc w:val="right"/>
      </w:pPr>
      <w:r>
        <w:t>इस दुनिया में हमारे पास जो कुछ भी है चाहे वह दौलत हो, शौरत हो, ताकत हो, वह उसी का दिया हुआ है. यह बात तो हम accept कर लेते हैं कि जो कुछ दिया है अल्लाह ने दिया है. लेकिन सोचने वाली बात यह है कि उसने हमें यह सब क्यों दिया है और दूसरे को नहीं दिया है या</w:t>
      </w:r>
    </w:p>
    <w:p>
      <w:r>
        <w:rPr>
          <w:b/>
        </w:rPr>
        <w:t xml:space="preserve">[25:15] </w:t>
      </w:r>
      <w:r>
        <w:t>humse kyun diya hai aur doosre ko nahin diya hai ya humse kam diya hai. zaroor ismein allah ki koi na koi maslehat hai kyunki allah ki nazar mein uska har banda barabar hai. wah kisi gareeb se utna hi utni hi mohabbat karta hai jitni kisi ameer se. hamein yeh zindagi apne freedom se jeenne ka akhtiyar mila hai lekin hamari poori zindagi ek test hai.</w:t>
      </w:r>
    </w:p>
    <w:p>
      <w:pPr>
        <w:jc w:val="right"/>
      </w:pPr>
      <w:r>
        <w:t>हमसे क्यों दिया है और दूसरे को नहीं दिया है या हमसे कम दिया है. ज़रूर इसमें अल्लाह की कोई ना कोई मसलेहत है क्योंकि अल्लाह की नज़र में उसका हर बंदा बराबर है. वह किसी गरीब से उतना ही उतनी ही मोहब्बत करता है जितनी किसी अमीर से. हमें यह ज़िंदगी अपने freedom से जीनने का अख्तियार मिला है लेकिन हमारी पूरी ज़िंदगी एक test है.</w:t>
      </w:r>
    </w:p>
    <w:p>
      <w:r>
        <w:rPr>
          <w:b/>
        </w:rPr>
        <w:t xml:space="preserve">[25:45] </w:t>
      </w:r>
      <w:r>
        <w:t>allah ne jo kuch bhi hamein diya hai usko dene ka maqsad hamein aazmana hai, jiska result hamein maut ke baad diya jayega. isliye hamein apni zindagi ke tamam mamlaat allah ko yaad rakhte hue face karne chahiye. mujhe yeh baat sochkar aisa ehsaas hua ki ek mulk ka badshah kitna taqatwar hota hai ki wah doosre mulk ke logon ko bhi apni us taqat se dara kar rakh sakta hai.</w:t>
      </w:r>
    </w:p>
    <w:p>
      <w:pPr>
        <w:jc w:val="right"/>
      </w:pPr>
      <w:r>
        <w:t>अल्लाह ने जो कुछ भी हमें दिया है उसको देने का मकसद हमें आज़माना है, जिसका result हमें मौत के बाद दिया जाएगा. इसलिए हमें अपनी ज़िंदगी के तमाम मामलात अल्लाह को याद रखते हुए face करने चाहिए. मुझे यह बात सोचकर ऐसा एहसास हुआ कि एक मुल्क का बादशाह कितना ताकतवर होता है कि वह दूसरे मुल्क के लोगों को भी अपनी उस ताकत से डरा कर रख सकता है.</w:t>
      </w:r>
    </w:p>
    <w:p>
      <w:r>
        <w:rPr>
          <w:b/>
        </w:rPr>
        <w:t xml:space="preserve">[26:15] </w:t>
      </w:r>
      <w:r>
        <w:t>to to sochiye jisne usko wah taqat di hai wah malik ke kaisi taqaten rakhta hoga aur wah chahe to is zindagi mein bhi hamein ruswa kar sakta hai lekin wah hamein mauka deta hai. wah bahut rehmat wala hai. jab hamare malik itna rehmat wala hai to hum insaan rehmat dil kyun nahin ho sakte?</w:t>
      </w:r>
    </w:p>
    <w:p>
      <w:pPr>
        <w:jc w:val="right"/>
      </w:pPr>
      <w:r>
        <w:t>तो तो सोचिए जिसने उसको वह ताकत दी है वह मालिक के कैसी ताकतें रखता होगा और वह चाहे तो इस ज़िंदगी में भी हमें रुस्वा कर सकता है लेकिन वह हमें मौका देता है. वह बहुत रहमत वाला है. जब हमारे मालिक इतना रहमत वाला है तो हम इंसान रहमत दिल क्यों नहीं हो सकते?</w:t>
      </w:r>
    </w:p>
    <w:p>
      <w:r>
        <w:rPr>
          <w:b/>
        </w:rPr>
        <w:t xml:space="preserve">[26:37] </w:t>
      </w:r>
      <w:r>
        <w:t>hum itne bewakoof ho jaate hain ki jo cheez hamari hai, hai hi nahin uska hum gurur karne lagte hain aur gurur allah ko sakht napasand hai. hamein har insaan ke saath raham aur maafi ka mamla rakhna chahiye taki taki allah aakhirat ke din hamein apne raham se maaf kar de. hamein mautooriyat se bachna chahiye taki aakhirat ke din allah ke ghazab ko face na karna pade. bas aap aaiye thi learning mein hi.</w:t>
      </w:r>
    </w:p>
    <w:p>
      <w:pPr>
        <w:jc w:val="right"/>
      </w:pPr>
      <w:r>
        <w:t>हम इतने बेवकूफ हो जाते हैं कि जो चीज़ हमारी है, है ही नहीं उसका हम गुरूर करने लगते हैं और गुरूर अल्लाह को सख़्त नापसंद है. हमें हर इंसान के साथ रहम और माफ़ी का मामला रखना चाहिए ताकि ताकि अल्लाह आख़िरत के दिन हमें अपने रहम से माफ़ कर दे. हमें मौतूरियत से बचना चाहिए ताकि आख़िरत के दिन अल्लाह के ग़ज़ब को face ना करना पड़े. बस आप आइए थी learning में ही.</w:t>
      </w:r>
    </w:p>
    <w:p>
      <w:r>
        <w:rPr>
          <w:b/>
        </w:rPr>
        <w:t xml:space="preserve">[27:07] </w:t>
      </w:r>
      <w:r>
        <w:t>aapne bahut achha achhe se isko brief kiya ki hamein kis tarah se kis pattern par sochna chahiye allah ke liye ki allah hi dene wala hai, wahin sab kuch karne wala hai. apne aap ko agar hum is tarah se conscious level par bar bar ke baad yaad dilayenge aur sochenge to zaroor hum allah ki marfat mein jeene wale van jayenge. ek point jo aapne kaha kerla ne jo hamein diya hai wah hamein kyun diya hai? doosre ko nahin diya. ji.</w:t>
      </w:r>
    </w:p>
    <w:p>
      <w:pPr>
        <w:jc w:val="right"/>
      </w:pPr>
      <w:r>
        <w:t>आपने बहुत अच्छा अच्छे से इसको brief किया कि हमें किस तरह से किस pattern पर सोचना चाहिए अल्लाह के लिए कि अल्लाह ही देने वाला है, वही सब कुछ करने वाला है. अपने आपको अगर हम इस तरह से conscious level पर बार बार के बाद याद दिलाएंगे और सोचेंगे तो ज़रूर हम अल्लाह की मार्फत में जीने वाले वन जाएंगे. एक point जो आपने कहा केरला ने जो हमें दिया है वह हमें क्यों दिया है? दूसरे को नहीं दिया. जी.</w:t>
      </w:r>
    </w:p>
    <w:p>
      <w:r>
        <w:rPr>
          <w:b/>
        </w:rPr>
        <w:t xml:space="preserve">[27:36] </w:t>
      </w:r>
      <w:r>
        <w:t>is baat par mujhe maranv sahab ki bhi maine ek audio suna tha wah yaad aai. wah bata rahe the ki allah ne hamein har insaan ko best jagah par best opportunities ke saath uski salahiyaton ko dekhte hue bheja hai. jahan par uska best use ho sake.</w:t>
      </w:r>
    </w:p>
    <w:p>
      <w:pPr>
        <w:jc w:val="right"/>
      </w:pPr>
      <w:r>
        <w:t>इस बात पर मुझे मरणव साहब की भी मैंने एक audio सुना था वह याद आई. वह बता रहे थे कि अल्लाह ने हमें हर इंसान को best जगह पर best opportunities के साथ उसकी सलाहियतों को देखते हुए भेजा है. जहां पर उसका best use हो सके.</w:t>
      </w:r>
    </w:p>
    <w:p>
      <w:r>
        <w:rPr>
          <w:b/>
        </w:rPr>
        <w:t xml:space="preserve">[27:54] </w:t>
      </w:r>
      <w:r>
        <w:t>to yeh point aap ne bohat acha kaha ke humein kyun diya hai bhi humein sochna hai ke yahi</w:t>
      </w:r>
    </w:p>
    <w:p>
      <w:pPr>
        <w:jc w:val="right"/>
      </w:pPr>
      <w:r>
        <w:t>तो यह point आपने बहुत अच्छा कहा कि हमें क्यों दिया है भी हमें सोचना है कि यही</w:t>
      </w:r>
    </w:p>
    <w:p>
      <w:r>
        <w:rPr>
          <w:b/>
        </w:rPr>
        <w:t xml:space="preserve">[27:59] </w:t>
      </w:r>
      <w:r>
        <w:t>mere liye best tha aur yeh opportunities best hain jo mujhe mili hui hain.</w:t>
      </w:r>
    </w:p>
    <w:p>
      <w:pPr>
        <w:jc w:val="right"/>
      </w:pPr>
      <w:r>
        <w:t>मेरे लिए best था और यह opportunities best हैं जो मुझे मिली हुई हैं.</w:t>
      </w:r>
    </w:p>
    <w:p>
      <w:r>
        <w:rPr>
          <w:b/>
        </w:rPr>
        <w:t xml:space="preserve">[28:04] </w:t>
      </w:r>
      <w:r>
        <w:t>to main samajhti hoon is se humare andar aur bhi motivation aata hai aur shukr aata hai hota kaag</w:t>
      </w:r>
    </w:p>
    <w:p>
      <w:pPr>
        <w:jc w:val="right"/>
      </w:pPr>
      <w:r>
        <w:t>तो मैं समझती हूं इससे हमारे अंदर और भी motivation आता है और शुक्र आता है होता काग़</w:t>
      </w:r>
    </w:p>
    <w:p>
      <w:r>
        <w:rPr>
          <w:b/>
        </w:rPr>
        <w:t xml:space="preserve">[28:09] </w:t>
      </w:r>
      <w:r>
        <w:t>hum is tarah se sochein.</w:t>
      </w:r>
    </w:p>
    <w:p>
      <w:pPr>
        <w:jc w:val="right"/>
      </w:pPr>
      <w:r>
        <w:t>हम इस तरह से सोचें.</w:t>
      </w:r>
    </w:p>
    <w:p>
      <w:r>
        <w:rPr>
          <w:b/>
        </w:rPr>
        <w:t xml:space="preserve">[28:14] </w:t>
      </w:r>
      <w:r>
        <w:t>bohat acha aap ne yaad dilaya aur bhi koi please discuss karna chahein ya apna point batana chahein to please bataein.</w:t>
      </w:r>
    </w:p>
    <w:p>
      <w:pPr>
        <w:jc w:val="right"/>
      </w:pPr>
      <w:r>
        <w:t>बहुत अच्छा आपने याद दिलाया और भी कोई please discuss करना चाहें या अपना point बताना चाहें तो please बताएं.</w:t>
      </w:r>
    </w:p>
    <w:p>
      <w:r>
        <w:rPr>
          <w:b/>
        </w:rPr>
        <w:t xml:space="preserve">[28:19] </w:t>
      </w:r>
      <w:r>
        <w:t>It's open to all.</w:t>
      </w:r>
    </w:p>
    <w:p>
      <w:pPr>
        <w:jc w:val="right"/>
      </w:pPr>
      <w:r>
        <w:t>It's open to all.</w:t>
      </w:r>
    </w:p>
    <w:p>
      <w:r>
        <w:rPr>
          <w:b/>
        </w:rPr>
        <w:t xml:space="preserve">[28:25] </w:t>
      </w:r>
      <w:r>
        <w:t>shabana aap kuch bolna chahti hain? shabana khatum? ji asslam alikul. alaikum salam. ji bataen? sab bahut achha laga. yeh sab sunne ke baad mujhe ek waqea yaad aai abhi ek bar ek londi apne malik ke bistar par shayad wah usko theek kar rahi thi. achha lagi.</w:t>
      </w:r>
    </w:p>
    <w:p>
      <w:pPr>
        <w:jc w:val="right"/>
      </w:pPr>
      <w:r>
        <w:t>शबाना आप कुछ बोलना चाहती हैं? शबाना खातुम? जी अस्लाम अलिकुल. आलिकुम सलाम. जी बताएं? सब बहुत अच्छा लगा. यह सब सुनने के बाद मुझे एक वाक्या याद आई अभी एक बार एक लौंडी अपने मालिक के बिस्तर पर शायद वह उसको ठीक कर रही थी. अच्छा लगी.</w:t>
      </w:r>
    </w:p>
    <w:p>
      <w:r>
        <w:rPr>
          <w:b/>
        </w:rPr>
        <w:t xml:space="preserve">[28:55] </w:t>
      </w:r>
      <w:r>
        <w:t>to bahut use achha laga, naram laga us par so gayi use neend aa gayi. to uske aankha ne aaye malik jo jiski wah londi thi wah aaye dekha ki meri bistar par yeh so gayi hai. to uska unhonne bahut pitai kiya. to wah londi ne unhen kaha ki hai master main ek barth ek din is bistar naam bistar parson gayi to mera yeh haal hua. to soch tera kya haal hoga?</w:t>
      </w:r>
    </w:p>
    <w:p>
      <w:pPr>
        <w:jc w:val="right"/>
      </w:pPr>
      <w:r>
        <w:t>तो बहुत उसे अच्छा लगा, नरम लगा उस पर सो गई उसे नींद आ गई. तो उसके आंखा ने आए मालिक जो जिसकी वह लौंडी थी वह आए देखा कि मेरी बिस्तर पर यह सो गई है. तो उसका उन्होंने बहुत पिटाई किया. तो वह लौंडी ने उन्हें कहा कि है मात्सा मैं एक बार्थ एक दिन इस बिस्तर नाम बिस्तर परसों गई तो मेरा यह हाल हुआ. तो सोच तेरा क्या हाल होगा?</w:t>
      </w:r>
    </w:p>
    <w:p>
      <w:r>
        <w:rPr>
          <w:b/>
        </w:rPr>
        <w:t xml:space="preserve">[29:19] </w:t>
      </w:r>
      <w:r>
        <w:t>tum log is bistar par hota hai aur jo poore kaynath ka badshah hai wah kya karega tere saath?</w:t>
      </w:r>
    </w:p>
    <w:p>
      <w:pPr>
        <w:jc w:val="right"/>
      </w:pPr>
      <w:r>
        <w:t>तुम लोग इस बिस्तर पर होता है और जो पूरे कायनाथ का बादशाह है वह क्या करेगा तेरे साथ?</w:t>
      </w:r>
    </w:p>
    <w:p>
      <w:r>
        <w:rPr>
          <w:b/>
        </w:rPr>
        <w:t xml:space="preserve">[29:26] </w:t>
      </w:r>
      <w:r>
        <w:t>to yeh jab main sun rahi hoon aur yeh waqea mujhe yaad aaya to wahī ulana sahab ka yeh article mujhe aur achhi tarah se samajh mein aaya hi ki ulana sahab ne kitna achha si yeh sab cheez humko samjhaya hai aur wahī soch rahi thi ki ab sir aisa hota hai hum logon ke saath wahī hota hai ki hum log jab aapas mein ek doosre se baat bhi karte hain to hum ek doosre ke baat ko bhi bardasht nahin karte hain.</w:t>
      </w:r>
    </w:p>
    <w:p>
      <w:pPr>
        <w:jc w:val="right"/>
      </w:pPr>
      <w:r>
        <w:t>तो यह जब मैं sun रही हूं और यह वाक्य मुझे याद आया तो वही उलाना साहब का यह article मुझे और अच्छी तरह से समझ में आया ही कि उलाना साहब ने कितना अच्छा सी यह सब चीज़ हमको समझाया है और वही सोच रही थी कि अब sir ऐसा होता है हम लोगों के साथ वही होता है कि हम लोग जब आपस में एक दूसरे से बात भी करते हैं तो हम एक दूसरे के बात को भी बर्दाश्त नहीं करते हैं.</w:t>
      </w:r>
    </w:p>
    <w:p>
      <w:r>
        <w:rPr>
          <w:b/>
        </w:rPr>
        <w:t xml:space="preserve">[29:52] </w:t>
      </w:r>
      <w:r>
        <w:t>aisa lagta hai jiski main yahi achha bol rahi hoon ya koi aur jo hai wah sochte main yahi achha bata rahi hoon. to us par ekdam se fas ho jata hai. lekin jab hum yeh sab cheez ko sochne lage, jab se yeh sab cheez mujhe samajh mein aai, to main aksar keh deti hoon ki theek hai mujhe nahin aata. to shayad bhai aisa keh deti hoon main. to yeh mujhe bahut sukoon deta hai.</w:t>
      </w:r>
    </w:p>
    <w:p>
      <w:pPr>
        <w:jc w:val="right"/>
      </w:pPr>
      <w:r>
        <w:t>ऐसा लगता है जिसकी मैं यही अच्छा बोल रही हूं या कोई और जो है वह सोचते मैं यही अच्छा बता रही हूं. तो उस पर एकदम से फ़ंस हो जाता है. लेकिन जब हम यह सब चीज़ को सोचने लगे, जब से यह सब चीज़ मुझे समझ में आई, तो मैं अक्सर कह देती हूं कि ठीक है मुझे नहीं आता. तो शायद भाई ऐसा कह देती हूं मैं. तो यह मुझे बहुत सुकून देता है.</w:t>
      </w:r>
    </w:p>
    <w:p>
      <w:r>
        <w:rPr>
          <w:b/>
        </w:rPr>
        <w:t xml:space="preserve">[30:19] </w:t>
      </w:r>
      <w:r>
        <w:t>yeh sab kehne ke baad mujhe badi sukoon diya ki chalo maine bahut sukoon kiya. ek aur baat mujhe yaad aayi ki is tarah ke is tarah ka jab kuch hota hai to Maulana shayad use aaye phir bhej dekar. main hi bewakoof chodi hoon. ek baar humko sabhi laali gayi, batai thi ki woh gayi thi wahan Delhi aur wahan par jab woh baithti thi Maulana shayad ke saath to woh aksar is baar mein kehte the. yahan par main hi sabse log hoon.</w:t>
      </w:r>
    </w:p>
    <w:p>
      <w:pPr>
        <w:jc w:val="right"/>
      </w:pPr>
      <w:r>
        <w:t>यह सब कहने के बाद मुझे बड़ी सुकून दिया कि चलो मैंने बहुत सुकून किया. एक और बात मुझे याद आई कि इस तरह के इस तरह का जब कुछ होता है तो मोलाना शायद उसे आए फिर भेज देकर. मैं ही बेवकूफ छोड़ी हूं. एक बार हमको सभी लाली गई, बताई थी कि वह गई थी वहां दिल्ली और वहां पर जब वह बैठती थी मोलाना शायद के साथ तो वह अक्सर इस बार बार में कहते थे. यहां पर मैं ही सबसे लोग हूं.</w:t>
      </w:r>
    </w:p>
    <w:p>
      <w:r>
        <w:rPr>
          <w:b/>
        </w:rPr>
        <w:t xml:space="preserve">[30:49] </w:t>
      </w:r>
      <w:r>
        <w:t>woh jab apne sab log ke ghar par baithte the to yahan par main hi lagta hoon sabse log. to yeh kitna achha lagta hai ki is tarah ke baad ko bewakoofi mein nahi lena chahiye jab log ghar par apne ko kamzor ya yeh samajh lein ki mujhe baat ko nahi padhana, mujhe yahan par mahaul kharab nahi karna, to yeh sab cheez kitna achha baat hota hai lekin na samajhne wale log isko galat maal lete hain.</w:t>
      </w:r>
    </w:p>
    <w:p>
      <w:pPr>
        <w:jc w:val="right"/>
      </w:pPr>
      <w:r>
        <w:t>वह जब अपने सब लोग के घर पर बैठते थे तो यहां पर मैं ही लगता हूं सबसे लोग. तो यह कितना अच्छा लगता है कि इस तरह के बाद को बेवकूफी में नहीं लेना चाहिए जब लोग घर पर अपने को कमज़ोर या यह समझ लें कि मुझे बात को नहीं पढ़ाना, मुझे यहां पर माहौल खराब नहीं करना, तो यह सब चीज़ कितना अच्छा बात होता है लेकिन ना समझने वाले लोग इसको गलत माल लेते हैं.</w:t>
      </w:r>
    </w:p>
    <w:p>
      <w:r>
        <w:rPr>
          <w:b/>
        </w:rPr>
        <w:t xml:space="preserve">[31:17] </w:t>
      </w:r>
      <w:r>
        <w:t>aur to yahi hai ki apne ko bartan nahi samajhna kisi se aur agar insani ke andar yeh hisasiyat jaag jaaye to yeh jo hota hai na ki naraz ho jaana, kisi se khud ko kamzor samajh lena ya kisi ko kamzor bana dena, kisi ka prajpata dena, yeh sab koi maan hi nahi lagta apne insaan ke. yeh koi maan nahi rakhta.</w:t>
      </w:r>
    </w:p>
    <w:p>
      <w:pPr>
        <w:jc w:val="right"/>
      </w:pPr>
      <w:r>
        <w:t>और तो यही है कि अपने को बर्तन नहीं समझना किसी से और अगर इंसानी के अंदर यह हिसासियत जाग जाए तो यह जो होता है ना कि नाराज़ हो जाना, किसी से खुद को कमज़ोर समझ लेना या किसी को कमज़ोर बना देना, किसी का प्रजापता देना, यह सब कोई मान ही नहीं लगता अपने इंसान के. यह कोई मान नहीं रखता.</w:t>
      </w:r>
    </w:p>
    <w:p>
      <w:r>
        <w:rPr>
          <w:b/>
        </w:rPr>
        <w:t xml:space="preserve">[31:40] </w:t>
      </w:r>
      <w:r>
        <w:t>jab insaan soch le Allah wala ban jaaye aur usse soche Allah ke taraf se soche ke liye to to Allah ki yahan jaana aur asal badla to humko wahan milega. asal jo mera inaang hai woh Allah humko degi. kisi insaan ke aage badhte aur banne se kuch hasi dein. mil yeh learning rahe. ji ja kalash bana aapne bahut bahut hi valuable incident bataya woh.</w:t>
      </w:r>
    </w:p>
    <w:p>
      <w:pPr>
        <w:jc w:val="right"/>
      </w:pPr>
      <w:r>
        <w:t>जब इंसान सोच ले अल्लाह वाला वन जाए और उससे सोचे अल्लाह के तरफ से सोचे के लिए तो तो अल्लाह की यहां जाना और असल बदला तो हमको वहां मिलेगा. असल जो मेरा इनांग है वह अल्लाह हमको देगी. किसी इंसान के आगे बढ़ते और बनने से कुछ हंसी दें. मिल यह learning रहे. जी जा कलाश बाना आपने बहुत बहुत ही valuable incident बताया वह.</w:t>
      </w:r>
    </w:p>
    <w:p>
      <w:r>
        <w:rPr>
          <w:b/>
        </w:rPr>
        <w:t xml:space="preserve">[32:06] </w:t>
      </w:r>
      <w:r>
        <w:t>aap bahut achha ismein milta julta hai aur doosri baat aapne apne intellectual development ke baare mein bataya. kaise aapne apni soojh boojh ko badhaya hai is group mein aakar Mulanand sahab ki teachings ke saath? to yeh sab ke saath hai hum log sab hi is tarah seekh rahe hain aur apne aap ko intellectually badha rahe hain aur is tarah ke articles mein discussion karne se hum sabki samajh aur badh rahi hai.</w:t>
      </w:r>
    </w:p>
    <w:p>
      <w:pPr>
        <w:jc w:val="right"/>
      </w:pPr>
      <w:r>
        <w:t>आप बहुत अच्छा इसमें मिलता जुड़ता है और दूसरी बात आपने अपने intellectual development के बारे में बताया. कैसे आपने अपनी सूझबूझ को बढ़ाया है इस group में आकर मुल्लानंद साहब की teachings के साथ? तो यह सब के साथ है हम लोग सब ही इस तरह सीख रहे हैं और अपने आप को intellectually बढ़ा रहे हैं और इस तरह के articles में discussion करने से हम सबकी समझ और बढ़ रही है.</w:t>
      </w:r>
    </w:p>
    <w:p>
      <w:r>
        <w:rPr>
          <w:b/>
        </w:rPr>
        <w:t xml:space="preserve">[32:34] </w:t>
      </w:r>
      <w:r>
        <w:t>aur koi hain jo kuch bolna chaah rahe hain? Safia Khanam kuch kahenge? agar waqt ho to bata sakte hain to. shayad woh hai nahi.</w:t>
      </w:r>
    </w:p>
    <w:p>
      <w:pPr>
        <w:jc w:val="right"/>
      </w:pPr>
      <w:r>
        <w:t>और कोई हैं जो कुछ बोलना चाह रहे हैं? सफ़िया खानम कुछ कहेंगे? अगर वक़्त हो तो बता सकते हैं तो. शायद वह है नहीं.</w:t>
      </w:r>
    </w:p>
    <w:p>
      <w:r>
        <w:rPr>
          <w:b/>
        </w:rPr>
        <w:t xml:space="preserve">[33:03] </w:t>
      </w:r>
      <w:r>
        <w:t>jo Shiwana ne baat kahi abba woh bahut important baat hai ki apne aap ko, kahin par koi baat padhne se rokne ke liye chahe apne aap ko rokna ho to woh sabse pehle karte the Maulana sahab. I was wrong ka culture unhone hum sabko sikhaya tha. to mujhe lagta hai bahut high marfat chahiye insaan ko is level tak pahunchne ke liye ki apne aap ko kabhi bhi galat keh dena, prove kar dena aur peeche hat jaana.</w:t>
      </w:r>
    </w:p>
    <w:p>
      <w:pPr>
        <w:jc w:val="right"/>
      </w:pPr>
      <w:r>
        <w:t>जो शिवाना ने बात कही अब्बा वह बहुत important बात है कि अपने आप को, कहीं पर कोई बात पढ़ने से रोकने के लिए चाहे अपने आप को रोकना हो तो वह सबसे पहले करते थे मालाना साहब. I was wrong का culture उन्होंने हम सबको सिखाया था. तो मुझे लगता है बहुत high मार्फ़त चाहिए इंसान को इस level तक पहुंचने के लिए कि अपने आप को कभी भी ग़लत कह देना, prove कर देना और पीछे हट जाना.</w:t>
      </w:r>
    </w:p>
    <w:p>
      <w:r>
        <w:rPr>
          <w:b/>
        </w:rPr>
        <w:t xml:space="preserve">[33:31] </w:t>
      </w:r>
      <w:r>
        <w:t>kehte woh kehte the ki sabse badi qurbani hai, apni rai ki qurbani hai. to iske baare mein bhi kuch batayenge aap. ji Doctor Safina hum logon ne to yahi CPS mein seekha ki sabse badi azbat quda ki azmat hai. to quda ke bawjood ka ehsaas hona.</w:t>
      </w:r>
    </w:p>
    <w:p>
      <w:pPr>
        <w:jc w:val="right"/>
      </w:pPr>
      <w:r>
        <w:t>कहते वह कहते थे कि सबसे बड़ी क़ुरबानी है, अपनी राय की क़ुरबानी है. तो इसके बारे में भी कुछ बताएंगे आप. जी Doctor सफ़ीना हम लोगों ने तो यही CPS में सीखा कि सबसे बड़ी अज़बत कुदा की अज़मत है. तो कुदा के बौजूद का एहसास होना.</w:t>
      </w:r>
    </w:p>
    <w:p>
      <w:r>
        <w:rPr>
          <w:b/>
        </w:rPr>
        <w:t xml:space="preserve">[33:50] </w:t>
      </w:r>
      <w:r>
        <w:t>Maulana sahab ne yahi unke paas baithne se bhi yahi jab baithte the to yahi ehsaas hota tha na ki koi bhi duniya ki baat agar karo to usko koi importance dete bhi nahi the woh.</w:t>
      </w:r>
    </w:p>
    <w:p>
      <w:pPr>
        <w:jc w:val="right"/>
      </w:pPr>
      <w:r>
        <w:t>मोलाला साहब ने यही उनके पास बैठने से भी यही जब बैठते थे तो यही एहसास होता था ना कि कोई भी दुनिया की बात अगर करो तो उसको कोई importance देते भी नहीं थे वह.</w:t>
      </w:r>
    </w:p>
    <w:p>
      <w:r>
        <w:rPr>
          <w:b/>
        </w:rPr>
        <w:t xml:space="preserve">[34:02] </w:t>
      </w:r>
      <w:r>
        <w:t>kabhi kuch baat bhi agar wahan ho jaye us kamre mein to wahan us kamre mein bhi mujhe</w:t>
      </w:r>
    </w:p>
    <w:p>
      <w:pPr>
        <w:jc w:val="right"/>
      </w:pPr>
      <w:r>
        <w:t>कभी कुछ बात भी अगर वहां हो जाए उस कमरे में तो वहां उस कमरे में भी मुझे</w:t>
      </w:r>
    </w:p>
    <w:p>
      <w:r>
        <w:rPr>
          <w:b/>
        </w:rPr>
        <w:t xml:space="preserve">[34:22] </w:t>
      </w:r>
      <w:r>
        <w:t>aisa ehsaas hota tha ke yahan par yeh bohat choti si baat ho rahi hai.</w:t>
      </w:r>
    </w:p>
    <w:p>
      <w:pPr>
        <w:jc w:val="right"/>
      </w:pPr>
      <w:r>
        <w:t>ऐसा एहसास होता था कि यहां पर यह बहुत छोटी सी बात हो रही है.</w:t>
      </w:r>
    </w:p>
    <w:p>
      <w:r>
        <w:rPr>
          <w:b/>
        </w:rPr>
        <w:t xml:space="preserve">[34:42] </w:t>
      </w:r>
      <w:r>
        <w:t>chahe woh kitni bari baat ho in duniya ke mutabiq to aisa mujhe bohat ehsaas hota tha wastafa.</w:t>
      </w:r>
    </w:p>
    <w:p>
      <w:pPr>
        <w:jc w:val="right"/>
      </w:pPr>
      <w:r>
        <w:t>चाहे वह कितनी बड़ी बात हो इन दुनिया के मुताबिक तो ऐसा मुझे बहुत एहसास होता था वास्ताफा.</w:t>
      </w:r>
    </w:p>
    <w:p>
      <w:r>
        <w:rPr>
          <w:b/>
        </w:rPr>
        <w:t xml:space="preserve">[34:51] </w:t>
      </w:r>
      <w:r>
        <w:t>bohat sahi kaha aap mere paas.</w:t>
      </w:r>
    </w:p>
    <w:p>
      <w:pPr>
        <w:jc w:val="right"/>
      </w:pPr>
      <w:r>
        <w:t>बहुत सही कहा आप मेरे पास.</w:t>
      </w:r>
    </w:p>
    <w:p>
      <w:r>
        <w:rPr>
          <w:b/>
        </w:rPr>
        <w:t xml:space="preserve">[35:01] </w:t>
      </w:r>
      <w:r>
        <w:t>aur koi hain jo is article ke mutaalik ya kisi bare mein batana cha rahe hain?</w:t>
      </w:r>
    </w:p>
    <w:p>
      <w:pPr>
        <w:jc w:val="right"/>
      </w:pPr>
      <w:r>
        <w:t>और कोई हैं जो इस article के मुतालिक या किसी बारे में बताना चाह रहे हैं?</w:t>
      </w:r>
    </w:p>
    <w:p>
      <w:r>
        <w:rPr>
          <w:b/>
        </w:rPr>
        <w:t xml:space="preserve">[35:10] </w:t>
      </w:r>
      <w:r>
        <w:t>Shamshaz aap kuch kahenge?</w:t>
      </w:r>
    </w:p>
    <w:p>
      <w:pPr>
        <w:jc w:val="right"/>
      </w:pPr>
      <w:r>
        <w:t>शमशाज आप कुछ कहेंगे?</w:t>
      </w:r>
    </w:p>
    <w:p>
      <w:r>
        <w:rPr>
          <w:b/>
        </w:rPr>
        <w:t xml:space="preserve">[35:20] </w:t>
      </w:r>
      <w:r>
        <w:t>main ek waqai ek batana chahti hoon ki abhi Shabana ji se woh jo incident bole the na main kal Discovering Guard phatte the. to us article mein ek us kitaab mein ek article hai ki ek main to utna jaan se mind mein rakhi nahi naam lekin ek school ka principal hai, college ka principal hai. woh examendar ke paas gaye</w:t>
      </w:r>
    </w:p>
    <w:p>
      <w:pPr>
        <w:jc w:val="right"/>
      </w:pPr>
      <w:r>
        <w:t>मैं एक वाकई एक बताना चाहती हूं कि अभी शाबाना जी से वह जो incident बोले थे ना मैं कल Discovering Guard फटते थे. तो उस article में एक उस किताब में एक article है कि एक मैं तो उतना जान से mind में रखी नहीं नाम लेकिन एक school का principal है, college का principal है. वह examendar के पास गए</w:t>
      </w:r>
    </w:p>
    <w:p>
      <w:r>
        <w:rPr>
          <w:b/>
        </w:rPr>
        <w:t xml:space="preserve">[35:50] </w:t>
      </w:r>
      <w:r>
        <w:t>hain donation ke liye. to woh zamindar ko input donation dene ke liye pasand nahi hai. to unhone invite karne ke liye woh unse mulakat karne ke liye bhi mana kiya. to unhone socha theek hai un un sawari par shaam ko aayega aur bagr jo bagrash hote na maangne wala unko dega. unko paisa dega.</w:t>
      </w:r>
    </w:p>
    <w:p>
      <w:pPr>
        <w:jc w:val="right"/>
      </w:pPr>
      <w:r>
        <w:t>हैं donation के लिए. तो वह ज़मींदार को input donation देने के लिए पसंद नहीं है. तो उन्होंने invite करने के लिए वह उनसे मुलाकात करने के लिए भी मना किया. तो उन्होंने सोचा ठीक है उन उन सवारी पर शाम को आएगा और बग्र जो बग्रश होते ना मांगने वाला उनको देगा. उनको पैसा देगा.</w:t>
      </w:r>
    </w:p>
    <w:p>
      <w:r>
        <w:rPr>
          <w:b/>
        </w:rPr>
        <w:t xml:space="preserve">[36:14] </w:t>
      </w:r>
      <w:r>
        <w:t>to unhone ek principal hokar wahi bagger ke line mein jaakar wahan saath saath baithe hain. to jab woh zamindar ne bahar aaye sab dene wale maangne walon ko de diya hai to aakhir mein unki jo topi hai unko haath mein lekar aisa hi baithe hain to woh zamindar ek achaanak gambara ho gaya hai.</w:t>
      </w:r>
    </w:p>
    <w:p>
      <w:pPr>
        <w:jc w:val="right"/>
      </w:pPr>
      <w:r>
        <w:t>तो उन्होंने एक principal होकर वही बग्जर के line में जाकर वहां साथ साथ बैठे हैं. तो जब वह ज़मींदार ने बाहर आए सब देने वाले मांगने वालों को दे दिया है तो आखिर में उनकी जो टोपी है उनको हाथ में लेकर ऐसा ही बैठे हैं तो वह जमींदार एक अचानक गंबरा हो गया है.</w:t>
      </w:r>
    </w:p>
    <w:p>
      <w:r>
        <w:rPr>
          <w:b/>
        </w:rPr>
        <w:t xml:space="preserve">[36:35] </w:t>
      </w:r>
      <w:r>
        <w:t>ek yaar tumhein itna personality hai tumhari, itna value hai yeh begad ke land mein kyon aapne khade hue hain? to aap to sabko dete hain, mujhe bhi dega. to agar aap nahi dene se mujhe kaun dega? to unhone unki jo humanity hai andar se bahut hilaya hai. to unhone andar aakar bahut un principal sahab ne jitna expert kiya utna se double unko achhe se treat karke donation diya.</w:t>
      </w:r>
    </w:p>
    <w:p>
      <w:pPr>
        <w:jc w:val="right"/>
      </w:pPr>
      <w:r>
        <w:t>एक यार तुम्हें इतना personality है तुम्हारी, इतना value है यह बेगड़ के land में क्यों आपने खड़े हुए हैं? तो आप तो सबको देते हैं, मुझे भी देगा. तो अगर आप नहीं देने से मुझे कौन देगा? तो उन्होंने उनकी जो humanity है अंदर से बहुत हिलाया है. तो उन्होंने अंदर आकर बहुत उन principal साहब ने जितना expert किया उतना से double उनको अच्छे से treat करके donation दिया.</w:t>
      </w:r>
    </w:p>
    <w:p>
      <w:r>
        <w:rPr>
          <w:b/>
        </w:rPr>
        <w:t xml:space="preserve">[37:05] </w:t>
      </w:r>
      <w:r>
        <w:t>Maulana sahab ne yahan yeh yeh preference sab point batakar bolte hain humein bhi Khuda se yahi maanni chahiye. Khuda agar tu nahi dene se dene wala phone hai humare. yahi thalkaat, yahi connection insaan aur Khuda ke beach mein rehni chahti hai. yeh mujhe yaad aayi hai abhi humne. bilkul bahut hi achha, bahut hi achha bataya hai. yeh article bhi maine bhi padha hua hai.</w:t>
      </w:r>
    </w:p>
    <w:p>
      <w:pPr>
        <w:jc w:val="right"/>
      </w:pPr>
      <w:r>
        <w:t>मोलाना साहब ने यहां यह यह preference सब point बताकर बोलते हैं हमें भी खुदा से यही माननी चाहिए. खुदा अगर तू नहीं देने से देने वाला phone है हमारे. यही थालकात, यही connection इंसान और खुदा के beach में रहनी चाहती है. यह मुझे याद आई है अभी हमने. बिल्कुल बहुत ही अच्छा, बहुत ही अच्छा बताया है. यह article भी मैंने भी पढ़ा हुआ है.</w:t>
      </w:r>
    </w:p>
    <w:p>
      <w:r>
        <w:rPr>
          <w:b/>
        </w:rPr>
        <w:t xml:space="preserve">[37:33] </w:t>
      </w:r>
      <w:r>
        <w:t>woh sir sahi hai yeh mat Khan ka shayad hai na doctor Safeda? ji haan haan hi hi achha achha laga laga to yeh hai mujhe bhi. haan ji mafa aa gayi hai bas. achha alwalikum haan boliye. main baat kar sakti hoon aap. vyapa bataein aap. to main ab apna learning share kar loon aap logon se? ji aapka. to vishvillaah rahma hai raheem.</w:t>
      </w:r>
    </w:p>
    <w:p>
      <w:pPr>
        <w:jc w:val="right"/>
      </w:pPr>
      <w:r>
        <w:t>वह sir सही है यह मत खान का शायद है ना doctor सफेदा? जी हां हां ही ही अच्छा अच्छा लगा लगा तो यह है मुझे भी. हां जी माफा आ गई है बस. अच्छा अलावा लिकुम हां बोलिए. मैं बात कर सकती हूं आप. व्यापा बताएं आप. तो मैं अब अपना learning share कर लूं आप लोगों से? जी आपका. तो विश्विल्लाह रहमा है रहीम.</w:t>
      </w:r>
    </w:p>
    <w:p>
      <w:r>
        <w:rPr>
          <w:b/>
        </w:rPr>
        <w:t xml:space="preserve">[38:02] </w:t>
      </w:r>
      <w:r>
        <w:t>ab mujhe pata nahi aap logon ne mera repetition hai jo bhi kuch hai main aapse apni learning share kar rahi hoon. to Maulana sahab ne apne is article Khuda aur Insan mein yeh samjhaya hai ki Islam aise insaan banana chahta hai jo maamlaat ko sirf ek aadmi aur doosre aadmi ka maamla na samjhein.</w:t>
      </w:r>
    </w:p>
    <w:p>
      <w:pPr>
        <w:jc w:val="right"/>
      </w:pPr>
      <w:r>
        <w:t>अब मुझे पता नहीं आप लोगों ने मेरा repetition है जो भी कुछ है मैं आपसे अपनी learning share कर रही हूं. तो मौलाना साहब ने अपने इस article खुदा और इंसान में यह समझाया है कि इस्लाम ऐसे इंसान बनाना चाहता है जो मामलात को सिर्फ़ एक आदमी और दूसरे आदमी का मामला ना समझें.</w:t>
      </w:r>
    </w:p>
    <w:p>
      <w:r>
        <w:rPr>
          <w:b/>
        </w:rPr>
        <w:t xml:space="preserve">[38:24] </w:t>
      </w:r>
      <w:r>
        <w:t>balki har insaan ka har maamla aisa samjhein jo ultimately Khuda ke saamne pesh hone wala hai. to yaani hum jo bhi kaam bhi hum karein, aakhirat ko sochkar karein, us kaam ki wajah se Allah hamein punish to nahi kar raha, yeh hum sochein, saza to nahi de raha, kya hamein uska inaam mil sakta hai? yeh sochkar hi hum kaam karein.</w:t>
      </w:r>
    </w:p>
    <w:p>
      <w:pPr>
        <w:jc w:val="right"/>
      </w:pPr>
      <w:r>
        <w:t>बल्कि हर इंसान का हर मामला ऐसा समझें जो ultimately खुदा के सामने पेश होने वाला है. तो यानी हम जो भी काम भी हम करें, आख़िरत को सोचकर करें, उस काम की वजह से अल्लाह हमें punish तो नहीं कर रहा, यह हम सोचें, सजा तो नहीं दे रहा, क्या हमें उसका इनाम मिल सकता है? यह सोचकर ही हम काम करें.</w:t>
      </w:r>
    </w:p>
    <w:p>
      <w:r>
        <w:rPr>
          <w:b/>
        </w:rPr>
        <w:t xml:space="preserve">[38:49] </w:t>
      </w:r>
      <w:r>
        <w:t>to agar hum apni zindagi ke har maamle ko Huda ki disbud se dekhein to hum bhi utne hi utne hi helpless hain jitna ki doosra aadmi hai aur yeh samajhne ke liye Maulana ne Abu Masood ka waqya jo bataya hai woh sab jaante hain ki kisi wajah se apne ghulam se yeh inko darne se peet rahe the.</w:t>
      </w:r>
    </w:p>
    <w:p>
      <w:pPr>
        <w:jc w:val="right"/>
      </w:pPr>
      <w:r>
        <w:t>तो अगर हम अपनी ज़िंदगी के हर मामले को हुदा की disbud से देखें तो हम भी उतने ही उतने ही helpless हैं जितना कि दूसरा आदमी है और यह समझने के लिए मौलाना ने अबू मसूद का वाक्या जो बताया है वह सब जानते हैं कि किसी वजह से अपने गुलाम से यह इनको डरने से पीट रहे थे.</w:t>
      </w:r>
    </w:p>
    <w:p>
      <w:r>
        <w:rPr>
          <w:b/>
        </w:rPr>
        <w:t xml:space="preserve">[39:17] </w:t>
      </w:r>
      <w:r>
        <w:t>to jab Huzoor Salla Allahu Alaihi Wasallam ne unhein yeh karte dekha to use kaha ki ae woh Masood Allah tum par zyada kaabu rakhta hai. jitna tum is ghulam par rakhte ho to unke haath se woh danda chhootkar gir gaya aur unhone golam ko baad mein aazaad bhi kar diya. to hamare liye is waqai mein bahut bada sabak hai.</w:t>
      </w:r>
    </w:p>
    <w:p>
      <w:pPr>
        <w:jc w:val="right"/>
      </w:pPr>
      <w:r>
        <w:t>तो जब हुजूर सलमलाल अल्लाहब सलमल ने उन्हें यह करते देखा तो उसे कहा कि ऐ वह मसूद अल्लाह तुम पर ज़्यादा काबू रखता है. जितना तुम इस गुलाम पर रखते हो तो उनके हाथ से वह डंडा छूटकर गिर गया और उन्होंने गोलाम को बाद में आज़ाद भी कर दिया. तो हमारे लिए इस वाकई में बहुत बड़ा सबक है.</w:t>
      </w:r>
    </w:p>
    <w:p>
      <w:r>
        <w:rPr>
          <w:b/>
        </w:rPr>
        <w:t xml:space="preserve">[39:42] </w:t>
      </w:r>
      <w:r>
        <w:t>saari society ki jo kharabiyan hain woh tab shuru hoti hain jab ek insaan apne ko doosron doosre se doosre ke muqable mein bahut bada samajhta hai, ooncha samajhta hai, bahut daulat man samajhta hai, bade ohde wala vagairah samajhta hai to doosre ko aur doosre ko bahut kamtar samajhta hai. tabhi yeh saari problems jo hain woh society mein aati hain.</w:t>
      </w:r>
    </w:p>
    <w:p>
      <w:pPr>
        <w:jc w:val="right"/>
      </w:pPr>
      <w:r>
        <w:t>सारी society की जो ख़राबियां हैं वह तब शुरू होती हैं जब एक इंसान अपने को दूसरों दूसरे से दूसरे के मुकाबले में बहुत बड़ा समझता है, ऊंचा समझता है, बहुत दौलत मन समझता है, बड़े ओहदे वाला वगैरह समझता है तो दूसरे को और दूसरे को बहुत कमतर समझता है. तभी यह सारी problems जो हैं वह society में आती हैं.</w:t>
      </w:r>
    </w:p>
    <w:p>
      <w:r>
        <w:rPr>
          <w:b/>
        </w:rPr>
        <w:t xml:space="preserve">[40:07] </w:t>
      </w:r>
      <w:r>
        <w:t>lekin agar hum apne ko khuda ke samne dekhein khuda ke samne dekhein to sara ghamand hamara aur</w:t>
      </w:r>
    </w:p>
    <w:p>
      <w:pPr>
        <w:jc w:val="right"/>
      </w:pPr>
      <w:r>
        <w:t>लेकिन अगर हम अपने को खुदा के सामने देखें खुदा के सामने देखें तो सारा घमंड हमारा और</w:t>
      </w:r>
    </w:p>
    <w:p>
      <w:r>
        <w:rPr>
          <w:b/>
        </w:rPr>
        <w:t xml:space="preserve">[40:14] </w:t>
      </w:r>
      <w:r>
        <w:t>sara bara parn aur hasad aur din saafi sab khatam ho jayegi aur khuda ki yaad us se mohabbat</w:t>
      </w:r>
    </w:p>
    <w:p>
      <w:pPr>
        <w:jc w:val="right"/>
      </w:pPr>
      <w:r>
        <w:t>सारा बड़ा पर्ण और हसद और दिन साफी सब खत्म हो जाएगी और खुदा की याद उससे मोहब्बत</w:t>
      </w:r>
    </w:p>
    <w:p>
      <w:r>
        <w:rPr>
          <w:b/>
        </w:rPr>
        <w:t xml:space="preserve">[40:21] </w:t>
      </w:r>
      <w:r>
        <w:t>aur us se dar aur sahi ibadat ke saath saath hum bandon ke haqoon bhi samjhenge aur yeh jo</w:t>
      </w:r>
    </w:p>
    <w:p>
      <w:pPr>
        <w:jc w:val="right"/>
      </w:pPr>
      <w:r>
        <w:t>और उससे डर और सही इबादत के साथ साथ हम बंदों के हक्कों भी समझेंगे और यह जो</w:t>
      </w:r>
    </w:p>
    <w:p>
      <w:r>
        <w:rPr>
          <w:b/>
        </w:rPr>
        <w:t xml:space="preserve">[40:28] </w:t>
      </w:r>
      <w:r>
        <w:t>hajj karna hai aur jamaat se namaz padhna hai humein yeh sikhata hai ke Allah ke samne chota,</w:t>
      </w:r>
    </w:p>
    <w:p>
      <w:pPr>
        <w:jc w:val="right"/>
      </w:pPr>
      <w:r>
        <w:t>हज करना है और जमात से नमाज़ पढ़ना है हमें यह सिखाता है कि अल्लाह के सामने छोटा,</w:t>
      </w:r>
    </w:p>
    <w:p>
      <w:r>
        <w:rPr>
          <w:b/>
        </w:rPr>
        <w:t xml:space="preserve">[40:35] </w:t>
      </w:r>
      <w:r>
        <w:t>bara ameer, gareeb, bare aur chote ehsaas wale badshah aur aam aadmi mein koi farq nahi hai</w:t>
      </w:r>
    </w:p>
    <w:p>
      <w:pPr>
        <w:jc w:val="right"/>
      </w:pPr>
      <w:r>
        <w:t>बड़ा अमीर, गरीब, बड़े और छोटे एहत कोहदे वाले बादशाह और आम आदमी में कोई फ़र्क़ नहीं है</w:t>
      </w:r>
    </w:p>
    <w:p>
      <w:r>
        <w:rPr>
          <w:b/>
        </w:rPr>
        <w:t xml:space="preserve">[40:42] </w:t>
      </w:r>
      <w:r>
        <w:t>Allah ke samne.</w:t>
      </w:r>
    </w:p>
    <w:p>
      <w:pPr>
        <w:jc w:val="right"/>
      </w:pPr>
      <w:r>
        <w:t>अल्लाह के सामने.</w:t>
      </w:r>
    </w:p>
    <w:p>
      <w:r>
        <w:rPr>
          <w:b/>
        </w:rPr>
        <w:t xml:space="preserve">[40:49] </w:t>
      </w:r>
      <w:r>
        <w:t>sab ek saath khade hokar uske saamne uske saamne jhukte hain. to aur Quran mein baar baar amal saaleh ka hukm diya gaya hai ki amal saaleh karo. na saaleh ka matlab hai durust aur theek ya nek. to amal saaleh ka taalluq sirf ibadat se nahi hai balki insaan ki zindagi ke tamam maamla se hai ghar se lekar bahar tak.</w:t>
      </w:r>
    </w:p>
    <w:p>
      <w:pPr>
        <w:jc w:val="right"/>
      </w:pPr>
      <w:r>
        <w:t>सब एक साथ खड़े होकर उसके सामने उसके सामने झुकते हैं. तो और कुरान में बार बार अमल स्वाले का हुक्म दिया गया है कि अमल स्वाले करो. ना स्वाले का मतलब है दुरुस्त और ठीक या नेक. तो अमल स्वाले का ताल्लुक सिर्फ़ इबादत से नहीं है बल्कि इंसान की ज़िंदगी के तमाम मामला से है घर से लेकर बाहर तक.</w:t>
      </w:r>
    </w:p>
    <w:p>
      <w:r>
        <w:rPr>
          <w:b/>
        </w:rPr>
        <w:t xml:space="preserve">[41:18] </w:t>
      </w:r>
      <w:r>
        <w:t>maslan sach saaleh amal hai aur jhoot ghair saaleh amal. isi tarah se insaaf aur bein saafi, mohabbat aur nafrat, amanatdari, khayanatdari vagairah vagairah yeh saari cheezein to Islam hamein sab achhi baatein batata hai.</w:t>
      </w:r>
    </w:p>
    <w:p>
      <w:pPr>
        <w:jc w:val="right"/>
      </w:pPr>
      <w:r>
        <w:t>मसलन सच स्वाले अमल है और झूठ गैर स्वाले अमल. इसी तरह से इंसाफ और बेन साफ़ी, मोहब्बत और नफरत, अमानतदारी, खयानतदारी वगैरह वगैरह यह सारी चीज़ें तो इस्लाम हमें सब अच्छी बातें बताता है.</w:t>
      </w:r>
    </w:p>
    <w:p>
      <w:r>
        <w:rPr>
          <w:b/>
        </w:rPr>
        <w:t xml:space="preserve">[41:38] </w:t>
      </w:r>
      <w:r>
        <w:t>to allah se hamari dua hai ki hum jo bhi kaam karen aakhirat aur khuda ko sochkar karen aur doosron ke liye aisa hi sochen jaisa hum apne liye sochte hain. I mean, to islam histe sulook ko, histe sulook ko bahut importance deta hai. To yahi meri learning hai ki hum doosron se histe sulook karen.</w:t>
      </w:r>
    </w:p>
    <w:p>
      <w:pPr>
        <w:jc w:val="right"/>
      </w:pPr>
      <w:r>
        <w:t>तो अल्लाह से हमारी दुआ है कि हम जो भी काम करें आख़िरत और खुदा को सोचकर करें और दूसरों के लिए ऐसा ही सोचें जैसा हम अपने लिए सोचते हैं. I mean, तो इस्लाम हिस्ते सुलूक को, हिस्ते सुलूक को बहुत importance देता है. तो यही मेरी learning है कि हम दूसरों से हिस्ते सुलूक करें.</w:t>
      </w:r>
    </w:p>
    <w:p>
      <w:r>
        <w:rPr>
          <w:b/>
        </w:rPr>
        <w:t xml:space="preserve">[42:03] </w:t>
      </w:r>
      <w:r>
        <w:t>bahut achha bataya aaj main apna apne yahan se aur yeh jo aapne ek baat ek point bataya tha na ki hum har maamle mein jab dekhenge to har insaan equal hai allah ke saamne. bilkul. yeh kyon hum har har jagah har koi allah ke saamne jab khada hai to woh allah ka banda hai. woh aakhirat mein allah ke saamne ek haazid deni hai. yeh soch rahe woh bhi maamla hai.</w:t>
      </w:r>
    </w:p>
    <w:p>
      <w:pPr>
        <w:jc w:val="right"/>
      </w:pPr>
      <w:r>
        <w:t>बहुत अच्छा बताया आज मैं अपना अपने यहां से और यह जो आपने एक बात एक point बताया था ना कि हम हर मामले में जब देखेंगे तो हर इंसान equal है अल्लाह के सामने. बिल्कुल. यह क्यों हम हर हर जगह हर कोई अल्लाह के सामने जब खड़ा है तो वह अल्लाह का बंदा है. वह आख़िरत में अल्लाह के सामने एक हाज़िद देनी है. यह सोच रहे वह भी मामला है.</w:t>
      </w:r>
    </w:p>
    <w:p>
      <w:r>
        <w:rPr>
          <w:b/>
        </w:rPr>
        <w:t xml:space="preserve">[42:28] </w:t>
      </w:r>
      <w:r>
        <w:t>haan bilkul molana sahab ki ek line yaad aa rahi hai mujhe abhi mujhe mil gayi matlab ki aadmi ne apni daud dho ko sirf duniya mein lagaya hua hai. uska aakhir mein yahi haal hoga ki wahan woh bilkul muflis bankar khada hoga. bilkul bilkul. wahan uski haisiyat sirf ek loote phute insaan ki hogi. manzar. allah bachaye use alla. yeh manzar aadmi ke liye nakabile bardash had tak sakht hoga.</w:t>
      </w:r>
    </w:p>
    <w:p>
      <w:pPr>
        <w:jc w:val="right"/>
      </w:pPr>
      <w:r>
        <w:t>हां बिल्कुल मोलाना साहब की एक line याद आ रही है मुझे अभी मुझे मिल गई मतलब कि आदमी ने अपनी दौड़ धो को सिर्फ दुनिया में लगाया हुआ है. उसका आखिर में यही हाल होगा कि वहां वह बिल्कुल मुफलिस बनकर खड़ा होगा. बिल्कुल बिल्कुल. वहां उसकी हैसियत सिर्फ एक लूटे फूटे इंसान की होगी. मंज़र. अल्लाह बचाएं उसे अल्ला. यह मंज़र आदमी के लिए नाकाबिले बर्दाश हद तक सख़्त होगा.</w:t>
      </w:r>
    </w:p>
    <w:p>
      <w:r>
        <w:rPr>
          <w:b/>
        </w:rPr>
        <w:t xml:space="preserve">[42:58] </w:t>
      </w:r>
      <w:r>
        <w:t>kaamyabiyon par fark karne wale nakami ke gadhe mein gire hue honge. is cheez se nawazen. haan main, haan.</w:t>
      </w:r>
    </w:p>
    <w:p>
      <w:pPr>
        <w:jc w:val="right"/>
      </w:pPr>
      <w:r>
        <w:t>कामयाबियों पर फ़र्क करने वाले नाकामी के गढ़े में गिरे हुए होंगे. इस चीज़ से नवाज़ें. हां मैं, हां.</w:t>
      </w:r>
    </w:p>
    <w:p>
      <w:r>
        <w:rPr>
          <w:b/>
        </w:rPr>
        <w:t xml:space="preserve">[43:23] </w:t>
      </w:r>
      <w:r>
        <w:t>abba mere khayal se hum log isse pyari dua aur kya hogi? aap isko conclude kar dijiye mere. theek hai to subhina. Chapter 15 ki verse 26 aur humne insaan ko sane hue gaale ki khankhnati matti se paida kiya hai aur usse pehle jinnho ko humne aag ki lapeat se lapeat se paida kiya hai.</w:t>
      </w:r>
    </w:p>
    <w:p>
      <w:pPr>
        <w:jc w:val="right"/>
      </w:pPr>
      <w:r>
        <w:t>अब्बा मेरे ख्याल से हम लोग इससे प्यारी दुआ और क्या होगी? आप इसको conclude कर दीजिए मेरे. ठीक है तो सुभीना. Chapter 15 की verse 26 और हमने इंसान को सने हुए गाले की खनखनाती मट्टी से पैदा किया है और उससे पहले जिन्हों को हमने आग की लपट से लपट से पैदा किया है.</w:t>
      </w:r>
    </w:p>
    <w:p>
      <w:r>
        <w:rPr>
          <w:b/>
        </w:rPr>
        <w:t xml:space="preserve">[43:51] </w:t>
      </w:r>
      <w:r>
        <w:t>to isko malana sahab ne interpret kara ki hamara jis do cheezon ka combination hai, ek jis doosra rooh yani body aur soul, jisme paani aur matti se bana hai yani jis getwaar se insaan lifeless aur unaware wajood ka naam hai behayat aur beshool wajood ka naam hai.</w:t>
      </w:r>
    </w:p>
    <w:p>
      <w:pPr>
        <w:jc w:val="right"/>
      </w:pPr>
      <w:r>
        <w:t>तो इसको मलाना साहब ने interpret करा कि हमारा जिस दो चीज़ों का combination है, एक जिस दूसरा रूह यानी body और soul, जिसमें पानी और मिट्टी से बना है यानी जिस गेतवार से इंसान lifeless और unaware वजूद का नाम है बेहात और बेशहूल वजूद का नाम है.</w:t>
      </w:r>
    </w:p>
    <w:p>
      <w:r>
        <w:rPr>
          <w:b/>
        </w:rPr>
        <w:t xml:space="preserve">[44:14] </w:t>
      </w:r>
      <w:r>
        <w:t>magar jab khuda uske andar apne paas se rooh daal deta hai to achaanak uske paas woh capacities aa jaati hain jo poori universe mein kisi doosri makhlook ko haasil nahi. yahan doosri makhlook yani ki jin ko aag se paida kiya hai woh hai jin ko jinn kehte hain aur jinn insaan ke dushman hain.</w:t>
      </w:r>
    </w:p>
    <w:p>
      <w:pPr>
        <w:jc w:val="right"/>
      </w:pPr>
      <w:r>
        <w:t>मगर जब खुदा उसके अंदर अपने पास से रूह डाल देता है तो अचानक उसके पास वह capacities आ जाती हैं जो पूरी universe में किसी दूसरी मखलोक को हासिल नहीं. यहां दूसरी मखलोक यानी कि जिनको आग से पैदा किया है वह है जिनको जिन कहते हैं और जिन इंसान के दुश्मन हैं.</w:t>
      </w:r>
    </w:p>
    <w:p>
      <w:r>
        <w:rPr>
          <w:b/>
        </w:rPr>
        <w:t xml:space="preserve">[44:38] </w:t>
      </w:r>
      <w:r>
        <w:t>jinn aag ke sholon se banaye gaye hain yani ki woh apni paidaish ke twaar se aag wale creatures hain. to molana kehte hain ki jis tarah matti wali yeh wali line mujhe bahut zyada nattil ko chhooti hai ki jis tarah matti wali zameen apne aap ko aag wale suraj se door rakhti hai taaki woh jal na jaaye.</w:t>
      </w:r>
    </w:p>
    <w:p>
      <w:pPr>
        <w:jc w:val="right"/>
      </w:pPr>
      <w:r>
        <w:t>जिन आग के शोलों से बनाए गए हैं यानी कि वह अपनी पैदाइश के त्वार से आग वाले creatures हैं. तो मोलाना कहते हैं कि जिस तरह मट्टी वाली यह वाली line मुझे बहुत ज़्यादा नत्तिल को छूती है कि जिस तरह मट्टी वाली ज़मीन अपने आप को आग वाले सूरज से दूर रखती है ताकि वह जल ना जाए.</w:t>
      </w:r>
    </w:p>
    <w:p>
      <w:r>
        <w:rPr>
          <w:b/>
        </w:rPr>
        <w:t xml:space="preserve">[45:02] </w:t>
      </w:r>
      <w:r>
        <w:t>usi tarah insaan ko chahiye ki woh apne aap ko jinnho se bachaye warna woh usko ikhlaqi aur deeni e twaar se jala dalenge. to inhi shaitan humein shaitan se humein apne aap ko itna door rakhna chahiye to uska akhlaq bhi khatam ho jayega, uska deen bhi khatam ho jayega.</w:t>
      </w:r>
    </w:p>
    <w:p>
      <w:pPr>
        <w:jc w:val="right"/>
      </w:pPr>
      <w:r>
        <w:t>उसी तरह इंसान को चाहिए कि वह अपने आप को जिन्हों से बचाए वरना वह उसको इखलाक़ी और दीनी ए तवार से जला डालेंगे. तो इन्हीं शैतान हमें शैतान से हमें अपने आप को इतना दूर रखना चाहिए तो उसका अखलाख भी खत्म हो जाएगा, उसका दीन भी खत्म हो जाएगा.</w:t>
      </w:r>
    </w:p>
    <w:p>
      <w:r>
        <w:rPr>
          <w:b/>
        </w:rPr>
        <w:t xml:space="preserve">[45:23] </w:t>
      </w:r>
      <w:r>
        <w:t>to anutala se dua hai ki hum sab apne ko shaitan ke dhoke se bacha saken aur apne shor ko zinda rakh saken taaki hum sirf khuda khuda se koi apna apna bujood de saken aur sirf khuda ke liye zindagi guzaar saken. ameer. ameer. kisaakar laya tha?</w:t>
      </w:r>
    </w:p>
    <w:p>
      <w:pPr>
        <w:jc w:val="right"/>
      </w:pPr>
      <w:r>
        <w:t>तो अनुताला से दुआ है कि हम सब अपने को शैतान के धोखे से बचा सकें और अपने शोर को ज़िंदा रख सकें ताकि हम सिर्फ खुदा खुदा से कोई अपना अपना बुजूद दे सकें और सिर्फ खुदा के लिए ज़िंदगी गुज़ार सकें. अमीर. अमीर. किसाकर लाया था?</w:t>
      </w:r>
    </w:p>
    <w:p>
      <w:r>
        <w:rPr>
          <w:b/>
        </w:rPr>
        <w:t xml:space="preserve">[45:50] </w:t>
      </w:r>
      <w:r>
        <w:t>aaj ke is program se hum logon ke behan inshallah raha aakrit oriented soch ki taraf chalenge aur hum apni zindagi mein accountability ke hisaas ho aur badhayenge. jaisa jaisa jaisa jaisa jaisa hai.</w:t>
      </w:r>
    </w:p>
    <w:p>
      <w:pPr>
        <w:jc w:val="right"/>
      </w:pPr>
      <w:r>
        <w:t>आज के इस program से हम लोगों के बहन इंशाल रहा आकृत oriented सोच की तरफ चलेंगे और हम अपनी ज़िंदगियों में accountability के हिसास हो और बढ़ाएंगे. जैसा जैसा जैसा जैसा जैसा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