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17 February 5, 2023</w:t>
      </w:r>
    </w:p>
    <w:p>
      <w:r>
        <w:t>https://www.youtube.com/watch?v=YwT3btklNZk</w:t>
      </w:r>
    </w:p>
    <w:p>
      <w:r>
        <w:rPr>
          <w:b/>
        </w:rPr>
        <w:t xml:space="preserve">[00:06] </w:t>
      </w:r>
      <w:r>
        <w:t>jismillaah hai rahmani rahim. assalam o alaikum. malikum salam. aaj hum sab ek baar phir molana sahab ke bech bech keemti article se apni soch ko develop karenge. aaj kitaab taameer e hayat ka article hai sabr bahaduri hai.</w:t>
      </w:r>
    </w:p>
    <w:p>
      <w:pPr>
        <w:jc w:val="right"/>
      </w:pPr>
      <w:r>
        <w:t>जिस्मिल्लाह है रहमानी रही. अस्सलाम अलैकुम. मालिकुम सलाम. आज हम सब एक बार फिर मौलाना साहब के बेच बेच कीमती article से अपनी सोच को develop करेंगे. आज किताब तामीर ए हयात का article है सब्र बहादुरी है.</w:t>
      </w:r>
    </w:p>
    <w:p>
      <w:r>
        <w:rPr>
          <w:b/>
        </w:rPr>
        <w:t xml:space="preserve">[00:32] </w:t>
      </w:r>
      <w:r>
        <w:t>quran mein bahut jagah bahut dafa bataya gaya hai sabr ke bare mein. matlab insaan ke liye kitna zyada sabr karna is duniya mein zaroori hai. waisi tarah molana sahab ne bahut sare articles likhe sabr ke bare mein. molana sahab ne ke ek audio mein main sun rahi thi ki unhone kaha ki CPS ki philosophy yeh hai, philosophy yeh hai ki humein yahan haarna hai aur aakhirat mein jeetna hai.</w:t>
      </w:r>
    </w:p>
    <w:p>
      <w:pPr>
        <w:jc w:val="right"/>
      </w:pPr>
      <w:r>
        <w:t>कुरान में बहुत जगह बहुत दफा बताया गया है सब्र के बारे में. मतलब इंसान के लिए कितना ज़्यादा सब्र करना इस दुनिया में ज़रूरी है. वैसी तरह मोलाना साहब ने बहुत सारे articles लिखे सब्र के बारे में. मोलाना साहब ने के एक audio में मैं sun रही थी कि उन्होंने कहा कि CPS की philosophy यह है, philosophy यह है कि हमें यहां हारना है और आख़िरत में जीतना है.</w:t>
      </w:r>
    </w:p>
    <w:p>
      <w:r>
        <w:rPr>
          <w:b/>
        </w:rPr>
        <w:t xml:space="preserve">[01:02] </w:t>
      </w:r>
      <w:r>
        <w:t>to wahi wesh teen teen article hai marana sahab ke. aaj hum log jo discussion karenge apni galtiyon ko check karenge aur ek doosron se doosre se apni learning ko share karke kuch naye points pa sakenge inshallah nataala. to main doctor safeena ko invite karungi ki woh molana sahab ke article ko padhkar program ki shuruaat karen aur apni learning share karen.</w:t>
      </w:r>
    </w:p>
    <w:p>
      <w:pPr>
        <w:jc w:val="right"/>
      </w:pPr>
      <w:r>
        <w:t>तो वही वेश तीन तीन article है मराना साहब के. आज हम लोग जो discussion करेंगे अपनी गलतियों को check करेंगे और एक दूसरों से दूसरे से अपनी learning को share करके कुछ नए points पा सकेंगे इंशाल नाताला. तो मैं Doctor सफीना को invite करूंगी कि वह मोलाना साहब के article को पढ़कर program की शुरुआत करें और अपनी learning share करें.</w:t>
      </w:r>
    </w:p>
    <w:p>
      <w:r>
        <w:rPr>
          <w:b/>
        </w:rPr>
        <w:t xml:space="preserve">[01:32] </w:t>
      </w:r>
      <w:r>
        <w:t>to doctor safeena? assa ramesh ko. bismillah hai rahman e rahim sabr bahaduri hai. sabr bahaduri hai aur besabri buzdiili.</w:t>
      </w:r>
    </w:p>
    <w:p>
      <w:pPr>
        <w:jc w:val="right"/>
      </w:pPr>
      <w:r>
        <w:t>तो Doctor सफीना? अस्सा रामेश को. बिस्मिल्लाह है रहमान ए रहीम सब्र बहादुरी है. सब्र बहादुरी है और बेसबरी बुज़दिली.</w:t>
      </w:r>
    </w:p>
    <w:p>
      <w:r>
        <w:rPr>
          <w:b/>
        </w:rPr>
        <w:t xml:space="preserve">[01:45] </w:t>
      </w:r>
      <w:r>
        <w:t>jo log sabr karne par tayyar na hon, unhein aakhirkaar busdil bankar is duniya mein rehna padega aur busdili ka doosra naam munaafarat hai jisne zyada, jisse zyada buri akhlaqi sefat aur koi nahi. maujooda duniya mein khud fitre nizaam ke tehat baar baar aisa hota hai ki ek insaan ko doosre insaan se shikayat paida hoti hai.</w:t>
      </w:r>
    </w:p>
    <w:p>
      <w:pPr>
        <w:jc w:val="right"/>
      </w:pPr>
      <w:r>
        <w:t>जो लोग सब्र करने पर तैयार ना हों, उन्हें आखिरकार बुस्दिल बनकर इस दुनिया में रहना पड़ेगा और बुस्दिली का दूसरा नाम मुनाफ़रत है जिसने ज़्यादा, जिससे ज़्यादा बुरी अख़लाकी सेफत और कोई नहीं. मौजूदा दुनिया में खुद फितरे निज़ाम के तहत बार बार ऐसा होता है कि एक इंसान को दूसरे इंसान से शिकायत पैदा होती है.</w:t>
      </w:r>
    </w:p>
    <w:p>
      <w:r>
        <w:rPr>
          <w:b/>
        </w:rPr>
        <w:t xml:space="preserve">[02:14] </w:t>
      </w:r>
      <w:r>
        <w:t>ek insaan ko doosre insaan se koi zehni ya jismani takleef pahunchti hai. yeh ek laazmi soorathal hai. yeh maamla insani zindagi ke aakhaaz mein haabil aur kaabil ke takraav ki soorat mein paida hua.</w:t>
      </w:r>
    </w:p>
    <w:p>
      <w:pPr>
        <w:jc w:val="right"/>
      </w:pPr>
      <w:r>
        <w:t>एक इंसान को दूसरे इंसान से कोई ज़हनी या जिस्मानी तकलीफ पहुंचती है. यह एक लाज़मी सूरतेहाल है. यह मामला इंसानी ज़िंदगी के आख़ाज़ में हाबिल और काबिल के टकराव की सूरत में पैदा हुआ.</w:t>
      </w:r>
    </w:p>
    <w:p>
      <w:r>
        <w:rPr>
          <w:b/>
        </w:rPr>
        <w:t xml:space="preserve">[02:32] </w:t>
      </w:r>
      <w:r>
        <w:t>iske baad woh tareef ke har daur mein hatta ki paigambaron ke zamane mein bhi jaari raha aur isi tarah jaari rahega yahan tak ki qayamat aa jaaye aur khud is duniya ka hi, duniya hi ka khatma ho jaaye.</w:t>
      </w:r>
    </w:p>
    <w:p>
      <w:pPr>
        <w:jc w:val="right"/>
      </w:pPr>
      <w:r>
        <w:t>इसके बाद वह तारीफ़ के हर दौर में हत्ता की पैगंबरों के जमाने में भी जारी रहा और इसी तरह जारी रहेगा यहां तक कि क़यामत आ जाए और ख़ुद इस दुनिया का ही, दुनिया ही का ख़ात्मा हो जाए.</w:t>
      </w:r>
    </w:p>
    <w:p>
      <w:r>
        <w:rPr>
          <w:b/>
        </w:rPr>
        <w:t xml:space="preserve">[02:49] </w:t>
      </w:r>
      <w:r>
        <w:t>aisi halat mein kisi bhi insaan ke bas mein nahin ki vah apni pasand ke ayan mutabiq aisi</w:t>
      </w:r>
    </w:p>
    <w:p>
      <w:pPr>
        <w:jc w:val="right"/>
      </w:pPr>
      <w:r>
        <w:t>ऐसी हालत में किसी भी इंसान के बस में नहीं कि वह अपनी पसंद के अयन मुताबिक ऐसी</w:t>
      </w:r>
    </w:p>
    <w:p>
      <w:r>
        <w:rPr>
          <w:b/>
        </w:rPr>
        <w:t xml:space="preserve">[02:55] </w:t>
      </w:r>
      <w:r>
        <w:t>zindagi hasil karen jahan usko na kisi se shikayat ho aur na kisi se iktalav.</w:t>
      </w:r>
    </w:p>
    <w:p>
      <w:pPr>
        <w:jc w:val="right"/>
      </w:pPr>
      <w:r>
        <w:t>ज़िंदगी हासिल करें जहां उसको ना किसी से शिकायत हो और ना किसी से एकतलाव.</w:t>
      </w:r>
    </w:p>
    <w:p>
      <w:r>
        <w:rPr>
          <w:b/>
        </w:rPr>
        <w:t xml:space="preserve">[03:01] </w:t>
      </w:r>
      <w:r>
        <w:t>aisa intikhab maujooda duniya mein kisi ke liye mumkin hi nahin hua.</w:t>
      </w:r>
    </w:p>
    <w:p>
      <w:pPr>
        <w:jc w:val="right"/>
      </w:pPr>
      <w:r>
        <w:t>ऐसा इंतख़ाब मौजूदा दुनिया में किसी के लिए मुमकिन ही नहीं हुआ.</w:t>
      </w:r>
    </w:p>
    <w:p>
      <w:r>
        <w:rPr>
          <w:b/>
        </w:rPr>
        <w:t xml:space="preserve">[03:07] </w:t>
      </w:r>
      <w:r>
        <w:t>na saulheen ke liye aur na ghair saulheen ke liye.</w:t>
      </w:r>
    </w:p>
    <w:p>
      <w:pPr>
        <w:jc w:val="right"/>
      </w:pPr>
      <w:r>
        <w:t>ना सौलहीन के लिए और ना गैर सौलहीन के लिए.</w:t>
      </w:r>
    </w:p>
    <w:p>
      <w:r>
        <w:rPr>
          <w:b/>
        </w:rPr>
        <w:t xml:space="preserve">[03:13] </w:t>
      </w:r>
      <w:r>
        <w:t>maujooda duniya mein hakeke in taqakh sirf do ravish ke tarman hai.</w:t>
      </w:r>
    </w:p>
    <w:p>
      <w:pPr>
        <w:jc w:val="right"/>
      </w:pPr>
      <w:r>
        <w:t>मौजूदा दुनिया में हकेके इन तक़ाख़ सिर्फ़ दो रविश के तरम्यान है.</w:t>
      </w:r>
    </w:p>
    <w:p>
      <w:r>
        <w:rPr>
          <w:b/>
        </w:rPr>
        <w:t xml:space="preserve">[03:20] </w:t>
      </w:r>
      <w:r>
        <w:t>aap ya to ghar se bahar tak har ek se musalsar ladte rahen ya shikayat aur ektalaaf ko nazar taaz karte hue apni zindagi ki taameer karen. pehli ravish agar fool ke tarf mein uske kaanton se ulajhne ka naam hai, to uske muqable mein doosre ravish yeh hai ki kaante ko nazarandaaz karte hue uske fool ko le liya jaaye.</w:t>
      </w:r>
    </w:p>
    <w:p>
      <w:pPr>
        <w:jc w:val="right"/>
      </w:pPr>
      <w:r>
        <w:t>आप या तो घर से बाहर तक हर एक से मुसलसर लड़ते रहें या शिकायत और एक तलाफ़ को नज़र ताज़ करते हुए अपनी ज़िंदगी की तामीर करें. पहली रविश अगर फ़ूल के तरफ़ में उसके कांटों से उलझने का नाम है, तो उसके मुकाबले में दूसरे रविश यह है कि कांटे को नज़रअंदाज़ करते हुए उसके फ़ूल को ले लिया जाए.</w:t>
      </w:r>
    </w:p>
    <w:p>
      <w:r>
        <w:rPr>
          <w:b/>
        </w:rPr>
        <w:t xml:space="preserve">[03:47] </w:t>
      </w:r>
      <w:r>
        <w:t>magar pehli ravesh kisi ke liye bhi mustakil taur par mumkin nahi kyunki woh apni aur apne ghar ki tabaahi ke hum maane hain aur koi bhi itna nadan nahi ki woh mustakil taur par apne aap ko aur apne gharwalon ko tabaahi ke gadhe mein daalte.</w:t>
      </w:r>
    </w:p>
    <w:p>
      <w:pPr>
        <w:jc w:val="right"/>
      </w:pPr>
      <w:r>
        <w:t>मगर पहली रवेश किसी के लिए भी मुस्तक्ल तौर पर मुमकिन नहीं क्योंकि वह अपनी और अपने घर की तबाही के हम माने हैं और कोई भी इतना नादान नहीं कि वह मुस्तक्ल तौर पर अपने आप को और अपने घरवालों को तबाही के कढ़े में डालते.</w:t>
      </w:r>
    </w:p>
    <w:p>
      <w:r>
        <w:rPr>
          <w:b/>
        </w:rPr>
        <w:t xml:space="preserve">[04:08] </w:t>
      </w:r>
      <w:r>
        <w:t>isliye amalan yeh hota hai ki besabri ki ravish ikhtiyaar karne wale waqti taur par doosron se ladte hain aur aakhirkaar uska tabaah ko nateeja dekhkar khamoshi ikhtiyaar kar lete hain. magar aisi khamoshi ka matlab naafikt hota hai. maujooda duniya mein aapko baharaal swar karna hai.</w:t>
      </w:r>
    </w:p>
    <w:p>
      <w:pPr>
        <w:jc w:val="right"/>
      </w:pPr>
      <w:r>
        <w:t>इसलिए अमलन यह होता है कि बेसबरी की रविश इख्तयार करने वाले वक्ती तौर पर दूसरों से लड़ते हैं और आखिरकार उसका तबाह को नतीजा देखकर खामोशी इख्तैयार कर लेते हैं. मगर ऐसी खामोशी का मतलब नाफ़िक्त होता है. मौजूदा दुनिया में आपको बाहराल स्वर करना है.</w:t>
      </w:r>
    </w:p>
    <w:p>
      <w:r>
        <w:rPr>
          <w:b/>
        </w:rPr>
        <w:t xml:space="preserve">[04:33] </w:t>
      </w:r>
      <w:r>
        <w:t>agar aap usool ki buniyad par swar na karen to aapko mofaad ki buniyad par swar karna padega aur isi doosri ravish ka naam munaafikt hai. sabr ke bare mein islam mein bahut zyada highlight kiya gaya hai aur quran mein bahut si aayaton mein sabr ki importance batayi gayi, sabr ki naseehat di gayi.</w:t>
      </w:r>
    </w:p>
    <w:p>
      <w:pPr>
        <w:jc w:val="right"/>
      </w:pPr>
      <w:r>
        <w:t>अगर आप उसूल की बुनियाद पर स्वर न करें तो आपको मोफाद की बुनियाद पर स्वर करना पड़ेगा और इसी दूसरी रविश का नाम मुनाफ़िक्त है. सब्र के बारे में इस्लाम में बहुत ज़्यादा highlight किया गया है और कुरान में बहुत सी आयतों में सब्र की importance बताई गई, सब्र की नसीहत दी गई.</w:t>
      </w:r>
    </w:p>
    <w:p>
      <w:r>
        <w:rPr>
          <w:b/>
        </w:rPr>
        <w:t xml:space="preserve">[05:02] </w:t>
      </w:r>
      <w:r>
        <w:t>yahan tak ki uske liye beshab ajar ka wada kiya gaya. kisi aayat mein use jannat mein jaane ka rasta bhi bataya gaya. bahut si hadeesen bhi is hawale se hain jo sabr ki naseehat karti hain. ek hadees hai maslan ke sabr tamam achhe akhlaq ki jama hai. to agar koi insaan achhe akhlaq par hona chahta hai to usko sabir hona laazmi hai.</w:t>
      </w:r>
    </w:p>
    <w:p>
      <w:pPr>
        <w:jc w:val="right"/>
      </w:pPr>
      <w:r>
        <w:t>यहां तक कि उसके लिए बेहिसाब आज्र का वादा किया गया. किसी आयत में उसे जन्नत में जाने का रास्ता भी बताया गया. बहुत सी हदीसें भी इस हवाले से हैं जो सब्र की नसीहत करती हैं. एक हदीस है मसलन के सब्र तमाम अच्छे अख़लाक की जमा है. तो अगर कोई इंसान अच्छे अख़लाक पर होना चाहता है तो उसको साबिर होना लाज़मी है.</w:t>
      </w:r>
    </w:p>
    <w:p>
      <w:r>
        <w:rPr>
          <w:b/>
        </w:rPr>
        <w:t xml:space="preserve">[05:28] </w:t>
      </w:r>
      <w:r>
        <w:t>is article se yeh pata chala ki agar humne isko yani sabr ko as a principal apni life mein include kiya hai, usko taiyar kiya hai to, to to hum sab hum sabir kahlayenge. allah ki nazar mein hum uske moomin bande kahlayenge.</w:t>
      </w:r>
    </w:p>
    <w:p>
      <w:pPr>
        <w:jc w:val="right"/>
      </w:pPr>
      <w:r>
        <w:t>इस article से यह पता चला कि अगर हमने इसको यानी सब्र को as a principal अपनी life में include किया है, उसको तैयार किया है तो, तो तो हम सब हम साबिर कहलाएंगे. अल्लाह की नज़र में हम उसके मौमीन बंदे कहलाएंगे.</w:t>
      </w:r>
    </w:p>
    <w:p>
      <w:r>
        <w:rPr>
          <w:b/>
        </w:rPr>
        <w:t xml:space="preserve">[05:49] </w:t>
      </w:r>
      <w:r>
        <w:t>nahi to zindagi ke jo khudai qanoon ke tehat jo zindagi hai us mein hamein apni interest ki khatir sabr ko shamil karna hi padega aur tab hum sabr ko shamil karenge to hogi. Kyunki is duniya mein hum apni marzi se nahi reh sakte aur hamein doosron ki marzi ka bhi lihaz rakhna padega. We cannot afford to live with negative attitude.</w:t>
      </w:r>
    </w:p>
    <w:p>
      <w:pPr>
        <w:jc w:val="right"/>
      </w:pPr>
      <w:r>
        <w:t>नहीं तो ज़िंदगी के जो खुदाई कानून के तहत जो ज़िंदगी है उसमें हमें अपनी interest की खातिर सब्र को शामिल करना ही पड़ेगा और तब हम सब्र को शामिल करेंगे तो होगी. क्योंकि इस दुनिया में हम अपनी मर्ज़ी से नहीं रह सकते और हमें दूसरों की मर्ज़ी का भी लिहाज रखना पड़ेगा. We cannot afford to live with negative attitude.</w:t>
      </w:r>
    </w:p>
    <w:p>
      <w:r>
        <w:rPr>
          <w:b/>
        </w:rPr>
        <w:t xml:space="preserve">[06:17] </w:t>
      </w:r>
      <w:r>
        <w:t>Sabr hamein positive attitude deta hai ki hum problems ko aur pareshaniyon ko ignore karte hue aage badhein lekin iske bar'aks intolerance jo hai woh hamein negative attitude deta hai aur uske sath hum zindagi guzarna afford nahi kar sakte. Kyunki woh hamari tabahi hogi. Self killing aur suicide tak woh cheez pahunch jati hai agar koi insan is attitude ke sath apni zindagi guzarta hai.</w:t>
      </w:r>
    </w:p>
    <w:p>
      <w:pPr>
        <w:jc w:val="right"/>
      </w:pPr>
      <w:r>
        <w:t>सब्र हमें positive attitude देता है कि हम problems को और परेशानियों को ignore करते हुए आगे बढ़ें लेकिन इसके बरक़्त intolerance जो है वह हमें negative attitude देता है और उसके साथ हम ज़िंदगी गुज़ारना afford नहीं कर सकते. क्योंकि वह हमारी तबाही होगी. Self killing और suicide तक वह चीज़ पहुंच जाती है अगर कोई इंसान इस attitude के साथ अपनी ज़िंदगी गुज़ारता है.</w:t>
      </w:r>
    </w:p>
    <w:p>
      <w:r>
        <w:rPr>
          <w:b/>
        </w:rPr>
        <w:t xml:space="preserve">[06:44] </w:t>
      </w:r>
      <w:r>
        <w:t>To evil ko mitane ke liye hamein is duniya mein nahi bheja gaya hai. Hamara test yeh hai ki hum evil ko tolerate karke apna apni shakhsiyat ki taameer karein, apna taskiya karein, intellectual development karein aur isi sabr ke sath hi har tarah ki tarah bhi judi hui hai. Chahe woh maati tarah ki ho ya hamari rohani tarah ki. Sabr ke baghair na to duniya ki kamyabi mil sakti hai aur na hi akhirat ki.</w:t>
      </w:r>
    </w:p>
    <w:p>
      <w:pPr>
        <w:jc w:val="right"/>
      </w:pPr>
      <w:r>
        <w:t>तो evil को मिटाने के लिए हमें इस दुनिया में नहीं भेजा गया है. हमारा test यह है कि हम evil को tolerate करके अपना अपनी शख्सियत की तामीर करें, अपना तस्किया करें, intellectual development करें और इसी सब्र के साथ ही हर तरह की तरफ़ भी जुड़ी हुई है. चाहे वह माती तरफ़ की हो या हमारी रोहानी तरफ़ की. सब्र के बगैर ना तो दुनिया की कामयाबी मिल सकती है और ना ही आख़िरत की.</w:t>
      </w:r>
    </w:p>
    <w:p>
      <w:r>
        <w:rPr>
          <w:b/>
        </w:rPr>
        <w:t xml:space="preserve">[07:12] </w:t>
      </w:r>
      <w:r>
        <w:t>To yeh ek wahid hal hai is zindagi mein kamyabi ka aur is article se yeh baat mujhe bahut zyada wazir hui hai. Main chahungi ki aur log bhi iske upar apni learnings ko discuss karein. Achha kar lo doctor Safeena.</w:t>
      </w:r>
    </w:p>
    <w:p>
      <w:pPr>
        <w:jc w:val="right"/>
      </w:pPr>
      <w:r>
        <w:t>तो यह एक वाहिद हल है इस ज़िंदगी में कामयाबी का और इस article से यह बात मुझे बहुत ज़्यादा वाज़िर हुई है. मैं चाहूंगी कि और लोग भी इसके ऊपर अपनी learnings को discuss करें. अच्छा कर लो doctor सफ़ीना.</w:t>
      </w:r>
    </w:p>
    <w:p>
      <w:r>
        <w:rPr>
          <w:b/>
        </w:rPr>
        <w:t xml:space="preserve">[07:40] </w:t>
      </w:r>
      <w:r>
        <w:t>Bahut achhe se aapne sare points bataye aur Maulana sahib ne bhi iske bare mein bahut zyada likha hai ki insan do cheez ke cheezon ke beach mein jeeta hai. Ek taraf Khuda hai aur doosri taraf insan. To yeh bahut hi jo sab agar hum nahi karenge to hamein jaise ki Maulana sahib ne kaha ki munafiqat hogi.</w:t>
      </w:r>
    </w:p>
    <w:p>
      <w:pPr>
        <w:jc w:val="right"/>
      </w:pPr>
      <w:r>
        <w:t>बहुत अच्छे से आपने सारे points बताए और मोलाना साहब ने भी इसके बारे में बहुत ज़्यादा लिखा है कि इंसान दो चीज़ के चीज़ों के beach में जीता है. एक तरफ खुदा है और दूसरी तरफ इंसान. तो यह बहुत ही जो सब अगर हम नहीं करेंगे तो हमें जैसे कि मोलाना साहब ने कहा कि मनाफिकत होगी.</w:t>
      </w:r>
    </w:p>
    <w:p>
      <w:r>
        <w:rPr>
          <w:b/>
        </w:rPr>
        <w:t xml:space="preserve">[08:06] </w:t>
      </w:r>
      <w:r>
        <w:t>To yeh bahut dara dene wali line thi jo mujhe bhi bahut zyada strike kari hai ki agar hamein sab nahi kiya to hamein protect kahlayenge. To hamein bahut zyada samajhkar is duniya mein zindagi ka safar tay karna hai. Sarv ka safar hona chahiye hamara, haq ka safar hona chahiye jo sirf Khuda ke liye ho.</w:t>
      </w:r>
    </w:p>
    <w:p>
      <w:pPr>
        <w:jc w:val="right"/>
      </w:pPr>
      <w:r>
        <w:t>तो यह बहुत डरा देने वाली line थी जो मुझे भी बहुत ज़्यादा strike करी है कि अगर हमें सब नहीं किया तो हमें protect कहलाएंगे. तो हमें बहुत ज़्यादा समझकर इस दुनिया में ज़िंदगी का सफर तय करना है. सर्व का सफर होना चाहिए हमारा, हक का सफर होना चाहिए जो सिर्फ होदा के लिए हो.</w:t>
      </w:r>
    </w:p>
    <w:p>
      <w:r>
        <w:rPr>
          <w:b/>
        </w:rPr>
        <w:t xml:space="preserve">[08:30] </w:t>
      </w:r>
      <w:r>
        <w:t>Agar main khud ki badai mein jiyungi is apni izzat ya apne faayde ke ghar ki wajah se sabr kiya to yeh munafiqat hogi. To main Najma aapse kahungi ki woh apni learning share karein. Jazakallah. Bismillah Rehman Rahim.</w:t>
      </w:r>
    </w:p>
    <w:p>
      <w:pPr>
        <w:jc w:val="right"/>
      </w:pPr>
      <w:r>
        <w:t>अगर मैं खुद की बड़ाई में जीऊंगी इस अपनी इज्जत या अपने फ़ायदे के घर की वजह से सब्र किया तो यह मुनाफीकत होगी. तो मैं नजमा आपसे कहूंगी कि वह अपनी learning share करें. जाकर्लाह. बिस्मिल्लाह रहमान ए रहीम.</w:t>
      </w:r>
    </w:p>
    <w:p>
      <w:r>
        <w:rPr>
          <w:b/>
        </w:rPr>
        <w:t xml:space="preserve">[08:53] </w:t>
      </w:r>
      <w:r>
        <w:t>Aaj ka topic bahut hi achha topic hai aur yaani sabr bahaduri hai. To Maulana sahib ne apne is article mein samjhaya hai ki sabr karna kyon bahaduri hai? Aur besabri kyon muzdali hai?</w:t>
      </w:r>
    </w:p>
    <w:p>
      <w:pPr>
        <w:jc w:val="right"/>
      </w:pPr>
      <w:r>
        <w:t>आज का topic बहुत ही अच्छा topic है और यानी सबर बहादुरी है. तो मौलाना साहब ने अपने इस article में समझाया है कि सबर करना क्यों बहादुरी है? और बेसब्री क्यों मुज़दली है?</w:t>
      </w:r>
    </w:p>
    <w:p>
      <w:r>
        <w:rPr>
          <w:b/>
        </w:rPr>
        <w:t xml:space="preserve">[09:13] </w:t>
      </w:r>
      <w:r>
        <w:t>To hum yeh sab hum sab yeh jante hain ki Allah taala ne sirf insan ko is duniya mein yeh freedom di hai ki woh jo chahe kare, uske sath sath insan ko aql bhi di hai aur Quran ke through hamein guidance bhi di hai ki hamare liye kya sahi hai aur kya galat hai?</w:t>
      </w:r>
    </w:p>
    <w:p>
      <w:pPr>
        <w:jc w:val="right"/>
      </w:pPr>
      <w:r>
        <w:t>तो हम यह सब हम सब यह जानते हैं कि अल्लाह ताला ने सिर्फ़ इंसान को इस दुनिया में यह freedom दी है कि वह जो चाहे करे, उसके साथ साथ इंसान को अक्ल भी दी है और कुरान के through हमें guidance भी दी है कि हमारे लिए क्या सही है और क्या गलत है?</w:t>
      </w:r>
    </w:p>
    <w:p>
      <w:r>
        <w:rPr>
          <w:b/>
        </w:rPr>
        <w:t xml:space="preserve">[09:35] </w:t>
      </w:r>
      <w:r>
        <w:t>Hamein hum kya karne se akhirat mein hamein yeh naam milenge aur kya karne se hamein punishment milegi? To sabr jo hai sabr karne wale hadeese hain ki jannat mein jayenge aur hum yeh bhi jante hain ki bahut se log Allah ki jo diwi freedom hai use misuse karte hain.</w:t>
      </w:r>
    </w:p>
    <w:p>
      <w:pPr>
        <w:jc w:val="right"/>
      </w:pPr>
      <w:r>
        <w:t>हमें हम क्या करने से आख़िरत में हमें यह नाम मिलेंगे और क्या करने से हमें punishment मिलेगी? तो सब्र जो है सब्र करने वाले हदीसे हैं कि जन्नत में जाएंगे और हम यह भी जानते हैं कि बहुत से लोग अल्लाह की जो दीवी freedom है उसे misuse करते हैं.</w:t>
      </w:r>
    </w:p>
    <w:p>
      <w:r>
        <w:rPr>
          <w:b/>
        </w:rPr>
        <w:t xml:space="preserve">[10:00] </w:t>
      </w:r>
      <w:r>
        <w:t>To jiski wajah se doosre insanon ko shikayat paida hoti hai, unhein takleef hoti hai, unhein pareshani hoti hai, is wajah se unmein ikhtilaf paida ho jata hai.</w:t>
      </w:r>
    </w:p>
    <w:p>
      <w:pPr>
        <w:jc w:val="right"/>
      </w:pPr>
      <w:r>
        <w:t>तो जिसकी वजह से दूसरे इंसानों को शिकायत पैदा होती है, उन्हें तकलीफ होती है, उन्हें परेशानी होती है, इस वजह से उनमें इख़्तिलाफ पैदा हो जाता है.</w:t>
      </w:r>
    </w:p>
    <w:p>
      <w:r>
        <w:rPr>
          <w:b/>
        </w:rPr>
        <w:t xml:space="preserve">[10:13] </w:t>
      </w:r>
      <w:r>
        <w:t>To isi tarah ki shikayatein aur ikhtilaf sirf is zamane mein nahi hai balki hamesha hote rahe hain aur Maulana ke kehte hain ki history se hamein aagaze insan, insaniyat mein jo Habil aur Qabil ke takrav ka qissa maloom hai, woh woh tabhi bhi hua tha aur har zamane mein including profits time also.</w:t>
      </w:r>
    </w:p>
    <w:p>
      <w:pPr>
        <w:jc w:val="right"/>
      </w:pPr>
      <w:r>
        <w:t>तो इसी तरह की शिकायतें और इख़्तिलाफ सिर्फ़ इस जमाने में नहीं है बल्कि हमेशा होते रहे हैं और मालाना के कहते हैं कि history से हमें आगाज़े इंसान, इंसानियत में जो हाबिल और काबिल के टकराव का किस्सा मालूम है, वह वह तभी भी हुआ था और हर ज़माने में including profits time also.</w:t>
      </w:r>
    </w:p>
    <w:p>
      <w:r>
        <w:rPr>
          <w:b/>
        </w:rPr>
        <w:t xml:space="preserve">[10:41] </w:t>
      </w:r>
      <w:r>
        <w:t>Usi tarah ke takrav aur shikayatein rahin aur yeh shikayatein qayamat tak rahengi kyunki jo hamein freedom hai aur uska misuse hai. To isse hamein pata chalta hai ki hamare haath mein yeh nahi hai ki hum jaisa jee chahein zindagi guzarein.</w:t>
      </w:r>
    </w:p>
    <w:p>
      <w:pPr>
        <w:jc w:val="right"/>
      </w:pPr>
      <w:r>
        <w:t>उसी तरह के टकराव और शिकायतें रहीं और यह शिकायतें अयामत तक रहेंगी क्योंकि जो हमें freedom है और उसका misuse है. तो इससे हमें पता चलता है कि हमारे हाथ में यह नहीं है कि हम जैसा जी चाहें ज़िंदगी गुज़ारें.</w:t>
      </w:r>
    </w:p>
    <w:p>
      <w:r>
        <w:rPr>
          <w:b/>
        </w:rPr>
        <w:t xml:space="preserve">[11:00] </w:t>
      </w:r>
      <w:r>
        <w:t>Hum to yeh chahenge ki hum ideal zindagi guzarein lekin yeh possible hi nahi hai aur koi hamein yeh mauka na de ki hamein usse koi shikayat ya pareshani ho to pareshani to hamesha rahengi. Yeh hamein samajhna hai. Maulana ne is baat ko bahut achhi tarah samjhaya aur Quran mein jagah jagah hamein sabr ki tanqeed di gayi hai.</w:t>
      </w:r>
    </w:p>
    <w:p>
      <w:pPr>
        <w:jc w:val="right"/>
      </w:pPr>
      <w:r>
        <w:t>हम तो यह चाहेंगे कि हम ideal ज़िंदगी गुज़ारें लेकिन यह possible ही नहीं है और कोई हमें यह मौका ना दे कि हमें उससे कोई शिकायत या परेशानी हो तो परेशानी तो हमेशा रहेंगी. यह हमें समझना है. मौलाना ने इस बात को बहुत अच्छी तरह समझाया और कुरान में जगह जगह हमें सब्र की तनक़ीद दी गई है.</w:t>
      </w:r>
    </w:p>
    <w:p>
      <w:r>
        <w:rPr>
          <w:b/>
        </w:rPr>
        <w:t xml:space="preserve">[11:24] </w:t>
      </w:r>
      <w:r>
        <w:t>isliye maulana ne yahan explain kiya hai ki agar hamein kisi se khilaf hai to ek tareeqa to</w:t>
      </w:r>
    </w:p>
    <w:p>
      <w:pPr>
        <w:jc w:val="right"/>
      </w:pPr>
      <w:r>
        <w:t>इसलिए मौलाना ने यहां explain किया है कि अगर हमें किसी से खिलाफ़ है तो एक तरीक़ा तो</w:t>
      </w:r>
    </w:p>
    <w:p>
      <w:r>
        <w:rPr>
          <w:b/>
        </w:rPr>
        <w:t xml:space="preserve">[11:31] </w:t>
      </w:r>
      <w:r>
        <w:t>yeh hai ki hum besabri se fauran usse ladne lage kyunki ekdam insaan react karta hai aur lade</w:t>
      </w:r>
    </w:p>
    <w:p>
      <w:pPr>
        <w:jc w:val="right"/>
      </w:pPr>
      <w:r>
        <w:t>यह है कि हम बेसबरी से फ़ौरन उससे लड़ने लगे क्योंकि एकदम इंसान react करता है और लड़े</w:t>
      </w:r>
    </w:p>
    <w:p>
      <w:r>
        <w:rPr>
          <w:b/>
        </w:rPr>
        <w:t xml:space="preserve">[11:39] </w:t>
      </w:r>
      <w:r>
        <w:t>to yeh aur hamein zindagi mein yeh tazrabaad bhi hum dekhte hain ki besabri ki ravish se waqt</w:t>
      </w:r>
    </w:p>
    <w:p>
      <w:pPr>
        <w:jc w:val="right"/>
      </w:pPr>
      <w:r>
        <w:t>तो यह और हमें ज़िंदगी में यह तज़रबाद भी हम देखते हैं कि बेसबरी की रविश से वक्त</w:t>
      </w:r>
    </w:p>
    <w:p>
      <w:r>
        <w:rPr>
          <w:b/>
        </w:rPr>
        <w:t xml:space="preserve">[11:47] </w:t>
      </w:r>
      <w:r>
        <w:t>ko, waqt ki paise ki barbadi hoti hai, pareshani alag hoti hai aur natija bhi hamari tabahi ki</w:t>
      </w:r>
    </w:p>
    <w:p>
      <w:pPr>
        <w:jc w:val="right"/>
      </w:pPr>
      <w:r>
        <w:t>को, वक्त की पैसे की बर्बादी होती है, परेशानी अलग होती है और नतीजा भी हमारी तबाही की</w:t>
      </w:r>
    </w:p>
    <w:p>
      <w:r>
        <w:rPr>
          <w:b/>
        </w:rPr>
        <w:t xml:space="preserve">[11:54] </w:t>
      </w:r>
      <w:r>
        <w:t>taraf hamein natija le jaate hain aur phir insaan ko khamosh hi hona padta hai yaani majbooran vah</w:t>
      </w:r>
    </w:p>
    <w:p>
      <w:pPr>
        <w:jc w:val="right"/>
      </w:pPr>
      <w:r>
        <w:t>तरफ हमें नतीजा ले जाते हैं और फिर इंसान को खामोश ही होना पड़ता है यानी मजबूरन वह</w:t>
      </w:r>
    </w:p>
    <w:p>
      <w:r>
        <w:rPr>
          <w:b/>
        </w:rPr>
        <w:t xml:space="preserve">[12:02] </w:t>
      </w:r>
      <w:r>
        <w:t>khamosh hota hai.</w:t>
      </w:r>
    </w:p>
    <w:p>
      <w:pPr>
        <w:jc w:val="right"/>
      </w:pPr>
      <w:r>
        <w:t>खामोश होता है.</w:t>
      </w:r>
    </w:p>
    <w:p>
      <w:r>
        <w:rPr>
          <w:b/>
        </w:rPr>
        <w:t xml:space="preserve">[12:10] </w:t>
      </w:r>
      <w:r>
        <w:t>To agar shuru mein hi insan aql se kaam le lein aur ekdam se react na karein, suffer karein, soch samajhkar koi positive action le to behtar result denge lenge. Isi liye sabr jo hai usko bahaduri kaha gaya hai.</w:t>
      </w:r>
    </w:p>
    <w:p>
      <w:pPr>
        <w:jc w:val="right"/>
      </w:pPr>
      <w:r>
        <w:t>तो अगर शुरू में ही इंसान आकल से काम ले लें और एकदम से react ना करें, suffer करें, सोच समझकर कोई positive action ले तो बेहतर result देंगे लेंगे. इसीलिए सब्र जो है उसको बहादुरी कहा गया है.</w:t>
      </w:r>
    </w:p>
    <w:p>
      <w:r>
        <w:rPr>
          <w:b/>
        </w:rPr>
        <w:t xml:space="preserve">[12:29] </w:t>
      </w:r>
      <w:r>
        <w:t>Ab kyunki yahan apne ko foreign react karne par hum control karna padta hai to aur gussa aaye to use pee jana padta hai isi liye isko bahadari kah kah rahe hain aur besabri jisme hum foreign react kar lete hain uske negative results nikalte hain aur isi liye use buzurgi kehlata hai.</w:t>
      </w:r>
    </w:p>
    <w:p>
      <w:pPr>
        <w:jc w:val="right"/>
      </w:pPr>
      <w:r>
        <w:t>अब क्योंकि यहां अपने को foreign react करने पर हम control करना पड़ता है तो और गुस्सा आए तो उसे पी जाना पड़ता है इसीलिए इसको बहादरी कह कह रहे हैं और बेसबरी जिसमें हम foreign react कर लेते हैं उसके negative results निकलते हैं और इसीलिए उसे बुज़दुली कहलाता है.</w:t>
      </w:r>
    </w:p>
    <w:p>
      <w:r>
        <w:rPr>
          <w:b/>
        </w:rPr>
        <w:t xml:space="preserve">[12:54] </w:t>
      </w:r>
      <w:r>
        <w:t>Kehte hain to Maulana kehte hain ki buzurgi ka doosra naam munafqat hai. To munafqat se to hamein bahut bachna hai.</w:t>
      </w:r>
    </w:p>
    <w:p>
      <w:pPr>
        <w:jc w:val="right"/>
      </w:pPr>
      <w:r>
        <w:t>कहते हैं तो मौलाना कहते हैं कि बुज़दुली का दूसरा नाम मुनाफ़कत है. तो बुनाफ़कत से तो हमें बहुत बचना है.</w:t>
      </w:r>
    </w:p>
    <w:p>
      <w:r>
        <w:rPr>
          <w:b/>
        </w:rPr>
        <w:t xml:space="preserve">[13:03] </w:t>
      </w:r>
      <w:r>
        <w:t>To jo ek bahut badi ikhlaafi sifat hai to Allah se, Allah se dua hai hamari ke doosron ki create ki bhi problems se hum apne ko hamein sabr karein aur sath aqlmandi ke use jackal karna seekhein aur Maulana ne CPS ke members ko kaafi had tak yeh sikha diya hai.</w:t>
      </w:r>
    </w:p>
    <w:p>
      <w:pPr>
        <w:jc w:val="right"/>
      </w:pPr>
      <w:r>
        <w:t>तो जो एक बहुत बड़ी अखिलाफ़ी सिफ़त है तो अल्लाह से, अल्लाह से दुआ है हमारी के दूसरों कि create की भी problems से हम अपने को हमें सबर करें और साथ अक्लबंदी के उसे जैकल करना सीखें और मौलाना ने CPS के members को काफ़ी हद तक यह सिखा दिया है.</w:t>
      </w:r>
    </w:p>
    <w:p>
      <w:r>
        <w:rPr>
          <w:b/>
        </w:rPr>
        <w:t xml:space="preserve">[13:30] </w:t>
      </w:r>
      <w:r>
        <w:t>To hamari Allah se dua hai ki Maulana ko achhe darje dein jinhone hamein yeh sab kuch sikhaya hai aur hamein sabr karna sikhaya. Yahi meri learning thi.</w:t>
      </w:r>
    </w:p>
    <w:p>
      <w:pPr>
        <w:jc w:val="right"/>
      </w:pPr>
      <w:r>
        <w:t>तो हमारी अल्लाह से दुआ है कि मौलाना को अच्छे दर्जे दें जिन्होंने हमें यह सब कुछ सिखाया है और हमें सब्र करना सिखाया. यही मेरी learning थी.</w:t>
      </w:r>
    </w:p>
    <w:p>
      <w:r>
        <w:rPr>
          <w:b/>
        </w:rPr>
        <w:t xml:space="preserve">[13:50] </w:t>
      </w:r>
      <w:r>
        <w:t>Haan Chiza Kalla Apa, bahut achha aapne explain kiya buzurgi aur bahaduri ka bahut achhe se samajh mein aaya ki jaise Maulana sahib kehte the ki aisa sabr aur bardasht jo apne ko badla lene se rok sake jabki woh badla le sakta hai. To yeh badla le sakta hai aur phir bhi na le.</w:t>
      </w:r>
    </w:p>
    <w:p>
      <w:pPr>
        <w:jc w:val="right"/>
      </w:pPr>
      <w:r>
        <w:t>हां चिज़ा कल्ला आपा, बहुत अच्छा आपने explain किया बुजली और बहादरी का बहुत अच्छे से समझ में आया कि जैसे मौलाना साहब कहते थे कि ऐसा सब्र और बर्दाश्त जो अपने को बदला लेने से रोक सके जबकि वह बदला ले सकता है. तो यह बदला ले सकता है और फिर भी ना ले.</w:t>
      </w:r>
    </w:p>
    <w:p>
      <w:r>
        <w:rPr>
          <w:b/>
        </w:rPr>
        <w:t xml:space="preserve">[14:13] </w:t>
      </w:r>
      <w:r>
        <w:t>yahi bahaduri hai aur molana sahab ne bataya hamesha ki to ab main sabse request karna chahungi ki</w:t>
      </w:r>
    </w:p>
    <w:p>
      <w:pPr>
        <w:jc w:val="right"/>
      </w:pPr>
      <w:r>
        <w:t>यही बहादुरी है और मोलाना साहब ने बताया हमेशा कि तो अब मैं सबसे request करना चाहूंगी कि</w:t>
      </w:r>
    </w:p>
    <w:p>
      <w:r>
        <w:rPr>
          <w:b/>
        </w:rPr>
        <w:t xml:space="preserve">[14:36] </w:t>
      </w:r>
      <w:r>
        <w:t>sab log apni apni learning batayen.</w:t>
      </w:r>
    </w:p>
    <w:p>
      <w:pPr>
        <w:jc w:val="right"/>
      </w:pPr>
      <w:r>
        <w:t>सब लोग अपनी अपनी learning बताएं.</w:t>
      </w:r>
    </w:p>
    <w:p>
      <w:r>
        <w:rPr>
          <w:b/>
        </w:rPr>
        <w:t xml:space="preserve">[14:59] </w:t>
      </w:r>
      <w:r>
        <w:t>haan yahan par tusti maapa bhi hai aur shabnam parvez.</w:t>
      </w:r>
    </w:p>
    <w:p>
      <w:pPr>
        <w:jc w:val="right"/>
      </w:pPr>
      <w:r>
        <w:t>हां यहां पर तस्ती मापा भी है और शबनम परवेज़.</w:t>
      </w:r>
    </w:p>
    <w:p>
      <w:r>
        <w:rPr>
          <w:b/>
        </w:rPr>
        <w:t xml:space="preserve">[15:05] </w:t>
      </w:r>
      <w:r>
        <w:t>to aap log kuch kahen?</w:t>
      </w:r>
    </w:p>
    <w:p>
      <w:pPr>
        <w:jc w:val="right"/>
      </w:pPr>
      <w:r>
        <w:t>तो आप लोग कुछ कहें?</w:t>
      </w:r>
    </w:p>
    <w:p>
      <w:r>
        <w:rPr>
          <w:b/>
        </w:rPr>
        <w:t xml:space="preserve">[15:11] </w:t>
      </w:r>
      <w:r>
        <w:t>aap mute hain shabd hum?</w:t>
      </w:r>
    </w:p>
    <w:p>
      <w:pPr>
        <w:jc w:val="right"/>
      </w:pPr>
      <w:r>
        <w:t>आप mute हैं शब्द हम?</w:t>
      </w:r>
    </w:p>
    <w:p>
      <w:r>
        <w:rPr>
          <w:b/>
        </w:rPr>
        <w:t xml:space="preserve">[15:17] </w:t>
      </w:r>
      <w:r>
        <w:t>dekhiye aawaz aa rahi hai?</w:t>
      </w:r>
    </w:p>
    <w:p>
      <w:pPr>
        <w:jc w:val="right"/>
      </w:pPr>
      <w:r>
        <w:t>देखिए आवाज़ आ रही है?</w:t>
      </w:r>
    </w:p>
    <w:p>
      <w:r>
        <w:rPr>
          <w:b/>
        </w:rPr>
        <w:t xml:space="preserve">[15:23] </w:t>
      </w:r>
      <w:r>
        <w:t>ab aa rahi hai.</w:t>
      </w:r>
    </w:p>
    <w:p>
      <w:pPr>
        <w:jc w:val="right"/>
      </w:pPr>
      <w:r>
        <w:t>अब आ रही है.</w:t>
      </w:r>
    </w:p>
    <w:p>
      <w:r>
        <w:rPr>
          <w:b/>
        </w:rPr>
        <w:t xml:space="preserve">[15:30] </w:t>
      </w:r>
      <w:r>
        <w:t>Sab bahadvi hain. Kamyab zindagi ke shuru mein ek aham musool sabr hain. Sabr ek badi sirf'at hai. Sabr kisi manfi cheez ka naam nahi, yeh sada sar ek musbat ravaiya hai. Sabr ka matlab hai jazbati rad'amal ke bajaye surya faisle ke tehat apna mansubah banaye yani har malahla mein insan ko sabr ki zaroorat hoti hai.</w:t>
      </w:r>
    </w:p>
    <w:p>
      <w:pPr>
        <w:jc w:val="right"/>
      </w:pPr>
      <w:r>
        <w:t>सब बाधवी हैं. कामयाब ज़िंदगी के शुरू में एक अहम् मुसूल सब्र हैं. सब्र एक बड़ी सिर्फ़पत है. सब्र किसी मनफी चीज़ का नाम नहीं, यह सदा सर एक मुस्बत रवैया है. सब्र का मतलब है जिज़्बाती रद्यमल के बजाय सूर्य फ़ैसले के तहत अपना मनसुबह बना है यानी हर मलाहला में इंसान को सब्र की ज़रूरत होती है.</w:t>
      </w:r>
    </w:p>
    <w:p>
      <w:r>
        <w:rPr>
          <w:b/>
        </w:rPr>
        <w:t xml:space="preserve">[15:56] </w:t>
      </w:r>
      <w:r>
        <w:t>Surya Mulk mein alag tala farmate hain, Allazi khalaqal mauta wal hayata, liyabluwakum ayyukum ahsan amal. Woh jisne maut zindagi ko paida kiya taaki tumhara imtehan lekar dekhein ki tum mein se kaun achha kaam karta hai. Woh achha kaam achha insan banne ke liye sabr zaroori hai. Sabr ka matlab napasandida situation mein apne aap ko manfi jazbat se control kare.</w:t>
      </w:r>
    </w:p>
    <w:p>
      <w:pPr>
        <w:jc w:val="right"/>
      </w:pPr>
      <w:r>
        <w:t>सूर्य मुल्क में अलग तला फरमाते हैं, अल्लजी खलाकल मौत वल हायात है, लेयर बुर्वाकुम अय्युकुम ऐसा नामल. वह जिसने मौत ज़िंदगी को पैदा किया ताकि तुम्हारा इंतहान लेकर देखें कि तुम में से कौन अच्छा काम करता है. वह अच्छा काम अच्छा इंसान बनने के लिए सब ज़रूरी है. सब्रे का मतलब नापसंदीदा situation में अपने आप को मनफी जज़्बाद से control करें.</w:t>
      </w:r>
    </w:p>
    <w:p>
      <w:r>
        <w:rPr>
          <w:b/>
        </w:rPr>
        <w:t xml:space="preserve">[16:24] </w:t>
      </w:r>
      <w:r>
        <w:t>hadish mein aata hai jitni badi sabr, jitni badi musibat, gam aur pareshani itni bada azar aswab hota hai.</w:t>
      </w:r>
    </w:p>
    <w:p>
      <w:pPr>
        <w:jc w:val="right"/>
      </w:pPr>
      <w:r>
        <w:t>हदीश में आता है जितनी बड़ी सब्र, जितनी बड़ी मुसीबत, गम और परेशानी इतनी बड़ा अज़र असवाब होता है.</w:t>
      </w:r>
    </w:p>
    <w:p>
      <w:r>
        <w:rPr>
          <w:b/>
        </w:rPr>
        <w:t xml:space="preserve">[16:31] </w:t>
      </w:r>
      <w:r>
        <w:t>sabr ek badi daulat hai.</w:t>
      </w:r>
    </w:p>
    <w:p>
      <w:pPr>
        <w:jc w:val="right"/>
      </w:pPr>
      <w:r>
        <w:t>सब्र एक बड़ी दौलत है.</w:t>
      </w:r>
    </w:p>
    <w:p>
      <w:r>
        <w:rPr>
          <w:b/>
        </w:rPr>
        <w:t xml:space="preserve">[16:39] </w:t>
      </w:r>
      <w:r>
        <w:t>sabr karne walon ko allah pasand karte hain.</w:t>
      </w:r>
    </w:p>
    <w:p>
      <w:pPr>
        <w:jc w:val="right"/>
      </w:pPr>
      <w:r>
        <w:t>सब्र करने वालों को अल्लाह पसंद करते हैं.</w:t>
      </w:r>
    </w:p>
    <w:p>
      <w:r>
        <w:rPr>
          <w:b/>
        </w:rPr>
        <w:t xml:space="preserve">[16:47] </w:t>
      </w:r>
      <w:r>
        <w:t>quran mein bar bar sabr ka zikr hai.</w:t>
      </w:r>
    </w:p>
    <w:p>
      <w:pPr>
        <w:jc w:val="right"/>
      </w:pPr>
      <w:r>
        <w:t>कुरान में बार बार सब्र का ज़िक्र है.</w:t>
      </w:r>
    </w:p>
    <w:p>
      <w:r>
        <w:rPr>
          <w:b/>
        </w:rPr>
        <w:t xml:space="preserve">[16:55] </w:t>
      </w:r>
      <w:r>
        <w:t>par twarkal karen. yeh do sipati goya ki jannat ki qeemat hai. in do in dono sipaton ki begaya ki shakhs ke liye jannat ka dakhla mumken nahi hai. yahi articles hum samajh payen. yahi mein learning hai. jaza ka lash ab number based. bahut short mein aapne acche se bataya.</w:t>
      </w:r>
    </w:p>
    <w:p>
      <w:pPr>
        <w:jc w:val="right"/>
      </w:pPr>
      <w:r>
        <w:t>पर त्वर्कल करें. यह दो सिपति गोया की जन्नत की कीमत है. इन दो इन दोनों सिपतों की बेगाया की शख्स के लिए जन्नत का दाखला मुमकिन नहीं है. यही articles हम समझ पाएं. यही में learning है. जज़ा का लाश अब number based. बहुत short में आपने अच्छे से बताया.</w:t>
      </w:r>
    </w:p>
    <w:p>
      <w:r>
        <w:rPr>
          <w:b/>
        </w:rPr>
        <w:t xml:space="preserve">[17:23] </w:t>
      </w:r>
      <w:r>
        <w:t>sabr aur iraz ka sabse bada example jo hai sulah hai.</w:t>
      </w:r>
    </w:p>
    <w:p>
      <w:pPr>
        <w:jc w:val="right"/>
      </w:pPr>
      <w:r>
        <w:t>सब्र और इराज़ का सबसे बड़ा example जो है सुलह है.</w:t>
      </w:r>
    </w:p>
    <w:p>
      <w:r>
        <w:rPr>
          <w:b/>
        </w:rPr>
        <w:t xml:space="preserve">[17:29] </w:t>
      </w:r>
      <w:r>
        <w:t>voh aisi shandar ka mayabi thi jisko quran mein fatah mubeen kaha gaya.</w:t>
      </w:r>
    </w:p>
    <w:p>
      <w:pPr>
        <w:jc w:val="right"/>
      </w:pPr>
      <w:r>
        <w:t>वह ऐसी शानदार का मयाबी थी जिसको कुरान में फतह मुबीन कहा गया.</w:t>
      </w:r>
    </w:p>
    <w:p>
      <w:r>
        <w:rPr>
          <w:b/>
        </w:rPr>
        <w:t xml:space="preserve">[17:35] </w:t>
      </w:r>
      <w:r>
        <w:t>asal jo sulah huraiyadiya ke importance importance humne jo seekhi voh maulana sahabi ke zariye pata chali aur</w:t>
      </w:r>
    </w:p>
    <w:p>
      <w:pPr>
        <w:jc w:val="right"/>
      </w:pPr>
      <w:r>
        <w:t>असल जो सुलह हुरैदिया के importance importance हमने जो सीखी वह मौलाना साहबी के ज़रिए पता चली और</w:t>
      </w:r>
    </w:p>
    <w:p>
      <w:r>
        <w:rPr>
          <w:b/>
        </w:rPr>
        <w:t xml:space="preserve">[17:41] </w:t>
      </w:r>
      <w:r>
        <w:t>unhone usi se bahut saare lesson hamein bataye aur baqi aap log aur aage kuch koi bataye.</w:t>
      </w:r>
    </w:p>
    <w:p>
      <w:pPr>
        <w:jc w:val="right"/>
      </w:pPr>
      <w:r>
        <w:t>उन्होंने उसी से बहुत सारे lesson हमें बताएं और बाकी आप लोग और आगे कुछ कोई बताएं.</w:t>
      </w:r>
    </w:p>
    <w:p>
      <w:r>
        <w:rPr>
          <w:b/>
        </w:rPr>
        <w:t xml:space="preserve">[17:47] </w:t>
      </w:r>
      <w:r>
        <w:t>Aisha Yusra hai yahan par aur Doctor Sana bhi nahi hai aur</w:t>
      </w:r>
    </w:p>
    <w:p>
      <w:pPr>
        <w:jc w:val="right"/>
      </w:pPr>
      <w:r>
        <w:t>आयशा यूसरा है यहां पर और Doctor सना भी नहीं है और</w:t>
      </w:r>
    </w:p>
    <w:p>
      <w:r>
        <w:rPr>
          <w:b/>
        </w:rPr>
        <w:t xml:space="preserve">[17:54] </w:t>
      </w:r>
      <w:r>
        <w:t>papa main ek baat aapki baat par kehna chahungi. aapne abhi kaha tha ki sabr aur bardasht us waqt jabki hum taqat rakhen uska jawab dene ki, us waqt sabr pradaash karna woh wakai mein ek bahut hi mushkil kaam hai aur wakai bahut bahaduri ka kaam hai. kyunki aksar log ke dimagh mein hai ki sabr us waqt hoga woh last option hoga jab hum kisi kabil na hon. jab hum kuch karna payen, koi option nahi bache to sabr karna hai.</w:t>
      </w:r>
    </w:p>
    <w:p>
      <w:pPr>
        <w:jc w:val="right"/>
      </w:pPr>
      <w:r>
        <w:t>papa मैं एक बात आपकी बात पर कहना चाहूंगी. आपने अभी कहा था कि सब्र और बर्दाश्त उस वक्त जबकि हम ताकत रखें उसका जवाब देने की, उस वक़्त सब्र प्रदाश करना वह वाकई में एक बहुत ही मुश्किल काम है और वाकई बहुत बहादुरी का काम है. क्योंकि अक्सर लोग के दिमाग में है कि सब्र उस वक़्त होगा वह last option होगा जब हम किसी काबिल ना हों. जब हम कुछ करना पाएं, कोई option नहीं बचे तो सब्र करना है.</w:t>
      </w:r>
    </w:p>
    <w:p>
      <w:r>
        <w:rPr>
          <w:b/>
        </w:rPr>
        <w:t xml:space="preserve">[18:21] </w:t>
      </w:r>
      <w:r>
        <w:t>yeh aam taur par logon ki thinking hoti hai aur isse badi baat hai jo hum logon ne seekhi hai cps mein ki sabr ko humne ek priority mana hai ki sabr tab bhi jabki hum wakai mein uska badla le sakte hain, to usko chhodne ke baad yeh taqat rakhna aur yeh bahut hi badi wisdom hai jo hum logon ko mili hai. allah dala is par humein qayam rakhkar kyunki isse khud hamari apni zindagi mein bhi bahut kuch dekhne ko mila.</w:t>
      </w:r>
    </w:p>
    <w:p>
      <w:pPr>
        <w:jc w:val="right"/>
      </w:pPr>
      <w:r>
        <w:t>यह आमतौर पर लोगों की thinking होती है और इससे बड़ी बात है जो हम लोगों ने सीखी है CPS में कि सब्र को हमने एक priority माना है कि सब्र तब भी जबकि हम वाकई में उसका बदला ले सकते हैं, तो उसको छोड़ने के बाद यह ताकत रखना और यह बहुत ही बड़ी wisdom है जो हम लोगों को मिली है. अल्लाह दाला इस पर हमें कायम रखकर क्योंकि इससे खुद हमारी अपनी ज़िंदगियों में भी बहुत कुछ देखने को मिला.</w:t>
      </w:r>
    </w:p>
    <w:p>
      <w:r>
        <w:rPr>
          <w:b/>
        </w:rPr>
        <w:t xml:space="preserve">[18:50] </w:t>
      </w:r>
      <w:r>
        <w:t>jo personal lives mein humne isko apply kiya, sabr kiya aisi baaton par jahan par hum bol sakte the to hamari families mein bhi usse bahut zyada fayda hua hai aur aage main samajhti hoon ki har ek ke liye din mein bhi fayda hai aur duniya mein bhi fayda hai uska. ji bilkul doctor safirna use bahut sare raste mein khulte hain positive rehne ki wajah se. to yeh bahut badi cheez hai.</w:t>
      </w:r>
    </w:p>
    <w:p>
      <w:pPr>
        <w:jc w:val="right"/>
      </w:pPr>
      <w:r>
        <w:t>जो personal lives में हमने इसको apply किया, सब्र किया ऐसी बातों पर जहां पर हम बोल सकते थे तो हमारी families में भी उससे बहुत ज़्यादा फ़ायदा हुआ है और आगे मैं समझती हूं कि हर एक के लिए दिन में भी फ़ायदा है और दुनिया में भी फ़ायदा है उसका. जी बिल्कुल doctor सफ़िरना उसे बहुत सारे रास्ते में खुलते हैं positive रहने की वजह से. तो यह बहुत बड़ी चीज़ है.</w:t>
      </w:r>
    </w:p>
    <w:p>
      <w:r>
        <w:rPr>
          <w:b/>
        </w:rPr>
        <w:t xml:space="preserve">[19:17] </w:t>
      </w:r>
      <w:r>
        <w:t>hum logon ko maulana sahabi se milegi aur ek hadesh hai jo ki yeh hai ki jannat naqush gawariyon se thaak di gayi hai. to uska matlab yeh maulana sahab ne bataya ki allah ne apni duniya ka nizam is tarah banaya hai. yahan jannat ki taraf badhne wale ke liye naqushkwar halaat se guzre bagair ja raha hi rahi hai. to yeh bhi bahut accha explain kiya malana sahab ne.</w:t>
      </w:r>
    </w:p>
    <w:p>
      <w:pPr>
        <w:jc w:val="right"/>
      </w:pPr>
      <w:r>
        <w:t>हम लोगों को मौलाना साहबी से मिलेगी और एक हदीश है जो कि यह है कि जन्नत नाकुश गवारियों से ठाक दी गई है. तो उसका मतलब यह मौलाना साहब ने बताया कि अल्लाह ने अपनी दुनिया का निज़ाम इस तरह बनाया है. यहां जन्नत की तरफ बढ़ने वाले के लिए नाकुश्कवार हालात से गुज़रे बगैर जा रहा ही रही है. तो यह भी बहुत अच्छा explain किया मलाना साहब ने.</w:t>
      </w:r>
    </w:p>
    <w:p>
      <w:r>
        <w:rPr>
          <w:b/>
        </w:rPr>
        <w:t xml:space="preserve">[19:46] </w:t>
      </w:r>
      <w:r>
        <w:t>baqi asha hi dusra sastinon ko aap kuch bolengi? aslahalik hoon. aslahalik hoon. aslaha. hum koi sabke setalon se hum yeh experiential learning se share kar sakte hain aap logon se.</w:t>
      </w:r>
    </w:p>
    <w:p>
      <w:pPr>
        <w:jc w:val="right"/>
      </w:pPr>
      <w:r>
        <w:t>बाकी आशा ही दूसरा सस्तीनों को आप कुछ बोलेंगी? अस्लाहालिक हूं. अस्लाहालिक हूं. अस्लाहा. हम कोई सबके सेतालों से हम यह experiential learning से share कर सकते हैं आप लोगों से.</w:t>
      </w:r>
    </w:p>
    <w:p>
      <w:r>
        <w:rPr>
          <w:b/>
        </w:rPr>
        <w:t xml:space="preserve">[20:09] </w:t>
      </w:r>
      <w:r>
        <w:t>ki humne jab se khalid ke baad jab se sab kaam karna shuru kiya hai to zyada tar sab sahi kaam liya aur sab karne ki wajah se mere kaam aasan ho gaye aur kyunki humne har cheez ko avoid kar diya. jaise ki malana sahab kehte hain to yeh to humne abhi padhi hai ki books ki avoid karen, ignore karen.</w:t>
      </w:r>
    </w:p>
    <w:p>
      <w:pPr>
        <w:jc w:val="right"/>
      </w:pPr>
      <w:r>
        <w:t>कि हमने जब से खालिद के बाद जब से सब काम करना शुरू किया है तो ज़्यादातर सब सही काम लिया और सब करने की वजह से मेरे काम आसान हो गए और क्योंकि हमने हर चीज़ को avoid कर दिया. जैसे कि मालाना साहब कहते हैं तो यह तो हमने अभी पढ़ी है कि books की avoid करें, ignore करें.</w:t>
      </w:r>
    </w:p>
    <w:p>
      <w:r>
        <w:rPr>
          <w:b/>
        </w:rPr>
        <w:t xml:space="preserve">[20:32] </w:t>
      </w:r>
      <w:r>
        <w:t>But kai baar aisa hota hai bakhal unke jo abhi doctor Safeena hai ne kaha ki agar taqat</w:t>
      </w:r>
    </w:p>
    <w:p>
      <w:pPr>
        <w:jc w:val="right"/>
      </w:pPr>
      <w:r>
        <w:t>But कई बार ऐसा होता है बखल उनके जो अभी doctor सफीना है ने कहा कि अगर ताकत</w:t>
      </w:r>
    </w:p>
    <w:p>
      <w:r>
        <w:rPr>
          <w:b/>
        </w:rPr>
        <w:t xml:space="preserve">[20:47] </w:t>
      </w:r>
      <w:r>
        <w:t>hone ke bawajood bhi koi saft kar le aur kisi se woh koi woh na kare to sabz</w:t>
      </w:r>
    </w:p>
    <w:p>
      <w:pPr>
        <w:jc w:val="right"/>
      </w:pPr>
      <w:r>
        <w:t>होने के बावजूद भी कोई सफ़्त कर ले और किसी से वह कोई वह ना करें तो सब्ज़</w:t>
      </w:r>
    </w:p>
    <w:p>
      <w:r>
        <w:rPr>
          <w:b/>
        </w:rPr>
        <w:t xml:space="preserve">[21:02] </w:t>
      </w:r>
      <w:r>
        <w:t>karne se zyada to mere kuch ho hi nahi sakta mere hisab se bhi.</w:t>
      </w:r>
    </w:p>
    <w:p>
      <w:pPr>
        <w:jc w:val="right"/>
      </w:pPr>
      <w:r>
        <w:t>करने से ज़्यादा तो मेरे कुछ हो ही नहीं सकता मेरे हिसाब से भी.</w:t>
      </w:r>
    </w:p>
    <w:p>
      <w:r>
        <w:rPr>
          <w:b/>
        </w:rPr>
        <w:t xml:space="preserve">[21:18] </w:t>
      </w:r>
      <w:r>
        <w:t>allah allah ka shukre bahut. accha zyada allah utna experience share karne ke liye. molana sahab ke bare mein bhi hum jante hain ki logon ne unka kitna hi bahut zyada unko pareshan kara. haan nahi hota. zindagi mein badi badi mushkilen aai hoon. haath mushkili paida ki logon ne lekin unhone aakhri had tak sab kiya. uska example pesh kiya unhone.</w:t>
      </w:r>
    </w:p>
    <w:p>
      <w:pPr>
        <w:jc w:val="right"/>
      </w:pPr>
      <w:r>
        <w:t>अल्लाह अल्लाह का शुक्रे बहुत. अच्छा ज़्यादा अल्लाह उतना experience share करने के लिए. मोलाना साहब के बारे में भी हम जानते हैं कि लोगों ने उनका कितना ही बहुत ज़्यादा उनको परेशान करा. हां नहीं होता. ज़िंदगी में बड़ी बड़ी मुश्किलें आई हूं. हाथ मुश्किली पैदा की लोगों ने लेकिन उन्होंने आखिरी हद तक सब किया. उसका example पेश किया उन्होंने.</w:t>
      </w:r>
    </w:p>
    <w:p>
      <w:r>
        <w:rPr>
          <w:b/>
        </w:rPr>
        <w:t xml:space="preserve">[21:43] </w:t>
      </w:r>
      <w:r>
        <w:t>to yahan tak ki woh kabhi unke liye negative soch mein bhi nahi aaye jinhone unke liye mushkil paida kari thi. to main ek baat add karna chah rahi thi yahan. ji. farida sahiba? ji ji aap bilkul. boliye. haan, main yeh keh rahi thi ki pehle jab maulana yeh baaten karte the sab ki to zyada tar log yeh kehte the aisa kaise kar sakte? aisa kaise kar sakte?</w:t>
      </w:r>
    </w:p>
    <w:p>
      <w:pPr>
        <w:jc w:val="right"/>
      </w:pPr>
      <w:r>
        <w:t>तो यहां तक कि वह कभी उनके लिए negative सोच में भी नहीं आए जिन्होंने उनके लिए मुश्किल पैदा करी थी. तो मैं एक बात add करना चाह रही थी यहां. जी. फरीदा साहिबा? जी जी आप बिल्कुल. बोलिए. हां, मैं यह कह रही थी कि पहले जब मौलाना यह बातें करते थे सब की तो ज़्यादातर लोग यह कहते थे ऐसा कैसे कर सकते? ऐसा कैसे कर सकते?</w:t>
      </w:r>
    </w:p>
    <w:p>
      <w:r>
        <w:rPr>
          <w:b/>
        </w:rPr>
        <w:t xml:space="preserve">[22:11] </w:t>
      </w:r>
      <w:r>
        <w:t>lekin Maulana ne itna stress kiya hai is baat par phir aisi samajh mein aayi aur yeh wakai</w:t>
      </w:r>
    </w:p>
    <w:p>
      <w:pPr>
        <w:jc w:val="right"/>
      </w:pPr>
      <w:r>
        <w:t>लेकिन मौलाना ने इतना stress किया है इस बात पर फिर ऐसी समझ में आई और यह वाकई</w:t>
      </w:r>
    </w:p>
    <w:p>
      <w:r>
        <w:rPr>
          <w:b/>
        </w:rPr>
        <w:t xml:space="preserve">[22:17] </w:t>
      </w:r>
      <w:r>
        <w:t>mein bahut badi baat hai ki jab aapke paas aap is position mein hain ki doosre ko woh</w:t>
      </w:r>
    </w:p>
    <w:p>
      <w:pPr>
        <w:jc w:val="right"/>
      </w:pPr>
      <w:r>
        <w:t>में बहुत बड़ी बात है कि जब आपके पास आप इस position में हैं कि दूसरे को वह</w:t>
      </w:r>
    </w:p>
    <w:p>
      <w:r>
        <w:rPr>
          <w:b/>
        </w:rPr>
        <w:t xml:space="preserve">[22:23] </w:t>
      </w:r>
      <w:r>
        <w:t>kar sakte hain, us waqt aap sabr karein to tabhi to woh hikmat hai, tabhi to woh achhai</w:t>
      </w:r>
    </w:p>
    <w:p>
      <w:pPr>
        <w:jc w:val="right"/>
      </w:pPr>
      <w:r>
        <w:t>कर सकते हैं, उस वक़्त आप सब्र करें तो तभी तो वह हिक्मत है, तभी तो वह अच्छाई</w:t>
      </w:r>
    </w:p>
    <w:p>
      <w:r>
        <w:rPr>
          <w:b/>
        </w:rPr>
        <w:t xml:space="preserve">[22:29] </w:t>
      </w:r>
      <w:r>
        <w:t>hai ki jab hum is position mein hai ki hum doosre ko daba bhi dein, kuch bhi kar</w:t>
      </w:r>
    </w:p>
    <w:p>
      <w:pPr>
        <w:jc w:val="right"/>
      </w:pPr>
      <w:r>
        <w:t>है कि जब हम इस position में है कि हम दूसरे को दबा भी दें, कुछ भी कर</w:t>
      </w:r>
    </w:p>
    <w:p>
      <w:r>
        <w:rPr>
          <w:b/>
        </w:rPr>
        <w:t xml:space="preserve">[22:36] </w:t>
      </w:r>
      <w:r>
        <w:t>dein aur us waqt hum sabr karein to yeh wakai mein bahut badi nemat hai jo Maulana ne</w:t>
      </w:r>
    </w:p>
    <w:p>
      <w:pPr>
        <w:jc w:val="right"/>
      </w:pPr>
      <w:r>
        <w:t>दें और उस वक़्त हम सब्र करें तो यह वाकई में बहुत बड़ी नेमत है जो मौलाना ने</w:t>
      </w:r>
    </w:p>
    <w:p>
      <w:r>
        <w:rPr>
          <w:b/>
        </w:rPr>
        <w:t xml:space="preserve">[22:42] </w:t>
      </w:r>
      <w:r>
        <w:t>hum logon ke usmein kari hai bhi bataya hai aur woh ab aisa dimagon mein band gaya hai</w:t>
      </w:r>
    </w:p>
    <w:p>
      <w:pPr>
        <w:jc w:val="right"/>
      </w:pPr>
      <w:r>
        <w:t>हम लोगों के उसमें करी है भी बताया है और वह अब ऐसा दिमागों में बंद गया है</w:t>
      </w:r>
    </w:p>
    <w:p>
      <w:r>
        <w:rPr>
          <w:b/>
        </w:rPr>
        <w:t xml:space="preserve">[22:48] </w:t>
      </w:r>
      <w:r>
        <w:t>ki insaan ki mein apne behavior mein reflect hota hai.</w:t>
      </w:r>
    </w:p>
    <w:p>
      <w:pPr>
        <w:jc w:val="right"/>
      </w:pPr>
      <w:r>
        <w:t>कि इंसान की में अपने behavior में reflect होता है.</w:t>
      </w:r>
    </w:p>
    <w:p>
      <w:r>
        <w:rPr>
          <w:b/>
        </w:rPr>
        <w:t xml:space="preserve">[22:55] </w:t>
      </w:r>
      <w:r>
        <w:t>jaza kallah bolana ko iska ajr de allah. jaza kallah bola. raasiyan bhi aa gayi hain. asha yusra hai. asha yusra, raasiyan. aap log kuch bolenge? rajiya ab meri awaaz aa rahi hai?</w:t>
      </w:r>
    </w:p>
    <w:p>
      <w:pPr>
        <w:jc w:val="right"/>
      </w:pPr>
      <w:r>
        <w:t>जज़ा कल्लाह बोलाना को इसका अज्र दे अल्ला. जज़ा कल्लाह बोला. रासियां भी आ गई हैं. आशा यूसरा है. आशा यूसरा, रासियां. आप लोग कुछ बोलेंगे? राजिया अब मेरी आवाज़ आ रही है?</w:t>
      </w:r>
    </w:p>
    <w:p>
      <w:r>
        <w:rPr>
          <w:b/>
        </w:rPr>
        <w:t xml:space="preserve">[23:24] </w:t>
      </w:r>
      <w:r>
        <w:t>haan, rajiya mute hai. rajiya dubai se? koi aur hai. aap mute hain, rajiya. yes, papa ismein mujhe ek sawal hai aazahan mein.</w:t>
      </w:r>
    </w:p>
    <w:p>
      <w:pPr>
        <w:jc w:val="right"/>
      </w:pPr>
      <w:r>
        <w:t>हां, राजिया mute है. राजिया Dubai से? कोई और है. आप mute हैं, राजिए. Yes, Papa इसमें मुझे एक सवाल है आज़ाहन में.</w:t>
      </w:r>
    </w:p>
    <w:p>
      <w:r>
        <w:rPr>
          <w:b/>
        </w:rPr>
        <w:t xml:space="preserve">[23:51] </w:t>
      </w:r>
      <w:r>
        <w:t>jo last ke do paragraph hai na woh mujhe samajh nahi aaya ki munafiq kaise honge? matlab yeh baat to samajh mein aa rahi hai ki hum agar matlab yeh control karne wala shuruaat ka to samajh mein aa raha hai. last ka nahi samajh mein aa raha tha mujhe. ekdum aakhri wali line. nahi, aakhri ka paragraph hai na jismein yeh bola gaya hai ki munafiq hoga woh jo baat mein matlab manna padega jisko.</w:t>
      </w:r>
    </w:p>
    <w:p>
      <w:pPr>
        <w:jc w:val="right"/>
      </w:pPr>
      <w:r>
        <w:t>जो last के दो paragraph है ना वह मुझे समझ नहीं आया कि मुनाफिक कैसे होंगे? मतलब यह बात तो समझ में आ रही है कि हम अगर मतलब यह control करने वाला शुरुआत का तो समझ में आ रहा है. Last का नहीं समझ में आ रहा था मुझे. एकदम आखिरी वाली line. नहीं, आखिरी का paragraph है ना जिसमें यह बोला गया है कि मुनाफिक होगा वह जो बात में मतलब मानना पड़ेगा जिसको.</w:t>
      </w:r>
    </w:p>
    <w:p>
      <w:r>
        <w:rPr>
          <w:b/>
        </w:rPr>
        <w:t xml:space="preserve">[24:20] </w:t>
      </w:r>
      <w:r>
        <w:t>matlab jo apni marzi se nahi manega. apni marzi se maan leta hai to theek hai. lekin tab bhi maan nahi padega baad mein. matlab yeh malala sahab yeh bata rahe hain ki insaan ko kuda ke liye sabr karna hai na? agar woh kisi ki dar ki wajah se, kisi ke zor ki wajah se ya apne fayde ki wajah se sabr kar raha hai, intention ki baat hai yahan par. accha accha accha.</w:t>
      </w:r>
    </w:p>
    <w:p>
      <w:pPr>
        <w:jc w:val="right"/>
      </w:pPr>
      <w:r>
        <w:t>मतलब जो अपनी मर्ज़ी से नहीं मानेगा. अपनी मर्ज़ी से मान लेता है तो ठीक है. लेकिन तब भी मान नहीं पड़ेगा बाद में. मतलब यह मलाला साहब यह बता रहे हैं कि इंसान को कुदा के लिए सब्र करना है ना? अगर वह किसी की डर की वजह से, किसी के ज़ोर की वजह से या अपने फ़ायदे की वजह से सब्र कर रहा है, intention की बात है यहां पर. अच्छा अच्छा अच्छा.</w:t>
      </w:r>
    </w:p>
    <w:p>
      <w:r>
        <w:rPr>
          <w:b/>
        </w:rPr>
        <w:t xml:space="preserve">[24:45] </w:t>
      </w:r>
      <w:r>
        <w:t>to woh sabr sabr nahi hoga lekin matlab jaise ki abhi manana sahab ko ek line batai gayi ki woh aisa sabr vardash ki matlab woh badla le sakta hai phir bhi na len. accha. to hari ko khuda ke liye karega. theek hai aap. yaani majboori se majboori se sabr dahi balki nahi ikhtiyar bete nahi hai. tumhare ne position to do something lekin aapne phir bhi apne ko roka. haan.</w:t>
      </w:r>
    </w:p>
    <w:p>
      <w:pPr>
        <w:jc w:val="right"/>
      </w:pPr>
      <w:r>
        <w:t>तो वह सब्र सब्र नहीं होगा लेकिन मतलब जैसे कि अभी मनाना साहब को एक line बताई गई कि वह ऐसा सब्र वर्दाश की मतलब वह बदला ले सकता है फिर भी ना लें. अच्छा. तो हरी को खुदा के लिए करेगा. ठीक है आप. यानी मजबूरी से मजबूरी से सब्र दही बल्कि नहीं इख्तियार बेटे नहीं है. तुम्हारे ने position to do something लेकिन आपने फिर भी अपने को रोका. हां.</w:t>
      </w:r>
    </w:p>
    <w:p>
      <w:r>
        <w:rPr>
          <w:b/>
        </w:rPr>
        <w:t xml:space="preserve">[25:12] </w:t>
      </w:r>
      <w:r>
        <w:t>to yeh niyat par jaise bata rahi hain ki niyat par bahut depend karta hai. samajh gayi aap. theek hai. accha. asha yusra woh deri honi hai na? ek baar doosre us note mein. woh wali. iska bole ho tab pata chalega. haan, aise hi use aap use batayengi. haan ji, haan ji.</w:t>
      </w:r>
    </w:p>
    <w:p>
      <w:pPr>
        <w:jc w:val="right"/>
      </w:pPr>
      <w:r>
        <w:t>तो यह नियत पर जैसे बता रही हैं कि नियत पर बहुत depend करता है. समझ गई आप. ठीक है. अच्छा. आशा युसरा वह देरी होनी है ना? एक बार दूसरे उस note में. वह वाली. इसका बोले हो तब पता चलेगा. हां, ऐसे ही उसे आप उसे बताएंगे. हां जी, हां जी.</w:t>
      </w:r>
    </w:p>
    <w:p>
      <w:r>
        <w:rPr>
          <w:b/>
        </w:rPr>
        <w:t xml:space="preserve">[25:36] </w:t>
      </w:r>
      <w:r>
        <w:t>is article se maine jo samajh payi ki hum sabko maloom hai sabr ka phal mitha rahega. to sabr ka phal mitha rahega iska maan yeh hai ki jo sabr karega sabr yeh hai ki process hai. jo yeh laaf nature hai. agar hum samajhne se sabr ek laaf nature hai. abhi barish padne mein bhi achanak padhte the. uska ek process hai.</w:t>
      </w:r>
    </w:p>
    <w:p>
      <w:pPr>
        <w:jc w:val="right"/>
      </w:pPr>
      <w:r>
        <w:t>इस article से मैंने जो समझ पाई कि हम सबको मालूम है सब्र का फ़ल मिठा रहेगा. तो सब्र का फ़ल मिट्ठा रहेगा इसका मान यह है कि जो सब्र करेगा सब्र यह है कि process है. जो यह लाफ nature है. अगर हम समझने से सब्र एक लाफ nature है. अभी बारिश पढ़ने में भी अचानक पढ़ते थे. उसका एक process है.</w:t>
      </w:r>
    </w:p>
    <w:p>
      <w:r>
        <w:rPr>
          <w:b/>
        </w:rPr>
        <w:t xml:space="preserve">[26:02] </w:t>
      </w:r>
      <w:r>
        <w:t>woh darkht ka phal woh pakte hain uska bhi ek process hai.</w:t>
      </w:r>
    </w:p>
    <w:p>
      <w:pPr>
        <w:jc w:val="right"/>
      </w:pPr>
      <w:r>
        <w:t>वह दर्खे का फ़ल वह पक्ते हैं उसका भी एक process है.</w:t>
      </w:r>
    </w:p>
    <w:p>
      <w:r>
        <w:rPr>
          <w:b/>
        </w:rPr>
        <w:t xml:space="preserve">[26:07] </w:t>
      </w:r>
      <w:r>
        <w:t>waisa hi zindagi mein har ek situation ka ek process hai.</w:t>
      </w:r>
    </w:p>
    <w:p>
      <w:pPr>
        <w:jc w:val="right"/>
      </w:pPr>
      <w:r>
        <w:t>वैसा ही ज़िंदगी में हर एक situation का एक process है.</w:t>
      </w:r>
    </w:p>
    <w:p>
      <w:r>
        <w:rPr>
          <w:b/>
        </w:rPr>
        <w:t xml:space="preserve">[26:12] </w:t>
      </w:r>
      <w:r>
        <w:t>jab insaan chhote bachche se paida hokar 6 feet man hote hain, uska bhi ek process hai.</w:t>
      </w:r>
    </w:p>
    <w:p>
      <w:pPr>
        <w:jc w:val="right"/>
      </w:pPr>
      <w:r>
        <w:t>जब इंसान छोटे बच्चे से पैदा होकर 6 feet man होते हैं, उसका भी एक process है.</w:t>
      </w:r>
    </w:p>
    <w:p>
      <w:r>
        <w:rPr>
          <w:b/>
        </w:rPr>
        <w:t xml:space="preserve">[26:17] </w:t>
      </w:r>
      <w:r>
        <w:t>iska yeh sab process mein insaan ghabrahat padhte nahi.</w:t>
      </w:r>
    </w:p>
    <w:p>
      <w:pPr>
        <w:jc w:val="right"/>
      </w:pPr>
      <w:r>
        <w:t>इसका यह सब process में इंसान घबराहट पढ़ते नहीं.</w:t>
      </w:r>
    </w:p>
    <w:p>
      <w:r>
        <w:rPr>
          <w:b/>
        </w:rPr>
        <w:t xml:space="preserve">[26:22] </w:t>
      </w:r>
      <w:r>
        <w:t>to but when it comes to his personal choice, woh ghabrate hain, patience kuch chhodte hain, negativity mein</w:t>
      </w:r>
    </w:p>
    <w:p>
      <w:pPr>
        <w:jc w:val="right"/>
      </w:pPr>
      <w:r>
        <w:t>तो but when it comes to his personal choice, वह घबराते हैं, patience कुछ छोड़ते हैं, negativity में</w:t>
      </w:r>
    </w:p>
    <w:p>
      <w:r>
        <w:rPr>
          <w:b/>
        </w:rPr>
        <w:t xml:space="preserve">[26:27] </w:t>
      </w:r>
      <w:r>
        <w:t>pad jaate hain.</w:t>
      </w:r>
    </w:p>
    <w:p>
      <w:pPr>
        <w:jc w:val="right"/>
      </w:pPr>
      <w:r>
        <w:t>पड़ जाते हैं.</w:t>
      </w:r>
    </w:p>
    <w:p>
      <w:r>
        <w:rPr>
          <w:b/>
        </w:rPr>
        <w:t xml:space="preserve">[26:33] </w:t>
      </w:r>
      <w:r>
        <w:t>lekin first of all we need to understand the creation plan of god. then only we become, we will become patient. to aur ek baat hai quran mein god god helps dost who helps themselves. to allah taala woh logon ko madad karega jo apne aap ko madad karega.</w:t>
      </w:r>
    </w:p>
    <w:p>
      <w:pPr>
        <w:jc w:val="right"/>
      </w:pPr>
      <w:r>
        <w:t>लेकिन first of all we need to understand the creation plan of God. Then only we become, we will become patient. तो और एक बात है कुरान में God God helps दोस्त who helps themselves. तो अल्लाह तालाह वह लोगों को मदद करेगा जो अपने आप को मदद करेगा.</w:t>
      </w:r>
    </w:p>
    <w:p>
      <w:r>
        <w:rPr>
          <w:b/>
        </w:rPr>
        <w:t xml:space="preserve">[26:54] </w:t>
      </w:r>
      <w:r>
        <w:t>iska mani main yeh samajh payi hoon ki jo log sabar karte hain, sabar sabar ka doosra naam hai rechecking, rethinking and replanning. to jo insaan ke andar iska quality rahega woh sabr ke saath yeh sari cheezon ko apnayega to woh kamyab hoga. kyun kamyab hoga ki allah unka saath hai. khuda sabarg karne walon ke saath hai.</w:t>
      </w:r>
    </w:p>
    <w:p>
      <w:pPr>
        <w:jc w:val="right"/>
      </w:pPr>
      <w:r>
        <w:t>इसका मानी मैं यह समझ पाई हूं कि जो लोग सबर करते हैं, सबर सबर का दूसरा नाम है rechecking, rethinking and replanning. तो जो इंसान के अंदर इसका quality रहेगा वह सबर के साथ यह सारी चीज़ों को अपनाएगा तो वह कामयाब होगा. क्यों कामयाब होगा कि अल्लाह उनका साथ है. खुदा सबर्ग करने वालों के साथ है.</w:t>
      </w:r>
    </w:p>
    <w:p>
      <w:r>
        <w:rPr>
          <w:b/>
        </w:rPr>
        <w:t xml:space="preserve">[27:20] </w:t>
      </w:r>
      <w:r>
        <w:t>to unke dimagh sahi tarah kaam karne lagti hain. tab woh sabr ke saath se kamyab bankar successful ho jayega. yeh yahi main rakhna hoon main unse intezar. hamesha ki tarah accha hai usmein bahut hi acchi learning hai. woh process hai.</w:t>
      </w:r>
    </w:p>
    <w:p>
      <w:pPr>
        <w:jc w:val="right"/>
      </w:pPr>
      <w:r>
        <w:t>तो उनके दिमाग सही तरह काम करने लगती है. तब वह सब्र के साथ से कामयाब बनकर successful हो जाएगा. यह यही मैं रखना हूं मैं उनसे इंतज़ार. हमेशा की तरह अच्छा है उसमें बहुत ही अच्छी learning है. वह process है.</w:t>
      </w:r>
    </w:p>
    <w:p>
      <w:r>
        <w:rPr>
          <w:b/>
        </w:rPr>
        <w:t xml:space="preserve">[27:41] </w:t>
      </w:r>
      <w:r>
        <w:t>yeh wakai ek process hai ki jab quran mein hai na ki humne ibrahim ko jaancha test liya kuch cheezon mein. jab woh usmein pure utre tab humne yaani huda ne unko imam banaya. yaani bagambar ka bhi test hota hai, aisi tarah se insaan ka bhi test hota hai. bagair test kiye bagair jaanche huda nahi chhodega. to yeh bahut accha hai. to yeh ek process chal raha hai.</w:t>
      </w:r>
    </w:p>
    <w:p>
      <w:pPr>
        <w:jc w:val="right"/>
      </w:pPr>
      <w:r>
        <w:t>यह वाकई एक process है कि जब कुरान में है ना कि हमने इब्राहिम को जांचा test लिया कुछ चीज़ों में. जब वह उसमें पूरे उतरे तब हमने यानी हुदा ने उनको इमाम बनाया. यानी बैगंबर का भी test होता है, ऐसी तरह से इंसान का भी test होता है. बगैर test किए बगैर जांचे हुदा नहीं छोड़ेगा. तो यह बहुत अच्छा है. तो यह एक process चल रहा है.</w:t>
      </w:r>
    </w:p>
    <w:p>
      <w:r>
        <w:rPr>
          <w:b/>
        </w:rPr>
        <w:t xml:space="preserve">[28:09] </w:t>
      </w:r>
      <w:r>
        <w:t>hum usko samjhenge hi hamara test chal raha hai aur phir uske mutabik hum ab usi ki tarah, us tarah sabr sabr karke allah ki tarah mazur hai. haan doctor safed na? main bhi kuch kehna cha rahi thi aap aap. ji. inki baat se mujhe yaad aaya ki jaise inhone bataya ki har cheez gradually hoti hai ek process ke tehat.</w:t>
      </w:r>
    </w:p>
    <w:p>
      <w:pPr>
        <w:jc w:val="right"/>
      </w:pPr>
      <w:r>
        <w:t>हम उसको समझेंगे ही हमारा test चल रहा है और फिर उसके मुताबिक हम अब उसी की तरह, उस तरह सब्र सब्र करके अल्लाह की तरह मज़ुर है. हां Doctor सफेद ना? मैं भी कुछ कहना चाह रही थी आप आप. जी. इनकी बात से मुझे याद आया कि जैसे इन्होंने बताया कि हर चीज़ gradually होती है एक process के तहत.</w:t>
      </w:r>
    </w:p>
    <w:p>
      <w:r>
        <w:rPr>
          <w:b/>
        </w:rPr>
        <w:t xml:space="preserve">[28:30] </w:t>
      </w:r>
      <w:r>
        <w:t>to mujhe molana sahab ki ek baat yaad aayi ki unhone ek ped ko jab unhone dekha ki woh ped mar gaya, khatm ho gaya tab woh jaan paaye ki fitrat ke qanoon ke saath hi kamyabi hai poori tarah se.</w:t>
      </w:r>
    </w:p>
    <w:p>
      <w:pPr>
        <w:jc w:val="right"/>
      </w:pPr>
      <w:r>
        <w:t>तो मुझे मोलाना साहब की एक बात याद आई कि उन्होंने एक पेड़ को जब उन्होंने देखा कि वह पेड़ मर गया, खत्म हो गया तब वह जान पाए कि फितरत के कानून के साथ ही कामयाबी है पूरी तरह से.</w:t>
      </w:r>
    </w:p>
    <w:p>
      <w:r>
        <w:rPr>
          <w:b/>
        </w:rPr>
        <w:t xml:space="preserve">[28:58] </w:t>
      </w:r>
      <w:r>
        <w:t>aap aap usko aur thoda sa bataiye.</w:t>
      </w:r>
    </w:p>
    <w:p>
      <w:pPr>
        <w:jc w:val="right"/>
      </w:pPr>
      <w:r>
        <w:t>आप आप उसको और थोड़ा सा बताइए.</w:t>
      </w:r>
    </w:p>
    <w:p>
      <w:r>
        <w:rPr>
          <w:b/>
        </w:rPr>
        <w:t xml:space="preserve">[29:05] </w:t>
      </w:r>
      <w:r>
        <w:t>aapne thunk se yaad nahi aa raha.</w:t>
      </w:r>
    </w:p>
    <w:p>
      <w:pPr>
        <w:jc w:val="right"/>
      </w:pPr>
      <w:r>
        <w:t>आपने ठंक से याद नहीं आ रहा.</w:t>
      </w:r>
    </w:p>
    <w:p>
      <w:r>
        <w:rPr>
          <w:b/>
        </w:rPr>
        <w:t xml:space="preserve">[29:12] </w:t>
      </w:r>
      <w:r>
        <w:t>to usko Maulana sahab ne likha na ki ek beej jo hai beach ka bhi process hai usko</w:t>
      </w:r>
    </w:p>
    <w:p>
      <w:pPr>
        <w:jc w:val="right"/>
      </w:pPr>
      <w:r>
        <w:t>तो उसको मोलाना साहब ने लिखा ना कि एक बीज जो है beach का भी process है उसको</w:t>
      </w:r>
    </w:p>
    <w:p>
      <w:r>
        <w:rPr>
          <w:b/>
        </w:rPr>
        <w:t xml:space="preserve">[29:19] </w:t>
      </w:r>
      <w:r>
        <w:t>aise kaise likha hai ki matlab ek beej dala jata hai woh dheere dheere phir grow karta hai</w:t>
      </w:r>
    </w:p>
    <w:p>
      <w:pPr>
        <w:jc w:val="right"/>
      </w:pPr>
      <w:r>
        <w:t>ऐसे कैसे लिखा है कि मतलब एक बीज डाला जाता है वह धीरे धीरे फिर grow करता है</w:t>
      </w:r>
    </w:p>
    <w:p>
      <w:r>
        <w:rPr>
          <w:b/>
        </w:rPr>
        <w:t xml:space="preserve">[29:26] </w:t>
      </w:r>
      <w:r>
        <w:t>phir woh darkht banta hai.</w:t>
      </w:r>
    </w:p>
    <w:p>
      <w:pPr>
        <w:jc w:val="right"/>
      </w:pPr>
      <w:r>
        <w:t>फिर वह दरख्त बनता है.</w:t>
      </w:r>
    </w:p>
    <w:p>
      <w:r>
        <w:rPr>
          <w:b/>
        </w:rPr>
        <w:t xml:space="preserve">[29:34] </w:t>
      </w:r>
      <w:r>
        <w:t>to ek bahut hi matlab ek aisa poora bahut poore saare log saari gaaynath usme jutti hai tab phir jaakar jo hai ek besha hota hai ek ek ped banta hai. to mujhe bhi clear se yaad nahi hai lekin yeh bahut bhi achha unka tha aur bhi unhone us jagah kai jagah uske baare mein likha hai.</w:t>
      </w:r>
    </w:p>
    <w:p>
      <w:pPr>
        <w:jc w:val="right"/>
      </w:pPr>
      <w:r>
        <w:t>तो एक बहुत ही मतलब एक ऐसा पूरा बहुत पूरे सारे लोग सारी गायनाथ उसमें जुटती है तब फिर जाकर जो है एक बेशा होता है एक एक पेड़ बनता है. तो मुझे भी clear से याद नहीं है लेकिन यह बहुत भी अच्छा उनका था और भी उन्होंने उस जगह कई जगह उसके बारे में लिखा है.</w:t>
      </w:r>
    </w:p>
    <w:p>
      <w:r>
        <w:rPr>
          <w:b/>
        </w:rPr>
        <w:t xml:space="preserve">[30:01] </w:t>
      </w:r>
      <w:r>
        <w:t>matlab uski ped ke ke jo unhone nikalwaya tha ped uske mutabik unhone kai jagah likha hai. kai cheez likhi hai. aur koi apni learning bataya bataya hai na? matlab woh bata rahe the ki beej beej ka dard banna koi koi incident nahi hai koi tafaqi baat nahi hai.</w:t>
      </w:r>
    </w:p>
    <w:p>
      <w:pPr>
        <w:jc w:val="right"/>
      </w:pPr>
      <w:r>
        <w:t>मतलब उसकी पेड़ के के जो उन्होंने निकलवाया था पेड़ उसके मुताबिक उन्होंने कई जगह लिखा है. कई चीज़ लिखी है. और कोई अपनी learning बताया बताया है ना? मतलब वह बता रहे थे कि बीज बीज का दर्द बनना कोई कोई incident नहीं है कोई तफाकी बात नहीं है.</w:t>
      </w:r>
    </w:p>
    <w:p>
      <w:r>
        <w:rPr>
          <w:b/>
        </w:rPr>
        <w:t xml:space="preserve">[30:25] </w:t>
      </w:r>
      <w:r>
        <w:t>isi tarah ek shakhs ka kamyab hona bhi hai koi tafaqi baat nahi hai jo ek lineen bhi likhi hai usme ki matlab ek shakhs aise hi nahi kamyab haan haan haan. hum log apni life mein hamesha aapko rakhte hain jaise jaada aaya to hum sardi ka intezar karte hain. hum jaade ke baad garmi ka sabr karte hain kya saalon? aur sardi mein garmi ka intezar hota hai. to yeh mujhe lagta hai ki hum sabki shuru se training allah taala ne sabr ke liye hi ki hai.</w:t>
      </w:r>
    </w:p>
    <w:p>
      <w:pPr>
        <w:jc w:val="right"/>
      </w:pPr>
      <w:r>
        <w:t>इसी तरह एक शख्स का कामयाब होना भी है कोई तफाकी बात नहीं है जो एक lineएं भी लिखी है उसमें कि मतलब एक शख्स ऐसे ही नहीं कामयाब हां हां हां. हम लोग अपनी life में हमेशा आपको रखते हैं जैसे जाड़ा आया तो हम सर्दी का इंतज़ार करते हैं. हम जाड़े के बाद गर्मी का सब्र करते हैं क्या सालों? और सर्दी में गर्मी का इंतज़ार होता है. तो यह मुझे लगता है कि हम सबकी शुरू से training अल्लाह ताला ने सब्र के लिए ही की है.</w:t>
      </w:r>
    </w:p>
    <w:p>
      <w:r>
        <w:rPr>
          <w:b/>
        </w:rPr>
        <w:t xml:space="preserve">[30:54] </w:t>
      </w:r>
      <w:r>
        <w:t>bas magar insaan jaldbaaz hai bas aur wali baat hai. bilkul. hamari fatrah mein hai jaldbaazi. isliye hum gadbad kar dete hain. bilkul. gaaynath mein sab cheez se nishal dekar bahut achhe se yeh cheez samajh aati hai ki gaaynath ko dekar ki aise hi koi tafaak se nahi hoti. aise hi insaan ki bhi koi kamyab tabhi hota hai, koi tafaqi baat nahi hai.</w:t>
      </w:r>
    </w:p>
    <w:p>
      <w:pPr>
        <w:jc w:val="right"/>
      </w:pPr>
      <w:r>
        <w:t>बस मगर इंसान जल्दबाज़ है बस और वाली बात है. बिल्कुल. हमारी फ़त्राह में है जल्दबाज़ी. इसलिए हम गड़बड़ कर देते हैं. बिल्कुल. गायनाथ में सब चीज़ से निशाल देकर बहुत अच्छे से यह चीज़ समझ आती है कि गायनाथ को देकर कि ऐसे ही कोई तफाक से नहीं होती. ऐसे ही इंसान की भी कोई कामयाब तभी होता है, कोई तफाकी बात नहीं है.</w:t>
      </w:r>
    </w:p>
    <w:p>
      <w:r>
        <w:rPr>
          <w:b/>
        </w:rPr>
        <w:t xml:space="preserve">[31:20] </w:t>
      </w:r>
      <w:r>
        <w:t>koi usoolon ki pabandi ke baad hi koi insaan kamyab ho sakta hai aur koi aaj to bahut</w:t>
      </w:r>
    </w:p>
    <w:p>
      <w:pPr>
        <w:jc w:val="right"/>
      </w:pPr>
      <w:r>
        <w:t>कोई उसूलों की पाबंदी के बाद ही कोई इंसान कामयाब हो सकता है और कोई आज तो बहुत</w:t>
      </w:r>
    </w:p>
    <w:p>
      <w:r>
        <w:rPr>
          <w:b/>
        </w:rPr>
        <w:t xml:space="preserve">[31:37] </w:t>
      </w:r>
      <w:r>
        <w:t>kam log hain to Safiya, Safiya aap kuch bataengi?</w:t>
      </w:r>
    </w:p>
    <w:p>
      <w:pPr>
        <w:jc w:val="right"/>
      </w:pPr>
      <w:r>
        <w:t>कम लोग हैं तो सफ़िया, सफ़िया आप कुछ बताएंगी?</w:t>
      </w:r>
    </w:p>
    <w:p>
      <w:r>
        <w:rPr>
          <w:b/>
        </w:rPr>
        <w:t xml:space="preserve">[31:54] </w:t>
      </w:r>
      <w:r>
        <w:t>doctor sana nahi hai aaj? nahi, aaj woh book fair hai ab kolkata mein. achha achha. aur ek baat meri taraf se add karni chahti hoon. haan bataiye. woh din raat mein bhi patients ka ek example hai. woh din din hoti hai, raat hoti hai.</w:t>
      </w:r>
    </w:p>
    <w:p>
      <w:pPr>
        <w:jc w:val="right"/>
      </w:pPr>
      <w:r>
        <w:t>Doctor सना नहीं है आज? नहीं, आज वह book fair है अब कोलकाता में. अच्छा अच्छा. और एक बात मेरी तरफ से add करनी चाहती हूं. हां बताइए. वह दिन रात में भी patients का एक example है. वह दिन दिन होती है, रात होती है.</w:t>
      </w:r>
    </w:p>
    <w:p>
      <w:r>
        <w:rPr>
          <w:b/>
        </w:rPr>
        <w:t xml:space="preserve">[32:20] </w:t>
      </w:r>
      <w:r>
        <w:t>wahi woh bhi ek process hai ki suraj kabhi impressions hote nahi hain begi begi aane ka. woh bhi ek process hai. woh bhi usi tarah night bhi ek process ke zariye se hoti hai. to molana sab aisi bolti hai ki darkness se daro mat. to be patient because sunrise will will come to you. to sunrise aane wali hai.</w:t>
      </w:r>
    </w:p>
    <w:p>
      <w:pPr>
        <w:jc w:val="right"/>
      </w:pPr>
      <w:r>
        <w:t>वही वह भी एक process है कि सूरज कभी impressions होते नहीं हैं बेगी बेगी आने का. वह भी एक process है. वह भी उसी तरह night भी एक process के ज़रिए से होती है. तो मोलाना सब ऐसी बोलती है कि darkness से डरो मत. तो be patient because sunrise will will come to you. तो sunrise आने वाली है.</w:t>
      </w:r>
    </w:p>
    <w:p>
      <w:r>
        <w:rPr>
          <w:b/>
        </w:rPr>
        <w:t xml:space="preserve">[32:49] </w:t>
      </w:r>
      <w:r>
        <w:t>aap intezar mein raho. to hamein raat poora jaakar hamari health ko kharab karne ka kuch matlab issue nahi hai kyunki subah aane wali hai. to agar hum patience hone se hamare achhe din bhi aayega. yeh laugh nature hai. hamesha ke liye darkness nahi rehti hai. ujala bhi aati hai.</w:t>
      </w:r>
    </w:p>
    <w:p>
      <w:pPr>
        <w:jc w:val="right"/>
      </w:pPr>
      <w:r>
        <w:t>आप इंतज़ार में रहो. तो हमें रात पूरा जाकर हमारी health को ख़राब करने का कुछ मतलब issue नहीं है क्योंकि सुबह आने वाली है. तो अगर हम patience होने से हमारे अच्छे दिन भी आएगा. यह laugh nature है. हमेशा के लिए darkness नहीं रहती है. उजाला भी आती है.</w:t>
      </w:r>
    </w:p>
    <w:p>
      <w:r>
        <w:rPr>
          <w:b/>
        </w:rPr>
        <w:t xml:space="preserve">[33:12] </w:t>
      </w:r>
      <w:r>
        <w:t>waisa hi zindagi mein kabhi kabhi mushkilat aane se unexpected situations aane bhi hum patient ke saath lene ki zarurat hai. yeh jo time hai woh nikalne wali hai. woh hamesha ka hamesha ke liye nahi rehti hai. this time we'll pass. to hum yeh sochni chahiye aur ujale ke liye, life ke liye intezar karni chahiye.</w:t>
      </w:r>
    </w:p>
    <w:p>
      <w:pPr>
        <w:jc w:val="right"/>
      </w:pPr>
      <w:r>
        <w:t>वैसा ही ज़िंदगी में कभी कभी मुश्किलात आने से unexpected situations आने भी हम patient के साथ लेने की ज़रूरत है. यह जो time है वह निकलने वाली है. वह हमेशा का हमेशा के लिए नहीं रहती है. This time we'll pass. तो हम यह सोचनी चाहिए और उजाले के लिए, life के लिए इंतज़ार करनी चाहिए.</w:t>
      </w:r>
    </w:p>
    <w:p>
      <w:r>
        <w:rPr>
          <w:b/>
        </w:rPr>
        <w:t xml:space="preserve">[33:36] </w:t>
      </w:r>
      <w:r>
        <w:t>woh bhi sochkar to kuda par bharosa rakhkar, sochkar, nai planning karke, nai opportunities ko avail karke hum wait karni chahiye. tabhi woh ujala humko achha lagegi. to ujala aayegi lekin woh ujala ujala kab achha rahegi? hum patients ke saath wait karne se hi achha rahegi. hi hai.</w:t>
      </w:r>
    </w:p>
    <w:p>
      <w:pPr>
        <w:jc w:val="right"/>
      </w:pPr>
      <w:r>
        <w:t>वह भी सोचकर तो कुदा पर भरोसा रखकर, सोचकर, नई planning करके, नई opportunities को avail करके हम wait करनी चाहिए. तभी वह उजाला हमको अच्छा लगेगी. तो उजाला आएगी लेकिन वह उजाला उजाला कब अच्छा रहेगी? हम patients के साथ wait करने से ही अच्छा रहेगी. ही है.</w:t>
      </w:r>
    </w:p>
    <w:p>
      <w:r>
        <w:rPr>
          <w:b/>
        </w:rPr>
        <w:t xml:space="preserve">[34:04] </w:t>
      </w:r>
      <w:r>
        <w:t>raat jo hai sukoon se sau jaane ke liye baad subah aati hai. bechaini se woh nahi guzaarna hai. haan, raziya kuch kehna cha rahi hai. raziya mute hai aap. ji.</w:t>
      </w:r>
    </w:p>
    <w:p>
      <w:pPr>
        <w:jc w:val="right"/>
      </w:pPr>
      <w:r>
        <w:t>रात जो है सुकून से सौ जाने के लिए बाद सुबह आती है. बेचैनी से वह नहीं गुज़ारना है. हां, राजिया कुछ कहना चाह रही है. राजिया mute है आप. जी.</w:t>
      </w:r>
    </w:p>
    <w:p>
      <w:r>
        <w:rPr>
          <w:b/>
        </w:rPr>
        <w:t xml:space="preserve">[34:24] </w:t>
      </w:r>
      <w:r>
        <w:t>ji papa, jaise asha yusra ne bataya hai na ki humko nai savere ka aur nai ummeedon ka aur din badalne ka intezar karna chahiye. to mujhe aisa lag raha hai papa ki ek baat yaad aa rahi hai mujhe aur molana sahab ek quote hai ki agar hum achhe dino ka intezar karte hain to woh bhi ek ibadat hai.</w:t>
      </w:r>
    </w:p>
    <w:p>
      <w:pPr>
        <w:jc w:val="right"/>
      </w:pPr>
      <w:r>
        <w:t>जी papa, जैसे आशा युसरा ने बताया है ना कि हमको नई सवेरे का और नई उम्मीदों का और दिन बदलने का इंतज़ार करना चाहिए. तो मुझे ऐसा लग रहा है papa कि एक बात याद आ रही है मुझे और मोलाना साहब एक quote है कि अगर हम अच्छे दिनों का इंतज़ार करते हैं तो वह भी एक इबादत है.</w:t>
      </w:r>
    </w:p>
    <w:p>
      <w:r>
        <w:rPr>
          <w:b/>
        </w:rPr>
        <w:t xml:space="preserve">[34:48] </w:t>
      </w:r>
      <w:r>
        <w:t>to sabr usse agar relate karein to sabr ke saath achhe dino ka intezar karna bhi ek ibadat hai. yeh hadees hai na ab? raziya ne jo pata hai. haan haan. ek ibadat hai haan raziya. haan yeh molana ka humne kahin court hai yeh ki achhe dino ka intezar karna bhi hai ki vaadat hai. yeh vaadat hai haan hadeesh hai. yeh hadeesh hai. yeh vaadat nahi sabse badi vaadat hai shayad. sabse badi yeh vaadat hai. haan.</w:t>
      </w:r>
    </w:p>
    <w:p>
      <w:pPr>
        <w:jc w:val="right"/>
      </w:pPr>
      <w:r>
        <w:t>तो सब्र उससे अगर relate करें तो सब्र के साथ अच्छे दिनों का इंतज़ार करना भी एक इबादत है. यह हदीज़ है ना अब? रज़िया ने जो पता है. हां हां. एक इबादत है हां राजिया. हां यह मोलाना का हमने कहीं court है यह कि अच्छे दिनों का इंतज़ार करना भी है कि वादत है. यह वादत है हां हदीश है. यह हदीश है. यह वादत नहीं सबसे बड़ी वादत है शायद. सबसे बड़ी यह वादत है. हां.</w:t>
      </w:r>
    </w:p>
    <w:p>
      <w:r>
        <w:rPr>
          <w:b/>
        </w:rPr>
        <w:t xml:space="preserve">[35:18] </w:t>
      </w:r>
      <w:r>
        <w:t>aisa hi us tarah ki vaadasya mujhko yaad aagayi hai. inhone bahut achha analysis kiya hai. haan. doctor safeena kuch keh rahi thi aap?</w:t>
      </w:r>
    </w:p>
    <w:p>
      <w:pPr>
        <w:jc w:val="right"/>
      </w:pPr>
      <w:r>
        <w:t>ऐसा ही उस तरह की वादस्य मुझको याद आ गई है. इन्होंने बहुत अच्छा analysis किया है. हां. Doctor सफ़ीना कुछ कह रही थी आप?</w:t>
      </w:r>
    </w:p>
    <w:p>
      <w:r>
        <w:rPr>
          <w:b/>
        </w:rPr>
        <w:t xml:space="preserve">[35:29] </w:t>
      </w:r>
      <w:r>
        <w:t>aapka yahi keh rahi thi ki islam mein to itna zyada sabr ke upar tawajjo dilayi gayi aur jaisa ki hum abhi discuss kar rahe hain ki jitne bhi natural process hain unko agar hum gaur se dekhein to sab mein sabr ki hi talqeen hai. mujhe lagta hai sabr har koi karta hai. kisi na kisi tarah jaise mulana sahab ne bhi article mein likha hai.</w:t>
      </w:r>
    </w:p>
    <w:p>
      <w:pPr>
        <w:jc w:val="right"/>
      </w:pPr>
      <w:r>
        <w:t>आपका यही कह रही थी कि इस्लाम में तो इतना ज़्यादा सब्र के ऊपर तवज्जो दिलाई गई और जैसा कि हम अभी discuss कर रहे हैं कि जितने भी natural process हैं उनको अगर हम गौर से देखें तो सब में सब्र की ही तलकीन है. मुझे लगता है सब्र हर कोई करता है. किसी ना किसी तरह जैसे मुलाना साहब ने भी article में लिखा है.</w:t>
      </w:r>
    </w:p>
    <w:p>
      <w:r>
        <w:rPr>
          <w:b/>
        </w:rPr>
        <w:t xml:space="preserve">[35:55] </w:t>
      </w:r>
      <w:r>
        <w:t>karna hi padta hai kyunki hamari marzi se hota hi nahi hai sab kuch na.</w:t>
      </w:r>
    </w:p>
    <w:p>
      <w:pPr>
        <w:jc w:val="right"/>
      </w:pPr>
      <w:r>
        <w:t>करना ही पड़ता है क्योंकि हमारी मर्ज़ी से होता ही नहीं है सब कुछ ना.</w:t>
      </w:r>
    </w:p>
    <w:p>
      <w:r>
        <w:rPr>
          <w:b/>
        </w:rPr>
        <w:t xml:space="preserve">[36:00] </w:t>
      </w:r>
      <w:r>
        <w:t>magar wahan par bas sari jo focus hai wah hamari niyat par hai jis par aapne abhi kaha</w:t>
      </w:r>
    </w:p>
    <w:p>
      <w:pPr>
        <w:jc w:val="right"/>
      </w:pPr>
      <w:r>
        <w:t>मगर वहां पर बस सारी जो focus है वह हमारी नियत पर है जिस पर आपने अभी कहा</w:t>
      </w:r>
    </w:p>
    <w:p>
      <w:r>
        <w:rPr>
          <w:b/>
        </w:rPr>
        <w:t xml:space="preserve">[36:05] </w:t>
      </w:r>
      <w:r>
        <w:t>tha ki hum kis niyat se sabr kar rahe hain?</w:t>
      </w:r>
    </w:p>
    <w:p>
      <w:pPr>
        <w:jc w:val="right"/>
      </w:pPr>
      <w:r>
        <w:t>था कि हम किस नियत से सब्र कर रहे हैं?</w:t>
      </w:r>
    </w:p>
    <w:p>
      <w:r>
        <w:rPr>
          <w:b/>
        </w:rPr>
        <w:t xml:space="preserve">[36:10] </w:t>
      </w:r>
      <w:r>
        <w:t>kya hum usko apne faayde ke tehat chup baithe hain ya phir hum isliye baithe hain ki hum</w:t>
      </w:r>
    </w:p>
    <w:p>
      <w:pPr>
        <w:jc w:val="right"/>
      </w:pPr>
      <w:r>
        <w:t>क्या हम उसको अपने फ़ायदे के तहत चुप बैठे हैं या फिर हम इसलिए बैठे हैं कि हम</w:t>
      </w:r>
    </w:p>
    <w:p>
      <w:r>
        <w:rPr>
          <w:b/>
        </w:rPr>
        <w:t xml:space="preserve">[36:15] </w:t>
      </w:r>
      <w:r>
        <w:t>kuch kar nahi sakte isliye chup baith jao ya allah ke liye hamari niyat hai.</w:t>
      </w:r>
    </w:p>
    <w:p>
      <w:pPr>
        <w:jc w:val="right"/>
      </w:pPr>
      <w:r>
        <w:t>कुछ कर नहीं सकते इसलिए चुप बैठ जाओ या अल्लाह के लिए हमारी नियत है.</w:t>
      </w:r>
    </w:p>
    <w:p>
      <w:r>
        <w:rPr>
          <w:b/>
        </w:rPr>
        <w:t xml:space="preserve">[36:20] </w:t>
      </w:r>
      <w:r>
        <w:t>to war baar humein apni niyat bhi check karni padegi ki hum kyun kar rahe hain sab?</w:t>
      </w:r>
    </w:p>
    <w:p>
      <w:pPr>
        <w:jc w:val="right"/>
      </w:pPr>
      <w:r>
        <w:t>तो वार बार हमें अपनी नियत भी check करनी पड़ेगी कि हम क्यों कर रहे हैं सब?</w:t>
      </w:r>
    </w:p>
    <w:p>
      <w:r>
        <w:rPr>
          <w:b/>
        </w:rPr>
        <w:t xml:space="preserve">[36:26] </w:t>
      </w:r>
      <w:r>
        <w:t>haan bilkul yahan. sahi keh rahi hai unse malana sahab kehte hain ki puda ka mehboob banda woh hai jo main paraston ke hujoom mein apne ko bemaya bana le.</w:t>
      </w:r>
    </w:p>
    <w:p>
      <w:pPr>
        <w:jc w:val="right"/>
      </w:pPr>
      <w:r>
        <w:t>हां बिल्कुल यहां. सही कह रही है उनसे मालाना साहब कहते हैं कि पुदा का महबूब बंदा वह है जो मैं परुस्तों के हुजू में अपने को बेमय बना ले.</w:t>
      </w:r>
    </w:p>
    <w:p>
      <w:r>
        <w:rPr>
          <w:b/>
        </w:rPr>
        <w:t xml:space="preserve">[36:37] </w:t>
      </w:r>
      <w:r>
        <w:t>mujhe woh bhi yaad aa raha tha ki Maulana sahab ki jo malda thi to woh bhi unka</w:t>
      </w:r>
    </w:p>
    <w:p>
      <w:pPr>
        <w:jc w:val="right"/>
      </w:pPr>
      <w:r>
        <w:t>मुझे वह भी याद आ रहा था कि मालाना साहब की जो मालदा थी तो वह भी उनका</w:t>
      </w:r>
    </w:p>
    <w:p>
      <w:r>
        <w:rPr>
          <w:b/>
        </w:rPr>
        <w:t xml:space="preserve">[36:47] </w:t>
      </w:r>
      <w:r>
        <w:t>bhi Maulana sahab ke upar matlab jis tarah se maine bachpan se in logon ko paala tha to</w:t>
      </w:r>
    </w:p>
    <w:p>
      <w:pPr>
        <w:jc w:val="right"/>
      </w:pPr>
      <w:r>
        <w:t>भी मालाना साहब के ऊपर मतलब जिस तरह से मैंने बचपन से इन लोगों को पाला था तो</w:t>
      </w:r>
    </w:p>
    <w:p>
      <w:r>
        <w:rPr>
          <w:b/>
        </w:rPr>
        <w:t xml:space="preserve">[36:58] </w:t>
      </w:r>
      <w:r>
        <w:t>woh bhi ek tarah ka Maulana sahab ke upar uska asar hua hoga ki dada ke intaqal ke</w:t>
      </w:r>
    </w:p>
    <w:p>
      <w:pPr>
        <w:jc w:val="right"/>
      </w:pPr>
      <w:r>
        <w:t>वह भी एक तरह का मालाना साहब के ऊपर उसका असर हुआ होगा कि दादा के इंताक़ाल के</w:t>
      </w:r>
    </w:p>
    <w:p>
      <w:r>
        <w:rPr>
          <w:b/>
        </w:rPr>
        <w:t xml:space="preserve">[37:09] </w:t>
      </w:r>
      <w:r>
        <w:t>baad lekin unko sukoon khatm ho gaya magar halaat ki wajah se woh jhunjhlahad ya gusse mein nahi muktla hui.</w:t>
      </w:r>
    </w:p>
    <w:p>
      <w:pPr>
        <w:jc w:val="right"/>
      </w:pPr>
      <w:r>
        <w:t>बाद लेकिन उनको सुकून खत्म हो गया मगर हालात की वजह से वह झुंझलाहड़ या गुस्से में नहीं मुक्तला हुई.</w:t>
      </w:r>
    </w:p>
    <w:p>
      <w:r>
        <w:rPr>
          <w:b/>
        </w:rPr>
        <w:t xml:space="preserve">[37:20] </w:t>
      </w:r>
      <w:r>
        <w:t>bahut hi bardasht karke unhone apne bachchon ko ki tarbiyat di aur bachchon ko pala bahut mushkil se. to uska natija itna achha nikla tha ki woh jo unka sab kuch le liya gaya tha zameen zaydad sab kuch wapas bahut bade usme wapas mila unko.</w:t>
      </w:r>
    </w:p>
    <w:p>
      <w:pPr>
        <w:jc w:val="right"/>
      </w:pPr>
      <w:r>
        <w:t>बहुत ही बर्दाश्त करके उन्होंने अपने बच्चों को की तरबीयत दी और बच्चों को पाला बहुत मुश्किल से. तो उसका नतीजा इतना अच्छा निकला था कि वह जो उनका सब कुछ ले लिया गया था ज़मीन ज़ायदाद सब कुछ वापस बहुत बड़े उसमें वापस मिला उनको.</w:t>
      </w:r>
    </w:p>
    <w:p>
      <w:r>
        <w:rPr>
          <w:b/>
        </w:rPr>
        <w:t xml:space="preserve">[37:37] </w:t>
      </w:r>
      <w:r>
        <w:t>ek aisa pehle aise hota tha na pehle zamane mein koi doosri tarah se bantwara hota tha phir sab kuch wapas unko bahut matlab sab achha achha aur mil gaya unko aur phir unke bachche masala itne achhe sab ruk len. to milta to hai hi hai sabka badla aur is duniyai se shuru ho jata hai.</w:t>
      </w:r>
    </w:p>
    <w:p>
      <w:pPr>
        <w:jc w:val="right"/>
      </w:pPr>
      <w:r>
        <w:t>एक ऐसा पहले ऐसे होता था ना पहले ज़माने में कोई दूसरी तरह से बंटवारा होता था फिर सब कुछ वापस उनको बहुत मतलब सब अच्छा अच्छा और मिल गया उनको और फिर उनके बच्चे मसाला इतने अच्छे सब रुक लें. तो मिलता तो है ही है सबका बदला और इस दुनियाई से शुरू हो जाता है.</w:t>
      </w:r>
    </w:p>
    <w:p>
      <w:r>
        <w:rPr>
          <w:b/>
        </w:rPr>
        <w:t xml:space="preserve">[37:57] </w:t>
      </w:r>
      <w:r>
        <w:t>lekin yahi hai ki jo uska sugudhh de paaye yeh bahut badi baat hai ki aaj ke zamane mein to bahut mushkil hai ki kar nahi pata koi. aur aap aap positive bhi reh paaye matlab poore tarah se. haan haan</w:t>
      </w:r>
    </w:p>
    <w:p>
      <w:pPr>
        <w:jc w:val="right"/>
      </w:pPr>
      <w:r>
        <w:t>लेकिन यही है कि जो उसका सुगूध दे पाए यह बहुत बड़ी बात है कि आज के जमाने में तो बहुत मुश्किल है कि कर नहीं पाता कोई. और आप आप positive भी रह पाए मतलब पूरे तरह से. हां हां</w:t>
      </w:r>
    </w:p>
    <w:p>
      <w:r>
        <w:rPr>
          <w:b/>
        </w:rPr>
        <w:t xml:space="preserve">[38:12] </w:t>
      </w:r>
      <w:r>
        <w:t>negative rehna negative nahi rahe positive rehna to ek tarah se bahut zyada personality bahut develop ho jati</w:t>
      </w:r>
    </w:p>
    <w:p>
      <w:pPr>
        <w:jc w:val="right"/>
      </w:pPr>
      <w:r>
        <w:t>negative रहना negative नहीं रहे positive रहना तो एक तरह से बहुत ज़्यादा personality बहुत develop हो जाती</w:t>
      </w:r>
    </w:p>
    <w:p>
      <w:r>
        <w:rPr>
          <w:b/>
        </w:rPr>
        <w:t xml:space="preserve">[38:19] </w:t>
      </w:r>
      <w:r>
        <w:t>hai aur phir insaan jab ek baar itni badi mushakkat se guzar leta hai to phir baad mein</w:t>
      </w:r>
    </w:p>
    <w:p>
      <w:pPr>
        <w:jc w:val="right"/>
      </w:pPr>
      <w:r>
        <w:t>है और फिर इंसान जब एक बार इतनी बड़ी मुशक्कत से गुज़र लेता है तो फिर बाद में</w:t>
      </w:r>
    </w:p>
    <w:p>
      <w:r>
        <w:rPr>
          <w:b/>
        </w:rPr>
        <w:t xml:space="preserve">[38:27] </w:t>
      </w:r>
      <w:r>
        <w:t>uske andar jo development hota hai na aasan aage ka marhala lagta hai.</w:t>
      </w:r>
    </w:p>
    <w:p>
      <w:pPr>
        <w:jc w:val="right"/>
      </w:pPr>
      <w:r>
        <w:t>उसके अंदर जो development होता है ना आसान आगे का मरहला लगता है.</w:t>
      </w:r>
    </w:p>
    <w:p>
      <w:r>
        <w:rPr>
          <w:b/>
        </w:rPr>
        <w:t xml:space="preserve">[38:35] </w:t>
      </w:r>
      <w:r>
        <w:t>to yeh baat aapne ekdam sahi kahi sabke saath yeh hota hai.</w:t>
      </w:r>
    </w:p>
    <w:p>
      <w:pPr>
        <w:jc w:val="right"/>
      </w:pPr>
      <w:r>
        <w:t>तो यह बात आपने एकदम सही कही सबके साथ यह होता है.</w:t>
      </w:r>
    </w:p>
    <w:p>
      <w:r>
        <w:rPr>
          <w:b/>
        </w:rPr>
        <w:t xml:space="preserve">[38:43] </w:t>
      </w:r>
      <w:r>
        <w:t>to sab kisi na kisi bahane sab karta</w:t>
      </w:r>
    </w:p>
    <w:p>
      <w:pPr>
        <w:jc w:val="right"/>
      </w:pPr>
      <w:r>
        <w:t>तो सब किसी ना किसी बहाने सब करता</w:t>
      </w:r>
    </w:p>
    <w:p>
      <w:r>
        <w:rPr>
          <w:b/>
        </w:rPr>
        <w:t xml:space="preserve">[38:51] </w:t>
      </w:r>
      <w:r>
        <w:t>ji aur aam taur par log jo sabr kare hote hain to vah apne aap ko bahut hi, bahut hi zyada bechara samajhkar aur. haan yah bhi. haan yah rahte hain ki hum to hum kya karein? humne to sabr kar diya na. to vah cheez vah attitude humein hatana hai. haan, rona aur doosre se vah matlab apna har waqt jo hai apna bayan karna, rona, dhona yah sab bhi chalta rahta hai. to vah sabr nahin hua. haan rajiya kuch keh rahi thi?</w:t>
      </w:r>
    </w:p>
    <w:p>
      <w:pPr>
        <w:jc w:val="right"/>
      </w:pPr>
      <w:r>
        <w:t>जी और आमतौर पर लोग जो सब्र करे होते हैं तो वह अपने आप को बहुत ही, बहुत ही ज़्यादा बेचारा समझकर और. हां यह भी. हां यह रहते हैं कि हम तो हम क्या करें? हमने तो सब्र कर दिया ना. तो वह चीज़ वह attitude हमें हटाना है. हां, रोना और दूसरे से वह मतलब अपना हर वक्त जो है अपना बयान करना, रोना, धोना यह सब भी चलता रहता है. तो वह सब्र नहीं हुआ. हां राजिया कुछ कह रही थी?</w:t>
      </w:r>
    </w:p>
    <w:p>
      <w:r>
        <w:rPr>
          <w:b/>
        </w:rPr>
        <w:t xml:space="preserve">[39:21] </w:t>
      </w:r>
      <w:r>
        <w:t>haan haan, aap ek cheez aur batani thi. yaad aa rahi hai. mujhe unmute kahan se khadi mute nahin aa hai aapki. aa rahi hai aapki awaaz? awaaz aa rahi aa rahi hai? theek hai.</w:t>
      </w:r>
    </w:p>
    <w:p>
      <w:pPr>
        <w:jc w:val="right"/>
      </w:pPr>
      <w:r>
        <w:t>हां हां, आप एक चीज़ और बतानी थी. याद आ रही है. मुझे unmute कहां से खड़ी mute नहीं आ है आपकी. आ रही है आपकी आवाज़? आवाज़ आ रही आ रही है? ठीक है.</w:t>
      </w:r>
    </w:p>
    <w:p>
      <w:r>
        <w:rPr>
          <w:b/>
        </w:rPr>
        <w:t xml:space="preserve">[39:32] </w:t>
      </w:r>
      <w:r>
        <w:t>haan, aap jaise aap bata rahi hain na ki pahle pahle jab hum chhote the aur hum bhi kehti thi sabr ki baat to mujhe aisa lagta tha jaise ki hum koi mahroom ho ya phir hum hum par majboori aa gayi ho, lekin jab se maine molana sahab to kam se padha hai na patience ka, tab samajh mein aaya yah to planning hai. isko matlab planning agar hum do cheezein hain jaise tolerance hai aur ek hai patience.</w:t>
      </w:r>
    </w:p>
    <w:p>
      <w:pPr>
        <w:jc w:val="right"/>
      </w:pPr>
      <w:r>
        <w:t>हां, आप जैसे आप बता रही हैं ना कि पहले पहले जब हम छोटे थे और हम भी कहती थी सब्र की बात तो मुझे ऐसा लगता था जैसे कि हम कोई महरूम हो या फिर हम हम पर मजबूरी आ गई हो, लेकिन जब से मैंने मोलाना साहब तो कम से पढ़ा है ना patience का, तब समझ में आया यह तो planning है. इसको मतलब planning अगर हम दो चीज़ें हैं जैसे tolerance है और एक है patience.</w:t>
      </w:r>
    </w:p>
    <w:p>
      <w:r>
        <w:rPr>
          <w:b/>
        </w:rPr>
        <w:t xml:space="preserve">[40:00] </w:t>
      </w:r>
      <w:r>
        <w:t>lekin patience mein jaise molana sahab batate hain ki yah ek planning hoti karni hoti hai matlab ismein thoda sabr karte hain to phir hum usko apne kaamon ko aur apni cheezon ko phir se plan karte hain ismein. to mujhe bahut baad mein ab is age mein jaakar samajh mein aaya ki yah koi majboori pade na hai. yah to ek tarah se hamari samajhdari hai. agar hum planning karke cheezon ko kar rahe hain to yah to samajhdari hai.</w:t>
      </w:r>
    </w:p>
    <w:p>
      <w:pPr>
        <w:jc w:val="right"/>
      </w:pPr>
      <w:r>
        <w:t>लेकिन patience में जैसे मोलाना साहब बताते हैं कि यह एक planning होती करनी होती है मतलब इसमें थोड़ा सब्र करते हैं तो फिर हम उसको अपने कामों को और अपनी चीज़ों को फिर से plan करते हैं इसमें. तो मुझे बहुत बाद में अब इस age में जाकर समझ में आया कि यह कोई मजबूरी पड़ेना है. यह तो एक तरीके से हमारी समझदारी है. अगर हम planning करके चीज़ों को कर रहे हैं तो यह तो समझदारी है.</w:t>
      </w:r>
    </w:p>
    <w:p>
      <w:r>
        <w:rPr>
          <w:b/>
        </w:rPr>
        <w:t xml:space="preserve">[40:28] </w:t>
      </w:r>
      <w:r>
        <w:t>ismein to dimaag istemal ho raha hai wahan kaun si majboori aa rahi hai? majboori to hai hi nahin. ab mujhe samajh mein aata hai patience kya hai? tab mujhe lagta tha ki pani kehti hain to aisa lagta tha ki jab majboori ho. nahin yah sahab kehte nahin the ki jab koi aisi situation aaye ya koi aisa mushkil waqt aaye to aap samajh lijiye bas mera test hai. to bilkul vah ho jayega. haan haan. test dena hai, taiyari kariye.</w:t>
      </w:r>
    </w:p>
    <w:p>
      <w:pPr>
        <w:jc w:val="right"/>
      </w:pPr>
      <w:r>
        <w:t>इसमें तो दिमाग इस्तेमाल हो रहा है वहां कौन सी मजबूरी आ रही है? मजबूरी तो है ही नहीं. अब मुझे समझ में आता है patience क्या है? तब मुझे लगता था कि पानी कहती हैं तो ऐसा लगता था कि जब मजबूरी हो. नहीं यह साहब कहते नहीं थे कि जब कोई ऐसी situation आए या कोई ऐसा मुश्किल वक्त आए तो आप समझ लीजिए बस मेरा test है. तो बिल्कुल वह हो जाएगा. हां हां. Test देना है, तैयारी करिए.</w:t>
      </w:r>
    </w:p>
    <w:p>
      <w:r>
        <w:rPr>
          <w:b/>
        </w:rPr>
        <w:t xml:space="preserve">[40:56] </w:t>
      </w:r>
      <w:r>
        <w:t>haan haan aur aapka ek ek example aur mujhe yaad aa raha hai. jo jaise yah hota hai na desert, desert mein jo cactus wagairah paida hote hain us climate mein to vah itne matlab uske kehna chahiye ki wahan ki climate ko adopt kar lete hain aur uske according panapte hain.</w:t>
      </w:r>
    </w:p>
    <w:p>
      <w:pPr>
        <w:jc w:val="right"/>
      </w:pPr>
      <w:r>
        <w:t>हां हां और आपका एक एक example और मुझे याद आ रहा है. जो जैसे यह होता है ना desert, desert में जो cactus वगैरह पैदा होते हैं उस climate में तो वह इतने मतलब उसके कहना चाहिए कि वहां की climate को adopt कर लेते हैं और उसके according पनपते हैं.</w:t>
      </w:r>
    </w:p>
    <w:p>
      <w:r>
        <w:rPr>
          <w:b/>
        </w:rPr>
        <w:t xml:space="preserve">[41:20] </w:t>
      </w:r>
      <w:r>
        <w:t>to agar hamare upar test bhi aate hain aur hum patients usmein rakhte hain to hamari jo tarbiyat hoti hai jaise ki doctor safina ne kaha hai ki humko na uske according is tarah se hamari vah ho jati hai ki humein majbooti aati hai. strong bante hain hum log. bahut achha bataya rajiya, bahut achha.</w:t>
      </w:r>
    </w:p>
    <w:p>
      <w:pPr>
        <w:jc w:val="right"/>
      </w:pPr>
      <w:r>
        <w:t>तो अगर हमारे ऊपर test भी आते हैं और हम patients उसमें रखते हैं तो हमारी जो तरबीयत होती है जैसे कि Doctor सफ़ीना ने कहा है कि हमको ना उसके according इस तरीके से हमारी वह हो जाती है कि हमें मजबूती आती है. Strong बनते हैं हम लोग. बहुत अच्छा बताया राजिया, बहुत अच्छा.</w:t>
      </w:r>
    </w:p>
    <w:p>
      <w:r>
        <w:rPr>
          <w:b/>
        </w:rPr>
        <w:t xml:space="preserve">[41:45] </w:t>
      </w:r>
      <w:r>
        <w:t>matlab sara nichod bata diya hai ki sabr ko kyon malayana sahab ne bahaduri bataya hai. ji ji bilkul. yaad aa gaya mujhe. sab number hai kuch kehna chah rahi hai. hum soch rahe hain ki sabr hum logon ka hal lamha mein karna hai.</w:t>
      </w:r>
    </w:p>
    <w:p>
      <w:pPr>
        <w:jc w:val="right"/>
      </w:pPr>
      <w:r>
        <w:t>मतलब सारा निचोड़ बता दिया है कि सब्र को क्यों मलयाना साहब ने बहादुरी बताया है. जी जी बिल्कुल. याद आ गया मुझे. सब number है कुछ कहना चाह रही है. हम सोच रहे हैं कि सब्र हम लोगों का हल लम्हा में करना है.</w:t>
      </w:r>
    </w:p>
    <w:p>
      <w:r>
        <w:rPr>
          <w:b/>
        </w:rPr>
        <w:t xml:space="preserve">[42:02] </w:t>
      </w:r>
      <w:r>
        <w:t>kyonki sabre ka jo aap batayenge intention intention nahin hai fzaar ke liye kuch na maane ki na khushbaal haal hua ya kisi situation mein hum kisi se mil rahe hain doosre se to aisa kuch na kuch aisa situation pes aata hai.</w:t>
      </w:r>
    </w:p>
    <w:p>
      <w:pPr>
        <w:jc w:val="right"/>
      </w:pPr>
      <w:r>
        <w:t>क्योंकि सब्रे का जो आप बताएंगे intention intention नहीं है फ़ज़ार के लिए कुछ ना माने कि ना खुशबाल हाल हुआ या किसी situation में हम किसी से मिल रहे हैं दूसरे से तो ऐसा कुछ ना कुछ ऐसा situation पेस आता है.</w:t>
      </w:r>
    </w:p>
    <w:p>
      <w:r>
        <w:rPr>
          <w:b/>
        </w:rPr>
        <w:t xml:space="preserve">[42:30] </w:t>
      </w:r>
      <w:r>
        <w:t>humko sabr ke saath usko hum achha se deal karein to hum hum guess mujhe yeh aata hai</w:t>
      </w:r>
    </w:p>
    <w:p>
      <w:pPr>
        <w:jc w:val="right"/>
      </w:pPr>
      <w:r>
        <w:t>हमको सब्रे के साथ उसको हम अच्छा से deal करें तो हम हम guess मुझे यह आता है</w:t>
      </w:r>
    </w:p>
    <w:p>
      <w:r>
        <w:rPr>
          <w:b/>
        </w:rPr>
        <w:t xml:space="preserve">[42:48] </w:t>
      </w:r>
      <w:r>
        <w:t>ki sab ek bahut majboori cheezein hain.</w:t>
      </w:r>
    </w:p>
    <w:p>
      <w:pPr>
        <w:jc w:val="right"/>
      </w:pPr>
      <w:r>
        <w:t>कि सब एक बहुत मजबूरी चीज़ें हैं.</w:t>
      </w:r>
    </w:p>
    <w:p>
      <w:r>
        <w:rPr>
          <w:b/>
        </w:rPr>
        <w:t xml:space="preserve">[43:07] </w:t>
      </w:r>
      <w:r>
        <w:t>ek sahuri jazba hai.</w:t>
      </w:r>
    </w:p>
    <w:p>
      <w:pPr>
        <w:jc w:val="right"/>
      </w:pPr>
      <w:r>
        <w:t>एक सहूरी जज़्बा है.</w:t>
      </w:r>
    </w:p>
    <w:p>
      <w:r>
        <w:rPr>
          <w:b/>
        </w:rPr>
        <w:t xml:space="preserve">[43:12] </w:t>
      </w:r>
      <w:r>
        <w:t>aql se saamne gaye, aql se isko istemal karni chahiye.</w:t>
      </w:r>
    </w:p>
    <w:p>
      <w:pPr>
        <w:jc w:val="right"/>
      </w:pPr>
      <w:r>
        <w:t>अक्ल से सामने गए, अक्ल से इसको इस्तेमाल करनी चाहिए.</w:t>
      </w:r>
    </w:p>
    <w:p>
      <w:r>
        <w:rPr>
          <w:b/>
        </w:rPr>
        <w:t xml:space="preserve">[43:17] </w:t>
      </w:r>
      <w:r>
        <w:t>biggest wajah se mujhe kaam hi gaya.</w:t>
      </w:r>
    </w:p>
    <w:p>
      <w:pPr>
        <w:jc w:val="right"/>
      </w:pPr>
      <w:r>
        <w:t>Biggest वजह से मुझे काम ही गया.</w:t>
      </w:r>
    </w:p>
    <w:p>
      <w:r>
        <w:rPr>
          <w:b/>
        </w:rPr>
        <w:t xml:space="preserve">[43:23] </w:t>
      </w:r>
      <w:r>
        <w:t>sabr bhi maine insaan ko ek ek har jagah ek positive sikha deta hai ki kya positive sara</w:t>
      </w:r>
    </w:p>
    <w:p>
      <w:pPr>
        <w:jc w:val="right"/>
      </w:pPr>
      <w:r>
        <w:t>सब भी मैंने इंसान को एक एक हर जगह एक positive सिखा देता है कि क्या positive सारा</w:t>
      </w:r>
    </w:p>
    <w:p>
      <w:r>
        <w:rPr>
          <w:b/>
        </w:rPr>
        <w:t xml:space="preserve">[43:28] </w:t>
      </w:r>
      <w:r>
        <w:t>karna chahiye humko.</w:t>
      </w:r>
    </w:p>
    <w:p>
      <w:pPr>
        <w:jc w:val="right"/>
      </w:pPr>
      <w:r>
        <w:t>करना चाहिए हमको.</w:t>
      </w:r>
    </w:p>
    <w:p>
      <w:r>
        <w:rPr>
          <w:b/>
        </w:rPr>
        <w:t xml:space="preserve">[43:34] </w:t>
      </w:r>
      <w:r>
        <w:t>agar hum sabr nahi karte hain, shikayat karte hain har waqt to humko to sab last mein woh</w:t>
      </w:r>
    </w:p>
    <w:p>
      <w:pPr>
        <w:jc w:val="right"/>
      </w:pPr>
      <w:r>
        <w:t>अगर हम सब नहीं करते हैं, सिकायत करते हैं हर वक्त तो हमको तो सब last में वह</w:t>
      </w:r>
    </w:p>
    <w:p>
      <w:r>
        <w:rPr>
          <w:b/>
        </w:rPr>
        <w:t xml:space="preserve">[43:39] </w:t>
      </w:r>
      <w:r>
        <w:t>karna hi hai lekin kyun</w:t>
      </w:r>
    </w:p>
    <w:p>
      <w:pPr>
        <w:jc w:val="right"/>
      </w:pPr>
      <w:r>
        <w:t>करना ही है लेकिन क्यों</w:t>
      </w:r>
    </w:p>
    <w:p>
      <w:r>
        <w:rPr>
          <w:b/>
        </w:rPr>
        <w:t xml:space="preserve">[43:45] </w:t>
      </w:r>
      <w:r>
        <w:t>nahin jo aapne baat yah. maine kaha aapne jo yah baat kahi ki majboori mein sabr karna, gile shikwe karna agar humne gile shikwe kare to yahi to besabri hai.</w:t>
      </w:r>
    </w:p>
    <w:p>
      <w:pPr>
        <w:jc w:val="right"/>
      </w:pPr>
      <w:r>
        <w:t>नहीं जो आपने बात यह. मैंने कहा आपने जो यह बात कही कि मजबूरी में सब्र करना, गिले शिक्वे करना अगर हमने गिले शिक्वे करे तो यही तो बेसबरी है.</w:t>
      </w:r>
    </w:p>
    <w:p>
      <w:r>
        <w:rPr>
          <w:b/>
        </w:rPr>
        <w:t xml:space="preserve">[43:58] </w:t>
      </w:r>
      <w:r>
        <w:t>yah to sabr nahin hai agar hum bagair bes gile shikwe karke usko positively lein to yah baat bahut achhi aapne batai ki gile shikwe nahin karna hai aur yah soche ki allah hamein vah karega to positively hamein positive dekhkar hi sabr karna hai. to vahi hamein vahi bahaduri hai aur usi ka hi naam matlab hamein dega. yaad hoga.</w:t>
      </w:r>
    </w:p>
    <w:p>
      <w:pPr>
        <w:jc w:val="right"/>
      </w:pPr>
      <w:r>
        <w:t>यह तो सब्र नहीं है अगर हम बगैर बेस गिले शिक्वे करके उसको positively लें तो यह बात बहुत अच्छी आपने बताई कि गिले शिक्वे नहीं करना है और यह सोचे कि अल्लाह हमें वह करेगा तो positively हमें positive देखकर ही सब्र करना है. तो वही हमें वही बहादुरुई है और उसी का ही नाम मतलब हमें देगा. याद होगा.</w:t>
      </w:r>
    </w:p>
    <w:p>
      <w:r>
        <w:rPr>
          <w:b/>
        </w:rPr>
        <w:t xml:space="preserve">[44:28] </w:t>
      </w:r>
      <w:r>
        <w:t>aur bahut mushkil kaam bhi hai, bahut mushkil hai. mushkil hai. mushkil hai. mushkil kaam to bahut mushkil hai. tabhi to bakjuri hai. theek hai tabhi bakjuri hai. ji. aur jab hum aap yah samajhte hain to vah mushkil aasan ho jati hai. jab aap sochte hain ki iska inaam bhi milna hai aur hum yah sahi kaam kar rahe hain to vah mushkil phir kitni mushkil nahin rahti vah aasani lagti hai.</w:t>
      </w:r>
    </w:p>
    <w:p>
      <w:pPr>
        <w:jc w:val="right"/>
      </w:pPr>
      <w:r>
        <w:t>और बहुत मुश्किल काम भी है, बहुत मुश्किल है. मुश्किल है. मुश्किल है. मुश्किल काम तो बहुत मुश्किल है. तभी तो बाकजुरी है. ठीक है तभी बाकजुरी है. जी. और जब हम आप यह समझते हैं तो वह मुश्किल आसान हो जाती है. जब आप सोचते हैं कि इसका इनाम भी मिलना है और हम यह सही काम कर रहे हैं तो वह मुश्किल फिर कितनी मुश्किल नहीं रहती वह आसानी लगती है.</w:t>
      </w:r>
    </w:p>
    <w:p>
      <w:r>
        <w:rPr>
          <w:b/>
        </w:rPr>
        <w:t xml:space="preserve">[44:54] </w:t>
      </w:r>
      <w:r>
        <w:t>You start looking positivity in negative situation jo ki molana hamesha kehte the ki negative situation mein bhi positivity ko door. haan haan haan. sahi kah rahe hain. to example malana sahab ne kahin dekha hai ki ek chhota sa paudha jagisthan mein kahin unhone jo jag mein dekha tha to hawa aa rahi hai is taraf se aur vah paudha poora jhuk jata hai zameen par. itni tez matlab hawa chalne ya chhota sa paudha hai.</w:t>
      </w:r>
    </w:p>
    <w:p>
      <w:pPr>
        <w:jc w:val="right"/>
      </w:pPr>
      <w:r>
        <w:t>You start looking positivity in negative situation जो कि मौलाना हमेशा कहते थे कि negative situation में भी positivity को दूर. हां हां हां. सही कह रहे हैं. तो example मालाना साहब ने कहीं देखा है कि एक छोटा सा पौधा जगिश्तान में कहीं उन्होंने जो जग में देखा था तो हवा आ रही है इस तरफ से और वह पौधा पूरा झुक जाता है ज़मीन पर. इतनी तेज मतलब हवा चलने या छोटा सा पौधा है.</w:t>
      </w:r>
    </w:p>
    <w:p>
      <w:r>
        <w:rPr>
          <w:b/>
        </w:rPr>
        <w:t xml:space="preserve">[45:24] </w:t>
      </w:r>
      <w:r>
        <w:t>phir jab hawa ka rukh udhar aata hai nidar ki taraf jata hai uske opposite side mein vah jhuk jata hai phir khada ho jata hai. to usse bhi kitna vaisa unhone liya ki us tarah se matlab kayam rahna apne rab ke samne sochkar rab ke liye karna hai to usko bilkul usi usi jagah kayam rahna bahut zaroori hota hai. to bahut mushkil kaam to bahut hi mushkil kaam hai. lekin yah karna jannat pane ke.</w:t>
      </w:r>
    </w:p>
    <w:p>
      <w:pPr>
        <w:jc w:val="right"/>
      </w:pPr>
      <w:r>
        <w:t>फिर जब हवा का रुख उधर आता है निदर की तरफ जाता है उसके opposite side में वह झुक जाता है फिर खड़ा हो जाता है. तो उससे भी कितना वैसा उन्होंने लिया कि उस तरह से मतलब कायम रहना अपने रब के सामने सोचकर रब के लिए करना है तो उसको बिल्कुल उसी उसी जगह कायम रहना बहुत ज़रूरी होता है. तो बहुत मुश्किल काम तो बहुत ही मुश्किल काम है. लेकिन यही करना जन्नत पाने के.</w:t>
      </w:r>
    </w:p>
    <w:p>
      <w:r>
        <w:rPr>
          <w:b/>
        </w:rPr>
        <w:t xml:space="preserve">[45:53] </w:t>
      </w:r>
      <w:r>
        <w:t>yahin rasta hai. jannat wala kehte the na jannat bahut keemti hai sabko nahin milegi. to yah bhi bahut hamein yahin sab soch ke apne apna develop karna hai, apne andar vah cheez vaida karna hai.</w:t>
      </w:r>
    </w:p>
    <w:p>
      <w:pPr>
        <w:jc w:val="right"/>
      </w:pPr>
      <w:r>
        <w:t>यही रास्ता है. जन्नत वाला कहते थे ना जन्नत बहुत पीमती है सबको नहीं मिलेगी. तो यह भी बहुत हमें यही सब सोच के अपने अपना develop करना है, अपने अंदर वह चीज़ वैदा करना है.</w:t>
      </w:r>
    </w:p>
    <w:p>
      <w:r>
        <w:rPr>
          <w:b/>
        </w:rPr>
        <w:t xml:space="preserve">[46:10] </w:t>
      </w:r>
      <w:r>
        <w:t>ek kafi ek line aur yaad aa rahi hai molana sahab ki sabko. hamein. bahut achha discussion aap logon ne aaj kiya hai.</w:t>
      </w:r>
    </w:p>
    <w:p>
      <w:pPr>
        <w:jc w:val="right"/>
      </w:pPr>
      <w:r>
        <w:t>एक काफी एक line और याद आ रही है मोलाना साहब की सबको. हमें. बहुत अच्छा discussion आप लोगों ने आज किया है.</w:t>
      </w:r>
    </w:p>
    <w:p>
      <w:r>
        <w:rPr>
          <w:b/>
        </w:rPr>
        <w:t xml:space="preserve">[46:35] </w:t>
      </w:r>
      <w:r>
        <w:t>ek ek aur ek baat hai yahan par ki jab ibrahim alaisallam ne hazrahim alaisallam ko, ismal alaisallam ko dessert mein chhodkar jaate hain na tab hazral allahb ne ibrahim allahb se poochhte hain kya yah humko kair kuch chhodkar jaate hain to? to un jawab dete hain na aisa ab humkumanu hain. to last mein poochhte hain kya yah allah ka order hai? to ji, to tum chale jao. allah humko ayalahi karega.</w:t>
      </w:r>
    </w:p>
    <w:p>
      <w:pPr>
        <w:jc w:val="right"/>
      </w:pPr>
      <w:r>
        <w:t>एक एक और एक बात है यहां पर कि जब इब्राहिम अलैसिल्लम ने हज़राहिम अलैसिल्लम को, इस्माल अलैसिल्लम को dessert में छोड़कर जाते हैं ना तब हज़राल अल्लाहब ने इब्रहीम अल्लाहब से पूछते हैं क्या यह हमको कैर कुछ छोड़कर जाते हैं तो? तो उन जवाब देते हैं ना ऐसा अब हम कुमानु हैं. तो last में पूछते हैं क्या यह अल्लाह का order है? तो जी, तो तुम्हें चले जाओ. अल्लाह हमको अयालाही करेगा.</w:t>
      </w:r>
    </w:p>
    <w:p>
      <w:r>
        <w:rPr>
          <w:b/>
        </w:rPr>
        <w:t xml:space="preserve">[47:05] </w:t>
      </w:r>
      <w:r>
        <w:t>tumhe chale jao. yah the best example of patients. haan. yah to hai na ji. baat samjhe. baqi lakh par unko bharosa nahin rahne se impatient hoti hai. lekin ek hi word hajra alislam bolta hai ki allaf hamare ko zaya nahin karega. to vah same. itna sahi baat sahi baat</w:t>
      </w:r>
    </w:p>
    <w:p>
      <w:pPr>
        <w:jc w:val="right"/>
      </w:pPr>
      <w:r>
        <w:t>तुम्हें चले जाओ. यह the best example of patients. हां. यह तो है ना जी. बात समझे. बाकी लाख पर उनको भरोसा नहीं रहने से impatient होती है. लेकिन एक ही word हाजराली सिलम बोलता है कि अल्लाफ हमारे को जाया नहीं करेगा. तो वह same. इतना सही बात सही बात</w:t>
      </w:r>
    </w:p>
    <w:p>
      <w:r>
        <w:rPr>
          <w:b/>
        </w:rPr>
        <w:t xml:space="preserve">[47:30] </w:t>
      </w:r>
      <w:r>
        <w:t>yah ayushta ki baat se mujhe yah samajh mein aaya ki allah par bharosa jo hai vah hamein sabr karne par bahut kamar to allah par bharosa full trust on allah ki agar yah ab neva to vah zaroor hamein uska badla dega. to yah bharosa bahut zaroori hai tabhi hum sabr kar paate hain. haan sabr ke liye to rok ka taakat dega. bilkul.</w:t>
      </w:r>
    </w:p>
    <w:p>
      <w:pPr>
        <w:jc w:val="right"/>
      </w:pPr>
      <w:r>
        <w:t>यह आयुष्टा की बात से मुझे यह समझ में आया कि अल्लाह पर भरोसा जो है वह हमें सब्र करने पर बहुत कमर तो अल्लाह पर भरोसा full trust on अल्लाह कि अगर यह अब नेवा तो वह ज़रूर हमें उसका बदला देगा. तो यह भरोसा बहुत ज़रूरी है तभी हम सब्र कर पाते हैं. हां सब्र के लिए तो रोक का ताकत देगा. बिल्कुल.</w:t>
      </w:r>
    </w:p>
    <w:p>
      <w:r>
        <w:rPr>
          <w:b/>
        </w:rPr>
        <w:t xml:space="preserve">[47:59] </w:t>
      </w:r>
      <w:r>
        <w:t>suran kaboot mein tezi ke liye. boliye. suran kaboot mein jo hai allah taukkah ko sabr allah taukkah par zik raha hai isi isi land par. phir jo bhi karna hai allah taukkah sabr lekar allah taukkah haan, tabhi jaakar hum kamyab hue hain.</w:t>
      </w:r>
    </w:p>
    <w:p>
      <w:pPr>
        <w:jc w:val="right"/>
      </w:pPr>
      <w:r>
        <w:t>सुरान कबूत में तेज़ी के लिए. बोलिए. सुरान कबूत में जो है अल्लाह तौक्का को सब्र अल्लाह तौक्का पर ज़िक रहा है इसी इसी land पर. फिर जो भी करना है अल्लाह तौक्का सब्र लेकर अल्लाह तौक्का हां, तभी जाकर हम कामयाब हुए हैं.</w:t>
      </w:r>
    </w:p>
    <w:p>
      <w:r>
        <w:rPr>
          <w:b/>
        </w:rPr>
        <w:t xml:space="preserve">[48:20] </w:t>
      </w:r>
      <w:r>
        <w:t>humko sabr karna hi hai agar hum sab har haal mein sabr karna hai agar hum allah ko allah ki marzi taht karein allah ka khush allah ka khush na karein apne intention se allah ke lagayein ki allah khush rahenge hum to hum to aur bhi kamyab honge jami rahenge.</w:t>
      </w:r>
    </w:p>
    <w:p>
      <w:pPr>
        <w:jc w:val="right"/>
      </w:pPr>
      <w:r>
        <w:t>हमको सब्र करना ही है अगर हम सब हर हाल में सब्र करना है अगर हम अल्लाह को अल्लाह की मर्ज़ी तहत करें अल्लाह का खुश अल्लाह का खुश ना करें अपने intention से अल्लाह के लगाएं कि अल्लाह खुश रहेंगे हम तो हम तो और भी कामयाब होंगे जमी रहेंगे.</w:t>
      </w:r>
    </w:p>
    <w:p>
      <w:r>
        <w:rPr>
          <w:b/>
        </w:rPr>
        <w:t xml:space="preserve">[48:50] </w:t>
      </w:r>
      <w:r>
        <w:t>usi usi tension ko hum sab vaise nahin karenge. yah jo kaam allah humko diye hain, yah mere intehaan hain. har har lama test mein raha hai. har, to hum allah humko test kar rahe hain tab sab jagah saath itna kamyab hai. matlab din bhi achha hua, aakrat bhi ho gaya. humko har kaam allah to waqt karni chahiye. yahin mein learning hai. das kuch batayenge. papa ek sawal molana sau aksar log poochhte the ki aakhir kab tak sabr kiya jaaye? uski kya? haan haan haan. uske bare mein kuch bataiye na aapko? haan</w:t>
      </w:r>
    </w:p>
    <w:p>
      <w:pPr>
        <w:jc w:val="right"/>
      </w:pPr>
      <w:r>
        <w:t>उसी उसी tension को हम सब वैसे नहीं करेंगे. यह जो काम अल्लाह हमको दिए हैं, यह मेरे इंतहान है. हर हर लमा test में रहा है. हर, तो हम अल्लाह हमको test कर रहे हैं तब सब जगह साथ इतना कामयाब है. मतलब दिन भी अच्छा हुआ, आकर्त भी हो गया. हमको हर काम अल्लाह तो वक्त करनी चाहिए. यही में learning है. दस कुछ बताएंगे. Papa एक सवाल मौलाना सौ आपसे अक्सर लोग पूछते थे कि आखिर कब तक सब्र किया जाए? उसकी क्या? हां हां हां. उसके बारे में कुछ बताइए ना आपको? हां</w:t>
      </w:r>
    </w:p>
    <w:p>
      <w:r>
        <w:rPr>
          <w:b/>
        </w:rPr>
        <w:t xml:space="preserve">[49:20] </w:t>
      </w:r>
      <w:r>
        <w:t>haan haan. bataiye na. maine koi mishal diya tha na? haan naziya batao? haan. aapka yah question tha. maine bhi suna tha to yah molana sahab ne isko na doosre sentence mein bataya tha ki kab tak nahin, matlab sabr kab tak nahin. aise karke matlab zindagi jab tak hai tab tak sabr karna hi hai.</w:t>
      </w:r>
    </w:p>
    <w:p>
      <w:pPr>
        <w:jc w:val="right"/>
      </w:pPr>
      <w:r>
        <w:t>हां हां. बताइए ना. मैंने कोई मिशाल दिया था ना? हां नाजिया बताओ? हां. आपका यह question था. मैंने भी सुना था तो यह मोलाना साहब ने इसको ना दूसरे sentence में बताया था कि कब तक नहीं, मतलब सब्र कब तक नहीं. ऐसे करके मतलब ज़िंदगी जब तक है तब तक सब्र करना ही है.</w:t>
      </w:r>
    </w:p>
    <w:p>
      <w:r>
        <w:rPr>
          <w:b/>
        </w:rPr>
        <w:t xml:space="preserve">[49:49] </w:t>
      </w:r>
      <w:r>
        <w:t>haan, bilkul. haan. is mein woh bataya tha na ke woh kya namaz karne ke liye bhi koi poochta hai ke namaz kab tak? haan bilkul. aise haan. jisko waise yeh sabad bhi ek waadat hai aur uske liye bhi nahi poochhna hai ke sab ko kab tak? achha khana. toh main bhi pehle yahi chahti thi ke sab us waqt karna chahiye jab kuch naam kar sake.</w:t>
      </w:r>
    </w:p>
    <w:p>
      <w:pPr>
        <w:jc w:val="right"/>
      </w:pPr>
      <w:r>
        <w:t>हां, बिल्कुल. हां. इसमें वह बताया था ना कि वह क्या नमाज़ करने के लिए भी कोई पूछता है कि नमाज़ कब तक? हां बिल्कुल. ऐसे हां. जिसको वैसे यह सबड़ भी एक वादत है और उसके लिए भी नहीं पूछना है कि सब को कब तक? अच्छा खाना. तो मैं भी पहले यही चाहती थी कि सब उस वक्त करना चाहिए जब कुछ नाम कर सके.</w:t>
      </w:r>
    </w:p>
    <w:p>
      <w:r>
        <w:rPr>
          <w:b/>
        </w:rPr>
        <w:t xml:space="preserve">[50:12] </w:t>
      </w:r>
      <w:r>
        <w:t>lekin jab Maulana sahab ke articles ko padhne ke baad maine hi jaana ke sab kuch karne ke bawajood sab karna yeh baat bhi hai. haan, this is very important ke apna poora effort aap lagaye positively aur phir Allah pita waqtal kare. kyunke 50 percent jo aap kar sakte hain agar woh nahi karenge toh phir Allah ki madad kaise aayegi?</w:t>
      </w:r>
    </w:p>
    <w:p>
      <w:pPr>
        <w:jc w:val="right"/>
      </w:pPr>
      <w:r>
        <w:t>लेकिन जब मुलाना साहब के articles को पढ़ने के बाद मैंने ही जाना कि सब कुछ करने के बावजूद सब करना यह बात भी है. हां, this is very important कि अपना पूरा effort आप लगाएं positively और फिर अल्लाह पिता वक्तल करें. क्योंकि 50 percent जो आप कर सकते हैं अगर वह नहीं करेंगे तो फिर अल्लाह की मदद कैसे आएगी?</w:t>
      </w:r>
    </w:p>
    <w:p>
      <w:r>
        <w:rPr>
          <w:b/>
        </w:rPr>
        <w:t xml:space="preserve">[50:38] </w:t>
      </w:r>
      <w:r>
        <w:t>toh aapki apna poora kaam karna hai aur phir Allah par taba khul karna hai. haan, trust yeh hai na tie aur camel first then trust. yeah, right. trust God. aap aise hi tabaakulne ke khula chhod diya, yeh kar diya. haan haan. toh apni poori mehnat hamein karni hai. ji. ji ji.</w:t>
      </w:r>
    </w:p>
    <w:p>
      <w:pPr>
        <w:jc w:val="right"/>
      </w:pPr>
      <w:r>
        <w:t>तो आपकी अपना पूरा काम करना है और फिर अल्लाह पर तबाह खुल करना है. हां, trust यह है ना tie और camel first then trust. Yeah, right. Trust God. आप ऐसे ही तबाकुलने के खुला छोड़ दिया, यह कर दिया. हां हां. तो अपनी पूरी मेहनत हमें करनी है. जी. जी जी.</w:t>
      </w:r>
    </w:p>
    <w:p>
      <w:r>
        <w:rPr>
          <w:b/>
        </w:rPr>
        <w:t xml:space="preserve">[51:01] </w:t>
      </w:r>
      <w:r>
        <w:t>woh hadees ke mutabiq ke sab sabse badi yeh baadath hai usi tarah ka jawab unhone diya tha ke kab tak naman jab jab kisi koi hadh nahi usi tarah se sabr ki bhi koi aakhir nahi hai. haan haan. zindagi ke saath hi hai matlab. matlab bhai nai nai situations aati rehti hain, nai nai problems aati rehti hain. toh woh ek hi cheez thodi hamesha continue rahegi.</w:t>
      </w:r>
    </w:p>
    <w:p>
      <w:pPr>
        <w:jc w:val="right"/>
      </w:pPr>
      <w:r>
        <w:t>वह हदीज़ के मुताबिक के सब सबसे बड़ी यह बादत है उसी तरह का जवाब उन्होंने दिया था कि कब तक नामान जब जब किसी कोई हद नहीं उसी तरह से सब्र की भी कोई आखिर नहीं है. हां हां. ज़िंदगी के साथ ही है मतलब. मतलब भई नई नई situations आती रहती हैं, नई नई problems आती रहती हैं. तो वह एक ही चीज़ थोड़ी हमेशा continue रहेगी.</w:t>
      </w:r>
    </w:p>
    <w:p>
      <w:r>
        <w:rPr>
          <w:b/>
        </w:rPr>
        <w:t xml:space="preserve">[51:29] </w:t>
      </w:r>
      <w:r>
        <w:t>jo bhi nayi situation aaye usmein accordingly aapko safar karna hai.</w:t>
      </w:r>
    </w:p>
    <w:p>
      <w:pPr>
        <w:jc w:val="right"/>
      </w:pPr>
      <w:r>
        <w:t>जो भी नई situation आए उसमें accordingly आपको सफर करना है.</w:t>
      </w:r>
    </w:p>
    <w:p>
      <w:r>
        <w:rPr>
          <w:b/>
        </w:rPr>
        <w:t xml:space="preserve">[51:41] </w:t>
      </w:r>
      <w:r>
        <w:t>bas hamein intezar karte rehna chahiye achhe waqt ka.</w:t>
      </w:r>
    </w:p>
    <w:p>
      <w:pPr>
        <w:jc w:val="right"/>
      </w:pPr>
      <w:r>
        <w:t>बस हमें इंतज़ार करते रहना चाहिए अच्छे वक्त का.</w:t>
      </w:r>
    </w:p>
    <w:p>
      <w:r>
        <w:rPr>
          <w:b/>
        </w:rPr>
        <w:t xml:space="preserve">[51:53] </w:t>
      </w:r>
      <w:r>
        <w:t>jaise ki yuvar islam ke bare mein hum karte hain na ki unhone kitna sabr kiya?</w:t>
      </w:r>
    </w:p>
    <w:p>
      <w:pPr>
        <w:jc w:val="right"/>
      </w:pPr>
      <w:r>
        <w:t>जैसे कि युवर इस्लाम के बारे में हम करते हैं ना कि उन्होंने कितना सब्र किया?</w:t>
      </w:r>
    </w:p>
    <w:p>
      <w:r>
        <w:rPr>
          <w:b/>
        </w:rPr>
        <w:t xml:space="preserve">[52:05] </w:t>
      </w:r>
      <w:r>
        <w:t>yahi hai us samay. Doctor Safina kya compute kar denge terpan hoga? haan kar dijiye, dua kar lijiye. achha. aur saamne ek lohe ki misaal se yeh bhi bataya hai ke loha jo hai kachhi dhaat ki tarah se aur ki shakal mein zameen se nikalta hai.</w:t>
      </w:r>
    </w:p>
    <w:p>
      <w:pPr>
        <w:jc w:val="right"/>
      </w:pPr>
      <w:r>
        <w:t>यही है उस समय. Doctor सफ़ीना क्या compute कर देंगे तेरपन होगा? हां कर दीजिए, दुआ कर लीजिए. अच्छा. और सामने एक लोहे की मिसाल से यह भी बताया है कि लोहा जो है कच्ची धात की तरह से और की शक्ल में ज़मीन से निकलता है.</w:t>
      </w:r>
    </w:p>
    <w:p>
      <w:r>
        <w:rPr>
          <w:b/>
        </w:rPr>
        <w:t xml:space="preserve">[52:31] </w:t>
      </w:r>
      <w:r>
        <w:t>toh woh bahut hi saare halaat se guzarte hue machine se aankh se guzarte hue tak jaakar woh steel banta hai. toh isi tarah se Maulana saamne usko refresh kiya tha ke band lekar bataya tha ke insaan koi isi duniya mein bahut saare halaat, bahut saare mushkilat se guzarna padta hai. logon ke talak tazrabaad, nafrat shikayat aur bahut saari takleefon se guzarna padta hai.</w:t>
      </w:r>
    </w:p>
    <w:p>
      <w:pPr>
        <w:jc w:val="right"/>
      </w:pPr>
      <w:r>
        <w:t>तो वह बहुत ही सारे हालात से गुजरते हुए machine से आंख से गुजरते हुए तक जाकर वह steel बनता है. तो इसी तरह से मौलाना सामने उसको refresh किया था कि बंद लेकर बताया था कि इंसान कोई इसी दुनिया में बहुत सारे हालात, बहुत सारे मुश्किलात से गुज़रना पड़ता है. लोगों के तलक तज़रबाद, नफरत शिकायत और बहुत सारी तकलीफों से गुज़रना पड़ता है.</w:t>
      </w:r>
    </w:p>
    <w:p>
      <w:r>
        <w:rPr>
          <w:b/>
        </w:rPr>
        <w:t xml:space="preserve">[53:00] </w:t>
      </w:r>
      <w:r>
        <w:t>kuda ke kanoon ke mutabiq hain. jo jo bhi uske saath halaat pesh aate hain insaanon ki taraf se toh aazaadi ki bina par aate hain aur bhi uske saath jo bhi halaat aate hain toh woh tarah tarah ke halaat guzarnay se guzarnay ke baad yeh insaan ke liye zaroori hai. yeh Allah ka kanoon hai.</w:t>
      </w:r>
    </w:p>
    <w:p>
      <w:pPr>
        <w:jc w:val="right"/>
      </w:pPr>
      <w:r>
        <w:t>कुदा के कानून के मुताबिक हैं. जो जो भी उसके साथ हालात पेश आते हैं इंसानों की तरफ से तो आज़ादी की बिना पर आते हैं और भी उसके साथ जो भी हालात आते हैं तो वह तरह तरह के हालात गुज़रने से गुज़रने के बाद यह इंसान के लिए ज़रूरी है. यह अल्लाह का कानून है.</w:t>
      </w:r>
    </w:p>
    <w:p>
      <w:r>
        <w:rPr>
          <w:b/>
        </w:rPr>
        <w:t xml:space="preserve">[53:21] </w:t>
      </w:r>
      <w:r>
        <w:t>yeh insaan ke test hain aur in halaat se guzarnay ke liye insaan ke paas sabse important cheez jo hoti hai woh sabr aur bardaasht honi chahiye. toh usi ke zariye insaan apne potential ko actual banata hai aur phir jaakar woh ashraf ul makhlokaat ka darja paata hai jaise ke insaan potentially ashraf ul makhlokaat hai magar yeh darja usko jab bhi milega jab woh apne potential ko actualize kare.</w:t>
      </w:r>
    </w:p>
    <w:p>
      <w:pPr>
        <w:jc w:val="right"/>
      </w:pPr>
      <w:r>
        <w:t>यह इंसान के test हैं और इन हालात से गुज़रने के लिए इंसान के पास सबसे important चीज़ जो होती है वह सब्र और बर्दाश्त होनी चाहिए. तो उसी के ज़रिए इंसान अपने potential को actual बनाता है और फिर जाकर वह अशरफल मकलोकात का दर्जा पाता है जैसे कि इंसान potentially अशरफल मकलोकात है मगर यह दर्जा उसको जब भी मिलेगा जब वह अपने potential को actualize करे.</w:t>
      </w:r>
    </w:p>
    <w:p>
      <w:r>
        <w:rPr>
          <w:b/>
        </w:rPr>
        <w:t xml:space="preserve">[53:50] </w:t>
      </w:r>
      <w:r>
        <w:t>to yeh jo hai jaise samajh mein aata tha yeh rohe wala jo vishal molana ne diya.</w:t>
      </w:r>
    </w:p>
    <w:p>
      <w:pPr>
        <w:jc w:val="right"/>
      </w:pPr>
      <w:r>
        <w:t>तो यह जो है जैसे समझ में आता था यह रोहे वाला जो विशाल मोलाना ने दिया.</w:t>
      </w:r>
    </w:p>
    <w:p>
      <w:r>
        <w:rPr>
          <w:b/>
        </w:rPr>
        <w:t xml:space="preserve">[54:01] </w:t>
      </w:r>
      <w:r>
        <w:t>sanlatala si daur hai ki hum apne saath strictness aur doosron ke saath bardasht karne ki silaiya ko</w:t>
      </w:r>
    </w:p>
    <w:p>
      <w:pPr>
        <w:jc w:val="right"/>
      </w:pPr>
      <w:r>
        <w:t>संलाताला सी दौर है कि हम अपने साथ strictness और दूसरों के साथ बर्दाश्त करने की सिलाईया को</w:t>
      </w:r>
    </w:p>
    <w:p>
      <w:r>
        <w:rPr>
          <w:b/>
        </w:rPr>
        <w:t xml:space="preserve">[54:12] </w:t>
      </w:r>
      <w:r>
        <w:t>badha sake aur sirf kuda kadal hamari zindagi ka principle ho. ameer. ameer.</w:t>
      </w:r>
    </w:p>
    <w:p>
      <w:pPr>
        <w:jc w:val="right"/>
      </w:pPr>
      <w:r>
        <w:t>बढ़ा सके और सिर्फ कुदा कड़ल हमारी ज़िंदगी का principle हो. अमीर. अमीर.</w:t>
      </w:r>
    </w:p>
    <w:p>
      <w:r>
        <w:rPr>
          <w:b/>
        </w:rPr>
        <w:t xml:space="preserve">[54:23] </w:t>
      </w:r>
      <w:r>
        <w:t>toh inshallah agle next Sunday mein hamare saath baaki aur log honge ke log bhi kam the. ab aapne ek bahut achhi dua mein jo baat ki norav mujhe bahut achhi lag rahi hai. main usko repeat karna chah rahi hoon ke apne saath fitness karna mujhe lagta hai yeh baat humne aaj discuss nahi ki ke hum aap doosron ko tolerate karein lekin apne liye apni galtiyon ko tolerate na karein.</w:t>
      </w:r>
    </w:p>
    <w:p>
      <w:pPr>
        <w:jc w:val="right"/>
      </w:pPr>
      <w:r>
        <w:t>तो इंशालाह अगले next Sunday में हमारे साथ बाकी और लोग होंगे कि लोग भी कम थे. अब आपने एक बहुत अच्छी दुआ में जो बात की नौरव मुझे बहुत अच्छी लग रही है. मैं उसको repeat करना चाह रही हूं कि अपने साथ fitness करना मुझे लगता है यह बात हमने आज discuss नहीं की कि हम आप दूसरों को tolerate करें लेकिन अपने लिए अपनी गलतियों को tolerate ना करें.</w:t>
      </w:r>
    </w:p>
    <w:p>
      <w:r>
        <w:rPr>
          <w:b/>
        </w:rPr>
        <w:t xml:space="preserve">[54:51] </w:t>
      </w:r>
      <w:r>
        <w:t>haan yeh Maulana sahab ne jis tarah se bataya us tarah se hum logon ne us cheezon ko samjha ke Maulana sahab hi ki line hai aur yeh bahut hi zyada matlab waqai aur ek ek baat yeh bhi ke hum doosron ke liye pareshani na bane. hum na doosron ko jaise hum kehte hain aur log toh hamein karein lekin hum apni taraf se koshish karein ke no problem insaan bane. manana bahut hi baat karte the. ji.</w:t>
      </w:r>
    </w:p>
    <w:p>
      <w:pPr>
        <w:jc w:val="right"/>
      </w:pPr>
      <w:r>
        <w:t>हां यह मोलाना साहब ने जिस तरह से बताया उस तरह से हम लोगों ने उस चीज़ों को समझा कि मोलाना साहब ही की line है और यह बहुत ही ज़्यादा मतलब वाकई और एक एक बात यह भी कि हम दूसरों के लिए परेशानी ना बने. हम ना दूसरों को जैसे हम कहते हैं और लोग तो हमें करें लेकिन हम अपनी तरफ से कोशिश करें कि no problem इंसान बने. मनाना बहुत ही बात करते थे. जी.</w:t>
      </w:r>
    </w:p>
    <w:p>
      <w:r>
        <w:rPr>
          <w:b/>
        </w:rPr>
        <w:t xml:space="preserve">[55:20] </w:t>
      </w:r>
      <w:r>
        <w:t>ke no problem insaan bane. woh woh ek hai unki video jismein unhone bataya hai ke imaan ke do darje hain ya toh hum kisi ko dene wale bane ya kam se kam itna toh kar lein ke kisi ki pareshani na bane. haan. no problem nahi, jaise yeh hamein hai na ke problems hon toh hum sabr karein.</w:t>
      </w:r>
    </w:p>
    <w:p>
      <w:pPr>
        <w:jc w:val="right"/>
      </w:pPr>
      <w:r>
        <w:t>कि no problem इंसान बने. वह वह एक है उनकी video जिसमें उन्होंने बताया है कि ईमान के दो दर्जे हैं या तो हम किसी को देने वाले बने या कम से कम इतना तो करी लें कि किसी की परेशानी ना बने. हां. No problem नहीं, जैसे यह हमें है ना कि problems हों तो हम सब्र करें.</w:t>
      </w:r>
    </w:p>
    <w:p>
      <w:r>
        <w:rPr>
          <w:b/>
        </w:rPr>
        <w:t xml:space="preserve">[55:45] </w:t>
      </w:r>
      <w:r>
        <w:t>lekin hum apni taraf se yeh koshish karein ke hum doosre ke liye problems na bane. ji ji. haan, ji ji. no problem ma'am. kya karna hai? intezaar kar lo. intezaar kar la sakta hoon. yahan par chal aaj se discussion hua toh shayad agle Sunday ko bhi mulafata hogi. achha. at least khilale ko lafata hai.</w:t>
      </w:r>
    </w:p>
    <w:p>
      <w:pPr>
        <w:jc w:val="right"/>
      </w:pPr>
      <w:r>
        <w:t>लेकिन हम अपनी तरफ से यह कोशिश करें कि हम दूसरे के लिए problems ना बनें. जी जी. हां, जी जी. No problem ma'am. क्या करना है? इंतज़ार कर लो. इंतज़ार कर ला सकता हूं. यहां पर चल आज से discussion हुआ तो शायद अगले Sunday को भी मुलाफाता होगी. अच्छा. At least खिलाले को लाफाता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