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12 December 11, 2022</w:t>
      </w:r>
    </w:p>
    <w:p>
      <w:r>
        <w:t>https://www.youtube.com/watch?v=agtRuDF8LpY</w:t>
      </w:r>
    </w:p>
    <w:p>
      <w:r>
        <w:rPr>
          <w:b/>
        </w:rPr>
        <w:t xml:space="preserve">[00:12] </w:t>
      </w:r>
      <w:r>
        <w:t>dear ladies, today is 12/11/2022. we have this meeting, CPS woman's book discussion number 13. and today, the topic is this is this article has been taken from the book, Mutalla Hadith, page number 91.</w:t>
      </w:r>
    </w:p>
    <w:p>
      <w:pPr>
        <w:jc w:val="right"/>
      </w:pPr>
      <w:r>
        <w:t>Dear ladies, today is 12/11/2022. We have this meeting, CPS woman's book discussion number 13. And today, the topic is This is this article has been taken from the book, Mutalla Hadith, page number 91.</w:t>
      </w:r>
    </w:p>
    <w:p>
      <w:r>
        <w:rPr>
          <w:b/>
        </w:rPr>
        <w:t xml:space="preserve">[00:40] </w:t>
      </w:r>
      <w:r>
        <w:t>The article was shared on the WhatsApp group, and even the audio of that article was shared, which</w:t>
      </w:r>
    </w:p>
    <w:p>
      <w:pPr>
        <w:jc w:val="right"/>
      </w:pPr>
      <w:r>
        <w:t>The article was shared on the WhatsApp group, and even the audio of that article was shared, which</w:t>
      </w:r>
    </w:p>
    <w:p>
      <w:r>
        <w:rPr>
          <w:b/>
        </w:rPr>
        <w:t xml:space="preserve">[00:48] </w:t>
      </w:r>
      <w:r>
        <w:t>was very well read, very clearly.</w:t>
      </w:r>
    </w:p>
    <w:p>
      <w:pPr>
        <w:jc w:val="right"/>
      </w:pPr>
      <w:r>
        <w:t>was very well read, very clearly.</w:t>
      </w:r>
    </w:p>
    <w:p>
      <w:r>
        <w:rPr>
          <w:b/>
        </w:rPr>
        <w:t xml:space="preserve">[00:56] </w:t>
      </w:r>
      <w:r>
        <w:t>And, in fact, I love listening to Pamida Apa's voice when she read out this article, for reading</w:t>
      </w:r>
    </w:p>
    <w:p>
      <w:pPr>
        <w:jc w:val="right"/>
      </w:pPr>
      <w:r>
        <w:t>And, in fact, I love listening to Pamida Apa's voice when she read out this article, for reading</w:t>
      </w:r>
    </w:p>
    <w:p>
      <w:r>
        <w:rPr>
          <w:b/>
        </w:rPr>
        <w:t xml:space="preserve">[01:05] </w:t>
      </w:r>
      <w:r>
        <w:t>out the article and putting it in the audio form.</w:t>
      </w:r>
    </w:p>
    <w:p>
      <w:pPr>
        <w:jc w:val="right"/>
      </w:pPr>
      <w:r>
        <w:t>out the article and putting it in the audio form.</w:t>
      </w:r>
    </w:p>
    <w:p>
      <w:r>
        <w:rPr>
          <w:b/>
        </w:rPr>
        <w:t xml:space="preserve">[01:13] </w:t>
      </w:r>
      <w:r>
        <w:t>So I open this platform, and I ask Pamida Apa to start the session.</w:t>
      </w:r>
    </w:p>
    <w:p>
      <w:pPr>
        <w:jc w:val="right"/>
      </w:pPr>
      <w:r>
        <w:t>So I open this platform, and I ask Pamida Apa to start the session.</w:t>
      </w:r>
    </w:p>
    <w:p>
      <w:r>
        <w:rPr>
          <w:b/>
        </w:rPr>
        <w:t xml:space="preserve">[01:22] </w:t>
      </w:r>
      <w:r>
        <w:t>musibat bhi rehmat hai. ek riwayat sahi bukhari sunna nabitaau aur musnat imam ahmad mein aayi hai. bukhari ke alfaaz yeh hai yaani Allah un par motajjib hota hai jo jannat mein zanjeeron mein bandhe hue daakhir honge.</w:t>
      </w:r>
    </w:p>
    <w:p>
      <w:pPr>
        <w:jc w:val="right"/>
      </w:pPr>
      <w:r>
        <w:t>मुसीबत भी रहमत है. एक रिवायत सही बुखारी सुनना नबिताऊ और मुस्नत इमाम अहमद में आई है. बुखारी के अलफ़ाज़ यह है यानी अल्लाह उन पर मोताज्जिब होता है जो जन्नत में ज़ंजीरों में बंधे हुए दाख़िर होंगे.</w:t>
      </w:r>
    </w:p>
    <w:p>
      <w:r>
        <w:rPr>
          <w:b/>
        </w:rPr>
        <w:t xml:space="preserve">[01:43] </w:t>
      </w:r>
      <w:r>
        <w:t>baz aur riwayaton mein yukadun aur yukakoon ke alfaaz aaenge yani woh kheenchate hue aur hakate hue le jae jaenge.</w:t>
      </w:r>
    </w:p>
    <w:p>
      <w:pPr>
        <w:jc w:val="right"/>
      </w:pPr>
      <w:r>
        <w:t>बाज़ और रिवायतों में युकादून और युकाकून के अलफाज़ आऐंगे यानी वह खींचते हुए और हक्ते हुए ले जाए जाएंगे.</w:t>
      </w:r>
    </w:p>
    <w:p>
      <w:r>
        <w:rPr>
          <w:b/>
        </w:rPr>
        <w:t xml:space="preserve">[01:50] </w:t>
      </w:r>
      <w:r>
        <w:t>is hadish mein kuch aile iman ke saath is mamle ka zikr hai, woh aakhir mein pesh aane</w:t>
      </w:r>
    </w:p>
    <w:p>
      <w:pPr>
        <w:jc w:val="right"/>
      </w:pPr>
      <w:r>
        <w:t>इस हदीश में कुछ ऐले ईमान के साथ इस मामले का ज़िक्र है, वह आख़िर में पेश आने</w:t>
      </w:r>
    </w:p>
    <w:p>
      <w:r>
        <w:rPr>
          <w:b/>
        </w:rPr>
        <w:t xml:space="preserve">[01:58] </w:t>
      </w:r>
      <w:r>
        <w:t>wala mamla nahi hai, balki aap das se pehle hi duniya mein pesh aane wala mamla hai.</w:t>
      </w:r>
    </w:p>
    <w:p>
      <w:pPr>
        <w:jc w:val="right"/>
      </w:pPr>
      <w:r>
        <w:t>वाला मामला नहीं है, बल्कि आप दस से पहले ही दुनिया में पेश आने वाला मामला है.</w:t>
      </w:r>
    </w:p>
    <w:p>
      <w:r>
        <w:rPr>
          <w:b/>
        </w:rPr>
        <w:t xml:space="preserve">[02:06] </w:t>
      </w:r>
      <w:r>
        <w:t>yahan zandir kar laf darasal majboor ke halaat compulsive situation ki taweer hai.</w:t>
      </w:r>
    </w:p>
    <w:p>
      <w:pPr>
        <w:jc w:val="right"/>
      </w:pPr>
      <w:r>
        <w:t>यहां ज़ंदीर कर लफ दरअसल मजबूर के हालात compulsive situation की तावीर है.</w:t>
      </w:r>
    </w:p>
    <w:p>
      <w:r>
        <w:rPr>
          <w:b/>
        </w:rPr>
        <w:t xml:space="preserve">[02:14] </w:t>
      </w:r>
      <w:r>
        <w:t>iska matlab yeh hai ke kuch logon ke saath aise mazdurana halaat pesh aayenge ke unke liye iske saath koi raasta waqai na rahega ke woh khuda paristhi aur afreet pasandi ki zindagi iftaiyaar karein aur is tarah ko yaar vadhe vadhe jannat mein pahunch jaayen. yeh khushkismati un afraad ke hisse mein aayegi jo ki dil mein iflaas aur muslinniyat ki chingaari maujood ho.</w:t>
      </w:r>
    </w:p>
    <w:p>
      <w:pPr>
        <w:jc w:val="right"/>
      </w:pPr>
      <w:r>
        <w:t>इसका मतलब यह है कि कुछ लोगों के साथ ऐसे मज़दुराना हालात पेश आऐंगे कि उनके लिए इसके साथ कोई रास्ता वाकई ना रहेगा कि वह खुदा परिस्थी और अफरीत पसंदी की ज़िंदगी इफ़्तैयार करें और इस तरह को यार वधे वधे जन्नत में पहुंच जाएं. यह खुशकिस्मती उन अफराद के हिस्से में आएगी जो कि दिल में इफलास और मुस्लिनियत की चिंकारी मौजूद हो.</w:t>
      </w:r>
    </w:p>
    <w:p>
      <w:r>
        <w:rPr>
          <w:b/>
        </w:rPr>
        <w:t xml:space="preserve">[02:40] </w:t>
      </w:r>
      <w:r>
        <w:t>Allah taala jin logon ke dil mein is qasm ki istehdaar dekhega, unki qadar ab jaai is tarah karega ke unke liye aise halaat paida kar dega jo unhe taun aur karhan hoda prastana aaman ki taraf le jaane wale ho. musibat ka channati zanjeer van jaana us shakhs ke hisse mein aata hai jiske andar yeh salahiyat ho ke woh musibat ke waqt Allah ki taraf luju kare.</w:t>
      </w:r>
    </w:p>
    <w:p>
      <w:pPr>
        <w:jc w:val="right"/>
      </w:pPr>
      <w:r>
        <w:t>अल्लाह दाला जिन लोगों के दिल में इस क़स्म की इस्तेदार देखिएगा, उनकी कदर अब जाई इस तरह करेगा कि उनके लिए ऐसे हालात पैदा कर देगा जो उन्हें तौन और कर्हन होदा प्रस्ताना आमान की तरफ ले जाने वाले हो. मुसीबत का चन्नति ज़ंजीर वन जाना उस शख्स के हिस्से में आता है जिसके अंदर यह सलाहित हो कि वह मुसीबत के वक्त अल्लाह की तरफ लूजू करें.</w:t>
      </w:r>
    </w:p>
    <w:p>
      <w:r>
        <w:rPr>
          <w:b/>
        </w:rPr>
        <w:t xml:space="preserve">[03:10] </w:t>
      </w:r>
      <w:r>
        <w:t>musibat jiske dil mein dil ko is tarah naram kare ke woh Allah ki yaad karne wala van jaaye. musibat agar logon ke andar faiyaad aur shikayat ka zehan banaye toh musibat sirf tabaahi hai aur agar musibat logon ke andar mahaswah bhavishya ka zamma paida kare toh unke liye rehmat ka sawa van jayegi.</w:t>
      </w:r>
    </w:p>
    <w:p>
      <w:pPr>
        <w:jc w:val="right"/>
      </w:pPr>
      <w:r>
        <w:t>मुसीबत जिसके दिल में दिल को इस तरह नरम करें कि वह अल्लाह की याद करने वाला वन जाए. मुसीबत अगर लोगों के अंदर फैयाद और शिकायत का ज़ेहन बनाए तो मुसीबत सिर्फ तबाही है और अगर मुसीबत लोगों के अंदर महास्वाह भविष्य का ज़म्मा पैदा करें तो उनके लिए रहमत का सवा वन जाएगी.</w:t>
      </w:r>
    </w:p>
    <w:p>
      <w:r>
        <w:rPr>
          <w:b/>
        </w:rPr>
        <w:t xml:space="preserve">[03:39] </w:t>
      </w:r>
      <w:r>
        <w:t>is article ko padhkar main yeh samajh paayi hoon shabina ke jaise ke hum jaante hain ke is duniya mein har cheez Allah taala ki taraf se jo hamein mili hai sab Allah ki rehmat hai.</w:t>
      </w:r>
    </w:p>
    <w:p>
      <w:pPr>
        <w:jc w:val="right"/>
      </w:pPr>
      <w:r>
        <w:t>इस article को पढ़कर मैं यह समझ पाई हूं श्रबिना कि जैसे कि हम जानते हैं कि इस दुनिया में हर चीज़ अल्लाह धाना की तरफ से जो हमें मिली है सब अल्लाह की रहमत है.</w:t>
      </w:r>
    </w:p>
    <w:p>
      <w:r>
        <w:rPr>
          <w:b/>
        </w:rPr>
        <w:t xml:space="preserve">[03:52] </w:t>
      </w:r>
      <w:r>
        <w:t>hamara hujud se lekar sab kuch jo is duniya mein hai Khuda ne hum yaada kiya hai aur isi tarah jab koi mushkil hai musibat jab hamare upar aati hai toh woh bhi Khuda ki tamam nematon ki tarah ek nemat hoti hai, rehmat hoti hai.</w:t>
      </w:r>
    </w:p>
    <w:p>
      <w:pPr>
        <w:jc w:val="right"/>
      </w:pPr>
      <w:r>
        <w:t>हमारा हुजूद से लेकर सब कुछ जो इस दुनिया में है खुदा ने हम यादा किया है और इसी तरह जब कोई मुश्किल है मुसीबत जब हमारे ऊपर आती है तो वह भी खुदा की तमाम नेमतों की तरह एक नेमत होती है, प्रहमत होती है.</w:t>
      </w:r>
    </w:p>
    <w:p>
      <w:r>
        <w:rPr>
          <w:b/>
        </w:rPr>
        <w:t xml:space="preserve">[04:11] </w:t>
      </w:r>
      <w:r>
        <w:t>lekin musibat rehmat jab maloom hogi jabki mera niman itna zyada gehra ho, main is qabil hoon, rahoon ke main negative situation ko positive situation mein convert kar sakoon. jabki jo ki mere inner personality ke liye bahut zyada zaroori hai.</w:t>
      </w:r>
    </w:p>
    <w:p>
      <w:pPr>
        <w:jc w:val="right"/>
      </w:pPr>
      <w:r>
        <w:t>लेकिन मुसीबत रहमत जब मालूम होगी जबकि मेरा निमान इतना ज़्यादा गहरा हो, मैं इस काबिल हूं, रहूं कि मैं negative situation को positive situation में convert कर सकूं. जबकि जो कि मेरे inner personality के लिए बहुत ज़्यादा ज़रूरी है.</w:t>
      </w:r>
    </w:p>
    <w:p>
      <w:r>
        <w:rPr>
          <w:b/>
        </w:rPr>
        <w:t xml:space="preserve">[04:33] </w:t>
      </w:r>
      <w:r>
        <w:t>zindagi mein aise halaat, aisi situation aate hi hain mere saath bhi aaye jo ki khila dene wale hain. jisko compulsive situation bhi Maulana ne article mein likha hua hai majburana majboori ke tehat.</w:t>
      </w:r>
    </w:p>
    <w:p>
      <w:pPr>
        <w:jc w:val="right"/>
      </w:pPr>
      <w:r>
        <w:t>ज़िंदगी में ऐसे हालात, ऐसी situation आते ही हैं मेरे साथ भी आए जो कि खिला देने वाले हैं. जिसको compulsive situation भी मलाना ने article में लिखा हुआ है मजबूराना मजबूरी के तहत.</w:t>
      </w:r>
    </w:p>
    <w:p>
      <w:r>
        <w:rPr>
          <w:b/>
        </w:rPr>
        <w:t xml:space="preserve">[04:51] </w:t>
      </w:r>
      <w:r>
        <w:t>ab aise mauqe par insaan agar apni dil ki aankh se isko dekh paega to vah usi waqt usko rehmat ke, uske liye rehmat van jaegi aur agar vah apne sar ki aankh se dekhega to shikayat aur fariyad karke apni musibat ko badha lega.</w:t>
      </w:r>
    </w:p>
    <w:p>
      <w:pPr>
        <w:jc w:val="right"/>
      </w:pPr>
      <w:r>
        <w:t>अब ऐसे मौके पर इंसान अगर अपनी दिल की आंख से इसको देख पाएगा तो वह उसी वक्त उसको रहमत के, उसके लिए रहमत वन जाएगी और अगर वह अपने सर की आंख से देखेगा तो शिकायत और फरियाद करके अपनी मुसीबत को बढ़ा लेगा.</w:t>
      </w:r>
    </w:p>
    <w:p>
      <w:r>
        <w:rPr>
          <w:b/>
        </w:rPr>
        <w:t xml:space="preserve">[05:11] </w:t>
      </w:r>
      <w:r>
        <w:t>yah ham mahaul mein ham yah bahut dekhte hain ki maine bahut dekha hai vaise ki ek insaan agar mushkil mein hota hai, to dusre log usko aakar uski usi bator badhai dete hain is tarah se ki zyada aur usko negative kar dete hain ki bolkar ki iski vajah se aisa ho gaya, is vajah se aisa ho gaya ya isliye aisa ho gaya vagairah.</w:t>
      </w:r>
    </w:p>
    <w:p>
      <w:pPr>
        <w:jc w:val="right"/>
      </w:pPr>
      <w:r>
        <w:t>यह हम माहौल में हम यह बहुत देखते हैं कि मैंने बहुत देखा है वैसे कि एक इंसान अगर मुश्किल में होता है, तो दूसरे लोग उसको आकर उसकी उसी बतौर बढ़ाई देते हैं इस तरह से कि ज़्यादा और उसको negative कर देते हैं कि बोलकर कि इसकी वजह से ऐसा हो गया, इस वजह से ऐसा हो गया या इसलिए ऐसा हो गया वगैरह.</w:t>
      </w:r>
    </w:p>
    <w:p>
      <w:r>
        <w:rPr>
          <w:b/>
        </w:rPr>
        <w:t xml:space="preserve">[05:38] </w:t>
      </w:r>
      <w:r>
        <w:t>kisi ko usko kisi ke zariye bata dete hain. log chizon mein atak kar rahe jaate hain. momin vah hai jo chizon se guzar kar khuda tak pahuncha hai.</w:t>
      </w:r>
    </w:p>
    <w:p>
      <w:pPr>
        <w:jc w:val="right"/>
      </w:pPr>
      <w:r>
        <w:t>किसी को उसको किसी के ज़रिए बता देते हैं. लोग चीज़ों में अटक कर रहे जाते हैं. मौमीन वह है जो चीज़ों से गुज़र कर खुदा तक पहुंचा है.</w:t>
      </w:r>
    </w:p>
    <w:p>
      <w:r>
        <w:rPr>
          <w:b/>
        </w:rPr>
        <w:t xml:space="preserve">[06:03] </w:t>
      </w:r>
      <w:r>
        <w:t>unhonne ismein kai example die hain, jismein ek yah tha ki fal ko darakh se girte hue harshash ne dekha, lekin jisne gravy ko dekha, vah niche van gaya. isi tarah duniya ko harshash dekhta hai, lekin jo shakhs duniya mein khuda ko dekh le, vahi momi hai.</w:t>
      </w:r>
    </w:p>
    <w:p>
      <w:pPr>
        <w:jc w:val="right"/>
      </w:pPr>
      <w:r>
        <w:t>उन्होंने इसमें कई example दिए हैं, जिसमें एक यह था कि फ़ल को दरख से गिरते हुए हर्षश ने देखा, लेकिन जिसने gravy को देखा, वह नीचे वन गया. इसी तरह दुनिया को हर्षश देखता है, लेकिन जो शख्स दुनिया में खुदा को देख ले, वही मौमी है.</w:t>
      </w:r>
    </w:p>
    <w:p>
      <w:r>
        <w:rPr>
          <w:b/>
        </w:rPr>
        <w:t xml:space="preserve">[06:26] </w:t>
      </w:r>
      <w:r>
        <w:t>to maulana sahab ki is line ko main is article se relate kar pa rahi hun ki musibat ko rehmat ham jab bhi samajh paate hain, jabki ham khuda ko pa lete hain. khuda ko pane ke baad koi mushkil mushkil nahin hai. usibat usibat nahin lagti. sab khuda ki rehmat lagti hai. ham sabhi ki zindagi mein mushkil aur ham use batai hai. bahut sare jhatke lage hue honge.</w:t>
      </w:r>
    </w:p>
    <w:p>
      <w:pPr>
        <w:jc w:val="right"/>
      </w:pPr>
      <w:r>
        <w:t>तो मौलाना साहब की इस line को मैं इस article से relate कर पा रही हूं कि मुसीबत को रहमत हम जब भी समझ पाते हैं, जबकि हम खुदा को पा लेते हैं. खुदा को पाने के बाद कोई मुश्किल मुश्किल नहीं है. उसीबत उसीबत नहीं लगती. सब खुदा की रहमत लगती है. हम सभी की ज़िंदगी में मुश्किल और हम उसे बताई है. बहुत सारे झटके लगे हुए होंगे.</w:t>
      </w:r>
    </w:p>
    <w:p>
      <w:r>
        <w:rPr>
          <w:b/>
        </w:rPr>
        <w:t xml:space="preserve">[06:55] </w:t>
      </w:r>
      <w:r>
        <w:t>lekin mujhe lagta hai ki ham apne fitrat apne fitrat se in half nahin kiya. ham debate nahin hue isliye aaj ham cps mission mein hain. to yah mujhe aaj images, articles, engineering, learning. jiske alava?</w:t>
      </w:r>
    </w:p>
    <w:p>
      <w:pPr>
        <w:jc w:val="right"/>
      </w:pPr>
      <w:r>
        <w:t>लेकिन मुझे लगता है कि हम अपने फितरत अपने फितरत से in half नहीं किया. हम debate नहीं हुए इसलिए आज हम CPS mission में हैं. तो यह मुझे आज images, articles, engineering, learning. जिसके अलावा?</w:t>
      </w:r>
    </w:p>
    <w:p>
      <w:r>
        <w:rPr>
          <w:b/>
        </w:rPr>
        <w:t xml:space="preserve">[07:23] </w:t>
      </w:r>
      <w:r>
        <w:t>yah bahut hi achhi topic hai. musibat bhi rehmat hai. jaise ki aapne bataya aapka ki yah ek niamat hai. ham dekhte hain ki hamari zindagi mein jab se hamare hosh ham sambhalte hain, tarah tarah ki musibaten aati hain, pareshaniyan aati hain aur kai bar to aisa lagta hai ki ham aise, situation mein bilkul fas gaye hain, nikal nahin pa rahe hain.</w:t>
      </w:r>
    </w:p>
    <w:p>
      <w:pPr>
        <w:jc w:val="right"/>
      </w:pPr>
      <w:r>
        <w:t>यह बहुत ही अच्छी topic है. मुसीबत भी रहमत है. जैसे कि आपने बताया आपका कि यह एक नियमत है. हम देखते हैं कि हमारी ज़िंदगी में जब से हमारे होश हम संभालते हैं, तरह तरह की मुसीबतें आती हैं, परेशानियां आती हैं और कई बार तो ऐसा लगता है कि हम ऐसे, situation में बिल्कुल फ़ंस गए हैं, निकल नहीं पा रहे हैं.</w:t>
      </w:r>
    </w:p>
    <w:p>
      <w:r>
        <w:rPr>
          <w:b/>
        </w:rPr>
        <w:t xml:space="preserve">[07:50] </w:t>
      </w:r>
      <w:r>
        <w:t>abhi kuch hi din pehle mere saath bhi aise kuch halaat ek ke baad, ek ke baad, ek</w:t>
      </w:r>
    </w:p>
    <w:p>
      <w:pPr>
        <w:jc w:val="right"/>
      </w:pPr>
      <w:r>
        <w:t>अभी कुछ ही दिन पहले मेरे साथ भी ऐसे कुछ हालात एक के बाद, एक के बाद, एक</w:t>
      </w:r>
    </w:p>
    <w:p>
      <w:r>
        <w:rPr>
          <w:b/>
        </w:rPr>
        <w:t xml:space="preserve">[08:22] </w:t>
      </w:r>
      <w:r>
        <w:t>ke baad guzre.</w:t>
      </w:r>
    </w:p>
    <w:p>
      <w:pPr>
        <w:jc w:val="right"/>
      </w:pPr>
      <w:r>
        <w:t>के बाद गुज़रे.</w:t>
      </w:r>
    </w:p>
    <w:p>
      <w:r>
        <w:rPr>
          <w:b/>
        </w:rPr>
        <w:t xml:space="preserve">[08:54] </w:t>
      </w:r>
      <w:r>
        <w:t>to musibat ek sort of a personality development bhi hai agar ham ise kahen kahen aur, to realize the higher truths jaise ki aapne kaha ab ki ham badi sachaiyon ko daryapt kar sakte hain in musibaton mein aur pareshaniyon muktala ho karke. main doctor safeena tabassum ko invite karti hun learning share karne ke. assalamualekhum.</w:t>
      </w:r>
    </w:p>
    <w:p>
      <w:pPr>
        <w:jc w:val="right"/>
      </w:pPr>
      <w:r>
        <w:t>तो मुसीबत एक sort of a personality development भी है अगर हम इसे कहें कहें और, to realize the higher truths जैसे कि आपने कहा अब कि हम बड़ी सच्चाईयों को दर्याप्त कर सकते हैं इन मुसीबतों में और परेशानियों मुक्तला हो करके. मैं doctor सफीना तबसुम को invite करती हूं learning share करने के. अस्सलामालेखुम.</w:t>
      </w:r>
    </w:p>
    <w:p>
      <w:r>
        <w:rPr>
          <w:b/>
        </w:rPr>
        <w:t xml:space="preserve">[09:22] </w:t>
      </w:r>
      <w:r>
        <w:t>bahut hi zyada article hai aur is article ko padha to bahut zyada mujhe allah ki rehmat aur allah ki jo ek hamare liye allah ka khyal prakhna hai vah samajh mein aaya.</w:t>
      </w:r>
    </w:p>
    <w:p>
      <w:pPr>
        <w:jc w:val="right"/>
      </w:pPr>
      <w:r>
        <w:t>बहुत ही ज़्यादा article है और इस article को पढ़ा तो बहुत ज़्यादा मुझे अल्लाह की रहमत और अल्लाह की जो एक हमारे लिए अल्लाह का ख्याल प्रखना है वह समझ में आया.</w:t>
      </w:r>
    </w:p>
    <w:p>
      <w:r>
        <w:rPr>
          <w:b/>
        </w:rPr>
        <w:t xml:space="preserve">[09:40] </w:t>
      </w:r>
      <w:r>
        <w:t>yah samajh pai main ki kuchh logon ke sath halla sala compulsion create karta hai yani ki majbur aana halat create karta hai taki vah unke pas iske seva koi rasta vakai na rahe ki vah khuda parasti ki zindagi guzare ya god oriented zindagi guzare.</w:t>
      </w:r>
    </w:p>
    <w:p>
      <w:pPr>
        <w:jc w:val="right"/>
      </w:pPr>
      <w:r>
        <w:t>यह समझ पाई में कि कुछ लोगों के साथ हल्ला साला compulsion create करता है यानी कि मजबूर आना हालात create करता है ताकि वह उनके पास इसके सेवा कोई रास्ता वाकई ना रहे कि वह खुदा परस्ती की ज़िंदगी गुज़ारे या god oriented ज़िंदगी गुज़ारे.</w:t>
      </w:r>
    </w:p>
    <w:p>
      <w:r>
        <w:rPr>
          <w:b/>
        </w:rPr>
        <w:t xml:space="preserve">[09:59] </w:t>
      </w:r>
      <w:r>
        <w:t>to yah isi tarah ek is hadish ko yah literal maynon mein agar main samajh rahi hun to ek tarah sune alha taala bandhe bandhe jannat tak pahuncha de pahunchane ka rasta dikha deta hai. to main yah sochkar bahut hi zyada positive energy aai ki jo log kahte hain ki zindagi mein kabhi aaram nahin dekha hamne. hamesha kuchh logon ke bare mein hota hai ki hamesha gam chahte rahe.</w:t>
      </w:r>
    </w:p>
    <w:p>
      <w:pPr>
        <w:jc w:val="right"/>
      </w:pPr>
      <w:r>
        <w:t>तो यह इसी तरह एक इस हदीश को यह literal मायनों में अगर मैं समझ रही हूं तो एक तरह सुने अल्हा ताला बांधे बांधे जन्नत तक पहुंचा दे पहुंचाने का रास्ता दिखा देता है. तो मैं यह सोचकर बहुत ही ज़्यादा positive energy आई कि जो लोग कहते हैं कि ज़िंदगी में कभी आराम नहीं देखा हमने. हमेशा कुछ लोगों के बारे में होता है कि हमेशा गम चहते रहे.</w:t>
      </w:r>
    </w:p>
    <w:p>
      <w:r>
        <w:rPr>
          <w:b/>
        </w:rPr>
        <w:t xml:space="preserve">[10:26] </w:t>
      </w:r>
      <w:r>
        <w:t>constantly unhen koi na koi batkisamat log kahne lage ki yah to batkisamat hai. inhonne koi khushi nahin dekhi. to mujhe laga ki yah log allah par apna blame dal rahe hain. halanki allah taalah inke liye ek ek ek aisa rasta create kar rahe the ki usse vah apni nazad pa sakte the, salvation pa sakte the. to yah nazariya jo mulana sahab ne diya yah bahut hi zyada revolutionary nazariya hai.</w:t>
      </w:r>
    </w:p>
    <w:p>
      <w:pPr>
        <w:jc w:val="right"/>
      </w:pPr>
      <w:r>
        <w:t>Constantly उन्हें कोई ना कोई बतकिस्मत लोग कहने लगे कि यह तो बतकिस्मत है. इन्होंने कोई खुशी नहीं देखी. तो मुझे लगा कि यह लोग अल्लाह पर अपना blame डाल रहे हैं. हालांकि अल्लाह तालाह इनके लिए एक एक एक ऐसा रास्ता create कर रहे थे कि उससे वह अपनी नज़ाद पा सकते थे, salvation पा सकते थे. तो यह नज़रिया जो मुलाना साहब ने दिया यह बहुत ही ज़्यादा revolutionary नज़रिया है.</w:t>
      </w:r>
    </w:p>
    <w:p>
      <w:r>
        <w:rPr>
          <w:b/>
        </w:rPr>
        <w:t xml:space="preserve">[10:54] </w:t>
      </w:r>
      <w:r>
        <w:t>shayad ham log main to nahin janti thi pahle is tarah se musibat ko dekhna. itni positive approach ke sath problems ko dekhna. to yah baat bahut hi matlab mujhe bahut thrilling lagi aur isko jankar ke is duniya mein koi problem hathe ki problem hi nahin hai. iska matlab yah bhi hai ki no problem is real problem actually. kyunki molana sahab hamesha kahte to kahte the ki usr mein yusar hai.</w:t>
      </w:r>
    </w:p>
    <w:p>
      <w:pPr>
        <w:jc w:val="right"/>
      </w:pPr>
      <w:r>
        <w:t>शायद हम लोग मैं तो नहीं जानती थी पहले इस तरह से मुसीबत को देखना. इतनी positive approach के साथ problems को देखना. तो यह बात बहुत ही मतलब मुझे बहुत thrilling लगी और इसको जानकर के इस दुनिया में कोई problem हथे की problem ही नहीं है. इसका मतलब यह भी है कि no problem is real problem actually. क्योंकि मोलाना साहब हमेशा कहते तो कहते थे कि उस्र में युसर है.</w:t>
      </w:r>
    </w:p>
    <w:p>
      <w:r>
        <w:rPr>
          <w:b/>
        </w:rPr>
        <w:t xml:space="preserve">[11:22] </w:t>
      </w:r>
      <w:r>
        <w:t>lekin is hadiz ko padhkar main us baat ko bahut deeply samajh pai ki kaisa yusar hai? matlab ham kisi pareshani ko pareshani samjhe na aur use sirf ek mauka samjhen, opportunity samjhen apne liye ki vah ham hamein develop karne aai hai, hamein khuda se connect karne ke liye aai hai.</w:t>
      </w:r>
    </w:p>
    <w:p>
      <w:pPr>
        <w:jc w:val="right"/>
      </w:pPr>
      <w:r>
        <w:t>लेकिन इस हदीज़ को पढ़कर मैं उस बात को बहुत deeply समझ पाई कि कैसा युसर है? मतलब हम किसी परेशानी को परेशानी समझे ना और उसे सिर्फ एक मौका समझें, opportunity समझें अपने लिए कि वह हम हमें develop करने आई है, हमें खुदा से connect करने के लिए आई है.</w:t>
      </w:r>
    </w:p>
    <w:p>
      <w:r>
        <w:rPr>
          <w:b/>
        </w:rPr>
        <w:t xml:space="preserve">[11:40] </w:t>
      </w:r>
      <w:r>
        <w:t>to vah hamare liye ek bahut bada zariya van jaega jannat tak pahunchne ka aur main mulana sahab aksar kahte the ki musibat jo hai vah insaan ko cut to size bana deti hai. unka yah word tha aur kal parson bhi ek video mein maine suna ki mulana sahab ne kaha ki arrogance insaan ki sabse badi weakness hai aur modesty insaan ki sabse badi khair hai insaan ke liye.</w:t>
      </w:r>
    </w:p>
    <w:p>
      <w:pPr>
        <w:jc w:val="right"/>
      </w:pPr>
      <w:r>
        <w:t>तो वह हमारे लिए एक बहुत बड़ा ज़रिया वन जाएगा जन्नत तक पहुंचने का और मैं मुलाना साहब अक्सर कहते थे कि मुसीबत जो है वह इंसान को cut to size बना देती है. उनका यह word था और कल परसों भी एक video में मैंने सुना कि मुलाना साहब ने कहा कि arrogance इंसान की सबसे बड़ी weakness है और modesty इंसान की सबसे बड़ी खैर है इंसान के लिए.</w:t>
      </w:r>
    </w:p>
    <w:p>
      <w:r>
        <w:rPr>
          <w:b/>
        </w:rPr>
        <w:t xml:space="preserve">[12:09] </w:t>
      </w:r>
      <w:r>
        <w:t>jis insaan mein modesty ya helplessness ka ek vah develop ho gaya aur usne apne aap ko jan liya ki main ilha ke aage helpless hun, to uska iman mazboot ho gaya. usko marfat mil gai. to isse zyada badi daulat aur kya insaan ko chahiye ki agar usko fukhta iman mil jae is duniya mein? to yah to bahut zyada iske chizen sochne par mujhe bahut positive experiences ho rahe the.</w:t>
      </w:r>
    </w:p>
    <w:p>
      <w:pPr>
        <w:jc w:val="right"/>
      </w:pPr>
      <w:r>
        <w:t>जिस इंसान में modesty या helplessness का एक वह develop हो गया और उसने अपने आप को जान लिया कि मैं इल्हा के आगे helpless हूं, तो उसका ईमान मज़बूत हो गया. उसको मार्फत मिल गई. तो इससे ज़्यादा बड़ी दौलत और क्या इंसान को चाहिए कि अगर उसको फुख्ता ईमान मिल जाए इस दुनिया में? तो यह तो बहुत ज़्यादा इसके चीज़ें सोचने पर मुझे बहुत positive experiences हो रहे थे.</w:t>
      </w:r>
    </w:p>
    <w:p>
      <w:r>
        <w:rPr>
          <w:b/>
        </w:rPr>
        <w:t xml:space="preserve">[12:38] </w:t>
      </w:r>
      <w:r>
        <w:t>main har cheez ko past ki bhi apni life se jod rahi thi experiences se ki kaise har problems se hamne apne andar strength banai, apni personality banai aur kai bar hamari zindagi mein bhi bahut developments hue un problems ko cross karne ke baad aur main bahut vakai khushkismat hun.</w:t>
      </w:r>
    </w:p>
    <w:p>
      <w:pPr>
        <w:jc w:val="right"/>
      </w:pPr>
      <w:r>
        <w:t>मैं हर चीज़ को past की भी अपनी life से जोड़ रही थी experiences से कि कैसे हर problems से हमने अपने अंदर strength बनाई, अपनी personality बनाई और कई बार हमारी ज़िंदगी में भी बहुत developments हुए उन problems को cross करने के बाद और मैं बहुत वाकई खुशकिस्मत हूं.</w:t>
      </w:r>
    </w:p>
    <w:p>
      <w:r>
        <w:rPr>
          <w:b/>
        </w:rPr>
        <w:t xml:space="preserve">[12:57] </w:t>
      </w:r>
      <w:r>
        <w:t>apne aap ko khushkismat hi manungi ki maine itni badi ek itni badi sachchai jo maine discover ki</w:t>
      </w:r>
    </w:p>
    <w:p>
      <w:pPr>
        <w:jc w:val="right"/>
      </w:pPr>
      <w:r>
        <w:t>अपने आप को खुशकिस्मत ही मानूंगी कि मैंने इतनी बड़ी एक इतनी बड़ी सच्चाई जो मैंने discover की</w:t>
      </w:r>
    </w:p>
    <w:p>
      <w:r>
        <w:rPr>
          <w:b/>
        </w:rPr>
        <w:t xml:space="preserve">[13:04] </w:t>
      </w:r>
      <w:r>
        <w:t>molana sahab ke zariye aur isko janne ke baad alha taala ka rahman hona mujhe bahut hi zyada,</w:t>
      </w:r>
    </w:p>
    <w:p>
      <w:pPr>
        <w:jc w:val="right"/>
      </w:pPr>
      <w:r>
        <w:t>मौलाना साहब के ज़रिए और इसको जानने के बाद अल्हा ताला का रहमान होना मुझे बहुत ही ज़्यादा,</w:t>
      </w:r>
    </w:p>
    <w:p>
      <w:r>
        <w:rPr>
          <w:b/>
        </w:rPr>
        <w:t xml:space="preserve">[13:12] </w:t>
      </w:r>
      <w:r>
        <w:t>bahut hi zyada appeal karta hai ki itna zyada hamara khuda hamara khyal rakhta hai, hamare liye itna</w:t>
      </w:r>
    </w:p>
    <w:p>
      <w:pPr>
        <w:jc w:val="right"/>
      </w:pPr>
      <w:r>
        <w:t>बहुत ही ज़्यादा appeal करता है कि इतना ज़्यादा हमारा खुदा हमारा ख्याल रखता है, हमारे लिए इतना</w:t>
      </w:r>
    </w:p>
    <w:p>
      <w:r>
        <w:rPr>
          <w:b/>
        </w:rPr>
        <w:t xml:space="preserve">[13:20] </w:t>
      </w:r>
      <w:r>
        <w:t>zyada mohabbat uske dil mein hai ki woh hamare liye jo zariye banata hai ki hum jo hum</w:t>
      </w:r>
    </w:p>
    <w:p>
      <w:pPr>
        <w:jc w:val="right"/>
      </w:pPr>
      <w:r>
        <w:t>ज़्यादा मोहब्बत उसके दिल में है कि वह हमारे लिए जो ज़रिए बनाता है कि हम जो हम</w:t>
      </w:r>
    </w:p>
    <w:p>
      <w:r>
        <w:rPr>
          <w:b/>
        </w:rPr>
        <w:t xml:space="preserve">[13:28] </w:t>
      </w:r>
      <w:r>
        <w:t>gaflat ki zindagi guzar rahe hain, usse hatkar hum khudaparasti ki zindagi par aa jaen.</w:t>
      </w:r>
    </w:p>
    <w:p>
      <w:pPr>
        <w:jc w:val="right"/>
      </w:pPr>
      <w:r>
        <w:t>ग़फ़लत की ज़िंदगी गुज़ार रहे हैं, उससे हटकर हम खुदा परस्ती की ज़िंदगी पर आ जाएं.</w:t>
      </w:r>
    </w:p>
    <w:p>
      <w:r>
        <w:rPr>
          <w:b/>
        </w:rPr>
        <w:t xml:space="preserve">[13:36] </w:t>
      </w:r>
      <w:r>
        <w:t>ham us raste par aajaen yah jo khushkismati hai ya jo opportunity hai yah sirf vahi log avail kar paenge jo apne aap ko allah se jod paen.</w:t>
      </w:r>
    </w:p>
    <w:p>
      <w:pPr>
        <w:jc w:val="right"/>
      </w:pPr>
      <w:r>
        <w:t>हम उस रास्ते पर आ जाएं यह जो खुशकिस्मती है या जो opportunity है यह सिर्फ वही लोग avail कर पाएंगे जो अपने आप को अल्लाह से जोड़ पाएं.</w:t>
      </w:r>
    </w:p>
    <w:p>
      <w:r>
        <w:rPr>
          <w:b/>
        </w:rPr>
        <w:t xml:space="preserve">[14:03] </w:t>
      </w:r>
      <w:r>
        <w:t>yah client bhi ki musibat ka janti zanjeer van jana usi shakhs ke liye hisse mein aata hai jiske andar yah salahiyat ho ki vah musibat ke waqt allah ki taraf ruju kare. to yani musibat se jo log apne andar god oriented personality bana paen, vahi iska fayda utha paenge.</w:t>
      </w:r>
    </w:p>
    <w:p>
      <w:pPr>
        <w:jc w:val="right"/>
      </w:pPr>
      <w:r>
        <w:t>यह client भी कि मुसीबत का जनती ज़ंजीर वन जाना उसी शख्स के लिए हिस्से में आता है जिसके अंदर यह सलाहियत हो कि वह मुसीबत के वक्त अल्लाह की तरफ रुजू करे. तो यानी मुसीबत से जो लोग अपने अंदर god oriented personality बना पाएं, वही इसका फ़ायदा उठा पाएंगे.</w:t>
      </w:r>
    </w:p>
    <w:p>
      <w:r>
        <w:rPr>
          <w:b/>
        </w:rPr>
        <w:t xml:space="preserve">[14:24] </w:t>
      </w:r>
      <w:r>
        <w:t>to yah baat bhi bahut hi zyada sochne ki hai ki kya main apni musibat ke waqt, problems ke waqt is tarah ka reaction deti hun? kya mera ravaiya hota hai jab pareshaniyon mein magir jati hun? kya main allah ki taraf ruju karti hun? ya jaisa famida aapne bataya ki logon ki shikayaten, logon se rona, chillana, apni gam ki duhai dena. kya mera aisa ravaiya rahta hai?</w:t>
      </w:r>
    </w:p>
    <w:p>
      <w:pPr>
        <w:jc w:val="right"/>
      </w:pPr>
      <w:r>
        <w:t>तो यह बात भी बहुत ही ज़्यादा सोचने की है कि क्या मैं अपनी मुसीबत के वक्त, problems के वक्त इस तरह का reaction देती हूं? क्या मेरा रवैया होता है जब परेशानियों में मगिर जाती हूं? क्या मैं अल्लाह की तरफ रुजू करती हूं? या जैसा फ़मिदा आपने बताया कि लोगों की शिकायतें, लोगों से रोना, चिल्लाना, अपनी गम की दुहाई देना. क्या मेरा ऐसा रवैया रहता है?</w:t>
      </w:r>
    </w:p>
    <w:p>
      <w:r>
        <w:rPr>
          <w:b/>
        </w:rPr>
        <w:t xml:space="preserve">[14:49] </w:t>
      </w:r>
      <w:r>
        <w:t>to yah hamen bahut zyada personality ko develop karne ke liye hai article aur allah se jodne ke liye hai. allah ke mohabbat badhane ke liye article hai. aur bahut hi zyada mujhe lagta hai ki islam mein na yah bataya jata hai ki duniya mein har cheez ke andar potential hai. aapko actual banana hai jaise malanak sahab kahte hain. to yah jo musibaten hain ya problems hain na yah bhi bahut sare potentials lekar a rahi hai hamare liye.</w:t>
      </w:r>
    </w:p>
    <w:p>
      <w:pPr>
        <w:jc w:val="right"/>
      </w:pPr>
      <w:r>
        <w:t>तो यह हमें बहुत ज़्यादा personality को develop करने के लिए है article और अल्लाह से जोड़ने के लिए है. अल्लाह के मोहब्बत बढ़ाने के लिए article है. और बहुत ही ज़्यादा मुझे लगता है कि इस्लाम में ना यह बताया जाता है कि दुनिया में हर चीज़ के अंदर potential है. आपको actual बनाना है जैसे मलानक साहब कहते हैं. तो यह जो मुसीबत हैं या problems हैं ना यह भी बहुत सारे potentials लेकर आ रही है हमारे लिए.</w:t>
      </w:r>
    </w:p>
    <w:p>
      <w:r>
        <w:rPr>
          <w:b/>
        </w:rPr>
        <w:t xml:space="preserve">[15:17] </w:t>
      </w:r>
      <w:r>
        <w:t>hum usko agar samajh paen, allah hamein utni shiqmat de.</w:t>
      </w:r>
    </w:p>
    <w:p>
      <w:pPr>
        <w:jc w:val="right"/>
      </w:pPr>
      <w:r>
        <w:t>हम उसको अगर समझ पाएं, अल्लाह हमें उतनी शिक्मत दे.</w:t>
      </w:r>
    </w:p>
    <w:p>
      <w:r>
        <w:rPr>
          <w:b/>
        </w:rPr>
        <w:t xml:space="preserve">[15:27] </w:t>
      </w:r>
      <w:r>
        <w:t>matlab mulana sahab ki ek line bhi maine padhi woh mujhe yahan bahut appropriate lag rahi thi ki</w:t>
      </w:r>
    </w:p>
    <w:p>
      <w:pPr>
        <w:jc w:val="right"/>
      </w:pPr>
      <w:r>
        <w:t>मतलब मुलाना साहब की एक line भी मैंने पढ़ी वह मुझे यहां बहुत appropriate लग रही थी कि</w:t>
      </w:r>
    </w:p>
    <w:p>
      <w:r>
        <w:rPr>
          <w:b/>
        </w:rPr>
        <w:t xml:space="preserve">[15:37] </w:t>
      </w:r>
      <w:r>
        <w:t>duniya ki kamyabi galat ehsas paida karegi kahin.</w:t>
      </w:r>
    </w:p>
    <w:p>
      <w:pPr>
        <w:jc w:val="right"/>
      </w:pPr>
      <w:r>
        <w:t>दुनिया की कामयाबी गलत एहसास पैदा करेगी कहीं.</w:t>
      </w:r>
    </w:p>
    <w:p>
      <w:r>
        <w:rPr>
          <w:b/>
        </w:rPr>
        <w:t xml:space="preserve">[15:48] </w:t>
      </w:r>
      <w:r>
        <w:t>to pareshani mein pada hua insaan bahut zyada fikramand hota hai aur uske andar haqeeqat pasandeed zyada hoti hai. to yah chizen bahut zyada is baat ko bar bar, bar bar is baat ko hamare dil mein pukhta kar rahi hai ki jo bhi problems hamen allah taala de rahe hain vah hamesha opportunities hain hamen jannat mein pahunchane ke liye. kalla.</w:t>
      </w:r>
    </w:p>
    <w:p>
      <w:pPr>
        <w:jc w:val="right"/>
      </w:pPr>
      <w:r>
        <w:t>तो परेशानी में पड़ा हुआ इंसान बहुत ज़्यादा फिक्रमंद होता है और उसके अंदर हकीकत पसंदीद ज़्यादा होती है. तो यह चीज़ें बहुत ज़्यादा इस बात को बार बार, बार बार इस बात को हमारे दिल में पुख्सा कर रही है कि जो भी problems हमें अल्लाह ताला दे रहे हैं वह हमेशा opportunities हैं हमें जन्नत में पहुंचाने के लिए. कल्ला.</w:t>
      </w:r>
    </w:p>
    <w:p>
      <w:r>
        <w:rPr>
          <w:b/>
        </w:rPr>
        <w:t xml:space="preserve">[16:16] </w:t>
      </w:r>
      <w:r>
        <w:t>jiza kalla doctor sipina, aapne bahut elaborate, bahut achhi baat kahi. tarah tarah se aapne usko explain kiya.</w:t>
      </w:r>
    </w:p>
    <w:p>
      <w:pPr>
        <w:jc w:val="right"/>
      </w:pPr>
      <w:r>
        <w:t>जिज़ा कल्ला doctor सिपीना, आपने बहुत elaborate, बहुत अच्छी बात कही. तरह तरह से आपने उसको explain किया.</w:t>
      </w:r>
    </w:p>
    <w:p>
      <w:r>
        <w:rPr>
          <w:b/>
        </w:rPr>
        <w:t xml:space="preserve">[16:24] </w:t>
      </w:r>
      <w:r>
        <w:t>It was very very clear and very nicely understood aur ek point jo mujhe bahut achhi lagi ki</w:t>
      </w:r>
    </w:p>
    <w:p>
      <w:pPr>
        <w:jc w:val="right"/>
      </w:pPr>
      <w:r>
        <w:t>It was very very clear and very nicely understood और एक point जो मुझे बहुत अच्छी लगी कि</w:t>
      </w:r>
    </w:p>
    <w:p>
      <w:r>
        <w:rPr>
          <w:b/>
        </w:rPr>
        <w:t xml:space="preserve">[16:31] </w:t>
      </w:r>
      <w:r>
        <w:t>jab hum in musibaton se jab guzar karke jab us jaise ke train hai ek tunnel se guzri</w:t>
      </w:r>
    </w:p>
    <w:p>
      <w:pPr>
        <w:jc w:val="right"/>
      </w:pPr>
      <w:r>
        <w:t>जब हम इन मुसीबतों से जब गुज़र करके जब उस जैसे कि train है एक tunnel से गुज़री</w:t>
      </w:r>
    </w:p>
    <w:p>
      <w:r>
        <w:rPr>
          <w:b/>
        </w:rPr>
        <w:t xml:space="preserve">[16:39] </w:t>
      </w:r>
      <w:r>
        <w:t>aur achha jab tunnel se hum jab bahar aate hain to humein raushni hi naushni hai aur andar</w:t>
      </w:r>
    </w:p>
    <w:p>
      <w:pPr>
        <w:jc w:val="right"/>
      </w:pPr>
      <w:r>
        <w:t>और अच्छा जब tunnel से हम जब बाहर आते हैं तो हमें रौशनी ही नौशनी है और अंदर</w:t>
      </w:r>
    </w:p>
    <w:p>
      <w:r>
        <w:rPr>
          <w:b/>
        </w:rPr>
        <w:t xml:space="preserve">[16:47] </w:t>
      </w:r>
      <w:r>
        <w:t>se ek bahut khushi mahsus hoti hai aur mujhe aisa feel hota hai ki us pareshani se guzar</w:t>
      </w:r>
    </w:p>
    <w:p>
      <w:pPr>
        <w:jc w:val="right"/>
      </w:pPr>
      <w:r>
        <w:t>से एक बहुत ख़ुशी महसूस होती है और मुझे ऐसा feel होता है कि उस परेशानी से गुज़र</w:t>
      </w:r>
    </w:p>
    <w:p>
      <w:r>
        <w:rPr>
          <w:b/>
        </w:rPr>
        <w:t xml:space="preserve">[16:55] </w:t>
      </w:r>
      <w:r>
        <w:t>ke insaan ki understanding jo hoti hai vah zyada better ho jati hai aur vah bahut feel karke</w:t>
      </w:r>
    </w:p>
    <w:p>
      <w:pPr>
        <w:jc w:val="right"/>
      </w:pPr>
      <w:r>
        <w:t>के इंसान की understanding जो होती है वह ज़्यादा better हो जाती है और वह बहुत feel करके</w:t>
      </w:r>
    </w:p>
    <w:p>
      <w:r>
        <w:rPr>
          <w:b/>
        </w:rPr>
        <w:t xml:space="preserve">[17:03] </w:t>
      </w:r>
      <w:r>
        <w:t>nikal aata hai cheezon ko zyada achhe se samajh pata hai.</w:t>
      </w:r>
    </w:p>
    <w:p>
      <w:pPr>
        <w:jc w:val="right"/>
      </w:pPr>
      <w:r>
        <w:t>निकल आता है चीज़ों को ज़्यादा अच्छे से समझ पाता है.</w:t>
      </w:r>
    </w:p>
    <w:p>
      <w:r>
        <w:rPr>
          <w:b/>
        </w:rPr>
        <w:t xml:space="preserve">[17:11] </w:t>
      </w:r>
      <w:r>
        <w:t>main doctor rajma, rajma apa se invite karti hoon unko apni learning ko share karne ke liye. aapka awaaz nahi aa rahi hai. She's not there. na maine apna dikhai very</w:t>
      </w:r>
    </w:p>
    <w:p>
      <w:pPr>
        <w:jc w:val="right"/>
      </w:pPr>
      <w:r>
        <w:t>मैं doctor रजमा, रजमा आपा से invite करती हूं उनको अपनी learning को share करने के लिए. आपका आवाज़ नहीं आ रही है. She's not there. ना मैंने अपना दिखाई very</w:t>
      </w:r>
    </w:p>
    <w:p>
      <w:r>
        <w:rPr>
          <w:b/>
        </w:rPr>
        <w:t xml:space="preserve">[17:35] </w:t>
      </w:r>
      <w:r>
        <w:t>haan, wah dikh nahi rahi hai. Wants to share her learning? Maybe she will join in later and share her learning. ek khadeez, ek khadeez yaad aa rahi hai aur jo hangeez.</w:t>
      </w:r>
    </w:p>
    <w:p>
      <w:pPr>
        <w:jc w:val="right"/>
      </w:pPr>
      <w:r>
        <w:t>हां, वह दिख नहीं रही है. Wants to share her learning? Maybe she will join in later and share her learning. एक ख़दीज़, एक ख़दीज़ याद आ रही है और जो हंगीज़.</w:t>
      </w:r>
    </w:p>
    <w:p>
      <w:r>
        <w:rPr>
          <w:b/>
        </w:rPr>
        <w:t xml:space="preserve">[17:53] </w:t>
      </w:r>
      <w:r>
        <w:t>yeh khadeez ki allah taala ne farmaya jab main apne kisi mumil bande ko kisi museebat mein muttala karoon aur wah us par sawan karein aur aane jaane walon se uski shikayat na karein, to main usko apni qaid se aazad kar deta hoon. phir main uske gosht ko doosre behtar gosht se badal deta hoon aur uske phone un doosre behtar phone se badal deta hoon. phir wah aasani na kamal karne lagta hai.</w:t>
      </w:r>
    </w:p>
    <w:p>
      <w:pPr>
        <w:jc w:val="right"/>
      </w:pPr>
      <w:r>
        <w:t>यह ख़दीज़ की अल्लाह ताला ने फरमाया जब मैं अपने किसी मुमिल बंदे को किसी मुसीबत में मुत्तला करूं और वह उस पर सवन करें और आने जाने वालों से उसकी शिकायत ना करें, तो मैं उसको अपनी कैद से आज़ाद कर देता हूं. फिर मैं उसके गोष्ट को दूसरे बेहतर गोष्ट से बदल देता हूं और उसके phone उन दूसरे बेहतर phone से बदल देता हूं. फिर वह आसानी नौ कमल करने लगता है.</w:t>
      </w:r>
    </w:p>
    <w:p>
      <w:r>
        <w:rPr>
          <w:b/>
        </w:rPr>
        <w:t xml:space="preserve">[18:18] </w:t>
      </w:r>
      <w:r>
        <w:t>to molana sahab ne isko explain kiya hai ki ek aadmi wah hai jo maa ke pet se paida hota hai. doosra wah hai jo koi shakhs khud apne aap ko banata hai. pehla aadmi riwayti aadmi hai. wah khandan aur mahaul ke zer asar kaam karta hai. magar doosra aadmi ek irtkha yafta aadmi hai. wah ek aisa aadmi hai jiske andar ajeeb inkala barba ho chuka hai. to yeh baat achha achhi aadesh thi. usko manav sahab ne hum aur bhi achhe se explain kiya.</w:t>
      </w:r>
    </w:p>
    <w:p>
      <w:pPr>
        <w:jc w:val="right"/>
      </w:pPr>
      <w:r>
        <w:t>तो मोलाना साहब ने इसको explain किया है कि एक आदमी वह है जो मां के पेट से पैदा होता है. दूसरा वह है जो कोई शख़्स खुद अपने आप को बनाता है. पहला आदमी रिवायतीय आदमी है. वह खानदान और माहौल के जेर असर काम करता है. मगर दूसरा आदमी एक इर्तखा यावता आदमी है. वह एक ऐसा आदमी है जिसके अंदर अजीब इंकला बर्बा हो चुका है. तो यह बात अच्छा अच्छी आदेश थी. उसको मानव साहब ने हम और भी अच्छे से explain किया.</w:t>
      </w:r>
    </w:p>
    <w:p>
      <w:r>
        <w:rPr>
          <w:b/>
        </w:rPr>
        <w:t xml:space="preserve">[18:48] </w:t>
      </w:r>
      <w:r>
        <w:t>insaan khud apne aap ko banata hai mushkil ke baad. ab aa gayi hai. Ok. kya? aap apni learning share karein. inki awaaz nahi aa rahi hai.</w:t>
      </w:r>
    </w:p>
    <w:p>
      <w:pPr>
        <w:jc w:val="right"/>
      </w:pPr>
      <w:r>
        <w:t>इन्सान ख़ुद अपने आप को बनाता है मुश्किल के बाद. अब आ गई है. Ok. क्या? आप अपनी learning share करें. इनकी आवाज़ नहीं आ रही है.</w:t>
      </w:r>
    </w:p>
    <w:p>
      <w:r>
        <w:rPr>
          <w:b/>
        </w:rPr>
        <w:t xml:space="preserve">[19:18] </w:t>
      </w:r>
      <w:r>
        <w:t>shayad network issue hai, connect nahi ho pa rahi hai na sir. Ok ok. theek hai aur koi learning apna share karna chahte hain? She will, speak later. Anyone who wants to speak? shaiv namparevez aap unmute karein. awaaz nahi aa rahi hai? haan. bismillahir rahman rahim.</w:t>
      </w:r>
    </w:p>
    <w:p>
      <w:pPr>
        <w:jc w:val="right"/>
      </w:pPr>
      <w:r>
        <w:t>शायद network issue है, connect नहीं हो पा रही है ना sir. Ok ok. ठीक है और कोई learning अपना share करना चाहते हैं? She will, speak later. Anyone who wants to speak? शैव नंपरवेज़ आप unmute करें. आवाज़ नहीं आ रही है? हां. बिस्मिल्लाही रहमान रही.</w:t>
      </w:r>
    </w:p>
    <w:p>
      <w:r>
        <w:rPr>
          <w:b/>
        </w:rPr>
        <w:t xml:space="preserve">[19:46] </w:t>
      </w:r>
      <w:r>
        <w:t>rabishali sadi wesi bimari warn, ugitamilisani ya gau kauli.</w:t>
      </w:r>
    </w:p>
    <w:p>
      <w:pPr>
        <w:jc w:val="right"/>
      </w:pPr>
      <w:r>
        <w:t>रबेशैली सदी वैस्सी बिमरी वर्ण, उगीतमीलीसानी या गौ कौली.</w:t>
      </w:r>
    </w:p>
    <w:p>
      <w:r>
        <w:rPr>
          <w:b/>
        </w:rPr>
        <w:t xml:space="preserve">[19:52] </w:t>
      </w:r>
      <w:r>
        <w:t>musibat abhi rehmat hai yeh ek hum topic hai.</w:t>
      </w:r>
    </w:p>
    <w:p>
      <w:pPr>
        <w:jc w:val="right"/>
      </w:pPr>
      <w:r>
        <w:t>मुसीब अभी रहमत है यह एक हम topic है.</w:t>
      </w:r>
    </w:p>
    <w:p>
      <w:r>
        <w:rPr>
          <w:b/>
        </w:rPr>
        <w:t xml:space="preserve">[19:58] </w:t>
      </w:r>
      <w:r>
        <w:t>yeh bahut hi khubsurat topic hamari zindagi mein.</w:t>
      </w:r>
    </w:p>
    <w:p>
      <w:pPr>
        <w:jc w:val="right"/>
      </w:pPr>
      <w:r>
        <w:t>यह बहुत ही खूबसूरत topic हमारी ज़िंदगी में.</w:t>
      </w:r>
    </w:p>
    <w:p>
      <w:r>
        <w:rPr>
          <w:b/>
        </w:rPr>
        <w:t xml:space="preserve">[20:05] </w:t>
      </w:r>
      <w:r>
        <w:t>yeh duniya kudan ne aaram ke liye rahat nahi banai hai.</w:t>
      </w:r>
    </w:p>
    <w:p>
      <w:pPr>
        <w:jc w:val="right"/>
      </w:pPr>
      <w:r>
        <w:t>यह दुनिया कुदान ने आराम के लिए राहत नहीं बनाई है.</w:t>
      </w:r>
    </w:p>
    <w:p>
      <w:r>
        <w:rPr>
          <w:b/>
        </w:rPr>
        <w:t xml:space="preserve">[20:11] </w:t>
      </w:r>
      <w:r>
        <w:t>aawaz aa rahi hai kya?</w:t>
      </w:r>
    </w:p>
    <w:p>
      <w:pPr>
        <w:jc w:val="right"/>
      </w:pPr>
      <w:r>
        <w:t>आवाज़ आ रही है क्या?</w:t>
      </w:r>
    </w:p>
    <w:p>
      <w:r>
        <w:rPr>
          <w:b/>
        </w:rPr>
        <w:t xml:space="preserve">[20:18] </w:t>
      </w:r>
      <w:r>
        <w:t>Unmute ho gayi hai aap unmute karein. awaaz aa rahi hai kya awaazi yeh hai kyunki aap aa rahi hai. aa rahi hai aa rahi hai. achha yeh duniya khuda ne rahat ke nahi banai hai. har aaram ke saath ek takleef judi hoti hai. chahe ameer ho ya gareeb ho. muskit zindagi ya khushi ki zindagi sirf akhirat mein hai. girne ki zindagi ki taste hai.</w:t>
      </w:r>
    </w:p>
    <w:p>
      <w:pPr>
        <w:jc w:val="right"/>
      </w:pPr>
      <w:r>
        <w:t>Unmute हो गई है आप unmute करें. आवाज़ आ रही है क्या आवाज़ी यह है क्योंकि आप आ रही है. आ रही है आ रही है. अच्छा यह दुनिया खुदान ने राहत के नहीं बनाई है. हर आराम के साथ एक तकलीफ जुड़ी होती है. चाहे अमीर हो या गरीब हो. मुस्कित ज़िंदगी या खुशी की ज़िंदगी सिर्फ आखिरत में है. गिरने की ज़िंदगी की taste है.</w:t>
      </w:r>
    </w:p>
    <w:p>
      <w:r>
        <w:rPr>
          <w:b/>
        </w:rPr>
        <w:t xml:space="preserve">[20:44] </w:t>
      </w:r>
      <w:r>
        <w:t>dine mein insaan ke saath bimari hai, zyada tar problem hai, unwanted situation aate hain. ya yahan hatta ki maut bhi hai. ise hamare isse hum jisse zyada tar tension create ho jata hai. is iske bawajood hum hamare andar agar yeh salahiyat ho ki museebat takleef ke baad allah ki taraf buzoor hain. allah ka shurguzar banda bane rahein. museebat bhi allah ki yeh rehmat van jati hai.</w:t>
      </w:r>
    </w:p>
    <w:p>
      <w:pPr>
        <w:jc w:val="right"/>
      </w:pPr>
      <w:r>
        <w:t>दिने में इंसान के साथ बीमारी है, ज़्यादातर problem है, unwanted situation आते हैं. या यहां हत्ता की मौत भी है. इसे हमारे इससे हम जिससे ज़्यादातर tension create हो जाता है. इस इसके बावजूद हम हमारे अंदर अगर यह सलाहित हो कि मुसीबत तकलीफ के बाद अल्लाह की तरफ बुजूर हैं. अल्लाह का शुरुगुज़ार बन्दा बने रहे हैं. मुसीबत भी अल्लाह की यह रहमत वन जाती है.</w:t>
      </w:r>
    </w:p>
    <w:p>
      <w:r>
        <w:rPr>
          <w:b/>
        </w:rPr>
        <w:t xml:space="preserve">[21:14] </w:t>
      </w:r>
      <w:r>
        <w:t>musibat aksar log shikayat karte hain.</w:t>
      </w:r>
    </w:p>
    <w:p>
      <w:pPr>
        <w:jc w:val="right"/>
      </w:pPr>
      <w:r>
        <w:t>मुसीबत अक्सर लोग शिकायत करते हैं.</w:t>
      </w:r>
    </w:p>
    <w:p>
      <w:r>
        <w:rPr>
          <w:b/>
        </w:rPr>
        <w:t xml:space="preserve">[21:21] </w:t>
      </w:r>
      <w:r>
        <w:t>allah ka shukrguzaar ban jaye, shukrguzari karte hain.</w:t>
      </w:r>
    </w:p>
    <w:p>
      <w:pPr>
        <w:jc w:val="right"/>
      </w:pPr>
      <w:r>
        <w:t>अल्लाह का शुरुगुज़ार वन जाए, शुरुगुज़ारी करते हैं.</w:t>
      </w:r>
    </w:p>
    <w:p>
      <w:r>
        <w:rPr>
          <w:b/>
        </w:rPr>
        <w:t xml:space="preserve">[21:28] </w:t>
      </w:r>
      <w:r>
        <w:t>to yeh musibat jo hai tabahi ban jati hai.</w:t>
      </w:r>
    </w:p>
    <w:p>
      <w:pPr>
        <w:jc w:val="right"/>
      </w:pPr>
      <w:r>
        <w:t>तो यह मुसीबत जो है तबाही वन जाती है.</w:t>
      </w:r>
    </w:p>
    <w:p>
      <w:r>
        <w:rPr>
          <w:b/>
        </w:rPr>
        <w:t xml:space="preserve">[21:35] </w:t>
      </w:r>
      <w:r>
        <w:t>agar allah ka shukrguzaar bane to musibat bhi hamare rehmat ban jayegi.</w:t>
      </w:r>
    </w:p>
    <w:p>
      <w:pPr>
        <w:jc w:val="right"/>
      </w:pPr>
      <w:r>
        <w:t>अगर अल्लाह का शुरुगुज़ार बने तो मुसीबत भी हमारे रहम्य वन जाएगी.</w:t>
      </w:r>
    </w:p>
    <w:p>
      <w:r>
        <w:rPr>
          <w:b/>
        </w:rPr>
        <w:t xml:space="preserve">[21:42] </w:t>
      </w:r>
      <w:r>
        <w:t>humko ikhlaas ke sath allah ka shukrguzaar bandar banna chahiye.</w:t>
      </w:r>
    </w:p>
    <w:p>
      <w:pPr>
        <w:jc w:val="right"/>
      </w:pPr>
      <w:r>
        <w:t>हमको इखिलाश के साथ अल्लाह का शुरुगुज़ार बंदर बनना चाहिए.</w:t>
      </w:r>
    </w:p>
    <w:p>
      <w:r>
        <w:rPr>
          <w:b/>
        </w:rPr>
        <w:t xml:space="preserve">[21:49] </w:t>
      </w:r>
      <w:r>
        <w:t>We have created man with difficulties.</w:t>
      </w:r>
    </w:p>
    <w:p>
      <w:pPr>
        <w:jc w:val="right"/>
      </w:pPr>
      <w:r>
        <w:t>We have created man with difficulties.</w:t>
      </w:r>
    </w:p>
    <w:p>
      <w:r>
        <w:rPr>
          <w:b/>
        </w:rPr>
        <w:t xml:space="preserve">[21:57] </w:t>
      </w:r>
      <w:r>
        <w:t>har mushkil mein allah ka shukr ada karna chahiye.</w:t>
      </w:r>
    </w:p>
    <w:p>
      <w:pPr>
        <w:jc w:val="right"/>
      </w:pPr>
      <w:r>
        <w:t>हर मुश्किल में अल्लाह का शुकादा करना चाहिए.</w:t>
      </w:r>
    </w:p>
    <w:p>
      <w:r>
        <w:rPr>
          <w:b/>
        </w:rPr>
        <w:t xml:space="preserve">[22:06] </w:t>
      </w:r>
      <w:r>
        <w:t>allah ka shukr karna chahiye ki apni kisi bhi hamari bhalai hai.</w:t>
      </w:r>
    </w:p>
    <w:p>
      <w:pPr>
        <w:jc w:val="right"/>
      </w:pPr>
      <w:r>
        <w:t>अल्लाह का गुस्सा करना चाहिए कि अपनी किसी भी हमारी भलाई है.</w:t>
      </w:r>
    </w:p>
    <w:p>
      <w:r>
        <w:rPr>
          <w:b/>
        </w:rPr>
        <w:t xml:space="preserve">[22:15] </w:t>
      </w:r>
      <w:r>
        <w:t>allah ki marzi se bada koi marzi nahi hai, koi fasla nahi hai.</w:t>
      </w:r>
    </w:p>
    <w:p>
      <w:pPr>
        <w:jc w:val="right"/>
      </w:pPr>
      <w:r>
        <w:t>अल्लाह की मर्ज़ी से बड़ा कोई मर्ज़ी नहीं है, कोई फ़ासला नहीं है.</w:t>
      </w:r>
    </w:p>
    <w:p>
      <w:r>
        <w:rPr>
          <w:b/>
        </w:rPr>
        <w:t xml:space="preserve">[22:24] </w:t>
      </w:r>
      <w:r>
        <w:t>momin ko hamesha momin momin ko alag alag hamare sh mein dalte hain.</w:t>
      </w:r>
    </w:p>
    <w:p>
      <w:pPr>
        <w:jc w:val="right"/>
      </w:pPr>
      <w:r>
        <w:t>मुमिन को हमेशा मुमिन मुमिन को अलग अलग हमारेश में डालते हैं.</w:t>
      </w:r>
    </w:p>
    <w:p>
      <w:r>
        <w:rPr>
          <w:b/>
        </w:rPr>
        <w:t xml:space="preserve">[22:33] </w:t>
      </w:r>
      <w:r>
        <w:t>sabb hai. allah mumin ka mere saath musbat ajmaish mein daalte hain. jise zyada pyar karte hain, jise zyada mumbt karte hain, usse zyada intan lete hain. maish mujhe mujhe diye hain ek nimat ek rahat hai jo allah ke kareeb hone ka zariya hai qurbat hai.</w:t>
      </w:r>
    </w:p>
    <w:p>
      <w:pPr>
        <w:jc w:val="right"/>
      </w:pPr>
      <w:r>
        <w:t>सब्ब है. अल्लाह मुमिन का मेरे साथ मुस्बत अजमाइश में डालते हैं. जिसे ज़्यादा प्यार करते हैं, जिसे ज़्यादा मुम्बत करते हैं, उससे ज़्यादा इंतान लेते हैं. माइश मुझे मुझे दिए हैं एक निमात एक राहत है जो अल्लाह के करीब होने का जरिया है कुर्बत है.</w:t>
      </w:r>
    </w:p>
    <w:p>
      <w:r>
        <w:rPr>
          <w:b/>
        </w:rPr>
        <w:t xml:space="preserve">[22:57] </w:t>
      </w:r>
      <w:r>
        <w:t>museebat ka apna allah se kareeb hone ka ek sab aap samjhenge ki hum allah se kareeb hain. allah humse humse kuch lena chahte hain.</w:t>
      </w:r>
    </w:p>
    <w:p>
      <w:pPr>
        <w:jc w:val="right"/>
      </w:pPr>
      <w:r>
        <w:t>मुसीबत का अपना अल्लाह से करीब होने का एक सब आप समझेंगे कि हम अल्लाह से करीब है. अल्लाह हमसे हमसे कुछ लेना चाहते हैं.</w:t>
      </w:r>
    </w:p>
    <w:p>
      <w:r>
        <w:rPr>
          <w:b/>
        </w:rPr>
        <w:t xml:space="preserve">[23:09] </w:t>
      </w:r>
      <w:r>
        <w:t>museebat jo hai allah ke liye ek hajmaish hai mumin ke liye apne andar ek achhi are bane se sachchai banana padega ki hum jinat kisse dakhil honge.</w:t>
      </w:r>
    </w:p>
    <w:p>
      <w:pPr>
        <w:jc w:val="right"/>
      </w:pPr>
      <w:r>
        <w:t>मुसीबत जो है अल्लाह के लिए एक हजमाईस है मुमिन के लिए अपने अंदर एक अच्छी अरे बाने से सच्चाई बनाना पड़ेगा कि हम जिनत किस्से दाखिल होंगे.</w:t>
      </w:r>
    </w:p>
    <w:p>
      <w:r>
        <w:rPr>
          <w:b/>
        </w:rPr>
        <w:t xml:space="preserve">[23:36] </w:t>
      </w:r>
      <w:r>
        <w:t>jinat itna aasan kisse nahi hai jo sabko mil jayega. hum musalman hain to hamara aman kaisa hai? hum kis tarah kis tarah se apne aap ko allah ka shubujari karein ki nahi karein? allah mera shubujari ko pasand karte hain. yeh takleef aa gaya, gam aa gaya, dhookh aa gaya hai. zindagi hai hamare saath, unko agar khushiti hai khushi saath to gam zaroor denge. aise is gam mein hum apne aap ko allah shikwa kar rahe hain.</w:t>
      </w:r>
    </w:p>
    <w:p>
      <w:pPr>
        <w:jc w:val="right"/>
      </w:pPr>
      <w:r>
        <w:t>जिनत इतना आसान किस्से नहीं है जो सबको मिल जाएगा. हम मुसलमान हैं तो हमारा अमान कैसा है? हम किस तरह किस तरह से अपने आपको अल्लाह का शुभूजारी करें कि नहीं करें? अल्लाह मेरा शुभूजारी को पसंद करते हैं. यह तकलीफ आ गया, गम आ गया, धूख आ गया है. ज़िंदगी है हमारे साथ, उनको अगर खुशीती है खुशी साथ तो गम ज़रूर देंगे. ऐसे इस गम में हम अपने आप को अल्लाह शिकवा कर रहे हैं.</w:t>
      </w:r>
    </w:p>
    <w:p>
      <w:r>
        <w:rPr>
          <w:b/>
        </w:rPr>
        <w:t xml:space="preserve">[24:04] </w:t>
      </w:r>
      <w:r>
        <w:t>kabhi kabhi hum log bahut ghabra jate hain lekin ghabrani chahiye. alag gam bhi hamare liye nimat hai. isliye alag namaz ka sahare jare saath batayein ki hum taiyaridpadte hain. mere saath bhi ek saal pehle bahut museebat neend bhi pade the.</w:t>
      </w:r>
    </w:p>
    <w:p>
      <w:pPr>
        <w:jc w:val="right"/>
      </w:pPr>
      <w:r>
        <w:t>कभी कभी हम लोग बहुत घबरा जाते हैं लेकिन घबरानी चाहिए. अलग गम भी हमारे लिए निमात है. इसलिए अलग नामाज़ का सहारे जारे साथ बताएं कि हम तैयारीद पड़ते हैं. मेरे साथ भी एक साल पहले बहुत मुसीबत नींद भी पड़े थे.</w:t>
      </w:r>
    </w:p>
    <w:p>
      <w:r>
        <w:rPr>
          <w:b/>
        </w:rPr>
        <w:t xml:space="preserve">[24:34] </w:t>
      </w:r>
      <w:r>
        <w:t>tabhi yeh faisla hum kar payein. hum to faisla kar hi nahi pa rahe the ki hum kya karein? ki yeh ek rishta aaya hai hum usko theek se yeh nahi kar sak rahe hain. hum kya karein? galat aayi museebar yeh namaz ke zariye hamein mil jata hai. allah hamesha band mohin se hamesha ajmaish karte hain. humko hamesha ajma khade rehna chahiye. janat janat sirf yeh hai itna aasan cheez nahi hai.</w:t>
      </w:r>
    </w:p>
    <w:p>
      <w:pPr>
        <w:jc w:val="right"/>
      </w:pPr>
      <w:r>
        <w:t>तभी यह फ़ैसला हम कर पाएं. हम तो फ़ैसला कर ही नहीं पा रहे थे कि हम क्या करें? कि यह एक रिश्ता आया है हम उसको ठीक से यह नहीं कर सक रहे हैं. हम क्या करें? गलत आई मुसीबार यह नमाज़ के जरिए हमें मिल जाता है. अल्लाह हमेशा बंद मोहिन से हमेशा आजमाइश करते हैं. हमको हमेशा आजमा खड़े रहना चाहिए. जनत जनत सिर्फ यह है इतना आसान चीज़ नहीं है.</w:t>
      </w:r>
    </w:p>
    <w:p>
      <w:r>
        <w:rPr>
          <w:b/>
        </w:rPr>
        <w:t xml:space="preserve">[24:59] </w:t>
      </w:r>
      <w:r>
        <w:t>Genres ke liye apna apna maa apne aap ko genres wali such se banana padega ki hum kya kare?</w:t>
      </w:r>
    </w:p>
    <w:p>
      <w:pPr>
        <w:jc w:val="right"/>
      </w:pPr>
      <w:r>
        <w:t>Genres के लिए अपना अपना मां अपने आप को genres वाली सच से बनाना पड़ेगा कि हम क्या करें?</w:t>
      </w:r>
    </w:p>
    <w:p>
      <w:r>
        <w:rPr>
          <w:b/>
        </w:rPr>
        <w:t xml:space="preserve">[25:05] </w:t>
      </w:r>
      <w:r>
        <w:t>har har waqt negative thought lekar jee rahe hain.</w:t>
      </w:r>
    </w:p>
    <w:p>
      <w:pPr>
        <w:jc w:val="right"/>
      </w:pPr>
      <w:r>
        <w:t>हर हर वक्त negative thought लेकर जी रहे हैं.</w:t>
      </w:r>
    </w:p>
    <w:p>
      <w:r>
        <w:rPr>
          <w:b/>
        </w:rPr>
        <w:t xml:space="preserve">[25:11] </w:t>
      </w:r>
      <w:r>
        <w:t>hamesha manashar aap kehte hain ki negative ko positive thought na chahiye.</w:t>
      </w:r>
    </w:p>
    <w:p>
      <w:pPr>
        <w:jc w:val="right"/>
      </w:pPr>
      <w:r>
        <w:t>हमेशा मनाषार आप कहते हैं कि negative को positive thought ना चाहिए.</w:t>
      </w:r>
    </w:p>
    <w:p>
      <w:r>
        <w:rPr>
          <w:b/>
        </w:rPr>
        <w:t xml:space="preserve">[25:17] </w:t>
      </w:r>
      <w:r>
        <w:t>hamesha negative negativity chhodna chahiye.</w:t>
      </w:r>
    </w:p>
    <w:p>
      <w:pPr>
        <w:jc w:val="right"/>
      </w:pPr>
      <w:r>
        <w:t>हमेशा negative negativity छोड़ना चाहिए.</w:t>
      </w:r>
    </w:p>
    <w:p>
      <w:r>
        <w:rPr>
          <w:b/>
        </w:rPr>
        <w:t xml:space="preserve">[25:23] </w:t>
      </w:r>
      <w:r>
        <w:t>usi cheez ko positive andazisoni chahiye ki hamare andar mein kya hai?</w:t>
      </w:r>
    </w:p>
    <w:p>
      <w:pPr>
        <w:jc w:val="right"/>
      </w:pPr>
      <w:r>
        <w:t>उसी चीज़ को positive अंदाज़ी सोनी चाहिए कि हमारे अंदर में क्या है?</w:t>
      </w:r>
    </w:p>
    <w:p>
      <w:r>
        <w:rPr>
          <w:b/>
        </w:rPr>
        <w:t xml:space="preserve">[25:29] </w:t>
      </w:r>
      <w:r>
        <w:t>hamare andar ek ek allah ka jo ek yeh hai conscious ek ek aawaz hai usko usko sochiye</w:t>
      </w:r>
    </w:p>
    <w:p>
      <w:pPr>
        <w:jc w:val="right"/>
      </w:pPr>
      <w:r>
        <w:t>हमारे अंदर एक एक अल्लाह का जो एक यह है conscious एक एक आवाज़ है उसको उसको सोचिए</w:t>
      </w:r>
    </w:p>
    <w:p>
      <w:r>
        <w:rPr>
          <w:b/>
        </w:rPr>
        <w:t xml:space="preserve">[25:35] </w:t>
      </w:r>
      <w:r>
        <w:t>ki hum musibat hain to kya hua?</w:t>
      </w:r>
    </w:p>
    <w:p>
      <w:pPr>
        <w:jc w:val="right"/>
      </w:pPr>
      <w:r>
        <w:t>कि हम मुसीबत हैं तो क्या हुआ?</w:t>
      </w:r>
    </w:p>
    <w:p>
      <w:r>
        <w:rPr>
          <w:b/>
        </w:rPr>
        <w:t xml:space="preserve">[25:42] </w:t>
      </w:r>
      <w:r>
        <w:t>ab phir har takleef ke baad ek raha the.</w:t>
      </w:r>
    </w:p>
    <w:p>
      <w:pPr>
        <w:jc w:val="right"/>
      </w:pPr>
      <w:r>
        <w:t>अब फिर हर तकलीफ के बाद एक रहा थे.</w:t>
      </w:r>
    </w:p>
    <w:p>
      <w:r>
        <w:rPr>
          <w:b/>
        </w:rPr>
        <w:t xml:space="preserve">[25:49] </w:t>
      </w:r>
      <w:r>
        <w:t>muna sahab to hamare ek ek article hai ki har takleef ke baad ek raha the.</w:t>
      </w:r>
    </w:p>
    <w:p>
      <w:pPr>
        <w:jc w:val="right"/>
      </w:pPr>
      <w:r>
        <w:t>मुना साहब तो हमारे एक एक article है कि हर तकलीफ के बाद एक रहा थे.</w:t>
      </w:r>
    </w:p>
    <w:p>
      <w:r>
        <w:rPr>
          <w:b/>
        </w:rPr>
        <w:t xml:space="preserve">[25:56] </w:t>
      </w:r>
      <w:r>
        <w:t>hamesha allah jo bande se takleef dalte hain vah exam ke liye, ajmaish ke liye.</w:t>
      </w:r>
    </w:p>
    <w:p>
      <w:pPr>
        <w:jc w:val="right"/>
      </w:pPr>
      <w:r>
        <w:t>हमेशा अल्लाह जो बंदे से तकलीफ डालते हैं वह exam के लिए, अजमाइश के लिए.</w:t>
      </w:r>
    </w:p>
    <w:p>
      <w:r>
        <w:rPr>
          <w:b/>
        </w:rPr>
        <w:t xml:space="preserve">[26:03] </w:t>
      </w:r>
      <w:r>
        <w:t>to hamko apne aap ko sahi rahna hai.</w:t>
      </w:r>
    </w:p>
    <w:p>
      <w:pPr>
        <w:jc w:val="right"/>
      </w:pPr>
      <w:r>
        <w:t>तो हमको अपने आप को सही रहना है.</w:t>
      </w:r>
    </w:p>
    <w:p>
      <w:r>
        <w:rPr>
          <w:b/>
        </w:rPr>
        <w:t xml:space="preserve">[26:10] </w:t>
      </w:r>
      <w:r>
        <w:t>apna zehan ko allah wale zehne banana hai.</w:t>
      </w:r>
    </w:p>
    <w:p>
      <w:pPr>
        <w:jc w:val="right"/>
      </w:pPr>
      <w:r>
        <w:t>अपना ज़ेहन को अल्लाह वाले ज़ेहने बनाना है.</w:t>
      </w:r>
    </w:p>
    <w:p>
      <w:r>
        <w:rPr>
          <w:b/>
        </w:rPr>
        <w:t xml:space="preserve">[26:17] </w:t>
      </w:r>
      <w:r>
        <w:t>ek kabil ek ek bani sachiv rahna chahiye.</w:t>
      </w:r>
    </w:p>
    <w:p>
      <w:pPr>
        <w:jc w:val="right"/>
      </w:pPr>
      <w:r>
        <w:t>एक काबिल एक एक बानी सचिव रहना चाहिए.</w:t>
      </w:r>
    </w:p>
    <w:p>
      <w:r>
        <w:rPr>
          <w:b/>
        </w:rPr>
        <w:t xml:space="preserve">[26:24] </w:t>
      </w:r>
      <w:r>
        <w:t>to yah sab mumkin to nahin hai.</w:t>
      </w:r>
    </w:p>
    <w:p>
      <w:pPr>
        <w:jc w:val="right"/>
      </w:pPr>
      <w:r>
        <w:t>तो यह सब मुमकिन तो नहीं है.</w:t>
      </w:r>
    </w:p>
    <w:p>
      <w:r>
        <w:rPr>
          <w:b/>
        </w:rPr>
        <w:t xml:space="preserve">[26:35] </w:t>
      </w:r>
      <w:r>
        <w:t>hamari jo hai alag alag jo cheez diye hain to hum itna limit hai.</w:t>
      </w:r>
    </w:p>
    <w:p>
      <w:pPr>
        <w:jc w:val="right"/>
      </w:pPr>
      <w:r>
        <w:t>हमारी जो है अलग अलग जो चीज़ दिए हैं तो हम इतना limit है.</w:t>
      </w:r>
    </w:p>
    <w:p>
      <w:r>
        <w:rPr>
          <w:b/>
        </w:rPr>
        <w:t xml:space="preserve">[26:46] </w:t>
      </w:r>
      <w:r>
        <w:t>duniya aes ki jagah nahin aise sab ki nahin hai.</w:t>
      </w:r>
    </w:p>
    <w:p>
      <w:pPr>
        <w:jc w:val="right"/>
      </w:pPr>
      <w:r>
        <w:t>दुनिया ऐस की जगह नहीं ऐसे सब की नहीं है.</w:t>
      </w:r>
    </w:p>
    <w:p>
      <w:r>
        <w:rPr>
          <w:b/>
        </w:rPr>
        <w:t xml:space="preserve">[26:58] </w:t>
      </w:r>
      <w:r>
        <w:t>hamara aes iska tumhara jannat hai, aakrat hai.</w:t>
      </w:r>
    </w:p>
    <w:p>
      <w:pPr>
        <w:jc w:val="right"/>
      </w:pPr>
      <w:r>
        <w:t>हमारा ऐस इसका तुम्हारा जन्नत है, आक्रत है.</w:t>
      </w:r>
    </w:p>
    <w:p>
      <w:r>
        <w:rPr>
          <w:b/>
        </w:rPr>
        <w:t xml:space="preserve">[27:09] </w:t>
      </w:r>
      <w:r>
        <w:t>to kyon hum alag alag shikayat karen?</w:t>
      </w:r>
    </w:p>
    <w:p>
      <w:pPr>
        <w:jc w:val="right"/>
      </w:pPr>
      <w:r>
        <w:t>तो क्यों हम अलग अलग शिकायत करें?</w:t>
      </w:r>
    </w:p>
    <w:p>
      <w:r>
        <w:rPr>
          <w:b/>
        </w:rPr>
        <w:t xml:space="preserve">[27:21] </w:t>
      </w:r>
      <w:r>
        <w:t>aakhirat mein hamara hissa khatm ho jayega. aakhirat nahi milega humko. akhir wali success banane ke liye humko apne aap ko ek saadgi zindagi ek simple zindagi ek, ek humko ek, ek maane allah ka jo hai ek band allah ka jo yeh kahe maane allah ka jo baatein baatein baatein banda bane hain ekdam bani sashakt nahi rahega hamare andar har baar sikkar karenge yeh karenge are doodh hai to kya hua? subah to hamare paas hai to usko sochiye hum.</w:t>
      </w:r>
    </w:p>
    <w:p>
      <w:pPr>
        <w:jc w:val="right"/>
      </w:pPr>
      <w:r>
        <w:t>आखिरत में हमारा हिस्सा खत्म हो जाएगा. आखिरत नहीं मिलेगा हमको. आखिर वाली success बनाने के लिए हमको अपने आप को एक सादगी ज़िंदगी एक simple ज़िंदगी एक, एक हमको एक, एक माने अल्लाह का जो है एक बंद अल्लाह का जो यह कहे माने अल्लाह का जो बातें बातें बातें बंदा बने हैं एकदम बानी सशक्त नहीं रहेगा हमारे अंदर हर बार सिक्कार करेंगे यह करेंगे अरे दूध है तो क्या हुआ? सुबह तो हमारे पास है तो उसको सोचिए हम.</w:t>
      </w:r>
    </w:p>
    <w:p>
      <w:r>
        <w:rPr>
          <w:b/>
        </w:rPr>
        <w:t xml:space="preserve">[27:49] </w:t>
      </w:r>
      <w:r>
        <w:t>yahi hamare yahi article sanse ki sabina zyada kar rakha hai. Hello. I am inviting doctor najma siddiqui to share her learning. Can you hear me? I think something is a problem with her Internet.</w:t>
      </w:r>
    </w:p>
    <w:p>
      <w:pPr>
        <w:jc w:val="right"/>
      </w:pPr>
      <w:r>
        <w:t>यही हमारे यही article संसे की सबीना ज़्यादा कर रखा है. Hello. I am inviting doctor नजमा सिद्दीकी to share her learning. Can you hear me? I think something is a problem with her Internet.</w:t>
      </w:r>
    </w:p>
    <w:p>
      <w:r>
        <w:rPr>
          <w:b/>
        </w:rPr>
        <w:t xml:space="preserve">[28:17] </w:t>
      </w:r>
      <w:r>
        <w:t>She's there, but I invite other ladies to in learn to share her learning, please.</w:t>
      </w:r>
    </w:p>
    <w:p>
      <w:pPr>
        <w:jc w:val="right"/>
      </w:pPr>
      <w:r>
        <w:t>She's there, but I invite other ladies to in learn to share her learning, please.</w:t>
      </w:r>
    </w:p>
    <w:p>
      <w:r>
        <w:rPr>
          <w:b/>
        </w:rPr>
        <w:t xml:space="preserve">[28:27] </w:t>
      </w:r>
      <w:r>
        <w:t>aa rahi hai ya nahin?</w:t>
      </w:r>
    </w:p>
    <w:p>
      <w:pPr>
        <w:jc w:val="right"/>
      </w:pPr>
      <w:r>
        <w:t>आ रही है या नहीं?</w:t>
      </w:r>
    </w:p>
    <w:p>
      <w:r>
        <w:rPr>
          <w:b/>
        </w:rPr>
        <w:t xml:space="preserve">[28:37] </w:t>
      </w:r>
      <w:r>
        <w:t>han ab aa rahi hai aap.</w:t>
      </w:r>
    </w:p>
    <w:p>
      <w:pPr>
        <w:jc w:val="right"/>
      </w:pPr>
      <w:r>
        <w:t>हां अब आ रही है आप.</w:t>
      </w:r>
    </w:p>
    <w:p>
      <w:r>
        <w:rPr>
          <w:b/>
        </w:rPr>
        <w:t xml:space="preserve">[28:47] </w:t>
      </w:r>
      <w:r>
        <w:t>ji aap aap apna learning share karen.</w:t>
      </w:r>
    </w:p>
    <w:p>
      <w:pPr>
        <w:jc w:val="right"/>
      </w:pPr>
      <w:r>
        <w:t>जी आप आप अपना learning share करें.</w:t>
      </w:r>
    </w:p>
    <w:p>
      <w:r>
        <w:rPr>
          <w:b/>
        </w:rPr>
        <w:t xml:space="preserve">[28:58] </w:t>
      </w:r>
      <w:r>
        <w:t>aur koi ladies jo apna learning share karna chahti hain? Please go ahead. Shavina main ek baat batana chahoongi yahan par isay related. Meri ek khala lagti hain aur ittefaq se unki life mein ittefaq se woh to nahi khana chahiye. Woh paza ki planning hai jo bhi.</w:t>
      </w:r>
    </w:p>
    <w:p>
      <w:pPr>
        <w:jc w:val="right"/>
      </w:pPr>
      <w:r>
        <w:t>और कोई ladies जो अपना learning share करना चाहती हैं? Please go ahead. शविना मैं एक बात बताना चाहूंगी यहां पर इसे related. मेरी एक खाला लगती हैं और इत्तेफ़ाक़ से उनकी life में इत्तेफ़ाक़ से वह तो नहीं खाना चाहिए. वह पज़ा की planning है जो भी.</w:t>
      </w:r>
    </w:p>
    <w:p>
      <w:r>
        <w:rPr>
          <w:b/>
        </w:rPr>
        <w:t xml:space="preserve">[29:20] </w:t>
      </w:r>
      <w:r>
        <w:t>unki life mein aaj tak kisi bhi kisi bhi marhale mein unhein koi na to kamyabi mili personal zindagi mein ya professional zindagi mein, bachon ke mamle mein. Matlab unko lagatar har cheez mein failure aur har cheez mein pareshani ka samna karna pada. To zahir si baat hai unke andar bada negative ek woh ban gaya tha.</w:t>
      </w:r>
    </w:p>
    <w:p>
      <w:pPr>
        <w:jc w:val="right"/>
      </w:pPr>
      <w:r>
        <w:t>उनकी life में आज तक किसी भी किसी भी मरहले में उन्हें कोई ना तो कामयाबी मिली personal ज़िंदगी में या professional ज़िंदगी में, बच्चों के मामले में. मतलब उनको लगातार हर चीज़ में failure और हर चीज़ में परेशानी का सामना करना पड़ा. तो ज़ाहिर सी बात है उनके अंदर बड़ा negative एक वह वन गया था.</w:t>
      </w:r>
    </w:p>
    <w:p>
      <w:r>
        <w:rPr>
          <w:b/>
        </w:rPr>
        <w:t xml:space="preserve">[29:45] </w:t>
      </w:r>
      <w:r>
        <w:t>to ek dafa yah aisi casual baat bata rahi hoon ek dafa faridaba aai thi to unke unse</w:t>
      </w:r>
    </w:p>
    <w:p>
      <w:pPr>
        <w:jc w:val="right"/>
      </w:pPr>
      <w:r>
        <w:t>तो एक दफा यह ऐसी casual बात बता रही हूं एक दफा फरीदाबा आई थी तो उनके उनसे</w:t>
      </w:r>
    </w:p>
    <w:p>
      <w:r>
        <w:rPr>
          <w:b/>
        </w:rPr>
        <w:t xml:space="preserve">[29:58] </w:t>
      </w:r>
      <w:r>
        <w:t>hamne yah sochkar agar hum usko accept karen to har problem ko aadmi phir jhel to maine hum</w:t>
      </w:r>
    </w:p>
    <w:p>
      <w:pPr>
        <w:jc w:val="right"/>
      </w:pPr>
      <w:r>
        <w:t>हमने यह सोचकर अगर हम उसको accept करें तो हर problem को आदमी फिर झेल तो मैंने हम</w:t>
      </w:r>
    </w:p>
    <w:p>
      <w:r>
        <w:rPr>
          <w:b/>
        </w:rPr>
        <w:t xml:space="preserve">[30:11] </w:t>
      </w:r>
      <w:r>
        <w:t>logon ne hala se yahi kaha ki aapke liye to allah talah ne bahut moti wali zindagir banai</w:t>
      </w:r>
    </w:p>
    <w:p>
      <w:pPr>
        <w:jc w:val="right"/>
      </w:pPr>
      <w:r>
        <w:t>लोगों ने हाला से यही कहा कि आपके लिए तो अल्लाह तालाह ने बहुत मोटी वाली ज़िंदगीर बनाई</w:t>
      </w:r>
    </w:p>
    <w:p>
      <w:r>
        <w:rPr>
          <w:b/>
        </w:rPr>
        <w:t xml:space="preserve">[30:24] </w:t>
      </w:r>
      <w:r>
        <w:t>hai ki aap kahin jaen hi nahin na idhar na udhar aur phir aap seedha vahin milengi.</w:t>
      </w:r>
    </w:p>
    <w:p>
      <w:pPr>
        <w:jc w:val="right"/>
      </w:pPr>
      <w:r>
        <w:t>है कि आप कहीं जाएं ही नहीं ना इधर ना उधर और फिर आप सीधा वहीं मिलेंगी.</w:t>
      </w:r>
    </w:p>
    <w:p>
      <w:r>
        <w:rPr>
          <w:b/>
        </w:rPr>
        <w:t xml:space="preserve">[30:38] </w:t>
      </w:r>
      <w:r>
        <w:t>To woh matlab itna zyada uske baad unki life mein change aaya hai. Yeh mera personal experience hai. Main share karna cha rahi thi sabhi se related. Ji ji ji ji ji tab sabhi na ekdam yahi haal mere yahan bhi ek hai meri behan hai. To unka bhi yahi haal hai lekin matlab bachpan se unki halaat jo hai bahut zyada takleeftein aur bimari bahut zyada rehti hai behad tehabimar.</w:t>
      </w:r>
    </w:p>
    <w:p>
      <w:pPr>
        <w:jc w:val="right"/>
      </w:pPr>
      <w:r>
        <w:t>तो वह मतलब इतना ज़्यादा उसके बाद उनकी life में change आया है. यह मेरा personal experience है. मैं share करना चाह रही थी सभी से related. जी जी जी जी जी तब सभी ना एकदम यही हाल मेरे यहां भी एक है मेरी बहन है. तो उनका भी यही हाल है लेकिन मतलब बचपन से उनकी हालात जो है बहुत ज़्यादा तकलीफतें और बीमार भी बहुत ज़्यादा रहती है बेहद तेहाबीमार.</w:t>
      </w:r>
    </w:p>
    <w:p>
      <w:r>
        <w:rPr>
          <w:b/>
        </w:rPr>
        <w:t xml:space="preserve">[31:04] </w:t>
      </w:r>
      <w:r>
        <w:t>Lekin mujhe aisa lagta hai unhein kitne logon se kabhi dekha is tarah se to lagta hai ki ek cheez unko zaroor billi rehti hai. Aur woh sari khali jo galat ho raha hai uske sath usi ko dekh pata hai.</w:t>
      </w:r>
    </w:p>
    <w:p>
      <w:pPr>
        <w:jc w:val="right"/>
      </w:pPr>
      <w:r>
        <w:t>लेकिन मुझे ऐसा लगता है उन्हें कितने लोगों से कभी देखा इस तरह से तो लगता है कि एक चीज़ उनको ज़रूर बिल्ली रहती है. और वह सारी खाली जो गलत हो रहा है उसके साथ उसी को देख पाता है.</w:t>
      </w:r>
    </w:p>
    <w:p>
      <w:r>
        <w:rPr>
          <w:b/>
        </w:rPr>
        <w:t xml:space="preserve">[31:34] </w:t>
      </w:r>
      <w:r>
        <w:t>to aaj mera mera bhi aisi experience tha ki mere hath mein anguthe mein jo sabke vah nakhoon</w:t>
      </w:r>
    </w:p>
    <w:p>
      <w:pPr>
        <w:jc w:val="right"/>
      </w:pPr>
      <w:r>
        <w:t>तो आज मेरा मेरा भी ऐसी experience था कि मेरे हाथ में अंगूठे में जो सबके वह नाखून</w:t>
      </w:r>
    </w:p>
    <w:p>
      <w:r>
        <w:rPr>
          <w:b/>
        </w:rPr>
        <w:t xml:space="preserve">[31:42] </w:t>
      </w:r>
      <w:r>
        <w:t>ke kinare dava rahta hai na ek nakhoon ke liye kinara ek jaise kinara bana rahta hai ki</w:t>
      </w:r>
    </w:p>
    <w:p>
      <w:pPr>
        <w:jc w:val="right"/>
      </w:pPr>
      <w:r>
        <w:t>के किनारे दवा रहता है ना एक नाखून के लिए किनारा एक जैसे किनारा बना रहता है कि</w:t>
      </w:r>
    </w:p>
    <w:p>
      <w:r>
        <w:rPr>
          <w:b/>
        </w:rPr>
        <w:t xml:space="preserve">[31:50] </w:t>
      </w:r>
      <w:r>
        <w:t>nakhoon ke andar koi cheez na ja sake.</w:t>
      </w:r>
    </w:p>
    <w:p>
      <w:pPr>
        <w:jc w:val="right"/>
      </w:pPr>
      <w:r>
        <w:t>नाखून के अंदर कोई चीज़ ना जा सके.</w:t>
      </w:r>
    </w:p>
    <w:p>
      <w:r>
        <w:rPr>
          <w:b/>
        </w:rPr>
        <w:t xml:space="preserve">[31:58] </w:t>
      </w:r>
      <w:r>
        <w:t>matlab kosh ke andar na ja sake.</w:t>
      </w:r>
    </w:p>
    <w:p>
      <w:pPr>
        <w:jc w:val="right"/>
      </w:pPr>
      <w:r>
        <w:t>मतलब कोश के अंदर ना जा सके.</w:t>
      </w:r>
    </w:p>
    <w:p>
      <w:r>
        <w:rPr>
          <w:b/>
        </w:rPr>
        <w:t xml:space="preserve">[32:07] </w:t>
      </w:r>
      <w:r>
        <w:t>to uske andar pani chala gaya, sabun chala gaya.</w:t>
      </w:r>
    </w:p>
    <w:p>
      <w:pPr>
        <w:jc w:val="right"/>
      </w:pPr>
      <w:r>
        <w:t>तो उसके अंदर पानी चला गया, साबुन चला गया.</w:t>
      </w:r>
    </w:p>
    <w:p>
      <w:r>
        <w:rPr>
          <w:b/>
        </w:rPr>
        <w:t xml:space="preserve">[32:31] </w:t>
      </w:r>
      <w:r>
        <w:t>to matlab vah pakka hi rahta hai.</w:t>
      </w:r>
    </w:p>
    <w:p>
      <w:pPr>
        <w:jc w:val="right"/>
      </w:pPr>
      <w:r>
        <w:t>तो मतलब वह पक्का ही रहता है.</w:t>
      </w:r>
    </w:p>
    <w:p>
      <w:r>
        <w:rPr>
          <w:b/>
        </w:rPr>
        <w:t xml:space="preserve">[32:56] </w:t>
      </w:r>
      <w:r>
        <w:t>wah takleef uski bani rehti hai.</w:t>
      </w:r>
    </w:p>
    <w:p>
      <w:pPr>
        <w:jc w:val="right"/>
      </w:pPr>
      <w:r>
        <w:t>वह तकलीफ उसकी बनी रहती है.</w:t>
      </w:r>
    </w:p>
    <w:p>
      <w:r>
        <w:rPr>
          <w:b/>
        </w:rPr>
        <w:t xml:space="preserve">[33:21] </w:t>
      </w:r>
      <w:r>
        <w:t>to main aaj sochkar mujhe bahut zyada wah lag raha tha ki jab tak sab cheez sahi thi.</w:t>
      </w:r>
    </w:p>
    <w:p>
      <w:pPr>
        <w:jc w:val="right"/>
      </w:pPr>
      <w:r>
        <w:t>तो मैं आज सोचकर मुझे बहुत ज़्यादा वह लग रहा था कि जब तक सब चीज़ सही थी.</w:t>
      </w:r>
    </w:p>
    <w:p>
      <w:r>
        <w:rPr>
          <w:b/>
        </w:rPr>
        <w:t xml:space="preserve">[33:46] </w:t>
      </w:r>
      <w:r>
        <w:t>batane ki koshish ki aur bataya bhi ki isse aap jo pareshani aa rahi hai aap ise Khuda ko dariya karein yeh sab. Allah isiliye deta hai ki tum mujhe pehchano. Lekin woh pehchan logon ko nahi milti yeh this is a very important point that we need to realize not everybody runs to God.</w:t>
      </w:r>
    </w:p>
    <w:p>
      <w:pPr>
        <w:jc w:val="right"/>
      </w:pPr>
      <w:r>
        <w:t>बताने की कोशिश की और बताया भी कि इससे आप जो परेशानी आ रही है आप इसे खुदा को दरियार करिए यह सब. अल्लाह इसीलिए देता है कि तुम मुझे पहचानो. लेकिन वह पहचान लोगों को नहीं मिलती यह this is a very important point that we need to realize not everybody runs to God.</w:t>
      </w:r>
    </w:p>
    <w:p>
      <w:r>
        <w:rPr>
          <w:b/>
        </w:rPr>
        <w:t xml:space="preserve">[34:05] </w:t>
      </w:r>
      <w:r>
        <w:t>Jaise ki insan pareshani mein tahajjud ke liye daud lela kyunki usko pata hai ki wahan pahunchkar mujhe khair aur aafiyat ka rasta main chun rahi hoon aur use relief bhi bahut milta hai. Lekin bahut log is rasta ko chun nahi paate woh shikayat mein jeete hain. To woh khud apne liye jahannum ka rasta woh dhoondh lete hain. Ji ji. Main aur ladies ko invite karna chahti hoon apni learning ko share karne ke liye. Awaaz aa rahi hai is baar?</w:t>
      </w:r>
    </w:p>
    <w:p>
      <w:pPr>
        <w:jc w:val="right"/>
      </w:pPr>
      <w:r>
        <w:t>जैसे कि इंसान परेशानी में तहजूद के लिए दौड़ लेला क्योंकि उसको पता है कि वहां पहुंचकर मुझे खैर और आफ़ियत का रास्ता मैं चुन रही हूं और उसे relief भी बहुत मिलता है. लेकिन बहुत लोग इस रास्ता को चुन नहीं पाते वह शिकायत में जीते हैं. तो वह खुद अपने लिए जहन्न का रास्ता वह ढूंढ लेते हैं. जी जी. मैं और ladies को invite करना चाहती हूं अपनी learning को share करने के लिए. आवाज़ आ रही है इस बार?</w:t>
      </w:r>
    </w:p>
    <w:p>
      <w:r>
        <w:rPr>
          <w:b/>
        </w:rPr>
        <w:t xml:space="preserve">[34:33] </w:t>
      </w:r>
      <w:r>
        <w:t>Ji ab main dekh pa nahi rahi hoon lekin awaaz aa rahi hai aapki. Aap dikhai nahi de rahi hai. Achha main apne ko dikhai de rahi hoon pata nahi kya chakkar hai. Koi baat nahi aap aap audio share kar lein.</w:t>
      </w:r>
    </w:p>
    <w:p>
      <w:pPr>
        <w:jc w:val="right"/>
      </w:pPr>
      <w:r>
        <w:t>जी अब मैं देख पा नहीं रही हूं लेकिन आवाज़ आ रही है आपकी. आप दिखाई नहीं दे रही है. अच्छा मैं अपने को देखाई दे रही हूं पता नहीं क्या चक्कर है. कोई बात नहीं आप आप audio share कर लें.</w:t>
      </w:r>
    </w:p>
    <w:p>
      <w:r>
        <w:rPr>
          <w:b/>
        </w:rPr>
        <w:t xml:space="preserve">[34:56] </w:t>
      </w:r>
      <w:r>
        <w:t>malik malana ka jo article musibat ke bhi rehman yeh bahut zyada log jo hain na in cheezon</w:t>
      </w:r>
    </w:p>
    <w:p>
      <w:pPr>
        <w:jc w:val="right"/>
      </w:pPr>
      <w:r>
        <w:t>मालिक मालाना का जो article मुसीबत के भी रहमान यह बहुत ज़्यादा लोग जो हैं ना इन चीज़ों</w:t>
      </w:r>
    </w:p>
    <w:p>
      <w:r>
        <w:rPr>
          <w:b/>
        </w:rPr>
        <w:t xml:space="preserve">[35:12] </w:t>
      </w:r>
      <w:r>
        <w:t>par focus nahi karte aur malana is par bahut focus karte the aur wah to</w:t>
      </w:r>
    </w:p>
    <w:p>
      <w:pPr>
        <w:jc w:val="right"/>
      </w:pPr>
      <w:r>
        <w:t>पर focus नहीं करते और मालाना इस पर बहुत focus करते थे और वह तो</w:t>
      </w:r>
    </w:p>
    <w:p>
      <w:r>
        <w:rPr>
          <w:b/>
        </w:rPr>
        <w:t xml:space="preserve">[35:29] </w:t>
      </w:r>
      <w:r>
        <w:t>ab aapki awaaz band ho gayi? Awaaz nahi sunai de rahi hai? Mere khayala aapka ka network issue hai. Koi aur apni learning ko aisa karte hain, jaisa karte hain aap aapko last mein invite karte hain. Tab tak main aur ladies ko invite karti hoon apni learning ko share karne ke liye.</w:t>
      </w:r>
    </w:p>
    <w:p>
      <w:pPr>
        <w:jc w:val="right"/>
      </w:pPr>
      <w:r>
        <w:t>अब आपकी आवाज़ बंद हो गई? आवाज़ नहीं सुनाई दे रही है? मेरे ख़्याला आपका का network issue है. कोई और अपनी learning को ऐसा करते हैं, जैसा करते हैं आप आपको last में invite करते हैं. तब तक मैं और ladies को invite करती हूं अपनी learning को share करने के लिए.</w:t>
      </w:r>
    </w:p>
    <w:p>
      <w:r>
        <w:rPr>
          <w:b/>
        </w:rPr>
        <w:t xml:space="preserve">[35:56] </w:t>
      </w:r>
      <w:r>
        <w:t>Najma aap aapko main ekdam last mein bulaungi jab aapka network sahi ho jayega. Main aur ladies ko transfer lena chahti hoon. Ab aapka awaaz break ho raha hai bahut. Ab na? Nahi ab aapki awaaz bahut break ho rahi hai. Hum logon ko samajh mein nahi aa rahi hai. Aur koi ladies hai jo share karna chahti hai apni learning ko?</w:t>
      </w:r>
    </w:p>
    <w:p>
      <w:pPr>
        <w:jc w:val="right"/>
      </w:pPr>
      <w:r>
        <w:t>नजमा आप आपको मैं एकदम last में बुलाऊंगी जब आपका network सही हो जाएगा. मैं और ladies को transfer लेना चाहती हूं. अब आपका आवाज़ break हो रहा है बहुत. अब ना? नहीं अब आपकी आवाज़ बहुत break हो रही है. हम लोगों को समझ में नहीं आ रही है. और कोई ladies है जो share करना चाहती है अपनी learning को?</w:t>
      </w:r>
    </w:p>
    <w:p>
      <w:r>
        <w:rPr>
          <w:b/>
        </w:rPr>
        <w:t xml:space="preserve">[36:26] </w:t>
      </w:r>
      <w:r>
        <w:t>Suna wants to say something. Ok. Please Suna please go ahead with your learning. Aajlaam waalikum. Waalikum assalam. Ji. Darasal yeh article bahut important bhi hai aur kaafi relate karta hai meri zindagi se bhi.</w:t>
      </w:r>
    </w:p>
    <w:p>
      <w:pPr>
        <w:jc w:val="right"/>
      </w:pPr>
      <w:r>
        <w:t>सुना wants to say something. Ok. Please सुना please go ahead with your learning. आज़्लाम वालिकू. वालिकू इस्लाम. जी. दरअसल यह article बहुत important भी है और काफ़ी relate करता है मेरी ज़िंदगी से भी.</w:t>
      </w:r>
    </w:p>
    <w:p>
      <w:r>
        <w:rPr>
          <w:b/>
        </w:rPr>
        <w:t xml:space="preserve">[36:44] </w:t>
      </w:r>
      <w:r>
        <w:t>Lekin jo is article mein hum samajh payein baat to woh is tarike se hai ki main samajh paati hoon usmein ki is duniya mein jitne bhi halaat Alata ki taraf se insan ki zindagi mein aate hain woh ek tarike se insan ki aazmaish ke liye hoti hain.</w:t>
      </w:r>
    </w:p>
    <w:p>
      <w:pPr>
        <w:jc w:val="right"/>
      </w:pPr>
      <w:r>
        <w:t>लेकिन जो इस article में हम समझ पाएं बात तो वह इस तरीके से है कि मैं समझ पाती हूं उसमें कि इस दुनिया में जितने भी हालात अलाता की तरफ से इंसान की ज़िंदगी में आते हैं वह एक तरीके से इंसान की आज़माइश के लिए होती है.</w:t>
      </w:r>
    </w:p>
    <w:p>
      <w:r>
        <w:rPr>
          <w:b/>
        </w:rPr>
        <w:t xml:space="preserve">[36:57] </w:t>
      </w:r>
      <w:r>
        <w:t>chahe wah achhe halaat ho, chahe wah bure halaat ho, koi bhi halaat ho important point yeh hota</w:t>
      </w:r>
    </w:p>
    <w:p>
      <w:pPr>
        <w:jc w:val="right"/>
      </w:pPr>
      <w:r>
        <w:t>चाहे वह अच्छे हालात हो, चाहे वह बुरे हालात हो, कोई भी हालात हो important point यह होता</w:t>
      </w:r>
    </w:p>
    <w:p>
      <w:r>
        <w:rPr>
          <w:b/>
        </w:rPr>
        <w:t xml:space="preserve">[37:16] </w:t>
      </w:r>
      <w:r>
        <w:t>hai iske andar ki jo mujhe samajh mein aaya ki in halaton se nikalna ya in halaton ko</w:t>
      </w:r>
    </w:p>
    <w:p>
      <w:pPr>
        <w:jc w:val="right"/>
      </w:pPr>
      <w:r>
        <w:t>है इसके अंदर कि जो मुझे समझ में आया कि इन हालातों से निकलना या इन हालातों को</w:t>
      </w:r>
    </w:p>
    <w:p>
      <w:r>
        <w:rPr>
          <w:b/>
        </w:rPr>
        <w:t xml:space="preserve">[37:36] </w:t>
      </w:r>
      <w:r>
        <w:t>pehchanna aur usse nikal sakta hai aur khuda ki marfat tak pahunch sakta hai and apne liye wah</w:t>
      </w:r>
    </w:p>
    <w:p>
      <w:pPr>
        <w:jc w:val="right"/>
      </w:pPr>
      <w:r>
        <w:t>पहचानना और उससे निकल सकता है और खुदा की मार्फत तक पहुंच सकता है and अपने लिए वह</w:t>
      </w:r>
    </w:p>
    <w:p>
      <w:r>
        <w:rPr>
          <w:b/>
        </w:rPr>
        <w:t xml:space="preserve">[37:56] </w:t>
      </w:r>
      <w:r>
        <w:t>cheezein rehmat bana sakta hai.</w:t>
      </w:r>
    </w:p>
    <w:p>
      <w:pPr>
        <w:jc w:val="right"/>
      </w:pPr>
      <w:r>
        <w:t>चीज़ें रहमत बना सकता है.</w:t>
      </w:r>
    </w:p>
    <w:p>
      <w:r>
        <w:rPr>
          <w:b/>
        </w:rPr>
        <w:t xml:space="preserve">[38:16] </w:t>
      </w:r>
      <w:r>
        <w:t>But ek baat iske andar aur yeh bhi hai ki yeh cheezein tabhi mumkin ho paati hai jab</w:t>
      </w:r>
    </w:p>
    <w:p>
      <w:pPr>
        <w:jc w:val="right"/>
      </w:pPr>
      <w:r>
        <w:t>But एक बात इसके अंदर और यह भी है कि यह चीज़ें तभी मुमकिन हो पाती है जब</w:t>
      </w:r>
    </w:p>
    <w:p>
      <w:r>
        <w:rPr>
          <w:b/>
        </w:rPr>
        <w:t xml:space="preserve">[38:52] </w:t>
      </w:r>
      <w:r>
        <w:t>insaan apne andar sabr ka mamla hai taiyar karein.</w:t>
      </w:r>
    </w:p>
    <w:p>
      <w:pPr>
        <w:jc w:val="right"/>
      </w:pPr>
      <w:r>
        <w:t>इंसान अपने अंदर सब्र का मामला है तैयार करें.</w:t>
      </w:r>
    </w:p>
    <w:p>
      <w:r>
        <w:rPr>
          <w:b/>
        </w:rPr>
        <w:t xml:space="preserve">[39:29] </w:t>
      </w:r>
      <w:r>
        <w:t>to main yahi baat add karna chah rahi thi ki matlab yeh jo cheez hai and jo thamida</w:t>
      </w:r>
    </w:p>
    <w:p>
      <w:pPr>
        <w:jc w:val="right"/>
      </w:pPr>
      <w:r>
        <w:t>तो मैं यही बात add करना चाह रही थी कि मतलब यह जो चीज़ है and जो थामिदा</w:t>
      </w:r>
    </w:p>
    <w:p>
      <w:r>
        <w:rPr>
          <w:b/>
        </w:rPr>
        <w:t xml:space="preserve">[39:45] </w:t>
      </w:r>
      <w:r>
        <w:t>ma'am ne last mein baat boli hai bahut achhi baat thi ki fal se jo hai darakht se</w:t>
      </w:r>
    </w:p>
    <w:p>
      <w:pPr>
        <w:jc w:val="right"/>
      </w:pPr>
      <w:r>
        <w:t>ma'am ने last में बात बोली है बहुत अच्छी बात थी कि फ़ल से जो है दरख से</w:t>
      </w:r>
    </w:p>
    <w:p>
      <w:r>
        <w:rPr>
          <w:b/>
        </w:rPr>
        <w:t xml:space="preserve">[40:01] </w:t>
      </w:r>
      <w:r>
        <w:t>fal girte hue sabhi ne dekha to main bas yahi share karna chah rahi thi and bas intezar kar raha.</w:t>
      </w:r>
    </w:p>
    <w:p>
      <w:pPr>
        <w:jc w:val="right"/>
      </w:pPr>
      <w:r>
        <w:t>फ़ल गिरते हुए सभी ने देखा तो मैं बस यही share करना चाह रही थी and बस इंतज़ार कर रहा.</w:t>
      </w:r>
    </w:p>
    <w:p>
      <w:r>
        <w:rPr>
          <w:b/>
        </w:rPr>
        <w:t xml:space="preserve">[40:18] </w:t>
      </w:r>
      <w:r>
        <w:t>intezar kar raha hai doctor Safeer and doctor Saina and main we don't have much time only twenty minutes left. So I would invite other ladies to come up with their learning. I'm sure you want to say something. Kahan hai? Can I speak? Yahi yahi please speak.</w:t>
      </w:r>
    </w:p>
    <w:p>
      <w:pPr>
        <w:jc w:val="right"/>
      </w:pPr>
      <w:r>
        <w:t>इंतज़ार कर रहा है doctor सफ़ीर and doctor सैन्हा और मैं we don't have much time only twenty minutes left. So I would invite other ladies to come up with their learning. I'm sure you want to say something. कहां है? Can I speak? यही यही please speak.</w:t>
      </w:r>
    </w:p>
    <w:p>
      <w:r>
        <w:rPr>
          <w:b/>
        </w:rPr>
        <w:t xml:space="preserve">[40:48] </w:t>
      </w:r>
      <w:r>
        <w:t>Assalam o alaikum, all ladies. Maine aap sabki jo experience hai, jo learnings hai, us us sab sunne ke baad main jo bol raha hoon bhool gayi thi sab. Itna achhe se aapne aur behtareen tarike se awaazein kiye hain.</w:t>
      </w:r>
    </w:p>
    <w:p>
      <w:pPr>
        <w:jc w:val="right"/>
      </w:pPr>
      <w:r>
        <w:t>अस्लाम लेकुम, all ladies. मैंने आप सबकी जो experience है, जो learnings है, उस उस सब सुनने के बाद मैं जो बोल रहा हूं भूल गई थी सब. इतना अच्छे से आपने और बेहतरीन तरीके से आवाज़ें किए हैं.</w:t>
      </w:r>
    </w:p>
    <w:p>
      <w:r>
        <w:rPr>
          <w:b/>
        </w:rPr>
        <w:t xml:space="preserve">[41:04] </w:t>
      </w:r>
      <w:r>
        <w:t>Maine yeh samjhi ki ek hadith hai Allah taala Jibrail Alaihissalam se batate hain ki jo jo insan, jo insan ko Allah taala pasand karte hain difficulties mein unka dua qubool karne mein deri karte hain. Kyunki uska voice, uska andar jo process chalti rehti hai woh Allah taala unko pasand karte hain.</w:t>
      </w:r>
    </w:p>
    <w:p>
      <w:pPr>
        <w:jc w:val="right"/>
      </w:pPr>
      <w:r>
        <w:t>मैंने यह समझी कि एक हदीश है अल्लाह तालाह जीब्राहिल अल्लाहिल से बताते हैं कि जो जो इंसान, जो इंसान को अल्लाह तरह पसंद करते हैं difficulties में उनका दुआ कुबूल करने में देरी करते हैं. क्योंकि उसका voice, उसका अंदर जो process चलती रहती है वह अल्लाह तालाह उनको पसंद करते हैं.</w:t>
      </w:r>
    </w:p>
    <w:p>
      <w:r>
        <w:rPr>
          <w:b/>
        </w:rPr>
        <w:t xml:space="preserve">[41:34] </w:t>
      </w:r>
      <w:r>
        <w:t>To iska matlab yeh hua ki difficulties makes makes us intellectually and intellectually developed personality. To intellectual development ke liye difficulties are very important. To difficulties difficulties is very important to make ourselves intellectually developed person.</w:t>
      </w:r>
    </w:p>
    <w:p>
      <w:pPr>
        <w:jc w:val="right"/>
      </w:pPr>
      <w:r>
        <w:t>तो इसका मतलब यह हुआ कि difficulties makes makes us intellectually and intellectually developed personality. तो intellectual development के लिए difficulties are very important. तो difficulties difficulties is very important to make ourselves intellectually developed person.</w:t>
      </w:r>
    </w:p>
    <w:p>
      <w:r>
        <w:rPr>
          <w:b/>
        </w:rPr>
        <w:t xml:space="preserve">[41:59] </w:t>
      </w:r>
      <w:r>
        <w:t>To jitna musibat hamare upar aati hai woh sab intellectual development mein humko help karte hain. To isiliye Allah taala jis bande ko pasand karte hain unko musibat mein dalte hain kyunki us musibat ke zariye unko growth dete hain.</w:t>
      </w:r>
    </w:p>
    <w:p>
      <w:pPr>
        <w:jc w:val="right"/>
      </w:pPr>
      <w:r>
        <w:t>तो जितना मुसीबत हमारे ऊपर आती है वह सब intellectual development में हमको help करते हैं. तो इसीलिए अल्लाह तालाह जिस बंदे को पसंद करते हैं उनको मुसीबत में डालते हैं क्योंकि उस मुसीबत के ज़रिए उनको growth देते हैं.</w:t>
      </w:r>
    </w:p>
    <w:p>
      <w:r>
        <w:rPr>
          <w:b/>
        </w:rPr>
        <w:t xml:space="preserve">[42:19] </w:t>
      </w:r>
      <w:r>
        <w:t>unko intellectually development karke karke jahan tak jannat tak un bande ko reach kar reach karne ke liye help karte hain. Yahi maine samajh payi hai yeh article se. Jaza kallah, Ayusha Yusra and share you on learning and I invite other ladies. Anyone who wants to share?</w:t>
      </w:r>
    </w:p>
    <w:p>
      <w:pPr>
        <w:jc w:val="right"/>
      </w:pPr>
      <w:r>
        <w:t>उनको intellectually development करके करके जहां तक जन्नत तक उन बंदे को reach कर reach करने के लिए help करते हैं. यही मैंने समझ पाई है यह article से. जज़ा कल्लाह, आयुषा यूसरा और share you on learning and I invite other ladies. Anyone who wants to share?</w:t>
      </w:r>
    </w:p>
    <w:p>
      <w:r>
        <w:rPr>
          <w:b/>
        </w:rPr>
        <w:t xml:space="preserve">[42:48] </w:t>
      </w:r>
      <w:r>
        <w:t>aap share karna chahti hain? Yes yes. shilam walik.</w:t>
      </w:r>
    </w:p>
    <w:p>
      <w:pPr>
        <w:jc w:val="right"/>
      </w:pPr>
      <w:r>
        <w:t>आप share करना चाहती हैं? Yes yes. शिल्लाम वालिक.</w:t>
      </w:r>
    </w:p>
    <w:p>
      <w:r>
        <w:rPr>
          <w:b/>
        </w:rPr>
        <w:t xml:space="preserve">[42:53] </w:t>
      </w:r>
      <w:r>
        <w:t>gaulik mein islam.</w:t>
      </w:r>
    </w:p>
    <w:p>
      <w:pPr>
        <w:jc w:val="right"/>
      </w:pPr>
      <w:r>
        <w:t>गौलिक में इस्लाम.</w:t>
      </w:r>
    </w:p>
    <w:p>
      <w:r>
        <w:rPr>
          <w:b/>
        </w:rPr>
        <w:t xml:space="preserve">[42:58] </w:t>
      </w:r>
      <w:r>
        <w:t>to is zaman mein ek mujhe ayat sujhai di jo surah taubah hai, taubah mein hai.</w:t>
      </w:r>
    </w:p>
    <w:p>
      <w:pPr>
        <w:jc w:val="right"/>
      </w:pPr>
      <w:r>
        <w:t>तो इस ज़मान में एक मुझे आयत सुझाई दी जो सूर्य तौबुन है, तौबुन में है.</w:t>
      </w:r>
    </w:p>
    <w:p>
      <w:r>
        <w:rPr>
          <w:b/>
        </w:rPr>
        <w:t xml:space="preserve">[43:03] </w:t>
      </w:r>
      <w:r>
        <w:t>ma sabba mim musibatin illah bijilllah.</w:t>
      </w:r>
    </w:p>
    <w:p>
      <w:pPr>
        <w:jc w:val="right"/>
      </w:pPr>
      <w:r>
        <w:t>मां साबा मिम मुसीबत इन इल्लाह बिजलिल्लाह.</w:t>
      </w:r>
    </w:p>
    <w:p>
      <w:r>
        <w:rPr>
          <w:b/>
        </w:rPr>
        <w:t xml:space="preserve">[43:08] </w:t>
      </w:r>
      <w:r>
        <w:t>mo main yum billah hi azdurubah.</w:t>
      </w:r>
    </w:p>
    <w:p>
      <w:pPr>
        <w:jc w:val="right"/>
      </w:pPr>
      <w:r>
        <w:t>मो मैं यूं मिम बिल्लाह ही आज़िद्रूर्बाह.</w:t>
      </w:r>
    </w:p>
    <w:p>
      <w:r>
        <w:rPr>
          <w:b/>
        </w:rPr>
        <w:t xml:space="preserve">[43:13] </w:t>
      </w:r>
      <w:r>
        <w:t>ullah ho ullah ho mallah ho bikulli shahin.</w:t>
      </w:r>
    </w:p>
    <w:p>
      <w:pPr>
        <w:jc w:val="right"/>
      </w:pPr>
      <w:r>
        <w:t>उल्लाह हो अल्लाह हो माल्लाह हो बिकुल्ली शहीन.</w:t>
      </w:r>
    </w:p>
    <w:p>
      <w:r>
        <w:rPr>
          <w:b/>
        </w:rPr>
        <w:t xml:space="preserve">[43:19] </w:t>
      </w:r>
      <w:r>
        <w:t>to jo bhi museebat aati hai yeh allah ki taraf se aati hai aur jo imaan rakhta hai allah taala uske dil ko hidayat dete hain aur allah taala har cheez ka, har cheez ke janne wale hain.</w:t>
      </w:r>
    </w:p>
    <w:p>
      <w:pPr>
        <w:jc w:val="right"/>
      </w:pPr>
      <w:r>
        <w:t>तो जो भी मुसीबत आती है यह अल्लाह की तरफ से आती है और जो ईमान रखता है अल्लाह तालाह उसके दिल को किदायत देते हैं और अल्लाह तालाह हर चीज़ का, हर चीज़ के जानने वाले हैं.</w:t>
      </w:r>
    </w:p>
    <w:p>
      <w:r>
        <w:rPr>
          <w:b/>
        </w:rPr>
        <w:t xml:space="preserve">[43:34] </w:t>
      </w:r>
      <w:r>
        <w:t>to maulana ne is article mein museebat ek rehmat hai to usmein unhone bataya hai ki chand aise nufus hote hain jinke andar khair aur bhalai hoti hai lekin woh apne salahiyaton se, ibadaton se woh darja nahi hasil kar sakte jo unhe jannat mein pahuncha de.</w:t>
      </w:r>
    </w:p>
    <w:p>
      <w:pPr>
        <w:jc w:val="right"/>
      </w:pPr>
      <w:r>
        <w:t>तो मौलाना ने इस article में मुसीबत एक रहमत है तो उसमें उन्होंने बताया है कि चंद ऐसे नुफ़ूस होते हैं जिनके अंदर ख़ैर और भलाई होती है लेकिन वह अपने सलाहियतों से, युवादतों से वह दर्जा नहीं हासिल कर सकते जो उन्हें जन्नत में पहुंचा दे.</w:t>
      </w:r>
    </w:p>
    <w:p>
      <w:r>
        <w:rPr>
          <w:b/>
        </w:rPr>
        <w:t xml:space="preserve">[44:01] </w:t>
      </w:r>
      <w:r>
        <w:t>to aise nufus ko allah taala ek aur rasta nikalte hain. yaani usko museebaton mein mubtila karte hain aur jaise woh us zanjeeron mein jakde hue maulana ne kaha hai ki zanjeeron mein htis ka mafhoom hai ki woh zanjeeron mein bandhe bandhaaye haangte hue jannat mein le jayenge.</w:t>
      </w:r>
    </w:p>
    <w:p>
      <w:pPr>
        <w:jc w:val="right"/>
      </w:pPr>
      <w:r>
        <w:t>तो ऐसे नुफूस को अल्लाह ताला एक और रास्ता निकालते हैं. यानी उसको मुसीबतों में मुक्तिला करते हैं और जैसे वह उस ज़ंजीरों में जकड़े हुए मौलाना ने कहा है कि ज़ंजीरों में हतीस का मफ़ूम है कि वह ज़ंजीरों में बंधे बंधाएं हांगते हुए जन्नत में ले जाएंगे.</w:t>
      </w:r>
    </w:p>
    <w:p>
      <w:r>
        <w:rPr>
          <w:b/>
        </w:rPr>
        <w:t xml:space="preserve">[44:25] </w:t>
      </w:r>
      <w:r>
        <w:t>to iska matlab maulana ne yahi samjhaya ki jo museebatein aati hain woh goya zanjeeren hain aur jo hamein jannat mein pahunchati hain. to agar hum isse zyada positive thinking, positive approach, mujhe kahin nahi mila.</w:t>
      </w:r>
    </w:p>
    <w:p>
      <w:pPr>
        <w:jc w:val="right"/>
      </w:pPr>
      <w:r>
        <w:t>तो इसका मतलब मौलाना ने यही समझाया कि जो मुसीबतें आती हैं वह गोया ज़िंजी रहें हैं और जो हमें जन्नत में पहुंचाती हैं. तो अगर हम इससे ज़्यादा positive thinking, positive approach, मुझे कहीं नहीं मिला.</w:t>
      </w:r>
    </w:p>
    <w:p>
      <w:r>
        <w:rPr>
          <w:b/>
        </w:rPr>
        <w:t xml:space="preserve">[44:51] </w:t>
      </w:r>
      <w:r>
        <w:t>yeh to khuran hi hai, allah taala ki rahmaniyat hi hai jo aadmi ko apne bande ko uske</w:t>
      </w:r>
    </w:p>
    <w:p>
      <w:pPr>
        <w:jc w:val="right"/>
      </w:pPr>
      <w:r>
        <w:t>यह तो खुरान ही है, अल्लाह तालाह की राह्मानियत ही है जो आदमी को अपने बंदे को उसके</w:t>
      </w:r>
    </w:p>
    <w:p>
      <w:r>
        <w:rPr>
          <w:b/>
        </w:rPr>
        <w:t xml:space="preserve">[44:58] </w:t>
      </w:r>
      <w:r>
        <w:t>kamiyon ki talafi ke liye, uski ibadat mein kami, uske akhlaq mein kami ya koi aur bhi nekiyon</w:t>
      </w:r>
    </w:p>
    <w:p>
      <w:pPr>
        <w:jc w:val="right"/>
      </w:pPr>
      <w:r>
        <w:t>कमियों की तलाफ़ी के लिए, उसकी इबादत में कमी, उसके अख़ुलाख़ में कमी या कोई और भी नेखियों</w:t>
      </w:r>
    </w:p>
    <w:p>
      <w:r>
        <w:rPr>
          <w:b/>
        </w:rPr>
        <w:t xml:space="preserve">[45:05] </w:t>
      </w:r>
      <w:r>
        <w:t>mein kami jo jannat ka use mustahaq banate hi to us kami ko allah taala door karne ke</w:t>
      </w:r>
    </w:p>
    <w:p>
      <w:pPr>
        <w:jc w:val="right"/>
      </w:pPr>
      <w:r>
        <w:t>में कमी जो जन्नत का उसे मुस्तहक़ बनाते ही तो उस कमी को अल्लाह तालाह दूर करने के</w:t>
      </w:r>
    </w:p>
    <w:p>
      <w:r>
        <w:rPr>
          <w:b/>
        </w:rPr>
        <w:t xml:space="preserve">[45:12] </w:t>
      </w:r>
      <w:r>
        <w:t>liye to allah taala jis shakhs, us shakhs se mohabbat bhi karte hain jiske andar wah khair hota</w:t>
      </w:r>
    </w:p>
    <w:p>
      <w:pPr>
        <w:jc w:val="right"/>
      </w:pPr>
      <w:r>
        <w:t>लिए तो अल्लाह तालाह जिस शख्स, उस शख्स से मोहब्बत भी करते हैं जिसके अंदर वह खैर होता</w:t>
      </w:r>
    </w:p>
    <w:p>
      <w:r>
        <w:rPr>
          <w:b/>
        </w:rPr>
        <w:t xml:space="preserve">[45:19] </w:t>
      </w:r>
      <w:r>
        <w:t>hai to allah taala musibaton mein use gher, muftila karke, muftila karke azmaishon mein ibtila mein azmaishon mein</w:t>
      </w:r>
    </w:p>
    <w:p>
      <w:pPr>
        <w:jc w:val="right"/>
      </w:pPr>
      <w:r>
        <w:t>है तो अल्लाह तालाह मुसीबतों में उसे घेर, मुफ्तिला करके, मुफ्तिला करके आज़माइशों में इब्तिला में आज़माइशों में</w:t>
      </w:r>
    </w:p>
    <w:p>
      <w:r>
        <w:rPr>
          <w:b/>
        </w:rPr>
        <w:t xml:space="preserve">[45:26] </w:t>
      </w:r>
      <w:r>
        <w:t>use gherkar use jannat mein pahuncha dete hain.</w:t>
      </w:r>
    </w:p>
    <w:p>
      <w:pPr>
        <w:jc w:val="right"/>
      </w:pPr>
      <w:r>
        <w:t>उसे घेरकर उसे जन्नत में पहुंचा देते हैं.</w:t>
      </w:r>
    </w:p>
    <w:p>
      <w:r>
        <w:rPr>
          <w:b/>
        </w:rPr>
        <w:t xml:space="preserve">[45:34] </w:t>
      </w:r>
      <w:r>
        <w:t>to isse bada allah taala ki meharbani ka attitude mujhe kahin samajh mein nahi aaya. to waqai allah taala ke allah taala ka naam jo hai rahman aur rahim to ismein bahut achha jhalakta hai. to jaise main ek misaal doon, ab ek ustad hote hue hum bachche ke andar mukhtalif zehniyat ke bachche hote hain.</w:t>
      </w:r>
    </w:p>
    <w:p>
      <w:pPr>
        <w:jc w:val="right"/>
      </w:pPr>
      <w:r>
        <w:t>तो इससे बड़ा अल्लाह तालाह की मेहरबानी का attitude मुझे कहीं समझ में नहीं आया. तो वाकई अल्लाह तालाह के अल्लाह तालाह का नाम जो है राहमान और रहीम तो इसमें बहुत अच्छा झलकता है. तो जैसे मैं एक मिसाल दूं, अब एक कुस्ताद होते हुए हम बच्चे के अंदर मुख्तलीफ़ जैनियत के बच्चे होते हैं.</w:t>
      </w:r>
    </w:p>
    <w:p>
      <w:r>
        <w:rPr>
          <w:b/>
        </w:rPr>
        <w:t xml:space="preserve">[45:59] </w:t>
      </w:r>
      <w:r>
        <w:t>koi average hota hai, koi above average hota hai, koi below average hota hai. ab hum kya karte hain? ab jo zyada intelligent hota hai woh kabhi kabhaar kotahi mein pad jaata hai ya khel mein pad jaata hai ya koi isi tarah ki negative ismein pad jaata hai.</w:t>
      </w:r>
    </w:p>
    <w:p>
      <w:pPr>
        <w:jc w:val="right"/>
      </w:pPr>
      <w:r>
        <w:t>कोई average होता है, कोई above average होता है, कोई below average होता है. अब हम क्या करते हैं? अब जो ज़्यादा intelligent होता है वह कभी कभार कोताही में पड़ जाता है या खेल में पड़ जाता है या कोई इसी तरह की negative इसमें पड़ जाता है.</w:t>
      </w:r>
    </w:p>
    <w:p>
      <w:r>
        <w:rPr>
          <w:b/>
        </w:rPr>
        <w:t xml:space="preserve">[46:22] </w:t>
      </w:r>
      <w:r>
        <w:t>to us waqt hum usko raah raast par laane ke liye kuch na kuch saza bhi dena padta hai aur kuch na kuch extra work bhi usse lena padta hai, mehnat bhi usse karani padti hai taaki woh phir apni maqsad par maqsad ki taraf aa jaaye.</w:t>
      </w:r>
    </w:p>
    <w:p>
      <w:pPr>
        <w:jc w:val="right"/>
      </w:pPr>
      <w:r>
        <w:t>तो उस वक़्त हम उसको राह रास्त पर लाने के लिए कुछ ना कुछ सजा भी देना पड़ता है और कुछ ना कुछ extra work भी उससे लेना पड़ता है, मेहनत भी उससे करानी पड़ती है ताकि वह फिर अपनी मुक़सद पर मुक़सद की तरफ़ आ जाए.</w:t>
      </w:r>
    </w:p>
    <w:p>
      <w:r>
        <w:rPr>
          <w:b/>
        </w:rPr>
        <w:t xml:space="preserve">[46:40] </w:t>
      </w:r>
      <w:r>
        <w:t>to isi tarah la taala aise logon ko jo bahut hi nek log hote hain lekin apni kotahiyon ki wajah se woh hai na, woh apni jannat ke mustahaq hone ke bawajood woh hai na apne distract ho jaate hain, distract ho jaate hain.</w:t>
      </w:r>
    </w:p>
    <w:p>
      <w:pPr>
        <w:jc w:val="right"/>
      </w:pPr>
      <w:r>
        <w:t>तो इसी तरह लाताला ऐसे लोगों को जो बहुत ही नेक लोग होते हैं लेकिन अपनी कोताहियों की वजह से वह है ना, वह अपनी जन्नत के मुस्तहक होने के बावजूद वह है ना अपने distract हो जाते हैं, distract हो जाते हैं.</w:t>
      </w:r>
    </w:p>
    <w:p>
      <w:r>
        <w:rPr>
          <w:b/>
        </w:rPr>
        <w:t xml:space="preserve">[46:59] </w:t>
      </w:r>
      <w:r>
        <w:t>to is swasth allah taala in aise shakhson ko allah taala majbooraana haalat mein haalat mein gher kar inhe apni taraf kheenchta hai. to yeh bahut badi meharbani hai allah taala ki jo hamein is article se positive energy jo milti hai to is is positive energy se hum, aayenda kamas kam hum museebaton mein, museebaton ka shikwah na karein.</w:t>
      </w:r>
    </w:p>
    <w:p>
      <w:pPr>
        <w:jc w:val="right"/>
      </w:pPr>
      <w:r>
        <w:t>तो इस स्वास्थ्य अल्लाह तालाह इन ऐसे शख्सों को अल्लाह तालाह मजबूराना हालत में हालात में घेर कर इन्हें अपनी तरफ़ खींचता है. तो यह बहुत बड़ी मेहरबानी है अल्लाह तालाह की जो हमें इस article से positive energy जो मिलती है तो इस इस positive energy से हम, आएंदा कमस कम हम मुसीबतों में, मुसीबतों का शिकवाह ना करें.</w:t>
      </w:r>
    </w:p>
    <w:p>
      <w:r>
        <w:rPr>
          <w:b/>
        </w:rPr>
        <w:t xml:space="preserve">[47:29] </w:t>
      </w:r>
      <w:r>
        <w:t>ab hamein pata chala ke hamara imaan bahut mazboot hoga, strong hoga.</w:t>
      </w:r>
    </w:p>
    <w:p>
      <w:pPr>
        <w:jc w:val="right"/>
      </w:pPr>
      <w:r>
        <w:t>अब हमें पता चला कि हमारा ईमान बहुत मज़बूत होगा, strong होगा.</w:t>
      </w:r>
    </w:p>
    <w:p>
      <w:r>
        <w:rPr>
          <w:b/>
        </w:rPr>
        <w:t xml:space="preserve">[47:35] </w:t>
      </w:r>
      <w:r>
        <w:t>agar hum museebaton ko is tarah se samajh paayein ke allah taala hamein jannat mein pahunchane ke liye</w:t>
      </w:r>
    </w:p>
    <w:p>
      <w:pPr>
        <w:jc w:val="right"/>
      </w:pPr>
      <w:r>
        <w:t>अगर हम मुसीबतों को इस तरह से समझ पाएं कि अल्लाह तालाह हमें जन्नत में पहुंचाने के लिए</w:t>
      </w:r>
    </w:p>
    <w:p>
      <w:r>
        <w:rPr>
          <w:b/>
        </w:rPr>
        <w:t xml:space="preserve">[47:42] </w:t>
      </w:r>
      <w:r>
        <w:t>yeh saari museebatein hum par daali hain aur iska hai na aur aur iski shikayat, museebaton ki shikayat</w:t>
      </w:r>
    </w:p>
    <w:p>
      <w:pPr>
        <w:jc w:val="right"/>
      </w:pPr>
      <w:r>
        <w:t>यह सारी मुसीबतें हम पर डाली हैं और इसका है ना और और इसकी शिकायत, मुसीबतों की शिकायत</w:t>
      </w:r>
    </w:p>
    <w:p>
      <w:r>
        <w:rPr>
          <w:b/>
        </w:rPr>
        <w:t xml:space="preserve">[47:49] </w:t>
      </w:r>
      <w:r>
        <w:t>se hum bach sakte hain lekin aisa nahi ke hum kamal bach sakte hain kyunke hum basharein, kamzor</w:t>
      </w:r>
    </w:p>
    <w:p>
      <w:pPr>
        <w:jc w:val="right"/>
      </w:pPr>
      <w:r>
        <w:t>से हम बच सकते हैं लेकिन ऐसा नहीं कि हम कमल बच सकते हैं क्योंकि हम बशरें, कमज़ोर</w:t>
      </w:r>
    </w:p>
    <w:p>
      <w:r>
        <w:rPr>
          <w:b/>
        </w:rPr>
        <w:t xml:space="preserve">[47:56] </w:t>
      </w:r>
      <w:r>
        <w:t>hain, kabhi waibaila karte hain, kabhi jhinjhla jaate hain, kabhi allah taala se shikayat karte hain, khud allah</w:t>
      </w:r>
    </w:p>
    <w:p>
      <w:pPr>
        <w:jc w:val="right"/>
      </w:pPr>
      <w:r>
        <w:t>हैं, कभी वाबैला करते हैं, कभी झिंझला जाते हैं, कभी अल्लाह तालाह से शिकायत करते हैं, खुद अल्लाह</w:t>
      </w:r>
    </w:p>
    <w:p>
      <w:r>
        <w:rPr>
          <w:b/>
        </w:rPr>
        <w:t xml:space="preserve">[48:03] </w:t>
      </w:r>
      <w:r>
        <w:t>se shikayat karte hain ke allah taala ne hamein museebaton par museebat daal di.</w:t>
      </w:r>
    </w:p>
    <w:p>
      <w:pPr>
        <w:jc w:val="right"/>
      </w:pPr>
      <w:r>
        <w:t>से शिकायत करते हैं कि अल्लाह तालाह ने हमें मुसीबतों पर मुसीबत डाल दी.</w:t>
      </w:r>
    </w:p>
    <w:p>
      <w:r>
        <w:rPr>
          <w:b/>
        </w:rPr>
        <w:t xml:space="preserve">[48:10] </w:t>
      </w:r>
      <w:r>
        <w:t>to to hum kaisa bardasht karein? lekin phir hum kya karte hain? phir usi ka dar, phir usi ka dar pakadkar usi se madad mangte hain. to allah taala aise waqt mein hamein to bashwi kamzori ki wajah se allah taala hamein maaf karte hain aur aisi museebaton par jab hum jhil jaate hain, jab hum allah se shikwa shikayat karte hain to main samajhti hoon ki allah taala aisi cheezon ko maaf karte hain.</w:t>
      </w:r>
    </w:p>
    <w:p>
      <w:pPr>
        <w:jc w:val="right"/>
      </w:pPr>
      <w:r>
        <w:t>तो तो हम कैसा बर्दाश्त करें? लेकिन फिर हम क्या करते हैं? फिर उसी का दर, फिर उसी का दर पकड़कर उसी से मदद मांगते हैं. तो अल्लाह तालाह ऐसे वक्त में हमें तो बश्वी कमज़ोरी की वजह से अल्लाह तालाह हमें मौफ़ करते हैं और ऐसी मुसीबतों पर जब हम झिला जाते हैं, जब हम अल्लाह से शिकवा शिकायत करते हैं तो मैं समझती हूं कि अल्लाह तालाह ऐसी चीज़ों को मौफ़ करते हैं.</w:t>
      </w:r>
    </w:p>
    <w:p>
      <w:r>
        <w:rPr>
          <w:b/>
        </w:rPr>
        <w:t xml:space="preserve">[48:40] </w:t>
      </w:r>
      <w:r>
        <w:t>phir hum hum uth khade hote hain, phir allah taala ke bar gaah mein hum sajdaarez hote hain. phir uski talafi, uski maafi mangte hain. kyunki jab hum jhinjhla jaate hain, us samay jab koi radd-e-amal ho jaata hai, is munfi radd-e-amal ho jaata hai, phir hamein ehsaas hota hai to hum tauba-o-istighfar karte hain, to lahtala hamein zaroor maaf karte hain aur ab hamein maloom hua ki waqi museebat museebat nahi hai.</w:t>
      </w:r>
    </w:p>
    <w:p>
      <w:pPr>
        <w:jc w:val="right"/>
      </w:pPr>
      <w:r>
        <w:t>फिर हम हम उठ खड़े होते हैं, फिर अल्लाह तालाह के बार गाह में हम सजदारेज़ होते हैं. फिर उसकी तलाफ़ी, उसकी माफ़ी मांगते हैं. क्योंकि जब हम झिंझला जाते हैं, उस समय जब कोई रद्दे अमल हो जाता है, इस मुन्फी रद्दे अमल हो जाता है, फिर हमें एहसास होता है तो हम तौबाव इस्तेख्वार करते हैं, तो लह्ताला हमें ज़रूर माफ़ करते हैं और अब हमें मालूम हुआ कि वाक़ी मुसीबत मुसीबत नहीं है.</w:t>
      </w:r>
    </w:p>
    <w:p>
      <w:r>
        <w:rPr>
          <w:b/>
        </w:rPr>
        <w:t xml:space="preserve">[49:09] </w:t>
      </w:r>
      <w:r>
        <w:t>lahtala ki ek bahut badi bahut badi rehmat hai. bahut badi rehmat hai jis se hum jannat mein pahuncha diye jaate hain. yeh to yeh khushkhabri hai. bahut badi khushkhabri hai. mera meri learning itni hi thi. jizakallah khair. rehmat hai. nisa aapne bahut hi different angle se is cheez ko is article ko explain kiya ekdum bilkul alag perspective se aapne isko share kiya hamare saath.</w:t>
      </w:r>
    </w:p>
    <w:p>
      <w:pPr>
        <w:jc w:val="right"/>
      </w:pPr>
      <w:r>
        <w:t>लह्ताला की एक बहुत बड़ी बहुत बड़ी रहमत है. बहुत बड़ी रहमत है जिससे हम जन्नत में पहुंचा दिए जाते हैं. यह तो यह खुशखबरी है. बहुत बड़ी खुशखबरी है. मेरा मेरी learning इतनी ही थी. जिज़्ज़ा करला रहमत है नैसा आपने बहुत ही different angle से इस चीज़ को इस article को explain किया एकदम बिल्कुल अलग perspective से आपने इसको share किया हमारे साथ.</w:t>
      </w:r>
    </w:p>
    <w:p>
      <w:r>
        <w:rPr>
          <w:b/>
        </w:rPr>
        <w:t xml:space="preserve">[49:39] </w:t>
      </w:r>
      <w:r>
        <w:t>hamari bhi kaafi learning hui isse especially aap jab usko keh rahe the ki, jab banda distract ho jaata hai to allah hamein laya hamari life mein pareshani daalkar ke phir hamein seedhi raah pe laata hai. I would like to invite Safia Khanam. Who has raised her hand to share her learning. Assalamualikum. Haan</w:t>
      </w:r>
    </w:p>
    <w:p>
      <w:pPr>
        <w:jc w:val="right"/>
      </w:pPr>
      <w:r>
        <w:t>हमारी भी काफ़ी learning हुई इससे especially आप जब उसको कह रहे थे कि, जब बंदा distract हो जाता है तो अल्लाह हमें लाया हमारी life में परेशानी डालकर के फिर हमें सीधी रापे लाता है. I would like to invite सफ़िया खानम. Who has raised her hand to share her learning. अस्सलाम लेकून. हां</w:t>
      </w:r>
    </w:p>
    <w:p>
      <w:r>
        <w:rPr>
          <w:b/>
        </w:rPr>
        <w:t xml:space="preserve">[50:03] </w:t>
      </w:r>
      <w:r>
        <w:t>ji, main yeh kehna cha rahi thi mujhe abhi us surah ka naam yaad nahi hai ki jab allah taala jab universe ko jab create kar rahe the to woh matlab zameenon aasman se poochte hain matlab kisi kaam ke liye ki aap log aao khushi se ya na khushi se. to woh log apna response dete hain ki hum aate hain khushi se.</w:t>
      </w:r>
    </w:p>
    <w:p>
      <w:pPr>
        <w:jc w:val="right"/>
      </w:pPr>
      <w:r>
        <w:t>जी, मैं यह कहना चाह रही थी मुझे अभी उस सूर्य का नाम याद नहीं है कि जब अल्लाह तालाह जब universe को जब create कर रहे थे तो वह मतलब ज़मीनों आसमान से पूछते हैं मतलब किसी काम के लिए कि आप लोग आओ खुशी से या ना खुशी से. तो वह लोग अपना response देते हैं कि हम आते हैं खुशी से.</w:t>
      </w:r>
    </w:p>
    <w:p>
      <w:r>
        <w:rPr>
          <w:b/>
        </w:rPr>
        <w:t xml:space="preserve">[50:26] </w:t>
      </w:r>
      <w:r>
        <w:t>to main yeh sochne lagi ki allah taala aise matlab unse is tarike se kyun matlab kya matlab address kar rahe the ki aap log aao khushi se ya na khushi se. to mujhe matlab baad mein yeh cheez realize hui matlab yeh samajh mein aayi ki hamari jo limitation hoti hai hum uski wajah se yeh nahi samajh sakte ki allah taala ka plan kya hai?</w:t>
      </w:r>
    </w:p>
    <w:p>
      <w:pPr>
        <w:jc w:val="right"/>
      </w:pPr>
      <w:r>
        <w:t>तो मैं यह सोचने लगी कि अल्लाह तालाह ऐसे मतलब उनसे इस तरीके से क्यों मतलब क्या मतलब address कर रहे थे कि आप लोग आओ खुशी से या ना खुशी से. तो मुझे मतलब बाद में यह चीज़ realize हुई मतलब यह समझ में आई कि हमारी जो limitation होती है हम उसकी वजह से यह नहीं समझ सकते कि अल्लाह तालाह का plan क्या है?</w:t>
      </w:r>
    </w:p>
    <w:p>
      <w:r>
        <w:rPr>
          <w:b/>
        </w:rPr>
        <w:t xml:space="preserve">[50:52] </w:t>
      </w:r>
      <w:r>
        <w:t>allah taala ki knowledge jo hai matlab beyond hai. to isi tarike se jo bhi museebat aati hai hamare upar to hamara response bhi yahi hona chahiye ki allah taala hum is cheez par khushi se raazi hain kyunki hum apni limitation ki wajah se uske beyond nahi dekh sakte.</w:t>
      </w:r>
    </w:p>
    <w:p>
      <w:pPr>
        <w:jc w:val="right"/>
      </w:pPr>
      <w:r>
        <w:t>अल्लाह तालाह की knowledge जो है मतलब beyond है. तो इसी तरीके से जो भी मुसीबत आती है हमारे ऊपर तो हमारा response भी यही होना चाहिए कि अल्लाह तालाह हम इस चीज़ पर खुशी सिरा दिए क्योंकि हम अपनी limitation की वजह से उसके beyond नहीं देख सकते.</w:t>
      </w:r>
    </w:p>
    <w:p>
      <w:r>
        <w:rPr>
          <w:b/>
        </w:rPr>
        <w:t xml:space="preserve">[51:11] </w:t>
      </w:r>
      <w:r>
        <w:t>to jaise ki maulana ka ek quotation bhi thi ki jo bhi museebatein aati hain woh aapke liye success tabhi banti hain jab aap unka jo hai matlab provided ki ki aap uska positive response dein.</w:t>
      </w:r>
    </w:p>
    <w:p>
      <w:pPr>
        <w:jc w:val="right"/>
      </w:pPr>
      <w:r>
        <w:t>तो जैसे कि मौलाना का एक quotation भी थी कि जो भी मुसीबतें आती हैं वह आपके लिए success तभी बनती हैं जब आप उनका जो है मतलब provided कि कि आप उसका positive response दें.</w:t>
      </w:r>
    </w:p>
    <w:p>
      <w:r>
        <w:rPr>
          <w:b/>
        </w:rPr>
        <w:t xml:space="preserve">[51:26] </w:t>
      </w:r>
      <w:r>
        <w:t>to mujhe is article se yahi learning hui ki jo bhi aapke liye agar museebat hai to hamein uska positive response dena hai kyunki hum apni limitation ki wajah se nahi dekh paate, dekh paate ki museebat mein hamare liye rehmat chupi hui hai jazaakallah. jazaakillah. I would like to invite Mrs. A Khan to share her learning.</w:t>
      </w:r>
    </w:p>
    <w:p>
      <w:pPr>
        <w:jc w:val="right"/>
      </w:pPr>
      <w:r>
        <w:t>तो मुझे इस article से यही learning हुई कि जो भी आपके लिए अगर मुसीबत है तो हमें उसका positive response देना है क्योंकि हम अपनी limitation की वजह से नहीं देख पाते, देख पाते कि मुसीबत में हमारे लिए रहमत छुपी हुई है जज़ाक़िला. जज़ा किला. I would like to invite Mrs. ए खान to शहर learning.</w:t>
      </w:r>
    </w:p>
    <w:p>
      <w:r>
        <w:rPr>
          <w:b/>
        </w:rPr>
        <w:t xml:space="preserve">[51:53] </w:t>
      </w:r>
      <w:r>
        <w:t>aslam vilek kumr hai amit ullah vibhikat asal mein aajkal main khud ek bahut zindagi ki ek bahut</w:t>
      </w:r>
    </w:p>
    <w:p>
      <w:pPr>
        <w:jc w:val="right"/>
      </w:pPr>
      <w:r>
        <w:t>अस्लाम विलेक कुम्र है अमित उल्लाह विभिकात असल में आजकल मैं खुद एक बहुत ज़िंदगी की एक बहुत</w:t>
      </w:r>
    </w:p>
    <w:p>
      <w:r>
        <w:rPr>
          <w:b/>
        </w:rPr>
        <w:t xml:space="preserve">[51:58] </w:t>
      </w:r>
      <w:r>
        <w:t>tough period se guzar rahi hoon.</w:t>
      </w:r>
    </w:p>
    <w:p>
      <w:pPr>
        <w:jc w:val="right"/>
      </w:pPr>
      <w:r>
        <w:t>tough period से गुज़र रही हूं.</w:t>
      </w:r>
    </w:p>
    <w:p>
      <w:r>
        <w:rPr>
          <w:b/>
        </w:rPr>
        <w:t xml:space="preserve">[52:03] </w:t>
      </w:r>
      <w:r>
        <w:t>pehley main soch rahi thi ke main class mein matlab woh class mein na jaaun kyunke main bahut</w:t>
      </w:r>
    </w:p>
    <w:p>
      <w:pPr>
        <w:jc w:val="right"/>
      </w:pPr>
      <w:r>
        <w:t>पहले मैं सोच रही थी कि मैं class में मतलब वह class में ना जाऊं क्योंकि मैं बहुत</w:t>
      </w:r>
    </w:p>
    <w:p>
      <w:r>
        <w:rPr>
          <w:b/>
        </w:rPr>
        <w:t xml:space="preserve">[52:08] </w:t>
      </w:r>
      <w:r>
        <w:t>zyada low thi.</w:t>
      </w:r>
    </w:p>
    <w:p>
      <w:pPr>
        <w:jc w:val="right"/>
      </w:pPr>
      <w:r>
        <w:t>ज़्यादा low थी.</w:t>
      </w:r>
    </w:p>
    <w:p>
      <w:r>
        <w:rPr>
          <w:b/>
        </w:rPr>
        <w:t xml:space="preserve">[52:13] </w:t>
      </w:r>
      <w:r>
        <w:t>phir maine kaha nahi yeh toh article bhi balkey maine article aap logon ki class join karne ke</w:t>
      </w:r>
    </w:p>
    <w:p>
      <w:pPr>
        <w:jc w:val="right"/>
      </w:pPr>
      <w:r>
        <w:t>फिर मैंने कहा नहीं यह तो article भी बल्कि मैंने article आप लोगों की class join करने के</w:t>
      </w:r>
    </w:p>
    <w:p>
      <w:r>
        <w:rPr>
          <w:b/>
        </w:rPr>
        <w:t xml:space="preserve">[52:18] </w:t>
      </w:r>
      <w:r>
        <w:t>baad padha is article ko maine padha nahi tha magar main is class mein aa gayi.</w:t>
      </w:r>
    </w:p>
    <w:p>
      <w:pPr>
        <w:jc w:val="right"/>
      </w:pPr>
      <w:r>
        <w:t>बाद पढ़ा इस article को मैंने पढ़ा नहीं था मगर मैं इस class में आ गई.</w:t>
      </w:r>
    </w:p>
    <w:p>
      <w:r>
        <w:rPr>
          <w:b/>
        </w:rPr>
        <w:t xml:space="preserve">[52:24] </w:t>
      </w:r>
      <w:r>
        <w:t>hum logon ke saath yeh hota hai ki hum mera mujhe aisa lagta hai ki zyada tar hum jab takleef hoti hai na hum bahut takleef ko aazmaish samajhte hain. hum bimar ho, takleef ho. mera apna aap nazariya is nazariye par kya? insaan musalsal ek aazmaish mein hai. zaroori nahi hota ki hum bimar hon, hamein financial problem ho ya hamein emotional problem ho to hum aazmaish mein hote hain.</w:t>
      </w:r>
    </w:p>
    <w:p>
      <w:pPr>
        <w:jc w:val="right"/>
      </w:pPr>
      <w:r>
        <w:t>हम लोगों के साथ यह होता है कि हम मेरा मुझे ऐसा लगता है कि ज़्यादातर हम जब तकलीफ होती है ना हम बहुत तकलीफ को आज़माइश समझते हैं. हम बीमार हो, तकलीफ हो. मेरा अपना आप नज़रिया इस नजरिए पर क्या? इंसान मुसलसल एक आज़माइश में है. ज़रूरी नहीं होता कि हम बीमार हों, हमें financial problem हो या हमें emotional problem हो तो हम अज़माइश में होते हैं.</w:t>
      </w:r>
    </w:p>
    <w:p>
      <w:r>
        <w:rPr>
          <w:b/>
        </w:rPr>
        <w:t xml:space="preserve">[52:50] </w:t>
      </w:r>
      <w:r>
        <w:t>mera yeh taziya hai ke jo log is baat ko samajhte nahi hain ke yeh azmaish ya takleef</w:t>
      </w:r>
    </w:p>
    <w:p>
      <w:pPr>
        <w:jc w:val="right"/>
      </w:pPr>
      <w:r>
        <w:t>मेरा यह तज़िया है कि जो लोग इस बात को समझते नहीं हैं कि यह अज़माइश या तकलीफ</w:t>
      </w:r>
    </w:p>
    <w:p>
      <w:r>
        <w:rPr>
          <w:b/>
        </w:rPr>
        <w:t xml:space="preserve">[52:57] </w:t>
      </w:r>
      <w:r>
        <w:t>allah ki taraf se hai toh woh bhi ek ek matlab ek hazaar hai na ek shakti hai</w:t>
      </w:r>
    </w:p>
    <w:p>
      <w:pPr>
        <w:jc w:val="right"/>
      </w:pPr>
      <w:r>
        <w:t>अल्लाह की तरफ से है तो वह भी एक एक मतलब एक हज़ार है ना एक शक्ति है</w:t>
      </w:r>
    </w:p>
    <w:p>
      <w:r>
        <w:rPr>
          <w:b/>
        </w:rPr>
        <w:t xml:space="preserve">[53:04] </w:t>
      </w:r>
      <w:r>
        <w:t>ke woh allah ko pehchan hi nahi raha hai.</w:t>
      </w:r>
    </w:p>
    <w:p>
      <w:pPr>
        <w:jc w:val="right"/>
      </w:pPr>
      <w:r>
        <w:t>कि वह अल्लाह को पहचान ही नहीं रहा है.</w:t>
      </w:r>
    </w:p>
    <w:p>
      <w:r>
        <w:rPr>
          <w:b/>
        </w:rPr>
        <w:t xml:space="preserve">[53:11] </w:t>
      </w:r>
      <w:r>
        <w:t>allah ko samajh hi nahi raha hai chahe us par woh shakti aaye ya pareshani aaye.</w:t>
      </w:r>
    </w:p>
    <w:p>
      <w:pPr>
        <w:jc w:val="right"/>
      </w:pPr>
      <w:r>
        <w:t>अल्लाह को समझ ही नहीं रहा है चाहे उस पर वह शक्ति आए या परेशानी आए.</w:t>
      </w:r>
    </w:p>
    <w:p>
      <w:r>
        <w:rPr>
          <w:b/>
        </w:rPr>
        <w:t xml:space="preserve">[53:18] </w:t>
      </w:r>
      <w:r>
        <w:t>toh is is par mujhe ek cheez maine abhi abhi yeh article sara padha toh main yeh sochti</w:t>
      </w:r>
    </w:p>
    <w:p>
      <w:pPr>
        <w:jc w:val="right"/>
      </w:pPr>
      <w:r>
        <w:t>तो इस इस पर मुझे एक चीज़ मैंने अभी अभी यह article सारा पढ़ा तो मैं यह सोचती</w:t>
      </w:r>
    </w:p>
    <w:p>
      <w:r>
        <w:rPr>
          <w:b/>
        </w:rPr>
        <w:t xml:space="preserve">[53:25] </w:t>
      </w:r>
      <w:r>
        <w:t>thi ke ek sawal jab main padh rahi thi ek sawal mere zehan mein aaya.</w:t>
      </w:r>
    </w:p>
    <w:p>
      <w:pPr>
        <w:jc w:val="right"/>
      </w:pPr>
      <w:r>
        <w:t>थी कि एक सवाल जब मैं पढ़ रही थी एक सवाल मेरे ज़हर में आया.</w:t>
      </w:r>
    </w:p>
    <w:p>
      <w:r>
        <w:rPr>
          <w:b/>
        </w:rPr>
        <w:t xml:space="preserve">[53:33] </w:t>
      </w:r>
      <w:r>
        <w:t>to uska jawab yahi hai na ki jo aadmi takleef aane par allah se jud jaaye woh aazmaish mein hai aur jo aadmi takleef aane ke baad bhi allah se na judaaey to woh saza mein.</w:t>
      </w:r>
    </w:p>
    <w:p>
      <w:pPr>
        <w:jc w:val="right"/>
      </w:pPr>
      <w:r>
        <w:t>तो उसका जवाब यही है ना कि जो आदमी तकलीफ आने पर अल्लाह से जुड़ जाए वह आज़माइश में है और जो आदमी तकलीफ आने के बाद भी अल्लाह से ना जुड़ाए तो वह सजा में.</w:t>
      </w:r>
    </w:p>
    <w:p>
      <w:r>
        <w:rPr>
          <w:b/>
        </w:rPr>
        <w:t xml:space="preserve">[53:46] </w:t>
      </w:r>
      <w:r>
        <w:t>to hum sabko allah taala se judna hai bas chahe abhi takleef ka waqt hai. inshallah allah usko zaroor mujhe pata hai allah is pareshani se mujhe nikaal denge aur wahi nikaalte aaye hain. woh bahut achha sabar ke upar tha.</w:t>
      </w:r>
    </w:p>
    <w:p>
      <w:pPr>
        <w:jc w:val="right"/>
      </w:pPr>
      <w:r>
        <w:t>तो हम सबको अल्लाह तालाह से जुड़ना है बस चाहे अभी तकलीफ का वक्त है इंसालदाह अल्लाह उसको ज़रूर मुझे पता है अल्लाह इस परेशानी से मुझे निकाल देंगे और वही निकालते आए हैं वह बहुत अच्छा संबर के ऊपर था.</w:t>
      </w:r>
    </w:p>
    <w:p>
      <w:r>
        <w:rPr>
          <w:b/>
        </w:rPr>
        <w:t xml:space="preserve">[54:13] </w:t>
      </w:r>
      <w:r>
        <w:t>aisa lag raha tha ke allah taala jab hum kisi mushkil mein hotey mujhe kabhi kabhi lagta hai ke humein usi tarah ki indication, usi tarah ke messages bhi aaney lagtey hain, uss tarah ki baatein bhi honey lagti hain. yahan par bhi aap log wahi baatein kar rahey hain. to ussey kya hota hai tasalli honey lagti hai, tashakti aur lagti hai aur aaj bhi jo topic tha fareedapa ka woh bhi issi topic tha sabr ka. ok ma'am. class class ho rahi hai. to yahi bas mujhe yeh ki shakti pareshani to, shakti pareshani aaye na aaye zindagi mein.</w:t>
      </w:r>
    </w:p>
    <w:p>
      <w:pPr>
        <w:jc w:val="right"/>
      </w:pPr>
      <w:r>
        <w:t>ऐसा लग रहा था कि अल्लाह तालाह जब हम किसी मुश्किल में होते मुझे कभी कभी लगता है कि हमें उसी तरह की indication, उसी तरह के messages भी आने लगते हैं, उस तरह के बातें भी होने लगती हैं. यहां पर भी आप लोग वही बातें कर रहे हैं. तो उसे क्या होता है तसल्ली होने लगती है, तशक्ति और लगती है और आज भी जो topic था फरीदापा का वह भी इस यही topic था सबर का. Ok ma'am. Class class हो रही है. तो यही बस मुझे यह कि शक्ति परेशानी तो, शक्ति परेशानी आई है ना आए ज़िंदगी में.</w:t>
      </w:r>
    </w:p>
    <w:p>
      <w:r>
        <w:rPr>
          <w:b/>
        </w:rPr>
        <w:t xml:space="preserve">[54:43] </w:t>
      </w:r>
      <w:r>
        <w:t>hamein allah se judna hai.</w:t>
      </w:r>
    </w:p>
    <w:p>
      <w:pPr>
        <w:jc w:val="right"/>
      </w:pPr>
      <w:r>
        <w:t>हमें अल्लाह से जुड़ना है.</w:t>
      </w:r>
    </w:p>
    <w:p>
      <w:r>
        <w:rPr>
          <w:b/>
        </w:rPr>
        <w:t xml:space="preserve">[54:47] </w:t>
      </w:r>
      <w:r>
        <w:t>allah humse juda rahe aur wahi humko jissey bhi woh doctor sahab bata rahi thi ke unki ungli</w:t>
      </w:r>
    </w:p>
    <w:p>
      <w:pPr>
        <w:jc w:val="right"/>
      </w:pPr>
      <w:r>
        <w:t>अल्लाह हमसे जुड़ा रहे और वही हमको जिससे भी वह doctor साहब बता रही थी कि उनकी उंगली</w:t>
      </w:r>
    </w:p>
    <w:p>
      <w:r>
        <w:rPr>
          <w:b/>
        </w:rPr>
        <w:t xml:space="preserve">[54:52] </w:t>
      </w:r>
      <w:r>
        <w:t>ka naakoon toot gaya hai.</w:t>
      </w:r>
    </w:p>
    <w:p>
      <w:pPr>
        <w:jc w:val="right"/>
      </w:pPr>
      <w:r>
        <w:t>का नाकून टूट गया है.</w:t>
      </w:r>
    </w:p>
    <w:p>
      <w:r>
        <w:rPr>
          <w:b/>
        </w:rPr>
        <w:t xml:space="preserve">[54:57] </w:t>
      </w:r>
      <w:r>
        <w:t>woh takleef mein hai.</w:t>
      </w:r>
    </w:p>
    <w:p>
      <w:pPr>
        <w:jc w:val="right"/>
      </w:pPr>
      <w:r>
        <w:t>वह तकलीफ में है.</w:t>
      </w:r>
    </w:p>
    <w:p>
      <w:r>
        <w:rPr>
          <w:b/>
        </w:rPr>
        <w:t xml:space="preserve">[55:02] </w:t>
      </w:r>
      <w:r>
        <w:t>sakht toh bolla. bolla.</w:t>
      </w:r>
    </w:p>
    <w:p>
      <w:pPr>
        <w:jc w:val="right"/>
      </w:pPr>
      <w:r>
        <w:t>सख़्त तो बोल्ला. बोल्ला.</w:t>
      </w:r>
    </w:p>
    <w:p>
      <w:r>
        <w:rPr>
          <w:b/>
        </w:rPr>
        <w:t xml:space="preserve">[55:07] </w:t>
      </w:r>
      <w:r>
        <w:t>yeh dog yeh bahut achhi baat hai yahan par. shlaam karo. shlaam kab?</w:t>
      </w:r>
    </w:p>
    <w:p>
      <w:pPr>
        <w:jc w:val="right"/>
      </w:pPr>
      <w:r>
        <w:t>यह dog यह बहुत अच्छी बात है यहां पर. श्लाम करो. श्लाम कब?</w:t>
      </w:r>
    </w:p>
    <w:p>
      <w:r>
        <w:rPr>
          <w:b/>
        </w:rPr>
        <w:t xml:space="preserve">[55:12] </w:t>
      </w:r>
      <w:r>
        <w:t>toh bas yahi mujhe share karna tha agar dobara cheezein kabhi aa gaye saath mein. Ok.</w:t>
      </w:r>
    </w:p>
    <w:p>
      <w:pPr>
        <w:jc w:val="right"/>
      </w:pPr>
      <w:r>
        <w:t>तो बस यही मुझे share करना था अगर दुबारा चीज़ें कभी आ गए साथ में. Ok.</w:t>
      </w:r>
    </w:p>
    <w:p>
      <w:r>
        <w:rPr>
          <w:b/>
        </w:rPr>
        <w:t xml:space="preserve">[55:17] </w:t>
      </w:r>
      <w:r>
        <w:t>Can we continue aapka? Anyone who wants to, aapka you want to say something? main yeh kehna chah rahi thi ke saza is duniya mein nahi hai. is duniya mein to sirf aazmaish hai aur yeh baat sahi hai ke har log taazmaish mein rehtey hain hum log. lekin alla taala sab ke liye aasani bhi rakhey rehta hai saath hi saath.</w:t>
      </w:r>
    </w:p>
    <w:p>
      <w:pPr>
        <w:jc w:val="right"/>
      </w:pPr>
      <w:r>
        <w:t>Can we continue आपका? Anyone who wants to, आपका you want to say something? मैं यह कहना चाह रही थी कि सजा इस दुनिया में नहीं है. इस दुनिया में तो सिर्फ़ आज़माइशी है और यह बात सही है कि हर लोग ताज़माइश में रहते हैं हम लोग. लेकिन अल्ला ताला सबके लिए आसानी भी रखे रहता है साथ ही साथ.</w:t>
      </w:r>
    </w:p>
    <w:p>
      <w:r>
        <w:rPr>
          <w:b/>
        </w:rPr>
        <w:t xml:space="preserve">[55:47] </w:t>
      </w:r>
      <w:r>
        <w:t>ji papa. princess aapke liye aasani alla taala ne abhi bhej di. yes, very cute. aur koi ladies hai jo share karna chahti hai apni learning? we have four minutes left just. najma papa ka net woh sahi ho gaya tha. haan, najma papa you are left, yes. aap aap share karein apni learning.</w:t>
      </w:r>
    </w:p>
    <w:p>
      <w:pPr>
        <w:jc w:val="right"/>
      </w:pPr>
      <w:r>
        <w:t>जी papa. Princess आपके लिए आसानी अल्ला ताला ने अभी भेज दी. Yes, very cute. और कोई ladies है जो share करना चाहती है अपनी learning? We have four minutes left just. नजमा papa का net वह सही हो गया था. हां, नजमा papa you are left, yes. आप आप share करें अपनी learning.</w:t>
      </w:r>
    </w:p>
    <w:p>
      <w:r>
        <w:rPr>
          <w:b/>
        </w:rPr>
        <w:t xml:space="preserve">[56:16] </w:t>
      </w:r>
      <w:r>
        <w:t>najma papa. chalegi. aaj najma papa ke upar ekdum kaam nahi kar raha hai. ghlat. papa sun pa rahi hai? main yeh kahungi awaaz aa rahi hai meri? haan awaaz aa rahi hai. ji ji boliye.</w:t>
      </w:r>
    </w:p>
    <w:p>
      <w:pPr>
        <w:jc w:val="right"/>
      </w:pPr>
      <w:r>
        <w:t>नजमा papa. चलेगी. आज नजमा papa के ऊपर एकदम काम नहीं कर रहा है. ग़लत. Papa sun पा रही है? मैं यह कहूंगी आवाज़ आ रही है मेरी? हां आवाज़ आ रही है. जी जी बोलिए.</w:t>
      </w:r>
    </w:p>
    <w:p>
      <w:r>
        <w:rPr>
          <w:b/>
        </w:rPr>
        <w:t xml:space="preserve">[56:34] </w:t>
      </w:r>
      <w:r>
        <w:t>achha ji main keh rahi hoon ke aaj jo fareeda khanam sahiba ka patients ke upar topic tha woh humare is topic ko aur elaborate kar raha hai aur sab aapas mein ki baatein suni beach beach mein sunti bhi rahi pata nahi aaj problem thi.</w:t>
      </w:r>
    </w:p>
    <w:p>
      <w:pPr>
        <w:jc w:val="right"/>
      </w:pPr>
      <w:r>
        <w:t>अच्छा जी मैं कह रही हूं कि आज जो फरीदा खानम साहिबाका patients के ऊपर topic था वह हमारे इस topic को और elaborate कर रहा है और सब आपस में की बातें सुनी beach beach में सुनती भी रही पता नहीं आज problem थी.</w:t>
      </w:r>
    </w:p>
    <w:p>
      <w:r>
        <w:rPr>
          <w:b/>
        </w:rPr>
        <w:t xml:space="preserve">[57:03] </w:t>
      </w:r>
      <w:r>
        <w:t>papa ka network phir chala gaya. pameeda papa, aap dekhiye ab kya karna hai aage? we need to conclude this session. session. three minutes is left. haan, humare paas conclude hi kar sakte hain ab. time to nahi hai. ji ji. bohat achha discussion hua aaj shavina. main soch rahi thi ke lamper aur sahib ne kitni hi hai usi bat dekha.</w:t>
      </w:r>
    </w:p>
    <w:p>
      <w:pPr>
        <w:jc w:val="right"/>
      </w:pPr>
      <w:r>
        <w:t>Papa का network फिर चला गया. पैमीदा papa, आप देखिए अब क्या करना है आगे? We need to conclude this session. Session. Three minutes is left. हां, हमारे पास conclude ही कर सकते हैं अब. Time तो नहीं है. जी जी. बहुत अच्छा discussion हुआ आज शविना. मैं सोच रही थी कि लंपर और साहब ने कितनी ही है उसीबत देखा.</w:t>
      </w:r>
    </w:p>
    <w:p>
      <w:r>
        <w:rPr>
          <w:b/>
        </w:rPr>
        <w:t xml:space="preserve">[57:29] </w:t>
      </w:r>
      <w:r>
        <w:t>magar unka imaan itna gehra hota tha ke woh kabhi besabhre nahi hue.</w:t>
      </w:r>
    </w:p>
    <w:p>
      <w:pPr>
        <w:jc w:val="right"/>
      </w:pPr>
      <w:r>
        <w:t>मगर उनका ईमान इतना गहरा होता था कि वह कभी बेसभरे नहीं हुए.</w:t>
      </w:r>
    </w:p>
    <w:p>
      <w:r>
        <w:rPr>
          <w:b/>
        </w:rPr>
        <w:t xml:space="preserve">[57:38] </w:t>
      </w:r>
      <w:r>
        <w:t>aise wahan patrak ladai aur woh hatgava kya sab hai ke taaki yeh khul jaye ke kaun Allah</w:t>
      </w:r>
    </w:p>
    <w:p>
      <w:pPr>
        <w:jc w:val="right"/>
      </w:pPr>
      <w:r>
        <w:t>ऐसे वहां पत्रक लड़ाई और वह हतगावा क्या सब है कि ताकि यह खुल जाए कि कौन अल्लाह</w:t>
      </w:r>
    </w:p>
    <w:p>
      <w:r>
        <w:rPr>
          <w:b/>
        </w:rPr>
        <w:t xml:space="preserve">[57:47] </w:t>
      </w:r>
      <w:r>
        <w:t>paritmat karne wala tha aur kaun fisal jaane wala?</w:t>
      </w:r>
    </w:p>
    <w:p>
      <w:pPr>
        <w:jc w:val="right"/>
      </w:pPr>
      <w:r>
        <w:t>परित्मात करने वाला था और कौन फिसल जाने वाला?</w:t>
      </w:r>
    </w:p>
    <w:p>
      <w:r>
        <w:rPr>
          <w:b/>
        </w:rPr>
        <w:t xml:space="preserve">[57:56] </w:t>
      </w:r>
      <w:r>
        <w:t>yeh line mujhe bahut zyada achhi lagti hai.</w:t>
      </w:r>
    </w:p>
    <w:p>
      <w:pPr>
        <w:jc w:val="right"/>
      </w:pPr>
      <w:r>
        <w:t>यह line मुझे बहुत ज़्यादा अच्छी लगती है.</w:t>
      </w:r>
    </w:p>
    <w:p>
      <w:r>
        <w:rPr>
          <w:b/>
        </w:rPr>
        <w:t xml:space="preserve">[58:05] </w:t>
      </w:r>
      <w:r>
        <w:t>matlab bahut jasalli bhi deti hai ke humne Maulana sahib lekin woh koi aap bhi apni takleef nahi</w:t>
      </w:r>
    </w:p>
    <w:p>
      <w:pPr>
        <w:jc w:val="right"/>
      </w:pPr>
      <w:r>
        <w:t>मतलब बहुत जसल्ली भी देती है कि हमने मलाना साहब लेकिन वह कोई आप भी अपनी तकलीफ नहीं</w:t>
      </w:r>
    </w:p>
    <w:p>
      <w:r>
        <w:rPr>
          <w:b/>
        </w:rPr>
        <w:t xml:space="preserve">[58:26] </w:t>
      </w:r>
      <w:r>
        <w:t>batate the sirf aur do har waqt mudda karte rehte the.</w:t>
      </w:r>
    </w:p>
    <w:p>
      <w:pPr>
        <w:jc w:val="right"/>
      </w:pPr>
      <w:r>
        <w:t>बताते थे सिर्फ़ और दो हर वक्त मुद्दा करते रहते थे.</w:t>
      </w:r>
    </w:p>
    <w:p>
      <w:r>
        <w:rPr>
          <w:b/>
        </w:rPr>
        <w:t xml:space="preserve">[58:48] </w:t>
      </w:r>
      <w:r>
        <w:t>to yeh sari misarein hamare liye example hain.</w:t>
      </w:r>
    </w:p>
    <w:p>
      <w:pPr>
        <w:jc w:val="right"/>
      </w:pPr>
      <w:r>
        <w:t>तो यह सारी मिसारें हमारे लिए example हैं.</w:t>
      </w:r>
    </w:p>
    <w:p>
      <w:r>
        <w:rPr>
          <w:b/>
        </w:rPr>
        <w:t xml:space="preserve">[58:54] </w:t>
      </w:r>
      <w:r>
        <w:t>yadla hamein aisi nazar dein ke hum teri rehmat ko dekh sakein, samajh sakein aur tere shukr guzar</w:t>
      </w:r>
    </w:p>
    <w:p>
      <w:pPr>
        <w:jc w:val="right"/>
      </w:pPr>
      <w:r>
        <w:t>यादला हमें ऐसी नज़र दें कि हम तेरी रहमत को देख सकें, समझ सकें और तेरे शुक्ल गुज़ार</w:t>
      </w:r>
    </w:p>
    <w:p>
      <w:r>
        <w:rPr>
          <w:b/>
        </w:rPr>
        <w:t xml:space="preserve">[59:00] </w:t>
      </w:r>
      <w:r>
        <w:t>band kar rahe har haal mein, har haal mein.</w:t>
      </w:r>
    </w:p>
    <w:p>
      <w:pPr>
        <w:jc w:val="right"/>
      </w:pPr>
      <w:r>
        <w:t>बंद कर रहे हर हाल में, हर हाल में.</w:t>
      </w:r>
    </w:p>
    <w:p>
      <w:r>
        <w:rPr>
          <w:b/>
        </w:rPr>
        <w:t xml:space="preserve">[59:07] </w:t>
      </w:r>
      <w:r>
        <w:t>yadla aapne hamein riwayati aur khud ki mindset wali source hi nikala.</w:t>
      </w:r>
    </w:p>
    <w:p>
      <w:pPr>
        <w:jc w:val="right"/>
      </w:pPr>
      <w:r>
        <w:t>यादला आपने हमें रिवायती और ख़ुद की mindset वाली source ही निकाला.</w:t>
      </w:r>
    </w:p>
    <w:p>
      <w:r>
        <w:rPr>
          <w:b/>
        </w:rPr>
        <w:t xml:space="preserve">[59:13] </w:t>
      </w:r>
      <w:r>
        <w:t>ab aage aap hamari madad farmaiye ke hum apni soch ko upar utha sakein.</w:t>
      </w:r>
    </w:p>
    <w:p>
      <w:pPr>
        <w:jc w:val="right"/>
      </w:pPr>
      <w:r>
        <w:t>अब आगे आप हमारी मदद फरमाइए कि हम अपनी सोच को ऊपर उठा सकें.</w:t>
      </w:r>
    </w:p>
    <w:p>
      <w:r>
        <w:rPr>
          <w:b/>
        </w:rPr>
        <w:t xml:space="preserve">[59:19] </w:t>
      </w:r>
      <w:r>
        <w:t>kisi bhi museeb aur takleef ko rehmat ki nazar se dekh sakein. Aamir. Aamir.</w:t>
      </w:r>
    </w:p>
    <w:p>
      <w:pPr>
        <w:jc w:val="right"/>
      </w:pPr>
      <w:r>
        <w:t>किसी भी मुसीब और तकलीफ को रहमत की नज़र से देख सकें. आमिर. आमिर.</w:t>
      </w:r>
    </w:p>
    <w:p>
      <w:r>
        <w:rPr>
          <w:b/>
        </w:rPr>
        <w:t xml:space="preserve">[59:26] </w:t>
      </w:r>
      <w:r>
        <w:t>for the dua. and, it's time. it's 08:00. so we need to session conclude this session. and, we'll meet again next week with a it will be shared on the whatsapp group, and we'll continue our learning, again next week, and try to participate as much as possible. we need to learn from each other.</w:t>
      </w:r>
    </w:p>
    <w:p>
      <w:pPr>
        <w:jc w:val="right"/>
      </w:pPr>
      <w:r>
        <w:t>For the dua. And, it's time. It's 08:00. So we need to session conclude this session. And, we'll meet again next week with a It will be shared on the WhatsApp group, and we'll continue our learning, again next week, and try to participate as much as possible. We need to learn from each other.</w:t>
      </w:r>
    </w:p>
    <w:p>
      <w:r>
        <w:rPr>
          <w:b/>
        </w:rPr>
        <w:t xml:space="preserve">[59:54] </w:t>
      </w:r>
      <w:r>
        <w:t>aisa nahi hai ke sirf ek hi do log share karein. jitney log yahan humare is meeting mein, zoom meeting mein jude hue hain, sab apni kuch na kuch in articles se apni learning apna share kar sakte hain aur we learn from each other a lot. so, we end this session today.</w:t>
      </w:r>
    </w:p>
    <w:p>
      <w:pPr>
        <w:jc w:val="right"/>
      </w:pPr>
      <w:r>
        <w:t>ऐसा नहीं है कि सिर्फ़ एक ही दो लोग share करें. जितने लोग यहां हमारे इस meeting में, Zoom meeting में जुड़े हुए हैं, सब अपनी कुछ ना कुछ इन articles से अपनी learning अपना share कर सकते हैं और we learn from each other a lot. So, we end this session today.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