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Article Discussion 14 January 8, 2023</w:t>
      </w:r>
    </w:p>
    <w:p>
      <w:r>
        <w:t>https://www.youtube.com/watch?v=XVluFGBfxcI</w:t>
      </w:r>
    </w:p>
    <w:p>
      <w:r>
        <w:rPr>
          <w:b/>
        </w:rPr>
        <w:t xml:space="preserve">[00:07] </w:t>
      </w:r>
      <w:r>
        <w:t>dear ladies. today is 01/08/2023. happy new year to all of you. this is the first session in this new year, and, this whole year entirely, we will be daily dedicatedly working hard towards our work, and the topic topic also today chosen is a very important topic.</w:t>
      </w:r>
    </w:p>
    <w:p>
      <w:pPr>
        <w:jc w:val="right"/>
      </w:pPr>
      <w:r>
        <w:t>Dear ladies. Today is 01/08/2023. Happy New Year to all of you. This is the first session in this new year, and, this whole year entirely, we will be daily dedicatedly working hard towards our work, and the topic topic also today chosen is a very important topic.</w:t>
      </w:r>
    </w:p>
    <w:p>
      <w:r>
        <w:rPr>
          <w:b/>
        </w:rPr>
        <w:t xml:space="preserve">[00:30] </w:t>
      </w:r>
      <w:r>
        <w:t>our focus should be on the dawa work and the mission of our life, the mission of this, cps international, which we are carrying on this mission. and, the topic of today is. so i invite, miss to start the session. allah waleikum. islam aapka.</w:t>
      </w:r>
    </w:p>
    <w:p>
      <w:pPr>
        <w:jc w:val="right"/>
      </w:pPr>
      <w:r>
        <w:t>Our focus should be on the दावा work and the mission of our life, the mission of this, CPS International, which we are carrying on this mission. And, the topic of today is. So I invite, miss to start the session. अल्लाह वालेखों. इस्लाम आपका.</w:t>
      </w:r>
    </w:p>
    <w:p>
      <w:r>
        <w:rPr>
          <w:b/>
        </w:rPr>
        <w:t xml:space="preserve">[01:00] </w:t>
      </w:r>
      <w:r>
        <w:t>daawat ek sangeen zimmedari. islam ki ek khadij padosi ke bare mein in alfaaz mein aayi hai. yaani kitney hi padosi hain jo apne padosi ko pakdey hue honge qayamat ke din.</w:t>
      </w:r>
    </w:p>
    <w:p>
      <w:pPr>
        <w:jc w:val="right"/>
      </w:pPr>
      <w:r>
        <w:t>दावत एक संगीन ज़िम्मेदारी. इस्लाम की एक खदीज पड़ोसी के बारे में इन अल्फाज़ में आई है. यानी कितने ही पड़ोसी हैं जो अपने पड़ोसी को पकड़े हुए होंगे कयामत के दिन.</w:t>
      </w:r>
    </w:p>
    <w:p>
      <w:r>
        <w:rPr>
          <w:b/>
        </w:rPr>
        <w:t xml:space="preserve">[01:22] </w:t>
      </w:r>
      <w:r>
        <w:t>woh kahenge ke aye mere rab, isne apna darwaza mere liye band rakha aur apni bhalai ko mujhse rok diya. al adab ul mufrat lil mukhari, hadith number ek sau gyarah. yahan maroof ka lafz deeni hidayat ke maaney mein aaya hai.</w:t>
      </w:r>
    </w:p>
    <w:p>
      <w:pPr>
        <w:jc w:val="right"/>
      </w:pPr>
      <w:r>
        <w:t>वह कहेंगे कि ऐ मेरे रब, इसने अपना दरवाज़ा मेरे लिए बंद रखा और अपनी भलाई को मुझसे रोक दिया. अल अदबुल मुफरत लिल मुखारी, हदीस number एक सौ ग्यारह. यहां मारूफ का लफ्ज़दीनी हिदायत के माने में आया है.</w:t>
      </w:r>
    </w:p>
    <w:p>
      <w:r>
        <w:rPr>
          <w:b/>
        </w:rPr>
        <w:t xml:space="preserve">[01:41] </w:t>
      </w:r>
      <w:r>
        <w:t>yaani ek shakhs qayamat ke din rabulaalameen se apne padosi ke bare mein shikayat karega ke is insaan ke paas meri nijaat ka rasta tha magar isne apne ghar ke darwaze ko mere upar band rakha aur islam ki daawat mujhko nahi diya. jo aaj mere kaam aata aur mujhko aabadi tabahi se bacha leta.</w:t>
      </w:r>
    </w:p>
    <w:p>
      <w:pPr>
        <w:jc w:val="right"/>
      </w:pPr>
      <w:r>
        <w:t>यानी एक शख्स क़ियामत के दिन रबुलालमीन से अपने पड़ोसी के बारे में शिकायत करेगा कि इस इंसान के पास मेरी नेजात का रास्ता था मगर इसने अपने घर के दरवाज़े को मेरे ऊपर बंद रखा और इस्लाम की दावत मुझको नहीं दिया. जो आज मेरे काम आता और मुझको आबधी तबाही से बचा लेता.</w:t>
      </w:r>
    </w:p>
    <w:p>
      <w:r>
        <w:rPr>
          <w:b/>
        </w:rPr>
        <w:t xml:space="preserve">[02:05] </w:t>
      </w:r>
      <w:r>
        <w:t>is hadith mein ek padosi se buradh woh shakhs hai jo duniya mein imaan ka dawa karta tha aur uske paas allah ki hidayat quran aur sunnat ki shakal mein maujood thi. doosre padosi se buradh woh insaan hai jo apni bekhabri ke bina parsa bhi imaan na ban saka. kyunke uske momin padosi ne uski qabile fahm zabaan mein usko allah ki hidayat nahi pahunchai. yahan di is ghayamat ke bare mein hai.</w:t>
      </w:r>
    </w:p>
    <w:p>
      <w:pPr>
        <w:jc w:val="right"/>
      </w:pPr>
      <w:r>
        <w:t>इस हदीज़ में एक पड़ोसी से बुराध वह शख्स है जो दुनिया में ईमान का दावा करता था और उसके पास अल्लाह की हिदायत पुरान और सुनत की शक्ल में मौजूद थी. दूसरे पड़ोसी से बुराद वह इंसान है जो अपनी बेखबरी के बिना परसाई भी ईमान ना वन सका. क्योंकि उसके मोमिल पड़ोसी ने उसकी काबिले फहम ज़बान में उसको अल्लाह की हिदायत नहीं पहुंचाई. यहां दी इस ग़यामत के बारे में है.</w:t>
      </w:r>
    </w:p>
    <w:p>
      <w:r>
        <w:rPr>
          <w:b/>
        </w:rPr>
        <w:t xml:space="preserve">[02:34] </w:t>
      </w:r>
      <w:r>
        <w:t>ghayamat mein kisi ko yeh mehrumi nahi satayegi ke woh duniya mein maadi cheezon ke paaney mein nakaam raha. kyunke ab uska daur khatam ho chuka hoga. qayamat mein kisi ko sirf yeh cheez tadpayegi ke kaash mere padosi ne, meri qabili fahm zabaan mein, mujhko hidayat pahunchai hoti, to main us par imaan laata aur aaj main channat mein daakhle se mehroom na rehta.</w:t>
      </w:r>
    </w:p>
    <w:p>
      <w:pPr>
        <w:jc w:val="right"/>
      </w:pPr>
      <w:r>
        <w:t>ग़यामत में किसी को यह मेहरूनी नहीं सताएगी कि वह दुनिया में मादी चीज़ों के पाने में नाकाम रहा. क्योंकि अब उसका दौर खत्म हो चुका होगा. क़यामत में किसी को सिर्फ यह चीज़ तड़ पाएगी कि काश मेरे पड़ोसी ने, मेरी क़ाबिली फहमज़ाबान में, मुझको हैदायत पहुंचाई होती, तो मैं उस पर ईमान लाता और आज मैं चनत में दाखले से महरूम ना रहता.</w:t>
      </w:r>
    </w:p>
    <w:p>
      <w:r>
        <w:rPr>
          <w:b/>
        </w:rPr>
        <w:t xml:space="preserve">[03:00] </w:t>
      </w:r>
      <w:r>
        <w:t>is hadish ko maujooda zamane ke lihaz se dekha jaye to ismein aam padosi ke alawa electronic padosi in neighbor bhi shamil honge kyunke aaj door ke padosi ko hidayat pahunchana utna hi aasan ho gaya hai jitna ke qareebi padosi ko pahunchana.</w:t>
      </w:r>
    </w:p>
    <w:p>
      <w:pPr>
        <w:jc w:val="right"/>
      </w:pPr>
      <w:r>
        <w:t>इस हदीश को मौजूदा ज़माने के लिहाज से देखा जाए तो इसमें आम पड़ोसी के अलावा electronic पड़ोसी इन neighbor भी शामिल होंगे क्योंकि आज दूर के पड़ोसी को हैदायत पहुंचाना उतना ही आसान हो गया है जितना कि करीबी पड़ोसी को पहुंचाना.</w:t>
      </w:r>
    </w:p>
    <w:p>
      <w:r>
        <w:rPr>
          <w:b/>
        </w:rPr>
        <w:t xml:space="preserve">[03:23] </w:t>
      </w:r>
      <w:r>
        <w:t>is article ko padhkar main is hadish mein jo ismein jo hadish batai gayi hai woh isko padhkar iski jo baat hai ke deen ki daawat ki importance ka uski meaning yeh samajh mein aaya hai ke is duniya mein kisi insaan ke liye nijaat ka rasta agar hum kholte hain to usi ke zariye humare nijaat ka rasta bhi khulega.</w:t>
      </w:r>
    </w:p>
    <w:p>
      <w:pPr>
        <w:jc w:val="right"/>
      </w:pPr>
      <w:r>
        <w:t>इस article को पढ़कर मैं इस हदीश में जो इसमें जो हदीश बताई गई है वह इसको पढ़कर इसकी जो बात है कि दीन की दावत की importance का उसकी meaning यह समझ में आया है कि इस दुनिया में किसी इंसान के लिए निजात का रास्ता अगर हम खोलते हैं तो उसी के ज़रिए हमारे निजात का रास्ता भी खुलेगा.</w:t>
      </w:r>
    </w:p>
    <w:p>
      <w:r>
        <w:rPr>
          <w:b/>
        </w:rPr>
        <w:t xml:space="preserve">[03:53] </w:t>
      </w:r>
      <w:r>
        <w:t>yaani ke humari humari zindagi ka pehla jo asal jo real purpose doosron ko tabahi se bachana hai yahi humari zindagi ka maqsad hai. kyunke yeh kaam humein allah ke zariye allah ne paigambar ke zariye bata diya hai aur agar humne khuda ke is hukum ko na maana to hum hummat e muhammad hi nahi kahlayenge, maaney jayenge.</w:t>
      </w:r>
    </w:p>
    <w:p>
      <w:pPr>
        <w:jc w:val="right"/>
      </w:pPr>
      <w:r>
        <w:t>यानी कि हमारी हमारी ज़िंदगी का पहला जो असल जो real purpose दूसरों को तबाही से बचाना है यही हमारी ज़िंदगी का मकसद है. क्योंकि यह काम हमें अल्लाह के ज़रिए अल्लाह ने पैगंबर के ज़रिए बता दिया है और अगर हमने खुदा के इस सुकुम को ना माना तो हम हममत ए मुहम्मद ही नहीं कहलाएंगे, माने जाएंगे.</w:t>
      </w:r>
    </w:p>
    <w:p>
      <w:r>
        <w:rPr>
          <w:b/>
        </w:rPr>
        <w:t xml:space="preserve">[04:21] </w:t>
      </w:r>
      <w:r>
        <w:t>to iske liye humko pyagambar ki zindagi ko dekhkar usko samajhkar us par amal karna hai aur doosri cheez yeh ismein jo Maulana sahib ne explain kiya hai ke tyamat mein kisi ko yeh mehrumi nahi satayegi ke duniya ki unke liye cheezon ko paaney mein na kaam raha usmein tyamat ke din yeh nahi hai usko pareshan karega kyunke us waqt uska daur khatam ho chuka hoga.</w:t>
      </w:r>
    </w:p>
    <w:p>
      <w:pPr>
        <w:jc w:val="right"/>
      </w:pPr>
      <w:r>
        <w:t>तो इसके लिए हमको प्यागंबर की ज़िंदगी को देखकर उसको समझकर उस पर अमल करना है और दूसरी चीज़ यह इसमें जो मौलाना साहब ने explain किया है कि त्यामत में किसी को यह मेहरूमी नहीं सताएगी कि दुनिया की उनके लिए चीज़ों को पाने में ना काम रहा उसमें त्यामत के दिन यह नहीं है उसको परेशान करेगा क्योंकि उस वक्त उसका दौड़ ख़त्म हो चुका होगा.</w:t>
      </w:r>
    </w:p>
    <w:p>
      <w:r>
        <w:rPr>
          <w:b/>
        </w:rPr>
        <w:t xml:space="preserve">[04:49] </w:t>
      </w:r>
      <w:r>
        <w:t>yaani kyaamat aate hi material cheezon ka daudi khatam ho chuka hoga. to mujhe isse yeh samajh aaya ke yahi material cheezein jo hain, jo insaan ko humein jo hain daawat ke kaam se rokti hain aur ek insaan khud apne ko material duniya material soch se nahi nikal pa raha hai to woh doosron ko kaise nikalega?</w:t>
      </w:r>
    </w:p>
    <w:p>
      <w:pPr>
        <w:jc w:val="right"/>
      </w:pPr>
      <w:r>
        <w:t>यानी क्यामत आते ही material चीज़ों का दौड़ी ख़त्म हो चुका होगा. तो मुझे इससे यह समझ आया कि यही material चीज़ें जो हैं, जो इंसान को हमें जो हैं दावत के काम से रोकती हैं और एक इंसान खुद अपने को material दुनिया material सोच से नहीं निकाल पा रहा है तो वह दूसरों को कैसे निकालेगा?</w:t>
      </w:r>
    </w:p>
    <w:p>
      <w:r>
        <w:rPr>
          <w:b/>
        </w:rPr>
        <w:t xml:space="preserve">[05:16] </w:t>
      </w:r>
      <w:r>
        <w:t>aur yahi insaan ki worldly oriented jo thinking hai uske usko hum aakhirat ke mein iski makhirat mein jo bhi insaan ki jo soch hai worldly oriented usi ki wajah se hum aakhirat makhirat mein bohat badi rukawat ban sakti hai humari makhirat ke liye.</w:t>
      </w:r>
    </w:p>
    <w:p>
      <w:pPr>
        <w:jc w:val="right"/>
      </w:pPr>
      <w:r>
        <w:t>और यही इंसान की worldly oriented जो thinking है उसके उसको हम आख़िरत के में इसकी मख़िरत में जो भी इंसान की जो सोच है worldly oriented उसी की वजह से हम आखिरत मख़रत में बहुत बड़ी रुकावट वन सकती है हमारी मख़रत के लिए.</w:t>
      </w:r>
    </w:p>
    <w:p>
      <w:r>
        <w:rPr>
          <w:b/>
        </w:rPr>
        <w:t xml:space="preserve">[05:35] </w:t>
      </w:r>
      <w:r>
        <w:t>to is hadees ke zariye mujhe dawat ke kaam ki zimmedari ka bohat ziyada shadeed ehsaas hua aur taala ne itne ziyada hamare liye dawat ke jaane ka jo yeh shumar rasta kholkar rakha hua hai bohat mauke khole hue hain. itne intazamat kiye hue hain. uske baad bhi agar hum dawat ka kaam nahi karenge. dawat ko importance nahi denge.</w:t>
      </w:r>
    </w:p>
    <w:p>
      <w:pPr>
        <w:jc w:val="right"/>
      </w:pPr>
      <w:r>
        <w:t>तो इस हदीज़ के ज़रिए मुझे दावत के काम की ज़िम्मेदारी का बहुत ज़्यादा शधीर एहसास हुआ और लताला ने इतने ज़्यादा हमारे लिए दावत के जाने का जो यह शुमार रास्ता खोलकर रखा हुआ है बहुत मौके खोले हुए हैं. इतने इंतज़ामात किए हुए हैं. उसके बाद भी अगर हम दावत का काम नहीं करेंगे. दावत को importance नहीं देंगे.</w:t>
      </w:r>
    </w:p>
    <w:p>
      <w:r>
        <w:rPr>
          <w:b/>
        </w:rPr>
        <w:t xml:space="preserve">[06:00] </w:t>
      </w:r>
      <w:r>
        <w:t>dekh ab early cheezon mein lage hue honge to yakeen hai na hum andar ke qazab se bach nahi sakte.</w:t>
      </w:r>
    </w:p>
    <w:p>
      <w:pPr>
        <w:jc w:val="right"/>
      </w:pPr>
      <w:r>
        <w:t>देख अब early चीज़ों में लगे हुए होंगे तो यकीन है ना हम अंदर के क़ज़ब से बच नहीं सकते.</w:t>
      </w:r>
    </w:p>
    <w:p>
      <w:r>
        <w:rPr>
          <w:b/>
        </w:rPr>
        <w:t xml:space="preserve">[06:11] </w:t>
      </w:r>
      <w:r>
        <w:t>yeh meri samajh mein aaya shafina.</w:t>
      </w:r>
    </w:p>
    <w:p>
      <w:pPr>
        <w:jc w:val="right"/>
      </w:pPr>
      <w:r>
        <w:t>यह मेरी समझ में आया शपिना.</w:t>
      </w:r>
    </w:p>
    <w:p>
      <w:r>
        <w:rPr>
          <w:b/>
        </w:rPr>
        <w:t xml:space="preserve">[06:23] </w:t>
      </w:r>
      <w:r>
        <w:t>jizza killa aapa?</w:t>
      </w:r>
    </w:p>
    <w:p>
      <w:pPr>
        <w:jc w:val="right"/>
      </w:pPr>
      <w:r>
        <w:t>जिज़्ज़ा किल्ला आपा?</w:t>
      </w:r>
    </w:p>
    <w:p>
      <w:r>
        <w:rPr>
          <w:b/>
        </w:rPr>
        <w:t xml:space="preserve">[06:35] </w:t>
      </w:r>
      <w:r>
        <w:t>aapa jab maine yeh article padhi to mujhe ekdam se bahut zyada dar lagne laga isliye ke ismein</w:t>
      </w:r>
    </w:p>
    <w:p>
      <w:pPr>
        <w:jc w:val="right"/>
      </w:pPr>
      <w:r>
        <w:t>आपा जब मैंने यह article पढ़ी तो मुझे एकदम से बहुत ज़्यादा डर लगने लगा इसलिए कि इसमें</w:t>
      </w:r>
    </w:p>
    <w:p>
      <w:r>
        <w:rPr>
          <w:b/>
        </w:rPr>
        <w:t xml:space="preserve">[06:46] </w:t>
      </w:r>
      <w:r>
        <w:t>khaas karke mention hai padosiyon ke bare mein.</w:t>
      </w:r>
    </w:p>
    <w:p>
      <w:pPr>
        <w:jc w:val="right"/>
      </w:pPr>
      <w:r>
        <w:t>ख़ास करके mention है पड़ोसियों के बारे में.</w:t>
      </w:r>
    </w:p>
    <w:p>
      <w:r>
        <w:rPr>
          <w:b/>
        </w:rPr>
        <w:t xml:space="preserve">[06:58] </w:t>
      </w:r>
      <w:r>
        <w:t>jo padosi hamare</w:t>
      </w:r>
    </w:p>
    <w:p>
      <w:pPr>
        <w:jc w:val="right"/>
      </w:pPr>
      <w:r>
        <w:t>जो पड़ोसी हमारे</w:t>
      </w:r>
    </w:p>
    <w:p>
      <w:r>
        <w:rPr>
          <w:b/>
        </w:rPr>
        <w:t xml:space="preserve">[07:10] </w:t>
      </w:r>
      <w:r>
        <w:t>share karein. billah, assalamualaykum. billah rehmane raheem. baqi mein yeh dawat ek sangeen zimmedari bohat bohat dil ko taiz karne wala, dil ko hilane wala article hai. is article mein Maulana ne Huzoor sallallahu alaihi wasallam ki hadees padosi ke bare mein likhi mein likha hai.</w:t>
      </w:r>
    </w:p>
    <w:p>
      <w:pPr>
        <w:jc w:val="right"/>
      </w:pPr>
      <w:r>
        <w:t>share करें. बिल्लाह, अस्सलामालायकुम. बिल्लाह रहमाने रही. बाकी में यह दावत एक संगीत ज़म्मेदारी बहुत बहुत दिल को तैज करने वाला, दिल को हिलाने वाला article है. इस article में मौलाना ने हुज़ूर सल्लाह अल ए बसल्लम की हदीस पड़ोसी के बारे में लिखी में लिखा है.</w:t>
      </w:r>
    </w:p>
    <w:p>
      <w:r>
        <w:rPr>
          <w:b/>
        </w:rPr>
        <w:t xml:space="preserve">[07:35] </w:t>
      </w:r>
      <w:r>
        <w:t>to yaani agar hum apne padosi ko Allah ki message nahi pahunch dein to aur usko nahi bataye</w:t>
      </w:r>
    </w:p>
    <w:p>
      <w:pPr>
        <w:jc w:val="right"/>
      </w:pPr>
      <w:r>
        <w:t>तो यानी अगर हम अपने पड़ोसी को अल्लाह की message नहीं पहुंचा दें तो और उसको नहीं बताएं</w:t>
      </w:r>
    </w:p>
    <w:p>
      <w:r>
        <w:rPr>
          <w:b/>
        </w:rPr>
        <w:t xml:space="preserve">[07:42] </w:t>
      </w:r>
      <w:r>
        <w:t>to woh qayamat ke din Allah se shikayat karega aur isliye kisne mujhe aapki message batai nahi aur</w:t>
      </w:r>
    </w:p>
    <w:p>
      <w:pPr>
        <w:jc w:val="right"/>
      </w:pPr>
      <w:r>
        <w:t>तो वह कयामत के दिन अल्लाह से शिकायत करेगा और इसलिए किसने मुझे आपकी message बताई नहीं और</w:t>
      </w:r>
    </w:p>
    <w:p>
      <w:r>
        <w:rPr>
          <w:b/>
        </w:rPr>
        <w:t xml:space="preserve">[07:49] </w:t>
      </w:r>
      <w:r>
        <w:t>apni bhalai ko mujhse roka aur imaan walon ke jitne bhi sare padosi hain iska matlab hai ke</w:t>
      </w:r>
    </w:p>
    <w:p>
      <w:pPr>
        <w:jc w:val="right"/>
      </w:pPr>
      <w:r>
        <w:t>अपनी भलाई को मुझसे रोका और ईमान वालों के जितने भी सारे पड़ोसी हैं इसका मतलब है कि</w:t>
      </w:r>
    </w:p>
    <w:p>
      <w:r>
        <w:rPr>
          <w:b/>
        </w:rPr>
        <w:t xml:space="preserve">[07:57] </w:t>
      </w:r>
      <w:r>
        <w:t>sare imaan walon ke padosi yeh uski shikayat karenge aur yeh bhi ho sakta hai ke bahut se</w:t>
      </w:r>
    </w:p>
    <w:p>
      <w:pPr>
        <w:jc w:val="right"/>
      </w:pPr>
      <w:r>
        <w:t>सारे ईमान वालों के पड़ोसी यह उसकी शिकायत करेंगे और यह भी हो सकता है कि बहुत से</w:t>
      </w:r>
    </w:p>
    <w:p>
      <w:r>
        <w:rPr>
          <w:b/>
        </w:rPr>
        <w:t xml:space="preserve">[08:04] </w:t>
      </w:r>
      <w:r>
        <w:t>log yeh kahein ke Allah hamein to pata hi nahi tha.</w:t>
      </w:r>
    </w:p>
    <w:p>
      <w:pPr>
        <w:jc w:val="right"/>
      </w:pPr>
      <w:r>
        <w:t>लोग यह कहें कि अल्लाह हमें तो पता ही नहीं था.</w:t>
      </w:r>
    </w:p>
    <w:p>
      <w:r>
        <w:rPr>
          <w:b/>
        </w:rPr>
        <w:t xml:space="preserve">[08:12] </w:t>
      </w:r>
      <w:r>
        <w:t>to Allah poochega ki inke padosi kaun the? tab bhi hum pakde jayenge. to isliye Maulana to kehte the aur ab bhi apne writing ke through kehte hain ki dawat ek sangeen zimmedari hai to humein apne ko bachane ke liye apni is zimmedari ko nibhana bohat zaroori hai. jaise abhi shabina ne kaha ki isko padhkar bohat dar lagta hai, dar lagne laga.</w:t>
      </w:r>
    </w:p>
    <w:p>
      <w:pPr>
        <w:jc w:val="right"/>
      </w:pPr>
      <w:r>
        <w:t>तो अल्लाह पूछेगा कि इनके पड़ोसी कौन थे? तब भी हम पकड़े जाएंगे. तो इसलिए मौलाना तो कहते थे और अब भी अपने writing के through कहते हैं कि दांवत एक संगीत ज़िम्मेदारी है तो हमें अपने को बचाने के लिए अपनी इस ज़िम्मेदारी को निभाना बहुत ज़रूरी है. जैसे अभी शबीना ने कहा कि इसको पढ़कर बहुत डर लगता है, डर लगने लगा.</w:t>
      </w:r>
    </w:p>
    <w:p>
      <w:r>
        <w:rPr>
          <w:b/>
        </w:rPr>
        <w:t xml:space="preserve">[08:42] </w:t>
      </w:r>
      <w:r>
        <w:t>kabhi hum karte hain, kabhi yeh kaam humse chhut jata hai to yeh waqi mein. to agar hum Allah ki message ko nahi pahunchayenge to hamari Allah se log shikayat karenge aur aakhir mein Allah humse hi sawal karega ki kyun nahi bataya? aur next road padosi to ab next road padosi to hai hi lekin ab jaise Maulana bhi likh rahe hain ki online padosi bhi ab hamara sab padosi hai.</w:t>
      </w:r>
    </w:p>
    <w:p>
      <w:pPr>
        <w:jc w:val="right"/>
      </w:pPr>
      <w:r>
        <w:t>कभी हम करते हैं, कभी यह काम हमसे छुट जाता है तो यह वाकी में. तो अगर हम अल्लाह की message को नहीं पहुंचाएंगे तो हमारी अल्लाह से लोग शिकायत करेंगे और आखिर में अल्लाह हमसे ही सवाल करेगा कि क्यों नहीं बताया? और next road पड़ोसी तो अब next road पड़ोसी तो है ही लेकिन अब जैसे मालाना भी लिख रहे हैं कि online पड़ोसी भी अब हमारा सब पड़ोसी है.</w:t>
      </w:r>
    </w:p>
    <w:p>
      <w:r>
        <w:rPr>
          <w:b/>
        </w:rPr>
        <w:t xml:space="preserve">[09:10] </w:t>
      </w:r>
      <w:r>
        <w:t>sab duniya ek tarah se padosi hai. to jo log non muslim hain, jo Allah ki dawat se bekhabar hain kyunki hum logon ko jo momin hain jinke paas Quran hai, yeh hidayat hai unhone bekhabar logon ko inki zabaan Quran mein, uski zabaan mein Quran nahi pahunchaya. isliye CPS mission jo ki Maulana ne shuru kiya tha jiske hum sab members hain.</w:t>
      </w:r>
    </w:p>
    <w:p>
      <w:pPr>
        <w:jc w:val="right"/>
      </w:pPr>
      <w:r>
        <w:t>सब दुनिया एक तरह से पड़ोसी है. तो जो लोग non मुस्लिम हैं, जो अल्लाह की दावत से बेखबर हैं क्योंकि हम लोगों को जो मुमिन है जिनके पास कुरान है, यह हिदायत है उन्होंने बेखबर लोगों को इनकी ज़बान कुरान में, उसकी ज़बान में कुरान नहीं पहुंचाया. इसलिए CPS mission जो कि मौलाना ने शुरू किया था जिसके हम सब members हैं.</w:t>
      </w:r>
    </w:p>
    <w:p>
      <w:r>
        <w:rPr>
          <w:b/>
        </w:rPr>
        <w:t xml:space="preserve">[09:37] </w:t>
      </w:r>
      <w:r>
        <w:t>humein baar baar dawat ki importance batai gayi hai aur hamari zimmedari to bohat badi hai aur sangeen hai. taqreeban tees battis languages mein Quran ke tarjume available hain jaisa ki hum jaante hain.</w:t>
      </w:r>
    </w:p>
    <w:p>
      <w:pPr>
        <w:jc w:val="right"/>
      </w:pPr>
      <w:r>
        <w:t>हमें बार बार दावत की importance बताई गई है और हमारी ज़िम्मेदारी तो बहुत बड़ी है और संगीन है. तकरीबन तीस बत्तीस languages में कुरान के तर्जू में available हैं जैसा कि हम जानते हैं.</w:t>
      </w:r>
    </w:p>
    <w:p>
      <w:r>
        <w:rPr>
          <w:b/>
        </w:rPr>
        <w:t xml:space="preserve">[09:53] </w:t>
      </w:r>
      <w:r>
        <w:t>to isliye humein unki zabaan mein unko pahunchana zaroori hai aur Allah ke creation plan ke bare mein bhi batana hai isliye humein apni gaadi mein, apne bag mein jahan par bhi hum ja rahe hain to usmein yeh translation rakhna chahiye taki jaise bhi zaroorat pade woh hum material jo hai woh de sakein hamare paas woh material ko.</w:t>
      </w:r>
    </w:p>
    <w:p>
      <w:pPr>
        <w:jc w:val="right"/>
      </w:pPr>
      <w:r>
        <w:t>तो इसलिए हमें उनकी ज़बान में उनको पहुंचाना ज़रूरी है और अल्लाह के creation plan के बारे में भी बताना है इसलिए हमें अपनी गाड़ी में, अपने bag में जहां पर भी हम जा रहे हैं तो उसमें यह translation रखना चाहिए ताकि जैसे भी ज़रूरत पड़े वह हम material जो है वह दे सके हमारे पास वह material को.</w:t>
      </w:r>
    </w:p>
    <w:p>
      <w:r>
        <w:rPr>
          <w:b/>
        </w:rPr>
        <w:t xml:space="preserve">[10:18] </w:t>
      </w:r>
      <w:r>
        <w:t>to Maulana se jab koi poochta tha ki kaise karein? to ab yeh baat hamare boss samajh mein aati hai ki unhone kabhi nahi bataya ki aise karo kyunki woh jo bhi situation hai uske hisab se jaise abhi shabina ne bataya ki maine kuch kaam aur shuru kiya aur phir mere paas jagah bachi to maine usmein yeh kar liya. phir mujhe laga yeh situation aayi ki ek aurat taaki unse baat karne lagi.</w:t>
      </w:r>
    </w:p>
    <w:p>
      <w:pPr>
        <w:jc w:val="right"/>
      </w:pPr>
      <w:r>
        <w:t>तो मौलाना से जब कोई पूछता था कि कैसे करें? तो अब यह बात हमारे boss समझ में आती है कि उन्होंने कभी नहीं बताया कि ऐसे करो क्योंकि वह जो भी situation है उसके हिसाब से जैसे अभी शविना ने बताया कि मैंने कुछ काम और शुरू किया और फिर मेरे पास जगह बची तो मैंने उसमें यह कर लिया. फिर मुझे लगा यह situation आई कि एक औरत ताकि उनसे बात करने लगी.</w:t>
      </w:r>
    </w:p>
    <w:p>
      <w:r>
        <w:rPr>
          <w:b/>
        </w:rPr>
        <w:t xml:space="preserve">[10:43] </w:t>
      </w:r>
      <w:r>
        <w:t>to to isliye humein nahi pata ki kya cheez Allah hamari kahan madad kar raha hai? to isliye humein har waqt uske liye taiyar rehna hai aur yeh bhi hai ki ab jab jis bhi airport par jao wahan kahin prayer room hote hain to humein dikhta hai ki wahan Maulana ka Quran rakha hua hai. ziyada khushi bhi hoti hai lekin bohat si jagah nahi available hai. to humein yeh karna hai.</w:t>
      </w:r>
    </w:p>
    <w:p>
      <w:pPr>
        <w:jc w:val="right"/>
      </w:pPr>
      <w:r>
        <w:t>तो तो इसलिए हमें नहीं पता कि क्या चीज़ अल्लाह हमारी कहां मदद कर रहा है? तो इसलिए हमें हर्त्वाक़्त उसके लिए तैयार रहना है और यह भी है कि अब जब जिस भी airport पर जाओ वहां कहीं prayer room होते हैं तो हमें दिखता है कि वहां मौलाना का पुरान रखा हुआ है. ज़्यादा खुशी भी होती है लेकिन बहुत सी जगह नहीं available है. तो हमें यह करना है.</w:t>
      </w:r>
    </w:p>
    <w:p>
      <w:r>
        <w:rPr>
          <w:b/>
        </w:rPr>
        <w:t xml:space="preserve">[11:10] </w:t>
      </w:r>
      <w:r>
        <w:t>main apni ekadh kuch examples hain woh discuss karun kyunki yahan par unhi examples hain ek doosre se learn karte hain. to jab main Department of education Delhi University mein padhati thi ab to retire hoon. to main kuch apni maze par Quran rakh leti thi. to students kaafi unse interaction rehta hai kyunki yeh teacher education ka department tha to bohat interaction students se. to aate the ki ma'am what is this? maine kaha Quran English mein hai ya Hindi mein hai?</w:t>
      </w:r>
    </w:p>
    <w:p>
      <w:pPr>
        <w:jc w:val="right"/>
      </w:pPr>
      <w:r>
        <w:t>मैं अपनी एकाध कुछ examples हैं वह discuss करूं क्योंकि यहां पर उन्हीं examples हैं एक दूसरे से learn करते हैं. तो जब मैं Department of education दिल्ली university में पढ़ाती थी अब तो retire हूं. तो मैं कुछ अपनी maze पर कुरान रख लेती थी. तो students काफ़ी उनसे interaction रहता है क्योंकि यह teacher education का department था तो बहुत interaction students से. तो आते थे कि ma'am what is this? मैंने कहा कुरान English में है या हिंदी में है?</w:t>
      </w:r>
    </w:p>
    <w:p>
      <w:r>
        <w:rPr>
          <w:b/>
        </w:rPr>
        <w:t xml:space="preserve">[11:40] </w:t>
      </w:r>
      <w:r>
        <w:t>Can I see it? maine kaha sure dekho, dekha. maine kaha you can keep it if you want to read it. Ok, can I? Sure. to is tarah se ab jab woh doosron ke paas jaye to kahan se mila? tumhein ma'am ne diya. to phir aakar doosra bhi mangta tha. to bagair kahe woh cheez ab bas rakhne se bohat logon tak woh pahunch jata tha.</w:t>
      </w:r>
    </w:p>
    <w:p>
      <w:pPr>
        <w:jc w:val="right"/>
      </w:pPr>
      <w:r>
        <w:t>Can I see it? मैंने कहा sure देखो, देखा. मैंने कहा you can keep it if you want to read it. Ok, can I? Sure. तो इस तरह से अब जब वह दूसरों के पास जाए तो कहां से मिला? तुम्हें ma'am ने दिया. तो फिर आकर दूसरा भी मांगता था. तो बगैर कहे वह चीज़ अब बस रखने से बहुत लोगों तक वह पहुंच जाता था.</w:t>
      </w:r>
    </w:p>
    <w:p>
      <w:r>
        <w:rPr>
          <w:b/>
        </w:rPr>
        <w:t xml:space="preserve">[12:02] </w:t>
      </w:r>
      <w:r>
        <w:t>ek baar Maulana ko bulaya tha apne kisi discussion mein, department mein tabhi humne Quran baante aur hamare students sab lage hue the ki zimmedari jab bahar gaye because un logon ne arrange kiya tha Maulana ka talk. uske alawa mere husband bimar the matlab unki chemotherapy ke liye hum jate the hospital. to main Quran le jati thi. to mere haath mein Quran tha. to main doctor ke paas khadi hui thi. unhone pucha ki yeh kya hai?</w:t>
      </w:r>
    </w:p>
    <w:p>
      <w:pPr>
        <w:jc w:val="right"/>
      </w:pPr>
      <w:r>
        <w:t>एक बार मौलाना को बुलाया था अपने किसी discussion में, department में तभी हमने कुरान बांटे और हमारे students सब लगे हुए थे कि ज़िम्मेदारी जब बाहर गए because उन लोगों ने arrange किया था मौलाना का talk. उसके अलावा मेरे husband बीमार थे मतलब उनकी chemotherapy के लिए हम जाते थे hospital. तो मैं कुरान ले जाती थी. तो मेरे हाथ में कुरान था. तो मैं doctor के पास खड़ी हुई थी. उन्होंने पुछा कि यह क्या है?</w:t>
      </w:r>
    </w:p>
    <w:p>
      <w:r>
        <w:rPr>
          <w:b/>
        </w:rPr>
        <w:t xml:space="preserve">[12:31] </w:t>
      </w:r>
      <w:r>
        <w:t>maine kaha ki English ka Quran hai. bole kiske liye? maine kaha aapko de dena hai mujhe. to bole aapko pata hai?</w:t>
      </w:r>
    </w:p>
    <w:p>
      <w:pPr>
        <w:jc w:val="right"/>
      </w:pPr>
      <w:r>
        <w:t>मैंने कहा कि English का कुरान है. बोले किसके लिए? मैंने कहा आपको दे देना है मुझे. तो बोले आपको पता है?</w:t>
      </w:r>
    </w:p>
    <w:p>
      <w:r>
        <w:rPr>
          <w:b/>
        </w:rPr>
        <w:t xml:space="preserve">[12:39] </w:t>
      </w:r>
      <w:r>
        <w:t>main Maulana ne ek talk di thi creation plan par aur death ki, death ke bare mein jo</w:t>
      </w:r>
    </w:p>
    <w:p>
      <w:pPr>
        <w:jc w:val="right"/>
      </w:pPr>
      <w:r>
        <w:t>मैं मोलाना ने एक talk दी थी creation plan पर और death की, death के बारे में जो</w:t>
      </w:r>
    </w:p>
    <w:p>
      <w:r>
        <w:rPr>
          <w:b/>
        </w:rPr>
        <w:t xml:space="preserve">[13:00] </w:t>
      </w:r>
      <w:r>
        <w:t>logon ne bahut appreciate bhi kari us waqt humne Quran baante.</w:t>
      </w:r>
    </w:p>
    <w:p>
      <w:pPr>
        <w:jc w:val="right"/>
      </w:pPr>
      <w:r>
        <w:t>लोगों ने बहुत appreciate भी करी उस वक्त हमने कुरान बांटे.</w:t>
      </w:r>
    </w:p>
    <w:p>
      <w:r>
        <w:rPr>
          <w:b/>
        </w:rPr>
        <w:t xml:space="preserve">[13:21] </w:t>
      </w:r>
      <w:r>
        <w:t>to yeh to khair purani baatein hain lekin humein har waqt, har tarah ke opportunities istemal karna hai aur kabhi kabhi humein negative experiences bhi ho jate hain ki koi mana kar deta hai. to jab mana kar de to humein patience rakhna hai. humein bilkul usko juda nahi manna hai, kuch nahi karna hai.</w:t>
      </w:r>
    </w:p>
    <w:p>
      <w:pPr>
        <w:jc w:val="right"/>
      </w:pPr>
      <w:r>
        <w:t>तो यह तो खैर पुरानी बातें हैं लेकिन हमें हर वक्त, हर तरह के opportunities इस्तेमाल करना है और कभी कभी हमें negative experience भी हो जाते हैं कि कोई मना कर देता है. तो जब मना कर दे तो हमें patience रखना है. हमें बिल्कुल उसको जुड़ा नहीं मानना है, कुछ नहीं करना है.</w:t>
      </w:r>
    </w:p>
    <w:p>
      <w:r>
        <w:rPr>
          <w:b/>
        </w:rPr>
        <w:t xml:space="preserve">[13:44] </w:t>
      </w:r>
      <w:r>
        <w:t>to is article ko padhkar to waqai mein apni zimmedari ka baar baar insaas hota hai. kyunki aap kaam shuru karte hain, kabhi ruk jata hai to is tarah ke article padhkar baar baar aap sochte hain ki aur opportunities jo hain unko hum use karein. hum bohat baar sochte hain ki are hum yeh hota to hum yeh kar lete.</w:t>
      </w:r>
    </w:p>
    <w:p>
      <w:pPr>
        <w:jc w:val="right"/>
      </w:pPr>
      <w:r>
        <w:t>तो इस article को पढ़कर तो वाकई में अपनी ज़िम्मेदारी का बार बार इंसास होता है. क्योंकि आप काम शुरू करते हैं, कभी रुक जाता है तो इस तरह के article पढ़कर बार बार आप सोचते हैं कि और opportunities जो हैं उनको हम use करें. हम बहुत बार सोचते हैं कि अरे हम यह होता तो हम यह कर लेते.</w:t>
      </w:r>
    </w:p>
    <w:p>
      <w:r>
        <w:rPr>
          <w:b/>
        </w:rPr>
        <w:t xml:space="preserve">[14:05] </w:t>
      </w:r>
      <w:r>
        <w:t>to bas Allah hamari madad kare is kaam mein kyunki Allah ke Allah ki madad ke bagair kuch nahi ho sakta aur bazwaq itne positive experiences hote hain ki jinse bohat himmat aati hai. to jaza kallah is baat ko humein sab logon se bohat learn karna hai. ayesha aur bohat saare log aap bohat kuch kaam karte hain aur unse bhi badi learning hoti hai.</w:t>
      </w:r>
    </w:p>
    <w:p>
      <w:pPr>
        <w:jc w:val="right"/>
      </w:pPr>
      <w:r>
        <w:t>तो बस अल्लाह हमारी मदद करे इस काम में क्योंकि अल्लाह के अल्लाह की मदद के बगैर कुछ नहीं हो सकता और बाज़वाक इतने positive experiences होते हैं कि जिनसे बहुत हिम्मत आती है. तो जज़ा कल्लाह इस बात को हमें सब लोगों से बहुत learn करना है. आयशाह और बहुत सारे लोग आप बहुत कुछ काम करते हैं और उनसे भी बड़ी learning होती है.</w:t>
      </w:r>
    </w:p>
    <w:p>
      <w:r>
        <w:rPr>
          <w:b/>
        </w:rPr>
        <w:t xml:space="preserve">[14:32] </w:t>
      </w:r>
      <w:r>
        <w:t>ek doosre se share karke jaza kallah mein. to humein bhi wapas dekar hum yeh kar sakenge. reetina aap mute hain. haan.</w:t>
      </w:r>
    </w:p>
    <w:p>
      <w:pPr>
        <w:jc w:val="right"/>
      </w:pPr>
      <w:r>
        <w:t>एक दूसरे से share करके जज़ा कल्ला में. तो हमें भी वापस देकर हम यह कर सकेंगे. रितीना आप mute हैं. हां.</w:t>
      </w:r>
    </w:p>
    <w:p>
      <w:r>
        <w:rPr>
          <w:b/>
        </w:rPr>
        <w:t xml:space="preserve">[15:00] </w:t>
      </w:r>
      <w:r>
        <w:t>Yes, apa for sharing your experiences. I'm sure all the who are in the CPS mission ladies were group. They are all doing in some way or the other, and they definitely have lot of things to share about the experiences there while treading this part of dawa work. So I invite doctor stefina to, share her learning regarding this dawa work. Assalam ulaikum? Walekum assalam.</w:t>
      </w:r>
    </w:p>
    <w:p>
      <w:pPr>
        <w:jc w:val="right"/>
      </w:pPr>
      <w:r>
        <w:t>Yes, आपा for sharing your experiences. I'm sure all the who are in the CPS mission ladies were group. They are all doing in some way or the other, and they definitely have lot of things to share about the experiences there while treading this part of दावा work. So I invite doctor स्थफ़ीना to, share her learning regarding this दावा work. अस्सलाम उलेख दूं? वालिक इस्लाम.</w:t>
      </w:r>
    </w:p>
    <w:p>
      <w:r>
        <w:rPr>
          <w:b/>
        </w:rPr>
        <w:t xml:space="preserve">[15:30] </w:t>
      </w:r>
      <w:r>
        <w:t>is article ko padhkar jaise ki sab log bata rahe hain ki bohat ziyada clear ho raha hai ki dawa work kitna important hai hum logon ke liye. kaise humein apni accountability ka ehsaas dila raha hai yeh article. kyunki jaise famida apa ne kaha ki agar hum apne aap ko ummate Muhammad hi mante hain to hamare liye ek lazmi farz hai ki hum is kaam ko karein.</w:t>
      </w:r>
    </w:p>
    <w:p>
      <w:pPr>
        <w:jc w:val="right"/>
      </w:pPr>
      <w:r>
        <w:t>इस article को पढ़कर जैसे कि सब लोग बता रहे हैं कि बहुत ज़्यादा clear हो रहा है कि दावा वर्ग कितना important है हम लोगों के लिए. कैसे हमें अपनी accountability का एहसास दिला रहा है यह article. क्योंकि जैसे फ़मीदाप्पा ने कहा कि अगर हम अपने आप को उम्मतें मोहम्मद ही मानते हैं तो हमारे लिए एक लाज़मी फर्ज है कि हम इस काम को करें.</w:t>
      </w:r>
    </w:p>
    <w:p>
      <w:r>
        <w:rPr>
          <w:b/>
        </w:rPr>
        <w:t xml:space="preserve">[15:55] </w:t>
      </w:r>
      <w:r>
        <w:t>jaisa ki Quran mein kaha gaya hai musalmanon se ki is tarah humne tumhe beach ki ummat bana diya taki tum logon ke upar gawah bano aur rasool tumhare upar gawah bane. to hamari jo yeh ummate vyavastha ya beach ki ummat hone ki position hai yeh itself clear karti hai ki hamara role kya hona chahiye? hamari zindagi ki priority kya honi chahiye? aise hi hadeeson mein bhi aaya hai ki humein atallah ka gawah bankar rehna hai.</w:t>
      </w:r>
    </w:p>
    <w:p>
      <w:pPr>
        <w:jc w:val="right"/>
      </w:pPr>
      <w:r>
        <w:t>जैसा कि कुरान में कहा गया है मुसलमानों से कि इस तरह हमने तुम्हें beach की उम्मीद बना दिया ताकि तुम लोगों के ऊपर गवाह बनो और रसूल तुम्हारे ऊपर गवाह बने. तो हमारी जो यह उम्मते व्यवस्थ या beach की उम्मत होने की position है यह itself clear करती है कि हमारा role क्या होना चाहिए? हमारी ज़िंदगी की priority क्या होनी चाहिए? ऐसे ही हदीसों में भी आया है कि हमें अटलाह का गवाह बनकर रहना है.</w:t>
      </w:r>
    </w:p>
    <w:p>
      <w:r>
        <w:rPr>
          <w:b/>
        </w:rPr>
        <w:t xml:space="preserve">[16:23] </w:t>
      </w:r>
      <w:r>
        <w:t>purane daur mein to paigambar ke liye hi yeh kaam par tha aur paigambar yeh kaam apne mukhatabeen se kiya karte the. lekin ab kyunki paigambar nahi aane wale hain to yeh hum par yaani ki ummat e Mohammadi par ek pariza hai, responsibility hai jo humein doosron tak pahunchani hai. kyunki log generations after generations paida ho rahe hain to un tak yeh baat pahunchni zaroori hai ki zindagi kya hai? uski haqeeqat kya hai?</w:t>
      </w:r>
    </w:p>
    <w:p>
      <w:pPr>
        <w:jc w:val="right"/>
      </w:pPr>
      <w:r>
        <w:t>पुराने दौर में तो पैगंबर के लिए ही यह काम पर था और पैगंबर यह काम अपने मुखातबीन से किया करते थे. लेकिन अब क्योंकि पैगंबर नहीं आने वाले हैं तो यह हम पर यानी कि उम्मत ए मोहम्मदी पर एक परीज़ा है, responsibility है जो हमें दूसरों तक पहुंचानी है. क्योंकि लोग generations after generations पैदा हो रहे हैं तो उन तक यह बात पहुंचनी ज़रूरी है कि ज़िंदगी क्या है? उसकी हक्तीकत क्या है?</w:t>
      </w:r>
    </w:p>
    <w:p>
      <w:r>
        <w:rPr>
          <w:b/>
        </w:rPr>
        <w:t xml:space="preserve">[16:51] </w:t>
      </w:r>
      <w:r>
        <w:t>khuda humse kya chahta hai?</w:t>
      </w:r>
    </w:p>
    <w:p>
      <w:pPr>
        <w:jc w:val="right"/>
      </w:pPr>
      <w:r>
        <w:t>खुदा हमसे क्या चाहता है?</w:t>
      </w:r>
    </w:p>
    <w:p>
      <w:r>
        <w:rPr>
          <w:b/>
        </w:rPr>
        <w:t xml:space="preserve">[16:56] </w:t>
      </w:r>
      <w:r>
        <w:t>to ek to yeh baat hum sab jante hain ke yeh yeh jo ummate-e-waseh hai isko log fazilat</w:t>
      </w:r>
    </w:p>
    <w:p>
      <w:pPr>
        <w:jc w:val="right"/>
      </w:pPr>
      <w:r>
        <w:t>तो एक तो यह बात हम सब जानते हैं कि यह यह जो उम्मतेव्सद है इसको लोग फ़ज़ीलत</w:t>
      </w:r>
    </w:p>
    <w:p>
      <w:r>
        <w:rPr>
          <w:b/>
        </w:rPr>
        <w:t xml:space="preserve">[17:02] </w:t>
      </w:r>
      <w:r>
        <w:t>maan ne lagte hain.</w:t>
      </w:r>
    </w:p>
    <w:p>
      <w:pPr>
        <w:jc w:val="right"/>
      </w:pPr>
      <w:r>
        <w:t>मानने लगते हैं.</w:t>
      </w:r>
    </w:p>
    <w:p>
      <w:r>
        <w:rPr>
          <w:b/>
        </w:rPr>
        <w:t xml:space="preserve">[17:07] </w:t>
      </w:r>
      <w:r>
        <w:t>This is not a fazilat.</w:t>
      </w:r>
    </w:p>
    <w:p>
      <w:pPr>
        <w:jc w:val="right"/>
      </w:pPr>
      <w:r>
        <w:t>This is not a फ़ज़ीलत.</w:t>
      </w:r>
    </w:p>
    <w:p>
      <w:r>
        <w:rPr>
          <w:b/>
        </w:rPr>
        <w:t xml:space="preserve">[17:13] </w:t>
      </w:r>
      <w:r>
        <w:t>yeh ek responsibility hai hum log.</w:t>
      </w:r>
    </w:p>
    <w:p>
      <w:pPr>
        <w:jc w:val="right"/>
      </w:pPr>
      <w:r>
        <w:t>यह एक responsibility है हम लोग.</w:t>
      </w:r>
    </w:p>
    <w:p>
      <w:r>
        <w:rPr>
          <w:b/>
        </w:rPr>
        <w:t xml:space="preserve">[17:18] </w:t>
      </w:r>
      <w:r>
        <w:t>is ko humein samajhna chahiye ke humein ummate-e-waseh kyun kaha gaya hai?</w:t>
      </w:r>
    </w:p>
    <w:p>
      <w:pPr>
        <w:jc w:val="right"/>
      </w:pPr>
      <w:r>
        <w:t>इसको हमें समझना चाहिए कि हमें उम्मतेव्सद क्यों कहा गया है?</w:t>
      </w:r>
    </w:p>
    <w:p>
      <w:r>
        <w:rPr>
          <w:b/>
        </w:rPr>
        <w:t xml:space="preserve">[17:24] </w:t>
      </w:r>
      <w:r>
        <w:t>85 mein shaad hua hai. kasam hai burjon wale aasman ki aur vaade wale din ki aur shahid ki aur mashhood ki. isse pata chala hai ki aakhirat mein Allah ke nazdeek insano ki kismat ka faisla jis khaas buniyad par kiya jayega, usko yahan shahid aur mashhood kaha gaya hai. yaani aakhirat mein do group honge Allah ke saamne.</w:t>
      </w:r>
    </w:p>
    <w:p>
      <w:pPr>
        <w:jc w:val="right"/>
      </w:pPr>
      <w:r>
        <w:t>85 में शाद हुआ है. कसम है बुर्जों वाले आसमान की और वादे वाले दिन की और शाहिद की और मशहूद की. इससे पता चला है कि आख़िरत में अल्लाह के नज़दीक इंसानों की किस्मत का फ़ैसला जिस ख़ास बुनियाद पर किया जाएगा, उसको यहां शाहिद और मशहूद कहा गया है. यानी आख़िरत में दो group होंगे अल्लाह के सामने.</w:t>
      </w:r>
    </w:p>
    <w:p>
      <w:r>
        <w:rPr>
          <w:b/>
        </w:rPr>
        <w:t xml:space="preserve">[17:49] </w:t>
      </w:r>
      <w:r>
        <w:t>ek shahid jo gawahi dene wala hai aur ek mashhood yani jis ko hum apni zabaan mein daai aur</w:t>
      </w:r>
    </w:p>
    <w:p>
      <w:pPr>
        <w:jc w:val="right"/>
      </w:pPr>
      <w:r>
        <w:t>एक शाहिद जो पवाही देने वाला है और एक मशहूद यानी जिसको हम अपनी ज़बान में दाई और</w:t>
      </w:r>
    </w:p>
    <w:p>
      <w:r>
        <w:rPr>
          <w:b/>
        </w:rPr>
        <w:t xml:space="preserve">[18:05] </w:t>
      </w:r>
      <w:r>
        <w:t>do kehte hain aur koi material power koi bhi cheez wahan par hamari pahunch paya?</w:t>
      </w:r>
    </w:p>
    <w:p>
      <w:pPr>
        <w:jc w:val="right"/>
      </w:pPr>
      <w:r>
        <w:t>दू कहते हैं और कोई material power कोई भी चीज़ वहां पर हमारी पहुंच पाया?</w:t>
      </w:r>
    </w:p>
    <w:p>
      <w:r>
        <w:rPr>
          <w:b/>
        </w:rPr>
        <w:t xml:space="preserve">[18:21] </w:t>
      </w:r>
      <w:r>
        <w:t>to daai hone ke naate hamein woh daaiyana kirdaar bhi ada karna hoga. hamari istitaat ke mutabiq jo taqat humne ki hogi woh uski bhi puchh-gachh hogi aur teesra ki hum koi bhi kaam aisa na karein ki jo dawat ke kaam mein ya dawat ke mahaul ko kharab karein uske liye bhi hamari hi zimmedari hogi.</w:t>
      </w:r>
    </w:p>
    <w:p>
      <w:pPr>
        <w:jc w:val="right"/>
      </w:pPr>
      <w:r>
        <w:t>तो दाई होने के नाते हमें वह दाईयाना किरदार भी अदा करना होगा. हमारी इस्ततात के मुताबिक जो तावत हमने की होगी वह उसकी भी पुछगच होगी और तीसरा कि हम कोई भी काम ऐसा ना करें कि जो दावत के काम में या दावत के माहौल को ख़राब करें उसके लिए भी हमारी ही ज़िम्मेदारी होगी.</w:t>
      </w:r>
    </w:p>
    <w:p>
      <w:r>
        <w:rPr>
          <w:b/>
        </w:rPr>
        <w:t xml:space="preserve">[18:44] </w:t>
      </w:r>
      <w:r>
        <w:t>to daai hone ke naate hamein daawa karna hai, logon tak paigham pahunchana hai, apna kirdaar bhi daai ki tarah banakar rakhna hai aur apne aap ko poori tarah se ek ek samajh lekar apni life ka orientation hi yeh rakhna hai ki hamari priority aisa ho ki hum rawa work kar sakein.</w:t>
      </w:r>
    </w:p>
    <w:p>
      <w:pPr>
        <w:jc w:val="right"/>
      </w:pPr>
      <w:r>
        <w:t>तो दाई होने के नाते हमें दावा करना है, लोगों तक पैगाम पहुंचाना है, अपना किरदार भी दाई की तरह बनाकर रखना है और अपने आप को पूरी तरह से एक एक समझ लेकर अपनी life का orientation ही यह रखना है कि हमारी priority ऐसा हो कि हम रावा work कर सकें.</w:t>
      </w:r>
    </w:p>
    <w:p>
      <w:r>
        <w:rPr>
          <w:b/>
        </w:rPr>
        <w:t xml:space="preserve">[19:05] </w:t>
      </w:r>
      <w:r>
        <w:t>kyunki mujhe lagta hai ki amal waqai mein hamare hamesha kam hote hain aur Allah taala ki rehmat bahut badi hai lekin hamari koshishein zaroor Allah taala qubool karenge aur usko dekhenge. main main mere khayal se ki ismein matlab mujhe lagta hai ki hum main khud to kuch zyada nahi karti hoon.</w:t>
      </w:r>
    </w:p>
    <w:p>
      <w:pPr>
        <w:jc w:val="right"/>
      </w:pPr>
      <w:r>
        <w:t>क्योंकि मुझे लगता है कि अमल वाकई में हमारे हमेशा कम होते हैं और अल्हा ताला की रहमत बहुत बड़ी है लेकिन हमारी कोशिशें ज़रूर अल्हा ताला कुबूल करेंगे और उसको देखेंगे. मैं मैं मेरे ख्याल से कि इसमें मतलब मुझे लगता है कि हम मैं खुद तो कुछ ज़्यादा नहीं करती हूं.</w:t>
      </w:r>
    </w:p>
    <w:p>
      <w:r>
        <w:rPr>
          <w:b/>
        </w:rPr>
        <w:t xml:space="preserve">[19:26] </w:t>
      </w:r>
      <w:r>
        <w:t>main aur apne aap ko Allah ke qareeb mehsoos karna, aisa is cheez se hum feel karne rehte hain.</w:t>
      </w:r>
    </w:p>
    <w:p>
      <w:pPr>
        <w:jc w:val="right"/>
      </w:pPr>
      <w:r>
        <w:t>मैं और अपने आप को अल्लाह के करीब महसूस करना, ऐसा इस चीज़ से हम feel करने रहते हैं.</w:t>
      </w:r>
    </w:p>
    <w:p>
      <w:r>
        <w:rPr>
          <w:b/>
        </w:rPr>
        <w:t xml:space="preserve">[20:05] </w:t>
      </w:r>
      <w:r>
        <w:t>to main is baat ko yahin khatam karte hue kahungi ke humein poori tarah se apne aap ko</w:t>
      </w:r>
    </w:p>
    <w:p>
      <w:pPr>
        <w:jc w:val="right"/>
      </w:pPr>
      <w:r>
        <w:t>तो मैं इस बात को यहीं खत्म करते हुए कहूंगी कि हमें पूरी तरह से अपने आप को</w:t>
      </w:r>
    </w:p>
    <w:p>
      <w:r>
        <w:rPr>
          <w:b/>
        </w:rPr>
        <w:t xml:space="preserve">[20:11] </w:t>
      </w:r>
      <w:r>
        <w:t>patience ke sath, positive personality ke sath, dawat ke liye chahe hum agar dua karne ke laiq hain</w:t>
      </w:r>
    </w:p>
    <w:p>
      <w:pPr>
        <w:jc w:val="right"/>
      </w:pPr>
      <w:r>
        <w:t>patience के साथ, positive personality के साथ, दावत के लिए चाहे हम अगर दुआ करने के लायक हैं</w:t>
      </w:r>
    </w:p>
    <w:p>
      <w:r>
        <w:rPr>
          <w:b/>
        </w:rPr>
        <w:t xml:space="preserve">[20:17] </w:t>
      </w:r>
      <w:r>
        <w:t>to dua ke taur par agar hum kisi ko directly kuch dene ke laiq hain to use dein</w:t>
      </w:r>
    </w:p>
    <w:p>
      <w:pPr>
        <w:jc w:val="right"/>
      </w:pPr>
      <w:r>
        <w:t>तो दुआ के तौर पर अगर हम किसी को directly कुछ देने के लायक हैं तो उसे दें</w:t>
      </w:r>
    </w:p>
    <w:p>
      <w:r>
        <w:rPr>
          <w:b/>
        </w:rPr>
        <w:t xml:space="preserve">[20:24] </w:t>
      </w:r>
      <w:r>
        <w:t>aur apni taraf se koi bhi aisa jhagda ya koi bhi aisa maaddi taqaza aakhir Maulana Sahab kehte</w:t>
      </w:r>
    </w:p>
    <w:p>
      <w:pPr>
        <w:jc w:val="right"/>
      </w:pPr>
      <w:r>
        <w:t>और अपनी तरफ से कोई भी ऐसा झगड़ा या कोई भी ऐसा माध्यी तकाज़ा आकाश कर्मुलाना साहब कहते</w:t>
      </w:r>
    </w:p>
    <w:p>
      <w:r>
        <w:rPr>
          <w:b/>
        </w:rPr>
        <w:t xml:space="preserve">[20:30] </w:t>
      </w:r>
      <w:r>
        <w:t>the koi material un logon se daai madhur se koi bhi material mutalaba na karke hum sirf aur</w:t>
      </w:r>
    </w:p>
    <w:p>
      <w:pPr>
        <w:jc w:val="right"/>
      </w:pPr>
      <w:r>
        <w:t>थे कोई material उन लोगों से दाई मधुर से कोई भी material मुतालवा ना करके हम सिर्फ और</w:t>
      </w:r>
    </w:p>
    <w:p>
      <w:r>
        <w:rPr>
          <w:b/>
        </w:rPr>
        <w:t xml:space="preserve">[20:37] </w:t>
      </w:r>
      <w:r>
        <w:t>sirf unilateral dawa waqt karein to yeh main samajh paai hoon aur inshallah poori koshish karungi ke is ko</w:t>
      </w:r>
    </w:p>
    <w:p>
      <w:pPr>
        <w:jc w:val="right"/>
      </w:pPr>
      <w:r>
        <w:t>सिर्फ unilateral दावा वक्त करें तो यह मैं समझ पाई हूं और इंशालाह पूरी कोशिश करूंगी कि इसको</w:t>
      </w:r>
    </w:p>
    <w:p>
      <w:r>
        <w:rPr>
          <w:b/>
        </w:rPr>
        <w:t xml:space="preserve">[20:43] </w:t>
      </w:r>
      <w:r>
        <w:t>aage zyada se zyada karoon zyada Allah.</w:t>
      </w:r>
    </w:p>
    <w:p>
      <w:pPr>
        <w:jc w:val="right"/>
      </w:pPr>
      <w:r>
        <w:t>आगे ज़्यादा से ज़्यादा करूं ज़्यादा अल्ला.</w:t>
      </w:r>
    </w:p>
    <w:p>
      <w:r>
        <w:rPr>
          <w:b/>
        </w:rPr>
        <w:t xml:space="preserve">[20:50] </w:t>
      </w:r>
      <w:r>
        <w:t>Thank you doctor Safeena for sharing your experiences. ek baat mujhe jo samajh mein aa rahi hai ki daai aur madhu jab hum Quran ki dawat kisi dete hain na a very important aspect. ek to woh de rahe hain woh Allah ki baat hum de rahe hain woh ek ek ek pehlu hai iska. doosri cheez jo cheez hoti hai woh ek interaction hoti hai hum.</w:t>
      </w:r>
    </w:p>
    <w:p>
      <w:pPr>
        <w:jc w:val="right"/>
      </w:pPr>
      <w:r>
        <w:t>Thank you doctor सफ़ीना for sharing your experiences. एक बात मुझे जो समझ में आ रही है कि दाई और मधु जब हम कुरान की दावच्छत किसी देते हैं ना a very important aspect. एक तो वह दे रहे हैं वो अल्लाह की बात हम दे रहे हैं वह एक एक एक पहलू है इसका. दूसरी चीज़ जो चीज़ होती है वह एक interaction होती है हम.</w:t>
      </w:r>
    </w:p>
    <w:p>
      <w:r>
        <w:rPr>
          <w:b/>
        </w:rPr>
        <w:t xml:space="preserve">[21:15] </w:t>
      </w:r>
      <w:r>
        <w:t>ek interaction ke level par hi hum apne madhu tak pahunchte hain. abhi ab doctor Safeena aapki baat sunkar mujhe aisa laga ki jo madhu se jo interaction hoti hai woh aapke khud ek daai ki intellectual development mein bahut zyada important izafa karta hai.</w:t>
      </w:r>
    </w:p>
    <w:p>
      <w:pPr>
        <w:jc w:val="right"/>
      </w:pPr>
      <w:r>
        <w:t>एक interaction के level पर ही हम अपने मधु तक पहुंचते हैं. अभी अब doctor सफ़ीना आपकी बात सुनकर मुझे ऐसा लगा कि जो मधु से जो interaction होती है वह आपके खुद एक दाई की intellectual development में बहुत ज़्यादा important इज़ाफ़त करता है.</w:t>
      </w:r>
    </w:p>
    <w:p>
      <w:r>
        <w:rPr>
          <w:b/>
        </w:rPr>
        <w:t xml:space="preserve">[21:36] </w:t>
      </w:r>
      <w:r>
        <w:t>Because right now kal do din se meri boys taki school mein, taki boys school mein hum logon ne table lagaya tha aur hamare aise sale ke liye hum logon ne lagai thi kitabein. kuch khaas nahi hui sale because the audience was very much Bengali oriented. to hamari kitabein English mein thi aur zyada tar kitabein hamari English mein thi.</w:t>
      </w:r>
    </w:p>
    <w:p>
      <w:pPr>
        <w:jc w:val="right"/>
      </w:pPr>
      <w:r>
        <w:t>Because right now कल दो दिन से मेरी boys taki school में, taki boys school में हम लोगों ने table लगाया था और हमारे ऐसे sale के लिए हम लोगों ने लगाई थी किताबें. कुछ खास नहीं हुई sale because the audience was very much बंगाली oriented. तो हमारी किताबें English में थी और ज़्यादातर किताबें हमारी English में थी.</w:t>
      </w:r>
    </w:p>
    <w:p>
      <w:r>
        <w:rPr>
          <w:b/>
        </w:rPr>
        <w:t xml:space="preserve">[22:02] </w:t>
      </w:r>
      <w:r>
        <w:t>to mujhe ek cheez jo maine apne team members se kaha ki dekhiye we have not been able to sold sell the books more. The most important thing jo hum yahan se lekar ja rahe hain is the very good interaction with the audience. hum jo apni zabano se jo unko bol paaye ki peace and communal harmony mein ke liye hum kaam kar rahe hain. to yeh foran and sometimes you have to change the words actually when you interacting with them.</w:t>
      </w:r>
    </w:p>
    <w:p>
      <w:pPr>
        <w:jc w:val="right"/>
      </w:pPr>
      <w:r>
        <w:t>तो मुझे एक चीज़ जो मैंने अपने team members से कहा कि देखिए we have not been able to sold sell the books more. The most important thing जो हम यहां से लेकर जा रहे हैं is the very good interaction with the audience. हम जो अपनी ज़बानों से जो उनको बोल पाए कि peace and communal harmony में के लिए हम काम कर रहे हैं. तो यह फ़ौरन and sometimes you have to change the words actually when you interacting with them.</w:t>
      </w:r>
    </w:p>
    <w:p>
      <w:r>
        <w:rPr>
          <w:b/>
        </w:rPr>
        <w:t xml:space="preserve">[22:29] </w:t>
      </w:r>
      <w:r>
        <w:t>You cannot actually go and tell them what you are doing distribution of the Quran. You have to change the language of your speaking. So most of the time when I was interacting with those people, I was telling them that, see, I belong to this organization. I come from this, and I'm working from peace, harmony and communal army.</w:t>
      </w:r>
    </w:p>
    <w:p>
      <w:pPr>
        <w:jc w:val="right"/>
      </w:pPr>
      <w:r>
        <w:t>You cannot actually go and tell them what you are doing distribution of the Quran. You have to change the language of your speaking. So most of the time when I was interacting with those people, I was telling them that, see, I belong to this organization. I come from this, and I'm working from peace, harmony and communal army.</w:t>
      </w:r>
    </w:p>
    <w:p>
      <w:r>
        <w:rPr>
          <w:b/>
        </w:rPr>
        <w:t xml:space="preserve">[22:47] </w:t>
      </w:r>
      <w:r>
        <w:t>ab usi ko kai tarah se logon ko samjhane ki koshish ki hai ki unke intellectual level par what should be my main unse kya baat karu? jo unke intellectual level ke barabar ho taaki woh meri baat samjhe. So very important aspect is the interaction with the madhu.</w:t>
      </w:r>
    </w:p>
    <w:p>
      <w:pPr>
        <w:jc w:val="right"/>
      </w:pPr>
      <w:r>
        <w:t>अब उसी को कई तरह से लोगों को समझाने की कोशिश की है कि उनके intellectual level पर what should be my मैं उनसे क्या बात करूं? जो उनके intellectual level के बराबर हो ताकि वह मेरी बात समझे. So very important aspect is the interaction with the मधु.</w:t>
      </w:r>
    </w:p>
    <w:p>
      <w:r>
        <w:rPr>
          <w:b/>
        </w:rPr>
        <w:t xml:space="preserve">[23:11] </w:t>
      </w:r>
      <w:r>
        <w:t>to main is platform ko open kar rahi hoon aur sab ladies ke liye aur meri ek request hai ki aap log jo bhi share karein since so many ladies have joined in and they would all want to be the part of this sharing their experiences. So please whatever you share don't make it a storyline. usko short karein aur precise rahein. theek hai? Precise means to the points. I invite other ladies also.</w:t>
      </w:r>
    </w:p>
    <w:p>
      <w:pPr>
        <w:jc w:val="right"/>
      </w:pPr>
      <w:r>
        <w:t>तो मैं इस platform को open कर रही हूं और सब ladies के लिए और मेरी एक request है कि आप लोग जो भी share करें since so many ladies have joined in and they would all want to be the part of this sharing their experiences. So please whatever you share don't make it a storyline. उसको short करें और precise रहें. ठीक है? Precise means to the points. I invite other ladies also.</w:t>
      </w:r>
    </w:p>
    <w:p>
      <w:r>
        <w:rPr>
          <w:b/>
        </w:rPr>
        <w:t xml:space="preserve">[23:39] </w:t>
      </w:r>
      <w:r>
        <w:t>Shabnam Parvez aap kuch kehna chahenge. ji Snah bilkul. Walik Masalam. mute kar diya. Unmute karein. Unmute karein. Assalam Alaikum. Wali Masalam. dawat ek sangeen zimmedaari aa rahi hai.</w:t>
      </w:r>
    </w:p>
    <w:p>
      <w:pPr>
        <w:jc w:val="right"/>
      </w:pPr>
      <w:r>
        <w:t>शव्नम परवेज आप कुछ कहना चाहेंगे. जी स्नाह बिल्कुल. वालिक मसलाम. Mute कर दिया. Unmute करें. Unmute करें. अस्लाम अलीकू. वाली मसलाम. दवत एक संगीत ज़िम्मेद आ रही है.</w:t>
      </w:r>
    </w:p>
    <w:p>
      <w:r>
        <w:rPr>
          <w:b/>
        </w:rPr>
        <w:t xml:space="preserve">[24:03] </w:t>
      </w:r>
      <w:r>
        <w:t>Guram is shaad hai Allah ki taraf bulao logon ko ekmat any sehat ke saath unhi puran badalne tamam jaano ke liye nazil kiye hain. Quran ka pahunchana hum logon ki zimmedari hai kyunki hum hamare Nabi sallam ke aakhiri ummeed, hamare aakhiri Nabi hain, hum to ummeed hai. yeh hamari zimmedari hai ki logon tak apne Quran ko Allah ke Allah ke Quran logon tak pahunchayein.</w:t>
      </w:r>
    </w:p>
    <w:p>
      <w:pPr>
        <w:jc w:val="right"/>
      </w:pPr>
      <w:r>
        <w:t>गुराम इस शाद है अल्लाह की तरफ बुलाओ लोगों को एकमत अन्य सेहत के साथ उन्हीं पुरान बदलने तमाम जानों के लिए नाज़िल किए हैं. कुरान का पहुंचाना हम लोगों की ज़िम्मेदारी है क्योंकि हम हमारे नबी सल्म के आखिरी उम्मीद, हमारे आखिरी नबी हैं, हम तो उम्मीद है. यह हमारी ज़िम्मेदारी है कि लोगों तक अपने कुरान को अल्लाह के अल्लाह के कुरान लोगों तक पहुंचाएं.</w:t>
      </w:r>
    </w:p>
    <w:p>
      <w:r>
        <w:rPr>
          <w:b/>
        </w:rPr>
        <w:t xml:space="preserve">[24:32] </w:t>
      </w:r>
      <w:r>
        <w:t>Quran ki zariya Allah ke Allah ki tarayab karein. Allah ki hum Khuda ki sachchai ko logon tak pahunchayein. Quran ka maujood hai. Allah ki takhleeqi manasub se logon ka daar kiya jaye. Daawa waqt hum daawa waqt se hum apne aap ko inspire karein. apna poora speed daawa waqt mein lagayein.</w:t>
      </w:r>
    </w:p>
    <w:p>
      <w:pPr>
        <w:jc w:val="right"/>
      </w:pPr>
      <w:r>
        <w:t>कुरान की जरिया अलग के अल्लाह की तरियाब करें. अल्लाह की हम खुदा की सच्चाई को लोगों तक पहुंचाएं. कुरान का मौजूद है. अल्लाह की तकलीकी मनसुबह से लोगों कादार किया जाए. दावा वक्त हम दावा वक्त से हम अपने आप को inspire करें. अपना पूरा speed दावा वक्त में लगाएं.</w:t>
      </w:r>
    </w:p>
    <w:p>
      <w:r>
        <w:rPr>
          <w:b/>
        </w:rPr>
        <w:t xml:space="preserve">[25:00] </w:t>
      </w:r>
      <w:r>
        <w:t>doosron ko Allah Allah ka paigham bajayein wahan par roz-e-qayamat ke bare mein, Allah aakhirat ke bare mein, wisdom ke saath apna unko samjhayein ki ratala ne jannat kis liye banaye hain? hamara takhleeqi plan kya hai? har daalaq hum jo jis duniya mein aaye hain hamara takhleeqi plan kya hai?</w:t>
      </w:r>
    </w:p>
    <w:p>
      <w:pPr>
        <w:jc w:val="right"/>
      </w:pPr>
      <w:r>
        <w:t>दूसरों को अल्लाह अल्लाह का पैगाम बजाएं वहां पर रोज़ा कयामत के बारे में, अल्लाह आख़िरित के बारे में, wisdom के साथ अपना उनको समझाएं कि राताला ने जन्म किसलिए बनाएं हैं? हमारा तकलीकी plan क्या है? हर दालाक हम जो जिस दुनिया में आए हैं हमारा तकलीकी plan क्या है?</w:t>
      </w:r>
    </w:p>
    <w:p>
      <w:r>
        <w:rPr>
          <w:b/>
        </w:rPr>
        <w:t xml:space="preserve">[25:22] </w:t>
      </w:r>
      <w:r>
        <w:t>apne padosi ke saath hum isi baat miss karte hain ki hum jo duniya mein aaye hain agar hum bheje hain inka hamara inka maqsad kya hai? dawat dawat ki zariya doosron ko faida pahunchayein bigga bigga faida liye hain. doosra khair kahan bani hain? dawat ek learning process hai. iska agar kaha jaye ek institute hai jisse apne aap ko bhi hum apna tazkiya karein.</w:t>
      </w:r>
    </w:p>
    <w:p>
      <w:pPr>
        <w:jc w:val="right"/>
      </w:pPr>
      <w:r>
        <w:t>अपने पड़ोसी के साथ हम इसी बात miss करते हैं कि हम जो दुनिया में आए हैं अगर हम भेजे हैं इनका हमारा इनका मकसद क्या है? दावत दावत की जरिया दूसरों को फ़ायदा पहुंचाएं बिग्गा बिग्गार फ़ायदा लिए हैं. दूसरा खैर कहां बनी हैं? दावत एक learning process है. इसका अगर कहा जाए एक institute है जिससे अपने आप को भी हम अपना तस्किया करें.</w:t>
      </w:r>
    </w:p>
    <w:p>
      <w:r>
        <w:rPr>
          <w:b/>
        </w:rPr>
        <w:t xml:space="preserve">[25:52] </w:t>
      </w:r>
      <w:r>
        <w:t>Sir pehle apna tazkiya karein. hum apna dawat waqt mein kis tarah laga jahan par tazkiya karenge? apne aap ko intellectual banayenge. dawat dawat aisa cheez hai jo apne aap ko bhi hum ubhar sakte hain. apne intellectual development isi waqt kar sakenge ki kisi ko hum wisdom ke saath hum kisi ko paigham par jayenge to jab hum apne aap creative nahi banayenge apna soch mein change nahi karenge to hum wisdom ke saath ab yeh kaam nahi karenge kaam ke liye wisdom bahut zaroori hai.</w:t>
      </w:r>
    </w:p>
    <w:p>
      <w:pPr>
        <w:jc w:val="right"/>
      </w:pPr>
      <w:r>
        <w:t>Sir पहले अपना तस्किया करें. हम अपना दावत वक्त में किस तरह लगा जहां पर तस्किया करेंगे? अपने आप को intellectual बनाएंगे. दावत दावत ऐसा चीज़ है जो अपने आप को भी हम उभार सकते हैं. अपने intellectual development इसी वक्त कर सकेंगे कि किसी को हम wisdom के साथ हम किसी को पैगाम पर जाएंगे तो जब हम अपने आप creative नहीं बनाएंगे अपना सोच में change नहीं करेंगे तो हम wisdom के साथ अब यह काम नहीं करेंगे काम के लिए wisdom बहुत ज़रूरी है.</w:t>
      </w:r>
    </w:p>
    <w:p>
      <w:r>
        <w:rPr>
          <w:b/>
        </w:rPr>
        <w:t xml:space="preserve">[26:18] </w:t>
      </w:r>
      <w:r>
        <w:t>jaise sabhi ne bataya ki hum us waqt aap table lagaye to dekhiye mahaul ke saath apne aap woh intelligent intelligent ko bhi apply karna padega. hum to bahut naye hain hum koshish kar rahe hain aap logon ki taraf bhi bane hain apne padosi padosi ke saath is tarah se kaun kuch share karein jahan mauka milta hai thoda sa batate hain hum. alag se duwa karte hain ke na taala hamein alag hidayat mile hain. poori achhi tarah se hum maidan mutriya iske liye hum apne aap ko inspire karne honge.</w:t>
      </w:r>
    </w:p>
    <w:p>
      <w:pPr>
        <w:jc w:val="right"/>
      </w:pPr>
      <w:r>
        <w:t>जैसे सभी ने बताया कि हम उस वक्त आप table लगाएं तो देखिए माहौल के साथ अपने आप वह intelligent intelligent को भी apply करना पड़ेगा. हम तो बहुत नए हैं हम कोशिश कर रहे हैं आप लोगों के तरफ भी बने हैं अपने पड़ोसी पड़ोसी के साथ इस तरह से कौन कुछ share करें जहां मौका मिलता है थोड़ा सा बताते हैं हम. अलग से दोवा करते हैं केना ताला हमें अलग हिदायत मिले हैं. पूरी अच्छी तरह से हम मैदान मुत्रिया इसके लिए हम अपने आपको inspire करने होंगे.</w:t>
      </w:r>
    </w:p>
    <w:p>
      <w:r>
        <w:rPr>
          <w:b/>
        </w:rPr>
        <w:t xml:space="preserve">[26:48] </w:t>
      </w:r>
      <w:r>
        <w:t>apne intellectual develop ko banane pade hain. bas zehan ko spiritual gazar dene hote bhi hum jaakar usi gair qaum se indhan Muslim se milenge. Allah ka wisdom paida karein.</w:t>
      </w:r>
    </w:p>
    <w:p>
      <w:pPr>
        <w:jc w:val="right"/>
      </w:pPr>
      <w:r>
        <w:t>अपने intellectual develop को बनाने पड़े हैं. बस ज़हन को spiritual गज़र देने होते भी हम जाकर उसी गैर कौम से इंधन मुस्लिम से मिलेंगे. अल्लाह का wisdom पैदा करें.</w:t>
      </w:r>
    </w:p>
    <w:p>
      <w:r>
        <w:rPr>
          <w:b/>
        </w:rPr>
        <w:t xml:space="preserve">[27:16] </w:t>
      </w:r>
      <w:r>
        <w:t>Allah Allah ke paigham pahunchane se pehle apne aap ko sahi banayein. Allah taala jo hum bheje humko, kis binaah bhejein? aisa sallah unka hamare aakhiri Nabi hain. unke ummat hone ka dawa kis tarah hum karein?</w:t>
      </w:r>
    </w:p>
    <w:p>
      <w:pPr>
        <w:jc w:val="right"/>
      </w:pPr>
      <w:r>
        <w:t>अल्लाह अल्लाह के पाएगाम पहुंचाने से पहले अपने आप को सही बनाएं. अल्लाह तालाह जो हम भेजें हमको, किस बिनाह भेजें? ऐसा सल्लाह उनका हमारे आखिरी नबी है. उनके उम्मत होने का दावा किस तरह हम करें?</w:t>
      </w:r>
    </w:p>
    <w:p>
      <w:r>
        <w:rPr>
          <w:b/>
        </w:rPr>
        <w:t xml:space="preserve">[27:31] </w:t>
      </w:r>
      <w:r>
        <w:t>jab bhi hum kaam nahi kar rahe hain apne aap ko bahut chhota kar rahe hain ki hum qayamat ke din pakde jayenge kyunki hamara padosi is baat ka jab alag alag aage hum jis baat jab mera pakad pakad hoga to hum proceed hamara shikayat karenge humko to mera proceed woh jaanti thi iman layi hui thi lekin hamein bataya nahi hai.</w:t>
      </w:r>
    </w:p>
    <w:p>
      <w:pPr>
        <w:jc w:val="right"/>
      </w:pPr>
      <w:r>
        <w:t>जब भी हम काम नहीं कर रहे हैं अपने आप को बहुत छोटा कर रहे हैं कि हम कायमत के दिन पकड़े जाएंगे क्योंकि हमारा पड़ोसी इस बात का जब अलग अलग आगे हम जिस बात जब मेरा पकड़ पकड़ होगा तो हम proceed हमारा शिकायत करेंगे हमको तो मेरा proceed वह जानती थी ईमान लाई हुई थी लेकिन हमें बताया नहीं है.</w:t>
      </w:r>
    </w:p>
    <w:p>
      <w:r>
        <w:rPr>
          <w:b/>
        </w:rPr>
        <w:t xml:space="preserve">[27:51] </w:t>
      </w:r>
      <w:r>
        <w:t>isliye humko apne aap ko is qabeel banayein, dawat ka kaam mein apne aap ko poora inspired ho jaye sahi nahi karenge, apne aap creative bhi banayenge. to doosron ko hum kya samjha sakenge? yahi main learning hai is article se. Thank you. Thank you.</w:t>
      </w:r>
    </w:p>
    <w:p>
      <w:pPr>
        <w:jc w:val="right"/>
      </w:pPr>
      <w:r>
        <w:t>इसलिए हमको अपने आपको इस कबील बनाएं, द्रावत का काम में अपने आपको पूरा inspired हो जाए सही नहीं करेंगे, अपने आप creative भी बनाएंगे. तो दूसरों को हम क्या समझा सकेंगे? यही मैं learning है इस article से. Thank you. Thank you.</w:t>
      </w:r>
    </w:p>
    <w:p>
      <w:r>
        <w:rPr>
          <w:b/>
        </w:rPr>
        <w:t xml:space="preserve">[28:21] </w:t>
      </w:r>
      <w:r>
        <w:t>riza kar raha hoon. riza kar raha hai shub na purvi. ji aap. humein is tarah se yeh kehna chah rahi thi shapin na ke jab tumne kaha interaction bahut zaroori hai na us par mujhe bhi bahut yeh cheez samajh maai interaction waqai bahut zaroori hai. jaise group mein hota tha is inmai ki engineering hoti hai. to zaroor hum sabko karna chahiye.</w:t>
      </w:r>
    </w:p>
    <w:p>
      <w:pPr>
        <w:jc w:val="right"/>
      </w:pPr>
      <w:r>
        <w:t>रिज़ा कर रहा हूं. रिज़ा कर रहा है शुभ ना पूर्वी. जी आप. हमें इस तरह से यह कहना चाह रही थी शपिन ना कि जब तुमने कहा interaction बहुत ज़रूरी है ना उस पर मुझे भी बहुत यह चीज़ समझ माई interaction वाकई बहुत ज़रूरी है. जैसे group में होता था इस इनमाई की engineering होती है. तो ज़रूर हम सबको करना चाहिए.</w:t>
      </w:r>
    </w:p>
    <w:p>
      <w:r>
        <w:rPr>
          <w:b/>
        </w:rPr>
        <w:t xml:space="preserve">[28:45] </w:t>
      </w:r>
      <w:r>
        <w:t>ab jo bhi hum logon ne group mein seekha phir uske baad hum jo logon se mulaqat karte hain. to yeh bahut achha point humne bataya tha aur doctor safina aapne jo kaha ki main nahi itna kar paati to aap doosre bahut saare kaam karti hai na, to zaroori nahi hai ki khaali har insaan ko alag alag mauke milenge.</w:t>
      </w:r>
    </w:p>
    <w:p>
      <w:pPr>
        <w:jc w:val="right"/>
      </w:pPr>
      <w:r>
        <w:t>अब जो भी हम लोगों ने group में सीखा फिर उसके बाद हम जो लोगों से मुलाकात करते हैं. तो यह बहुत अच्छा point हमने बताया था और doctor सफ़ीना आपने जो कहा कि मैं नहीं इतना कर पाती तो आप दूसरे बहुत सारे काम करती है ना, तो ज़रूरी नहीं है कि खाली हर इंसान को अलग अलग मौके मिलेंगे.</w:t>
      </w:r>
    </w:p>
    <w:p>
      <w:r>
        <w:rPr>
          <w:b/>
        </w:rPr>
        <w:t xml:space="preserve">[29:09] </w:t>
      </w:r>
      <w:r>
        <w:t>kisi ko quran dene ka jaise jo mauka milna hai to sabse badi cheez yeh hai ki insaan ke liye doosre insaan ke unke liye jo asal khairkhahi hai, wellbition hai woh hai usko khuda se introduce karwayein.</w:t>
      </w:r>
    </w:p>
    <w:p>
      <w:pPr>
        <w:jc w:val="right"/>
      </w:pPr>
      <w:r>
        <w:t>किसी को कुरान देने का जैसे जो मौका मिलना है तो सबसे बड़ी चीज़ यह है कि इंसान के लिए दूसरे इंसान के उनके लिए जो असल खैरखाही है, wellbition है वह है उसको खुदा से introduce करवाएं.</w:t>
      </w:r>
    </w:p>
    <w:p>
      <w:r>
        <w:rPr>
          <w:b/>
        </w:rPr>
        <w:t xml:space="preserve">[29:37] </w:t>
      </w:r>
      <w:r>
        <w:t>to aap to bahut kaam karti hain masala. isi ko main clear karna chah rahi thi. ji appa, you are very right appa. yeh aisa platform hai jahan par diverse talent ki zaroorat hai. bilkul. and i know ko kahin na kahin ek ek talent diya hai taaki tabhi to ek composite ek body banegi. har aadmi ek hi talent ho main aage jaaun, main aage jaaun. to phir wahan par diverse platform par hum log phir is tarah ke kaam nahi kar sakte.</w:t>
      </w:r>
    </w:p>
    <w:p>
      <w:pPr>
        <w:jc w:val="right"/>
      </w:pPr>
      <w:r>
        <w:t>तो आप तो बहुत काम करती हैं मसाला. इसी को मैं clear करना चाह रही थी. जी अप्पा, you are very right अप्पा. यह ऐसा platform है जहां पर diverse talent की ज़रूरत है. बिल्कुल. And I know को कहीं ना कहीं एक एक talent दिया है ताकि तभी तो एक composite एक body बनेगी. हर आदमी एक ही talent हो मैं आगे जाऊं, मैं आगे जाऊं. तो फिर वहां पर diverse platform पर हम लोग फिर इस तरह के काम नहीं कर सकते.</w:t>
      </w:r>
    </w:p>
    <w:p>
      <w:r>
        <w:rPr>
          <w:b/>
        </w:rPr>
        <w:t xml:space="preserve">[30:07] </w:t>
      </w:r>
      <w:r>
        <w:t>koi kisi mein nikle, koi kisi mein nikle. to this is very very important to make it a complete form jo ek buildup hoga isi tarah se hoga. bilkul. to ab main aur ladies ko invite karti hoon. salam walikum. walikum salam. ji main noorul hoga delhi se. ji ji. ji main apni learning share kar rahi hoon. ji.</w:t>
      </w:r>
    </w:p>
    <w:p>
      <w:pPr>
        <w:jc w:val="right"/>
      </w:pPr>
      <w:r>
        <w:t>कोई किसी में निकले, कोई किसी में निकले. तो this is very very important to make it a complete form जो एक buildup होगा इसी तरह से होगा. बिल्कुल. तो अब मैं और ladies को invite करती हूं. सलाम वालिकुम. वालिकुम सलाम. जी मैं नोरूल होगा Delhi से. जी जी. जी मैं अपनी learning share कर रही हूं. जी.</w:t>
      </w:r>
    </w:p>
    <w:p>
      <w:r>
        <w:rPr>
          <w:b/>
        </w:rPr>
        <w:t xml:space="preserve">[30:35] </w:t>
      </w:r>
      <w:r>
        <w:t>ek hadith mein hai ki qayamat ke din aise bhi log honge jinse paivambar aur sahaba envy karenge. aur hamare paivambar ke baad koi paivambar nahi aayega.</w:t>
      </w:r>
    </w:p>
    <w:p>
      <w:pPr>
        <w:jc w:val="right"/>
      </w:pPr>
      <w:r>
        <w:t>एक हदीश में है कि कयामत के दिन ऐसे भी लोग होंगे जिनसे पैवंबर और साहबा envy करेंगे. और हमारे पैवंबर के बाद कोई पैवंबर नहीं आएगा.</w:t>
      </w:r>
    </w:p>
    <w:p>
      <w:r>
        <w:rPr>
          <w:b/>
        </w:rPr>
        <w:t xml:space="preserve">[31:05] </w:t>
      </w:r>
      <w:r>
        <w:t>to allah ka deen kaise pahunchega logon tak? dawat ka kaam hamari aakhirat ko to sawarega balki is duniya mein bhi ek behtar shakhsiyat banne ka mauka deta hai. dawat ka kaam wahi shakhs kar sakta hai jo sab karne wala ho. humein dawat ke kaam ke liye khud ko tayyar karna chahiye.</w:t>
      </w:r>
    </w:p>
    <w:p>
      <w:pPr>
        <w:jc w:val="right"/>
      </w:pPr>
      <w:r>
        <w:t>तो अल्लाह का दीन कैसे पहुंचेगा लोगों तक? दावत का काम हमारी आख़िरत को तो सवारेगा बल्कि इस दुनिया में भी एक बेहतर शख्सियत बनने का मौका देता है. दावत का काम वही शख्स कर सकता है जो सब करने वाला हो. हमें दावत के काम के लिए खुद को तैयार करना चाहिए.</w:t>
      </w:r>
    </w:p>
    <w:p>
      <w:r>
        <w:rPr>
          <w:b/>
        </w:rPr>
        <w:t xml:space="preserve">[31:28] </w:t>
      </w:r>
      <w:r>
        <w:t>dawat ke kaam ke liye patience, achha akhlaq, meethi zuban, madhu ki karvi baat pradaash karna, madhu ki meethi, madhu ki garvi baat ko bardasht karna, deen cheez samajh hona aur use apni life mein apply karna hai. log kehte hain ki har musalman ka farz nahi hai ki woh dawat ka kaam karein.</w:t>
      </w:r>
    </w:p>
    <w:p>
      <w:pPr>
        <w:jc w:val="right"/>
      </w:pPr>
      <w:r>
        <w:t>दावत के काम के लिए patience, अच्छा अखलाक, मीठी जुबान, मधु की कर्वी बात प्रदाश करना, मधु की मीठी, मधु की गर्वी बात को बर्दाश्त करना, दीन चीज़ समझ होना और उसे अपनी life में apply करना है. लोग कहते हैं कि हर मुसलमान का फर्ज नहीं है कि वह दावत का काम करें.</w:t>
      </w:r>
    </w:p>
    <w:p>
      <w:r>
        <w:rPr>
          <w:b/>
        </w:rPr>
        <w:t xml:space="preserve">[31:53] </w:t>
      </w:r>
      <w:r>
        <w:t>woh daleel dete hain ki quran mein aaya hai ki tum mein se ek jamaat hogi jo yeh kaam karegi.</w:t>
      </w:r>
    </w:p>
    <w:p>
      <w:pPr>
        <w:jc w:val="right"/>
      </w:pPr>
      <w:r>
        <w:t>वह दलील देते हैं कि कुरान में आया है कि तुम में से एक जमात होगी जो यह काम करेगी.</w:t>
      </w:r>
    </w:p>
    <w:p>
      <w:r>
        <w:rPr>
          <w:b/>
        </w:rPr>
        <w:t xml:space="preserve">[31:59] </w:t>
      </w:r>
      <w:r>
        <w:t>lekin aakhirat ke din khud ko bachane ke liye har musalman ko daai banna padega kyunki bhale hi hamari poori zindagi bahut nek kaam kiye hon humne, lekin hamara kisi bhi woh koi bhi woh musalman, dost, padosi, colleague ya aisa jisse hamari hi hello ho, woh uske ek shikayat humko kagre mein lakh khada karegi.</w:t>
      </w:r>
    </w:p>
    <w:p>
      <w:pPr>
        <w:jc w:val="right"/>
      </w:pPr>
      <w:r>
        <w:t>लेकिन आख़िरत के दिन खुद को बचाने के लिए हर मुसलमान को दाई बनना पड़ेगा क्योंकि भले ही हमारी पूरी ज़िंदगी बहुत नेक काम किए हों हमने, लेकिन हमारा किसी भी वह कोई भी वह मुसलमान, दोस्त, पड़ोसी, colleague या ऐसा जिससे हमारी हाय hello हो, वह उसके एक शिकायत हमको कड़गरे में लाख खड़ा करेगी.</w:t>
      </w:r>
    </w:p>
    <w:p>
      <w:r>
        <w:rPr>
          <w:b/>
        </w:rPr>
        <w:t xml:space="preserve">[32:26] </w:t>
      </w:r>
      <w:r>
        <w:t>woh kahega ki allah hum to gumrah the lekin yeh tera banda mujhe kai saalon se jaanta tha. hum saath uthte baithte the lekin isne kabhi bhi tera param mujh tak nahi pahunchaya. is baat par allah humse sawal karega aur hamare paas koi jawab na hoga. to kya humein is sawal ke jawab dene ki tayyari nahi karni chahiye? jabki aaj ke digital zamane mein duniya aapke ghar ke andar hi maujood hai.</w:t>
      </w:r>
    </w:p>
    <w:p>
      <w:pPr>
        <w:jc w:val="right"/>
      </w:pPr>
      <w:r>
        <w:t>वह कहेगा कि अल्लाह हम तो गुमराह थे लेकिन यह तेरा बंदा मुझे कई सालों से जानता था. हम साथ उठते बैठते थे लेकिन इसने कभी भी तेरह पैराम मुझ तक नहीं पहुंचाया. इस बात पर अल्लाह हमसे सवाल करेगा और हमारे पास कोई जवाब ना होगा. तो क्या हमें इस सवाल के जवाब देने की तैयारी नहीं करनी चाहिए? जबकि आज के digital जमाने में दुनिया आपके घर के अंदर ही मौजूद है.</w:t>
      </w:r>
    </w:p>
    <w:p>
      <w:r>
        <w:rPr>
          <w:b/>
        </w:rPr>
        <w:t xml:space="preserve">[32:52] </w:t>
      </w:r>
      <w:r>
        <w:t>hum to yeh bahana bhi nahi de sakte ki hum itni door kaise jaate? isliye dawat dawat ka kaam har musalman ki zimmedari hai. bas aapka yahi tha. ji jisaar pilla noor ul laga. bahut achha aapne bataya.</w:t>
      </w:r>
    </w:p>
    <w:p>
      <w:pPr>
        <w:jc w:val="right"/>
      </w:pPr>
      <w:r>
        <w:t>हम तो यह बहाना भी नहीं दे सकते कि हम इतनी दूर कैसे जाते? इसलिए दावत दावत का काम हर मुसलमान की ज़िम्मेदारी है. बस आपका यही था. जी जिसार पिल्ला नुरू लगा. बहुत अच्छा आपने बताया.</w:t>
      </w:r>
    </w:p>
    <w:p>
      <w:r>
        <w:rPr>
          <w:b/>
        </w:rPr>
        <w:t xml:space="preserve">[33:12] </w:t>
      </w:r>
      <w:r>
        <w:t>bahut simple way mein aap ne bahut simple try karke aap ne is dawat ke zimmedari ko ehsaas dilaya hai</w:t>
      </w:r>
    </w:p>
    <w:p>
      <w:pPr>
        <w:jc w:val="right"/>
      </w:pPr>
      <w:r>
        <w:t>बहुत simple way में आपने बहुत simple try करके आपने इस दावत के ज़िम्मेदारी को एहसास दिलाया है</w:t>
      </w:r>
    </w:p>
    <w:p>
      <w:r>
        <w:rPr>
          <w:b/>
        </w:rPr>
        <w:t xml:space="preserve">[33:18] </w:t>
      </w:r>
      <w:r>
        <w:t>ke har insaan ko kisi se bhi introduction kar raha ho aur woh dawat kaam hum nahi kar</w:t>
      </w:r>
    </w:p>
    <w:p>
      <w:pPr>
        <w:jc w:val="right"/>
      </w:pPr>
      <w:r>
        <w:t>कि हर इंसान को किसी से भी introduction कर रहा हो और वह दावत काम हम नहीं कर</w:t>
      </w:r>
    </w:p>
    <w:p>
      <w:r>
        <w:rPr>
          <w:b/>
        </w:rPr>
        <w:t xml:space="preserve">[33:24] </w:t>
      </w:r>
      <w:r>
        <w:t>rahe hain to hum is baat ko zaroor realize karein ke humein is ko seriously lena hai aur jo</w:t>
      </w:r>
    </w:p>
    <w:p>
      <w:pPr>
        <w:jc w:val="right"/>
      </w:pPr>
      <w:r>
        <w:t>रहे हैं तो हम इस बात को ज़रूर realize करें कि हमें इसको seriously लेना है और जो</w:t>
      </w:r>
    </w:p>
    <w:p>
      <w:r>
        <w:rPr>
          <w:b/>
        </w:rPr>
        <w:t xml:space="preserve">[33:31] </w:t>
      </w:r>
      <w:r>
        <w:t>jin jin logon ke paas dawat nahi pahunchi hai woh apni hum apni zimmedari karein ya na</w:t>
      </w:r>
    </w:p>
    <w:p>
      <w:pPr>
        <w:jc w:val="right"/>
      </w:pPr>
      <w:r>
        <w:t>जिन जिन लोगों के पास दावत नहीं पहुंची है वह अपनी हम अपनी ज़िम्मेदारी कोई करें या ना</w:t>
      </w:r>
    </w:p>
    <w:p>
      <w:r>
        <w:rPr>
          <w:b/>
        </w:rPr>
        <w:t xml:space="preserve">[33:37] </w:t>
      </w:r>
      <w:r>
        <w:t>karein lekin apni zimmedari mein samajh kar ke humein un tak zaroor pahunchana chahiye.</w:t>
      </w:r>
    </w:p>
    <w:p>
      <w:pPr>
        <w:jc w:val="right"/>
      </w:pPr>
      <w:r>
        <w:t>करें लेकिन अपनी ज़िम्मेदारी में समझकर के हमें उन तक ज़रूर पहुंचाना चाहिए.</w:t>
      </w:r>
    </w:p>
    <w:p>
      <w:r>
        <w:rPr>
          <w:b/>
        </w:rPr>
        <w:t xml:space="preserve">[33:44] </w:t>
      </w:r>
      <w:r>
        <w:t>main yahan par zara ek baat karna chahti hoon ki noory radda hamare cps member saleem sahab bahut purane member hain. unki beti hain. to ab yeh do baar se sunday ke class mein aayi hain.</w:t>
      </w:r>
    </w:p>
    <w:p>
      <w:pPr>
        <w:jc w:val="right"/>
      </w:pPr>
      <w:r>
        <w:t>मैं यहां पर ज़रा एक बात करना चाहती हूं कि नूर्य रद्दा हमारे CPS member सलीम साहब बहुत पुराने member हैं. उनकी बेटी हैं. तो अब यह दो बार से Sunday के class में आई हैं.</w:t>
      </w:r>
    </w:p>
    <w:p>
      <w:r>
        <w:rPr>
          <w:b/>
        </w:rPr>
        <w:t xml:space="preserve">[34:00] </w:t>
      </w:r>
      <w:r>
        <w:t>inke husband bhi isi kaam mein lage hue hain aur bahut achhi suggestions dete hain, bahut achhi input dete hain for many things of cps work aur aaj inse baat hui to woh yeh keh rahe the ki bahut enthusiastically ja jaakar kaam karti hain. phir agar koi mana karta hai to kehti hain ki main usse use try to convince.</w:t>
      </w:r>
    </w:p>
    <w:p>
      <w:pPr>
        <w:jc w:val="right"/>
      </w:pPr>
      <w:r>
        <w:t>इनके husband भी इसी काम में लगे हुए हैं और बहुत अच्छी suggestions देते हैं, बहुत अच्छी input देते हैं for many things of CPS work और आज इनसे बात हुई तो वह यह कह रहे थे कि बहुत enthusiastically जा जाकर काम करती हैं. फिर अगर कोई मना करता है तो कहती हैं कि मैं उससे उसे try to convince.</w:t>
      </w:r>
    </w:p>
    <w:p>
      <w:r>
        <w:rPr>
          <w:b/>
        </w:rPr>
        <w:t xml:space="preserve">[34:26] </w:t>
      </w:r>
      <w:r>
        <w:t>to phir haath subah to she is sachiv she is working for quite some time aur hamare is group ki bahut important member hain. jaza akdala it's really nice to get in touch with her. achha achha achha achha achha. ji. aaj maine bhi bahut taareef suna noorul huda ki kyunki andar bahut zyada jazba hai. to yeh haan baat milne ka bill ja raha tha use.</w:t>
      </w:r>
    </w:p>
    <w:p>
      <w:pPr>
        <w:jc w:val="right"/>
      </w:pPr>
      <w:r>
        <w:t>तो फिर हाथ सुबह तो she is सचिव she is working for quite some time और हमारे इस group की बहुत important member हैं. जज़ा अकडला it's really nice to get in touch with her. अच्छा अच्छा अच्छा अच्छा अच्छा. जी. आज मैंने भी बहुत तारीफ़ सुना नुरूल हदा की क्योंकि अंदर बहुत ज़्यादा जज़्बा है. तो यह हां बात मिलने का bill जा रहा था उसे.</w:t>
      </w:r>
    </w:p>
    <w:p>
      <w:r>
        <w:rPr>
          <w:b/>
        </w:rPr>
        <w:t xml:space="preserve">[34:56] </w:t>
      </w:r>
      <w:r>
        <w:t>achha to woh to aa jaati hai tab sab log se mil rahe the. dekhiye ab bahut achha hai kya aap logon ne introduce kiya noorul huda ko. hum log zaroor milenge aur bahut achha lagega unse milkar ke. itni energetic aur itni aage band karke isko kaam ko aage lekar ke jaana. this is highly motivating for us aur humein aur zyada energy milti hai. jab hum log to purane log honge ab thode second version mein ja rahe hain.</w:t>
      </w:r>
    </w:p>
    <w:p>
      <w:pPr>
        <w:jc w:val="right"/>
      </w:pPr>
      <w:r>
        <w:t>अच्छा तो वह तो आ जाती है तब सब लोग से मिल रहे थे. देखिए अब बहुत अच्छा है क्या आप लोगों ने introduce किया नुरुल हदा को. हम लोग ज़रूर मिलेंगे और बहुत अच्छा लगेगा उनसे मिलकर के. इतनी energetic और इतनी आगे बंद करके इसको काम को आगे लेकर के जाना. This is highly motivating for us और हमें और ज़्यादा energy मिलती है. जब हम लोग तो पुराने लोग होंगे अब थोड़े second version में जा रहे हैं.</w:t>
      </w:r>
    </w:p>
    <w:p>
      <w:r>
        <w:rPr>
          <w:b/>
        </w:rPr>
        <w:t xml:space="preserve">[35:26] </w:t>
      </w:r>
      <w:r>
        <w:t>lekin jaise young log agar aa rahe hain is inspire hokar ke aur mission se jud rahe hain to yeh hamare liye bahut motivation hai. aur ek baat jo inhone kahi inke twins hain koi tera chaudah saal ke ya gyarah saal ke liye gyarah saal ke. to yeh dono keh rahe the ki humne abhi se unko involve kiya hai taki unmein yeh jazma develop ho. so that's really very nice.</w:t>
      </w:r>
    </w:p>
    <w:p>
      <w:pPr>
        <w:jc w:val="right"/>
      </w:pPr>
      <w:r>
        <w:t>लेकिन जैसे young लोग अगर आ रहे हैं इस inspire होकर के और mission से जुड़ रहे हैं तो यह हमारे लिए बहुत motivation है. और एक बात जो इन्होंने कही इनके twins हैं कोई तेरह चौदह साल के या ग्यारह साल के लिए ग्यारह साल के. तो यह दोनों कह रहे थे कि हमने अभी से उनको involve किया है ताकि उनमें यह जज़्मा develop हो. So that's really very nice.</w:t>
      </w:r>
    </w:p>
    <w:p>
      <w:r>
        <w:rPr>
          <w:b/>
        </w:rPr>
        <w:t xml:space="preserve">[35:55] </w:t>
      </w:r>
      <w:r>
        <w:t>Mashallah.</w:t>
      </w:r>
    </w:p>
    <w:p>
      <w:pPr>
        <w:jc w:val="right"/>
      </w:pPr>
      <w:r>
        <w:t>माशालाह.</w:t>
      </w:r>
    </w:p>
    <w:p>
      <w:r>
        <w:rPr>
          <w:b/>
        </w:rPr>
        <w:t xml:space="preserve">[36:04] </w:t>
      </w:r>
      <w:r>
        <w:t>So we have about twenty three minutes time, not much time.</w:t>
      </w:r>
    </w:p>
    <w:p>
      <w:pPr>
        <w:jc w:val="right"/>
      </w:pPr>
      <w:r>
        <w:t>So we have about twenty three minutes time, not much time.</w:t>
      </w:r>
    </w:p>
    <w:p>
      <w:r>
        <w:rPr>
          <w:b/>
        </w:rPr>
        <w:t xml:space="preserve">[36:13] </w:t>
      </w:r>
      <w:r>
        <w:t>So ladies, please come forward aur apni apni learning ko share karein.</w:t>
      </w:r>
    </w:p>
    <w:p>
      <w:pPr>
        <w:jc w:val="right"/>
      </w:pPr>
      <w:r>
        <w:t>So ladies, please come forward और अपनी अपनी learning को share करें.</w:t>
      </w:r>
    </w:p>
    <w:p>
      <w:r>
        <w:rPr>
          <w:b/>
        </w:rPr>
        <w:t xml:space="preserve">[36:22] </w:t>
      </w:r>
      <w:r>
        <w:t>Ayesha Yusra, Ayesha Yusra, apni learning ko share karein. Kahan gayi?</w:t>
      </w:r>
    </w:p>
    <w:p>
      <w:pPr>
        <w:jc w:val="right"/>
      </w:pPr>
      <w:r>
        <w:t>आयशा यूसरा, आयशा यूसरा, अपनी learning को share करें. कहां गई?</w:t>
      </w:r>
    </w:p>
    <w:p>
      <w:r>
        <w:rPr>
          <w:b/>
        </w:rPr>
        <w:t xml:space="preserve">[36:31] </w:t>
      </w:r>
      <w:r>
        <w:t>Ayesha Yusra se to hum log bahut seekh rahe hain.</w:t>
      </w:r>
    </w:p>
    <w:p>
      <w:pPr>
        <w:jc w:val="right"/>
      </w:pPr>
      <w:r>
        <w:t>आयशा दूसरा से तो हम लोग बहुत सीख रहे हैं.</w:t>
      </w:r>
    </w:p>
    <w:p>
      <w:r>
        <w:rPr>
          <w:b/>
        </w:rPr>
        <w:t xml:space="preserve">[36:35] </w:t>
      </w:r>
      <w:r>
        <w:t>She's our news bulletin.</w:t>
      </w:r>
    </w:p>
    <w:p>
      <w:pPr>
        <w:jc w:val="right"/>
      </w:pPr>
      <w:r>
        <w:t>She's our news bulletin.</w:t>
      </w:r>
    </w:p>
    <w:p>
      <w:r>
        <w:rPr>
          <w:b/>
        </w:rPr>
        <w:t xml:space="preserve">[36:39] </w:t>
      </w:r>
      <w:r>
        <w:t>aap unmute karenge akshay.</w:t>
      </w:r>
    </w:p>
    <w:p>
      <w:pPr>
        <w:jc w:val="right"/>
      </w:pPr>
      <w:r>
        <w:t>आप unmute करेंगे अक्षय.</w:t>
      </w:r>
    </w:p>
    <w:p>
      <w:r>
        <w:rPr>
          <w:b/>
        </w:rPr>
        <w:t xml:space="preserve">[36:44] </w:t>
      </w:r>
      <w:r>
        <w:t>meri to ayesha yusra jo hai woh mere competition rehti hai.</w:t>
      </w:r>
    </w:p>
    <w:p>
      <w:pPr>
        <w:jc w:val="right"/>
      </w:pPr>
      <w:r>
        <w:t>मेरी तो आयशा युसरा जो है वह मेरे competition रहती है.</w:t>
      </w:r>
    </w:p>
    <w:p>
      <w:r>
        <w:rPr>
          <w:b/>
        </w:rPr>
        <w:t xml:space="preserve">[36:48] </w:t>
      </w:r>
      <w:r>
        <w:t>main roz padhti hoon, dekhti hoon aaj inhone itni copies de di ab mujhe bhi deni hai yeh.</w:t>
      </w:r>
    </w:p>
    <w:p>
      <w:pPr>
        <w:jc w:val="right"/>
      </w:pPr>
      <w:r>
        <w:t>मैं रोज़ पढ़ती हूं, देखती हूं आज इन्होंने इतनी copies दे दी अब मुझे भी देनी है यह.</w:t>
      </w:r>
    </w:p>
    <w:p>
      <w:r>
        <w:rPr>
          <w:b/>
        </w:rPr>
        <w:t xml:space="preserve">[36:53] </w:t>
      </w:r>
      <w:r>
        <w:t>hairaan hai mujhe.</w:t>
      </w:r>
    </w:p>
    <w:p>
      <w:pPr>
        <w:jc w:val="right"/>
      </w:pPr>
      <w:r>
        <w:t>हरान है मुझे.</w:t>
      </w:r>
    </w:p>
    <w:p>
      <w:r>
        <w:rPr>
          <w:b/>
        </w:rPr>
        <w:t xml:space="preserve">[36:57] </w:t>
      </w:r>
      <w:r>
        <w:t>mast kar lo jaan raha hai.</w:t>
      </w:r>
    </w:p>
    <w:p>
      <w:pPr>
        <w:jc w:val="right"/>
      </w:pPr>
      <w:r>
        <w:t>मस्त कर लो जान रहा है.</w:t>
      </w:r>
    </w:p>
    <w:p>
      <w:r>
        <w:rPr>
          <w:b/>
        </w:rPr>
        <w:t xml:space="preserve">[37:02] </w:t>
      </w:r>
      <w:r>
        <w:t>asslamle kumar. walikum. ji aur ki aapki jo topics hai na dawat ke bare mein yeh khural chapter five mein al maai al maida aur 67 verse mein allah taala kuch bolta hai ki yeh paigambar jo tumhare paas utre hue hain woh poora logon tak pahunchao.</w:t>
      </w:r>
    </w:p>
    <w:p>
      <w:pPr>
        <w:jc w:val="right"/>
      </w:pPr>
      <w:r>
        <w:t>अस्लामले कुमार. वाली कुमार. जी और की आपकी जो topics है ना दावत के बारे में यह खुराल chapter five में अल माई अल माईदा और 67 verse में अल्लाह तालाह कुछ बोलता है कि यह पाएगंबर जो तुम्हारे पास उत्तरे हुए हैं वह पूरा लोगों तक पहुंचाओ.</w:t>
      </w:r>
    </w:p>
    <w:p>
      <w:r>
        <w:rPr>
          <w:b/>
        </w:rPr>
        <w:t xml:space="preserve">[37:29] </w:t>
      </w:r>
      <w:r>
        <w:t>agar tumne yahi ek kaam nahi kiya to tumne kaam nahi kiya aur tumhare ko logon se shayad se main baithaunga. to it means jo log not only jis par faydumbt to jo insaan dawa ka kaam karega allah taala usko har sharte bacha kar rakhe. yeh allah ki wada hai.</w:t>
      </w:r>
    </w:p>
    <w:p>
      <w:pPr>
        <w:jc w:val="right"/>
      </w:pPr>
      <w:r>
        <w:t>अगर तुमने यही एक काम नहीं किया तो तुमने काम नहीं किया और तुम्हारे को लोगों से शायद से मैं बैठाऊंगा. तो it means जो लोग not only जिस पर फायदुम्बत तो जो इंसान दावा का काम करेगा अल्लाह तालाह उसको हर शर्ते बचा कर रखे. यह अल्लाह की वादा है.</w:t>
      </w:r>
    </w:p>
    <w:p>
      <w:r>
        <w:rPr>
          <w:b/>
        </w:rPr>
        <w:t xml:space="preserve">[37:57] </w:t>
      </w:r>
      <w:r>
        <w:t>to hum agar yeh kaam nahi diye the hum hum jis role ke liye allah salah is duniya mein paida kya hai? woh role ko hum nahi play karke is duniya mein jaane wale hote hain. to dawa aur kis masten should hurt every believer.</w:t>
      </w:r>
    </w:p>
    <w:p>
      <w:pPr>
        <w:jc w:val="right"/>
      </w:pPr>
      <w:r>
        <w:t>तो हम अगर यह काम नहीं दिए थे हम हम जिस role के लिए अल्लाह सालाह इस दुनिया में पैदा क्या है? वह role को हम नहीं play करके इस दुनिया में जाने वाले होते हैं. तो दावा और किस मस्तेन should hurt every believer.</w:t>
      </w:r>
    </w:p>
    <w:p>
      <w:r>
        <w:rPr>
          <w:b/>
        </w:rPr>
        <w:t xml:space="preserve">[38:15] </w:t>
      </w:r>
      <w:r>
        <w:t>to aur doosri point yeh hai ki harjitra vida, law, diplomat, afajme, paayambar salah sallam yahi unnees page mein yahi kaha ki jo yahan maujood nahi hai us tak meri paayega pahuncha hua. to iska maan yeh hai ki maine islam ko tumhare saamne pesh kiya.</w:t>
      </w:r>
    </w:p>
    <w:p>
      <w:pPr>
        <w:jc w:val="right"/>
      </w:pPr>
      <w:r>
        <w:t>तो और दूसरी point यह है कि हर्जित्र विदा, law, diplomat, अफ़ाजमे, पायंबर सलाह सललम यही उन्नीस page में यही कहा कि जो यहां मौजूद नहीं है उस तक मेरी पाएगा पहुंचा हुआ. तो इसका मान यह है कि मैंने इस्लाम को तुम्हारे सामने पेश किया.</w:t>
      </w:r>
    </w:p>
    <w:p>
      <w:r>
        <w:rPr>
          <w:b/>
        </w:rPr>
        <w:t xml:space="preserve">[38:39] </w:t>
      </w:r>
      <w:r>
        <w:t>ab tumhari zimmedari hai ki aap tumhare next person ko khaya mat tak next to next next next yeh pahunchani chahiye. iske liye khuda gawah hai. yeh do yeh is do yeh quranic verse hai aur yeh events hai.</w:t>
      </w:r>
    </w:p>
    <w:p>
      <w:pPr>
        <w:jc w:val="right"/>
      </w:pPr>
      <w:r>
        <w:t>अब तुम्हारी ज़िम्मेदारी है कि आप तुम्हारे next person को खाया मत तक next to next next next यह आएगा पहुंचानी चाहिए. इसके लिए ख़ुदा गवाह है. यह दो यह इस दो यह कुरानिक वर्ष है और यह events है.</w:t>
      </w:r>
    </w:p>
    <w:p>
      <w:r>
        <w:rPr>
          <w:b/>
        </w:rPr>
        <w:t xml:space="preserve">[38:56] </w:t>
      </w:r>
      <w:r>
        <w:t>hum yeh ise dawa ki importance ko hamein maloom kar sakte hain aur meri meri khud experience hai ki aaj main ek insaan bahut briskly walking kar rahi hai. unhone bahut foreign chalte hain. phir se palat kar aaye hain. yeh toh kya quran hai? main school le sakti hoon toh zaroor le lijiye. toh unhone bahut khushi se quran le liya.</w:t>
      </w:r>
    </w:p>
    <w:p>
      <w:pPr>
        <w:jc w:val="right"/>
      </w:pPr>
      <w:r>
        <w:t>हम यह इसे दवा की importance को हमें मालूम कर सकते हैं और मेरी मेरी खुद experience है कि आज मैं एक इंसान बहुत briskly walking कर रही है. उन्होंने बहुत foreign चलते हैं. फिर से पलट कर आए हैं. यह तो क्या कुरान है? मैं school ले सकती हूं तो ज़रूर ले लीजिए. तो उन्होंने बहुत खुशी से कुरान ले लिया.</w:t>
      </w:r>
    </w:p>
    <w:p>
      <w:r>
        <w:rPr>
          <w:b/>
        </w:rPr>
        <w:t xml:space="preserve">[39:25] </w:t>
      </w:r>
      <w:r>
        <w:t>toh unhone bola ki main zaroor ek quran ko padhunga. toh bahut saare log mujhse bola hai ki hum toh quran kuch aisa bola hai ki quran hai kya? quran, quran toh what is quran? quran hai kya? kuch log aise bola hai ki quran padhne ka kuch recent regulations hai kya? aur kuch log bola quran is it in english? is it in telugu? toh hum toh pata hi nahi hai.</w:t>
      </w:r>
    </w:p>
    <w:p>
      <w:pPr>
        <w:jc w:val="right"/>
      </w:pPr>
      <w:r>
        <w:t>तो उन्होंने बोला कि मैं ज़रूर एक कुरान को पढ़ूंगा. तो बहुत सारे लोग मुझसे बोला है कि हम तो कुरान कुछ ऐसा बोला है कि कुरान है क्या? कुरान, कुरान तो what is कुरान? कुरान है क्या? कुछ लोग ऐसे बोला है कि कुरान पढ़ने का कुछ recent regulations है क्या? और कुछ लोग बोला कुरान is it in English? Is it in तेलुगु? तो हम तो पता ही नहीं है.</w:t>
      </w:r>
    </w:p>
    <w:p>
      <w:r>
        <w:rPr>
          <w:b/>
        </w:rPr>
        <w:t xml:space="preserve">[39:54] </w:t>
      </w:r>
      <w:r>
        <w:t>hum kisi aadmi ko pooche hain lekin unhone unko nahi diya hai. toh aise hi bahut experience hai aur recently maine ek event ko dekhi hai ki ek waakhiya se guzri hai ki ek insaan bahut thand hoti hai hawali is jagah par six to seven morning. toh unhone kuch pamphlets lekar road ke saamne kare hue hain.</w:t>
      </w:r>
    </w:p>
    <w:p>
      <w:pPr>
        <w:jc w:val="right"/>
      </w:pPr>
      <w:r>
        <w:t>हम किसी आदमी को पूछे हैं लेकिन उन्होंने उनको नहीं दिया है. तो ऐसे ही बहुत experience है और recently मैंने एक event को देखी है कि एक वाक्षिया से गुजरी है कि एक इंसान बहुत ठंड होती है हवाली इस जगह पर six to seven morning. तो उन्होंने कुछ pamphlets लेकर Road के सामने करे हुए हैं.</w:t>
      </w:r>
    </w:p>
    <w:p>
      <w:r>
        <w:rPr>
          <w:b/>
        </w:rPr>
        <w:t xml:space="preserve">[40:21] </w:t>
      </w:r>
      <w:r>
        <w:t>toh woh jo parthit karte hain na woh unko de deta hai. toh maine woh shakhs ko dekhkar yahi socha ki yeh bichara is hand mein yeh palm plate khate lekar kare rahe hain aur logon ko unki products ke liye introduce karte hain. halanki yeh koi salesman hai. toh unka malik na zaroor unko benefit dega is kaam ke liye.</w:t>
      </w:r>
    </w:p>
    <w:p>
      <w:pPr>
        <w:jc w:val="right"/>
      </w:pPr>
      <w:r>
        <w:t>तो वह जो पार्थित करते हैं ना वह उनको दे देता है. तो मैंने वह शख्स को देखकर यही सोचा कि यह बिचारा इस hand में यह palm plate खाते लेकर करे रहे हैं और लोगों को उनकी products के लिए introduce करते हैं. हालांकि यह कोई salesman है. तो उनका मालिक ना ज़रूर उनको benefit देगा इस काम के लिए.</w:t>
      </w:r>
    </w:p>
    <w:p>
      <w:r>
        <w:rPr>
          <w:b/>
        </w:rPr>
        <w:t xml:space="preserve">[40:46] </w:t>
      </w:r>
      <w:r>
        <w:t>toh tab mujhe yeh lassi jilli ke jo daai hai lakh ka salam ko haath mein pakadkar dekhu ka naam gaad ko haath mein pakadkar dawa ke kaam mein lagte hain aur doosron ko unse doosron se kuch bhi jo negative response response aati hai, positive response aati hai, usko share nahi karta hai. uska maksad yahi hai ki khuda aapko fayda, khuda ki fayda doosron tak pahchano.</w:t>
      </w:r>
    </w:p>
    <w:p>
      <w:pPr>
        <w:jc w:val="right"/>
      </w:pPr>
      <w:r>
        <w:t>तो तब मुझे यह लस्सी जिल्ली के जो दाई है लाख का सलाम को हाथ में पकड़कर देखू का नाम गाड़ को हाथ में पकड़कर दावा के काम में लगते हैं और दूसरों को उनसे दूसरों से कुछ भी जो negative response response आती है, positive response आती है, उसको share नहीं करता है. उसका मकसद यही है कि खुदा आपको फ़ायदा, खुदा की फ़ायदा दूसरों तक पहुंचानो.</w:t>
      </w:r>
    </w:p>
    <w:p>
      <w:r>
        <w:rPr>
          <w:b/>
        </w:rPr>
        <w:t xml:space="preserve">[41:15] </w:t>
      </w:r>
      <w:r>
        <w:t>yahi mahil mein rakhi hai unki. yeh yeh is kaam ko sikhyarity se kabhi kabhi negative experience bhi lagti hai unko, lekin negative hai positive zyada lagti hai. ek hum negative ko overlook karni chahein aur positive experience se hum impression leni chahiye aur hum humari dawa kaam ko humari teen lakh week tak hum dayri rakhni chahiye.</w:t>
      </w:r>
    </w:p>
    <w:p>
      <w:pPr>
        <w:jc w:val="right"/>
      </w:pPr>
      <w:r>
        <w:t>यही माहिल में रखी है उनकी. यह यह इस काम को सीख्यारity से कभी कभी negative experience भी लगती है उनको, लेकिन negative है positive ज़्यादा लगती है. एक हम negative को overlook करनी चाहें और positive experience से हम impression लेनी चाहिए और हम हमारी दावा काम को हमारी तीन लाख week तक हम दायरी रखनी चाहिए.</w:t>
      </w:r>
    </w:p>
    <w:p>
      <w:r>
        <w:rPr>
          <w:b/>
        </w:rPr>
        <w:t xml:space="preserve">[41:41] </w:t>
      </w:r>
      <w:r>
        <w:t>toh maine yahi socha ki latla hum sab dayra tumhare kaam mein lage hue hain. tumhari iska jo pamphlet hai, tumhari jo word hai hamare haath mein lekar buddhon ko pahunchte hain toh zaroor haan alag alag hum sabko maaf karega aur jil lakhne jagah dega toh main ek dua karke lakhan haath mein karke maaf. maine bahut khushi se delve office aayi hai.</w:t>
      </w:r>
    </w:p>
    <w:p>
      <w:pPr>
        <w:jc w:val="right"/>
      </w:pPr>
      <w:r>
        <w:t>तो मैंने यही सोचा कि लतला हम सब दायरा तुम्हारे काम में लगे हुए हैं. तुम्हारी इसका जो pamphlet है, तुम्हारी जो word है हमारे हाथ में लेकर बुद्धों को पहुंचते हैं तो ज़रूर हां अलग अलग हम सबको माफ करेगा और जिल लखने जगह देगा तो मैं एक दुआ करके लखन हाथ में करके माफ. मैंने बहुत खुशी से delve office आई है.</w:t>
      </w:r>
    </w:p>
    <w:p>
      <w:r>
        <w:rPr>
          <w:b/>
        </w:rPr>
        <w:t xml:space="preserve">[42:08] </w:t>
      </w:r>
      <w:r>
        <w:t>to dawa dawa waqt is a great responsibility.</w:t>
      </w:r>
    </w:p>
    <w:p>
      <w:pPr>
        <w:jc w:val="right"/>
      </w:pPr>
      <w:r>
        <w:t>तो दावा दावा वक्त is a great responsibility.</w:t>
      </w:r>
    </w:p>
    <w:p>
      <w:r>
        <w:rPr>
          <w:b/>
        </w:rPr>
        <w:t xml:space="preserve">[42:15] </w:t>
      </w:r>
      <w:r>
        <w:t>bahut badi work hai insaan ke liye aur kabhi kabhi maine kabhi kabhi main roz main yahi mehsoos</w:t>
      </w:r>
    </w:p>
    <w:p>
      <w:pPr>
        <w:jc w:val="right"/>
      </w:pPr>
      <w:r>
        <w:t>बहुत बड़ी work है इंसान के लिए और कभी कभी मैंने कभी कभी मैं रोज़ मैं यही महसूस</w:t>
      </w:r>
    </w:p>
    <w:p>
      <w:r>
        <w:rPr>
          <w:b/>
        </w:rPr>
        <w:t xml:space="preserve">[42:23] </w:t>
      </w:r>
      <w:r>
        <w:t>करती हूं कब मेरे जो fat चाल को बंद करके cycle को cycle के पीछे fit करके मैं</w:t>
      </w:r>
    </w:p>
    <w:p>
      <w:pPr>
        <w:jc w:val="right"/>
      </w:pPr>
      <w:r>
        <w:t>करती हूं कब मेरे जो fat चाल को बंद करके cycle को cycle के पीछे fat करके मैं</w:t>
      </w:r>
    </w:p>
    <w:p>
      <w:r>
        <w:rPr>
          <w:b/>
        </w:rPr>
        <w:t xml:space="preserve">[42:30] </w:t>
      </w:r>
      <w:r>
        <w:t>yahi sochi hoon ki latala, teri zameen zameen ke upar karke teri jo aatmaar ke nishch karke tere</w:t>
      </w:r>
    </w:p>
    <w:p>
      <w:pPr>
        <w:jc w:val="right"/>
      </w:pPr>
      <w:r>
        <w:t>यही सौंसी हूं कि लताला, तेरी ज़मीन ज़मीन के ऊपर करके तेरी जो आत्मार के निश्चि करके तेरे</w:t>
      </w:r>
    </w:p>
    <w:p>
      <w:r>
        <w:rPr>
          <w:b/>
        </w:rPr>
        <w:t xml:space="preserve">[42:38] </w:t>
      </w:r>
      <w:r>
        <w:t>tere khilaf ko maine haath mein lekar teri bandor tak pahunchti hoon to yeh mere liye feeling experience</w:t>
      </w:r>
    </w:p>
    <w:p>
      <w:pPr>
        <w:jc w:val="right"/>
      </w:pPr>
      <w:r>
        <w:t>तेरे खिलाम को मैंने हाथ में लीकर तेरी बंदोर तक पहुंचती हूं तो यह मेरे लिए feeling experience</w:t>
      </w:r>
    </w:p>
    <w:p>
      <w:r>
        <w:rPr>
          <w:b/>
        </w:rPr>
        <w:t xml:space="preserve">[42:45] </w:t>
      </w:r>
      <w:r>
        <w:t>hai vah jo teri purt hai, teri samundar hai, teri hava hai, teri khiliya hai bahut bahut customer</w:t>
      </w:r>
    </w:p>
    <w:p>
      <w:pPr>
        <w:jc w:val="right"/>
      </w:pPr>
      <w:r>
        <w:t>है वह जो तेरी पूर्त है, तेरी समुंदर है, तेरी हवा है, तेरी खिलिया है बहुत बहुत customer</w:t>
      </w:r>
    </w:p>
    <w:p>
      <w:r>
        <w:rPr>
          <w:b/>
        </w:rPr>
        <w:t xml:space="preserve">[42:53] </w:t>
      </w:r>
      <w:r>
        <w:t>universe, there is for me, meaning, what is the benefit for me?</w:t>
      </w:r>
    </w:p>
    <w:p>
      <w:pPr>
        <w:jc w:val="right"/>
      </w:pPr>
      <w:r>
        <w:t>universe, तेरी मेरे लिए मतलब मैं के लिए फ़ायदा किया है.</w:t>
      </w:r>
    </w:p>
    <w:p>
      <w:r>
        <w:rPr>
          <w:b/>
        </w:rPr>
        <w:t xml:space="preserve">[43:01] </w:t>
      </w:r>
      <w:r>
        <w:t>agar hum yeh dawa work nahi karne se yeh sab resources ko harzir karne ke liye eligible eligible persons hum nahi bante hain toh jo dawa kaam karega isko eligible person rahega.</w:t>
      </w:r>
    </w:p>
    <w:p>
      <w:pPr>
        <w:jc w:val="right"/>
      </w:pPr>
      <w:r>
        <w:t>अगर हम यह दावा work नहीं करने से यह सब resources को हार्ज़िर करने के लिए eligible eligible persons हम नहीं बनते हैं तो जो दावा काम करेगा इसको eligible person रहेगा.</w:t>
      </w:r>
    </w:p>
    <w:p>
      <w:r>
        <w:rPr>
          <w:b/>
        </w:rPr>
        <w:t xml:space="preserve">[43:19] </w:t>
      </w:r>
      <w:r>
        <w:t>woh jo dawa kaam karega wahi external paradise mein baatcheet karne ka capable rahega aur maulana sahab ne aarashtra ki chapter mein bhi bole the ek stress kaam ho jayegi aankh se. woh woh jo insaan jo log is duniya mein dawat ki kaam yeh hai uske liye ek platform banegi.</w:t>
      </w:r>
    </w:p>
    <w:p>
      <w:pPr>
        <w:jc w:val="right"/>
      </w:pPr>
      <w:r>
        <w:t>वह जो दावा काम करेगा वही external paradise में बातचीत करने का capable रहेगा और मौलाना साहब ने आराष्ट्र की chapter में भी बोले थे एक stress काम हो जाएगी आंख्य से. वह वह जो इंसान जो लोग इस दुनिया में दावत की काम यह है उसको उनके लिए एक platform बनेगी.</w:t>
      </w:r>
    </w:p>
    <w:p>
      <w:r>
        <w:rPr>
          <w:b/>
        </w:rPr>
        <w:t xml:space="preserve">[43:44] </w:t>
      </w:r>
      <w:r>
        <w:t>woh sab dhai log woh platform mein jaakar rahenge. toh agency unke salam salam ke saath invite karenge kyunki aur aur ek example hai ki bolana sahab ki ek video video mein suni thi ki jab ek person aane hain sabka side dete hain, unka gaadi peeche chalti hai, bahut latak dete hain.</w:t>
      </w:r>
    </w:p>
    <w:p>
      <w:pPr>
        <w:jc w:val="right"/>
      </w:pPr>
      <w:r>
        <w:t>वह सब ढाई लोग वह platform में जाकर रहेंगे. तो agency उनके सलाम सलाम के साथ invite करेंगे क्योंकि और और एक example है कि बोलाना साहब की एक video video में सुनी थी कि जब एक person आने हैं सबका side देते हैं, उनका गाड़ी पीछे चलती है, बहुत लटक देते हैं.</w:t>
      </w:r>
    </w:p>
    <w:p>
      <w:r>
        <w:rPr>
          <w:b/>
        </w:rPr>
        <w:t xml:space="preserve">[44:12] </w:t>
      </w:r>
      <w:r>
        <w:t>par itna hi jo gaon kaam karke duniya aatil mein pahunchte hain woh allah salah bhi grant welcome karte hain. yeh log mere liye, mere kaam ke liye duniya mein karke aaye the isko grant welcome karni chahiye toh ek dawa daai ke liye is duniya mein bhi rakh sakte hain aur aakrit mein isse badhkar rakh sakte hain. yeh meri ek sandarbha hai jizakalla.</w:t>
      </w:r>
    </w:p>
    <w:p>
      <w:pPr>
        <w:jc w:val="right"/>
      </w:pPr>
      <w:r>
        <w:t>पर इतना ही जो गांव काम करके दुनिया आटिल में पहुंचते हैं वह अल्लाह सालाह भी grant welcome करते हैं. यह लोग मेरे लिए, मेरे काम के लिए दुनिया में करके आए थे इसको grant welcome करनी चाहिए तो एक दावा दाई के लिए इस दुनिया में भी रख सकते हैं और आकृत में इससे बढ़कर रख सकते हैं. यह मेरी एक संदर्भा है जिजाकल्ला.</w:t>
      </w:r>
    </w:p>
    <w:p>
      <w:r>
        <w:rPr>
          <w:b/>
        </w:rPr>
        <w:t xml:space="preserve">[44:40] </w:t>
      </w:r>
      <w:r>
        <w:t>jizakalla eesha aapne ek cheez maine jo hamesha mehsoos kiya hai aapki jo bhi share prapt karti hain. point of reference aapne bahut hi ek kisi cheez ko, kisi incident ko, kisi point ko aap point of reference banakar ke jo derive karti hain lesson that is very very important. har ibadit ki ek form hoti hai aur ek spirit hoti hai. aap jis tarah se convey karti hain cheezon ko derive karke use bahut zyada spirit hoti hai.</w:t>
      </w:r>
    </w:p>
    <w:p>
      <w:pPr>
        <w:jc w:val="right"/>
      </w:pPr>
      <w:r>
        <w:t>जिजाकल्ला ईशाह आपने एक चीज़ मैंने जो हमेशा महसूस किया है आपकी जो भी share प्राप्त करती हैं. Point of reference आपने बहुत ही एक किसी चीज़ को, किसी incident को, किसी point को आप point of reference बनाकर के जो derive करती हैं lesson that is very very important. हर इबादित की एक form होती है और एक spirit होती है. आप जिस तरह से convey करती हैं चीज़ों को derive करके उसे बहुत ज़्यादा spirit होती है.</w:t>
      </w:r>
    </w:p>
    <w:p>
      <w:r>
        <w:rPr>
          <w:b/>
        </w:rPr>
        <w:t xml:space="preserve">[45:09] </w:t>
      </w:r>
      <w:r>
        <w:t>for that for sharing your experiences and deriving the lesson from your experiences. so i invite other ladies. if, shabbana wants to, share her learning, she's also doing a lot of dawa work in kolkata. ji, asravale ko. wali suchna.</w:t>
      </w:r>
    </w:p>
    <w:p>
      <w:pPr>
        <w:jc w:val="right"/>
      </w:pPr>
      <w:r>
        <w:t>For that for sharing your experiences and deriving the lesson from your experiences. So I invite other ladies. If, Shabbana wants to, share her learning, she's also doing a lot of Dawa work in कोलकाता. जी, अस्रावले को. वाली सूचना.</w:t>
      </w:r>
    </w:p>
    <w:p>
      <w:r>
        <w:rPr>
          <w:b/>
        </w:rPr>
        <w:t xml:space="preserve">[45:32] </w:t>
      </w:r>
      <w:r>
        <w:t>ji, yeh article jab main padh rahi thi to ismein jo hai ki dawa ka kaam jo ek</w:t>
      </w:r>
    </w:p>
    <w:p>
      <w:pPr>
        <w:jc w:val="right"/>
      </w:pPr>
      <w:r>
        <w:t>जी, यह article जब मैं पढ़ रही थी तो इसमें जो है कि दावा का काम जो एक</w:t>
      </w:r>
    </w:p>
    <w:p>
      <w:r>
        <w:rPr>
          <w:b/>
        </w:rPr>
        <w:t xml:space="preserve">[45:39] </w:t>
      </w:r>
      <w:r>
        <w:t>sangeen masla hai, to isko main samajhne ki koshish kar rahi thi ki agar hum is baat is</w:t>
      </w:r>
    </w:p>
    <w:p>
      <w:pPr>
        <w:jc w:val="right"/>
      </w:pPr>
      <w:r>
        <w:t>संगीन मसला है, तो इसको मैं समझने की कोशिश कर रही थी कि अगर हम इस बात इस</w:t>
      </w:r>
    </w:p>
    <w:p>
      <w:r>
        <w:rPr>
          <w:b/>
        </w:rPr>
        <w:t xml:space="preserve">[45:47] </w:t>
      </w:r>
      <w:r>
        <w:t>line ko kisi ke saamne aise yun hi keh dein, to shayad unke samajh mein aayega ki oh</w:t>
      </w:r>
    </w:p>
    <w:p>
      <w:pPr>
        <w:jc w:val="right"/>
      </w:pPr>
      <w:r>
        <w:t>line को किसी के सामने ऐसे यूं ही कह दें, तो शायद उनके समझ में आएगा कि oh</w:t>
      </w:r>
    </w:p>
    <w:p>
      <w:r>
        <w:rPr>
          <w:b/>
        </w:rPr>
        <w:t xml:space="preserve">[45:55] </w:t>
      </w:r>
      <w:r>
        <w:t>yeh kuch aisa kaam hai jiski wajah se bahut masla aayega, masla pesh hoga aur hum pareshan honge.</w:t>
      </w:r>
    </w:p>
    <w:p>
      <w:pPr>
        <w:jc w:val="right"/>
      </w:pPr>
      <w:r>
        <w:t>यह कुछ ऐसा काम है जिसकी वजह से बहुत मसला आएगा, मसला पेश होगा और हम परेशान होंगे.</w:t>
      </w:r>
    </w:p>
    <w:p>
      <w:r>
        <w:rPr>
          <w:b/>
        </w:rPr>
        <w:t xml:space="preserve">[46:03] </w:t>
      </w:r>
      <w:r>
        <w:t>lekin shayad is tarah ka baat ho lekin is cheez ko shayad hum jo dawa waqt mein hai</w:t>
      </w:r>
    </w:p>
    <w:p>
      <w:pPr>
        <w:jc w:val="right"/>
      </w:pPr>
      <w:r>
        <w:t>लेकिन शायद इस तरह का बात हो लेकिन इस चीज़ को शायद हम जो दावा वक्त में है</w:t>
      </w:r>
    </w:p>
    <w:p>
      <w:r>
        <w:rPr>
          <w:b/>
        </w:rPr>
        <w:t xml:space="preserve">[46:11] </w:t>
      </w:r>
      <w:r>
        <w:t>woh zyada behtar samajh pa rahe hain kyunki yeh sangeen masla isliye hai na ki hamein pata hai</w:t>
      </w:r>
    </w:p>
    <w:p>
      <w:pPr>
        <w:jc w:val="right"/>
      </w:pPr>
      <w:r>
        <w:t>वह ज़्यादा बेहतर समझ पा रहे हैं क्योंकि यह संगीन मसला इसलिए है ना कि हमें पता है</w:t>
      </w:r>
    </w:p>
    <w:p>
      <w:r>
        <w:rPr>
          <w:b/>
        </w:rPr>
        <w:t xml:space="preserve">[46:19] </w:t>
      </w:r>
      <w:r>
        <w:t>allah pak humse kya chah rahe hain?</w:t>
      </w:r>
    </w:p>
    <w:p>
      <w:pPr>
        <w:jc w:val="right"/>
      </w:pPr>
      <w:r>
        <w:t>अल्लाह पाक हमसे क्या चाह रहे हैं?</w:t>
      </w:r>
    </w:p>
    <w:p>
      <w:r>
        <w:rPr>
          <w:b/>
        </w:rPr>
        <w:t xml:space="preserve">[46:27] </w:t>
      </w:r>
      <w:r>
        <w:t>allah ne humko duniya mein kyun bheja?</w:t>
      </w:r>
    </w:p>
    <w:p>
      <w:pPr>
        <w:jc w:val="right"/>
      </w:pPr>
      <w:r>
        <w:t>अल्लाह ने हमको दुनिया में क्यों भेजा?</w:t>
      </w:r>
    </w:p>
    <w:p>
      <w:r>
        <w:rPr>
          <w:b/>
        </w:rPr>
        <w:t xml:space="preserve">[46:35] </w:t>
      </w:r>
      <w:r>
        <w:t>aur humse kya kaam aisa yeh jo dawa ka kaam hai aisa kyun zaroori hai?</w:t>
      </w:r>
    </w:p>
    <w:p>
      <w:pPr>
        <w:jc w:val="right"/>
      </w:pPr>
      <w:r>
        <w:t>और हमसे क्या काम ऐसा यह जो दावा का काम है ऐसा क्यों ज़रूरी है?</w:t>
      </w:r>
    </w:p>
    <w:p>
      <w:r>
        <w:rPr>
          <w:b/>
        </w:rPr>
        <w:t xml:space="preserve">[46:43] </w:t>
      </w:r>
      <w:r>
        <w:t>hain, hum bhi karte hain, sab karta hai. lekin is farz kaam ko shayad bahut kam log apne andar la pa rahe hain. yeh bhi ek farz hai jaise namaz, roza aur yeh bhi bahut zaroori kaam hai jo kar raha hai hamein. hum jab mulana sahab ke kitabon ko aur alri salah ko padhna jab main shuru ki aur jab us cheez ko samjhaye toh ab toh hum log jaise hum jaise kahin par jaate hain, kahin par bhi. toh bas mind mein ek hi baat hota hai ki kaise dawa work kiya jaaye?</w:t>
      </w:r>
    </w:p>
    <w:p>
      <w:pPr>
        <w:jc w:val="right"/>
      </w:pPr>
      <w:r>
        <w:t>हैं, हम भी करते हैं, सब करता है. लेकिन इस फर्ज काम को शायद बहुत कम लोग अपने अंदर ला पा रहे हैं. यह भी एक फर्ज है जैसे नमाज़, रोज़ा और यह भी बहुत ज़रूरी काम है जो कर रहा है हमें. हम जब मुलाना साहब के किताबों को और अलरी साला को पढ़ना जब मैं शुरू की और जब उस चीज़ को समझाएं तो अब तो हम लोग जैसे हम जैसे कहीं पर जाते हैं, कहीं पर भी. तो बस mind में एक ही बात होता है कि कैसे दावा work किया जाए?</w:t>
      </w:r>
    </w:p>
    <w:p>
      <w:r>
        <w:rPr>
          <w:b/>
        </w:rPr>
        <w:t xml:space="preserve">[47:12] </w:t>
      </w:r>
      <w:r>
        <w:t>kaise deen ka kuch baat kisi ko pahuncha diya jaaye jo nahi jaanta hai? agar kabhi kuch haath mein hai toh badha diye nahi hai toh toh hum in hum unhein yeh batana chahte hain ki hum aur aap koi alag cheez nahi hai.</w:t>
      </w:r>
    </w:p>
    <w:p>
      <w:pPr>
        <w:jc w:val="right"/>
      </w:pPr>
      <w:r>
        <w:t>कैसे दीन का कुछ बात किसी को पहुंचा दिया जाए जो नहीं जानता है? अगर कभी कुछ हाथ में है तो बढ़ा दिए नहीं है तो तो हम इन हम उन्हें यह बताना चाहते हैं कि हम और आप कोई अलग चीज़ नहीं है.</w:t>
      </w:r>
    </w:p>
    <w:p>
      <w:r>
        <w:rPr>
          <w:b/>
        </w:rPr>
        <w:t xml:space="preserve">[47:40] </w:t>
      </w:r>
      <w:r>
        <w:t>hum aur aap insaan hain.</w:t>
      </w:r>
    </w:p>
    <w:p>
      <w:pPr>
        <w:jc w:val="right"/>
      </w:pPr>
      <w:r>
        <w:t>हम और आप इंसान हैं.</w:t>
      </w:r>
    </w:p>
    <w:p>
      <w:r>
        <w:rPr>
          <w:b/>
        </w:rPr>
        <w:t xml:space="preserve">[47:46] </w:t>
      </w:r>
      <w:r>
        <w:t>upar wale ne hamein duniya mein bheja hai kuch kaam ke liye, kuch din ke liye.</w:t>
      </w:r>
    </w:p>
    <w:p>
      <w:pPr>
        <w:jc w:val="right"/>
      </w:pPr>
      <w:r>
        <w:t>ऊपर वाले ने हमें दुनिया में भेजा है कुछ काम के लिए, कुछ दिन के लिए.</w:t>
      </w:r>
    </w:p>
    <w:p>
      <w:r>
        <w:rPr>
          <w:b/>
        </w:rPr>
        <w:t xml:space="preserve">[47:53] </w:t>
      </w:r>
      <w:r>
        <w:t>is tarah ki baat se hi hum chahte hain ki kuch bhi kuch bhi allah ka kalaam, allah</w:t>
      </w:r>
    </w:p>
    <w:p>
      <w:pPr>
        <w:jc w:val="right"/>
      </w:pPr>
      <w:r>
        <w:t>इस तरह की बात से ही हम चाहते हैं कि कुछ भी कुछ भी अल्लाह का कलाम, अल्लाह</w:t>
      </w:r>
    </w:p>
    <w:p>
      <w:r>
        <w:rPr>
          <w:b/>
        </w:rPr>
        <w:t xml:space="preserve">[47:59] </w:t>
      </w:r>
      <w:r>
        <w:t>ka pragaam us tak pahunch jaaye aur apne ravaiye ko aisa dikhate hain ki woh dobara milne ka</w:t>
      </w:r>
    </w:p>
    <w:p>
      <w:pPr>
        <w:jc w:val="right"/>
      </w:pPr>
      <w:r>
        <w:t>का प्रकाम उस तक पहुंच जाए और अपने रवैये को ऐसा दिखाते हैं कि वह दोबारा मिलने का</w:t>
      </w:r>
    </w:p>
    <w:p>
      <w:r>
        <w:rPr>
          <w:b/>
        </w:rPr>
        <w:t xml:space="preserve">[48:06] </w:t>
      </w:r>
      <w:r>
        <w:t>chah karte hain.</w:t>
      </w:r>
    </w:p>
    <w:p>
      <w:pPr>
        <w:jc w:val="right"/>
      </w:pPr>
      <w:r>
        <w:t>चाह करते हैं.</w:t>
      </w:r>
    </w:p>
    <w:p>
      <w:r>
        <w:rPr>
          <w:b/>
        </w:rPr>
        <w:t xml:space="preserve">[48:13] </w:t>
      </w:r>
      <w:r>
        <w:t>toh isliye sangeen masla jab hum is cheez ko samjhe toh samajh mein aaya ki ek ek aadmi ka yeh ek ek musalman ka yeh kaam hai ki is kaam ko karein, isko samjhein aur aur bahut khushi bhi hota hai jab aur koi bhi kaam toh jaakar ke jo khushi mehsoos nahi hoti hai na, is kaam ko karke khushi mehsoos hoti hai.</w:t>
      </w:r>
    </w:p>
    <w:p>
      <w:pPr>
        <w:jc w:val="right"/>
      </w:pPr>
      <w:r>
        <w:t>तो इसलिए संगीन मसला जब हम इस चीज़ को समझे तो समझ में आया कि एक एक आदमी का यह एक एक मुसलमान का यह काम है कि इस काम को करें, इसको समझें और और बहुत खुशी भी होता है जब और कोई भी काम तो जाकर के जो खुशी महसूस नहीं होती है ना, इस काम को करके खुशी महसूस होती है.</w:t>
      </w:r>
    </w:p>
    <w:p>
      <w:r>
        <w:rPr>
          <w:b/>
        </w:rPr>
        <w:t xml:space="preserve">[48:34] </w:t>
      </w:r>
      <w:r>
        <w:t>bas allah hamein tofeeq de hum log dheere dheere seekh rahe hain aur samajh rahe is cheez ko aur chah hoti hai ki har waqt yeh dil mein chah hoti hai ki kisi ko apne musalman bhai behan ke andar bhi yeh daal sake kis kaam kuch karo is yeh kaam karne ka hai aur yeh bahut zaroori hai. hamein karna hai, karna hai.</w:t>
      </w:r>
    </w:p>
    <w:p>
      <w:pPr>
        <w:jc w:val="right"/>
      </w:pPr>
      <w:r>
        <w:t>बस अल्लाह हमें तोफीक दे हम लोग धीरे धीरे सीख रहे हैं और समझ रहे इस चीज़ को और चाह होती है कि हर वक्त यह दिल में चाह होती है कि किसी को अपने मुसलमान भाई बहन के अंदर भी यह डाल सके किस काम कुछ करो इस यह काम करने का है और यह बहुत ज़रूरी है. हमें करना है, करना है.</w:t>
      </w:r>
    </w:p>
    <w:p>
      <w:r>
        <w:rPr>
          <w:b/>
        </w:rPr>
        <w:t xml:space="preserve">[48:53] </w:t>
      </w:r>
      <w:r>
        <w:t>to hum matlab hum to har waqt bulana shayad bahut shukrada karte hain aur sabse badi baat woh</w:t>
      </w:r>
    </w:p>
    <w:p>
      <w:pPr>
        <w:jc w:val="right"/>
      </w:pPr>
      <w:r>
        <w:t>तो हम मतलब हम तो हर वक्त बुलाना शायद बहुत शुक्रादा करते हैं और सबसे बड़ी बात वह</w:t>
      </w:r>
    </w:p>
    <w:p>
      <w:r>
        <w:rPr>
          <w:b/>
        </w:rPr>
        <w:t xml:space="preserve">[48:59] </w:t>
      </w:r>
      <w:r>
        <w:t>sabar shavina apa jo humko laayi is taraf unka bahut bahut shukrada karti hoon aur dil se hamesha</w:t>
      </w:r>
    </w:p>
    <w:p>
      <w:pPr>
        <w:jc w:val="right"/>
      </w:pPr>
      <w:r>
        <w:t>सबार शविना आपा जो हमको लाई इस तरफ उनका बहुत बहुत शुक्रादा करती है और दिल से हमेशा</w:t>
      </w:r>
    </w:p>
    <w:p>
      <w:r>
        <w:rPr>
          <w:b/>
        </w:rPr>
        <w:t xml:space="preserve">[49:05] </w:t>
      </w:r>
      <w:r>
        <w:t>duan niklta hai aur chahti hoon ke yeh kaam aur bhi sab log milkar hum log achhe se</w:t>
      </w:r>
    </w:p>
    <w:p>
      <w:pPr>
        <w:jc w:val="right"/>
      </w:pPr>
      <w:r>
        <w:t>दुआं निकलता है और चाहती हूं कि यह काम और भी सब लोग मिलकर हम लोग अच्छे से</w:t>
      </w:r>
    </w:p>
    <w:p>
      <w:r>
        <w:rPr>
          <w:b/>
        </w:rPr>
        <w:t xml:space="preserve">[49:11] </w:t>
      </w:r>
      <w:r>
        <w:t>karen aur allah hamein to feek dein ke is kaam mein aage badhe.</w:t>
      </w:r>
    </w:p>
    <w:p>
      <w:pPr>
        <w:jc w:val="right"/>
      </w:pPr>
      <w:r>
        <w:t>करें और अल्लाह हमें तो फ़ीक दें कि इस काम में आगे बढ़े.</w:t>
      </w:r>
    </w:p>
    <w:p>
      <w:r>
        <w:rPr>
          <w:b/>
        </w:rPr>
        <w:t xml:space="preserve">[49:17] </w:t>
      </w:r>
      <w:r>
        <w:t>Jazakallah Subhanallah for sharing your feelings, your spirit.</w:t>
      </w:r>
    </w:p>
    <w:p>
      <w:pPr>
        <w:jc w:val="right"/>
      </w:pPr>
      <w:r>
        <w:t>जिसाबिला शुभाना खत्म for sharing your feelings, your spirit.</w:t>
      </w:r>
    </w:p>
    <w:p>
      <w:r>
        <w:rPr>
          <w:b/>
        </w:rPr>
        <w:t xml:space="preserve">[49:24] </w:t>
      </w:r>
      <w:r>
        <w:t>hamare paas bahut kam time hai, das minute ka time hai aur koi ladies yeh jo share karna chahti hain? shabida ji. bolna chah rahi thi. is yahan se pehle main army mein thi toh wahan par jo mahaul hota hai jo hamara pados hai main ek example de rahi hoon kis tarah se padosiyon ko dawat hum de sakte hain.</w:t>
      </w:r>
    </w:p>
    <w:p>
      <w:pPr>
        <w:jc w:val="right"/>
      </w:pPr>
      <w:r>
        <w:t>हमारे पास बहुत कम time है, दस minute का time है और कोई ladies यह जो share करना चाहती हैं? शबीदा जी. बोलना चाह रही थी. इस यहां से पहले मैं army में थी तो वहां पर जो माहौल होता है जो हमारा पड़ोस है मैं एक example दे रही हूं किस तरह से पड़ोसियों को दावत हम दे सकते हैं.</w:t>
      </w:r>
    </w:p>
    <w:p>
      <w:r>
        <w:rPr>
          <w:b/>
        </w:rPr>
        <w:t xml:space="preserve">[49:46] </w:t>
      </w:r>
      <w:r>
        <w:t>toh jo hamari colony hoti hai wahan par milna julna socializing par bahut hota hai lekin jo baat hai woh log spiritual baat ko aajkal log pasand nahi karte aur fun ki, entertainment ki baatein zyada, parties hoti hain bahut. toh main bahut zyada wahan koshish kar rahi thi jab wahan rehti thi ki in logon ko kis tarah se quran doon, kis tarah bataoon? baat cut jaati thi aksar toh phir eid hui.</w:t>
      </w:r>
    </w:p>
    <w:p>
      <w:pPr>
        <w:jc w:val="right"/>
      </w:pPr>
      <w:r>
        <w:t>तो जो हमारी colony होती है वहां पर मिलना जुलना socializing पर बहुत होता है लेकिन जो बात है वह लोग spiritual बात को आजकल लोग पसंद नहीं करते और fun की, entertainment की बातें ज़्यादा, parties होती हैं बहुत. तो मैं बहुत ज़्यादा वहां कोशिश कर रही थी जब वहां रहती थी कि इन लोगों को किस तरह से कुरान दूं, किस तरह बताऊं? बात cut जाए करती थी अक्सर तो फिर ईद हुई.</w:t>
      </w:r>
    </w:p>
    <w:p>
      <w:r>
        <w:rPr>
          <w:b/>
        </w:rPr>
        <w:t xml:space="preserve">[50:12] </w:t>
      </w:r>
      <w:r>
        <w:t>eid ke roz maine seviyan pakayi aur sabke ghar seviyan bheji saath mein quran bheja. mujhe laga yahi ek tareeka hai ki main sabko ek saath pahunch doon aur kyunki meri baat wahan ho nahi pa rahi thi main zyada jaise bhi kuch is tarah ki baat shuru karti thi toh us baat ko khatm kar dete the ya kuch aur baat aa jaati thi. picnic ki baatein, parties ki baatein wahan zyada popular hoti thi.</w:t>
      </w:r>
    </w:p>
    <w:p>
      <w:pPr>
        <w:jc w:val="right"/>
      </w:pPr>
      <w:r>
        <w:t>ईद के रोज़ मैंने सिवैयां पकाई और सबके घर सिवैयां भेजी साथ में कुरान भेजा. मुझे लगा यही एक तरीका है कि मैं सबको एक साथ पहुंचा दूं और क्योंकि मेरी बात वहां हो नहीं पा रही थी मैं ज़्यादा जैसे भी कुछ इस तरह की बात शुरू करती थी तो उस बात को खत्म कर देते थे या कुछ और बात आ जाती थी. Picnic की बातें, parties की बातें वहां ज़्यादा popular होती थी.</w:t>
      </w:r>
    </w:p>
    <w:p>
      <w:r>
        <w:rPr>
          <w:b/>
        </w:rPr>
        <w:t xml:space="preserve">[50:37] </w:t>
      </w:r>
      <w:r>
        <w:t>to main is tarah se bata rahi thi ke hum apne pados mein, apne hisab se kis tarah se logon tak baat ko pahuncha sakte hain, books de sakte hain, quran de sakte hain. to maine example diya ke yeh tareeqa bhi hum apna sakte hain apne padosiyon ke liye. ji. sure. doctor sana se kuch puch lena batayenge? ji ji ji.</w:t>
      </w:r>
    </w:p>
    <w:p>
      <w:pPr>
        <w:jc w:val="right"/>
      </w:pPr>
      <w:r>
        <w:t>तो मैं इस तरह से बता रही थी कि हम अपने पड़ोस में, अपने हिसाब से किस तरह से लोगों तक बात को पहुंचा सकते हैं, books दे सकते हैं, कुरान दे सकते हैं. तो मैंने example दिया कि यह तरीका भी हम अपना सकते हैं अपने पड़ोसियों के लिए. जी. Sure. Doctor सना से कुछ पुछ लेना बताएंगे? जी जी जी.</w:t>
      </w:r>
    </w:p>
    <w:p>
      <w:r>
        <w:rPr>
          <w:b/>
        </w:rPr>
        <w:t xml:space="preserve">[51:04] </w:t>
      </w:r>
      <w:r>
        <w:t>haan, doctor sana aap kuch kehna chahti hain? asslam wali to. mali gussa. actually main kya hi kahoon itna sab mujhe to rozi li kuch dekhne ko hi mil jata hai bahut acha acha.</w:t>
      </w:r>
    </w:p>
    <w:p>
      <w:pPr>
        <w:jc w:val="right"/>
      </w:pPr>
      <w:r>
        <w:t>हां, Doctor सना आप कुछ कहना चाहती हैं? अस्लाम वाली तो. माली गुस्सा. Actually मैं क्या ही कहूं इतना सब मुझे तो रोज़ी ली कुछ देखने को ही मिल जाता है बहुत अच्छा अच्छा.</w:t>
      </w:r>
    </w:p>
    <w:p>
      <w:r>
        <w:rPr>
          <w:b/>
        </w:rPr>
        <w:t xml:space="preserve">[51:17] </w:t>
      </w:r>
      <w:r>
        <w:t>When میں especially ہی अश्विनीत जी आपसे कहना चाहूंगी जब से मैंने this class کو join کیا ہے</w:t>
      </w:r>
    </w:p>
    <w:p>
      <w:pPr>
        <w:jc w:val="right"/>
      </w:pPr>
      <w:r>
        <w:t>When मैं especially ही अश्विनीत जी आपसे कहना चाहूंगी जब से मैंने इस class को join किया है</w:t>
      </w:r>
    </w:p>
    <w:p>
      <w:r>
        <w:rPr>
          <w:b/>
        </w:rPr>
        <w:t xml:space="preserve">[51:24] </w:t>
      </w:r>
      <w:r>
        <w:t>and ma'am jo aapki spirit hai and jo jo personality hai to every day unki learning hoti hai</w:t>
      </w:r>
    </w:p>
    <w:p>
      <w:pPr>
        <w:jc w:val="right"/>
      </w:pPr>
      <w:r>
        <w:t>and ma'am जो आपकी spirit है and जो जो personality है तो every day उनकी learning होती है</w:t>
      </w:r>
    </w:p>
    <w:p>
      <w:r>
        <w:rPr>
          <w:b/>
        </w:rPr>
        <w:t xml:space="preserve">[51:31] </w:t>
      </w:r>
      <w:r>
        <w:t>kuchh aisa different ho sake ke aapki personality jo hai vah insaan le sake.</w:t>
      </w:r>
    </w:p>
    <w:p>
      <w:pPr>
        <w:jc w:val="right"/>
      </w:pPr>
      <w:r>
        <w:t>कुछ ऐसा different हो सके कि आपकी personality जो है वह इंसान ले सके.</w:t>
      </w:r>
    </w:p>
    <w:p>
      <w:r>
        <w:rPr>
          <w:b/>
        </w:rPr>
        <w:t xml:space="preserve">[51:39] </w:t>
      </w:r>
      <w:r>
        <w:t>to ek to yeh meri bhi bahut badi baat hai.</w:t>
      </w:r>
    </w:p>
    <w:p>
      <w:pPr>
        <w:jc w:val="right"/>
      </w:pPr>
      <w:r>
        <w:t>तो एक तो यह मेरी भी बहुत बड़ी बात है.</w:t>
      </w:r>
    </w:p>
    <w:p>
      <w:r>
        <w:rPr>
          <w:b/>
        </w:rPr>
        <w:t xml:space="preserve">[51:46] </w:t>
      </w:r>
      <w:r>
        <w:t>thank you so much and second mein sari ji ek cheez kahna chahoongi ke dawat ka dekhne mein</w:t>
      </w:r>
    </w:p>
    <w:p>
      <w:pPr>
        <w:jc w:val="right"/>
      </w:pPr>
      <w:r>
        <w:t>Thank you so much and second में सारी जी एक चीज़ कहना चाहूंगी कि दावत का देखने में</w:t>
      </w:r>
    </w:p>
    <w:p>
      <w:r>
        <w:rPr>
          <w:b/>
        </w:rPr>
        <w:t xml:space="preserve">[51:53] </w:t>
      </w:r>
      <w:r>
        <w:t>bas experience raha hai, bahut deeply samajhne ka.</w:t>
      </w:r>
    </w:p>
    <w:p>
      <w:pPr>
        <w:jc w:val="right"/>
      </w:pPr>
      <w:r>
        <w:t>बस experience रहा है, बहुत deeply समझने का.</w:t>
      </w:r>
    </w:p>
    <w:p>
      <w:r>
        <w:rPr>
          <w:b/>
        </w:rPr>
        <w:t xml:space="preserve">[52:01] </w:t>
      </w:r>
      <w:r>
        <w:t>amanat ke taur par rehti hai. kehne ka matlab hai ke jab alag alag haq jo hai woh insaan ke upar waziah ho jata hai to woh uske paas amanat ke taur par rehta hai.</w:t>
      </w:r>
    </w:p>
    <w:p>
      <w:pPr>
        <w:jc w:val="right"/>
      </w:pPr>
      <w:r>
        <w:t>अमानत के तौर पर रहती है. कहने का मतलब है कि जब अलग अलग हक जो है वह इंसान के ऊपर वाज़िया हो जाता है तो वह उसके पास अमानत के तौर पर रहता है.</w:t>
      </w:r>
    </w:p>
    <w:p>
      <w:r>
        <w:rPr>
          <w:b/>
        </w:rPr>
        <w:t xml:space="preserve">[52:10] </w:t>
      </w:r>
      <w:r>
        <w:t>jaise ke duniya mein jab koi insaan kisi ko koi cheez deta hai ek to main yeh samajh</w:t>
      </w:r>
    </w:p>
    <w:p>
      <w:pPr>
        <w:jc w:val="right"/>
      </w:pPr>
      <w:r>
        <w:t>जैसे कि दुनिया में जब कोई इंसान किसी को कोई चीज़ देता है एक तो मैं यह समझ</w:t>
      </w:r>
    </w:p>
    <w:p>
      <w:r>
        <w:rPr>
          <w:b/>
        </w:rPr>
        <w:t xml:space="preserve">[52:24] </w:t>
      </w:r>
      <w:r>
        <w:t>paai meri learning bhi and second jaise ke baat hui ke apne padosiyon ko haq dena to ek</w:t>
      </w:r>
    </w:p>
    <w:p>
      <w:pPr>
        <w:jc w:val="right"/>
      </w:pPr>
      <w:r>
        <w:t>पाई मेरी learning भी and second जैसे कि बात हुई कि अपने पड़ोसियों को हक देना तो एक</w:t>
      </w:r>
    </w:p>
    <w:p>
      <w:r>
        <w:rPr>
          <w:b/>
        </w:rPr>
        <w:t xml:space="preserve">[52:39] </w:t>
      </w:r>
      <w:r>
        <w:t>chhota sa mera learning bhi hai experience bhi hai.</w:t>
      </w:r>
    </w:p>
    <w:p>
      <w:pPr>
        <w:jc w:val="right"/>
      </w:pPr>
      <w:r>
        <w:t>छोटा सा मेरा learning भी है experience भी है.</w:t>
      </w:r>
    </w:p>
    <w:p>
      <w:r>
        <w:rPr>
          <w:b/>
        </w:rPr>
        <w:t xml:space="preserve">[52:54] </w:t>
      </w:r>
      <w:r>
        <w:t>jaise ke main davad ka kaam karti hoon kaafi time se.</w:t>
      </w:r>
    </w:p>
    <w:p>
      <w:pPr>
        <w:jc w:val="right"/>
      </w:pPr>
      <w:r>
        <w:t>जैसे कि मैं दावाद का काम करती हूं काफ़ी time से.</w:t>
      </w:r>
    </w:p>
    <w:p>
      <w:r>
        <w:rPr>
          <w:b/>
        </w:rPr>
        <w:t xml:space="preserve">[53:09] </w:t>
      </w:r>
      <w:r>
        <w:t>plan lekar ke gayi.</w:t>
      </w:r>
    </w:p>
    <w:p>
      <w:pPr>
        <w:jc w:val="right"/>
      </w:pPr>
      <w:r>
        <w:t>Plan लेकर के गई.</w:t>
      </w:r>
    </w:p>
    <w:p>
      <w:r>
        <w:rPr>
          <w:b/>
        </w:rPr>
        <w:t xml:space="preserve">[53:24] </w:t>
      </w:r>
      <w:r>
        <w:t>to maine rakha maine vah table par kaafi der tak.</w:t>
      </w:r>
    </w:p>
    <w:p>
      <w:pPr>
        <w:jc w:val="right"/>
      </w:pPr>
      <w:r>
        <w:t>तो मैंने रखा मैंने वह table पर काफ़ी देर तक.</w:t>
      </w:r>
    </w:p>
    <w:p>
      <w:r>
        <w:rPr>
          <w:b/>
        </w:rPr>
        <w:t xml:space="preserve">[53:39] </w:t>
      </w:r>
      <w:r>
        <w:t>phir uske baad unhone phir wahan se aaye phir vah dhoomna envelope main kahongi ke alltala ne ek</w:t>
      </w:r>
    </w:p>
    <w:p>
      <w:pPr>
        <w:jc w:val="right"/>
      </w:pPr>
      <w:r>
        <w:t>फिर उसके बाद उन्होंने फिर वहां से आए फिर वह धूम्ना envelope मैं कहूंगी कि अल्लताला ने एक</w:t>
      </w:r>
    </w:p>
    <w:p>
      <w:r>
        <w:rPr>
          <w:b/>
        </w:rPr>
        <w:t xml:space="preserve">[54:06] </w:t>
      </w:r>
      <w:r>
        <w:t>bahut aasan rasta nikal diya ke aap aise bhi kar sakte hain.</w:t>
      </w:r>
    </w:p>
    <w:p>
      <w:pPr>
        <w:jc w:val="right"/>
      </w:pPr>
      <w:r>
        <w:t>बहुत आसान रास्ता निकाल दिया कि आप ऐसे भी कर सकते हैं.</w:t>
      </w:r>
    </w:p>
    <w:p>
      <w:r>
        <w:rPr>
          <w:b/>
        </w:rPr>
        <w:t xml:space="preserve">[54:33] </w:t>
      </w:r>
      <w:r>
        <w:t>to yeh do teen cheezein badi achhi rahi. to main bas yahi share karna chahiye. zyada kar loon. matlab safina nahi, sama nahi. is tarah se hum log dawat ka kaam soch kar hain. har har insaan ke paas mauka hota hai. bas usko talash karna padta hai. hum usse bahut seekh sakte hain. one is, one very good example of practical wisdom. bahut bilkul.</w:t>
      </w:r>
    </w:p>
    <w:p>
      <w:pPr>
        <w:jc w:val="right"/>
      </w:pPr>
      <w:r>
        <w:t>तो यह दो तीन चीज़ें बड़ी अच्छी रही. तो मैं बस यही share करना चाहिए. ज़्यादा कर लूं. मतलब सफ़ीना नहीं, सामा नहीं. इस तरह से हम लोग दावादा काम सोच कर हैं. हर हर इंसान के पास मौका होता है. बस उसको तलाश करना पड़ता है. हम उससे बहुत सीख सकते हैं. One is, one very good example of practical wisdom. बहुत बिल्कुल.</w:t>
      </w:r>
    </w:p>
    <w:p>
      <w:r>
        <w:rPr>
          <w:b/>
        </w:rPr>
        <w:t xml:space="preserve">[55:03] </w:t>
      </w:r>
      <w:r>
        <w:t>ji. actually, yeh kaam bahut dawat work is a very creative work and har baar jab hum chahe woh ek individual ho, chahe koi platform ho ya kahin par ek crowd ho, hamesha aap dekhiyega ke ek similarity aapko nahi milegi. har waqt situation alag alag hoti hai, log alag hote hain, halaat alag hote hain.</w:t>
      </w:r>
    </w:p>
    <w:p>
      <w:pPr>
        <w:jc w:val="right"/>
      </w:pPr>
      <w:r>
        <w:t>जी. Actually, यह काम बहुत दावा work is a very creative work and हर बार जब हम चाहे वह एक individual हो, चाहे कोई platform हो या कहीं पर एक crowd हो, हमेशा आप देखिएगा कि एक similarity आपको नहीं मिलेगी. हर वक्त situation अलग अलग होती है, लोग अलग होते हैं, हालात अलग होते हैं.</w:t>
      </w:r>
    </w:p>
    <w:p>
      <w:r>
        <w:rPr>
          <w:b/>
        </w:rPr>
        <w:t xml:space="preserve">[55:26] </w:t>
      </w:r>
      <w:r>
        <w:t>aap dai ko itna creative hona chahiye ke woh apni practical wisdom ko kis tarah se halanki dekhiye theory ek hoti hai. physics mein hum jab padhte hain school mein, theory ek hoti hai lekin uske kai saare examples hote hain. woh theory kahan kahan hum apply karte hain. the same way jo literature mein, jo quran mein, hadith mein ek hamari theory hame mil chuki hai. ab har insaan ke upar depend karta hai ke uski practical wisdom kitni awakened hai. woh jitni zyada awakened hogi utni zyada application hoga.</w:t>
      </w:r>
    </w:p>
    <w:p>
      <w:pPr>
        <w:jc w:val="right"/>
      </w:pPr>
      <w:r>
        <w:t>आप दाई को इतना creative होना चाहिए कि वह अपनी practical wisdom को किस तरह से हालांकि देखिए theory एक होती है. Physics में हम जब पढ़ते हैं school में, theory एक होती है लेकिन उसके कई सारे examples होते हैं. वह theory कहां कहां हम apply करते हैं. The same way जो literature में, जो कुरान में, हदीस में एक हमारी theory हमें मिल चुकी है. अब हर इंसान के ऊपर depend करता है कि उसकी practical wisdom कितनी awakened है. वह जितनी ज़्यादा awakened होगी उतनी ज़्यादा application होगा.</w:t>
      </w:r>
    </w:p>
    <w:p>
      <w:r>
        <w:rPr>
          <w:b/>
        </w:rPr>
        <w:t xml:space="preserve">[55:56] </w:t>
      </w:r>
      <w:r>
        <w:t>to this is very very important for all guys who are over here to apply practical wisdom. this is very important to do the our work. woh wala tha humne likha tha chabina woh jo insaan ki misaal aisi jaise pani ki ek machhli jisko pani se nikal kar sehra mein daal diya jaye. aisi machhli sehra mein musalsal tadap rahi hogi aur uske sath behtareen hamdardi yeh hogi ke usko dobara pani ke andar lautaya jaye.</w:t>
      </w:r>
    </w:p>
    <w:p>
      <w:pPr>
        <w:jc w:val="right"/>
      </w:pPr>
      <w:r>
        <w:t>तो this is very very important for all guys who are over here to apply practical wisdom. This is very important to do the our work. वह वाला था हमने लिखा था छबीना वह जो इंसान की मिसाल ऐसी जैसे पानी की एक मछली जिसको पानी से निकालकर सेहरा में डाल दिया जाए. ऐसी मछली सेहरा में मुसलसल तड़प रही होगी और उसके साथ बेहतरीन हमदर्दी यह होगी कि उसको दोबारा पानी के अंदर लौटाया जाए.</w:t>
      </w:r>
    </w:p>
    <w:p>
      <w:r>
        <w:rPr>
          <w:b/>
        </w:rPr>
        <w:t xml:space="preserve">[56:24] </w:t>
      </w:r>
      <w:r>
        <w:t>to isko malala sahab ne sirf quran mein bataya gaya hai ke use surat teen se usko relate</w:t>
      </w:r>
    </w:p>
    <w:p>
      <w:pPr>
        <w:jc w:val="right"/>
      </w:pPr>
      <w:r>
        <w:t>तो इसको मलाला साहब ने सिर्फ़ कुरान में बताया गया है कि उसे सूरत तीन से उसको relate</w:t>
      </w:r>
    </w:p>
    <w:p>
      <w:r>
        <w:rPr>
          <w:b/>
        </w:rPr>
        <w:t xml:space="preserve">[56:32] </w:t>
      </w:r>
      <w:r>
        <w:t>kiya ke allan insaan ko aisa ne taqveer ki surat ne paida kiya phir usko agar isko girakar</w:t>
      </w:r>
    </w:p>
    <w:p>
      <w:pPr>
        <w:jc w:val="right"/>
      </w:pPr>
      <w:r>
        <w:t>किया कि अल्लान इंसान को ऐसा ने तक़वीर की सूरत ने पैदा किया फिर उसको अगर इसको गिराकर</w:t>
      </w:r>
    </w:p>
    <w:p>
      <w:r>
        <w:rPr>
          <w:b/>
        </w:rPr>
        <w:t xml:space="preserve">[56:41] </w:t>
      </w:r>
      <w:r>
        <w:t>asafala safleed mein daal diya.</w:t>
      </w:r>
    </w:p>
    <w:p>
      <w:pPr>
        <w:jc w:val="right"/>
      </w:pPr>
      <w:r>
        <w:t>असफला साफलीद में डाल दिया.</w:t>
      </w:r>
    </w:p>
    <w:p>
      <w:r>
        <w:rPr>
          <w:b/>
        </w:rPr>
        <w:t xml:space="preserve">[56:50] </w:t>
      </w:r>
      <w:r>
        <w:t>to davati amal ka maksad yeh hai ke insaan ko dobara uski asli tedai halat ki taraf lautaye.</w:t>
      </w:r>
    </w:p>
    <w:p>
      <w:pPr>
        <w:jc w:val="right"/>
      </w:pPr>
      <w:r>
        <w:t>तो दावती अमल का मकसद यह है कि इंसान को दोबारा उसकी असली तेदाई हालत की तरफ लौटाएं.</w:t>
      </w:r>
    </w:p>
    <w:p>
      <w:r>
        <w:rPr>
          <w:b/>
        </w:rPr>
        <w:t xml:space="preserve">[56:59] </w:t>
      </w:r>
      <w:r>
        <w:t>tarah pani nikal kar tadapti hai. usi tarah insaan bhi ek tarah se quda ki rehmat se door ho ja raha hai to usko quda wapas quda ki rehmat ki taraf lautaya jaye. ji apa. hamare paas do minute time hai aur kisi ladies ko kuch bhi share karna ho please. woh apna share karein. aisa na ho ke hum kisi ko left out kar dein.</w:t>
      </w:r>
    </w:p>
    <w:p>
      <w:pPr>
        <w:jc w:val="right"/>
      </w:pPr>
      <w:r>
        <w:t>तरह पानी निकलकर तड़पती है. उसी तरह इंसान भी एक तरह से कुदा की रेमत से दूर हो जा रहा है तो उसको कुदा वापस कुदा की रेमत की तरह लौटाया जाए. जी आपा. हमारे पास दो minute time है और किसी ladies को कुछ भी share करना हो please. वह अपना share करें. ऐसा ना हो कि हम किसी को left out कर दें.</w:t>
      </w:r>
    </w:p>
    <w:p>
      <w:r>
        <w:rPr>
          <w:b/>
        </w:rPr>
        <w:t xml:space="preserve">[57:28] </w:t>
      </w:r>
      <w:r>
        <w:t>papa, can i speak? yes yes, of course. please go ahead. but make it sure. haan, main jo wahan gaon ke kaam mein baithti hai na tab ek ek choti si bottle par pani di thi. woh bahar se bottle achhi nahi hai. to ek insaan ne woh mujhe pata nahi hai lekin woh aakar mujhe bolna ke kya yeh yeh pani kuch pite ho? no no i am using this water for only washing my hand.</w:t>
      </w:r>
    </w:p>
    <w:p>
      <w:pPr>
        <w:jc w:val="right"/>
      </w:pPr>
      <w:r>
        <w:t>Papa, can I speak? Yes yes, of course. Please go ahead. But make it sure. हां, मैं जो वहां गांव के काम में बैठती है ना तब एक एक छोटी सी bottle पर पानी दी थी. वह बाहर से bottle अच्छी नहीं है. तो एक इंसान ने वह मुझे पता नहीं है लेकिन वह आकर मुझे बोलना कि क्या यह यह पानी कुछ पीते हो? No no I am using this water for only washing my hand.</w:t>
      </w:r>
    </w:p>
    <w:p>
      <w:r>
        <w:rPr>
          <w:b/>
        </w:rPr>
        <w:t xml:space="preserve">[57:56] </w:t>
      </w:r>
      <w:r>
        <w:t>to unhone kaha ke agar peene se bimar padoge to unse kaha main thak hoon. to un jaane ke baad main yahi socha ke woh mujhe jaan pehchan wale nahi hai lekin ek insaan hokar mujhe ek achhi dawai diya hai. to main ek insaan hokar dawat kaam karne ki bahut important hai ke woh ke he towards to help.</w:t>
      </w:r>
    </w:p>
    <w:p>
      <w:pPr>
        <w:jc w:val="right"/>
      </w:pPr>
      <w:r>
        <w:t>तो उन्होंने कहा कि अगर पीने से बीवार पड़ोगे तो उनसे कहा मैं ठाक हूं. तो उन जाने के बाद मैं यही सोचा कि वह मुझे जान पहचान वाले नहीं है लेकिन एक इंसान होकर मुझे एक अच्छी दवाई दिया है. तो मैं एक इंसान होकर दावा काम करने की बहुत important है कि वह कि he towards to help.</w:t>
      </w:r>
    </w:p>
    <w:p>
      <w:r>
        <w:rPr>
          <w:b/>
        </w:rPr>
        <w:t xml:space="preserve">[58:23] </w:t>
      </w:r>
      <w:r>
        <w:t>to woh jahannum ki jahannand ko jaane ke rat rahe hain to ek gayu hokar ek deliver hokar mujhe yeh jo unhone kiya main yahi yahi chahiye ke tum jo ratte mein jate ho woh shahi karta nahi hai. aap nishaan pahunchne wali rakhta hai. to iske liye maine creation plan akhbar ko unko batane ki bahut zaruri hai.</w:t>
      </w:r>
    </w:p>
    <w:p>
      <w:pPr>
        <w:jc w:val="right"/>
      </w:pPr>
      <w:r>
        <w:t>तो वह जहन्यम की जहन्नंद को जाने के रट रहे हैं तो एक गायू होकर एक deliver होकर मुझे यह जो उन्होंने किया मैं यही यही चाहिए कि तुम जो रटते में जाते हो वह शाही करता नहीं है. आप निश्चान पहुंचने वाली रखता है. तो इसके लिए मैंने creation plan अखबार को उनको बताने की बहुत ज़रूरी है.</w:t>
      </w:r>
    </w:p>
    <w:p>
      <w:r>
        <w:rPr>
          <w:b/>
        </w:rPr>
        <w:t xml:space="preserve">[58:46] </w:t>
      </w:r>
      <w:r>
        <w:t>yeh is chauthi se example se maine yeh baat ko samjhi hai aur us din se mere andar dawat street bhi bahut double ho gaya lagate hain. bahut sahi kaha aisa ne. mulana sahab ne bhi ek baar bataya tha ke fekh ka masla hai ke koi insaan agar koi tabahi ki taraf ja raha to sabse pehle use roko. baad mein kuch bhi kaam karo.</w:t>
      </w:r>
    </w:p>
    <w:p>
      <w:pPr>
        <w:jc w:val="right"/>
      </w:pPr>
      <w:r>
        <w:t>यह इस चौथी से example से मैंने यह बात को समझी है और उस दिन से मेरे अंदर दावा street भी बहुत double हो गया लगाते हैं. बहुत सही कहा ऐसा ने. मुलाना साहब ने भी एक बार बताया था कि फेख का मसला है कि कोई इंसान अगर कोई तबाही की तरफ जा रहा तो सबसे पहले उसे रोको. बाद में कुछ भी काम करो.</w:t>
      </w:r>
    </w:p>
    <w:p>
      <w:r>
        <w:rPr>
          <w:b/>
        </w:rPr>
        <w:t xml:space="preserve">[59:11] </w:t>
      </w:r>
      <w:r>
        <w:t>to mujhe lagta hai ke sabse pehla kaam hamara aaj jo hai woh yahi hai kyunke har insaan tabahi ki taraf safar kar raha hai. to bahut hi achha hai aapne learning liya maslana. ab fahmidapa woh pura aath it is 08:00, eight one. i will take two to three minutes.</w:t>
      </w:r>
    </w:p>
    <w:p>
      <w:pPr>
        <w:jc w:val="right"/>
      </w:pPr>
      <w:r>
        <w:t>तो मुझे लगता है कि सबसे पहला काम हमारा आज जो है वह यही है क्योंकि हर इंसान तबाही की तरफ सफर कर रहा है. तो बहुत ही अच्छा है आपने learning लिया मसलना. अब फ़हमीदापा वह पूरा आठ it is 08:00, eight one. I will take two to three minutes.</w:t>
      </w:r>
    </w:p>
    <w:p>
      <w:r>
        <w:rPr>
          <w:b/>
        </w:rPr>
        <w:t xml:space="preserve">[59:32] </w:t>
      </w:r>
      <w:r>
        <w:t>ab main conference ke hawale se main ek point main share karna cha rahi thi to ismein bahar ke bahut sare delegates aaye hue the aur aisa hua ke jab main conference mein gayi subah saade gyarah baje shuru hona tha.</w:t>
      </w:r>
    </w:p>
    <w:p>
      <w:pPr>
        <w:jc w:val="right"/>
      </w:pPr>
      <w:r>
        <w:t>अब मैं conference के हवाले से मैं एक point मैं share करना चाह रही थी तो इसमें बाहर के बहुत सारे delegates आए हुए थे और ऐसा हुआ कि जब मैं conference में गई सुबह साढ़े ग्यारह बजे शुरू होना था.</w:t>
      </w:r>
    </w:p>
    <w:p>
      <w:r>
        <w:rPr>
          <w:b/>
        </w:rPr>
        <w:t xml:space="preserve">[1:00:02] </w:t>
      </w:r>
      <w:r>
        <w:t>saade gyarah baje se five 05:00 ka time tha aur kaafi door hai. dedh ghante ka rasta hai mere outskirt of the city mein. to ek to pehla masla tha ke main kiske sath jaungi? kaise jaungi? akela possible nahi hai. uber, ola mein jana. to allah ne uska bhi ek intezam kar diya. bina kharche ke mujhe koi aise mil gaye jo mere bade bhai jo unka business hai to usi raste se woh jate the.</w:t>
      </w:r>
    </w:p>
    <w:p>
      <w:pPr>
        <w:jc w:val="right"/>
      </w:pPr>
      <w:r>
        <w:t>साढ़े ग्यारह बजे से five 05:00 का time था और काफ़ी दूर है. डेढ़ घंटे का रास्ता है मेरे outskirt of the city में. तो एक तो पहला मसला था कि मैं किसके साथ जाऊंगी? कैसे जाऊंगी? अकेला possible नहीं है. Uber, Ola में जाना. तो अल्लाह ने उसका भी एक इंतज़ाम कर दिया. बिना ख़र्चे के मुझे कोई ऐसे मिल गए जो मेरे बड़े भाई जो उनका business है तो उसी रास्ते से वह जाते थे.</w:t>
      </w:r>
    </w:p>
    <w:p>
      <w:r>
        <w:rPr>
          <w:b/>
        </w:rPr>
        <w:t xml:space="preserve">[1:00:30] </w:t>
      </w:r>
      <w:r>
        <w:t>to maine unse bola to unhone mujhe wahan tak pahuncha diya. one point this jab main wahan quran jab main conference mein pahunchi maine dekha ke auditorium mein sare delegates sab kaafi bada sa auditorium hai. to sare delegates log sab jama ho chuke the, sab baith rahe the apni pct par laga rahe the. to mujhe registration karna tha to maine registration kiya aur jab main andar to woh prospectus dete hain.</w:t>
      </w:r>
    </w:p>
    <w:p>
      <w:pPr>
        <w:jc w:val="right"/>
      </w:pPr>
      <w:r>
        <w:t>तो मैंने उनसे बोला तो उन्होंने मुझे वहां तक पहुंचा दिया. One point this जब मैं वहां कुरान जब मैं conference में पहुंची मैंने देखा कि auditorium में सारे delegates सब काफ़ी बड़ा सा auditorium है. तो सारे delegates लोग सब जमा हो चुके थे, सब बैठ रहे थे अपनी PCT पर लगा रहे थे. तो मुझे registration करना था तो मैंने registration किया और जब मैं अंदर तो वह prospectus देते हैं.</w:t>
      </w:r>
    </w:p>
    <w:p>
      <w:r>
        <w:rPr>
          <w:b/>
        </w:rPr>
        <w:t xml:space="preserve">[1:00:56] </w:t>
      </w:r>
      <w:r>
        <w:t>jo log speaker hote hain to unko prospectus milta hai taki unko time aur slots us prospectus mein unke naam ke sath likha hua rehta hai pehle se. brochure mein likha hua rehta hai. to main apni seat par gayi front row jitne jo foreign delegates jo aaye the uske liye front row ki seat thi. to maine second row mein apni seat li since i was a speak. to maine second row mein apni ek seat li puri khali thi.</w:t>
      </w:r>
    </w:p>
    <w:p>
      <w:pPr>
        <w:jc w:val="right"/>
      </w:pPr>
      <w:r>
        <w:t>जो लोग speaker होते हैं तो उनको prospectus मिलता है ताकि उनको time और slots उस prospectus में उनके नाम के साथ लिखा हुआ रहता है पहले से. Brochure में लिखा हुआ रहता है. तो मैं अपनी seat पर गई front row जितने जो foreign delegates जो आए थे उसके लिए front row की seat थी. तो मैंने second row में अपनी seat ली since I was a speak. तो मैंने second row में अपनी एक seat ली पूरी खाली थी.</w:t>
      </w:r>
    </w:p>
    <w:p>
      <w:r>
        <w:rPr>
          <w:b/>
        </w:rPr>
        <w:t xml:space="preserve">[1:01:22] </w:t>
      </w:r>
      <w:r>
        <w:t>to maine initially apni ek seat le liya aur phir brochure maine kholkar dekha. to brochure main dekh rahi thi kya timing hai? kaise slots mila hai? kahan mera naam hai wagera wagera? to maine dekha ke woh kahin bhi do din ke conference mein mera naam kahin bhi nahi hai. to main ghabrai nahi, phir bhi wahan par jo us university, adams university ki jo deed thi lady, main unke paas gayi.</w:t>
      </w:r>
    </w:p>
    <w:p>
      <w:pPr>
        <w:jc w:val="right"/>
      </w:pPr>
      <w:r>
        <w:t>तो मैंने initially अपनी एक seat ले लिया और फिर brochure मैंने खोलकर देखा. तो brochure मैं देख रही थी क्या timing है? कैसे slots मिला है? कहां मेरा नाम है वगैरह वगैरह? तो मैंने देखा कि वह कहीं भी दो दिन के conference में मेरा नाम कहीं भी नहीं है. तो मैं घबराई नहीं, फिर भी वहां पर जो उस university, Adams University की जो deed थी lady, मैं उनके पास गई.</w:t>
      </w:r>
    </w:p>
    <w:p>
      <w:r>
        <w:rPr>
          <w:b/>
        </w:rPr>
        <w:t xml:space="preserve">[1:01:47] </w:t>
      </w:r>
      <w:r>
        <w:t>maine kaha ke ma'am i'm sorry my name is not there since i'm a speaker. to unhone mujhe dekha. maine unko kabhi nahi dekha tha isse pehle. to unhone kaha ke ok ok, you don't, your name is not there. i said no ma'am, my name is not there. i don't know when i will i'll get an opportunity to speak. to unhone kaha ke ok ok, i know you, i know you. unhone mujhse yeh kaha ke i know you, i know you.</w:t>
      </w:r>
    </w:p>
    <w:p>
      <w:pPr>
        <w:jc w:val="right"/>
      </w:pPr>
      <w:r>
        <w:t>मैंने कहा कि ma'am I'm sorry my name is not there since I'm a speaker. तो उन्होंने मुझे देखा. मैंने उनको कभी नहीं देखा था इससे पहले. तो उन्होंने कहा कि ok ok, you don't, your name is not there. I said no ma'am, my name is not there. I don't know when I will I'll get an opportunity to speak. तो उन्होंने कहा कि ok ok, I know you, I know you. उन्होंने मुझसे यह कहा कि I know you, I know you.</w:t>
      </w:r>
    </w:p>
    <w:p>
      <w:r>
        <w:rPr>
          <w:b/>
        </w:rPr>
        <w:t xml:space="preserve">[1:02:12] </w:t>
      </w:r>
      <w:r>
        <w:t>humne mujhe ek meenan ho gaya ke chalo mujhe mauka milega inshalah bolne ka. to unhone kaha ke aap baithiye yo aap seat le lijiye aur main aapko aapse baad mein baat karti hoon. phir uske baad hum logon ka tea break hua, phir lunch break hua. to jitne foreign delegates the chuki yeh first day of the conference tha to jitne foreign delegates the unko opportunity di ja rahi thi aur bahut ceremonial functions wagera ho rahe the.</w:t>
      </w:r>
    </w:p>
    <w:p>
      <w:pPr>
        <w:jc w:val="right"/>
      </w:pPr>
      <w:r>
        <w:t>हमने मुझे एक मीनान हो गया कि चलो मुझे मौका मिलेगा इंशालाह बोलने का. तो उन्होंने कहा कि आप बैठिए यो आप seat ले लीजिए और मैं आपको आपसे बाद में बात करती हूं. फिर उसके बाद हम लोगों का tea break हुआ, फिर lunch break हुआ. तो जितने foreign delegates थे चूंकि यह first day of the conference था तो जितने foreign delegates थे उनको opportunity दी जा रही थी और बहुत ceremonial functions वगैरह हो रहे थे.</w:t>
      </w:r>
    </w:p>
    <w:p>
      <w:r>
        <w:rPr>
          <w:b/>
        </w:rPr>
        <w:t xml:space="preserve">[1:02:38] </w:t>
      </w:r>
      <w:r>
        <w:t>Lunch ke baad main ma'am ke paas phir gayi aur usmein bhi timing groceries mein diya hua tha kitne log bolenge? To time was getting over at 04:45. Shaam ke paune paanch baje tak yeh time khatm ho raha tha. Main ma'am ke paas phir gayi ki ma'am kya aap mere liye arrange kar sakti hain? To ab dekhiye kaise madad kaise aati hai? To ma'am ne kaha ki kya aap aaj bolna chahengi? Maine kaha yeh sab course ma'am bahut door hai.</w:t>
      </w:r>
    </w:p>
    <w:p>
      <w:pPr>
        <w:jc w:val="right"/>
      </w:pPr>
      <w:r>
        <w:t>Lunch के बाद मैं ma'am के पास फिर गई और उसमें भी timing groceries में दिया हुआ था कितने लोग बोलेंगे? तो time was getting over at 04:45. शाम के पौने पांच बजे तक यह time खत्म हो रहा था. मैं ma'am के पास फिर गई कि ma'am क्या आप मेरे लिए arrange कर सकती हैं? तो अब देखिए कैसे मदद कैसे आती है? तो ma'am ने कहा कि क्या आप आज बोलना चाहेंगी? मैंने कहा यह सब course ma'am बहुत दूर है.</w:t>
      </w:r>
    </w:p>
    <w:p>
      <w:r>
        <w:rPr>
          <w:b/>
        </w:rPr>
        <w:t xml:space="preserve">[1:03:07] </w:t>
      </w:r>
      <w:r>
        <w:t>Main jahan se aa rahi hoon. It is very difficult for me to come again tomorrow. If it is possible, please ma'am make it an arrangement for me. I just need five to ten minutes to deliver my speech. Maine aur usko short kar diya kyunki meri thi speech twenty minutes ki thi. To maine kaha ki ma'am mujhe paanch se das minute bhi agar time milega to mera I I will be able to adjust. Ma'am ne kaha ok ok, theek hai you sit down. To you itne speakers aaye the aap.</w:t>
      </w:r>
    </w:p>
    <w:p>
      <w:pPr>
        <w:jc w:val="right"/>
      </w:pPr>
      <w:r>
        <w:t>मैं जहां से आ रही हूं. It is very difficult for me to come again tomorrow. If it is possible, please ma'am make it an arrangement for me. I just need five to ten minutes to deliver my speech. मैंने और उसको short कर दिया क्योंकि मेरी थी speech twenty minutes की थी. तो मैंने कहा कि ma'am मुझे पांच से दस minute भी अगर time मिलेगा तो मेरा I I will be able to adjust. Ma'am ने कहा ok ok, ठीक है you sit down. तो you इतने speakers आए थे आप.</w:t>
      </w:r>
    </w:p>
    <w:p>
      <w:r>
        <w:rPr>
          <w:b/>
        </w:rPr>
        <w:t xml:space="preserve">[1:03:36] </w:t>
      </w:r>
      <w:r>
        <w:t>It was about 120 speakers. Matlab all over India se log aaye hue the. Bahut bahut jagah se log aaye hue the speakers. Ab yeh jitne speakers the international delegates ko chhodkar ke yeh saare speakers ka slot second day ko tha. Ab woh bhi slotting kaise tha ki chhote chhote rules unko de diye gaye the das das speakers kyunki at the same time itne speakers ko dena aur time dena sirf do din ke conference par possible nahi ho. Hota hai kahin bhi.</w:t>
      </w:r>
    </w:p>
    <w:p>
      <w:pPr>
        <w:jc w:val="right"/>
      </w:pPr>
      <w:r>
        <w:t>It was about 120 speakers. मतलब all over India से लोग आए हुए थे. बहुत बहुत जगह से लोग आए हुए थे speakers. अब यह जितने speakers थे international delegates को छोड़कर के यह सारे speakers का slot second day को था. अब वह भी slotting कैसे था कि छोटे छोटे rules उनको दे दिए गए थे दस दस speakers क्योंकि at the same time इतने speakers को देना और time देना सिर्फ दो दिन के conference पर possible नहीं हो. होता है कहीं भी.</w:t>
      </w:r>
    </w:p>
    <w:p>
      <w:r>
        <w:rPr>
          <w:b/>
        </w:rPr>
        <w:t xml:space="preserve">[1:04:05] </w:t>
      </w:r>
      <w:r>
        <w:t>To sabko ek ek room halls de de karke das das pandrah pandrah speakers ko room mein dekar ke unko bithakar ke woh log apne papers ko deliver kar denge. To maine bola ma'am ko ma'am please aaj kuch kar dijiye. To unko kya baat samajh mein aayi? Unhone kaha ki theek hai, you wait.</w:t>
      </w:r>
    </w:p>
    <w:p>
      <w:pPr>
        <w:jc w:val="right"/>
      </w:pPr>
      <w:r>
        <w:t>तो सबको एक एक room halls दे दे करके दस दस पंद्रह पंद्रह speakers को room में देकर के उनको बिठाकर के वह लोग अपने papers को deliver कर देंगे. तो मैंने बोला ma'am को ma'am please आज कुछ कर दीजिए. तो उनको क्या बात समझ में आई? उन्होंने कहा कि ठीक है, you wait.</w:t>
      </w:r>
    </w:p>
    <w:p>
      <w:r>
        <w:rPr>
          <w:b/>
        </w:rPr>
        <w:t xml:space="preserve">[1:04:23] </w:t>
      </w:r>
      <w:r>
        <w:t>To jab shaam ke teen chaar baje to unhone mujhse kaha ki aap apna naam likhkar de ek paper par to maine unko de diya.</w:t>
      </w:r>
    </w:p>
    <w:p>
      <w:pPr>
        <w:jc w:val="right"/>
      </w:pPr>
      <w:r>
        <w:t>तो जब शाम के तीन चार बजा तो उन्होंने मुझसे कहा कि आप अपना नाम लिखकर दे एक paper पर तो मैंने उनको दे दिया.</w:t>
      </w:r>
    </w:p>
    <w:p>
      <w:r>
        <w:rPr>
          <w:b/>
        </w:rPr>
        <w:t xml:space="preserve">[1:04:48] </w:t>
      </w:r>
      <w:r>
        <w:t>Dekar ke last moment mein chaar speakers bache the at around 03:30. To mera jo kaagaz maine jo diya tha woh mera stage par gaya hai jo host kar raha tha is program ko. Phir unhone announcement kiya ki last mein mera naam announcement hua Shabina Ali from CBS International. To main wahan podium par chali gayi. Wahan podium mein main baithi hui thi. Saare speakers hain. Mere pehle ek Indonesia ke koi speaker the.</w:t>
      </w:r>
    </w:p>
    <w:p>
      <w:pPr>
        <w:jc w:val="right"/>
      </w:pPr>
      <w:r>
        <w:t>देकर के last moment में चार speakers बचे थे at around 03:30. तो मेरा जो काग़ज़ मैंने जो दिया था वह मेरा stage पर गया है जो host कर रहा था इस program को. फिर उन्होंने announcement किया कि last में मेरा नाम announcement हुआ शबीना अली from CBS International. तो मैं वहां podium पर चली गई. वहां podium में मैं बैठी हुई थी. सारे speakers हैं. मेरे पहले एक Indonesia के कोई speaker थे.</w:t>
      </w:r>
    </w:p>
    <w:p>
      <w:r>
        <w:rPr>
          <w:b/>
        </w:rPr>
        <w:t xml:space="preserve">[1:05:16] </w:t>
      </w:r>
      <w:r>
        <w:t>Woh woh bhi Islam ke upar hi unki koi topic thi. To main unke saath baithi hui thi. Jab main mera naam jab last minute mein announcement hua to kaafi time nikal chuka tha. Mere paas hardly ten minutes ka time tha aur mere twenty minutes ke paper the. To jab main stage par gayi mera announcement hua ki professor Shabina Ali. To main jab stage par gayi to maine kaha ki hanste hue maine kaha ki ma'am I'm sorry I'm not professor Shabina Ali.</w:t>
      </w:r>
    </w:p>
    <w:p>
      <w:pPr>
        <w:jc w:val="right"/>
      </w:pPr>
      <w:r>
        <w:t>वह वह भी इस्लाम के ऊपर ही उनकी कोई topic थी. तो मैं उनके साथ बैठी हुई थी. जब मैं मेरा नाम जब last minute में announcement हुआ तो काफी time निकल चुका था. मेरे पास hardly ten minutes का time था और मेरे twenty minutes के paper थे. तो जब मैं stage पर गई मेरा announcement हुआ कि professor शबीना अली. तो मैं जब stage पर गई तो मैंने कहा कि हंसते हुए मैंने कहा कि ma'am I'm sorry I'm not professor शबीना अली.</w:t>
      </w:r>
    </w:p>
    <w:p>
      <w:r>
        <w:rPr>
          <w:b/>
        </w:rPr>
        <w:t xml:space="preserve">[1:05:45] </w:t>
      </w:r>
      <w:r>
        <w:t>I'm still a student of Maulana Wahiduddin Khan and I I I am from the CPS International. My mentor Maulana Wahiduddin Khan.</w:t>
      </w:r>
    </w:p>
    <w:p>
      <w:pPr>
        <w:jc w:val="right"/>
      </w:pPr>
      <w:r>
        <w:t>I'm still a student of मोलाना वहीदुद्दीन खान and I I I am from the CPS International. My mentor मोलाना वहीदुद्दीन खान.</w:t>
      </w:r>
    </w:p>
    <w:p>
      <w:r>
        <w:rPr>
          <w:b/>
        </w:rPr>
        <w:t xml:space="preserve">[1:05:55] </w:t>
      </w:r>
      <w:r>
        <w:t>Main unki literature ko deliver karne ke liye aayi hoon and I'm still at a learning stage and I each day I I try myself to learn more and more and I go through all the spiritual scholars making not yeh bolna sentence mujhe laga ki yeh zaroori hai ki ek main Islam ko belong to kar rahi hoon aur Islam ke paper ko lekar ke bhi aaye ho. Let not audience think that I am just there with an icon of being a Islam or a Muslim.</w:t>
      </w:r>
    </w:p>
    <w:p>
      <w:pPr>
        <w:jc w:val="right"/>
      </w:pPr>
      <w:r>
        <w:t>मैं उनकी literature को deliver करने के लिए आई हूं and I'm still at a learning stage and I each day I I try myself to learn more and more and I go through all the spiritual scholars making not यह बोलना sentence मुझे लगा कि यह ज़रूरी है कि एक मैं इस्लाम को belong तो कर रही हूं और इस्लाम के paper को लेकर के भी आए हो. Let not audience think that I am just there with an icon of being a इस्लाम or a मुस्लिम.</w:t>
      </w:r>
    </w:p>
    <w:p>
      <w:r>
        <w:rPr>
          <w:b/>
        </w:rPr>
        <w:t xml:space="preserve">[1:06:25] </w:t>
      </w:r>
      <w:r>
        <w:t>Let me be a someone who is interested in spiritual things. To yeh maine bolkar ke apna paper shuru kiya. To udhar se announcement mein ma'am aapke paas bahut kam time hai. Maine kaha ki ok without wasting time I will start my paper. To mujhe das minute ka time mila.</w:t>
      </w:r>
    </w:p>
    <w:p>
      <w:pPr>
        <w:jc w:val="right"/>
      </w:pPr>
      <w:r>
        <w:t>Let me be a someone who is interested in spiritual things. तो यह मैंने बोलकर के अपना paper शुरू किया. तो उधर से announcement में ma'am आपके पास बहुत कम time है. मैंने कहा कि ok without wasting time I will start my paper. तो मुझे दस minute का time मिला.</w:t>
      </w:r>
    </w:p>
    <w:p>
      <w:r>
        <w:rPr>
          <w:b/>
        </w:rPr>
        <w:t xml:space="preserve">[1:06:43] </w:t>
      </w:r>
      <w:r>
        <w:t>Jo mujhe important points us paper mein laga maine usko bola bol kar ke main jab dice se jab main utar rahi thi jo host the he was a, he was a monk aur woh monk the he was from Kerala aur woh Ramkrishna mission se aaye hue the. Unke saath meri pehle bahut achhi interaction ho chuki thi. To unhone kaha I am so sorry ma'am aapko time nahi mila. Aapka paper itna achha tha lekin hum logon ko sunne ka mauka nahi mila.</w:t>
      </w:r>
    </w:p>
    <w:p>
      <w:pPr>
        <w:jc w:val="right"/>
      </w:pPr>
      <w:r>
        <w:t>जो मुझे important points उस paper में लगा मैंने उसको बोला बोल करके मैं जब diet से जब मैं उतर रही थी जो host थे he was a, he was a monk और वह monk थे he was from केरला और वह रामकृष्ण mission से आए हुए थे. उनके साथ मेरी पहले बहुत अच्छी interaction हो चुकी थी. तो उन्होंने कहा I am so sorry ma'am आपको time नहीं मिला. आपका paper इतना अच्छा था लेकिन हम लोगों को सुनने का मौका नहीं मिला.</w:t>
      </w:r>
    </w:p>
    <w:p>
      <w:r>
        <w:rPr>
          <w:b/>
        </w:rPr>
        <w:t xml:space="preserve">[1:07:11] </w:t>
      </w:r>
      <w:r>
        <w:t>Hum logon bahut zyada insult lag raha hai ki aapka itna achha paper hone ke bawajood aapko sunane ka mauka nahi mila. Maine kaha no I mean it's ok yeh koi zaroori baat nahi hai. Kyunki main dil mein jaan rahi thi ki main yahan par apne paper ke liye nahi aayi hoon. Main da'wah work ke liye aayi hoon. Mera yahan par maqsad Allah ne mujhe bheja hai ki Quran ki da'wah main logon tak pahuncha sakoon. Paper is not important for me.</w:t>
      </w:r>
    </w:p>
    <w:p>
      <w:pPr>
        <w:jc w:val="right"/>
      </w:pPr>
      <w:r>
        <w:t>हम लोगों बहुत ज़्यादा insult लग रहा है कि आपका इतना अच्छा paper होने के बावजूद आपको सुनाने का मौका नहीं मिला. मैंने कहा no I mean it's ok यह कोई ज़रूरी बात नहीं है. क्योंकि मैं दिल में जान रही थी कि मैं यहां पर अपने paper के लिए नहीं आई हूं. मैं दावा work के लिए आई हूं. मेरा यहां पर मकसद अल्लाह ने मुझे भेजा है कि कुरान की दावत मैं लोगों तक पहुंचा सकूं. Paper is not important for me.</w:t>
      </w:r>
    </w:p>
    <w:p>
      <w:r>
        <w:rPr>
          <w:b/>
        </w:rPr>
        <w:t xml:space="preserve">[1:07:37] </w:t>
      </w:r>
      <w:r>
        <w:t>Main apne aap se keh rahi thi yeh taaki main kisi tarah ki koi negative feeling mere andar na aa jaye. To jab main dice se utri raha par you won't believe itne speakers subah se saare log kitne na jaane speakers bol chuke the. Nobody was getting that kind of welcome which I got. It is not that ki main mere andar koi aisi surkh aapke par lage hue ya aisi khoobsurti hai ya aisa koi talent, it is not. It is the literature that I'm delivering.</w:t>
      </w:r>
    </w:p>
    <w:p>
      <w:pPr>
        <w:jc w:val="right"/>
      </w:pPr>
      <w:r>
        <w:t>मैं अपने आप से कह रही थी यह ताकि मैं किसी तरह की कोई negative feeling मेरे अंदर ना आ जाए. तो जब मैं dice से उतरी रहा पर you won't believe इतने speakers सुबह से सारे लोग कितने ना जाने speakers बोल चुके थे. Nobody was getting that kind of welcome which I got. It is not that कि मैं मेरे अंदर कोई ऐसी सुर्ख आपके पर लगे हुए या ऐसी खूबसूरती है या ऐसा कोई talent, it is not. It is the literature that I'm delivering.</w:t>
      </w:r>
    </w:p>
    <w:p>
      <w:r>
        <w:rPr>
          <w:b/>
        </w:rPr>
        <w:t xml:space="preserve">[1:08:07] </w:t>
      </w:r>
      <w:r>
        <w:t>The words that I have said, the ideology which I have, jo maine wahan par deliver kiya hai, woh important tha wahan ke logon ke liye aur ekdum se laga ki saare log haathon haath mujhe le rahe hain aur mere paas time bahut kam tha. Mujhe Quran dena tha.</w:t>
      </w:r>
    </w:p>
    <w:p>
      <w:pPr>
        <w:jc w:val="right"/>
      </w:pPr>
      <w:r>
        <w:t>The words that I have said, the ideology which I have, जो मैंने वहां पर deliver किया है, वह important था वहां के लोगों के लिए और एकदम से लगा कि सारे लोग हाथों हाथ मुझे ले रहे हैं और मेरे पास time बहुत कम था. मुझे कुरान देना था.</w:t>
      </w:r>
    </w:p>
    <w:p>
      <w:r>
        <w:rPr>
          <w:b/>
        </w:rPr>
        <w:t xml:space="preserve">[1:08:23] </w:t>
      </w:r>
      <w:r>
        <w:t>To main I just rushed on aur maine back se Quran nikala aur first row mein jitne delegates sab baithe hue the foran jata jata within five minutes I completed the entire task of giving the Quran. Phir main aage badhi to ek IIT Kharagpur ke IIT Ranchi ke ek mujhe mile. Unhone kaha ki I have this Quran and unhone kaha ki main doctor Maria Khan se mil chuka hoon. Unka ek lecture aaya tha. Usmein unhone speech diya tha.</w:t>
      </w:r>
    </w:p>
    <w:p>
      <w:pPr>
        <w:jc w:val="right"/>
      </w:pPr>
      <w:r>
        <w:t>तो मैं I just rushed on और मैंने back से कुरान निकाला और first row में जितने delegates सब बैठे हुए थे फ़ौरन जटा जटा within five minutes I completed the entire task of giving the कुरान. फिर मैं आगे बढ़ी तो एक IIT खड़कपुर के IIT रांची के एक मुझे मिले. उन्होंने कहा कि I have this कुरान and उन्होंने कहा कि मैं doctor Maria खान से मिल चुका हूं. उनका एक lecture आया था. उसमें उन्होंने speech दिया था.</w:t>
      </w:r>
    </w:p>
    <w:p>
      <w:r>
        <w:rPr>
          <w:b/>
        </w:rPr>
        <w:t xml:space="preserve">[1:08:53] </w:t>
      </w:r>
      <w:r>
        <w:t>to maine kaha yes, i know doctor maria khan.</w:t>
      </w:r>
    </w:p>
    <w:p>
      <w:pPr>
        <w:jc w:val="right"/>
      </w:pPr>
      <w:r>
        <w:t>तो मैंने कहा yes, I know doctor Maria खान.</w:t>
      </w:r>
    </w:p>
    <w:p>
      <w:r>
        <w:rPr>
          <w:b/>
        </w:rPr>
        <w:t xml:space="preserve">[1:08:58] </w:t>
      </w:r>
      <w:r>
        <w:t>we are from the same same team, cps team.</w:t>
      </w:r>
    </w:p>
    <w:p>
      <w:pPr>
        <w:jc w:val="right"/>
      </w:pPr>
      <w:r>
        <w:t>We are from the same same team, CPS team.</w:t>
      </w:r>
    </w:p>
    <w:p>
      <w:r>
        <w:rPr>
          <w:b/>
        </w:rPr>
        <w:t xml:space="preserve">[1:09:04] </w:t>
      </w:r>
      <w:r>
        <w:t>to unhone kaha ke ok, you give me your number, your name, your card, everything and you we</w:t>
      </w:r>
    </w:p>
    <w:p>
      <w:pPr>
        <w:jc w:val="right"/>
      </w:pPr>
      <w:r>
        <w:t>तो उन्होंने कहा कि ok, you give me your number, your name, your card, everything and you we</w:t>
      </w:r>
    </w:p>
    <w:p>
      <w:r>
        <w:rPr>
          <w:b/>
        </w:rPr>
        <w:t xml:space="preserve">[1:09:10] </w:t>
      </w:r>
      <w:r>
        <w:t>will be interacting with you, contacting you.</w:t>
      </w:r>
    </w:p>
    <w:p>
      <w:pPr>
        <w:jc w:val="right"/>
      </w:pPr>
      <w:r>
        <w:t>will be interacting with you, contacting you.</w:t>
      </w:r>
    </w:p>
    <w:p>
      <w:r>
        <w:rPr>
          <w:b/>
        </w:rPr>
        <w:t xml:space="preserve">[1:09:16] </w:t>
      </w:r>
      <w:r>
        <w:t>to is tarah se ek aur indonesia ke log the.</w:t>
      </w:r>
    </w:p>
    <w:p>
      <w:pPr>
        <w:jc w:val="right"/>
      </w:pPr>
      <w:r>
        <w:t>तो इस तरह से एक और Indonesia के लोग थे.</w:t>
      </w:r>
    </w:p>
    <w:p>
      <w:r>
        <w:rPr>
          <w:b/>
        </w:rPr>
        <w:t xml:space="preserve">[1:09:22] </w:t>
      </w:r>
      <w:r>
        <w:t>unhone mera baqayda pura paper manga ke aapka jo paper tha vah mujhe paper dijiye.</w:t>
      </w:r>
    </w:p>
    <w:p>
      <w:pPr>
        <w:jc w:val="right"/>
      </w:pPr>
      <w:r>
        <w:t>उन्होंने मेरा बकायदा पूरा paper मांगा कि आपका जो paper था वह मुझे paper दीजिए.</w:t>
      </w:r>
    </w:p>
    <w:p>
      <w:r>
        <w:rPr>
          <w:b/>
        </w:rPr>
        <w:t xml:space="preserve">[1:09:28] </w:t>
      </w:r>
      <w:r>
        <w:t>main isko aage padhna chahunga.</w:t>
      </w:r>
    </w:p>
    <w:p>
      <w:pPr>
        <w:jc w:val="right"/>
      </w:pPr>
      <w:r>
        <w:t>मैं इसको आगे पढ़ना चाहूंगा.</w:t>
      </w:r>
    </w:p>
    <w:p>
      <w:r>
        <w:rPr>
          <w:b/>
        </w:rPr>
        <w:t xml:space="preserve">[1:09:34] </w:t>
      </w:r>
      <w:r>
        <w:t>to mere saare bag dono bag poore khaali ho gaye quran se gift bag se aur main bhaag</w:t>
      </w:r>
    </w:p>
    <w:p>
      <w:pPr>
        <w:jc w:val="right"/>
      </w:pPr>
      <w:r>
        <w:t>तो मेरे सारे bag दोनों bag पूरे खाली हो गए कुरान से gift bag से और मैं भाग</w:t>
      </w:r>
    </w:p>
    <w:p>
      <w:r>
        <w:rPr>
          <w:b/>
        </w:rPr>
        <w:t xml:space="preserve">[1:09:38] </w:t>
      </w:r>
      <w:r>
        <w:t>rahi thi auditorium se bahar.</w:t>
      </w:r>
    </w:p>
    <w:p>
      <w:pPr>
        <w:jc w:val="right"/>
      </w:pPr>
      <w:r>
        <w:t>रही थी auditorium से बाहर.</w:t>
      </w:r>
    </w:p>
    <w:p>
      <w:r>
        <w:rPr>
          <w:b/>
        </w:rPr>
        <w:t xml:space="preserve">[1:09:43] </w:t>
      </w:r>
      <w:r>
        <w:t>to mere peeche ek ladka jiska maine review share kiya hai vah mere peeche peeche aaya vah 21</w:t>
      </w:r>
    </w:p>
    <w:p>
      <w:pPr>
        <w:jc w:val="right"/>
      </w:pPr>
      <w:r>
        <w:t>तो मेरे पीछे एक लड़का जिसका मैंने review share किया है वह मेरे पीछे पीछे आया वह 21</w:t>
      </w:r>
    </w:p>
    <w:p>
      <w:r>
        <w:rPr>
          <w:b/>
        </w:rPr>
        <w:t xml:space="preserve">[1:09:47] </w:t>
      </w:r>
      <w:r>
        <w:t>year old ka ladka tha.</w:t>
      </w:r>
    </w:p>
    <w:p>
      <w:pPr>
        <w:jc w:val="right"/>
      </w:pPr>
      <w:r>
        <w:t>year old का लड़का था.</w:t>
      </w:r>
    </w:p>
    <w:p>
      <w:r>
        <w:rPr>
          <w:b/>
        </w:rPr>
        <w:t xml:space="preserve">[1:09:52] </w:t>
      </w:r>
      <w:r>
        <w:t>mujhe aaya bola ma'am aapka paper chahiye mujhe.</w:t>
      </w:r>
    </w:p>
    <w:p>
      <w:pPr>
        <w:jc w:val="right"/>
      </w:pPr>
      <w:r>
        <w:t>मुझे आया बोला ma'am आपका paper चाहिए मुझे.</w:t>
      </w:r>
    </w:p>
    <w:p>
      <w:r>
        <w:rPr>
          <w:b/>
        </w:rPr>
        <w:t xml:space="preserve">[1:09:56] </w:t>
      </w:r>
      <w:r>
        <w:t>main main aage padhunga isko.</w:t>
      </w:r>
    </w:p>
    <w:p>
      <w:pPr>
        <w:jc w:val="right"/>
      </w:pPr>
      <w:r>
        <w:t>मैं मैं आगे पढ़ूंगा इसको.</w:t>
      </w:r>
    </w:p>
    <w:p>
      <w:r>
        <w:rPr>
          <w:b/>
        </w:rPr>
        <w:t xml:space="preserve">[1:10:01] </w:t>
      </w:r>
      <w:r>
        <w:t>to maine kaha of course you are welcome.</w:t>
      </w:r>
    </w:p>
    <w:p>
      <w:pPr>
        <w:jc w:val="right"/>
      </w:pPr>
      <w:r>
        <w:t>तो मैंने कहा of course you are welcome.</w:t>
      </w:r>
    </w:p>
    <w:p>
      <w:r>
        <w:rPr>
          <w:b/>
        </w:rPr>
        <w:t xml:space="preserve">[1:10:05] </w:t>
      </w:r>
      <w:r>
        <w:t>to maine phir usse poocha ki tum yahan kya karte ho?</w:t>
      </w:r>
    </w:p>
    <w:p>
      <w:pPr>
        <w:jc w:val="right"/>
      </w:pPr>
      <w:r>
        <w:t>तो मैंने फिर उससे पुछा कि तुम यहां क्या करते हो?</w:t>
      </w:r>
    </w:p>
    <w:p>
      <w:r>
        <w:rPr>
          <w:b/>
        </w:rPr>
        <w:t xml:space="preserve">[1:10:10] </w:t>
      </w:r>
      <w:r>
        <w:t>kya padhte ho? vagera vagera.</w:t>
      </w:r>
    </w:p>
    <w:p>
      <w:pPr>
        <w:jc w:val="right"/>
      </w:pPr>
      <w:r>
        <w:t>क्या पढ़ते हो? वगैरह वगैरह.</w:t>
      </w:r>
    </w:p>
    <w:p>
      <w:r>
        <w:rPr>
          <w:b/>
        </w:rPr>
        <w:t xml:space="preserve">[1:10:14] </w:t>
      </w:r>
      <w:r>
        <w:t>usne saari baatein apni batai.</w:t>
      </w:r>
    </w:p>
    <w:p>
      <w:pPr>
        <w:jc w:val="right"/>
      </w:pPr>
      <w:r>
        <w:t>उसने सारी बातें अपनी बताई.</w:t>
      </w:r>
    </w:p>
    <w:p>
      <w:r>
        <w:rPr>
          <w:b/>
        </w:rPr>
        <w:t xml:space="preserve">[1:10:19] </w:t>
      </w:r>
      <w:r>
        <w:t>Jo hamare saath doctor Safina jo share karti hain woh to main share kar rahi hoon and he is going through. Ek cheez jo aap mujhe yeh baat samajh mein aayegi jo mera inference hai jo take away hai is conference se ki dekhiye aap itne speakers the wahan par. Aisa platform mujhe kal nahi milta second day mein. Main kisi room mein hoti das pandrah logon ke beech mein. Lekin Allah ne ek aisa intezaam kiya mera naam us brochure mein nahi dekar ke.</w:t>
      </w:r>
    </w:p>
    <w:p>
      <w:pPr>
        <w:jc w:val="right"/>
      </w:pPr>
      <w:r>
        <w:t>जो हमारे साथ doctor सफ़ीना जो share करती हैं वह तो मैं share कर रही हूं and he is going through. एक चीज़ जो आप मुझे यह बात समझ में आएगी जो मेरा inference है जो take away है इस conference से कि देखिए आप इतने speakers थे वहां पर. ऐसा platform मुझे कल नहीं मिलता second day में. मैं किसी room में होती दस पंद्रह लोगों के beach में. लेकिन अल्लाह ने एक ऐसा इंतज़ाम किया मेरा नाम उस brochure में नहीं देकर के.</w:t>
      </w:r>
    </w:p>
    <w:p>
      <w:r>
        <w:rPr>
          <w:b/>
        </w:rPr>
        <w:t xml:space="preserve">[1:10:46] </w:t>
      </w:r>
      <w:r>
        <w:t>Yeh negativity thi lekin isko positive isko positive matlab woh mere liye ek hikmat aur ek positive incident ho gaya. Kyunki agar mera naam hota to main second day deliver hoti. Mera ek time slot hota aur yeh jo mauka Allah ne mujhe ek poore international platform ke paas saamne aur ek poori bhari auditorium mein jismein bahut zyada log the, yeh platform mujhe nahi milta second day mein.</w:t>
      </w:r>
    </w:p>
    <w:p>
      <w:pPr>
        <w:jc w:val="right"/>
      </w:pPr>
      <w:r>
        <w:t>यह negativity थी लेकिन इसको positive इसको positive मतलब वह मेरे लिए एक हिकमात और एक positive incident हो गया. क्योंकि अगर मेरा नाम होता तो मैं second day deliver होती. मेरा एक time slot होता और यह जो मौका अल्लाह ने मुझे एक पूरे international platform के पास सामने और एक पूरी भरी auditorium में जिसमें बहुत ज़्यादा लोग थे, यह platform मुझे नहीं मिलता second day में.</w:t>
      </w:r>
    </w:p>
    <w:p>
      <w:r>
        <w:rPr>
          <w:b/>
        </w:rPr>
        <w:t xml:space="preserve">[1:11:14] </w:t>
      </w:r>
      <w:r>
        <w:t>To ek mera naam nahi hona us brochure mein kitni badi ek opportunity mere liye nikal aaya. To maine yeh bahut zyada it was mind blowing for me ki mera naam nahi hona kitni badi achhai saabit hui hai ismein. To yeh bahut hi important point jo tha mujhe aap logon se share karna tha.</w:t>
      </w:r>
    </w:p>
    <w:p>
      <w:pPr>
        <w:jc w:val="right"/>
      </w:pPr>
      <w:r>
        <w:t>तो एक मेरा नाम नहीं होना उस brochure में कितनी बड़ी एक opportunity मेरे लिए निकल आया. तो मैंने यह बहुत ज़्यादा it was mind blowing for me कि मेरा नाम नहीं होना कितनी बड़ी अच्छाई साबित हुई है इसमें. तो यह बहुत ही important point जो था मुझे आप लोगों से share करना था.</w:t>
      </w:r>
    </w:p>
    <w:p>
      <w:r>
        <w:rPr>
          <w:b/>
        </w:rPr>
        <w:t xml:space="preserve">[1:11:35] </w:t>
      </w:r>
      <w:r>
        <w:t>bahut hi feeling experience tha jab bhi na to main to jaan daal di aaj ke discussion mein</w:t>
      </w:r>
    </w:p>
    <w:p>
      <w:pPr>
        <w:jc w:val="right"/>
      </w:pPr>
      <w:r>
        <w:t>बहुत ही feeling experience था जब भी ना तो मैं तो जान डाल दिया आज के discussion में</w:t>
      </w:r>
    </w:p>
    <w:p>
      <w:r>
        <w:rPr>
          <w:b/>
        </w:rPr>
        <w:t xml:space="preserve">[1:11:53] </w:t>
      </w:r>
      <w:r>
        <w:t>yeh apna share karke apni jo vah tha aur sabse badi baat hai mujhe aisa laga ki insaan</w:t>
      </w:r>
    </w:p>
    <w:p>
      <w:pPr>
        <w:jc w:val="right"/>
      </w:pPr>
      <w:r>
        <w:t>यह अपना share करके अपनी जो वह था और सबसे बड़ी बात है मुझे ऐसा लगा कि इंसान</w:t>
      </w:r>
    </w:p>
    <w:p>
      <w:r>
        <w:rPr>
          <w:b/>
        </w:rPr>
        <w:t xml:space="preserve">[1:12:12] </w:t>
      </w:r>
      <w:r>
        <w:t>ke jo jab yeh urdu ki hai iski english bhi hai dawat tehko daure dawat jinhone nahi padha</w:t>
      </w:r>
    </w:p>
    <w:p>
      <w:pPr>
        <w:jc w:val="right"/>
      </w:pPr>
      <w:r>
        <w:t>के जो जब यह उर्दू की है इसकी English भी है दावत तेहकों दौरे दावत जिन्होंने नहीं पढ़ा</w:t>
      </w:r>
    </w:p>
    <w:p>
      <w:r>
        <w:rPr>
          <w:b/>
        </w:rPr>
        <w:t xml:space="preserve">[1:12:30] </w:t>
      </w:r>
      <w:r>
        <w:t>hai vah zaroor padhe unko importance maloom hogi ki dawat kitna zyada zaroori hai.</w:t>
      </w:r>
    </w:p>
    <w:p>
      <w:pPr>
        <w:jc w:val="right"/>
      </w:pPr>
      <w:r>
        <w:t>है वह ज़रूर पढ़े उनको importance मालूम होगी कि दावत कितना ज़्यादा ज़रूरी है.</w:t>
      </w:r>
    </w:p>
    <w:p>
      <w:r>
        <w:rPr>
          <w:b/>
        </w:rPr>
        <w:t xml:space="preserve">[1:12:49] </w:t>
      </w:r>
      <w:r>
        <w:t>To Maulana Sahab ki kuch line ke saath main isko khatm karna cha rahi thi. Baat ho lekin wahan par session complete kar dein. Haan Shabina aur bahut hi achha discussion hua. Maulana Sahab ne jaisa likha hai ki ibadat ikhlaq mamlaat mein Khuda ke kaam ki kaamin bande ki apni zaroorat hai.</w:t>
      </w:r>
    </w:p>
    <w:p>
      <w:pPr>
        <w:jc w:val="right"/>
      </w:pPr>
      <w:r>
        <w:t>तो माला नहीं साहब की कुछ line के साथ मैं इसको खत्म करना चाह रही थी. बात हो लेकिन वहां पर session complete कर दें. हां शैभवी ना और बहुत ही अच्छा discussion हुआ. महाराणा सामने जैसा लिखा है कि इबादत इखलाख़ मामलात में खुदा के काम की कामीन बंदे की अपनी ज़रूरत है.</w:t>
      </w:r>
    </w:p>
    <w:p>
      <w:r>
        <w:rPr>
          <w:b/>
        </w:rPr>
        <w:t xml:space="preserve">[1:13:15] </w:t>
      </w:r>
      <w:r>
        <w:t>uske zariye banda apni bandagi ko saabit karke khuda ke inaam ka mustahik banta hai.</w:t>
      </w:r>
    </w:p>
    <w:p>
      <w:pPr>
        <w:jc w:val="right"/>
      </w:pPr>
      <w:r>
        <w:t>उसके ज़रिए बंदा अपनी बंदगी को साबित करके खुदा के इनाम का मुस्ताहित बनता है.</w:t>
      </w:r>
    </w:p>
    <w:p>
      <w:r>
        <w:rPr>
          <w:b/>
        </w:rPr>
        <w:t xml:space="preserve">[1:13:22] </w:t>
      </w:r>
      <w:r>
        <w:t>yeh khudai amal hai jisko kuch insaan goya ki khuda ki taraf se anjaam dete hain aur phir</w:t>
      </w:r>
    </w:p>
    <w:p>
      <w:pPr>
        <w:jc w:val="right"/>
      </w:pPr>
      <w:r>
        <w:t>यह खुदाई अमल है जिसको कुछ इंसान गोया की खुदा की तरफ से अंजाम देते हैं और फिर</w:t>
      </w:r>
    </w:p>
    <w:p>
      <w:r>
        <w:rPr>
          <w:b/>
        </w:rPr>
        <w:t xml:space="preserve">[1:13:29] </w:t>
      </w:r>
      <w:r>
        <w:t>khuda ke yahan se uski mazdoori paate hain.</w:t>
      </w:r>
    </w:p>
    <w:p>
      <w:pPr>
        <w:jc w:val="right"/>
      </w:pPr>
      <w:r>
        <w:t>खुदा के यहां से उसकी मजदूरी पाते हैं.</w:t>
      </w:r>
    </w:p>
    <w:p>
      <w:r>
        <w:rPr>
          <w:b/>
        </w:rPr>
        <w:t xml:space="preserve">[1:13:36] </w:t>
      </w:r>
      <w:r>
        <w:t>hum to wahan kara lete hain.</w:t>
      </w:r>
    </w:p>
    <w:p>
      <w:pPr>
        <w:jc w:val="right"/>
      </w:pPr>
      <w:r>
        <w:t>हम तो वहां करा लेते हैं.</w:t>
      </w:r>
    </w:p>
    <w:p>
      <w:r>
        <w:rPr>
          <w:b/>
        </w:rPr>
        <w:t xml:space="preserve">[1:13:43] </w:t>
      </w:r>
      <w:r>
        <w:t>sulayi ramani rahi.</w:t>
      </w:r>
    </w:p>
    <w:p>
      <w:pPr>
        <w:jc w:val="right"/>
      </w:pPr>
      <w:r>
        <w:t>सुलाई रमानी रही.</w:t>
      </w:r>
    </w:p>
    <w:p>
      <w:r>
        <w:rPr>
          <w:b/>
        </w:rPr>
        <w:t xml:space="preserve">[1:13:50] </w:t>
      </w:r>
      <w:r>
        <w:t>sulayi talu bilai.</w:t>
      </w:r>
    </w:p>
    <w:p>
      <w:pPr>
        <w:jc w:val="right"/>
      </w:pPr>
      <w:r>
        <w:t>सुलाई तालू बिलाई.</w:t>
      </w:r>
    </w:p>
    <w:p>
      <w:r>
        <w:rPr>
          <w:b/>
        </w:rPr>
        <w:t xml:space="preserve">[1:13:57] </w:t>
      </w:r>
      <w:r>
        <w:t>yadab tera bada shukr ehsaan hai ki tune hamein mauka diya.</w:t>
      </w:r>
    </w:p>
    <w:p>
      <w:pPr>
        <w:jc w:val="right"/>
      </w:pPr>
      <w:r>
        <w:t>यादव तेरा बड़ा शुक्र एहसान है कि तूने हमें मौका दिया.</w:t>
      </w:r>
    </w:p>
    <w:p>
      <w:r>
        <w:rPr>
          <w:b/>
        </w:rPr>
        <w:t xml:space="preserve">[1:14:05] </w:t>
      </w:r>
      <w:r>
        <w:t>Yeh samajh di ki hum da'wah ka kaam kar sakein. Hum tera paigham aur chhote bade ghar pahuncha sakein. Ya Allah tere is mission mein jo tune hamein Maulana Sahab ke zariye diya, is mission mein hamein meri saari log aise log mile jo subah khulte hi tere kaam ke liye daudte hain.</w:t>
      </w:r>
    </w:p>
    <w:p>
      <w:pPr>
        <w:jc w:val="right"/>
      </w:pPr>
      <w:r>
        <w:t>यह समझ दी कि हम दावत का काम कर सकें. हम तेरा पैगाम और छोटे बड़े घर पहुंचा सकें. यालाह तेरे इस mission में जो तूने हमें मालानासाहब के ज़रिए दिया, इस mission में हमें मेरी सारी लोग ऐसे लोग मिले जो सुबह खुलते ही तेरे काम के लिए दौड़ते हैं.</w:t>
      </w:r>
    </w:p>
    <w:p>
      <w:r>
        <w:rPr>
          <w:b/>
        </w:rPr>
        <w:t xml:space="preserve">[1:14:29] </w:t>
      </w:r>
      <w:r>
        <w:t>aise hi log bhi hain jo teri di hui har tarah ki technology ko zariye tera kaam karte hain.</w:t>
      </w:r>
    </w:p>
    <w:p>
      <w:pPr>
        <w:jc w:val="right"/>
      </w:pPr>
      <w:r>
        <w:t>ऐसे ही लोग भी हैं जो तेरी दी हुई हर तरह की technology को ज़रिए तेरा काम करते हैं.</w:t>
      </w:r>
    </w:p>
    <w:p>
      <w:r>
        <w:rPr>
          <w:b/>
        </w:rPr>
        <w:t xml:space="preserve">[1:14:34] </w:t>
      </w:r>
      <w:r>
        <w:t>aise log hain jo hamesha dawat ka mauka jhoonte hain.</w:t>
      </w:r>
    </w:p>
    <w:p>
      <w:pPr>
        <w:jc w:val="right"/>
      </w:pPr>
      <w:r>
        <w:t>ऐसे लोग हैं जो हमेशा दावत का मौका झूठते हैं.</w:t>
      </w:r>
    </w:p>
    <w:p>
      <w:r>
        <w:rPr>
          <w:b/>
        </w:rPr>
        <w:t xml:space="preserve">[1:14:40] </w:t>
      </w:r>
      <w:r>
        <w:t>ki allah to sabko qubool kar le.</w:t>
      </w:r>
    </w:p>
    <w:p>
      <w:pPr>
        <w:jc w:val="right"/>
      </w:pPr>
      <w:r>
        <w:t>कि अल्लाह तो सबको खूबूल कर लें.</w:t>
      </w:r>
    </w:p>
    <w:p>
      <w:r>
        <w:rPr>
          <w:b/>
        </w:rPr>
        <w:t xml:space="preserve">[1:14:45] </w:t>
      </w:r>
      <w:r>
        <w:t>toor unki khush ke zariye sab tak apna pyakaam pouncha dein.</w:t>
      </w:r>
    </w:p>
    <w:p>
      <w:pPr>
        <w:jc w:val="right"/>
      </w:pPr>
      <w:r>
        <w:t>तौर उनकी खुश के ज़रिए सब तक अपना प्याकाम पहुंचा दें.</w:t>
      </w:r>
    </w:p>
    <w:p>
      <w:r>
        <w:rPr>
          <w:b/>
        </w:rPr>
        <w:t xml:space="preserve">[1:14:51] </w:t>
      </w:r>
      <w:r>
        <w:t>hum aaj is insaan hain, hum teri madad ke baghair kuch nahi kar sakte.</w:t>
      </w:r>
    </w:p>
    <w:p>
      <w:pPr>
        <w:jc w:val="right"/>
      </w:pPr>
      <w:r>
        <w:t>हम आज इस इंसान हैं, हम तेरी मदद के बगैर कुछ नहीं कर सकते.</w:t>
      </w:r>
    </w:p>
    <w:p>
      <w:r>
        <w:rPr>
          <w:b/>
        </w:rPr>
        <w:t xml:space="preserve">[1:14:56] </w:t>
      </w:r>
      <w:r>
        <w:t>to hum mere ko bol farma le, hamari makfart samne se. Hamein.</w:t>
      </w:r>
    </w:p>
    <w:p>
      <w:pPr>
        <w:jc w:val="right"/>
      </w:pPr>
      <w:r>
        <w:t>तो हम मेरे को बोल फरमा ले, हमारी मकफरत सामने से. हमें.</w:t>
      </w:r>
    </w:p>
    <w:p>
      <w:r>
        <w:rPr>
          <w:b/>
        </w:rPr>
        <w:t xml:space="preserve">[1:15:02] </w:t>
      </w:r>
      <w:r>
        <w:t>to we end this session. Sorry for taking so much time. It's almost 08:20. Our, we'll meet next time, next week with a new topic which will be shared on the WhatsApp group. to we end this session. assilamlek. balikim assil.</w:t>
      </w:r>
    </w:p>
    <w:p>
      <w:pPr>
        <w:jc w:val="right"/>
      </w:pPr>
      <w:r>
        <w:t>तो we end this session. Sorry for taking so much time. It's almost 08:20. Our, we'll meet next time, next week with a new topic which will be shared on the WhatsApp group. तो we end this session. असिल्लाम्लेक. बालिकुम असिल्ला.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