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CPS Women Article Discussion 16 January 22, 2023</w:t>
      </w:r>
    </w:p>
    <w:p>
      <w:r>
        <w:t>https://www.youtube.com/watch?v=szqwtxpGb0E</w:t>
      </w:r>
    </w:p>
    <w:p>
      <w:r>
        <w:rPr>
          <w:b/>
        </w:rPr>
        <w:t xml:space="preserve">[00:12] </w:t>
      </w:r>
      <w:r>
        <w:t>Ladies. Today January 22, and this session is CPS woman's book discussion number 18, and the topic is uruja zawal.</w:t>
      </w:r>
    </w:p>
    <w:p>
      <w:pPr>
        <w:jc w:val="right"/>
      </w:pPr>
      <w:r>
        <w:t>Ladies. Today January 22, and this session is CPS woman's book discussion number 18, and the topic is उरूजा ज़वाल.</w:t>
      </w:r>
    </w:p>
    <w:p>
      <w:r>
        <w:rPr>
          <w:b/>
        </w:rPr>
        <w:t xml:space="preserve">[00:39] </w:t>
      </w:r>
      <w:r>
        <w:t>roz aur javal ke tareekhi qanoon ko quran mein mukhtasar taur par is tarah bayan kiya gaya hai. allah kisi group par we maqam mein halat, we maqam yani halatein qaumi ko us waqt tak nahi badalta jab tak woh apne maan baay nafs yani halatein nafs ko na badle. anfAl 53 raat 11.</w:t>
      </w:r>
    </w:p>
    <w:p>
      <w:pPr>
        <w:jc w:val="right"/>
      </w:pPr>
      <w:r>
        <w:t>रोज़ और जवाल के तारीखी कानून को कुरान में मक्तसर तौर पर इस तरह बयान किया गया है. अल्लाह किसी group पर वे मकाम में हालत, वे मकाम यानी हालतें कौमी को उस वक्त तक नहीं बदलता जब तक वह अपने मां बाय नफ्ज़ यानी हालतें नफ्ज़ को ना बदले. अनफाल 53 रात 11.</w:t>
      </w:r>
    </w:p>
    <w:p>
      <w:r>
        <w:rPr>
          <w:b/>
        </w:rPr>
        <w:t xml:space="preserve">[01:06] </w:t>
      </w:r>
      <w:r>
        <w:t>in ayat mein maan bae nafs ki tabdeeli se murad tabdeeli hai jo afraad ki satah par hoti hai. kyunke nafs afradi ki satah par paya jata hai na ke istema ki satah par. matlab yeh hai ke qaumon ka sawal us waqt hota hai jabke unke afraad mein bigad aa gaya ho. isi tarah qaumon ka uruj us waqt hota hai jabke afraad ki satah par un mein zindagi paida ho jaye.</w:t>
      </w:r>
    </w:p>
    <w:p>
      <w:pPr>
        <w:jc w:val="right"/>
      </w:pPr>
      <w:r>
        <w:t>इन आयट में मां बाए नफ्ज़ की तब्दीली से मुराधु तब्दीली है जो अफराद की सतह पर होती है. क्योंकि नफ्ज़ अफरादी की सतह पर पाया जाता है ना कि इस्तेमा की सतह पर. मतलब यह है कि कौमों का सवाल उस वक्त होता है जबकि उनके अफराद में बिगाड़ आ गया हो. इसी तरह कौमों का उरूज उस वक्त होता है जबकि अफराद की सतह पर उनमें ज़िंदगी पैदा हो जाए.</w:t>
      </w:r>
    </w:p>
    <w:p>
      <w:r>
        <w:rPr>
          <w:b/>
        </w:rPr>
        <w:t xml:space="preserve">[01:33] </w:t>
      </w:r>
      <w:r>
        <w:t>is sunnat ilahi ke mutabiq islah qaum ka tareeqa islah hai qaum ka tareeqa yeh hai ke usko islah afraad se shuru kiya jaye na ke inqilab e hukoomat se. inqilab e hukoomat ke nare se kaam ka aaghaz woh ya kisi garuh ke maan baekom ko maan baekom se badalne ki koshish karna hai.</w:t>
      </w:r>
    </w:p>
    <w:p>
      <w:pPr>
        <w:jc w:val="right"/>
      </w:pPr>
      <w:r>
        <w:t>इस सुनते इलाही के मुताबिक ईस्लाह पौम का तरीका ईस्लाह है पौम का तरीका यह है कि उसको ईस्लाह एफराद से शुरू किया जाए ना कि इंकलाब ए हुकूमत से. इंकलाब ए हुकूमत के नारे से काम का आगाज़ वह या किसी गुरुह के मां बेकोम को मां बेकोम से बदलने की कोशिश करना है.</w:t>
      </w:r>
    </w:p>
    <w:p>
      <w:r>
        <w:rPr>
          <w:b/>
        </w:rPr>
        <w:t xml:space="preserve">[01:58] </w:t>
      </w:r>
      <w:r>
        <w:t>zahir hai ke is qism ki koshish ek aisi duniya mein nateeja khej nahi ho sakti jiske paida karne wale ne uske maan baekom ki tabdeeli ko iske maan bahnafs ki tabdeeli ke sath jod diyao. yeh baagh ko baagh se nikalne ki koshish hogi jabke is duniya mein baagh ko sirf beej se nikala ja sakta hai. tareekh ka sabse bada sabak yeh hai ke kisi ne tareekh se sabak nahi seekha.</w:t>
      </w:r>
    </w:p>
    <w:p>
      <w:pPr>
        <w:jc w:val="right"/>
      </w:pPr>
      <w:r>
        <w:t>ज़ाहिर है कि इस किस्म की कोशिश एक ऐसी दुनिया में नतीजा खेज नहीं हो सकती जिसके पैदा करने वाले ने उसके मां बेकोम की तब्दीली को इसके मां बहनफs की तब्दीली के साथ जोड़ दियाओ. यह बाग़ को बाग़ से निकालने की कोशिश होगी जबकि इस दुनिया में बाग़ को सिर्फ बीज से निकाला जा सकता है. तारीख का सबसे बड़ा सबक यह है कि किसी ने तारीख से सबक नहीं सीखा.</w:t>
      </w:r>
    </w:p>
    <w:p>
      <w:r>
        <w:rPr>
          <w:b/>
        </w:rPr>
        <w:t xml:space="preserve">[02:28] </w:t>
      </w:r>
      <w:r>
        <w:t>yeh call jis tarah doosri qaumon ke liye sahi hai theek isi tarah woh hamare upar bhi sadhe khata hai. hamare tabhi tareekh qism ke sab sab kaamo z waqiyat se bhari hui hai. magar hum mein se koi shakhs jab kaam karne ke liye uthta hai to aksar woh unhi nakaam tajarbaat kar do jata hai jo usse pehle bar bar pesh aa chuke hain.</w:t>
      </w:r>
    </w:p>
    <w:p>
      <w:pPr>
        <w:jc w:val="right"/>
      </w:pPr>
      <w:r>
        <w:t>यह call जिस तरह दूसरी कौमों के लिए सही है ठीक इसी तरह वह हमारे ऊपर भी साधे खाता है. हमारे तभी तारीख किस्म के सब सब कामोज़ वाक्यात से भरी हुई है. मगर हम में से कोई शख्स जब काम करने के लिए उठता है तो अक्सर वह उन्हीं नाकाम तज़र बात कर दो जाता है जो उससे पहले बार बार पेश आ चुके हैं.</w:t>
      </w:r>
    </w:p>
    <w:p>
      <w:r>
        <w:rPr>
          <w:b/>
        </w:rPr>
        <w:t xml:space="preserve">[02:50] </w:t>
      </w:r>
      <w:r>
        <w:t>woh tareef ke qanoon ko jante hue apne aap ko shori ya ghair shori taur par isse alag kar leta hai. woh janta hai ke jo kuch hua woh sirf doosron ke liye tha. hamare sath aisa nahi hoga. tareekh musalsal taur par yeh sabak deti rahi hai ke koi kaun us waqt taraf bhi karti hai jabke uske afraat mein character ki taqat paida ho jaye.</w:t>
      </w:r>
    </w:p>
    <w:p>
      <w:pPr>
        <w:jc w:val="right"/>
      </w:pPr>
      <w:r>
        <w:t>वह तारीफ के कानून को जानते हुए अपने आप को शोरी या गैर शोरी तौर पर इससे अलग कर लेता है. वह जानता है कि जो कुछ हुआ वह सिर्फ दूसरों के लिए था. हमारे साथ ऐसा नहीं होगा. तारीख मुसलसल तौर पर यह सबक देती रही है कि कोई कौन उस वक्त तरफ़ भी करती है जबकि उसके अफरात में character की ताकत पैदा हो जाए.</w:t>
      </w:r>
    </w:p>
    <w:p>
      <w:r>
        <w:rPr>
          <w:b/>
        </w:rPr>
        <w:t xml:space="preserve">[03:15] </w:t>
      </w:r>
      <w:r>
        <w:t>magar hamara haal yeh hai ke hum afraat mein character paida ki baghair tarke ki taraf chhalang laga dete hain.</w:t>
      </w:r>
    </w:p>
    <w:p>
      <w:pPr>
        <w:jc w:val="right"/>
      </w:pPr>
      <w:r>
        <w:t>मगर हमारा हाल यह है कि हम अफरात में character पैदा की बगैर तरक्के की तरफ छलांग लगा देते हैं.</w:t>
      </w:r>
    </w:p>
    <w:p>
      <w:r>
        <w:rPr>
          <w:b/>
        </w:rPr>
        <w:t xml:space="preserve">[03:27] </w:t>
      </w:r>
      <w:r>
        <w:t>saari tareekh ka faisla hai ke qaumon ki sarbulandi ka raaz ittedai satah par taameer aur istehkam hai.</w:t>
      </w:r>
    </w:p>
    <w:p>
      <w:pPr>
        <w:jc w:val="right"/>
      </w:pPr>
      <w:r>
        <w:t>सारी तारीख का फ़ैसला है कि कौमों की सर्बुलन्दी का राज़ इत्तेदाई सतह पर तामीर और इस्तेहकाम है.</w:t>
      </w:r>
    </w:p>
    <w:p>
      <w:r>
        <w:rPr>
          <w:b/>
        </w:rPr>
        <w:t xml:space="preserve">[03:40] </w:t>
      </w:r>
      <w:r>
        <w:t>magar log mauqa milte hi siyasiyadaare se muqabla aa rahi shuru kar dete hain.</w:t>
      </w:r>
    </w:p>
    <w:p>
      <w:pPr>
        <w:jc w:val="right"/>
      </w:pPr>
      <w:r>
        <w:t>मगर लोग मौका मिलते ही सियासीएदारे से मुकाबला आ रही शुरू कर देते हैं.</w:t>
      </w:r>
    </w:p>
    <w:p>
      <w:r>
        <w:rPr>
          <w:b/>
        </w:rPr>
        <w:t xml:space="preserve">[03:53] </w:t>
      </w:r>
      <w:r>
        <w:t>tareekh rehti hai ke haqeeqat pasandi kisi bhi kamyabi tak pahunchne ka wahid jeena hai. magar hamare rehnuma nyay gvedardi ke sath khaum ko jazbati ham gaon mein mashkoor kar dete hain. millat ko uthane ka koi mansooba usi waqt kamyab ho sakta hai jabke millat ki afraat ko uthaya ja chuka ho.</w:t>
      </w:r>
    </w:p>
    <w:p>
      <w:pPr>
        <w:jc w:val="right"/>
      </w:pPr>
      <w:r>
        <w:t>तारीख रहती है कि हकीकत पसंदी किसी भी कामयाबी तक पहुंचने का वाहित जीना है. मगर हमारे रहनुमा न्याय ग्वेदर्दी के साथ खौम को जज़्बाती हम गांवों में मशकूर कर देते हैं. मिल्लत को उठाने का कोई मंसुभा उसी वक्त कामयाब हो सकता है जबकि मिल्लत की अफरात को उठाया जा चुका हो.</w:t>
      </w:r>
    </w:p>
    <w:p>
      <w:r>
        <w:rPr>
          <w:b/>
        </w:rPr>
        <w:t xml:space="preserve">[04:15] </w:t>
      </w:r>
      <w:r>
        <w:t>millat ki tarqqi ke liye aise afraat darkar hain jo bolne se zyada chup rehna jante ho, jo alfaaz se zyada mani ki zaman samajhte ho, jo taqat se zyada dilli ke aage chhupne wale ho, jo kehne se zyada karna jante ho, jo aage badhne se zyada peeche hatne ke bahadur ho, filhal yeh ke jo duniya se zyada akhirat ko dekh rahe ho, dekh rahe ho.</w:t>
      </w:r>
    </w:p>
    <w:p>
      <w:pPr>
        <w:jc w:val="right"/>
      </w:pPr>
      <w:r>
        <w:t>मिल्लत की तरक्की के लिए ऐसे अफरात दरकार हैं जो बोलने से ज़्यादा चुप रहना जानते हो, जो अल्फास से ज़्यादा मानी की ज़मान समझते हो, जो ताकत से ज़्यादा दिल्ली के आगे छुपने वाले हो, जो कहने से ज़्यादा करना जानते हो, जो आगे बढ़ने से ज़्यादा पीछे हटने के बहादुर हो, फ़िलहाल यह कि जो दुनिया से ज़्यादा आख़िरत को देख रहे हो, देख रहे हो.</w:t>
      </w:r>
    </w:p>
    <w:p>
      <w:r>
        <w:rPr>
          <w:b/>
        </w:rPr>
        <w:t xml:space="preserve">[04:42] </w:t>
      </w:r>
      <w:r>
        <w:t>aise afraat ke bairah millat ki sarg mandi ka nara lagana aisa hi hai jaise dal dal ke upar deewar khadi karna.</w:t>
      </w:r>
    </w:p>
    <w:p>
      <w:pPr>
        <w:jc w:val="right"/>
      </w:pPr>
      <w:r>
        <w:t>ऐसे अफरात के बैरह मिल्लत की सर्ग मंदी का नारा लगाना ऐसा ही है जैसे दलदल के ऊपर दीवार खड़ी करना.</w:t>
      </w:r>
    </w:p>
    <w:p>
      <w:r>
        <w:rPr>
          <w:b/>
        </w:rPr>
        <w:t xml:space="preserve">[05:02] </w:t>
      </w:r>
      <w:r>
        <w:t>is article se jo main jis yeh mujhe jo samajh mein aaya kyunke insaan ke andar sab se zyada</w:t>
      </w:r>
    </w:p>
    <w:p>
      <w:pPr>
        <w:jc w:val="right"/>
      </w:pPr>
      <w:r>
        <w:t>इस article से जो मैं जिस यह मुझे जो समझ में आया क्योंकि इंसान के अंदर सबसे ज़्यादा</w:t>
      </w:r>
    </w:p>
    <w:p>
      <w:r>
        <w:rPr>
          <w:b/>
        </w:rPr>
        <w:t xml:space="preserve">[05:10] </w:t>
      </w:r>
      <w:r>
        <w:t>khuda ka dar zyada bahut zyada zaroori hai bahut matlab insaan ke andar jab khuda ka dar hota</w:t>
      </w:r>
    </w:p>
    <w:p>
      <w:pPr>
        <w:jc w:val="right"/>
      </w:pPr>
      <w:r>
        <w:t>खुदा का डर ज़्यादा बहुत ज़्यादा ज़रूरी है बहुत मतलब इंसान के अंदर जब खुदा का डर होता</w:t>
      </w:r>
    </w:p>
    <w:p>
      <w:r>
        <w:rPr>
          <w:b/>
        </w:rPr>
        <w:t xml:space="preserve">[05:18] </w:t>
      </w:r>
      <w:r>
        <w:t>hai to woh bahut serious ho jata hai insaan aur insaan jitna zyada khuda ke mamle mein serious</w:t>
      </w:r>
    </w:p>
    <w:p>
      <w:pPr>
        <w:jc w:val="right"/>
      </w:pPr>
      <w:r>
        <w:t>है तो वह बहुत serious हो जाता है इंसान और इंसान जितना ज़्यादा खुदा के मामले में serious</w:t>
      </w:r>
    </w:p>
    <w:p>
      <w:r>
        <w:rPr>
          <w:b/>
        </w:rPr>
        <w:t xml:space="preserve">[05:26] </w:t>
      </w:r>
      <w:r>
        <w:t>hoga woh us qabil hoga ke woh sahi aur durust tareeqe par soch sake.</w:t>
      </w:r>
    </w:p>
    <w:p>
      <w:pPr>
        <w:jc w:val="right"/>
      </w:pPr>
      <w:r>
        <w:t>होगा वह उस काबिल होगा कि वह सही और दुरुस्त तरीके पर सोच सके.</w:t>
      </w:r>
    </w:p>
    <w:p>
      <w:r>
        <w:rPr>
          <w:b/>
        </w:rPr>
        <w:t xml:space="preserve">[05:35] </w:t>
      </w:r>
      <w:r>
        <w:t>to aisa insaan wakhabar insaan hoga, iman wala insaan hoga. uski soch hamesha uruj rahegi. khuda ki marfat usko hasil hogi. uska thinking process hamesha jari rahega. magar aaj yeh sawal ke daur mein insaan sachai se bekhabar hai aur aadmi ke andar khuda ka dar.</w:t>
      </w:r>
    </w:p>
    <w:p>
      <w:pPr>
        <w:jc w:val="right"/>
      </w:pPr>
      <w:r>
        <w:t>तो ऐसा इंसान वाखबर इंसान होगा, ईमान वाला इंसान होगा. उसकी सोच हमेशा उरूज रहेगी. खुदा की मार्फरत उसको हासिल होगी. उसका thinking process हमेशा जारी रहेगा. मगर आज यह सवाल के दौर में इंसान सच्चाई से बेखबर है और आदमी के अंदर खुदा का डर.</w:t>
      </w:r>
    </w:p>
    <w:p>
      <w:r>
        <w:rPr>
          <w:b/>
        </w:rPr>
        <w:t xml:space="preserve">[06:04] </w:t>
      </w:r>
      <w:r>
        <w:t>khuda ka dar bilkul maujood nahi. to musalmanon ka degeneration yeh hai ke unki ibadat ki jo spirit hai woh khatm ho gayi hai. sirf ibadat ka form bacha hai.</w:t>
      </w:r>
    </w:p>
    <w:p>
      <w:pPr>
        <w:jc w:val="right"/>
      </w:pPr>
      <w:r>
        <w:t>खुदा का डर बिल्कुल मौजूद नहीं. तो मुसलमानों का degeneration यह है कि उनकी एबादत की जो spirit है वह खत्म हो गई है. सिर्फ इबादत का form बचा है.</w:t>
      </w:r>
    </w:p>
    <w:p>
      <w:r>
        <w:rPr>
          <w:b/>
        </w:rPr>
        <w:t xml:space="preserve">[06:23] </w:t>
      </w:r>
      <w:r>
        <w:t>yani ke namaz par lena, roza rakh lena, haj kar lena, sare marasi maza kar lena magar us ibadat ki jo spirit hai woh apni zindagi mein nahi apply karte. jaise ke aaj har taraf yahi ho raha hai hum yahi dekh rahe hain.</w:t>
      </w:r>
    </w:p>
    <w:p>
      <w:pPr>
        <w:jc w:val="right"/>
      </w:pPr>
      <w:r>
        <w:t>यानी कि नमाज़ पर लेना, रोज़ा रख लेना, हाज कर लेना, सारे मरासी मज़ा कर लेना मगर उस इबादत की जो spirit है वह अपनी ज़िंदगी में नहीं apply करते. जैसे कि आज हर तरफ यही हो रहा है हम यही देख रहे हैं.</w:t>
      </w:r>
    </w:p>
    <w:p>
      <w:r>
        <w:rPr>
          <w:b/>
        </w:rPr>
        <w:t xml:space="preserve">[06:41] </w:t>
      </w:r>
      <w:r>
        <w:t>yani insaan ki zindagi mein form wali ibadat ki to dhoom hai magar khuda ka dar na maujood hone ki wajah se insaan ki zindagi mein koi ibadat se koi change nahi, koi halchal nahi paida hogi. to Maulana sahib ne bataya ke har ummat par woh waqt aata hai ke unke baad ki naslon mein bigad aata hai. bigad aata jayega. yeh law of nature hai.</w:t>
      </w:r>
    </w:p>
    <w:p>
      <w:pPr>
        <w:jc w:val="right"/>
      </w:pPr>
      <w:r>
        <w:t>यानी इंसान की ज़िंदगी में form वाली इबादत की तो धूम है मगर खुदा का डर ना मौजूद होने की वजह से इंसान की ज़िंदगी में कोई इबादत से कोई change नहीं, कोई हलचल नहीं पैदा होगी. तो मौलाना साहब ने बताया कि हर उम्मद पर वह वक्त आता है कि उनके बाद की नस्लों में बिगाड़ आता है. बिगाड़ आता जाएगा. यह law of nature है.</w:t>
      </w:r>
    </w:p>
    <w:p>
      <w:r>
        <w:rPr>
          <w:b/>
        </w:rPr>
        <w:t xml:space="preserve">[07:11] </w:t>
      </w:r>
      <w:r>
        <w:t>unhone bataya jaise ek aadmi jawan hota hai, phir boodha hota hai, yeh law of nature hai. to yeh ummat e mohammadi ke sath bhi hona hi hona tha ke uska regeneration ho aur wahan tak woh wahan tak pahunch jaye jahan tak yahood aur nasara pahunche the.</w:t>
      </w:r>
    </w:p>
    <w:p>
      <w:pPr>
        <w:jc w:val="right"/>
      </w:pPr>
      <w:r>
        <w:t>उन्होंने बताया जैसे एक आदमी जवान होता है, फिर बूढ़ा होता है, यह law of nature है. तो यह उम्मत ए मोहम्मदी के साथ भी होना ही होना था कि उसका regeneration हो और वहां तक वह वहां तक पहुंच जाए जहां तक यहूद और नसारा पहुंचे थे.</w:t>
      </w:r>
    </w:p>
    <w:p>
      <w:r>
        <w:rPr>
          <w:b/>
        </w:rPr>
        <w:t xml:space="preserve">[07:33] </w:t>
      </w:r>
      <w:r>
        <w:t>surah bakre ki ayat bakre ki ayat number 79 ko explain karte hue Maulana kehte hain ke quran mein yahood ke example se ummat musalma ko sabak de diya gaya hai ke usse naseehat lo aur usko apni zindagi mein na dohra. yani rasmi, amal, amal, ganda, taweez aur kuch kar lena, kuch padh lena aur tamam cheezein jo aajkal ho rahi hain yeh sabko unhe zaat ka zariyat na bana loon.</w:t>
      </w:r>
    </w:p>
    <w:p>
      <w:pPr>
        <w:jc w:val="right"/>
      </w:pPr>
      <w:r>
        <w:t>सूर्ह बकरे की आयत बकरे की आयत number 79 को explain करते हुए मौलाना कहते हैं कि कुरान में यहूद के example से उम्मीद मुसलमा को सबक दे दिया गया है कि उससे नसीहत लो और उसको अपनी ज़िंदगी में ना दोहरा. यानी रस्मी, अमल, अमल, गंडा, तावीज़ और कुछ कर लेना, कुछ पढ़ लेना और तमाम चीज़ें जो आजकल हो रही हैं यह सबको उन्हें जात का ज़रियरत ना बना लूं.</w:t>
      </w:r>
    </w:p>
    <w:p>
      <w:r>
        <w:rPr>
          <w:b/>
        </w:rPr>
        <w:t xml:space="preserve">[08:03] </w:t>
      </w:r>
      <w:r>
        <w:t>to Maulana sahib ne hamesha farq ki ek individual ki islah ki baat par zor diya hai. farq ki islah se hi form ki islah hogi. to isliye hamein afraad ki islah par zyada mehnat karni chahiye. to aaj yeh jawahar ke daur mein insaan ne aisa din apnaya hua hai jo ke insaan ki zindagi mein koi hall na dale.</w:t>
      </w:r>
    </w:p>
    <w:p>
      <w:pPr>
        <w:jc w:val="right"/>
      </w:pPr>
      <w:r>
        <w:t>तो मलाना साहब ने हमेशा फ़र्क की एक individual की इस्लाह की बात पर ज़ोर दिया है. फ़र्क की इस्लाह से ही form की इस्लाह होगी. तो इसलिए हमें अफरात की इस्ला पर ज़्यादा मेहनत करनी चाहिए. तो आज यह जवाहर के दौर में इंसान ने ऐसा दिन अपनाया हुआ है जो कि इंसान की ज़िंदगी में कोई हल्ल ना डाले.</w:t>
      </w:r>
    </w:p>
    <w:p>
      <w:r>
        <w:rPr>
          <w:b/>
        </w:rPr>
        <w:t xml:space="preserve">[08:29] </w:t>
      </w:r>
      <w:r>
        <w:t>jo deen zindagi se takraye, unki khwahishon se takraye, woh deen se koi dilchaspi unko nahi hoti hai. to Maulana kehte hain deendari yeh hai ke deen poori tarah zindagi par chha jaye. magar aaj zindagi mein deen nahi balki shor sharaaba dho yeh isko deen samjha jata hai.</w:t>
      </w:r>
    </w:p>
    <w:p>
      <w:pPr>
        <w:jc w:val="right"/>
      </w:pPr>
      <w:r>
        <w:t>जो दीन ज़िंदगी से टकराए, उनकी ख्वाहिशों से टकराए, वह दीन से कोई दिलचस्पी उनको नहीं होती है. तो मौलाना कहते हैं दीनदारी यह है कि दीन पूरी तरह ज़िंदगी पर छा जाए. मगर आज ज़िंदगी में दीन नहीं बल्कि शोर शराबा धो यह इसको दीन समझा जाता है.</w:t>
      </w:r>
    </w:p>
    <w:p>
      <w:r>
        <w:rPr>
          <w:b/>
        </w:rPr>
        <w:t xml:space="preserve">[08:57] </w:t>
      </w:r>
      <w:r>
        <w:t>aaj kisi aam insaan ko hum agar koi sahi baat batate hain, koi concrete kar dete hain to woh ekdam se ladne ko tayyar ho jata hai, bhi phar jata hai. magar jab hum zinda jab din jab zinda din ke baadsh hota tha, jab log jo hain to us zamane ki agar hum kisse padhte hain to bhashaon ke sujhse padh rahi thi.</w:t>
      </w:r>
    </w:p>
    <w:p>
      <w:pPr>
        <w:jc w:val="right"/>
      </w:pPr>
      <w:r>
        <w:t>आज किसी आम इंसान को हम अगर कोई सही बात बताते हैं, कोई concrete कर देते हैं तो वह एकदम से लड़ने को तैयार हो जाता है, भी फ़र जाता है. मगर जब हम ज़िंदा जब दिन जब ज़िंदा दिन के बादश होता था, जब लोग जो हैं तो उस ज़माने की अगर हम किस्से पढ़ते हैं तो भाषाओं के सुझसे पढ़ रही थी.</w:t>
      </w:r>
    </w:p>
    <w:p>
      <w:r>
        <w:rPr>
          <w:b/>
        </w:rPr>
        <w:t xml:space="preserve">[09:22] </w:t>
      </w:r>
      <w:r>
        <w:t>main kisi bhashaon ka padhal thi ke woh unke dil mein unko kisi ne tanqeed kar diya tha to woh ekdam se matlab unko dar gaye the aur unhone apni galti mana tha. woh barham nahi hote the pehle jo Indian ke dil mein zinda deen hota tha. to woh ek zamana tha ke ek aam insaan bhi bhasha ko tangweed kar sakta tha.</w:t>
      </w:r>
    </w:p>
    <w:p>
      <w:pPr>
        <w:jc w:val="right"/>
      </w:pPr>
      <w:r>
        <w:t>मैं किसी भाषाओं का पढ़ल थी कि वह उनके दिल में उनको किसी ने तन्कीत कर दिया था तो वह एकदम से मतलब उनको डर गए थे और उन्होंने अपनी गलती माना था. वह बर्हम नहीं होते थे पहले जो Indian के दिल में ज़िंदा दीन होता था. तो वह एक ज़माना था कि एक आम इंसान भी भाषा को तंग्वीत कर सकता था.</w:t>
      </w:r>
    </w:p>
    <w:p>
      <w:r>
        <w:rPr>
          <w:b/>
        </w:rPr>
        <w:t xml:space="preserve">[09:45] </w:t>
      </w:r>
      <w:r>
        <w:t>to yahi sawal ka daur hai ke insaan sach bolna nahi janta, chhoot par rehta hai, sach pasand nahi karta hai. woh samajh raha hai ke main iman wala hoon jabke woh aisa amal kar raha hai jiski wajah se woh khud dhoge mein padhne wala hai. to yahi meri learning thi shvina.</w:t>
      </w:r>
    </w:p>
    <w:p>
      <w:pPr>
        <w:jc w:val="right"/>
      </w:pPr>
      <w:r>
        <w:t>तो यही सवाल का दौर है कि इंसान सच बोलना नहीं जानता, छूट पर रहता है, सच पसंद नहीं करता है. वह समझ रहा है कि मैं ईमान वाला हूं जबकि वह ऐसा अमल कर रहा है जिसकी वजह से वह खुद धोगे में पढ़ने वाला है. तो यही मेरी learning थी शविना.</w:t>
      </w:r>
    </w:p>
    <w:p>
      <w:r>
        <w:rPr>
          <w:b/>
        </w:rPr>
        <w:t xml:space="preserve">[10:12] </w:t>
      </w:r>
      <w:r>
        <w:t>jaza kalpa aapne bahut acche se describe kiya apna poora is article ko aur jahan tak mujhe samajh mein aaya hai is article se, Maulana yahan par bahut zyada focus kar rahe hain ke yeh qaum ki tarqqi uske individual par hai. ek individual jitna jaise Maulana ki jab aap biography padhenge to usmein saaf likha hua hai ke Maulana ke jo mission, CPS mission hai, ek reengineering of mind ke liye hai.</w:t>
      </w:r>
    </w:p>
    <w:p>
      <w:pPr>
        <w:jc w:val="right"/>
      </w:pPr>
      <w:r>
        <w:t>जज़ा कल्पा आपने बहुत अच्छे से describe किया अपना पूरा इस article को और जहां तक मुझे समझ में आया है इस article से, मोलाना यहां पर बहुत ज़्यादा focus कर रहे हैं कि यह कौम की तरक्की उसके individual पर है. एक individual जितना जैसे मोलाना की जब आप biography पढ़ेंगे तो उसमें साफ़ लिखा हुआ है कि मोलाना के जो mission, CPS mission है, एक reengineering of mind के लिए है.</w:t>
      </w:r>
    </w:p>
    <w:p>
      <w:r>
        <w:rPr>
          <w:b/>
        </w:rPr>
        <w:t xml:space="preserve">[10:40] </w:t>
      </w:r>
      <w:r>
        <w:t>har ek individual par reengineering of mind kiya jayega tab jakar ke us individual ki ek intellectual development hoti hai. phir jab uski individual individual development ek ke baad hi society ki tarakki ho kyunke ek individual ek society ka unit hai.</w:t>
      </w:r>
    </w:p>
    <w:p>
      <w:pPr>
        <w:jc w:val="right"/>
      </w:pPr>
      <w:r>
        <w:t>हर एक individual पर reengineering of mind किया जाएगा तब जाकर के उस individual की एक intellectual development होती है. फिर जब उसकी individual individual development एक के बाद ही society की तरक्की हो क्योंकि एक individual एक society का unit है.</w:t>
      </w:r>
    </w:p>
    <w:p>
      <w:r>
        <w:rPr>
          <w:b/>
        </w:rPr>
        <w:t xml:space="preserve">[10:57] </w:t>
      </w:r>
      <w:r>
        <w:t>jab individual tarakki karta hai to society tarakki karti hai aur theek uski opposite bhi hai ke agar ek individual ka down fall hota hai aur usmein nafz ke peeche jab woh individual bhagti hai to society ka bhi down fall hota hai.</w:t>
      </w:r>
    </w:p>
    <w:p>
      <w:pPr>
        <w:jc w:val="right"/>
      </w:pPr>
      <w:r>
        <w:t>जब individual तरक्की करता है तो society तरक्की करती है और ठीक उसकी opposite भी है कि अगर एक individual का down fall होता है और उसमें नफ्ज़ के पीछे जब वह individual भागती है तो society का भी down fall होता है.</w:t>
      </w:r>
    </w:p>
    <w:p>
      <w:r>
        <w:rPr>
          <w:b/>
        </w:rPr>
        <w:t xml:space="preserve">[11:12] </w:t>
      </w:r>
      <w:r>
        <w:t>to is tarah se agar hum muslim history ko dekhen jab apne prophet ke zamane ko dekhenge to sab jo prophet ke companions the, chunke unko saath mila tha prophet ke, to woh unki reengineering of mind khud prophet ne kiya tha.</w:t>
      </w:r>
    </w:p>
    <w:p>
      <w:pPr>
        <w:jc w:val="right"/>
      </w:pPr>
      <w:r>
        <w:t>तो इस तरह से अगर हम मुस्लिम history को देखें जब अपने prophet के ज़माने को देखेंगे तो सब जो prophet के companions थे, चूंकि उनको साथ मिला था prophet के, तो वह उनकी reengineering of mind खुद prophet ने किया था.</w:t>
      </w:r>
    </w:p>
    <w:p>
      <w:r>
        <w:rPr>
          <w:b/>
        </w:rPr>
        <w:t xml:space="preserve">[11:28] </w:t>
      </w:r>
      <w:r>
        <w:t>to jaise jaise waqt guzra aur hazaar saal guzri, waise waise degenerations individual mein aayi aur bahut sare aise aise cheezein paida ho gayi individuals mein jiski wajah se Islamic history ya Muslim history jisko kaha jayega uska downfall hua. to Maulana ne bahut acche se is article mein is baat ko focus kiya hai. main doctor Safeena Tabassum ko invite karti hoon is article par apna discussion karne ke liye.</w:t>
      </w:r>
    </w:p>
    <w:p>
      <w:pPr>
        <w:jc w:val="right"/>
      </w:pPr>
      <w:r>
        <w:t>तो जैसे जैसे वक्त गुजरा और हज़ार साल गुजरी, वैसे वैसे degenerations individual में आई और बहुत सारे ऐसे ऐसे चीज़ें पैदा हो गई individuals में जिसकी वजह से Islamic history या Muslim history जिसको कहा जाएगा उसका downfall हुआ. तो मोलाला ने बहुत अच्छे से इस article में इस बात को focus किया है. मैं doctor सफीना तबस्सुम को invite करती हूं इस article पर अपना discussion करने के लिए.</w:t>
      </w:r>
    </w:p>
    <w:p>
      <w:r>
        <w:rPr>
          <w:b/>
        </w:rPr>
        <w:t xml:space="preserve">[11:57] </w:t>
      </w:r>
      <w:r>
        <w:t>Ramulick ko. aap Shabina bahut acche se kaha aapne ke ek individual ek qaum ka unit hota hai aur aap ne bhi bataya ke law of nature hai ke har qaum par urooj aur zawal aata hai. yeh ek natural process hai. kyunke waqt ke saath saath jaise aapne kaha naslein guzarti hain aur unke andar jo spirit hai woh kam hone lagti hain. to unki baar baar unka revival karna bahut zaroori hai.</w:t>
      </w:r>
    </w:p>
    <w:p>
      <w:pPr>
        <w:jc w:val="right"/>
      </w:pPr>
      <w:r>
        <w:t>रामुलिक को. आप शबीना बहुत अच्छे से कहा आपने क्या एक individual एक कौम का unit होता है और आप ने भी बताया कि law of nature है कि हर कौम पर पूर्वज और ज़वाल आता है. यह एक natural process है. क्योंकि वक्त के साथ साथ जैसे आपने कहा नस्लें गुज़रती हैं और उनके अंदर जो spirit है वह कम होने लगती हैं. तो उनकी बार बार उनका revival करना बहुत ज़रूरी है.</w:t>
      </w:r>
    </w:p>
    <w:p>
      <w:r>
        <w:rPr>
          <w:b/>
        </w:rPr>
        <w:t xml:space="preserve">[12:27] </w:t>
      </w:r>
      <w:r>
        <w:t>Mulana sahab ne tasqeer aur Quran mein likha hai ke yeh qaumon ka jo urooj aur zawal hai na alag taaptour par nahi hota hai. to ismein bhi khudai faisle ke tehat yeh kaam hota hai aur yahi yahi jo khudai faisla yaani ke Khuda ka qanoon ya law of nature hai usko jo Maulana sahab ne aayaton ka reference diya hai Surah Anfal aur Surah Raad ki. usmein bahut hi beautifully explain kiya gaya hai ke yeh khudai qanoon hai kya?</w:t>
      </w:r>
    </w:p>
    <w:p>
      <w:pPr>
        <w:jc w:val="right"/>
      </w:pPr>
      <w:r>
        <w:t>मुलाना साहब ने तस्कीर और कुरान में लिखा है कि यह कौमों का जो रूज और जवाल है ना अलग टप्तौर पर नहीं होता है. तो इसमें भी खुदाई फ़ैसले के तहत यह काम होता है और यही यही जो खुदाई फ़ैसला यानी कि खुदा का पानून या law of nature है उसको जो मराना साहब ने आयतों का reference दिया है सूर्य अनफाल और सूर्य रात की. उसमें बहुत ही beautifully explain किया गया है कि यह खुदाई कानून है क्या?</w:t>
      </w:r>
    </w:p>
    <w:p>
      <w:r>
        <w:rPr>
          <w:b/>
        </w:rPr>
        <w:t xml:space="preserve">[12:56] </w:t>
      </w:r>
      <w:r>
        <w:t>jiske tehat ke kaam hota hai. un aayaton mein clearly bataya gaya hai ke kisi qaum ke halaat usi waqt badalte hain jab logon ki soch badalti hai aur tasqeer ul Quran mein Maulana sahab ne isko explain karte hue kaha hai ke jab koi qaum yeh dekhe ke uske andar zawal aa gaya hai ya ittemali nematain usse chhin gayi hain to use khud nematton ke peeche daudne ki bajaye individuals ke peeche daudna chahiye.</w:t>
      </w:r>
    </w:p>
    <w:p>
      <w:pPr>
        <w:jc w:val="right"/>
      </w:pPr>
      <w:r>
        <w:t>जिसके तहत की काम होता है. उन आयतों में clearly बताया गया है कि किसी कौम के हालात उसी वक्त बदलते हैं जब लोगों की सोच बदलती है और तस्कीर उल्कुराज में मालाना साहब ने इसको explain करते हुए कहा है कि जब कोई कौम यह देखे कि उसके अंदर सवाल आ गया है या इस्तेमाली न्यामतें उससे छिन गई हैं तो उसे खुद न्यामतों के पीछे दौड़ने की बजाय individuals के पीछे दौड़ना चाहिए.</w:t>
      </w:r>
    </w:p>
    <w:p>
      <w:r>
        <w:rPr>
          <w:b/>
        </w:rPr>
        <w:t xml:space="preserve">[13:24] </w:t>
      </w:r>
      <w:r>
        <w:t>yaani jo mehnat karni hai woh individuals ke peeche karni hai jise hum log yahan par keh rahe hain ke unke dilon mein Khuda ka fawq paida karna hai. unki tarbiyat aise karni hai ke woh positive personality ban saken.</w:t>
      </w:r>
    </w:p>
    <w:p>
      <w:pPr>
        <w:jc w:val="right"/>
      </w:pPr>
      <w:r>
        <w:t>यानी जो मेहनत करनी है वह individuals के पीछे करनी है जिसे हम लोग यहां पर कह रहे हैं कि उनके दिलों में खुदा का फौक पैदा करना है. उनकी तरबीयत ऐसे करनी है कि वह positive personality वन सकें.</w:t>
      </w:r>
    </w:p>
    <w:p>
      <w:r>
        <w:rPr>
          <w:b/>
        </w:rPr>
        <w:t xml:space="preserve">[13:37] </w:t>
      </w:r>
      <w:r>
        <w:t>isi ko jaisa aapne kaha Maulana sahab reengineering of minds kaha karte the aur is reengineering ke baghair ya zehan saazi ke baghair agar koi bhi kaam kiya jata tha, jata hai jo ke fail hi hoga usko Maulana sahab hamesha kehte the putting the cart before the horse ke ghode ke aage aapne cart laga di to kaise chalegi? to pehle jo tareeqa hai usi tareeqe se hamein chalna padega.</w:t>
      </w:r>
    </w:p>
    <w:p>
      <w:pPr>
        <w:jc w:val="right"/>
      </w:pPr>
      <w:r>
        <w:t>इसी को जैसा आपने कहा मोलाना साहब reengineering of minds कहा करते थे और इस reengineering के बगैर या ज़हन साज़ी के बगैर अगर कोई भी काम किया जाता था, जाता है जो कि fail ही होगा उसको मुलाना साहब हमेशा कहते थे putting the cart before the horse कि घोड़े के आगे आपने cart लगा दी तो कैसे चलेगी? तो पहले जो तरीका है उसी तरीके से हमें चलना पड़ेगा.</w:t>
      </w:r>
    </w:p>
    <w:p>
      <w:r>
        <w:rPr>
          <w:b/>
        </w:rPr>
        <w:t xml:space="preserve">[14:03] </w:t>
      </w:r>
      <w:r>
        <w:t>ek video mein maine suna Maulana sahab ne yeh bhi bataya ke Islamic movement ka aaghaz ikraah se hota hai aur yeh bahut hi zyada samajh mein aati hai baat. yaani ke logon ko pehle educate karo, unko train karo aur yeh hum ladies ke liye to bahut hi zyada aasan ho gaya kyunke hum hamara role hi hai tarbiyat ka role.</w:t>
      </w:r>
    </w:p>
    <w:p>
      <w:pPr>
        <w:jc w:val="right"/>
      </w:pPr>
      <w:r>
        <w:t>एक video में मैंने सुना मुलाना साहब ने यह भी बताया कि Islamic movement का आख़ाज़ इक्क्राह से होता है और यह बहुत ही ज़्यादा समझ में आती है बात. यानी कि लोगों को पहले educate करो, उनको train करो और यह हम ladies के लिए तो बहुत ही ज़्यादा आसान हो गया क्योंकि हम हमारा role ही है तर्वियत का role.</w:t>
      </w:r>
    </w:p>
    <w:p>
      <w:r>
        <w:rPr>
          <w:b/>
        </w:rPr>
        <w:t xml:space="preserve">[14:24] </w:t>
      </w:r>
      <w:r>
        <w:t>Society mein hum bahut aaram se apni families ko, aulaad ko apne ghar ke mahaul ko aisa train kar sakte hain, tarbiyat de sakte hain sabki. hum hi log hain jo ghar ka mahaul banati hain.</w:t>
      </w:r>
    </w:p>
    <w:p>
      <w:pPr>
        <w:jc w:val="right"/>
      </w:pPr>
      <w:r>
        <w:t>Society में हम बहुत आराम से अपनी families को, औलाद को अपने घर के माहौल को ऐसा train कर सकते हैं, तर्वियत दे सकते हैं सबकी. हम ही लोग हैं जो घर का माहौल बनाती हैं.</w:t>
      </w:r>
    </w:p>
    <w:p>
      <w:r>
        <w:rPr>
          <w:b/>
        </w:rPr>
        <w:t xml:space="preserve">[14:37] </w:t>
      </w:r>
      <w:r>
        <w:t>apni aulaadon mein agar hum aala soch develop kar payen, apne gharwalon ko hum unke kirdaaron ko buland kar saken, to hum is qaum ke revival mein bahut important role nibha sakti hain aur is bare mein history ka hi ek lesson hamein Tatariyon ke zamane se milta hai.</w:t>
      </w:r>
    </w:p>
    <w:p>
      <w:pPr>
        <w:jc w:val="right"/>
      </w:pPr>
      <w:r>
        <w:t>अपनी औलादों में अगर हम आला सोच develop कर पाएं, अपने घरवालों को हम उनके किरदारों को गुलंद कर सकें, तो हम इस कौम के revival में बहुत important role निभा सकती हैं और इस बारे में history का ही एक lesson हमें तातारियों के जमाने से मिलता है.</w:t>
      </w:r>
    </w:p>
    <w:p>
      <w:r>
        <w:rPr>
          <w:b/>
        </w:rPr>
        <w:t xml:space="preserve">[14:55] </w:t>
      </w:r>
      <w:r>
        <w:t>jo ke hamein bataya gaya hai Maulana sahib ki books mein maine padha hai ke auraton ka yeh</w:t>
      </w:r>
    </w:p>
    <w:p>
      <w:pPr>
        <w:jc w:val="right"/>
      </w:pPr>
      <w:r>
        <w:t>जो कि हमें बताया गया है मुलाना साहब की books में मैंने पढ़ा है कि औरतों का यह</w:t>
      </w:r>
    </w:p>
    <w:p>
      <w:r>
        <w:rPr>
          <w:b/>
        </w:rPr>
        <w:t xml:space="preserve">[15:00] </w:t>
      </w:r>
      <w:r>
        <w:t>role tha ke jab tatariyon ne poori Islamic hukumat, muslim hukumat par poora qabza kar liya aur unko</w:t>
      </w:r>
    </w:p>
    <w:p>
      <w:pPr>
        <w:jc w:val="right"/>
      </w:pPr>
      <w:r>
        <w:t>role था कि जब तातारियों ने पूरी Islamic हुकूमत, मुस्लिम हुकूमत पर पूरा क़ब्ज़ा कर लिया और उनको</w:t>
      </w:r>
    </w:p>
    <w:p>
      <w:r>
        <w:rPr>
          <w:b/>
        </w:rPr>
        <w:t xml:space="preserve">[15:06] </w:t>
      </w:r>
      <w:r>
        <w:t>hara diya, us waqt par, us waqt par jab talwar kaam nahi aai to musalman ki auratein jo</w:t>
      </w:r>
    </w:p>
    <w:p>
      <w:pPr>
        <w:jc w:val="right"/>
      </w:pPr>
      <w:r>
        <w:t>हरा दिया, उस वक्त पर, उस वक्त पर जब तलवार काम नहीं आई तो मुसलमान की औरतें जो</w:t>
      </w:r>
    </w:p>
    <w:p>
      <w:r>
        <w:rPr>
          <w:b/>
        </w:rPr>
        <w:t xml:space="preserve">[15:12] </w:t>
      </w:r>
      <w:r>
        <w:t>thin woh tatariyon ki soch ke level par unko unko address kar paein aur uska hi result hua</w:t>
      </w:r>
    </w:p>
    <w:p>
      <w:pPr>
        <w:jc w:val="right"/>
      </w:pPr>
      <w:r>
        <w:t>थीं वह तातारियों की सोच के level पर उनको उनको address कर पाईं और उसका ही result हुआ</w:t>
      </w:r>
    </w:p>
    <w:p>
      <w:r>
        <w:rPr>
          <w:b/>
        </w:rPr>
        <w:t xml:space="preserve">[15:17] </w:t>
      </w:r>
      <w:r>
        <w:t>ke tamam tatari islam le aaye aur ek tarah se poora ka poora woh kaam ho gaya jo</w:t>
      </w:r>
    </w:p>
    <w:p>
      <w:pPr>
        <w:jc w:val="right"/>
      </w:pPr>
      <w:r>
        <w:t>कि तमाम तातारी इस्लाम ले आए और एक तरह से पूरा का पूरा वह काम हो गया जो</w:t>
      </w:r>
    </w:p>
    <w:p>
      <w:r>
        <w:rPr>
          <w:b/>
        </w:rPr>
        <w:t xml:space="preserve">[15:23] </w:t>
      </w:r>
      <w:r>
        <w:t>bilkul impossible dikhai deta tha history mein uske baad.</w:t>
      </w:r>
    </w:p>
    <w:p>
      <w:pPr>
        <w:jc w:val="right"/>
      </w:pPr>
      <w:r>
        <w:t>बिल्कुल impossible दिखाई देता था history में उसके बाद.</w:t>
      </w:r>
    </w:p>
    <w:p>
      <w:r>
        <w:rPr>
          <w:b/>
        </w:rPr>
        <w:t xml:space="preserve">[15:29] </w:t>
      </w:r>
      <w:r>
        <w:t>to hamein iska example bhi dikhta hai ke hum ladies kis tarah ismein bahut hi zyada important role play kar sakti hain. At least hum apne level par ya apne ghar ke level par is kaam ko shuru karen. main apni baat Maulana sahab ki ek tehreer se karna chahoongi khatm. Maulana sahab ne likha hai ke zindagi ka sara maamla sahi soch ya galat soch ka maamla hai. sahi soch kamyabi ka zariya hai aur galat soch nakami ka zariya.</w:t>
      </w:r>
    </w:p>
    <w:p>
      <w:pPr>
        <w:jc w:val="right"/>
      </w:pPr>
      <w:r>
        <w:t>तो हमें इसका example भी दिखता है कि हम ladies किस तरह इसमें बहुत ही ज़्यादा important role play कर सकती हैं. At least हम अपने level पर या अपने घर के level पर इस काम को शुरू करें. मैं अपनी बात मलाना साहब की एक तहरीर से करना चाहूंगी ख़त्म. ममलाना साहब ने लिखा है कि ज़िंदगी का सारा मामला सही सोच या गलत सोच का मामला है. सही सोच कामयाबी का ज़रिया है और गलत सोच ना कामी का ज़रिया.</w:t>
      </w:r>
    </w:p>
    <w:p>
      <w:r>
        <w:rPr>
          <w:b/>
        </w:rPr>
        <w:t xml:space="preserve">[15:56] </w:t>
      </w:r>
      <w:r>
        <w:t>yahi usool afraad ke liye hai aur yahi usool qaumon ke liye bhi hai. to hum sabko apne andar apni family ke andar sahi soch paida karni hai kyunke soch ke zariye hum nakami ko kamyabi mein tabdeel kar sakte hain. yahi meri learning feature bina is article se</w:t>
      </w:r>
    </w:p>
    <w:p>
      <w:pPr>
        <w:jc w:val="right"/>
      </w:pPr>
      <w:r>
        <w:t>यही उसूल अफराद के लिए है और यही उसूल कौमों के लिए भी है. तो हम सबको अपने अंदर अपनी family के अंदर सही सोच पैदा करनी है क्योंकि सोच के ज़रिए हम नाकामी को कामयाबी में तब्दील कर सकते हैं. यही मेरी learning feature बिना इस article से</w:t>
      </w:r>
    </w:p>
    <w:p>
      <w:r>
        <w:rPr>
          <w:b/>
        </w:rPr>
        <w:t xml:space="preserve">[16:15] </w:t>
      </w:r>
      <w:r>
        <w:t>Jaza kalla doctor Safeena aapne Tatari ka jo example diya yeh bahut hi famous aur bahut hi profound example hai jo Maulana ke kai sare video mein Tatari ka example woh dete hain. isse accha best example nahi ho sakta ke how ek individual par work karne se poora marshal, poori society kaise change hoti hai?</w:t>
      </w:r>
    </w:p>
    <w:p>
      <w:pPr>
        <w:jc w:val="right"/>
      </w:pPr>
      <w:r>
        <w:t>जज़ा कल्ला doctor सफ़ीना आपने तातारी का जो example दिया यह बहुत ही famous और बहुत ही profound example है जो मौलाना के कई सारे video में तातारी का example वह देते हैं. इससे अच्छा best example नहीं हो सकता कि how एक individual पर work करने से पूरा marshal, पूरी society कैसे change होती है?</w:t>
      </w:r>
    </w:p>
    <w:p>
      <w:r>
        <w:rPr>
          <w:b/>
        </w:rPr>
        <w:t xml:space="preserve">[16:37] </w:t>
      </w:r>
      <w:r>
        <w:t>agar aap human history ko dekhenge, civilizations ko dekhenge to kahin na kahin ek individual jaise ki aap ministry mein Musalman lijiye aur hit kar lijiye. ek individual ki wajah se poora revolutionary ek changes aata hai poori society par. to ek kai baar aisa hai ke ek individual se kya hota hai?</w:t>
      </w:r>
    </w:p>
    <w:p>
      <w:pPr>
        <w:jc w:val="right"/>
      </w:pPr>
      <w:r>
        <w:t>अगर आप human history को देखेंगे, civilizations को देखेंगे तो कहीं ना कहीं एक individual जैसे कि आप ministry में मुस्लीने लीजिए और hit कर लीजिए. एक individual की वजह से पूरा revolutionary एक changes आता है पूरी society पर. तो एक कई बार ऐसा है कि एक individual से क्या होता है?</w:t>
      </w:r>
    </w:p>
    <w:p>
      <w:r>
        <w:rPr>
          <w:b/>
        </w:rPr>
        <w:t xml:space="preserve">[17:00] </w:t>
      </w:r>
      <w:r>
        <w:t>lekin agar hum looking back at the history jaise prophet unhi ko dekh lijiye ek insaan woh uthe ek Allah ki wahid awaaz lekar ke aur ki poori ki poori aaj tak ke nasl ta qayamat tak ke unka yeh jo thought process hai woh Inshallah qayamat tak chalegi aur daawati kaam jaise ke Maulana Wahiduddin Khan sahab hai. unka bhi ek bahut bada contribution hai, ek individual ke upar.</w:t>
      </w:r>
    </w:p>
    <w:p>
      <w:pPr>
        <w:jc w:val="right"/>
      </w:pPr>
      <w:r>
        <w:t>लेकिन अगर हम looking back at the history जैसे prophet उन्हीं को देख लीजिए एक इंसान वह उठे एक अल्लाह की वाहिद आवाज़ लेकर के और कि पूरी की पूरी आज तक के नसलता क्यामत तक के उनका यह जो thought process है वह इंशाला क्यामत तक चलेगी और दावती काम जैसे कि मौलाना वही दुर्दीन खान साहब है. उनका भी एक बहुत बड़ा contribution है, एक individual के ऊपर.</w:t>
      </w:r>
    </w:p>
    <w:p>
      <w:r>
        <w:rPr>
          <w:b/>
        </w:rPr>
        <w:t xml:space="preserve">[17:27] </w:t>
      </w:r>
      <w:r>
        <w:t>ek individual jab uthta hai tab woh uske jo ideas hote hain, woh kaise percolate karta hai society mein. to CPS mission bhi isi cheez par focus hai, isi cheez par based hai.</w:t>
      </w:r>
    </w:p>
    <w:p>
      <w:pPr>
        <w:jc w:val="right"/>
      </w:pPr>
      <w:r>
        <w:t>एक individual जब उठता है तब वह उसके जो ideas होते हैं, वह कैसे percolate करता है society में. तो CPS mission भी इसी चीज़ पर focus है, इसी चीज़ पर based है.</w:t>
      </w:r>
    </w:p>
    <w:p>
      <w:r>
        <w:rPr>
          <w:b/>
        </w:rPr>
        <w:t xml:space="preserve">[17:55] </w:t>
      </w:r>
      <w:r>
        <w:t>woh hamesha is baat ko focus karte the ke aap individual mind ko address kijiye. jab aap ek individual mind ko address karenge to woh insaan uthega phir aur aage ki team ko lekar ke aage badhta hai. to is tarah se society mein dheere dheere ek changes aate hain and though it is a slow process bas definitely with time we will see the changes in the society. So, I would like to invite Doctor Nijbas.</w:t>
      </w:r>
    </w:p>
    <w:p>
      <w:pPr>
        <w:jc w:val="right"/>
      </w:pPr>
      <w:r>
        <w:t>वह हमेशा इस बात को focus करते थे कि आप individual mind को address कीजिए. जब आप एक individual mind को address करेंगे तो वह इंसान उठेगा फिर और आगे की team को लेकर के आगे बढ़ता है. तो इस तरह से society में धीरे धीरे एक changes आते हैं and though it is a slow process बस definitely with time we will see the changes in the society. So, I would like to invite Doctor निजबास.</w:t>
      </w:r>
    </w:p>
    <w:p>
      <w:r>
        <w:rPr>
          <w:b/>
        </w:rPr>
        <w:t xml:space="preserve">[18:22] </w:t>
      </w:r>
      <w:r>
        <w:t>ek aur baat main kehna chahoongi ke aaj hamare paas ji.</w:t>
      </w:r>
    </w:p>
    <w:p>
      <w:pPr>
        <w:jc w:val="right"/>
      </w:pPr>
      <w:r>
        <w:t>एक और बात मैं कहना चाहूंगी कि आज हमारे पास जी.</w:t>
      </w:r>
    </w:p>
    <w:p>
      <w:r>
        <w:rPr>
          <w:b/>
        </w:rPr>
        <w:t xml:space="preserve">[18:30] </w:t>
      </w:r>
      <w:r>
        <w:t>theek hai aap shabeen aapko.</w:t>
      </w:r>
    </w:p>
    <w:p>
      <w:pPr>
        <w:jc w:val="right"/>
      </w:pPr>
      <w:r>
        <w:t>ठीक है आप शभीन आपको.</w:t>
      </w:r>
    </w:p>
    <w:p>
      <w:r>
        <w:rPr>
          <w:b/>
        </w:rPr>
        <w:t xml:space="preserve">[18:38] </w:t>
      </w:r>
      <w:r>
        <w:t>main najma appa ko invite karti hoon apni learning ko share karne ke liye.</w:t>
      </w:r>
    </w:p>
    <w:p>
      <w:pPr>
        <w:jc w:val="right"/>
      </w:pPr>
      <w:r>
        <w:t>मैं नजमा आपपा को invite करती हूं अपनी learning को share करने के लिए.</w:t>
      </w:r>
    </w:p>
    <w:p>
      <w:r>
        <w:rPr>
          <w:b/>
        </w:rPr>
        <w:t xml:space="preserve">[18:47] </w:t>
      </w:r>
      <w:r>
        <w:t>jaza kallah jaza kallah.</w:t>
      </w:r>
    </w:p>
    <w:p>
      <w:pPr>
        <w:jc w:val="right"/>
      </w:pPr>
      <w:r>
        <w:t>जज़ा कल्लाह जज़ा कल्लाह.</w:t>
      </w:r>
    </w:p>
    <w:p>
      <w:r>
        <w:rPr>
          <w:b/>
        </w:rPr>
        <w:t xml:space="preserve">[18:55] </w:t>
      </w:r>
      <w:r>
        <w:t>mismilah rahmane rahim.</w:t>
      </w:r>
    </w:p>
    <w:p>
      <w:pPr>
        <w:jc w:val="right"/>
      </w:pPr>
      <w:r>
        <w:t>मिस्मिल्लाह रहमाने रहीम.</w:t>
      </w:r>
    </w:p>
    <w:p>
      <w:r>
        <w:rPr>
          <w:b/>
        </w:rPr>
        <w:t xml:space="preserve">[19:04] </w:t>
      </w:r>
      <w:r>
        <w:t>meri learning bhi wahi hai jo aap log describe kar rahe hain.</w:t>
      </w:r>
    </w:p>
    <w:p>
      <w:pPr>
        <w:jc w:val="right"/>
      </w:pPr>
      <w:r>
        <w:t>मेरी learning भी वही है जो आप लोग describe कर रहे हैं.</w:t>
      </w:r>
    </w:p>
    <w:p>
      <w:r>
        <w:rPr>
          <w:b/>
        </w:rPr>
        <w:t xml:space="preserve">[19:12] </w:t>
      </w:r>
      <w:r>
        <w:t>Maulana sahib ne apne is article mein uroojo sawal mein puran ki reference se hi discuss kiya hai.</w:t>
      </w:r>
    </w:p>
    <w:p>
      <w:pPr>
        <w:jc w:val="right"/>
      </w:pPr>
      <w:r>
        <w:t>मौलाना साहब ने अपने इस article में उरूजो सवाल में पुरान की reference से ही discuss किया है.</w:t>
      </w:r>
    </w:p>
    <w:p>
      <w:r>
        <w:rPr>
          <w:b/>
        </w:rPr>
        <w:t xml:space="preserve">[19:21] </w:t>
      </w:r>
      <w:r>
        <w:t>jo Surah Anfal mein hai aur Al Raad ki do aayaton mein describe kiya hai. unhone bataya ke jab kisi qaum ka ya groh ka zawal us waqt hota hai jab unke afraad yaani individuals mein bigaad aa gaya hota hai.</w:t>
      </w:r>
    </w:p>
    <w:p>
      <w:pPr>
        <w:jc w:val="right"/>
      </w:pPr>
      <w:r>
        <w:t>जो सूर्य अनफाल में है और अलरात की दो आयतों में describe किया है. उन्होंने बताया कि जब किसी कौम का या ग्रोह का सवाल उस वक्त होता है जब उनके अफराद यानी individuals में बिगाड़ आ गया होता है.</w:t>
      </w:r>
    </w:p>
    <w:p>
      <w:r>
        <w:rPr>
          <w:b/>
        </w:rPr>
        <w:t xml:space="preserve">[19:41] </w:t>
      </w:r>
      <w:r>
        <w:t>to is tarah se qaumon ka urooj us waqt hota hai jab unke afraad ka character acche hon tab woh urooj hota hai aur agar unke character kharab hon ya woh egoistic hon jo hon to usse sari kharabiyan aati hain aur yeh bhi bataya ke shuru mein jo Islam tha ya jo bhi religion hai woh baad mein unka zawal hota rehta hai.</w:t>
      </w:r>
    </w:p>
    <w:p>
      <w:pPr>
        <w:jc w:val="right"/>
      </w:pPr>
      <w:r>
        <w:t>तो इस तरह से कौमों का रूज उस वक्त होता है जब उनके अफराद का character अच्छे हों तब वह रूज होता है और अगर उनके character खराब हों या वह egoistic हों जो हों तो उससे सारी खराबियां आती हैं और यह भी बताया कि शुरू में जो इस्लाम था या जो भी religion है वह बाद में उनका सवाल होता रहता है.</w:t>
      </w:r>
    </w:p>
    <w:p>
      <w:r>
        <w:rPr>
          <w:b/>
        </w:rPr>
        <w:t xml:space="preserve">[20:07] </w:t>
      </w:r>
      <w:r>
        <w:t>to qaumon ki yaani qaum ki satah par jo nematein hamein milti hain woh actually afraad ki satah par jis darje par wahan ke rooh hote hain usi tarah se unke istemal unko yeh naam diye jaate hain ya roka jata hai.</w:t>
      </w:r>
    </w:p>
    <w:p>
      <w:pPr>
        <w:jc w:val="right"/>
      </w:pPr>
      <w:r>
        <w:t>तो कौमों की यानी कौम की सते पर जो नेमितें हमें मिलती हैं वह actually अफरात के सते पर जिस दर्जे पर वहां के रोक होते हैं उसी तरह से उनके इस्तेमाल उनको यह नाम दिए जाते हैं या रोका जाता है.</w:t>
      </w:r>
    </w:p>
    <w:p>
      <w:r>
        <w:rPr>
          <w:b/>
        </w:rPr>
        <w:t xml:space="preserve">[20:29] </w:t>
      </w:r>
      <w:r>
        <w:t>to agar kisi qaum se istemal nematain chhin gayi hain to nematton ke peeche Maulana kehte hain ke daudne ki, bhagne ki zaroorat nahi hai. uske badle afraad ki islaah par hamein time lagana chahiye. yeh to aur kyunke afraad ke bigadne se nemati chhin ti hain ya pareshani aati hai, afraadi ke banne se nemati dobara mil sakti hain. yeh sabhi log keh rahe hain to yeh main important mudda hai iska.</w:t>
      </w:r>
    </w:p>
    <w:p>
      <w:pPr>
        <w:jc w:val="right"/>
      </w:pPr>
      <w:r>
        <w:t>तो अगर किसी कौम से इस्तेमाल नेमतें छिन गई हैं तो नेमतों के पीछे मौलाना कहते हैं कि दौड़ने की, भागने की ज़रूरत नहीं है. उसके बदले अफरात की इस्लाह पर हमें time लगाना चाहिए. यह तो और क्योंकि अफराद के बिगड़ने से नेमती छिनती हैं या परेशानी आती है, अफरादी के बनने से नेमती दोबारा मिल सकती हैं. यह सभी लोग कह रहे हैं तो यह main important मुद्दा है इसका.</w:t>
      </w:r>
    </w:p>
    <w:p>
      <w:r>
        <w:rPr>
          <w:b/>
        </w:rPr>
        <w:t xml:space="preserve">[20:57] </w:t>
      </w:r>
      <w:r>
        <w:t>to duniya mein qaumon ka urro jo sawal yeh tasqeer aur quran mein hai jo abhi doctor unhon ne bhi bataya ke yeh allahatap nahi hota hai. guru jo sawal yeh hota hai balkeh allah ki nigrani aur faisle ke tehat hota hai.</w:t>
      </w:r>
    </w:p>
    <w:p>
      <w:pPr>
        <w:jc w:val="right"/>
      </w:pPr>
      <w:r>
        <w:t>तो दुनिया में कौमों का उर्रू जो सवाल यह तस्कीर और कुरान में है जो अभी doctor उन्होंने भी बताया कि यह अल्लाहटप नहीं होता है. गुरु जो सवाल यह होता है बल्कि अल्लाह की निगरानी और फ़ैसले के तहत होता है.</w:t>
      </w:r>
    </w:p>
    <w:p>
      <w:r>
        <w:rPr>
          <w:b/>
        </w:rPr>
        <w:t xml:space="preserve">[21:17] </w:t>
      </w:r>
      <w:r>
        <w:t>to khuda jab kisi qaum ko apni nematton se nawasta hai to woh un nematton nematton ko uss waqt tak rakhta hai jab tak ke logon ki qabliyat ya liyaqat rahe. jab woh use kho dete hain to allah ki nematein bhi kho jati hain. to yeh bohat important baat hai ke logon ke kholne se woh woh poori society badal jati hai.</w:t>
      </w:r>
    </w:p>
    <w:p>
      <w:pPr>
        <w:jc w:val="right"/>
      </w:pPr>
      <w:r>
        <w:t>तो खुदा जब किसी कौम को अपनी नेमतों से नवास्ता है तो वह उन नेमतों नेमतों को उस वक्त तक रखता है जब तक कि लोगों की काबिलियत या लियाकत रहे. जब वह उसे खो देते हैं तो अल्लाह की नैमतें भी खो जाती हैं. तो यह बहुत important बात है कि लोगों के खोलने से वह वह पूरी society बदल जाती है.</w:t>
      </w:r>
    </w:p>
    <w:p>
      <w:r>
        <w:rPr>
          <w:b/>
        </w:rPr>
        <w:t xml:space="preserve">[21:42] </w:t>
      </w:r>
      <w:r>
        <w:t>to is mein is ka matlab hai ke individual ki achhai ya burai aur un ke nafs ke level par hoti hai yani un ka nafs kaisa hai? nafs ko control kar pa rahe hain ya nahi kar pa rahe hain? to aur khuda ke siwan na koi hamein dene wala hai na khone wala hai. hamein is par poora trust hona chahiye. jo bhi kuch hai woh allahi karta hai aur hamare aamaal ki wajah se karta hai.</w:t>
      </w:r>
    </w:p>
    <w:p>
      <w:pPr>
        <w:jc w:val="right"/>
      </w:pPr>
      <w:r>
        <w:t>तो इसमें इसका मतलब है कि individual की अच्छाई या बुराई और उनके नफ्स के level पर होती है यानी उनका नफ्स कैसा है? नफ्स को control कर पा रहे हैं या नहीं कर पा रहे हैं? तो और खुदा के सिवान ना कोई हमें देने वाला है ना खोने वाला है. हमें इस पर पूरा trust होना चाहिए. जो भी कुछ है वह अल्लाही करता है और हमारे अमाल की वजह से करता है.</w:t>
      </w:r>
    </w:p>
    <w:p>
      <w:r>
        <w:rPr>
          <w:b/>
        </w:rPr>
        <w:t xml:space="preserve">[22:10] </w:t>
      </w:r>
      <w:r>
        <w:t>to Maulana Wahiduddin sahib ne individual level par hi zyada kaam karte the aur abhi bhi kar</w:t>
      </w:r>
    </w:p>
    <w:p>
      <w:pPr>
        <w:jc w:val="right"/>
      </w:pPr>
      <w:r>
        <w:t>तो मौलाना वही दुद्दीन साहब ने individual level पर ही ज़्यादा काम करते थे और अभी भी कर</w:t>
      </w:r>
    </w:p>
    <w:p>
      <w:r>
        <w:rPr>
          <w:b/>
        </w:rPr>
        <w:t xml:space="preserve">[22:16] </w:t>
      </w:r>
      <w:r>
        <w:t>rahe hain aur woh jo ek abhi aur logon ne bhi bataya reengineering of mine Maulana ne is</w:t>
      </w:r>
    </w:p>
    <w:p>
      <w:pPr>
        <w:jc w:val="right"/>
      </w:pPr>
      <w:r>
        <w:t>रहे हैं और वह जो एक अभी और लोगों ने भी बताया reengineering of mine मोलाना ने इस</w:t>
      </w:r>
    </w:p>
    <w:p>
      <w:r>
        <w:rPr>
          <w:b/>
        </w:rPr>
        <w:t xml:space="preserve">[22:23] </w:t>
      </w:r>
      <w:r>
        <w:t>tarah ki terms jo nikali hain jab yeh America gaye thay to jab inhone ya shayad Canada mein</w:t>
      </w:r>
    </w:p>
    <w:p>
      <w:pPr>
        <w:jc w:val="right"/>
      </w:pPr>
      <w:r>
        <w:t>तरह की terms जो निकाली हैं जब यह America गए थे तो जब इन्होंने या शायद Canada में</w:t>
      </w:r>
    </w:p>
    <w:p>
      <w:r>
        <w:rPr>
          <w:b/>
        </w:rPr>
        <w:t xml:space="preserve">[22:30] </w:t>
      </w:r>
      <w:r>
        <w:t>ek conference thi to wahan par reengineering of mind to logon ne bara appreciate kiya ke individuals ki</w:t>
      </w:r>
    </w:p>
    <w:p>
      <w:pPr>
        <w:jc w:val="right"/>
      </w:pPr>
      <w:r>
        <w:t>एक conference थी तो वहां पर reengineering of mind तो लोगों ने बड़ा appreciate किया कि individuals की</w:t>
      </w:r>
    </w:p>
    <w:p>
      <w:r>
        <w:rPr>
          <w:b/>
        </w:rPr>
        <w:t xml:space="preserve">[22:37] </w:t>
      </w:r>
      <w:r>
        <w:t>mind ko reengineer karna hai.</w:t>
      </w:r>
    </w:p>
    <w:p>
      <w:pPr>
        <w:jc w:val="right"/>
      </w:pPr>
      <w:r>
        <w:t>mind को reengineer करना है.</w:t>
      </w:r>
    </w:p>
    <w:p>
      <w:r>
        <w:rPr>
          <w:b/>
        </w:rPr>
        <w:t xml:space="preserve">[22:44] </w:t>
      </w:r>
      <w:r>
        <w:t>to jaise ke allahsala padhne walon ke positive characters kis tarah se badle? bohat zyada badle aur CTO ke members hamara yeh ladies ka group jo hai yahan yeh sab log batate hain ke un ki personality kaise positivity ki taraf badli hai aur badal rahi hai. to individuals Maulana ka focus individuals par hi tha. jaise aap ne bhi abhi bataya shivana ke woh bheed ko aisa woh nahi karte the.</w:t>
      </w:r>
    </w:p>
    <w:p>
      <w:pPr>
        <w:jc w:val="right"/>
      </w:pPr>
      <w:r>
        <w:t>तो जैसे कि अल्लेसाला पढ़ने वालों के positive characters किस तरह से बदले? बहुत ज़्यादा बदले और CTO के members हमारा यह ladies का group जो है यहां यह सब लोग बताते हैं कि उनकी personality कैसे positivity की तरफ बदली है और बदल रही है. तो individuals मौलाना का focus individuals पर ही था. जैसे आपने भी अभी बताया शिवाना कि वह भीड़ को ऐसा वह नहीं करते थे.</w:t>
      </w:r>
    </w:p>
    <w:p>
      <w:r>
        <w:rPr>
          <w:b/>
        </w:rPr>
        <w:t xml:space="preserve">[23:13] </w:t>
      </w:r>
      <w:r>
        <w:t>woh woh chahte the ke jo individuals hain woh barabar aate rahe hain. to aur yeh jo lekin hum wohi galat matlab bauna na yeh bhi kehte the ke hamein is maamle mein tareekh se lesson lena hai. lekin hum wohi galtiyan karte rehte hain aur samajhte nahi is baat ko jaise ke bari Israel ka kis kis tarah se zikr kiya gaya hai.</w:t>
      </w:r>
    </w:p>
    <w:p>
      <w:pPr>
        <w:jc w:val="right"/>
      </w:pPr>
      <w:r>
        <w:t>वह वह चाहते थे कि जो individuals हैं वह बराबर आते रहे हैं. तो और यह जो लेकिन हम वही गलत मतलब बौना ना यह भी कहते थे कि हमें इस मामले में तारीख से lesson लेना है. लेकिन हम वही गलतियां करते रहते हैं और समझते नहीं इस बात को जैसे कि बड़ी Israel का किस किस तरह से ज़िक्र किया गया है.</w:t>
      </w:r>
    </w:p>
    <w:p>
      <w:r>
        <w:rPr>
          <w:b/>
        </w:rPr>
        <w:t xml:space="preserve">[23:40] </w:t>
      </w:r>
      <w:r>
        <w:t>woh samajhte the ke un ke poora jo group hai us ko nijaat mil jayegi. to musalman bhi is tarah se sochte hain ke hum kisi ke sath lag jayen ya kuch karein to hamari nijaat ho jayegi. halanki sab kuch is duniya mein bhi aur raqarat mein bhi individual ke aamaal par hai. Maulana ke kitne article hain isi baatein.</w:t>
      </w:r>
    </w:p>
    <w:p>
      <w:pPr>
        <w:jc w:val="right"/>
      </w:pPr>
      <w:r>
        <w:t>वह समझते थे कि उनके पूरा जो group है उसको निजात मिल जाएगी. तो मुसलमान भी इस तरह से सोचते हैं कि हम किसी के साथ लग जाएं या कुछ करें तो हमारी निजात हो जाएगी. हालांकि सब कुछ इस दुनिया में भी और राख रत में भी individual के आंमाल पर है. मौलाना कि कितने article हैं इसी बातें.</w:t>
      </w:r>
    </w:p>
    <w:p>
      <w:r>
        <w:rPr>
          <w:b/>
        </w:rPr>
        <w:t xml:space="preserve">[24:02] </w:t>
      </w:r>
      <w:r>
        <w:t>to hum agar agar hum individually positively strong honge to koi leader bhi hamein woh nahi kar sakta hai. hum hamare us ko kuch leaders jo hain wohi is tarah ke hangamon mein involve hote hain to hum nahi honge. jo log jo log individually improve ho gaye hain phir woh nahi un ko leaders bhi nahi behka sakte. to yeh bohat important baat hai.</w:t>
      </w:r>
    </w:p>
    <w:p>
      <w:pPr>
        <w:jc w:val="right"/>
      </w:pPr>
      <w:r>
        <w:t>तो हम अगर अगर हम individually positively strong होंगे तो कोई leader भी हमें वह नहीं कर सकता है. हम हमारे उसको कुछ leaders जो हैं वही इस तरह के हंगामों में involve होते हैं तो हम नहीं होंगे. जो लोग जो लोग individually improve हो गए हैं फिर वह नहीं उनको leaders भी नहीं बहका सकते. तो यह बहुत important बात है.</w:t>
      </w:r>
    </w:p>
    <w:p>
      <w:r>
        <w:rPr>
          <w:b/>
        </w:rPr>
        <w:t xml:space="preserve">[24:31] </w:t>
      </w:r>
      <w:r>
        <w:t>to yahan important sabak yeh hai ke individual ka personality development karein aur jo log hamari baat sunte hain, samajhte hain, un ko hum batayein apne bachchon ki zimmedari aur log bhi yeh baat keh rahe hain. main bhi yahi meri bhi learning yeh hai ke apne jin logon par jo hamari baat sun sakte hain aur bachchon ki aur family ki zimmedari to hum par hai hi.</w:t>
      </w:r>
    </w:p>
    <w:p>
      <w:pPr>
        <w:jc w:val="right"/>
      </w:pPr>
      <w:r>
        <w:t>तो यहां important सबक यह है कि individual का personality development करें और जो लोग हमारी बात सुनते हैं, समझते हैं, उनको हम बताएं अपने बच्चों की ज़िम्मेदारी और लोग भी यह बात कह रहे हैं. मैं भी यही मेरी भी learning यह है कि अपने जिन लोगों पर जो हमारी बात sun सकते हैं और बच्चों की और family की ज़िम्मेदारी तो हम पर है ही.</w:t>
      </w:r>
    </w:p>
    <w:p>
      <w:r>
        <w:rPr>
          <w:b/>
        </w:rPr>
        <w:t xml:space="preserve">[24:55] </w:t>
      </w:r>
      <w:r>
        <w:t>to bachchon ko har waqt tokne ke badle hum un ke liye khud model banenge to jab bhi hamari family poori improve hogi aur doosri ek baat yeh hai ke padhai par zor hai.</w:t>
      </w:r>
    </w:p>
    <w:p>
      <w:pPr>
        <w:jc w:val="right"/>
      </w:pPr>
      <w:r>
        <w:t>तो बच्चों को हर वक्त टोकने के बदले हम उनके लिए खुद model बनेंगे तो जब भी हमारी family पूरी improve होगी और दूसरी एक बात यह है कि पढ़ाई पर ज़ोर है.</w:t>
      </w:r>
    </w:p>
    <w:p>
      <w:r>
        <w:rPr>
          <w:b/>
        </w:rPr>
        <w:t xml:space="preserve">[25:11] </w:t>
      </w:r>
      <w:r>
        <w:t>hamare hum log jo hain dekhen ke musalman kitne har field mein peechay hain to parhai par bohat</w:t>
      </w:r>
    </w:p>
    <w:p>
      <w:pPr>
        <w:jc w:val="right"/>
      </w:pPr>
      <w:r>
        <w:t>हमारे हम लोग जो हैं देखें कि मुसलमान कितने हर field में पीछे हैं तो पढ़ाई पर बहुत</w:t>
      </w:r>
    </w:p>
    <w:p>
      <w:r>
        <w:rPr>
          <w:b/>
        </w:rPr>
        <w:t xml:space="preserve">[25:18] </w:t>
      </w:r>
      <w:r>
        <w:t>deir dena hai kyunke parhai sahi dimagh khulta hai aur sahi rasta chuna jata hai aur to yahi</w:t>
      </w:r>
    </w:p>
    <w:p>
      <w:pPr>
        <w:jc w:val="right"/>
      </w:pPr>
      <w:r>
        <w:t>देर देना है क्योंकि पढ़ाई सही दिमाग खुलता है और सही रास्ता चुना जाता है और तो यही</w:t>
      </w:r>
    </w:p>
    <w:p>
      <w:r>
        <w:rPr>
          <w:b/>
        </w:rPr>
        <w:t xml:space="preserve">[25:25] </w:t>
      </w:r>
      <w:r>
        <w:t>meri learning hai aur is is waja se matlab yeh dawat ka kaam bohat bhi zyada important ho</w:t>
      </w:r>
    </w:p>
    <w:p>
      <w:pPr>
        <w:jc w:val="right"/>
      </w:pPr>
      <w:r>
        <w:t>मेरी learning है और इस इस वजह से मतलब यह दावात का काम बहुत भी ज़्यादा important हो</w:t>
      </w:r>
    </w:p>
    <w:p>
      <w:r>
        <w:rPr>
          <w:b/>
        </w:rPr>
        <w:t xml:space="preserve">[25:33] </w:t>
      </w:r>
      <w:r>
        <w:t>gaya hai aur kyunke humne yeh to dekha hai ke hamara muashray mein taleem ki kami ki waja</w:t>
      </w:r>
    </w:p>
    <w:p>
      <w:pPr>
        <w:jc w:val="right"/>
      </w:pPr>
      <w:r>
        <w:t>गया है और क्योंकि हमने यह तो देखा है कि हमारा मुआश्रे में तालीम की कमी की वजह</w:t>
      </w:r>
    </w:p>
    <w:p>
      <w:r>
        <w:rPr>
          <w:b/>
        </w:rPr>
        <w:t xml:space="preserve">[25:40] </w:t>
      </w:r>
      <w:r>
        <w:t>se economically backward hain log to individuals ko hi humein kaam karna hai.</w:t>
      </w:r>
    </w:p>
    <w:p>
      <w:pPr>
        <w:jc w:val="right"/>
      </w:pPr>
      <w:r>
        <w:t>से economically backward हैं लोग तो individuals को ही हमें काम करना है.</w:t>
      </w:r>
    </w:p>
    <w:p>
      <w:r>
        <w:rPr>
          <w:b/>
        </w:rPr>
        <w:t xml:space="preserve">[25:48] </w:t>
      </w:r>
      <w:r>
        <w:t>to yahi meri learning hai aur woh jo tatarion ki baat hai that's a very good example ke</w:t>
      </w:r>
    </w:p>
    <w:p>
      <w:pPr>
        <w:jc w:val="right"/>
      </w:pPr>
      <w:r>
        <w:t>तो यही मेरी learning है और वह जो तातारियों की बात है that's a very good example कि</w:t>
      </w:r>
    </w:p>
    <w:p>
      <w:r>
        <w:rPr>
          <w:b/>
        </w:rPr>
        <w:t xml:space="preserve">[25:53] </w:t>
      </w:r>
      <w:r>
        <w:t>kaise ladies jab wahan pohanchi to log unko dekh kar woh badlay hain.</w:t>
      </w:r>
    </w:p>
    <w:p>
      <w:pPr>
        <w:jc w:val="right"/>
      </w:pPr>
      <w:r>
        <w:t>कैसे ladies जब वहां पहुंची तो लोग उनको देखकर वह बदले हैं.</w:t>
      </w:r>
    </w:p>
    <w:p>
      <w:r>
        <w:rPr>
          <w:b/>
        </w:rPr>
        <w:t xml:space="preserve">[25:59] </w:t>
      </w:r>
      <w:r>
        <w:t>to that's also very important.</w:t>
      </w:r>
    </w:p>
    <w:p>
      <w:pPr>
        <w:jc w:val="right"/>
      </w:pPr>
      <w:r>
        <w:t>तो that's also very important.</w:t>
      </w:r>
    </w:p>
    <w:p>
      <w:r>
        <w:rPr>
          <w:b/>
        </w:rPr>
        <w:t xml:space="preserve">[26:04] </w:t>
      </w:r>
      <w:r>
        <w:t>to humein model bhi apne family ke liye humein model banna hai aur individuals ki important hai ke</w:t>
      </w:r>
    </w:p>
    <w:p>
      <w:pPr>
        <w:jc w:val="right"/>
      </w:pPr>
      <w:r>
        <w:t>तो हमें model भी अपने family के लिए हमें model बनना है और individuals की important है कि</w:t>
      </w:r>
    </w:p>
    <w:p>
      <w:r>
        <w:rPr>
          <w:b/>
        </w:rPr>
        <w:t xml:space="preserve">[26:10] </w:t>
      </w:r>
      <w:r>
        <w:t>unko change karna hai jo ke Maulana ne humein bohat achi tarah se yeh baat bata di hai.</w:t>
      </w:r>
    </w:p>
    <w:p>
      <w:pPr>
        <w:jc w:val="right"/>
      </w:pPr>
      <w:r>
        <w:t>उनको change करना है जो कि मौलाना ने हमें बहुत अच्छी तरह से यह बात बता दी है.</w:t>
      </w:r>
    </w:p>
    <w:p>
      <w:r>
        <w:rPr>
          <w:b/>
        </w:rPr>
        <w:t xml:space="preserve">[26:15] </w:t>
      </w:r>
      <w:r>
        <w:t>yahi meri learning hai jazak.</w:t>
      </w:r>
    </w:p>
    <w:p>
      <w:pPr>
        <w:jc w:val="right"/>
      </w:pPr>
      <w:r>
        <w:t>यही मेरी learning है जज़ाद.</w:t>
      </w:r>
    </w:p>
    <w:p>
      <w:r>
        <w:rPr>
          <w:b/>
        </w:rPr>
        <w:t xml:space="preserve">[26:21] </w:t>
      </w:r>
      <w:r>
        <w:t>jazad kal aap, achha yeh bar bar jab hum log is baat ko mention kar rahe hain reengineering of mind. to jab main is article ke last three lines ko main dekh rahi hoon to jis mein ke Maulana ne likha hai ke actually how do we define this reengineering of mind? yahan par unhon ne likha hai ke millat ki tarqqi ke liye aise ifraad darkaar hain jo bolne se zyada chup rehna jante ho. right.</w:t>
      </w:r>
    </w:p>
    <w:p>
      <w:pPr>
        <w:jc w:val="right"/>
      </w:pPr>
      <w:r>
        <w:t>जज़ाद कल आप, अच्छा यह बार बार जब हम लोग इस बात को mention कर रहे हैं reengineering of mind. तो जब मैं इस article के last three lines को मैं देख रही हूं तो जिसमें कि मलाना ने लिखा है कि actually how do we define this reengineering of mind? यहां पर उन्होंने लिखा है कि मिलत की तरक्की के लिए ऐसे इफिराद दर्कार है जो बोलने से ज़्यादा चुप रहना जानते हो. Right.</w:t>
      </w:r>
    </w:p>
    <w:p>
      <w:r>
        <w:rPr>
          <w:b/>
        </w:rPr>
        <w:t xml:space="preserve">[26:50] </w:t>
      </w:r>
      <w:r>
        <w:t>jo alfath zyada maafi ke liye zuban samajhte ho, jo taqat se zyada daleel ke aage jhukne wale ho, jo kehne se zyada karna jante ho, jo aage badhne se zyada peeche hatna hatne ke bahadur ho. pulasa yeh hai ke duniya se zyada aakhirat ko dekh rahe ho. aise ifraad ke baghair millat ki sarbulandi ke naare lagana aisa hi hai jaise dal dal ke upar deewar khada karna hai.</w:t>
      </w:r>
    </w:p>
    <w:p>
      <w:pPr>
        <w:jc w:val="right"/>
      </w:pPr>
      <w:r>
        <w:t>जो अल्फात ज़्यादा माफी के लिए ज़बान समझते हो, जो ताकत से ज़्यादा दलील के आगे झुकने वाले हो, जो कहने से ज़्यादा करना जानते हो, जो आगे बढ़ने से ज़्यादा पीछे हटना हटने के बहादुर हो. पुलासा यह है कि दुनिया से ज़्यादा आख़िरत को देखकर देख रहे हो. ऐसे इफराद के बगैर मिल्लत की सर्बुलन्दी के नारे लगाना ऐसा ही है जैसे दलदल के ऊपर दीवार खड़ा करना है.</w:t>
      </w:r>
    </w:p>
    <w:p>
      <w:r>
        <w:rPr>
          <w:b/>
        </w:rPr>
        <w:t xml:space="preserve">[27:18] </w:t>
      </w:r>
      <w:r>
        <w:t>yahan bhi Maulana ne char characteristics ko bohat hi profound way mein bataya hai ke reengineering of mind jis ko hum log bar bar mention kar rahe hain ya individual par jo kaam karna us individual ki kya characteristics honi chahiye? yeh char important characteristics hain jis ki poori society ki tarqqi depend karti hai. ab main yeh session ko open karti hoon all ladies ke liye learning apni apni jo share karna chahti hain.</w:t>
      </w:r>
    </w:p>
    <w:p>
      <w:pPr>
        <w:jc w:val="right"/>
      </w:pPr>
      <w:r>
        <w:t>यहां भी मोलाना ने चार characteristics को बहुत ही profound way में बताया है कि reengineering of mind जिसको हम लोग बार बार mention कर रहे हैं या individual पर जो काम करना उस individual की क्या characteristics होनी चाहिए? यह चार important characteristics हैं जिसकी पूरी society की तरक्की depend करती है. अब मैं यह session को open करती हूं all ladies के लिए learning अपनी अपनी जो share करना चाहती हैं.</w:t>
      </w:r>
    </w:p>
    <w:p>
      <w:r>
        <w:rPr>
          <w:b/>
        </w:rPr>
        <w:t xml:space="preserve">[27:48] </w:t>
      </w:r>
      <w:r>
        <w:t>kindly raise your hand or tell your name and ok, princess ahaan please share your learning regarding this article. wahalul uqtam mil nisani yakkoh kauri.</w:t>
      </w:r>
    </w:p>
    <w:p>
      <w:pPr>
        <w:jc w:val="right"/>
      </w:pPr>
      <w:r>
        <w:t>Kindly raise your hand or tell your name and ok, princess एहान please share your learning regarding this article. वाहलुल उक्ततम मिल निसानी यक्कोह कौरी.</w:t>
      </w:r>
    </w:p>
    <w:p>
      <w:r>
        <w:rPr>
          <w:b/>
        </w:rPr>
        <w:t xml:space="preserve">[28:06] </w:t>
      </w:r>
      <w:r>
        <w:t>yeh itna jo meri samajh mein is article se maine jo point apne liye select kiya woh is article mein ek jagah beach beach se baak ka banna, na ke baak se baak ka banna, jo point is mein diya hai. yeh itna important mujhe laga ke hamein focus ek beej kitni choti si cheez hoti hai. us choti si beej se poora baag banta hai.</w:t>
      </w:r>
    </w:p>
    <w:p>
      <w:pPr>
        <w:jc w:val="right"/>
      </w:pPr>
      <w:r>
        <w:t>यह इतना जो मेरी समझ में इस article से मैंने जो point अपने लिए select किया वह इस article में एक जगह beach beach से बाक का बनना, ना के बाक से बाक का बनना, जो point इसमें दिया है. यह इतना important मुझे लगा कि हमें focus एक बीज कितनी छोटी सी चीज़ होती है. उस छोटी से बीज से पूरा बाग बनता है.</w:t>
      </w:r>
    </w:p>
    <w:p>
      <w:r>
        <w:rPr>
          <w:b/>
        </w:rPr>
        <w:t xml:space="preserve">[28:34] </w:t>
      </w:r>
      <w:r>
        <w:t>yeh nahi hota hai ke baag baag ko paida karta hai. ek beej se poora darakh banta hai phir kai darakh bante hain aur kai darakh ubsoorat baap banate hain. to mujhe aisa laga hai ke yeh is article mein jis individual ki baat ho rahi hai woh individual main hoon.</w:t>
      </w:r>
    </w:p>
    <w:p>
      <w:pPr>
        <w:jc w:val="right"/>
      </w:pPr>
      <w:r>
        <w:t>यह नहीं होता है कि बाग बाग को पैदा करता है. एक बीज से पूरा दरख बनता है फिर कई दरख बनते हैं और कई दरख उबसूरत बाप बनाते हैं. तो मुझे ऐसा लगा है कि यह इस article में जिस individual की बात हो रही है वह individual मैं हूं.</w:t>
      </w:r>
    </w:p>
    <w:p>
      <w:r>
        <w:rPr>
          <w:b/>
        </w:rPr>
        <w:t xml:space="preserve">[28:51] </w:t>
      </w:r>
      <w:r>
        <w:t>matlab main mil kar ke ek person hai aur specially jo dai ke taur par ya jo dawat ka kaam karne jate hain un ko itna lace hona hai hum ko apne andar hum hum mujhko main hum bolte hain mujhe maksad yeh tha ke hum sab ko jo bhi specially dawat ka kaam karein woh apne beej ko itna strong karein ke hamare andar se automatically woh cheezein niklein phool, patte, darab. khud hamari poori shaksit aisi ho jaye.</w:t>
      </w:r>
    </w:p>
    <w:p>
      <w:pPr>
        <w:jc w:val="right"/>
      </w:pPr>
      <w:r>
        <w:t>मतलब मैं मिलकर के एक person है और specially जो दाई के तौर पर या जो दावत का काम करने जाते हैं उनको इतना lace होना है हमको अपने अंदर हम हम मुझको मैं हम बोलते हैं मुझे मकसद यह था कि हम सबको जो भी specially दावत का काम करें वह अपने बीज को इतना strong करें कि हमारे अंदर से automatically वह चीज़ें निकलें फ़ूल, पत्ते, दरब. खुद हमारी पूरी शकसित ऐसी हो जाए.</w:t>
      </w:r>
    </w:p>
    <w:p>
      <w:r>
        <w:rPr>
          <w:b/>
        </w:rPr>
        <w:t xml:space="preserve">[29:18] </w:t>
      </w:r>
      <w:r>
        <w:t>aap Maulana sahib ki misal hi dekh lijiye na.</w:t>
      </w:r>
    </w:p>
    <w:p>
      <w:pPr>
        <w:jc w:val="right"/>
      </w:pPr>
      <w:r>
        <w:t>आप मौलाना साहब की मिसाल ही देख लीजिए ना.</w:t>
      </w:r>
    </w:p>
    <w:p>
      <w:r>
        <w:rPr>
          <w:b/>
        </w:rPr>
        <w:t xml:space="preserve">[29:25] </w:t>
      </w:r>
      <w:r>
        <w:t>Maulana sahib ne apne andar itni jaron ko mazboot Allah taala ne unke andar kar diya tha ke</w:t>
      </w:r>
    </w:p>
    <w:p>
      <w:pPr>
        <w:jc w:val="right"/>
      </w:pPr>
      <w:r>
        <w:t>मौलाना साहब ने अपने अंदर इतनी जड़ों को मज़गूद अल्ला ताला ने उनके अंदर कर दिया था कि</w:t>
      </w:r>
    </w:p>
    <w:p>
      <w:r>
        <w:rPr>
          <w:b/>
        </w:rPr>
        <w:t xml:space="preserve">[29:33] </w:t>
      </w:r>
      <w:r>
        <w:t>aaj hum sab unse mustfeed ho rahe hain na unke andar se niklay hue phool dard patte cheez</w:t>
      </w:r>
    </w:p>
    <w:p>
      <w:pPr>
        <w:jc w:val="right"/>
      </w:pPr>
      <w:r>
        <w:t>आज हम सब उनसे मुस्तपीद हो रहे हैं ना उनके अंदर से निकले हुए फ़ूल दर्द पत्ते चीज़</w:t>
      </w:r>
    </w:p>
    <w:p>
      <w:r>
        <w:rPr>
          <w:b/>
        </w:rPr>
        <w:t xml:space="preserve">[29:41] </w:t>
      </w:r>
      <w:r>
        <w:t>tak pohanch gayi, attract kar di.</w:t>
      </w:r>
    </w:p>
    <w:p>
      <w:pPr>
        <w:jc w:val="right"/>
      </w:pPr>
      <w:r>
        <w:t>तक पहुंच गई, attract कर दी.</w:t>
      </w:r>
    </w:p>
    <w:p>
      <w:r>
        <w:rPr>
          <w:b/>
        </w:rPr>
        <w:t xml:space="preserve">[29:49] </w:t>
      </w:r>
      <w:r>
        <w:t>to mujhe apne upar focus karna hai.</w:t>
      </w:r>
    </w:p>
    <w:p>
      <w:pPr>
        <w:jc w:val="right"/>
      </w:pPr>
      <w:r>
        <w:t>तो मुझे अपने ऊपर focus करना है.</w:t>
      </w:r>
    </w:p>
    <w:p>
      <w:r>
        <w:rPr>
          <w:b/>
        </w:rPr>
        <w:t xml:space="preserve">[30:10] </w:t>
      </w:r>
      <w:r>
        <w:t>agar humein koi kisi ko ek kitab bhi dena hai to mujhe aisa lagta hai ke is bhi</w:t>
      </w:r>
    </w:p>
    <w:p>
      <w:pPr>
        <w:jc w:val="right"/>
      </w:pPr>
      <w:r>
        <w:t>अगर हमें कोई किसी को एक किताब भी देना है तो मुझे ऐसा लगता है कि इस भी</w:t>
      </w:r>
    </w:p>
    <w:p>
      <w:r>
        <w:rPr>
          <w:b/>
        </w:rPr>
        <w:t xml:space="preserve">[30:31] </w:t>
      </w:r>
      <w:r>
        <w:t>is ko parh kar mere zehan mein yeh baat aa rahi hai mere aur fazal samajhne ke liye ke bajaye</w:t>
      </w:r>
    </w:p>
    <w:p>
      <w:pPr>
        <w:jc w:val="right"/>
      </w:pPr>
      <w:r>
        <w:t>इसको पढ़कर मेरे ज़हन में यह बात आ रही है मेरे और फ़ज़ल समझने के लिए के बजाय</w:t>
      </w:r>
    </w:p>
    <w:p>
      <w:r>
        <w:rPr>
          <w:b/>
        </w:rPr>
        <w:t xml:space="preserve">[30:52] </w:t>
      </w:r>
      <w:r>
        <w:t>woh us ko apne apna haq samajhne lage ke woh hum to, hum to Allah ke bilkul pasandeeda hain itne</w:t>
      </w:r>
    </w:p>
    <w:p>
      <w:pPr>
        <w:jc w:val="right"/>
      </w:pPr>
      <w:r>
        <w:t>वह उसको अपने अपना हक समझने लगे कि वह हम तो, हम तो अल्लाह के बिल्कुल पसंदीदा है इतने</w:t>
      </w:r>
    </w:p>
    <w:p>
      <w:r>
        <w:rPr>
          <w:b/>
        </w:rPr>
        <w:t xml:space="preserve">[31:14] </w:t>
      </w:r>
      <w:r>
        <w:t>le sona hai. hamein us ki jaise beach ki kitni hi faazat ki jati hai na us ko proper dhoop se, proper janwaron se, kitni cheezon se bachana chahte hain to phir woh ja kar beach jar pakadta hai. hum ko apne individually bohat mehnat karni hai, bohat zyada. apne beach ko mazboot karna hai to woh poora baag khud bohat ban jayega inshala khana. yeh meri learning hai.</w:t>
      </w:r>
    </w:p>
    <w:p>
      <w:pPr>
        <w:jc w:val="right"/>
      </w:pPr>
      <w:r>
        <w:t>ले सोना है. हमें उसकी जैसे beach की कितनी ही फाज़त की जाती है ना उसको proper धूप से, proper जानवरों से, कितनी चीज़ों से बचाना चाहते हैं तो फिर वह जाकर beach जड़ पकड़ता है. हमको अपने individually बहुत मेहनत करनी है, बहुत ज़्यादा. अपने beach को मज़बूत करना है तो वह पूरा बाग खुद बहुत वन जाएगा इंशाला खाना. यह मेरी learning है.</w:t>
      </w:r>
    </w:p>
    <w:p>
      <w:r>
        <w:rPr>
          <w:b/>
        </w:rPr>
        <w:t xml:space="preserve">[31:40] </w:t>
      </w:r>
      <w:r>
        <w:t>jizza kalla aur aap aap kuch kehna chahengi? achha bina bohat achhe se sabhi logon ne yahan par bohat hi achha bataya. jaise Maulana Sahab kehte hain ke patthar ek jamit cheez hoti hai aur darakht ek badhne wali cheez hoti hai.</w:t>
      </w:r>
    </w:p>
    <w:p>
      <w:pPr>
        <w:jc w:val="right"/>
      </w:pPr>
      <w:r>
        <w:t>जिज़्ज़ा कल्ला और आप आप कुछ कहना चाहेंगी? अच्छा बिना बहुत अच्छे से सभी लोगों ने यहां पर बहुत ही अच्छा बताया. जैसे मलाना साहब कहते हैं कि पत्थर एक जामित चीज़ होती है और दरख्त एक बढ़ने वाली चीज़ होती है.</w:t>
      </w:r>
    </w:p>
    <w:p>
      <w:r>
        <w:rPr>
          <w:b/>
        </w:rPr>
        <w:t xml:space="preserve">[32:05] </w:t>
      </w:r>
      <w:r>
        <w:t>to wohi cheez hai ke ab iman hamara agar mazboot nahi hoga to hum hamare upar patthar ki tarah jama hua hai iman. jaise ke log aksar isi tarah ki cheezein zyada padhte rehte hain. kuch kalma padh liya, kuch durood sharif padh liya aur is tarah se us ko iman aur matlab main apne musalman samajhna yeh iman wala nahi hona hai.</w:t>
      </w:r>
    </w:p>
    <w:p>
      <w:pPr>
        <w:jc w:val="right"/>
      </w:pPr>
      <w:r>
        <w:t>तो वही चीज़ है कि अब ईमान हमारा अगर मज़बूत नहीं होगा तो हम हमारे ऊपर पत्थर की तरह जमा हुआ है ईमान. जैसे कि लोग अक्सर इसी तरह की चीज़ें ज़्यादा पढ़ते रहते हैं. कुछ कलमा पढ़ लिया, कुछ ज़रूर शरीफ पढ़ लिया और इस तरह से उसको ईमान और मतलब मैं अपने मुसलमान समझना यह ईमान वाला नहीं होना है.</w:t>
      </w:r>
    </w:p>
    <w:p>
      <w:r>
        <w:rPr>
          <w:b/>
        </w:rPr>
        <w:t xml:space="preserve">[32:30] </w:t>
      </w:r>
      <w:r>
        <w:t>to yeh ab us ki us ki jo kalme ki jo taaseel hai jo hamare andar nahi hogi to hum iman wale kaise honge? hum doosron ke liye burai karein aur phir kalma bhi padh rahe hain. hum doosron ke liye galti karein to phir kuch taruz bhi padh rahe hain.</w:t>
      </w:r>
    </w:p>
    <w:p>
      <w:pPr>
        <w:jc w:val="right"/>
      </w:pPr>
      <w:r>
        <w:t>तो यह अब उसकी उसकी जो कलमे की जो तासील है जो हमारे अंदर नहीं होगी तो हम ईमान वाले कैसे होंगे? हम दूसरों के लिए बुराई करें और फिर कल्मा भी पढ़ रहे हैं. हम दूसरों के लिए गलती करें तो फिर कुछ तरुज़ भी पढ़ रहे हैं.</w:t>
      </w:r>
    </w:p>
    <w:p>
      <w:r>
        <w:rPr>
          <w:b/>
        </w:rPr>
        <w:t xml:space="preserve">[32:48] </w:t>
      </w:r>
      <w:r>
        <w:t>to yahi cheez banane ki bohat samajh mein aati hai ke humein ek jaise abhi princess Khan ne</w:t>
      </w:r>
    </w:p>
    <w:p>
      <w:pPr>
        <w:jc w:val="right"/>
      </w:pPr>
      <w:r>
        <w:t>तो यही चीज़ बनाने की बहुत समझ में आती है कि हमें एक जैसे अभी princess खान ने</w:t>
      </w:r>
    </w:p>
    <w:p>
      <w:r>
        <w:rPr>
          <w:b/>
        </w:rPr>
        <w:t xml:space="preserve">[32:54] </w:t>
      </w:r>
      <w:r>
        <w:t>bataya beej ka woh ke ek beej se hi darakht banta hai aur wahi sab ko phal phool aur</w:t>
      </w:r>
    </w:p>
    <w:p>
      <w:pPr>
        <w:jc w:val="right"/>
      </w:pPr>
      <w:r>
        <w:t>बताया बीज का वह कि एक बीज से ही दर्श बनता है और वही सबको फ़ल फ़ूल और</w:t>
      </w:r>
    </w:p>
    <w:p>
      <w:r>
        <w:rPr>
          <w:b/>
        </w:rPr>
        <w:t xml:space="preserve">[33:00] </w:t>
      </w:r>
      <w:r>
        <w:t>hawa aur sari cheezein deta hai.</w:t>
      </w:r>
    </w:p>
    <w:p>
      <w:pPr>
        <w:jc w:val="right"/>
      </w:pPr>
      <w:r>
        <w:t>हवा और सारी चीज़ें देता है.</w:t>
      </w:r>
    </w:p>
    <w:p>
      <w:r>
        <w:rPr>
          <w:b/>
        </w:rPr>
        <w:t xml:space="preserve">[33:06] </w:t>
      </w:r>
      <w:r>
        <w:t>to isi tarah se insan ke andar bhi wah cheez iman jo hai itna badhi ki wah apne</w:t>
      </w:r>
    </w:p>
    <w:p>
      <w:pPr>
        <w:jc w:val="right"/>
      </w:pPr>
      <w:r>
        <w:t>तो इसी तरह से इंसान के अंदर भी वह चीज़ ईमान जो है इतना बढ़ी कि वह अपने</w:t>
      </w:r>
    </w:p>
    <w:p>
      <w:r>
        <w:rPr>
          <w:b/>
        </w:rPr>
        <w:t xml:space="preserve">[33:12] </w:t>
      </w:r>
      <w:r>
        <w:t>liye apne ko durust karen aur dusron ke liye bhi ek mufi cheez bane.</w:t>
      </w:r>
    </w:p>
    <w:p>
      <w:pPr>
        <w:jc w:val="right"/>
      </w:pPr>
      <w:r>
        <w:t>लिए अपने को दुरुस्त करें और दूसरों के लिए भी एक मुफी चीज़ बने.</w:t>
      </w:r>
    </w:p>
    <w:p>
      <w:r>
        <w:rPr>
          <w:b/>
        </w:rPr>
        <w:t xml:space="preserve">[33:19] </w:t>
      </w:r>
      <w:r>
        <w:t>main aur ladies ko invite karti hoon is session ka hissa banne ke liye. apni apni learning share karein. shabnam bhavishya? ji, shabnam bhavishya. ji, asal mein dekhoon awaaz aa rahi hai kya? ji wale door se awaaz aa rahi hai. ji roos afzwal ek ahum athikar hai.</w:t>
      </w:r>
    </w:p>
    <w:p>
      <w:pPr>
        <w:jc w:val="right"/>
      </w:pPr>
      <w:r>
        <w:t>मैं और ladies को invite करती हूं इस session का हिस्सा बनने के लिए. अपनी अपनी learning share करें. शबनम भविष्य? जी, शबनम भविष्य. जी, असल में देखूं आवाज़ आ रही है क्या? जी वाले दूर से आवाज़ आ रही है. जी रूस अफज़वाल एक अहम् अठिकार है.</w:t>
      </w:r>
    </w:p>
    <w:p>
      <w:r>
        <w:rPr>
          <w:b/>
        </w:rPr>
        <w:t xml:space="preserve">[33:43] </w:t>
      </w:r>
      <w:r>
        <w:t>qaumon ke roos afzwal ko quran is tarah bayan kiya gaya ki beshak allah kisi qaum ke halat ko nahi badalta jab tak woh apne halat ko na bad dalen. qaum is waqt ki gati hai jab pot ke andar jitni salahiyat hogi itni sale mashr inke diyan zahoor mein aaenge. is baat ko ek hadi soor mein is tarah pyan gaya gaya hai ki yeh tum log jaise hi honge wahi tumhara hukmara honge.</w:t>
      </w:r>
    </w:p>
    <w:p>
      <w:pPr>
        <w:jc w:val="right"/>
      </w:pPr>
      <w:r>
        <w:t>कौमों के रूस अफज़वाल को कुरान इस तरह बयान किया गया कि बेशक अल्लाह किसी कौम के हालत को नहीं बदलता जब तक वह अपने हालत को ना बदल डालें. कौम इस वक्त की गति है जब प्राट के अंदर जितनी स्लाहित होगी इतनी साले माश्र इनके दिम्यान ज़हूर में आऐंगे. इस बात को एक हदी ससूर में इस तरह प्यान गया गया है कि यह तुम लोग जैसे ही होंगे वही तुम्हारा हुक्मरा होंगे.</w:t>
      </w:r>
    </w:p>
    <w:p>
      <w:r>
        <w:rPr>
          <w:b/>
        </w:rPr>
        <w:t xml:space="preserve">[34:09] </w:t>
      </w:r>
      <w:r>
        <w:t>wahi ab fard samaj ke darmiyan wahi nijbat hai jo beej apsal ke darmiyan. jaisa beej waisi fast isi tarah jaise afraat waise hukamra. is kanoon mein koi doubt nahi. jis masile ke afraat ke andar bigar aa jaye woh mashra aloomi tabah hokar rehta hai. agar mashra ka behtar mashra banana hai to sirf ifraat ki silahi se ho sakta hai. Allah insan ko aakleti hai soord.</w:t>
      </w:r>
    </w:p>
    <w:p>
      <w:pPr>
        <w:jc w:val="right"/>
      </w:pPr>
      <w:r>
        <w:t>वही अब फर्द समाज के दरमियान वही निज्बत है जो बीज अपसल के दरमियान. जैसा बीज वैसी फ़स्त इसी तरह जैसे अफरात वैसे हुकमरा. इस कानून में कोई doubt नहीं. जिस मासिले के अफरात के अंदर बिगार आ जाए वह माश्रा लालूमी तबाह होकर रहता है. अगर माश्रा का बेहतर माश्रा बनाना है तो सिर्फ इफरात की सिलही से हो सकता है. अल्लान इंसान को अक्लेती है सूर्द.</w:t>
      </w:r>
    </w:p>
    <w:p>
      <w:r>
        <w:rPr>
          <w:b/>
        </w:rPr>
        <w:t xml:space="preserve">[34:36] </w:t>
      </w:r>
      <w:r>
        <w:t>maujooda duniya mein kamyabi ko paani ka rasta yeh hai insan har cheez ko apne apne aql se aql lekar istemal samjhe. aql lekar zare haq aur batil mein tamish karein aur sachchai ko daryav karein. sura inhi ismein yeh ayat aayi hai allah in logon par gandagi dal deta hai jo aql se kaam nahi lete hain.</w:t>
      </w:r>
    </w:p>
    <w:p>
      <w:pPr>
        <w:jc w:val="right"/>
      </w:pPr>
      <w:r>
        <w:t>मौजूदा दुनिया में कामयाबी को पानी का रास्ता यह है इंसान हर चीज़ को अपने अपने अख लेख से अख लेकर इस्तेमाल समझे. अख लेकर ज़रे हक और बातिल में तमिश करें और सच्चाई को दरियाव करें. सुरा इन्हीं इसमें यह आयत आई है अल्लाह इन लोगों पर गंदगी डाल देता है जो अक्ले से काम नहीं लेते हैं.</w:t>
      </w:r>
    </w:p>
    <w:p>
      <w:r>
        <w:rPr>
          <w:b/>
        </w:rPr>
        <w:t xml:space="preserve">[34:58] </w:t>
      </w:r>
      <w:r>
        <w:t>quran mirsaat woh hai kitni choti jamaat hai allah ke hukum se badi jamaaton par gaali paayi hai allah sabr karne walon ke saath hai. aur iske andar naya hausla ubharta hai.</w:t>
      </w:r>
    </w:p>
    <w:p>
      <w:pPr>
        <w:jc w:val="right"/>
      </w:pPr>
      <w:r>
        <w:t>कुरान मिर्सात वह है कितनी छोटी जमात है अल्लाह के हुक्म से बड़ी जमातों पर गाली पाई है अल्लाह सब्र करने वालों के साथ है. और इसके अंदर नया हौसला उभरता है.</w:t>
      </w:r>
    </w:p>
    <w:p>
      <w:r>
        <w:rPr>
          <w:b/>
        </w:rPr>
        <w:t xml:space="preserve">[35:25] </w:t>
      </w:r>
      <w:r>
        <w:t>aise baad zindagi ke har maidan mein ab sabse zyada amal ka saboot dete hain. woh apne zehni atka ke bina par is kabil hote hain ki har masla ka super solution superior solution talash kar lete hain hum. is article se hum apne afraad ko bahut zyada importance dete hain ki tarakki ka dalo mayyar sirf afraad ki zariya kar sakte hain jaise hum ghar mein ek member hain. apne apne aap ko pehle taraki dein, apne family ko dein.</w:t>
      </w:r>
    </w:p>
    <w:p>
      <w:pPr>
        <w:jc w:val="right"/>
      </w:pPr>
      <w:r>
        <w:t>ऐसे बाद ज़िंदगी के हर मैदान में अब सबसे ज़्यादा अमल का सबूत देते हैं. वह अपने ज़ेहनी अटका के बिना पर इस काबिल होते हैं कि हर मसला का super solution superior solution तलाश कर लेते हैं हम. इस article से हम अपने अफराद को बहुत ज़्यादा important देते हैं कि तरक्की का दालों मैयार सिर्फ अफराद की ज़रिया कर सकते हैं जैसे हम घर में एक member हैं. अपने अपने आप को पहले तरकी दें, अपने family को दें.</w:t>
      </w:r>
    </w:p>
    <w:p>
      <w:r>
        <w:rPr>
          <w:b/>
        </w:rPr>
        <w:t xml:space="preserve">[35:53] </w:t>
      </w:r>
      <w:r>
        <w:t>iske zariye hum samaj ko sudhar sakenge.</w:t>
      </w:r>
    </w:p>
    <w:p>
      <w:pPr>
        <w:jc w:val="right"/>
      </w:pPr>
      <w:r>
        <w:t>इसके जरिए हम समाज को सुधार सकेंगे.</w:t>
      </w:r>
    </w:p>
    <w:p>
      <w:r>
        <w:rPr>
          <w:b/>
        </w:rPr>
        <w:t xml:space="preserve">[35:58] </w:t>
      </w:r>
      <w:r>
        <w:t>uske baad bahar ke aadmi sudhar.</w:t>
      </w:r>
    </w:p>
    <w:p>
      <w:pPr>
        <w:jc w:val="right"/>
      </w:pPr>
      <w:r>
        <w:t>उसके बाद बाहर के आदमी सुधार.</w:t>
      </w:r>
    </w:p>
    <w:p>
      <w:r>
        <w:rPr>
          <w:b/>
        </w:rPr>
        <w:t xml:space="preserve">[36:04] </w:t>
      </w:r>
      <w:r>
        <w:t>yahi meri learning hai sabina. shukriya.</w:t>
      </w:r>
    </w:p>
    <w:p>
      <w:pPr>
        <w:jc w:val="right"/>
      </w:pPr>
      <w:r>
        <w:t>यही मेरी learning है सबीना. शुक्रिया.</w:t>
      </w:r>
    </w:p>
    <w:p>
      <w:r>
        <w:rPr>
          <w:b/>
        </w:rPr>
        <w:t xml:space="preserve">[36:10] </w:t>
      </w:r>
      <w:r>
        <w:t>jisab karna shappna parvez aapne bahut precise karke bahut achhe achhe points aapne bataye.</w:t>
      </w:r>
    </w:p>
    <w:p>
      <w:pPr>
        <w:jc w:val="right"/>
      </w:pPr>
      <w:r>
        <w:t>जिसाब करना शप्ना परवेज़ आपने बहुत precise करके बहुत अच्छे अच्छे points आपने बताए.</w:t>
      </w:r>
    </w:p>
    <w:p>
      <w:r>
        <w:rPr>
          <w:b/>
        </w:rPr>
        <w:t xml:space="preserve">[36:15] </w:t>
      </w:r>
      <w:r>
        <w:t>This is quite a good learning aur main aur individuals ko invite karti hoon.</w:t>
      </w:r>
    </w:p>
    <w:p>
      <w:pPr>
        <w:jc w:val="right"/>
      </w:pPr>
      <w:r>
        <w:t>This is quite a good learning और मैं और individuals को invite करती हूं.</w:t>
      </w:r>
    </w:p>
    <w:p>
      <w:r>
        <w:rPr>
          <w:b/>
        </w:rPr>
        <w:t xml:space="preserve">[36:21] </w:t>
      </w:r>
      <w:r>
        <w:t>hamare paas bees minute time hai aur.</w:t>
      </w:r>
    </w:p>
    <w:p>
      <w:pPr>
        <w:jc w:val="right"/>
      </w:pPr>
      <w:r>
        <w:t>हमारे पास बीस minute time है और.</w:t>
      </w:r>
    </w:p>
    <w:p>
      <w:r>
        <w:rPr>
          <w:b/>
        </w:rPr>
        <w:t xml:space="preserve">[36:27] </w:t>
      </w:r>
      <w:r>
        <w:t>sana aap kuch kehna chahenge is article ke bare mein? apni learning ko share karengi? aliku. aliku saina ji. main bas is baat sabko matlab martial arts sab clearly ho gaya hai and kafi jo hai aap sab ne bahut achha ismein bataya.</w:t>
      </w:r>
    </w:p>
    <w:p>
      <w:pPr>
        <w:jc w:val="right"/>
      </w:pPr>
      <w:r>
        <w:t>सना आप कुछ कहना चाहेंगे इस article के बारे में? अपनी learning को share करेंगी? अलीकू. अलीकू सैना जी. मैं बस इस बात सबको मतलब martial arts सब clearly हो गया है and काफी जो है आप सब ने बहुत अच्छा इसमें बताया.</w:t>
      </w:r>
    </w:p>
    <w:p>
      <w:r>
        <w:rPr>
          <w:b/>
        </w:rPr>
        <w:t xml:space="preserve">[36:49] </w:t>
      </w:r>
      <w:r>
        <w:t>main ismein sirf ek baat yeh samajh pa rahi thi ki kisi ko gaadh aana ya kisi form</w:t>
      </w:r>
    </w:p>
    <w:p>
      <w:pPr>
        <w:jc w:val="right"/>
      </w:pPr>
      <w:r>
        <w:t>मैं इसमें सिर्फ एक बात यह समझ पा रही थी कि किसी को गाढ़ आना या किसी form</w:t>
      </w:r>
    </w:p>
    <w:p>
      <w:r>
        <w:rPr>
          <w:b/>
        </w:rPr>
        <w:t xml:space="preserve">[36:56] </w:t>
      </w:r>
      <w:r>
        <w:t>mein bigaadh aana yeh kya yeh cheez kaise ho jati hai?</w:t>
      </w:r>
    </w:p>
    <w:p>
      <w:pPr>
        <w:jc w:val="right"/>
      </w:pPr>
      <w:r>
        <w:t>में बिगाढ़ आना यह क्या यह चीज़ कैसे हो जाती है?</w:t>
      </w:r>
    </w:p>
    <w:p>
      <w:r>
        <w:rPr>
          <w:b/>
        </w:rPr>
        <w:t xml:space="preserve">[37:04] </w:t>
      </w:r>
      <w:r>
        <w:t>jaise ki hum padhte hain ki fala kaum mein turan mein hai ki fala kaum mein bigaad aa gaya.</w:t>
      </w:r>
    </w:p>
    <w:p>
      <w:pPr>
        <w:jc w:val="right"/>
      </w:pPr>
      <w:r>
        <w:t>जैसे कि हम पढ़ते हैं कि फला कौम में तुरान में है कि फला कौम में बिगाड़ आ गया.</w:t>
      </w:r>
    </w:p>
    <w:p>
      <w:r>
        <w:rPr>
          <w:b/>
        </w:rPr>
        <w:t xml:space="preserve">[37:12] </w:t>
      </w:r>
      <w:r>
        <w:t>to kahin na kahin hum yeh dekhte hain ki jo ismein ek point likha hua hai jo justice</w:t>
      </w:r>
    </w:p>
    <w:p>
      <w:pPr>
        <w:jc w:val="right"/>
      </w:pPr>
      <w:r>
        <w:t>तो कहीं ना कहीं हम यह देखते हैं कि जो इसमें एक point लिखा हुआ है जो justice</w:t>
      </w:r>
    </w:p>
    <w:p>
      <w:r>
        <w:rPr>
          <w:b/>
        </w:rPr>
        <w:t xml:space="preserve">[37:20] </w:t>
      </w:r>
      <w:r>
        <w:t>court ki gayi hai ki nafs ki jab insan apni nafs par control nahi kar pata hai,</w:t>
      </w:r>
    </w:p>
    <w:p>
      <w:pPr>
        <w:jc w:val="right"/>
      </w:pPr>
      <w:r>
        <w:t>court की गई है कि नफ्स कि जब इंसान अपनी नफ्स पर control नहीं कर पाता है,</w:t>
      </w:r>
    </w:p>
    <w:p>
      <w:r>
        <w:rPr>
          <w:b/>
        </w:rPr>
        <w:t xml:space="preserve">[37:28] </w:t>
      </w:r>
      <w:r>
        <w:t>insan ka dil hai ya insan ka dimag ya ya ek insan, shayad desires yahan iska matlab nahi hai. achha. amit aap baat bataengi. nahi, conscience nahi hai iska matlab, wahan par jo hai nafs par, nafs par control nahi matlab nafs ka sudhar yani ki ek individual ka sudhar soch ka. achha insan ke soch par, insan ke tel par. aisa.</w:t>
      </w:r>
    </w:p>
    <w:p>
      <w:pPr>
        <w:jc w:val="right"/>
      </w:pPr>
      <w:r>
        <w:t>इंसान का दिल है या इंसान का दिमाग या या एक इंसान, शायद desires यहां इसका मतलब नहीं है. अच्छा. अमित आप बात बताएंगी. नहीं, conscience नहीं है इसका मतलब, वहां पर जो है नफ्स पर, नफ्स पर control नहीं मतलब नफ्स का सुधार यानी कि एक individual का सुधार सोच का. अच्छा इंसान के सोच पर, इंसान के तेल पर. ऐसा.</w:t>
      </w:r>
    </w:p>
    <w:p>
      <w:r>
        <w:rPr>
          <w:b/>
        </w:rPr>
        <w:t xml:space="preserve">[37:51] </w:t>
      </w:r>
      <w:r>
        <w:t>haan to phir main yahi ismein samajh pa rahi hoon ki insan jo hai apni soch ko aur apne point ko bahut kehne ka matlab bahut clear rakhi. main iske andar ek bahut hi chhota sa example doongi. mera ek khud ka bhi iske andar ek experience raha hai.</w:t>
      </w:r>
    </w:p>
    <w:p>
      <w:pPr>
        <w:jc w:val="right"/>
      </w:pPr>
      <w:r>
        <w:t>हां तो फिर मैं यही इसमें समझ पा रही हूं कि इंसान जो है अपनी सोच को और अपने point को बहुत कहने का मतलब बहुत clear रखी. मैं इसके अंदर एक बहुत ही छोटा सा example दूंगी. मेरा एक ख़ुद का भी इसके अंदर एक experience रहा है.</w:t>
      </w:r>
    </w:p>
    <w:p>
      <w:r>
        <w:rPr>
          <w:b/>
        </w:rPr>
        <w:t xml:space="preserve">[38:07] </w:t>
      </w:r>
      <w:r>
        <w:t>jis jagah se main hoon, jahan par main rehti hoon call matlab UP se jahan par to aaj</w:t>
      </w:r>
    </w:p>
    <w:p>
      <w:pPr>
        <w:jc w:val="right"/>
      </w:pPr>
      <w:r>
        <w:t>जिस जगह से मैं हूं, जहां पर मैं रहती हूं call मतलब UP से जहां पर तो आज</w:t>
      </w:r>
    </w:p>
    <w:p>
      <w:r>
        <w:rPr>
          <w:b/>
        </w:rPr>
        <w:t xml:space="preserve">[39:03] </w:t>
      </w:r>
      <w:r>
        <w:t>jaise yahan par concept hai reengineering ka to yeh ek bahut meri chhota sa wahan par ek ek change hua.</w:t>
      </w:r>
    </w:p>
    <w:p>
      <w:pPr>
        <w:jc w:val="right"/>
      </w:pPr>
      <w:r>
        <w:t>जैसे यहां पर concept है reengineering का तो यह एक बहुत मेरी छोटा सा वहां पर एक एक change हुआ.</w:t>
      </w:r>
    </w:p>
    <w:p>
      <w:r>
        <w:rPr>
          <w:b/>
        </w:rPr>
        <w:t xml:space="preserve">[39:59] </w:t>
      </w:r>
      <w:r>
        <w:t>jab wah mere andar ek change aaya to jab main usse jab main us jagah se hati hatkar</w:t>
      </w:r>
    </w:p>
    <w:p>
      <w:pPr>
        <w:jc w:val="right"/>
      </w:pPr>
      <w:r>
        <w:t>जब वह मेरे अंदर एक change आया तो जब मैं उससे जब मैं उस जगह से हटी हटकर</w:t>
      </w:r>
    </w:p>
    <w:p>
      <w:r>
        <w:rPr>
          <w:b/>
        </w:rPr>
        <w:t xml:space="preserve">[40:25] </w:t>
      </w:r>
      <w:r>
        <w:t>maine ek apna ek alag duniya banaya</w:t>
      </w:r>
    </w:p>
    <w:p>
      <w:pPr>
        <w:jc w:val="right"/>
      </w:pPr>
      <w:r>
        <w:t>मैंने एक अपना एक अलग दुनिया बनाया</w:t>
      </w:r>
    </w:p>
    <w:p>
      <w:r>
        <w:rPr>
          <w:b/>
        </w:rPr>
        <w:t xml:space="preserve">[40:52] </w:t>
      </w:r>
      <w:r>
        <w:t>apne aap. zyada karna bahut achha. achha. to yeh mera ek thoda sa experience wahan par raha. even iski wajah se kafi cheezein hui bhi face bhi karna pada.</w:t>
      </w:r>
    </w:p>
    <w:p>
      <w:pPr>
        <w:jc w:val="right"/>
      </w:pPr>
      <w:r>
        <w:t>अपने आप. ज़्यादा करना बहुत अच्छा. अच्छा. तो यह मेरा एक थोड़ा सा experience वहां पर रहा. Even इसकी वजह से काफ़ी चीज़ें हुई भी face भी करना पड़ा.</w:t>
      </w:r>
    </w:p>
    <w:p>
      <w:r>
        <w:rPr>
          <w:b/>
        </w:rPr>
        <w:t xml:space="preserve">[41:02] </w:t>
      </w:r>
      <w:r>
        <w:t>logon ne kaafi tarike se negative bhi sound kiya lekin ek long time ek paanch se chhah saal</w:t>
      </w:r>
    </w:p>
    <w:p>
      <w:pPr>
        <w:jc w:val="right"/>
      </w:pPr>
      <w:r>
        <w:t>लोगों ने काफ़ी तरीके से negative भी sound किया लेकिन एक long time एक पांच से छह साल</w:t>
      </w:r>
    </w:p>
    <w:p>
      <w:r>
        <w:rPr>
          <w:b/>
        </w:rPr>
        <w:t xml:space="preserve">[41:34] </w:t>
      </w:r>
      <w:r>
        <w:t>ke baad kamyabi hoti hain.</w:t>
      </w:r>
    </w:p>
    <w:p>
      <w:pPr>
        <w:jc w:val="right"/>
      </w:pPr>
      <w:r>
        <w:t>के बाद कामयाबी होती हैं.</w:t>
      </w:r>
    </w:p>
    <w:p>
      <w:r>
        <w:rPr>
          <w:b/>
        </w:rPr>
        <w:t xml:space="preserve">[42:06] </w:t>
      </w:r>
      <w:r>
        <w:t>to yeh mera ek experience bhi tha zabardast. jaisa. dekhiye aapne beach beach par focus kiya. aapne apne beach ko itna mazboot kiya ki aapke phool, taraf, phal jo hai door door tak pahunch gaye. yeh mujhe jo beach wali cheez hai na woh yeh har humsabki baaton mein woh biji aa raha hai yani ki usko hamein mazboot karna hai. definitely.</w:t>
      </w:r>
    </w:p>
    <w:p>
      <w:pPr>
        <w:jc w:val="right"/>
      </w:pPr>
      <w:r>
        <w:t>तो यह मेरा एक experience भी था ज़बरदस्त. जैसा. देखिए आपने beach beach पर focus किया. आपने अपने beach को इतना मज़बूत किया कि आपके फ़ूल, तरफ़, फ़ल जो है दूर दूर तक पहुंच गए. यह मुझे जो beach वाली चीज़ है ना वह यह हर हम सबकी बातों में वह बीजी आ रहा है यानी कि उसको हमें मज़बूत करना है. Definitely.</w:t>
      </w:r>
    </w:p>
    <w:p>
      <w:r>
        <w:rPr>
          <w:b/>
        </w:rPr>
        <w:t xml:space="preserve">[42:29] </w:t>
      </w:r>
      <w:r>
        <w:t>yahan main ek baat kehna chah rahi thi ki motherson ke liye maulana ka kuch literature specially banaya hai. ek chhota hai aur ek zyada zyada kitabein hain. to agar aap us motherse ka UP mein to bahut jagah raha hai madarson mein to agar uska naam aap CPS ko bhej dein to woh log wahan par kitabein bhej denge.</w:t>
      </w:r>
    </w:p>
    <w:p>
      <w:pPr>
        <w:jc w:val="right"/>
      </w:pPr>
      <w:r>
        <w:t>यहां मैं एक बात कहना चाह रही थी कि mothersओं के लिए मौलाना का कुछ literature specially बनाया है. एक छोटा है और एक ज़्यादा ज़्यादा किताबें हैं. तो अगर आप उस mothersे का UP में तो बहुत जगह रहा है मदर्शों में तो अगर उसका नाम आप CPS को भेज दें तो वह लोग वहां पर किताबें भेज देंगे.</w:t>
      </w:r>
    </w:p>
    <w:p>
      <w:r>
        <w:rPr>
          <w:b/>
        </w:rPr>
        <w:t xml:space="preserve">[42:59] </w:t>
      </w:r>
      <w:r>
        <w:t>yeh yeh karein aap jaza ji jaza kalya sana to ab jo is article mein beach ke upar jo focus hai yahan par main samajhti hoon jitne bhi individuals is team mein ya jo aaj ke session mein jude hue hain jo hum unko physically dekh pa rahe hain aur interact kar rahe hain hum sab bejh hain aur hum sab us bag ko banane ke liye mehnat kar rahe hain.</w:t>
      </w:r>
    </w:p>
    <w:p>
      <w:pPr>
        <w:jc w:val="right"/>
      </w:pPr>
      <w:r>
        <w:t>यह यह करें आप जज़ा जी जज़ा कल्या सना तो अब जो इस article में beach के ऊपर जो focus है यहां पर मैं समझती हूं जितने भी individuals इस team में या जो आज के session में जुड़े हुए हैं जो हम उनको physically देख पा रहे हैं और interact कर रहे हैं हम सब बेझ हैं और हम सब उस बाग को बनाने के लिए मेहनत कर रहे हैं.</w:t>
      </w:r>
    </w:p>
    <w:p>
      <w:r>
        <w:rPr>
          <w:b/>
        </w:rPr>
        <w:t xml:space="preserve">[43:28] </w:t>
      </w:r>
      <w:r>
        <w:t>to isse bada example aur is article ko aur specify karne ke liye nahi ho sakta. har ek individual jo is session mein juda hua hai woh ek beej hai aur hum sab bag banane ki koshish kar rahe hain. to main raziya aap kuch kehna chahenge apni learning ke bare mein? yes, asslam alikhun. walikhun. haan, aap bilkul sahi keh rahi hain.</w:t>
      </w:r>
    </w:p>
    <w:p>
      <w:pPr>
        <w:jc w:val="right"/>
      </w:pPr>
      <w:r>
        <w:t>तो इससे बड़ा example और इस article को और specify करने के लिए नहीं हो सकता. हर एक individual जो इस session में जुड़ा हुआ है वह एक बीज है और हम सब बाग बनाने की कोशिश कर रहे हैं. तो मैं राजिया आप कुछ कहना चाहेंगे अपनी learning के बारे में? Yes, अस्लाम अलिखून. वालिखून. हां, आप बिल्कुल सही कह रही हैं.</w:t>
      </w:r>
    </w:p>
    <w:p>
      <w:r>
        <w:rPr>
          <w:b/>
        </w:rPr>
        <w:t xml:space="preserve">[43:51] </w:t>
      </w:r>
      <w:r>
        <w:t>yeh maulana sahab jis tarike se hum sabko joda hai khud se aur jaise hum agar individually jaise hum dekhte hain ki jab suraj nikalta hai to raushni jab phelati hai, sabse pehle suraj nikalta hai, uske baad chidiya chahchahati hain, uske baad phir doosre kamon mein log lag jate hain. yani ki shuruaat hi roop se hoti hai. jaise ki beach ki baat hui hai.</w:t>
      </w:r>
    </w:p>
    <w:p>
      <w:pPr>
        <w:jc w:val="right"/>
      </w:pPr>
      <w:r>
        <w:t>यह मौलाना साहब जिस तरीके से हम सबको जोड़ा है खुद से और जैसे हम अगर individually जैसे हम देखते हैं कि जब सूरज निकलता है तो रौशनी जब फेलती है, सबसे पहले सूरज निकलता है, उसके बाद चिड़ियां चहचाहती हैं, उसके बाद फिर दूसरे कामों में लोग लग जाते हैं. यानी कि शुरुआत ही रूप से होती है. जैसे कि beach की बात हुई है.</w:t>
      </w:r>
    </w:p>
    <w:p>
      <w:r>
        <w:rPr>
          <w:b/>
        </w:rPr>
        <w:t xml:space="preserve">[44:18] </w:t>
      </w:r>
      <w:r>
        <w:t>hum kabhi bhi koi paudha andar lagana chahte hain, to hum yeh nahi karte ki koi leaf laga dein ya koi phool lekar laga dein to usse van jayega. uske liye zaroori hai yeh takaza hai plant ka. plant banne ke liye zaroori hai ki beej dala jaye. uske baad hi aur doosre usko nashunuma ke liye zaroori hai ki usmein pani vagera dala jayega. lekin sabse pehle zaroorat hai ki hum beej dalen.</w:t>
      </w:r>
    </w:p>
    <w:p>
      <w:pPr>
        <w:jc w:val="right"/>
      </w:pPr>
      <w:r>
        <w:t>हम कभी भी कोई पौधा अंदर लगाना चाहते हैं, तो हम यह नहीं करते कि कोई leaf लगा दें या कोई फ़ूल लेकर लगा दें तो उससे वन जाएगा. उसके लिए ज़रूरी है यह तकाज़ा है plant का. Plant बनने के लिए ज़रूरी है कि beach डाला जाए. उसके बाद ही और दूसरे उसको नशुनूमा के लिए ज़रूरी है कि उसमें पानी वगैरह डाला जाएगा. लेकिन सबसे पहले ज़रूरत है कि हम बीज डालें.</w:t>
      </w:r>
    </w:p>
    <w:p>
      <w:r>
        <w:rPr>
          <w:b/>
        </w:rPr>
        <w:t xml:space="preserve">[44:44] </w:t>
      </w:r>
      <w:r>
        <w:t>to jaise ki molana sahab ne CPS international ki foundation rakhi. ab uske liye usmein jo hum log kaam karenge to usmein bhi hum log isi tarike se uski nashuruma ke liye kaam karenge jaise ki ek beach ke liye zaroorat hoti hai.</w:t>
      </w:r>
    </w:p>
    <w:p>
      <w:pPr>
        <w:jc w:val="right"/>
      </w:pPr>
      <w:r>
        <w:t>तो जैसे कि मोलाना साहब ने CPS international की foundation रखी. अब उसके लिए उसमें जो हम लोग काम करेंगे तो उसमें भी हम लोग इसी तरीके से उसकी नशोरुमा के लिए काम करेंगे जैसे कि एक beach के लिए ज़रूरत होती है.</w:t>
      </w:r>
    </w:p>
    <w:p>
      <w:r>
        <w:rPr>
          <w:b/>
        </w:rPr>
        <w:t xml:space="preserve">[44:59] </w:t>
      </w:r>
      <w:r>
        <w:t>doosra yeh main aaj asal mein subah jo hai French revolution ka thoda sa maine dekha tha to French revolution mein ek cheez hai ki zehan saazi ki baat is literature mein bhi maulana sahab ne ki hai. is article mein maulana sahab ne jo baat ki hai aur aap sabhi log keh rahe hain ki zehan saazi.</w:t>
      </w:r>
    </w:p>
    <w:p>
      <w:pPr>
        <w:jc w:val="right"/>
      </w:pPr>
      <w:r>
        <w:t>दूसरा यह मैं आज असल में सुबह जो है French revolution का थोड़ा सा मैंने देखा था तो French revolution में एक चीज़ है कि ज़ेहन साज़ी की बात इस literature में भी मोलाना साहब ने की है. इस article में मोलाना साहब ने जो बात की है और आप सभी लोग कह रहे हैं कि ज़ेहन साज़ी.</w:t>
      </w:r>
    </w:p>
    <w:p>
      <w:r>
        <w:rPr>
          <w:b/>
        </w:rPr>
        <w:t xml:space="preserve">[45:20] </w:t>
      </w:r>
      <w:r>
        <w:t>to jo zehan saazi ki baat hai usmein bhi yeh bataya tha ki jaise jo revolution itne bade level par hua, jo French revolution tha usmein jo literature ka kaam tha matlab jaise jo writers the, Voltaire the, Rousseau the, unhone jo literature provide kiya, uske baad woh kranti itni badh gayi thi ki khud jo wahan ki public thi, usne woh revolution create kar diya.</w:t>
      </w:r>
    </w:p>
    <w:p>
      <w:pPr>
        <w:jc w:val="right"/>
      </w:pPr>
      <w:r>
        <w:t>तो जो ज़ेहन साज़ी की बात है उसमें भी यह बताया था कि जैसे जो revolution इतने बड़े level पर हुआ, जो French revolution था उसमें जो literature का काम था मतलब जैसे जो writers थे, boytayer थे, रूसों थे, उन्होंने जो literature provide किया, उसके बाद वह क्रांति इतनी बढ़ गई थी कि ख़ुद जो वहां की public थी, उसने वह revolution create कर दिया.</w:t>
      </w:r>
    </w:p>
    <w:p>
      <w:r>
        <w:rPr>
          <w:b/>
        </w:rPr>
        <w:t xml:space="preserve">[45:48] </w:t>
      </w:r>
      <w:r>
        <w:t>matlab humko zehan saazi ke liye literature logon tak pahunchana hi padega kyunki literature ke bina mujhe nahi</w:t>
      </w:r>
    </w:p>
    <w:p>
      <w:pPr>
        <w:jc w:val="right"/>
      </w:pPr>
      <w:r>
        <w:t>मतलब हमको ज़हन साज़ी के लिए literature लोगों तक पहुंचाना ही पड़ेगा क्योंकि literature के बिना मुझे नहीं</w:t>
      </w:r>
    </w:p>
    <w:p>
      <w:r>
        <w:rPr>
          <w:b/>
        </w:rPr>
        <w:t xml:space="preserve">[45:51] </w:t>
      </w:r>
      <w:r>
        <w:t>lagta ki hum logon ke paas ja jaakar unko samjha payenge.</w:t>
      </w:r>
    </w:p>
    <w:p>
      <w:pPr>
        <w:jc w:val="right"/>
      </w:pPr>
      <w:r>
        <w:t>लगता कि हम लोगों के पास जा जाकर उनको समझा पाएंगे.</w:t>
      </w:r>
    </w:p>
    <w:p>
      <w:r>
        <w:rPr>
          <w:b/>
        </w:rPr>
        <w:t xml:space="preserve">[45:55] </w:t>
      </w:r>
      <w:r>
        <w:t>ismein literature literature ka bahut ahum role hai.</w:t>
      </w:r>
    </w:p>
    <w:p>
      <w:pPr>
        <w:jc w:val="right"/>
      </w:pPr>
      <w:r>
        <w:t>इसमें literature literature का बहुत अहम् role है.</w:t>
      </w:r>
    </w:p>
    <w:p>
      <w:r>
        <w:rPr>
          <w:b/>
        </w:rPr>
        <w:t xml:space="preserve">[45:59] </w:t>
      </w:r>
      <w:r>
        <w:t>yahi main kehna chah rahi hoon.</w:t>
      </w:r>
    </w:p>
    <w:p>
      <w:pPr>
        <w:jc w:val="right"/>
      </w:pPr>
      <w:r>
        <w:t>यही मैं कहना चाह रही हूं.</w:t>
      </w:r>
    </w:p>
    <w:p>
      <w:r>
        <w:rPr>
          <w:b/>
        </w:rPr>
        <w:t xml:space="preserve">[46:03] </w:t>
      </w:r>
      <w:r>
        <w:t>maine yahi to positive cheez hai ki maine kaha CCS ke member hai.</w:t>
      </w:r>
    </w:p>
    <w:p>
      <w:pPr>
        <w:jc w:val="right"/>
      </w:pPr>
      <w:r>
        <w:t>मैंने यही तो positive चीज़ है कि मैंने कहा CCS के member है.</w:t>
      </w:r>
    </w:p>
    <w:p>
      <w:r>
        <w:rPr>
          <w:b/>
        </w:rPr>
        <w:t xml:space="preserve">[46:07] </w:t>
      </w:r>
      <w:r>
        <w:t>ji, zaka love.</w:t>
      </w:r>
    </w:p>
    <w:p>
      <w:pPr>
        <w:jc w:val="right"/>
      </w:pPr>
      <w:r>
        <w:t>जी, ज़ाका love.</w:t>
      </w:r>
    </w:p>
    <w:p>
      <w:r>
        <w:rPr>
          <w:b/>
        </w:rPr>
        <w:t xml:space="preserve">[46:11] </w:t>
      </w:r>
      <w:r>
        <w:t>maine kaha CCS ka hai.</w:t>
      </w:r>
    </w:p>
    <w:p>
      <w:pPr>
        <w:jc w:val="right"/>
      </w:pPr>
      <w:r>
        <w:t>मैंने कहा CCS का है.</w:t>
      </w:r>
    </w:p>
    <w:p>
      <w:r>
        <w:rPr>
          <w:b/>
        </w:rPr>
        <w:t xml:space="preserve">[46:15] </w:t>
      </w:r>
      <w:r>
        <w:t>maine main aur individuals ko invite karti hoon to reach your learning.</w:t>
      </w:r>
    </w:p>
    <w:p>
      <w:pPr>
        <w:jc w:val="right"/>
      </w:pPr>
      <w:r>
        <w:t>मैंने मैं और individuals को invite करती हूं to reach your learning.</w:t>
      </w:r>
    </w:p>
    <w:p>
      <w:r>
        <w:rPr>
          <w:b/>
        </w:rPr>
        <w:t xml:space="preserve">[46:19] </w:t>
      </w:r>
      <w:r>
        <w:t>jiska ten minutes ka teacher hai. par haan jo mute kar lijiye. achha sorry. sakhiya khanam aap kuch kehna chahengi?</w:t>
      </w:r>
    </w:p>
    <w:p>
      <w:pPr>
        <w:jc w:val="right"/>
      </w:pPr>
      <w:r>
        <w:t>जिसका ten minutes का teacher है. पर हां जो mute कर लीजिए. अच्छा sorry. सखिया खानम आप कुछ कहना चाहेंगी?</w:t>
      </w:r>
    </w:p>
    <w:p>
      <w:r>
        <w:rPr>
          <w:b/>
        </w:rPr>
        <w:t xml:space="preserve">[46:48] </w:t>
      </w:r>
      <w:r>
        <w:t>papa aap kis lene ke bare mein keh rahi thi ke aaj woh join karenge woh kuch kahengi? woh haan woh aa hi nahi mere khayal kuch kaam mein lag gayi. abhi aayi nahi. achha achha, ok. aaj unse baat bhi hui thi aur unhone kaha tha lekin woh shayad kisi cheez mein busy hai. shayad aisa bol sakti hain. asslam leko.</w:t>
      </w:r>
    </w:p>
    <w:p>
      <w:pPr>
        <w:jc w:val="right"/>
      </w:pPr>
      <w:r>
        <w:t>Papa आप किस लेने के बारे में कह रही थी कि आज वह join करेंगे वह कुछ कहेंगी? वह हां वह आ ही नहीं मेरे ख्याल कुछ काम में लग गई. अभी आई नहीं. अच्छा अच्छा, ok. आज उनसे बात भी हुई थी और उन्होंने कहा था लेकिन वह शायद किसी चीज़ में busy है. शायद ऐसा बोल सकती हैं. अस्लाम लेकू.</w:t>
      </w:r>
    </w:p>
    <w:p>
      <w:r>
        <w:rPr>
          <w:b/>
        </w:rPr>
        <w:t xml:space="preserve">[47:18] </w:t>
      </w:r>
      <w:r>
        <w:t>yeh jo article hai rise and fall ise meri learning hai. moyala says that we should be enjoyed the mindset of individual. it means change must be required for individuals, not for society. generally, we focus on majority of people, but in reality, it will not work anymore.</w:t>
      </w:r>
    </w:p>
    <w:p>
      <w:pPr>
        <w:jc w:val="right"/>
      </w:pPr>
      <w:r>
        <w:t>यह जो article है rise and fall इसे मेरी learning है. मोयाला says that we should be enjoyed the mindset of individual. It means change must be required for individuals, not for society. Generally, we focus on majority of people, but in reality, it will not work anymore.</w:t>
      </w:r>
    </w:p>
    <w:p>
      <w:r>
        <w:rPr>
          <w:b/>
        </w:rPr>
        <w:t xml:space="preserve">[47:45] </w:t>
      </w:r>
      <w:r>
        <w:t>instead of that, we need to target individual mindset and change start from us, and the change start within us. for example, a two khatri sau taariya banti hai.</w:t>
      </w:r>
    </w:p>
    <w:p>
      <w:pPr>
        <w:jc w:val="right"/>
      </w:pPr>
      <w:r>
        <w:t>Instead of that, we need to target individual mindset and change start from us, and the change start within us. For example, a two खतरी सौ तारिया बनती है.</w:t>
      </w:r>
    </w:p>
    <w:p>
      <w:r>
        <w:rPr>
          <w:b/>
        </w:rPr>
        <w:t xml:space="preserve">[47:59] </w:t>
      </w:r>
      <w:r>
        <w:t>so in the same way, change in individual individual brings the change in society and development of society always depends on individuals, not on the majority of people.</w:t>
      </w:r>
    </w:p>
    <w:p>
      <w:pPr>
        <w:jc w:val="right"/>
      </w:pPr>
      <w:r>
        <w:t>So in the same way, change in individual individual brings the change in society and development of society always depends on individuals, not on the majority of people.</w:t>
      </w:r>
    </w:p>
    <w:p>
      <w:r>
        <w:rPr>
          <w:b/>
        </w:rPr>
        <w:t xml:space="preserve">[48:16] </w:t>
      </w:r>
      <w:r>
        <w:t>an individual should accept the reality to make change to make a change in himself or himself and gandhi ji ka expert hai we will change you want to see in the world. isse humko pata chalti hai ke individually hum apne aap ko change karne se hum society ko kar sakte hain. yahi main learn nahi sakta tha.</w:t>
      </w:r>
    </w:p>
    <w:p>
      <w:pPr>
        <w:jc w:val="right"/>
      </w:pPr>
      <w:r>
        <w:t>An individual should accept the reality to make change to make a change in himself or himself and गांधी जी का expert है we will change you want to see in the world. इससे हमको पता चलती है कि individually हम अपने आप को change करने से हम society को कर सकते हैं. यही मैं learn नहीं सकता था.</w:t>
      </w:r>
    </w:p>
    <w:p>
      <w:r>
        <w:rPr>
          <w:b/>
        </w:rPr>
        <w:t xml:space="preserve">[48:46] </w:t>
      </w:r>
      <w:r>
        <w:t>ji ja kalla ayesha aur hamare beach aur koi ladies hain please apni learning share karein. kuch questions ho to poochein. agar kuch questions hain kisi ke paas. question iske liye aata.</w:t>
      </w:r>
    </w:p>
    <w:p>
      <w:pPr>
        <w:jc w:val="right"/>
      </w:pPr>
      <w:r>
        <w:t>जी जा कल्ला आयशा और हमारे beach और कोई ladies हैं please अपनी learning share करें. कुछ questions हो तो पूछें. अगर कुछ questions हैं किसी के पास. Question इसके लिए आता.</w:t>
      </w:r>
    </w:p>
    <w:p>
      <w:r>
        <w:rPr>
          <w:b/>
        </w:rPr>
        <w:t xml:space="preserve">[49:04] </w:t>
      </w:r>
      <w:r>
        <w:t>achha main yeh puch rahi thi tatarion ke jo hum misaal dete hain us un mein qawateen jo revolution layi thi un mein se kisi koi mashhoor qawateen naam ya koi khawateen mein koi group ka ya koi aisa tareekh mein jaise bohat saare naam hai na aadmiyon ke. to especially for the tareekh jab hum misaal dete to us daur ki koi aurat mashhoor hai?</w:t>
      </w:r>
    </w:p>
    <w:p>
      <w:pPr>
        <w:jc w:val="right"/>
      </w:pPr>
      <w:r>
        <w:t>अच्छा मैं यह पुछ रही थी तातारियों के जो हम मिसाल देते हैं उस उनमें कवातीन जो revolution लाई थी उनमें से किसी कोई मशहूर कवातीन नाम या कोई खवातीन में कोई group का या कोई ऐसा तारीख में जैसे बहुत सारे नाम है ना आदमियों के. तो especially for the तारीख जब हम मिसाल देते तो उस दौर की कोई औरत मशहूर है?</w:t>
      </w:r>
    </w:p>
    <w:p>
      <w:r>
        <w:rPr>
          <w:b/>
        </w:rPr>
        <w:t xml:space="preserve">[49:31] </w:t>
      </w:r>
      <w:r>
        <w:t>mere khayal se kisi lady ka is tarah ka koi naam mashhoor nahi hai history mein. molana sahib ne bataya ke jab tatarion ne qabza kiya to jo historians ne note kiya hai woh yeh ke jo auratein thi unhe unko mardon ko to slaves banakar unhone kath khanoun mein daal diya aur auraton ko apne ghar mein woh ghar ullu kaam karane ke liye le gaye baniyan banakar aise jaise pehle zamane mein hota tha.</w:t>
      </w:r>
    </w:p>
    <w:p>
      <w:pPr>
        <w:jc w:val="right"/>
      </w:pPr>
      <w:r>
        <w:t>मेरे ख्याल से किसी lady का इस तरह का कोई नाम मशहूर नहीं है history में. मोल्लाना साहब ने बताया कि जब तातारियों ने पब्ज़ा किया तो जो historians ने note किया है वह यह कि जो औरतें थी उन्हें उनको मर्दों को तो slaves बनाकर उन्होंने कैथ खानों में डाल दिया और औरतों को अपने घर में वह घर उल्लू काम कराने के लिए ले गए बानियां बनाकर ऐसे जैसे पहले ज़माने में होता था.</w:t>
      </w:r>
    </w:p>
    <w:p>
      <w:r>
        <w:rPr>
          <w:b/>
        </w:rPr>
        <w:t xml:space="preserve">[49:56] </w:t>
      </w:r>
      <w:r>
        <w:t>to wahan par woh auratein jab apna apna schedule ke hisab se woh namaz padhti thi aur ibadat karti thi aur unke jo behavior the, akhlaat the, usko dekhkar log mutasir hue. usko dekhkar unke andar ek islam ke liye woh aayi ke what is islam aur yeh aisa kya hai jo yeh log itne achhe se behave karte hain?</w:t>
      </w:r>
    </w:p>
    <w:p>
      <w:pPr>
        <w:jc w:val="right"/>
      </w:pPr>
      <w:r>
        <w:t>तो वहां पर वह औरतें जब अपना अपना schedule के हिसाब से वह नमाज़ पढ़ती थी और इबादत करती थी और उनके जो behavior थे, अखिलात थे, उसको देखकर लोग मुतासिर हुए. उसको देखकर उनके अंदर एक इस्लाम के लिए वह आई कि what is इस्लाम और यह ऐसा क्या है जो यह लोग इतने अच्छे से behave करते हैं?</w:t>
      </w:r>
    </w:p>
    <w:p>
      <w:r>
        <w:rPr>
          <w:b/>
        </w:rPr>
        <w:t xml:space="preserve">[50:19] </w:t>
      </w:r>
      <w:r>
        <w:t>inki inke saare values itne achhe hain aur sirf us unke passive action ki wajah se woh ek curiosity ki wajah se islam phail gaya. uske beach mein kuch mardon ka bhi bohat zikr aata hai ke un unse kuch log impress hue unki qissa hain, ek do qisse hain ke jisme ek prince the tatari ke unhone kisi aadmi se koi baat kahi thi usse woh bohat mutasir ho gaye the. to woh prince bhi apne aap mein islam ki taraf attracted ho gaye.</w:t>
      </w:r>
    </w:p>
    <w:p>
      <w:pPr>
        <w:jc w:val="right"/>
      </w:pPr>
      <w:r>
        <w:t>इनकी इनके सारे values इतने अच्छे हैं और सिर्फ उस उनके passive action की वजह से वह एक curiosity की वजह से इस्लाम फ़ैल गया. उसके beach में कुछ मर्दों का भी बहुत ज़िक्र आता है कि उन उनसे कुछ लोग impress हुए उनकी किस्सा हैं, एक दो किस्से हैं कि जिसमें एक prince थे तातारी के उन्होंने किसी आदमी से कोई बात कही थी उससे वह बहुत मुतासिर हो गए थे. तो वह prince भी अपने आप में इस्लाम की तरफ attracted हो गए.</w:t>
      </w:r>
    </w:p>
    <w:p>
      <w:r>
        <w:rPr>
          <w:b/>
        </w:rPr>
        <w:t xml:space="preserve">[50:48] </w:t>
      </w:r>
      <w:r>
        <w:t>to yaani ke overall jo ek ek kya kehna chahiye hawa chal rahi thi woh dheere dheere gradually in logon ke dilon ko naram karne ki chal rahi thi har taraf se aur usmein auraton ka bohat major role tha aur reference mein mere khayal se main bata nahi paungi lekin mulana sahib ek spread of islam karke ek kitab batate the thomas arnold ki. main ek baar khud se use padh lungi to bata paungi ke ab mere paas rakhi hai but maine poori nahi padhi abhi tak.</w:t>
      </w:r>
    </w:p>
    <w:p>
      <w:pPr>
        <w:jc w:val="right"/>
      </w:pPr>
      <w:r>
        <w:t>तो यानी कि overall जो एक एक क्या कहना चाहिए हवा चल रही थी वह धीरे धीरे gradually इन लोगों के दिलों को नरम करने की चल रही थी हर तरफ से और उसमें औरतों का बहुत major role था और reference में मेरे ख्याल से मैं बता नहीं पाऊंगी लेकिन मुलाना साहब एक spread of Islam करके एक किताब बताते थे Thomas Arnold की. मैं एक बार खुद से उसे पढ़ लूंगी तो बता पाऊंगी कि अब मेरे पास रखी है but मैंने पूरी नहीं पढ़ी अभी तक.</w:t>
      </w:r>
    </w:p>
    <w:p>
      <w:r>
        <w:rPr>
          <w:b/>
        </w:rPr>
        <w:t xml:space="preserve">[51:18] </w:t>
      </w:r>
      <w:r>
        <w:t>usmein iska mention tha. behavior ki baat jo hai spread of islam. spread of. spread of. spread. behavior ki baat mujhe bohat sahi lagti hai doctor safina vita tatarion ki jo jo baat hai to sirf mujhe sabse zyada jo lagta hai ke unka behavior bohat achha tha. to matlab behavior aaj ke mahaul mein agar dekhein to behavior kisi ka behavior bohat achha hota hai. to insaan usse attack hota hai.</w:t>
      </w:r>
    </w:p>
    <w:p>
      <w:pPr>
        <w:jc w:val="right"/>
      </w:pPr>
      <w:r>
        <w:t>उसमें इसका mention था. Behavior की बात जो है Spread of इस्लाम. Spread of. Spread of. Spread. Behavior की बात मुझे बहुत सही लगती है Doctor सफ़ीना वितातारियों की जो जो बात है तो सिर्फ मुझे सबसे ज़्यादा जो लगता है कि उनका behavior बहुत अच्छा था. तो मतलब behavior आज के माहौल में अगर देखें तो behavior किसी का behavior बहुत अच्छा होता है. तो इंसान उससे attack होता है.</w:t>
      </w:r>
    </w:p>
    <w:p>
      <w:r>
        <w:rPr>
          <w:b/>
        </w:rPr>
        <w:t xml:space="preserve">[51:47] </w:t>
      </w:r>
      <w:r>
        <w:t>jaise ke allah taala ne hum logon ko yeh baat samano ko yeh bataya hai ke yeh jo hai neki karo, ek neki jo hai ek burai khatam karti hai. to insaan agar ek achhi baat bhi kisi ke liye bolta hai, achha kaam bhi kisi ke liye karta hai to woh connection hota hai doosre se.</w:t>
      </w:r>
    </w:p>
    <w:p>
      <w:pPr>
        <w:jc w:val="right"/>
      </w:pPr>
      <w:r>
        <w:t>जैसे कि अल्लाह ताला ने हम लोगों को यह बात सम्मानों को यह बताया है कि यह जो है नेकी करो, एक नेकी जो है एक बुराई खत्म करती है. तो इंसान अगर एक अच्छी बात भी किसी के लिए बोलता है, अच्छा काम भी किसी के लिए करता है तो वह connection होता है दूसरे से.</w:t>
      </w:r>
    </w:p>
    <w:p>
      <w:r>
        <w:rPr>
          <w:b/>
        </w:rPr>
        <w:t xml:space="preserve">[52:09] </w:t>
      </w:r>
      <w:r>
        <w:t>to doosre ke liye kuch karna, kuch uske liye uski uski fikr karna, uske liye matlab well worship hona uska yeh bohat badi baat hoti hai is kainat mein. lekin aaj ke daur mein lekin iska matlab sirf yeh hai ke allah ke liye karna. khuda ke liye karna. lekin aaj ke daur mein bohat se upari behavior wale to bohat milte hain. use jo social work karte hain aur dikhawe ke liye bhi karte hain.</w:t>
      </w:r>
    </w:p>
    <w:p>
      <w:pPr>
        <w:jc w:val="right"/>
      </w:pPr>
      <w:r>
        <w:t>तो दूसरे के लिए कुछ करना, कुछ उसके लिए उसकी उसकी फ़िक्र करना, उसके लिए मतलब well worship होना उसका यह बहुत बड़ी बात होती है इस कैनात में. लेकिन आज के दौर में लेकिन इसका मतलब सिर्फ यह है कि अल्लाह के लिए करना. खुदा के लिए करना. लेकिन आज के दौर में बहुत से ऊपरी behavior वाले तो बहुत मिलते हैं. उसे जो social work करते हैं और दिखावे के लिए भी करते हैं.</w:t>
      </w:r>
    </w:p>
    <w:p>
      <w:r>
        <w:rPr>
          <w:b/>
        </w:rPr>
        <w:t xml:space="preserve">[52:36] </w:t>
      </w:r>
      <w:r>
        <w:t>lekin khuda ke liye jo behavior hota hai, khuda wala behavior woh bohat hi alag hota hai. insaan agar doosri taraf se galat bhi aa raha hai to usko bhi bardasht karta hai, uske saath achha hi karta rehta hai.</w:t>
      </w:r>
    </w:p>
    <w:p>
      <w:pPr>
        <w:jc w:val="right"/>
      </w:pPr>
      <w:r>
        <w:t>लेकिन खुदा के लिए जो behavior होता है, खुदा वाला behavior वह बहुत ही अलग होता है. इंसान अगर दूसरी तरफ से गलत भी आ रहा है तो उसको भी बर्दाश्त करता है, उसके साथ अच्छा ही करता रहता है.</w:t>
      </w:r>
    </w:p>
    <w:p>
      <w:r>
        <w:rPr>
          <w:b/>
        </w:rPr>
        <w:t xml:space="preserve">[53:04] </w:t>
      </w:r>
      <w:r>
        <w:t>aur mera khali yeh bohat badi cheez hai jo mujhe tatarion wala jo maine padha tha doosron mujhe yeh cheez bohat matlab fine. yeh yeh cheez na dushman ko bhi jeet lene ke liye hoti hai. aur aur us waqt ka mahaul hum soch sakte hain na ke tatarion ne qabza kar rakha hai, unhe slaves banaya hua hai. to kitni nafrat andar se logon ke andar aa jaati hai. uske bawajood negative situation mein woh itni positive ladies thi to badi baat hai bohat badi.</w:t>
      </w:r>
    </w:p>
    <w:p>
      <w:pPr>
        <w:jc w:val="right"/>
      </w:pPr>
      <w:r>
        <w:t>और मेरा खाली यह बहुत बड़ी चीज़ है जो मुझे तातारियों वाला जो मैंने पढ़ा था दूसरों मुझे यह चीज़ बहुत मतलब fine. यह यह चीज़ ना दुश्मन को भी जीत लेने के लिए होती है. और और उस वक्त का माहौल हम सोच सकते हैं ना कि तातारियों ने क़ब्ज़ा कर रखा है, उन्हें slaves बनाया हुआ है. तो कितनी नफरत अंदर से लोगों के अंदर आ जाती है. उसके बावजूद negative situation में वह इतनी positive ladies थी तो बड़ी बात है बहुत बड़ी.</w:t>
      </w:r>
    </w:p>
    <w:p>
      <w:r>
        <w:rPr>
          <w:b/>
        </w:rPr>
        <w:t xml:space="preserve">[53:31] </w:t>
      </w:r>
      <w:r>
        <w:t>bohat badi itna iman unka itna mazboot tha. puda ke liye unhone aisa kaam kiya. bohat badi cheez hai, bohat badi misaal hai. yahi yahi ek history se learn lesson learn karna hai. yeh molana kehte hain history se humein karna hai. ji. to yeh bohat badi baat hai aur bilkul theek aap logon ne bataya molana ke ek talk bhi hai is par aur unka likha hua bhi isi tarah se. haan haan.</w:t>
      </w:r>
    </w:p>
    <w:p>
      <w:pPr>
        <w:jc w:val="right"/>
      </w:pPr>
      <w:r>
        <w:t>बहुत बड़ी इतना ईमान उनका इतना मज़बूत था. पुदा के लिए उन्होंने ऐसा काम किया. बहुत बड़ी चीज़ है, बहुत बड़ी मिसाल है. यही यही एक history से learn lesson learn करना है. यह मोलाना कहते हैं history से हमें करना है. जी. तो यह बहुत बड़ी बात है और बिल्कुल ठीक आप लोगों ने बताया मोलाना कि एक talk भी है इस पर और उनका लिखा हुआ भी इसी तरह से. हां हां.</w:t>
      </w:r>
    </w:p>
    <w:p>
      <w:r>
        <w:rPr>
          <w:b/>
        </w:rPr>
        <w:t xml:space="preserve">[54:01] </w:t>
      </w:r>
      <w:r>
        <w:t>bohat bohat sahi hai. to mujhe lagta hai sabse achhi khushi hoti hai ke usmein ladies hain na to ek achha apne andar motivation aata hai na ke ladies can do matlab ekdam se poora palat deti hain ladies agar chahein to. hum log apne poore itna kam bada kitna bada role hai ladies ka aur aaj jo hai ladies hi matlab poora mahaul kharab kiye hue hain.</w:t>
      </w:r>
    </w:p>
    <w:p>
      <w:pPr>
        <w:jc w:val="right"/>
      </w:pPr>
      <w:r>
        <w:t>बहुत बहुत सही है. तो मुझे लगता है सबसे अच्छी खुशी होती है कि उसमें ladies हैं ना तो एक अच्छा अपने अंदर motivation आता है ना कि ladies can do मतलब एकदम से पूरा पलट देती हैं ladies अगर चाहें तो. हम लोग अपने पूरे इतना कम बड़ा कितना बड़ा role है ladies का और आज जो है ladies ही मतलब पूरा माहौल खराब किए हुए हैं.</w:t>
      </w:r>
    </w:p>
    <w:p>
      <w:r>
        <w:rPr>
          <w:b/>
        </w:rPr>
        <w:t xml:space="preserve">[54:24] </w:t>
      </w:r>
      <w:r>
        <w:t>ek galat ek galat aurat agar ek ghar mein aa jaati hai to phir bhi ganda ho jata hai. poora mahaul yeh kharab ho jata hai aur ek achhi bahut sari galat mein agar ek achhi aurat hoti hai to poora mahaul sahi hota hai.</w:t>
      </w:r>
    </w:p>
    <w:p>
      <w:pPr>
        <w:jc w:val="right"/>
      </w:pPr>
      <w:r>
        <w:t>एक गलत एक गलत औरत अगर एक घर में आ जाती है तो फिर भी गंदा हो जाता है. पूरा माहौल यह खराब हो जाता है और एक अच्छी बहुत सारी गलत में अगर एक अच्छी औरत होती है तो पूरा माहौल सही होता है.</w:t>
      </w:r>
    </w:p>
    <w:p>
      <w:r>
        <w:rPr>
          <w:b/>
        </w:rPr>
        <w:t xml:space="preserve">[54:40] </w:t>
      </w:r>
      <w:r>
        <w:t>is baar ki mere se sarviyat bohat badi cheez hoti hai aur yahi beach ki baat hai yahan par ke ek agar insaan ghar mein paida jo beach banta hai wahi beej har ghar mein jaata hai to us beach ka agar achhe se sehat man beej hai agar woh to woh kitna doosron tak phailaga, phulega, kuch bolega.</w:t>
      </w:r>
    </w:p>
    <w:p>
      <w:pPr>
        <w:jc w:val="right"/>
      </w:pPr>
      <w:r>
        <w:t>इस बार की मेरे से सर्वियत बहुत बड़ी चीज़ होती है और यही beach की बात है यहां पर कि एक अगर इंसान घर में पैदा जो beach बनता है वही बीज हर घर में जाता है तो उस beach का अगर अच्छे से सहत मन बीज है अगर वह तो वह कितना दूसरों तक फैलेगा, फूलेगा, कुछ बोलेगा.</w:t>
      </w:r>
    </w:p>
    <w:p>
      <w:r>
        <w:rPr>
          <w:b/>
        </w:rPr>
        <w:t xml:space="preserve">[55:06] </w:t>
      </w:r>
      <w:r>
        <w:t>ji jaisa kalyana jaise ke molana ek hamesha apne top mein bolte peace begins in the mind and violence also begins in the mind.</w:t>
      </w:r>
    </w:p>
    <w:p>
      <w:pPr>
        <w:jc w:val="right"/>
      </w:pPr>
      <w:r>
        <w:t>जी जैसा कल्याणा जैसे कि मोलाना एक हमेशा अपने top में बोलते peace begins in the mind and violence also begins in the mind.</w:t>
      </w:r>
    </w:p>
    <w:p>
      <w:r>
        <w:rPr>
          <w:b/>
        </w:rPr>
        <w:t xml:space="preserve">[55:15] </w:t>
      </w:r>
      <w:r>
        <w:t>agar aap kuch recent times ko agar aap dekhenge bahut sari aisi incidents hamare hui hai jaise ki</w:t>
      </w:r>
    </w:p>
    <w:p>
      <w:pPr>
        <w:jc w:val="right"/>
      </w:pPr>
      <w:r>
        <w:t>अगर आप कुछ recent times को अगर आप देखेंगे बहुत सारी ऐसी incidents हमारे हुई है जैसे कि</w:t>
      </w:r>
    </w:p>
    <w:p>
      <w:r>
        <w:rPr>
          <w:b/>
        </w:rPr>
        <w:t xml:space="preserve">[55:22] </w:t>
      </w:r>
      <w:r>
        <w:t>suicide bombing ek individual hi karta hai ya aise is tarah se aap dekhiye bahut sare historical incidents</w:t>
      </w:r>
    </w:p>
    <w:p>
      <w:pPr>
        <w:jc w:val="right"/>
      </w:pPr>
      <w:r>
        <w:t>suicide bombing एक individual ही करता है या ऐसे इस तरह से आप देखिए बहुत सारे historical incidents</w:t>
      </w:r>
    </w:p>
    <w:p>
      <w:r>
        <w:rPr>
          <w:b/>
        </w:rPr>
        <w:t xml:space="preserve">[55:29] </w:t>
      </w:r>
      <w:r>
        <w:t>hue hain jo ki pura mahaul aur society change ho gaye aur aaj jo mahaul hai culture ka,</w:t>
      </w:r>
    </w:p>
    <w:p>
      <w:pPr>
        <w:jc w:val="right"/>
      </w:pPr>
      <w:r>
        <w:t>हुए हैं जो कि पूरा माहौल और society change हो गए और आज जो माहौल है culture का,</w:t>
      </w:r>
    </w:p>
    <w:p>
      <w:r>
        <w:rPr>
          <w:b/>
        </w:rPr>
        <w:t xml:space="preserve">[55:37] </w:t>
      </w:r>
      <w:r>
        <w:t>agar ek ek lady agar apne mahaul mein agar wah pehchanti hai ki jo hum rasmarivaj mein jakadkar</w:t>
      </w:r>
    </w:p>
    <w:p>
      <w:pPr>
        <w:jc w:val="right"/>
      </w:pPr>
      <w:r>
        <w:t>अगर एक एक lady अगर अपने माहौल में अगर वह पहचानती है कि जो हम रस्मुरिवास में जकड़कर</w:t>
      </w:r>
    </w:p>
    <w:p>
      <w:r>
        <w:rPr>
          <w:b/>
        </w:rPr>
        <w:t xml:space="preserve">[55:44] </w:t>
      </w:r>
      <w:r>
        <w:t>jo cheezon ko follow kar rahe hain, agar wah chahe to wah change kar sakti hai.</w:t>
      </w:r>
    </w:p>
    <w:p>
      <w:pPr>
        <w:jc w:val="right"/>
      </w:pPr>
      <w:r>
        <w:t>जो चीज़ों को follow कर रहे हैं, अगर वह चाहे तो वह change कर सकती है.</w:t>
      </w:r>
    </w:p>
    <w:p>
      <w:r>
        <w:rPr>
          <w:b/>
        </w:rPr>
        <w:t xml:space="preserve">[55:52] </w:t>
      </w:r>
      <w:r>
        <w:t>agar woh change karengi to unse jo related jo bachche hain aur jo family ke jo associates hain aur relatives hain, rishedar hain, to un tak yeh baat message pahunchta hai ke haan yeh culture ka ek form hai aur humein isko aage nahi badhava dena chahiye. to maine dekha hai isko practically kai baar aise apne logon maine kuch baat apni family nearest family tak is baat ko pahunchaya hai ke isko na jaise quran khani ka ek rivaj jo hamare andar bohat zyada chala hua hai.</w:t>
      </w:r>
    </w:p>
    <w:p>
      <w:pPr>
        <w:jc w:val="right"/>
      </w:pPr>
      <w:r>
        <w:t>अगर वह change करेंगी तो उनसे जो related जो बच्चे हैं और जो family के जो associates हैं और relatives हैं, रिशेदार हैं, तो उन तक यह बात message पहुंचता है कि हां यह culture का एक form है और हमें इसको आगे नहीं बढ़ावा देना चाहिए. तो मैंने देखा है इसको practically कई बार ऐसे अपने लोगों मैंने कुछ बात अपनी family nearest family तक इस बात को पहुंचाया है कि इसको ना जैसे कुरान खानी का एक रिवाज जो हमारे अंदर बहुत ज़्यादा चला हुआ है.</w:t>
      </w:r>
    </w:p>
    <w:p>
      <w:r>
        <w:rPr>
          <w:b/>
        </w:rPr>
        <w:t xml:space="preserve">[56:21] </w:t>
      </w:r>
      <w:r>
        <w:t>to maine I was the first one to stop this and try to tell people among my relatives ki not to follow this. ab main dekh rahi hoon ki meri poori nearest and closest family mein ab yeh quran khani ki jo cheez hai woh ab log nahin follow karte. unko yeh baat ab samajh mein aaiye ki waqai yeh yeh ek culture, ek form hai aur humein isko follow nahin karna chahiye.</w:t>
      </w:r>
    </w:p>
    <w:p>
      <w:pPr>
        <w:jc w:val="right"/>
      </w:pPr>
      <w:r>
        <w:t>तो मैंने I was the first one to stop this and try to tell people among my relatives कि not to follow this. अब मैं देख रही हूं कि मेरी पूरी nearest and closest family में अब यह कुरान खानी की जो चीज़ है वह अब लोग नहीं follow करते. उनको यह बात अब समझ में आइए कि वाकई यह यह एक culture, एक form है और हमें इसको follow नहीं करना चाहिए.</w:t>
      </w:r>
    </w:p>
    <w:p>
      <w:r>
        <w:rPr>
          <w:b/>
        </w:rPr>
        <w:t xml:space="preserve">[56:46] </w:t>
      </w:r>
      <w:r>
        <w:t>to hum ek individual hokar ke bilkul na samjhe ki hamare andar yeh taaqat nahin hai aur hum nahin kar sakte hain. hum individual hokar ke bahut saare changes hum society mein jo ki ek culture form mein ek rivaaj bankar ke log usko follow kar rahe hain to un sab ko badal sakte hain. hamare andar itni taaqat hai aur yeh hum bilkul badlaav la sakte hain. to aap ab hamare paas ek minute time hai to aap is session ko conclude kar dein.</w:t>
      </w:r>
    </w:p>
    <w:p>
      <w:pPr>
        <w:jc w:val="right"/>
      </w:pPr>
      <w:r>
        <w:t>तो हम एक individual होकर के बिल्कुल ना समझे कि हमारे अंदर यह ताकत नहीं है और हम नहीं कर सकते हैं. हम individual होकर के बहुत सारे changes हम society में जो कि एक culture form में एक रिवास बनकर के लोग उसको follow कर रहे हैं तो उन सबको बदल सकते हैं. हमारे अंदर इतनी ताकत है और यह हम बिल्कुल बदलाव ला सकते हैं. तो आप अब हमारे पास एक minute time है तो आप इस session को conclude कर दें.</w:t>
      </w:r>
    </w:p>
    <w:p>
      <w:r>
        <w:rPr>
          <w:b/>
        </w:rPr>
        <w:t xml:space="preserve">[57:14] </w:t>
      </w:r>
      <w:r>
        <w:t>ek sawal bas mujhe apne puram khane wali baat ki.</w:t>
      </w:r>
    </w:p>
    <w:p>
      <w:pPr>
        <w:jc w:val="right"/>
      </w:pPr>
      <w:r>
        <w:t>एक सवाल बस मुझे अपने पुराम खाने वाली बात की.</w:t>
      </w:r>
    </w:p>
    <w:p>
      <w:r>
        <w:rPr>
          <w:b/>
        </w:rPr>
        <w:t xml:space="preserve">[57:32] </w:t>
      </w:r>
      <w:r>
        <w:t>Sorry, mujhe ek zehan mein aai baat sabko bhejti hoon uska.</w:t>
      </w:r>
    </w:p>
    <w:p>
      <w:pPr>
        <w:jc w:val="right"/>
      </w:pPr>
      <w:r>
        <w:t>Sorry, मुझे एक ज़ेहन में आई बात सबको भेजती हूं उसका.</w:t>
      </w:r>
    </w:p>
    <w:p>
      <w:r>
        <w:rPr>
          <w:b/>
        </w:rPr>
        <w:t xml:space="preserve">[57:50] </w:t>
      </w:r>
      <w:r>
        <w:t>to kya yeh jo hai quran khani isko bhi hum isi mein layenge jo aap keh rahi hain quran khani?</w:t>
      </w:r>
    </w:p>
    <w:p>
      <w:pPr>
        <w:jc w:val="right"/>
      </w:pPr>
      <w:r>
        <w:t>तो क्या यह जो है कुरान खानी इसको भी हम इसी में लाएंगे जो आप कह रही हैं कुरान खानी?</w:t>
      </w:r>
    </w:p>
    <w:p>
      <w:r>
        <w:rPr>
          <w:b/>
        </w:rPr>
        <w:t xml:space="preserve">[57:57] </w:t>
      </w:r>
      <w:r>
        <w:t>aap iska jawab de.</w:t>
      </w:r>
    </w:p>
    <w:p>
      <w:pPr>
        <w:jc w:val="right"/>
      </w:pPr>
      <w:r>
        <w:t>आप इसका जवाब दे.</w:t>
      </w:r>
    </w:p>
    <w:p>
      <w:r>
        <w:rPr>
          <w:b/>
        </w:rPr>
        <w:t xml:space="preserve">[58:05] </w:t>
      </w:r>
      <w:r>
        <w:t>aap abhi agle Sunday ko agle Sunday ko na shagi na aakhri Sunday?</w:t>
      </w:r>
    </w:p>
    <w:p>
      <w:pPr>
        <w:jc w:val="right"/>
      </w:pPr>
      <w:r>
        <w:t>आप अभी अगले Sunday को अगले Sunday को ना शगी ना आखिरी Sunday?</w:t>
      </w:r>
    </w:p>
    <w:p>
      <w:r>
        <w:rPr>
          <w:b/>
        </w:rPr>
        <w:t xml:space="preserve">[58:13] </w:t>
      </w:r>
      <w:r>
        <w:t>haan haan ji, we will take up this question.</w:t>
      </w:r>
    </w:p>
    <w:p>
      <w:pPr>
        <w:jc w:val="right"/>
      </w:pPr>
      <w:r>
        <w:t>हां हां जी, we will take up this question.</w:t>
      </w:r>
    </w:p>
    <w:p>
      <w:r>
        <w:rPr>
          <w:b/>
        </w:rPr>
        <w:t xml:space="preserve">[58:21] </w:t>
      </w:r>
      <w:r>
        <w:t>aap faras aapse poochiyega is is is ji.</w:t>
      </w:r>
    </w:p>
    <w:p>
      <w:pPr>
        <w:jc w:val="right"/>
      </w:pPr>
      <w:r>
        <w:t>आप फ़रास आपसे पूछिएगा इस इस इस जी.</w:t>
      </w:r>
    </w:p>
    <w:p>
      <w:r>
        <w:rPr>
          <w:b/>
        </w:rPr>
        <w:t xml:space="preserve">[58:29] </w:t>
      </w:r>
      <w:r>
        <w:t>aapka woh peshadi ji boliye. asslam likhum. walikhum. haan shabhi na aapka, shabhi na aapka Maulana ki kitaab aurat mimar insaniyat mein saat tareekh daud ki hawa teen ka karnama bolkar ek heading hai. Page number one sixty three. aapki awaaz samajh bhi nahin aari hai. awaaz cut rahi hai. awaaz aari hai.</w:t>
      </w:r>
    </w:p>
    <w:p>
      <w:pPr>
        <w:jc w:val="right"/>
      </w:pPr>
      <w:r>
        <w:t>आपका वह पेशादी जी बोलिए. अस्लाम लिखुम. वालिखुम. हां शभी ना आपका, शभी ना आपका मौलाना की किताब औरत मीमार इंसानियत में सात तारीख दौड़ की हवा तीन का कारनामा बोलकर एक heading है. Page number one sixty three. आपकी आवाज़ समझ भी नहीं आ रही है. आवाज़ cut रही है. आवाज़ आ रही है.</w:t>
      </w:r>
    </w:p>
    <w:p>
      <w:r>
        <w:rPr>
          <w:b/>
        </w:rPr>
        <w:t xml:space="preserve">[58:58] </w:t>
      </w:r>
      <w:r>
        <w:t>awaaz aari hai thapa? hello. aari hai, aari hai. haan ji aurat mehamari insaniyat kitaab hai na Maulana ki. ji ji. haan to usi mein page number one fifty three and one fifty four mein satari daud ki hawadeen ka karnama bolkar baqaida Maulana ne zikr kiya hai. bahut achhi baatein hain ismein. reference puchh rahe the na aap log?</w:t>
      </w:r>
    </w:p>
    <w:p>
      <w:pPr>
        <w:jc w:val="right"/>
      </w:pPr>
      <w:r>
        <w:t>आवाज़ आ रही है ठपा? Hello. आ रही है, आ रही है. हां जी औरत मेहमारी इंसानियत किताब है ना मोलाना की. जी जी. हां तो उसी में page number one fifty three and one fifty four में सातारी दौड़ की हवादीन का कारनामा बोलकर बाकायदा मोलाना ने ज़िक्र किया है. बहुत अच्छी बातें हैं इसमें. Reference पुछ रहे थे ना आप लोग?</w:t>
      </w:r>
    </w:p>
    <w:p>
      <w:r>
        <w:rPr>
          <w:b/>
        </w:rPr>
        <w:t xml:space="preserve">[59:28] </w:t>
      </w:r>
      <w:r>
        <w:t>to reference mein bahut achhi baatein hain. Maulana ne explain ki hai. ji. baat aap yeh message mein bhi daal dein. aap yeh message mein daal dein. ji aap bahut bahut shukriya. bahut bahut shukriya. ji ji aap yahi kehna chah rahe the. theek hai aap Faimita aap session theek conclude kar hai.</w:t>
      </w:r>
    </w:p>
    <w:p>
      <w:pPr>
        <w:jc w:val="right"/>
      </w:pPr>
      <w:r>
        <w:t>तो reference में बहुत अच्छी बातें हैं. मोलाना ने explain की है. जी. बात आप यह message में भी डाल दें. आप यह message में डाल दें. जी आप बहुत बहुत शुक्रिया. बहुत बहुत शुक्रिया. जी जी आप यही कहना चाह रहे थे. ठीक है आप फैमिता आप session ठीक conclude कर है.</w:t>
      </w:r>
    </w:p>
    <w:p>
      <w:r>
        <w:rPr>
          <w:b/>
        </w:rPr>
        <w:t xml:space="preserve">[59:51] </w:t>
      </w:r>
      <w:r>
        <w:t>kaha jata hai ki Hazrat Musa Ali Salam ne ek baar dua ki ki khudaya mere kaum se sab kuch chheen na magar aqal na chheen na. to Allah taala ne jawab diya ae Musa jab hum kisi se chheen ne wale hote hain to uski aqli to sabse pehle chheen te hain. to aaj insaan ka haal yeh hai ki usko sahi baat samajh nahin aari hai. woh apni galti maane ko tayyar nahin hai. yaani ki iska matlab hai ki yaani unki aqle chheent chuki hain.</w:t>
      </w:r>
    </w:p>
    <w:p>
      <w:pPr>
        <w:jc w:val="right"/>
      </w:pPr>
      <w:r>
        <w:t>कहा जाता है कि हज़रत मुसा अली सलाम ने एक बार दुआ की कि खुद आया मेरे कौम से सब कुछ छीनना मगर अक्ल ना छीनना. तो अल्लाह तालाह ने जवाब दिया ऐ मुसाह जब हम किसी से छीनने वाले होते हैं तो उसकी अक्ली तो सबसे पहले छीनते हैं. तो आज इंसान का हाल यह है कि उसको सही बात समझ नहीं आ रही है. वह अपनी गलती माने को तैयार नहीं है. यानी कि इसका मतलब है कि यानी उनकी अक्ले छींट चुकी हैं.</w:t>
      </w:r>
    </w:p>
    <w:p>
      <w:r>
        <w:rPr>
          <w:b/>
        </w:rPr>
        <w:t xml:space="preserve">[1:00:20] </w:t>
      </w:r>
      <w:r>
        <w:t>to aaj is daur mein jitni bhi cheezein jitna bhi kaam insaan kar raha hai sab kuch hum dekhte hain sab kuch badkri ka example hai. to misaal ke taur par jaise ki Quran mein qujool kharchi ke baare mein likha hua hai ki qujool kharchi karne wale shaitan ke bhai hain aur aaj har taraf paise ki barbadi, kitne tareeke se function party har mauke par kuch na kuch hota rehta hai.</w:t>
      </w:r>
    </w:p>
    <w:p>
      <w:pPr>
        <w:jc w:val="right"/>
      </w:pPr>
      <w:r>
        <w:t>तो आज इस दौर में जितनी भी चीज़ें जितना भी काम इंसान कर रहा है सब कुछ हम देखते हैं सब कुछ बदक्री का example है. तो मिसाल के तौर पर जैसे कि कुरान में कुजूल खर्ची के बारे में लिखा हुआ है कि कुजूल खर्ची करने वाले शैतान के भाई हैं और आज हर तरफ पैसे की बर्बादी, कितने तरीके से function party हर मौके पर कुछ ना कुछ होता रहता है.</w:t>
      </w:r>
    </w:p>
    <w:p>
      <w:r>
        <w:rPr>
          <w:b/>
        </w:rPr>
        <w:t xml:space="preserve">[1:00:48] </w:t>
      </w:r>
      <w:r>
        <w:t>khaishain poori karne mein poori zindagi khatam ho rahi hai. udhaar le le kar khaishain poori kar rahe hain. aaj bhi takaan log bol rahe hain. unko maloom hi nahin ki sahi galat jhoot sab kya cheez hai? sara kuch mix hai unki zindagi mein. bolna kya hai? bolne ka matlab kya hai? unko Khuda ka khauf nahin kiye honge har luvs ki recording ho rahi hai. yahi sab sawaal hai.</w:t>
      </w:r>
    </w:p>
    <w:p>
      <w:pPr>
        <w:jc w:val="right"/>
      </w:pPr>
      <w:r>
        <w:t>खाईशें पूरी करने में पूरी ज़िंदगी खत्म हो रही है. उधार ले लेकर लोग खाईशें पूरी कर रहे हैं. आज भी तकान लोग बोल रहे हैं. उनको मालूम ही नहीं कि सही गलत झूठ सब क्या चीज़ है? सारा कुछ mix है उनकी ज़िंदगी में. बोलना क्या है? बोलने का मतलब क्या है? उनको खुदा का खौफ नहीं किए होंगे हर Luvs की recording हो रही है. यही सब सवाल है.</w:t>
      </w:r>
    </w:p>
    <w:p>
      <w:r>
        <w:rPr>
          <w:b/>
        </w:rPr>
        <w:t xml:space="preserve">[1:01:15] </w:t>
      </w:r>
      <w:r>
        <w:t>aaj waqt ki barbadi, hansi, mazaak, khana, peena, dhoom, tamaashe kisi ko kisi sab cheezon se fursat hi nahin hai. har taraf isi ki dhoom machi hui hai aur koi yaad hi nahin ki humein marna bhi hai. aaj log apne ko har waqt oonche muqaam par baithe hue hain. sabka ego har waqt awake hai. log apni badhai mein khud ki badhai mein jee rahe hain. unko yeh pata hi nahin ki badhai sirf Khuda ke liye hai.</w:t>
      </w:r>
    </w:p>
    <w:p>
      <w:pPr>
        <w:jc w:val="right"/>
      </w:pPr>
      <w:r>
        <w:t>आज वक्त की बर्बादी, हंसी, मज़ाक, खाना, पीना, धूम, तमाशे किसी को किसी सब चीज़ों से फुर्सत ही नहीं है. हर तरफ इसी की धूम मची हुई है और कोई याद ही नहीं कि हमें मरना भी है. आज लोग अपने को हर वक्त ऊंचे मुकाम पर बैठाए हुए हैं. सबका ego हर वक्त awake है. लोग अपनी बढ़ाई में खुद की बढ़ाई में जी रहे हैं. उनको यह पता ही नहीं कि बढ़ाई सिर्फ खुदा के लिए है.</w:t>
      </w:r>
    </w:p>
    <w:p>
      <w:r>
        <w:rPr>
          <w:b/>
        </w:rPr>
        <w:t xml:space="preserve">[1:01:43] </w:t>
      </w:r>
      <w:r>
        <w:t>aaj kaamyaabi ka matlab paisa, daulat, fame, power lekin Khuda ki duniya mein kaamyaabi yeh hai ki aadmi ne Khuda ko pa liya ho. aaj doosre doosron ki fikr doosron ke saath hum dardi iski doosron ki khairkhai koi jaanta hi nahin hai isliye aaj ka insaan doosron ka sirf dushman bana hua hai. jaanwar ki satya par zindagi guzaar raha hai.</w:t>
      </w:r>
    </w:p>
    <w:p>
      <w:pPr>
        <w:jc w:val="right"/>
      </w:pPr>
      <w:r>
        <w:t>आज कामयाबी का मतलब पैसा, दौलत, fame, power लेकिन खुदा की दुनिया में कामयाबी यह है कि आदमी ने खुदा को पा लिया हो. आज दूसरे दूसरों की फ़िक्र दूसरों के साथ हम दर्दी इसकी दूसरों की खैरखाई कोई जानता ही नहीं है इसलिए आज का इंसान दूसरों का सिर्फ दुश्मन बना हुआ है. जानवर की सत्य पर ज़िंदगी गुज़ार रहा है.</w:t>
      </w:r>
    </w:p>
    <w:p>
      <w:r>
        <w:rPr>
          <w:b/>
        </w:rPr>
        <w:t xml:space="preserve">[1:02:11] </w:t>
      </w:r>
      <w:r>
        <w:t>to is tarah se insaan ke andar right thinking baaki hi nahin hai. kehte hain kisi baat ki maakooriyat ko samajhne ke liye aqal ki zaroorat hoti hai aur ghair maakoor baat ko samajhne ke liye bekili ke sawaal kisi cheez ki zaroorat nahin.</w:t>
      </w:r>
    </w:p>
    <w:p>
      <w:pPr>
        <w:jc w:val="right"/>
      </w:pPr>
      <w:r>
        <w:t>तो इस तरह से इंसान के अंदर right thinking बाकी ही नहीं है. कहते हैं किसी बात की माकूरियत को समझने के लिए अक्ल की ज़रूरत होती है और गैर माकूर बात को समझने के लिए बेकिली के सवाल किसी चीज़ की ज़रूरत नहीं.</w:t>
      </w:r>
    </w:p>
    <w:p>
      <w:r>
        <w:rPr>
          <w:b/>
        </w:rPr>
        <w:t xml:space="preserve">[1:02:30] </w:t>
      </w:r>
      <w:r>
        <w:t>hum jaante hain ki yeh Quran ke mutaabiq apal wale ne jo padha hai woh hai woh log hain jinhone apni soch ko sirf God oriented rakha ho. unka desire Khuda ki marzi ko poora karna hota hai. unke seene Khuda ke kar dar, Khuda ke mohabbat se bhare hue hote hain. Khuda unka soul concern hota hai. to inko aakal wale aql wale woh honge jo poomte Mohammadi ka fareeza ada karna chahenge.</w:t>
      </w:r>
    </w:p>
    <w:p>
      <w:pPr>
        <w:jc w:val="right"/>
      </w:pPr>
      <w:r>
        <w:t>हम जानते हैं कि यह कुरान के मुताबिक अपल वाले ने जो पढ़ा है वह है वह लोग हैं जिन्होंने अपनी सोच को सिर्फ God oriented रखा हो. उनका desire खुदा की मर्ज़ी को पूरा करना होता है. उनके सीने खुदा के कर डर, खुदा के मोहब्बत से भरे हुए होते हैं. खुदा उनका soul concern होता है. तो इनको आकल वाले अक्ल वाले वह होंगे जो पूमते मोहम्मदि का फरीज़ा अदा करना चाहेंगे.</w:t>
      </w:r>
    </w:p>
    <w:p>
      <w:r>
        <w:rPr>
          <w:b/>
        </w:rPr>
        <w:t xml:space="preserve">[1:03:00] </w:t>
      </w:r>
      <w:r>
        <w:t>usko apna farz samjhenge.</w:t>
      </w:r>
    </w:p>
    <w:p>
      <w:pPr>
        <w:jc w:val="right"/>
      </w:pPr>
      <w:r>
        <w:t>उसको अपना फ़र्ज़ समझेंगे.</w:t>
      </w:r>
    </w:p>
    <w:p>
      <w:r>
        <w:rPr>
          <w:b/>
        </w:rPr>
        <w:t xml:space="preserve">[1:03:05] </w:t>
      </w:r>
      <w:r>
        <w:t>aakal wale wah hain jo sare alam ke se ke khaiha hon, well wisher hon na ki sirf</w:t>
      </w:r>
    </w:p>
    <w:p>
      <w:pPr>
        <w:jc w:val="right"/>
      </w:pPr>
      <w:r>
        <w:t>आकल वाले वह हैं जो सारे आलम के से के खैखा हों, well wisher हों ना कि सिर्फ</w:t>
      </w:r>
    </w:p>
    <w:p>
      <w:r>
        <w:rPr>
          <w:b/>
        </w:rPr>
        <w:t xml:space="preserve">[1:03:10] </w:t>
      </w:r>
      <w:r>
        <w:t>apni jamaat aur apni family ke.</w:t>
      </w:r>
    </w:p>
    <w:p>
      <w:pPr>
        <w:jc w:val="right"/>
      </w:pPr>
      <w:r>
        <w:t>अपनी जमात और अपनी family के.</w:t>
      </w:r>
    </w:p>
    <w:p>
      <w:r>
        <w:rPr>
          <w:b/>
        </w:rPr>
        <w:t xml:space="preserve">[1:03:16] </w:t>
      </w:r>
      <w:r>
        <w:t>to yahi samajhdari hai ki hum apni aakal ko istemal karein, sahi tarike se istemal karein.</w:t>
      </w:r>
    </w:p>
    <w:p>
      <w:pPr>
        <w:jc w:val="right"/>
      </w:pPr>
      <w:r>
        <w:t>तो यही समझदारी है कि हम अपनी अक्ल को इस्तेमाल करें, सही तरीके से इस्तेमाल करें.</w:t>
      </w:r>
    </w:p>
    <w:p>
      <w:r>
        <w:rPr>
          <w:b/>
        </w:rPr>
        <w:t xml:space="preserve">[1:03:21] </w:t>
      </w:r>
      <w:r>
        <w:t>allah taala hum sabko hamari maut tak sahi aakal sahi soch par kayam rakhein hamare amal wo amal</w:t>
      </w:r>
    </w:p>
    <w:p>
      <w:pPr>
        <w:jc w:val="right"/>
      </w:pPr>
      <w:r>
        <w:t>अल्लाह दाला हम सबको हमारी मौत तक सही अक्ल सही सोच पर कायम रखें हमारे अमल वो अमल</w:t>
      </w:r>
    </w:p>
    <w:p>
      <w:r>
        <w:rPr>
          <w:b/>
        </w:rPr>
        <w:t xml:space="preserve">[1:03:26] </w:t>
      </w:r>
      <w:r>
        <w:t>hon jo khuda ke nazdeek qabiliyat ko bol raha hoon. Ameen.</w:t>
      </w:r>
    </w:p>
    <w:p>
      <w:pPr>
        <w:jc w:val="right"/>
      </w:pPr>
      <w:r>
        <w:t>हों जो खुदा के नज़दीक काबिलियत को बोल रहा हूं. अमीन.</w:t>
      </w:r>
    </w:p>
    <w:p>
      <w:r>
        <w:rPr>
          <w:b/>
        </w:rPr>
        <w:t xml:space="preserve">[1:03:32] </w:t>
      </w:r>
      <w:r>
        <w:t>ameen jaza kallapa. so we end this session today, and we meet again next week with doctor Farida Khan, I'm chairperson of CTS International, and we will be be ready with question and answer. that is the last week of this month, and, we'll take up the session with her.</w:t>
      </w:r>
    </w:p>
    <w:p>
      <w:pPr>
        <w:jc w:val="right"/>
      </w:pPr>
      <w:r>
        <w:t>अमीन जज़ा कल्लापा. So we end this session today, and we meet again next week with doctor Farida Khan, I'm chairperson of CTS International, and we will be be ready with question and answer. That is the last week of this month, and, we'll take up the session with her.</w:t>
      </w:r>
    </w:p>
    <w:p>
      <w:r>
        <w:rPr>
          <w:b/>
        </w:rPr>
        <w:t xml:space="preserve">[1:03:54] </w:t>
      </w:r>
      <w:r>
        <w:t>so you all ladies who have joined in here, please write your queries and make it short and precise, and we will ask question from parad bhai and also khareedatva. so I end the session today asunavidhi ko.</w:t>
      </w:r>
    </w:p>
    <w:p>
      <w:pPr>
        <w:jc w:val="right"/>
      </w:pPr>
      <w:r>
        <w:t>So you all ladies who have joined in here, please write your queries and make it short and precise, and we will ask question from पराद भाई and also खरीदात्वा. So I end the session today असुनाविधि को.</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