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Women Article Discussion 13 January 1, 2023</w:t>
      </w:r>
    </w:p>
    <w:p>
      <w:r>
        <w:t>https://www.youtube.com/watch?v=KScG6GBDUZc</w:t>
      </w:r>
    </w:p>
    <w:p>
      <w:r>
        <w:rPr>
          <w:b/>
        </w:rPr>
        <w:t xml:space="preserve">[00:00] </w:t>
      </w:r>
      <w:r>
        <w:t>a a very warm welcome to all the ladies who have joined in here in this session. CPS women's book discussion fifteen, and today is 01/01/2003.</w:t>
      </w:r>
    </w:p>
    <w:p>
      <w:pPr>
        <w:jc w:val="right"/>
      </w:pPr>
      <w:r>
        <w:t>A A very warm welcome to all the ladies who have joined in here in this session. CPS women's book discussion fifteen, and today is 01/01/2003.</w:t>
      </w:r>
    </w:p>
    <w:p>
      <w:r>
        <w:rPr>
          <w:b/>
        </w:rPr>
        <w:t xml:space="preserve">[00:25] </w:t>
      </w:r>
      <w:r>
        <w:t>and, it's a beautiful day. and what could be better than this to start the first day of the year to have discussion on Quran, have discussion on this, have this session of intellectual discovery and learning. and, today, there was a very good session by Apa, Farida Apa, chairperson of CPS International. she took this session remembering Maulana on this day.</w:t>
      </w:r>
    </w:p>
    <w:p>
      <w:pPr>
        <w:jc w:val="right"/>
      </w:pPr>
      <w:r>
        <w:t>And, it's a beautiful day. And what could be better than this to start the first day of the year to have discussion on Quran, have discussion on this, have this session of intellectual discovery and learning. And, today, there was a very good session by Apa, Farida Apa, chairperson of CPS International. She took this session remembering Maulana on this day.</w:t>
      </w:r>
    </w:p>
    <w:p>
      <w:r>
        <w:rPr>
          <w:b/>
        </w:rPr>
        <w:t xml:space="preserve">[00:54] </w:t>
      </w:r>
      <w:r>
        <w:t>it was a beautiful session by her, and we all remembered Maulana Sahab. and we all pray for him that Allah adallah give him, god gives him the best place and the highest place in the paradise, and we all come along with him. so I start this session. the today's topic is Birthday today also. it is his birthday today also, ok ok.</w:t>
      </w:r>
    </w:p>
    <w:p>
      <w:pPr>
        <w:jc w:val="right"/>
      </w:pPr>
      <w:r>
        <w:t>It was a beautiful session by her, and we all remembered मोलाना साहब. And we all pray for him that अल्लाह अदालाह give him, god gives him the best place and the highest place in the paradise, and we all come along with him. So I start this session. The today's topic is Birthday today also. It is his birthday today also, Ok ok.</w:t>
      </w:r>
    </w:p>
    <w:p>
      <w:r>
        <w:rPr>
          <w:b/>
        </w:rPr>
        <w:t xml:space="preserve">[01:21] </w:t>
      </w:r>
      <w:r>
        <w:t>today is the birthday of today, the topic is I welcome I welcome, papa. are you hearing me papa? haan, sun haan, chaliye na. bilkul. please start the session. kitaabe mehzoor.</w:t>
      </w:r>
    </w:p>
    <w:p>
      <w:pPr>
        <w:jc w:val="right"/>
      </w:pPr>
      <w:r>
        <w:t>Today is the birthday of Today, the topic is I welcome I welcome, papa. Are you hearing me papa? हां, sun हां, चलिए ना. बिल्कुल. Please start the session. किताबें मेहज़ूर.</w:t>
      </w:r>
    </w:p>
    <w:p>
      <w:r>
        <w:rPr>
          <w:b/>
        </w:rPr>
        <w:t xml:space="preserve">[01:47] </w:t>
      </w:r>
      <w:r>
        <w:t>Quran ki surah number pachees mein shaad hua hai aur kaha rasool ne ae mere nab meri kaum ne thehra diya is Quran ko chhodha hua. is aaj se avulan woh log buradh hain jinke saamne Quran aata hai magar woh us parimaan nahin laate. jaisa ki makki daur mein Quraish ne kiya.</w:t>
      </w:r>
    </w:p>
    <w:p>
      <w:pPr>
        <w:jc w:val="right"/>
      </w:pPr>
      <w:r>
        <w:t>कुरान की सूर्य number पच्चीस में शाद हुआ है और कहा रसोल ने ऐ मेरे नब मेरी कौम ने ठहरा दिया इस कुरान को छोड़ा हुआ. इस आज से अवुलन वह लोग बुराध हैं जिनके सामने कुरान आता है मगर वह उस परिमान नहीं लाते. जैसा कि मक्की दौर में कुरैश ने किया.</w:t>
      </w:r>
    </w:p>
    <w:p>
      <w:r>
        <w:rPr>
          <w:b/>
        </w:rPr>
        <w:t xml:space="preserve">[02:10] </w:t>
      </w:r>
      <w:r>
        <w:t>taham is nafsiyat ka amli muzahira kabhi un logon ki taraf se bhi hota hai jo bazahir Quran ko maanne walon ki fairist mein daakhil ho. bola na shabir hai mazusmani apni tafsir, tafsir hai Quran mein ayat ke zail mein likhte hain.</w:t>
      </w:r>
    </w:p>
    <w:p>
      <w:pPr>
        <w:jc w:val="right"/>
      </w:pPr>
      <w:r>
        <w:t>ताहम इस नफ़सियत का अमली मुज़ायरा कभी उन लोगों की तरफ से भी होता है जो बज़ाहिर कुरान को मानने वालों की फैरिस्त में दाखिल हो. बोला ना शब्दीर है मज़ुस्मानी अपनी तफ़सीर, तफ़सीर है कुरान में आयत के ज़ेल में लिखते हैं.</w:t>
      </w:r>
    </w:p>
    <w:p>
      <w:r>
        <w:rPr>
          <w:b/>
        </w:rPr>
        <w:t xml:space="preserve">[02:31] </w:t>
      </w:r>
      <w:r>
        <w:t>ayat mein agar jahan mazboor sirf kafiron ka hai, taham Quran ki tasdeek na karna, usmein tadabul na karna, uski tilawat na karna, uski taseehi ghart ki taraf tawajjoh na karna. usse iraaz karke doosri luguyaat ya hakeer cheezon ki taraf mat vijay hona. yeh sab sooraten darja badarja, hijraan ya Quran ke tehat daakhil ho sakti hain.</w:t>
      </w:r>
    </w:p>
    <w:p>
      <w:pPr>
        <w:jc w:val="right"/>
      </w:pPr>
      <w:r>
        <w:t>आयत में अगर जहां मज़बूर सिर्फ काफिरों का है, ताहम कुरान की तस्दीक ना करना, उसमें तदबुल ना करना, उसकी तिलावत ना करना, उसकी तसीही ग़रत की तरफ तवज्जो ना करना. उससे इराज़ करके दूसरी लगुयात या हकीर चीज़ों की तरफ मत विजय होना. यह सब सूरतें दर्जा बदर्जा, हिजरान या कुरान के तहत दाख़िल हो सकती है.</w:t>
      </w:r>
    </w:p>
    <w:p>
      <w:r>
        <w:rPr>
          <w:b/>
        </w:rPr>
        <w:t xml:space="preserve">[02:59] </w:t>
      </w:r>
      <w:r>
        <w:t>Quran ke maanne walon ke liye Quran ko kitaabe mazoor banane ki yeh shakal kabhi nahin hoti ki uska aitraan mein taqaddus logon ke dilon mein waafi na rahe. barkat aur taqaddus ka nishaan hone ki haiysiyat se woh hamesha usko apne liye apne taakh ki zeenat banaye rehte hain aur batao woh usse fikri rehnumai lena chhod dete hain. hoda ki kitaab mein unke liye zehni naza nahin hoti.</w:t>
      </w:r>
    </w:p>
    <w:p>
      <w:pPr>
        <w:jc w:val="right"/>
      </w:pPr>
      <w:r>
        <w:t>कुरान के मानने वालों के लिए कुरान को किताबें मज़ूर बनाने की यह शक्ल कभी नहीं होती कि उसका ऐतरान में तकद्दुस लोगों के दिलों में वाफी ना रहे. बरकत और तकद्दूस का निशान होने की हैसियत से वह हमेशा उसको अपने लिए अपने ताख़ की जीनत बनाए रहते हैं और बताओ वह उससे फिक्री रहनुमाई लेना छोड़ देते हैं. होदा की किताब में उनके लिए ज़हनी नज़ा नहीं होती.</w:t>
      </w:r>
    </w:p>
    <w:p>
      <w:r>
        <w:rPr>
          <w:b/>
        </w:rPr>
        <w:t xml:space="preserve">[03:28] </w:t>
      </w:r>
      <w:r>
        <w:t>wah unki haqeeqi zindagi ka sarmaya nahi banti. unki dunya paristana zindagi ke liye barkat ka taweez to zaroor hoti hai. magar aafila ki rehnuma kitaab ki hesiyat se unki zindagi mein uska koi muqaam nahi hota. yeh matlab hai khuda ki kitaabon kitaabon mein choor bana dene ka.</w:t>
      </w:r>
    </w:p>
    <w:p>
      <w:pPr>
        <w:jc w:val="right"/>
      </w:pPr>
      <w:r>
        <w:t>वह उनकी हकीफी ज़िंदगी का शर्माया नहीं बनती. उनकी दुनिया परिस्थाना ज़िंदगी के लिए बर्कत का तावीज़ तो ज़रूर होती है. मगर आफ़िला की रहनुमा किताब की हैसियत से उनकी ज़िंदगी में उसका कोई मुकाम नहीं होता. यह मतलब है खुदा की किताबों किताबें में जूर बना देने का.</w:t>
      </w:r>
    </w:p>
    <w:p>
      <w:r>
        <w:rPr>
          <w:b/>
        </w:rPr>
        <w:t xml:space="preserve">[03:50] </w:t>
      </w:r>
      <w:r>
        <w:t>jo log quran ko na maane unke liye quran ka chhodna yeh hai ke woh usko khuda ki utari hui kitaab maanne se inkaar kar dein aur jo log quran ko maante hain unke liye quran ka chhodna yeh hai ke woh zabaan se quran ko khuda ki kitaab kahein aur apni zindagi ko uske khilaaf chalaayein. woh quran ko aqeel dattan maante hue amlan use chhod dein.</w:t>
      </w:r>
    </w:p>
    <w:p>
      <w:pPr>
        <w:jc w:val="right"/>
      </w:pPr>
      <w:r>
        <w:t>जो लोग कुरान को ना माने उनके लिए कुरान का छोड़ना यह है कि वह उसको ख़ुदा की उतारी हुई किताब मानने से इंकार कर दें और जो लोग कुरान को मानते हैं उनके लिए कुरान का छोड़ना यह है कि वह ज़बान से कुरान को खुदा की किताब कहें और अपनी ज़िंदगी को उसके खिलाफ चलाएं. वह कुरान को अकील दतन मानते हुए अमलन उसे छोड़ दें.</w:t>
      </w:r>
    </w:p>
    <w:p>
      <w:r>
        <w:rPr>
          <w:b/>
        </w:rPr>
        <w:t xml:space="preserve">[04:16] </w:t>
      </w:r>
      <w:r>
        <w:t>jab musalmanon ka haal yeh ho jaye ki woh quran mein gaur o fikr na karein, woh apne masal</w:t>
      </w:r>
    </w:p>
    <w:p>
      <w:pPr>
        <w:jc w:val="right"/>
      </w:pPr>
      <w:r>
        <w:t>जब मुसलमानों का हाल यह हो जाए कि वह कुरान में गौरव फ़िक्र ना करें, वह अपने मसाल</w:t>
      </w:r>
    </w:p>
    <w:p>
      <w:r>
        <w:rPr>
          <w:b/>
        </w:rPr>
        <w:t xml:space="preserve">[04:21] </w:t>
      </w:r>
      <w:r>
        <w:t>ka hal quran mein talash karna chhod dein.</w:t>
      </w:r>
    </w:p>
    <w:p>
      <w:pPr>
        <w:jc w:val="right"/>
      </w:pPr>
      <w:r>
        <w:t>का हल कुरान में तलाश करना छोड़ दें.</w:t>
      </w:r>
    </w:p>
    <w:p>
      <w:r>
        <w:rPr>
          <w:b/>
        </w:rPr>
        <w:t xml:space="preserve">[04:27] </w:t>
      </w:r>
      <w:r>
        <w:t>woh quran ke andaaz aur sochne ke liye taiyar na ho.</w:t>
      </w:r>
    </w:p>
    <w:p>
      <w:pPr>
        <w:jc w:val="right"/>
      </w:pPr>
      <w:r>
        <w:t>वह कुरान के अंदाज़ और सोचने के लिए तैयार ना हो.</w:t>
      </w:r>
    </w:p>
    <w:p>
      <w:r>
        <w:rPr>
          <w:b/>
        </w:rPr>
        <w:t xml:space="preserve">[04:32] </w:t>
      </w:r>
      <w:r>
        <w:t>unhki sar garniyon ki buniyad quran na rahe.</w:t>
      </w:r>
    </w:p>
    <w:p>
      <w:pPr>
        <w:jc w:val="right"/>
      </w:pPr>
      <w:r>
        <w:t>उनकी सरगर्मियों की बुनियाद कुरान ना रहे.</w:t>
      </w:r>
    </w:p>
    <w:p>
      <w:r>
        <w:rPr>
          <w:b/>
        </w:rPr>
        <w:t xml:space="preserve">[04:38] </w:t>
      </w:r>
      <w:r>
        <w:t>to goya unhonne quran ko mante hue quran ko chhod diya.</w:t>
      </w:r>
    </w:p>
    <w:p>
      <w:pPr>
        <w:jc w:val="right"/>
      </w:pPr>
      <w:r>
        <w:t>तो गोया उन्होंने कुरान को मानते हुए कुरान को छोड़ दिया.</w:t>
      </w:r>
    </w:p>
    <w:p>
      <w:r>
        <w:rPr>
          <w:b/>
        </w:rPr>
        <w:t xml:space="preserve">[04:43] </w:t>
      </w:r>
      <w:r>
        <w:t>unhonne quran ko kitabon mein jhoot bana diya.</w:t>
      </w:r>
    </w:p>
    <w:p>
      <w:pPr>
        <w:jc w:val="right"/>
      </w:pPr>
      <w:r>
        <w:t>उन्होंने कुरान को किताबें में झूठ बना दिया.</w:t>
      </w:r>
    </w:p>
    <w:p>
      <w:r>
        <w:rPr>
          <w:b/>
        </w:rPr>
        <w:t xml:space="preserve">[04:49] </w:t>
      </w:r>
      <w:r>
        <w:t>mazoor ka matlab hota hai chhod dena. toh quran ki yeh line ke rasool ne kaha hai mere rab ne thehra diya is quran ko chhodha hua. toh isko padh ke pehle mujhe apne baare mein sochne ka mauka mila ke meri zindagi quran se alag toh nahi ban rahi hai. main quran ko sirf reading laga rahi hoon ya quran ke hukoom ke mutabiq apni zindagi try kar rahi hoon.</w:t>
      </w:r>
    </w:p>
    <w:p>
      <w:pPr>
        <w:jc w:val="right"/>
      </w:pPr>
      <w:r>
        <w:t>मज़ूर का मतलब होता है छोड़ देना. तो कुरान की यह line कि रसूल ने कहा है मेरे डर मेरे कौन ने ठहरा दिया इस कुरान को छोड़ा हुआ. तो इसको पढ़ के पहले मुझे अपने बारे में सोचने का मौका मिला कि मेरी ज़िंदगी कुरान से अलग तो नहीं वन रही है. मैं कुरान को सिर्फ reading लगा रही हूं या कुरान के हुकूम के मुताबिक अपनी ज़िंदगी try कर रही हूं.</w:t>
      </w:r>
    </w:p>
    <w:p>
      <w:r>
        <w:rPr>
          <w:b/>
        </w:rPr>
        <w:t xml:space="preserve">[05:17] </w:t>
      </w:r>
      <w:r>
        <w:t>yani quran ko parhne ke baad bhi main apni rawaji sochkar mutabiq apni zindagi guzari hoon.</w:t>
      </w:r>
    </w:p>
    <w:p>
      <w:pPr>
        <w:jc w:val="right"/>
      </w:pPr>
      <w:r>
        <w:t>यानी कुरान को पढ़ने के बाद भी मैं अपनी रवाजी सोचकर मुताबिक अपनी ज़िंदगी गुज़ारी हूं.</w:t>
      </w:r>
    </w:p>
    <w:p>
      <w:r>
        <w:rPr>
          <w:b/>
        </w:rPr>
        <w:t xml:space="preserve">[05:23] </w:t>
      </w:r>
      <w:r>
        <w:t>to iska matlab hai maine quran ko chhod diya.</w:t>
      </w:r>
    </w:p>
    <w:p>
      <w:pPr>
        <w:jc w:val="right"/>
      </w:pPr>
      <w:r>
        <w:t>तो इसका मतलब है मैंने कुरान को छोड़ दिया.</w:t>
      </w:r>
    </w:p>
    <w:p>
      <w:r>
        <w:rPr>
          <w:b/>
        </w:rPr>
        <w:t xml:space="preserve">[05:29] </w:t>
      </w:r>
      <w:r>
        <w:t>yani jo cheez quran mein na na ho aur meri zindagi mein shamil ho, to maine ab quran</w:t>
      </w:r>
    </w:p>
    <w:p>
      <w:pPr>
        <w:jc w:val="right"/>
      </w:pPr>
      <w:r>
        <w:t>यानी जो चीज़ कुरान में ना ना हो और मेरी ज़िंदगी में शामिल हो, तो मैंने अब कुरान</w:t>
      </w:r>
    </w:p>
    <w:p>
      <w:r>
        <w:rPr>
          <w:b/>
        </w:rPr>
        <w:t xml:space="preserve">[05:35] </w:t>
      </w:r>
      <w:r>
        <w:t>ko chhodha hua hai.</w:t>
      </w:r>
    </w:p>
    <w:p>
      <w:pPr>
        <w:jc w:val="right"/>
      </w:pPr>
      <w:r>
        <w:t>को छोड़ा हुआ है.</w:t>
      </w:r>
    </w:p>
    <w:p>
      <w:r>
        <w:rPr>
          <w:b/>
        </w:rPr>
        <w:t xml:space="preserve">[05:41] </w:t>
      </w:r>
      <w:r>
        <w:t>samjha to maine pehle aapse pehle apna introspection kiya.</w:t>
      </w:r>
    </w:p>
    <w:p>
      <w:pPr>
        <w:jc w:val="right"/>
      </w:pPr>
      <w:r>
        <w:t>समझा तो मैंने पहले आपसे पहले अपना introspection किया.</w:t>
      </w:r>
    </w:p>
    <w:p>
      <w:r>
        <w:rPr>
          <w:b/>
        </w:rPr>
        <w:t xml:space="preserve">[05:48] </w:t>
      </w:r>
      <w:r>
        <w:t>quran ke mutabiq zindagi ka matlab yeh hai ki jisko matlab visaal ke taur par is tarah se</w:t>
      </w:r>
    </w:p>
    <w:p>
      <w:pPr>
        <w:jc w:val="right"/>
      </w:pPr>
      <w:r>
        <w:t>कुरान के मुताबिक ज़िंदगी का मतलब यह है कि जिसको मतलब विसाल के तौर पर इस तरह से</w:t>
      </w:r>
    </w:p>
    <w:p>
      <w:r>
        <w:rPr>
          <w:b/>
        </w:rPr>
        <w:t xml:space="preserve">[05:55] </w:t>
      </w:r>
      <w:r>
        <w:t>samjhi ki quran mein hai dawat ka kaam karke karne ko bataya hai kai jagah dawat ka kaam</w:t>
      </w:r>
    </w:p>
    <w:p>
      <w:pPr>
        <w:jc w:val="right"/>
      </w:pPr>
      <w:r>
        <w:t>समझी कि कुरान में है दावत का काम करके करने को बताया है कई जगह दावत का काम</w:t>
      </w:r>
    </w:p>
    <w:p>
      <w:r>
        <w:rPr>
          <w:b/>
        </w:rPr>
        <w:t xml:space="preserve">[06:03] </w:t>
      </w:r>
      <w:r>
        <w:t>karne ke liye bataya hai jaise chapter 12 mein verse six sau aath lekin hum dawat ka kaam</w:t>
      </w:r>
    </w:p>
    <w:p>
      <w:pPr>
        <w:jc w:val="right"/>
      </w:pPr>
      <w:r>
        <w:t>करने के लिए बताया है जैसे chapter 12 में verse six सौ आठ लेकिन हम दावत का काम</w:t>
      </w:r>
    </w:p>
    <w:p>
      <w:r>
        <w:rPr>
          <w:b/>
        </w:rPr>
        <w:t xml:space="preserve">[06:11] </w:t>
      </w:r>
      <w:r>
        <w:t>na karke doosri kaun ke dushman bane rehte hain to yeh quran ke mutabiq zindagi nahi hui aur</w:t>
      </w:r>
    </w:p>
    <w:p>
      <w:pPr>
        <w:jc w:val="right"/>
      </w:pPr>
      <w:r>
        <w:t>ना करके दूसरी कौन के दुश्मन बने रहते हैं तो यह कुरान के मुताबिक ज़िंदगी नहीं हुई और</w:t>
      </w:r>
    </w:p>
    <w:p>
      <w:r>
        <w:rPr>
          <w:b/>
        </w:rPr>
        <w:t xml:space="preserve">[06:18] </w:t>
      </w:r>
      <w:r>
        <w:t>doosra quran mein sure iraq ki ek sau paishath jo verse ek sau paishath mein bataya gaya hai</w:t>
      </w:r>
    </w:p>
    <w:p>
      <w:pPr>
        <w:jc w:val="right"/>
      </w:pPr>
      <w:r>
        <w:t>दूसरा कुरान में सुरे इराक़ की एक सौ पैंसठ जो वर्ष एक सौ पैंसठ में बताया गया है</w:t>
      </w:r>
    </w:p>
    <w:p>
      <w:r>
        <w:rPr>
          <w:b/>
        </w:rPr>
        <w:t xml:space="preserve">[06:26] </w:t>
      </w:r>
      <w:r>
        <w:t>ki aakhirat ke azaab se woh log mehfooz rahenge jo logon ko burai se rokte hain, rokte the.</w:t>
      </w:r>
    </w:p>
    <w:p>
      <w:pPr>
        <w:jc w:val="right"/>
      </w:pPr>
      <w:r>
        <w:t>कि आख़िरत के अजाब से वह लोग महफ़ूज रहेंगे जो लोगों को बुराई से रोकते हैं, रोकते थे.</w:t>
      </w:r>
    </w:p>
    <w:p>
      <w:r>
        <w:rPr>
          <w:b/>
        </w:rPr>
        <w:t xml:space="preserve">[06:34] </w:t>
      </w:r>
      <w:r>
        <w:t>lekin phir hum aaj dekhte hain ke aaj insaan burai ko nahi rokta hai balki aksar burai ko burai bhi nahi samajh pata hai aur itna zyada galat cheezon mein involve ho chuka hai ke usko burai burai ka bhi andaaza nahi hai ke yeh burai hai. toh agar burai ko samajh bhi leta hai toh burai se nafrat nahi karta hai balki burai karne wale se nafrat karne lagta hai. usko buri nazar se dekhta hai. toh yeh bhi yeh quran ke khilaaf hai.</w:t>
      </w:r>
    </w:p>
    <w:p>
      <w:pPr>
        <w:jc w:val="right"/>
      </w:pPr>
      <w:r>
        <w:t>लेकिन फिर हम आज देखते हैं कि आज इंसान बुराई को नहीं रोकता है बल्कि अक्सर बुराई को बुराई भी नहीं समझ पाता है और इतना ज़्यादा गलत चीज़ों में involve हो चुका है कि उसको बुराई बुराई का भी अंदाज़ा नहीं है कि यह बुराई है. तो अगर बुराई को समझ भी लेता है तो बुराई से नफरत नहीं करता है बल्कि बुराई करने वाले से नफरत करने लगता है. उसको बुरी नज़र से देखता है. तो यह भी यह कुरान के खिलाफ है.</w:t>
      </w:r>
    </w:p>
    <w:p>
      <w:r>
        <w:rPr>
          <w:b/>
        </w:rPr>
        <w:t xml:space="preserve">[07:03] </w:t>
      </w:r>
      <w:r>
        <w:t>malumsaheb kehte hain burai karne wale ko bura kehna ya bura samajhna gahar islami tareeqa hai. aur teesra quran chahta hai ke logon ke andar universal soch paida ho. magar insaan sirf dekhte hain ke apni family apne baare mein itni itni uski soch hai, usi baare mein sochta hai.</w:t>
      </w:r>
    </w:p>
    <w:p>
      <w:pPr>
        <w:jc w:val="right"/>
      </w:pPr>
      <w:r>
        <w:t>मालामुसाहब कहते हैं बुराई करने वाले को बुरा कहना या बुरा समझना गहर इस्लामी तरीका है. और तीसरा कुरान चाहता है कि लोगों के अंदर universal सोच पैदा हो. मगर इंसान सिर्फ देखते हैं कि अपनी family अपने बारे में इतनी इतनी उसकी सोच है, उसी बारे में सोचता है.</w:t>
      </w:r>
    </w:p>
    <w:p>
      <w:r>
        <w:rPr>
          <w:b/>
        </w:rPr>
        <w:t xml:space="preserve">[07:29] </w:t>
      </w:r>
      <w:r>
        <w:t>insaan bilkul jaise medoor sochne roamind ho gaya hai jo yeh bhi khuda ke hukon ke khilaaf hain. quran kehta hai ke log apne ko aakhirat ke azaab se bachane ki fikr karein. aakhirat ka masla asal masla hai.</w:t>
      </w:r>
    </w:p>
    <w:p>
      <w:pPr>
        <w:jc w:val="right"/>
      </w:pPr>
      <w:r>
        <w:t>इंसान बिल्कुल जैसे मेदूर सोचने रोमाइंद हो गया है जो यह भी खुदा के हुकों के खिलाफ हैं. कुरान कहता है कि लोग अपने को आख़िरत के अजाब से बचाने की फ़िक्र करें. आख़िरत का मसला असल मसला है.</w:t>
      </w:r>
    </w:p>
    <w:p>
      <w:r>
        <w:rPr>
          <w:b/>
        </w:rPr>
        <w:t xml:space="preserve">[07:46] </w:t>
      </w:r>
      <w:r>
        <w:t>lekin, quran ko chhod dene ki wajah se us par gaur o fikr na karne ki wajah se insaan apne ko duniya ki jaan log se bachane ki fikr karta hai aur duniya ko jante duniya mein jannat banane paane ke liye apne aap ko usi mein lagaye hue hain. toh aisi beshumar cheezein yeh saabit kar rahi hain.</w:t>
      </w:r>
    </w:p>
    <w:p>
      <w:pPr>
        <w:jc w:val="right"/>
      </w:pPr>
      <w:r>
        <w:t>लेकिन, कुरान को छोड़ देने की वजह से उस पर गौरव फ़िक्र ना करने की वजह से इंसान अपने को दुनिया की जान लोग से बचाने की फ़िक्र करता है और दुनिया को जनते दुनिया में जनत बनाने पाने के लिए अपने आप को उसी में लगाए हुए हैं. तो ऐसी बेशुमार चीज़ें यह साबित कर रही हैं.</w:t>
      </w:r>
    </w:p>
    <w:p>
      <w:r>
        <w:rPr>
          <w:b/>
        </w:rPr>
        <w:t xml:space="preserve">[08:09] </w:t>
      </w:r>
      <w:r>
        <w:t>jaise jo kuch masale aisi maine us mussan mein samjhi lekin beshumar cheezein yeh saabit kar rahi hain ke insaan ne apne ko allah ke hawale na karke duniya ke faayde ke hawale kiya hua hai. ye saari cheezein quran ko chhod dene ka sign hai.</w:t>
      </w:r>
    </w:p>
    <w:p>
      <w:pPr>
        <w:jc w:val="right"/>
      </w:pPr>
      <w:r>
        <w:t>जैसे जो कुछ मसाले ऐसी मैंने उस मुस्सान में समझी लेकिन बेशुमार चीज़ें यह साबित कर रही हैं कि इंसान ने अपने को अल्लाह के हवाले ना करके दुनिया के फ़ायदे के हवाले किया हुआ है. ये सारी चीज़ें कुरान को छोड़ देने का sign है.</w:t>
      </w:r>
    </w:p>
    <w:p>
      <w:r>
        <w:rPr>
          <w:b/>
        </w:rPr>
        <w:t xml:space="preserve">[08:29] </w:t>
      </w:r>
      <w:r>
        <w:t>jaise ke malamasab ne is article mein mention kiya ke quran ko akeli dattan maanna, sirf uski izzat karna, magar zindagi mein shaamil na karna, ye saari cheezein quran ko chhodna hua. toh yeh mere samajh mein aaya shreena.</w:t>
      </w:r>
    </w:p>
    <w:p>
      <w:pPr>
        <w:jc w:val="right"/>
      </w:pPr>
      <w:r>
        <w:t>जैसे कि मालामासाब ने इस article में mention किया कि कुरान को अकेली दतन मानना, सिर्फ उसकी इज्जत करना, मगर ज़िंदगी में शामिल ना करना, ये सारी चीज़ें कुरान को छोड़ना हुआ. तो यह मेरे समझ में आया श्रीना.</w:t>
      </w:r>
    </w:p>
    <w:p>
      <w:r>
        <w:rPr>
          <w:b/>
        </w:rPr>
        <w:t xml:space="preserve">[08:53] </w:t>
      </w:r>
      <w:r>
        <w:t>anjaaza kalyappa, aapne bahut saare points batai jisko kehte hain puraan kuch chhodna. hamari topic hai kitaabe mazoor. mazoor ka matlab hai chhod dena. toh maulana ki is article se bahut saari baatein samajh mein aaye ke kis kaun kaun si cheezein jo aaj ke age mein, aaj ke waqt mein musalmanon ne jo quran ko chhod diya hai? kya kya karne se quran ko chhod diya jaata hai?</w:t>
      </w:r>
    </w:p>
    <w:p>
      <w:pPr>
        <w:jc w:val="right"/>
      </w:pPr>
      <w:r>
        <w:t>अंजाज़ा कल्याप्पा, आपने बहुत सारे points बताई जिसको कहते हैं पुरान कुछ छोड़ना. हमारी topic है किताबें मज़ूर. मज़ूर का मतलब है छोड़ देना. तो मौला ना कि इस article से बहुत सारी बातें समझ में आए कि किस कौन कौन सी चीज़ें जो आज के age में, आज के वक्त में मुसलमानों ने जो कुरान को छोड़ दिया है? क्या क्या करने से कुरान को छोड़ दिया जाता है?</w:t>
      </w:r>
    </w:p>
    <w:p>
      <w:r>
        <w:rPr>
          <w:b/>
        </w:rPr>
        <w:t xml:space="preserve">[09:23] </w:t>
      </w:r>
      <w:r>
        <w:t>yeh bahut hi important lesson hai, article hai hamare liye aur hamare liye ek mauka bhi hai apne</w:t>
      </w:r>
    </w:p>
    <w:p>
      <w:pPr>
        <w:jc w:val="right"/>
      </w:pPr>
      <w:r>
        <w:t>यह बहुत ही important lesson है, article है हमारे लिए और हमारे लिए एक मौका भी है अपने</w:t>
      </w:r>
    </w:p>
    <w:p>
      <w:r>
        <w:rPr>
          <w:b/>
        </w:rPr>
        <w:t xml:space="preserve">[09:31] </w:t>
      </w:r>
      <w:r>
        <w:t>aap ko introspect karne ka ki hum kahin is, is category mein to nahi fall kar rahe hain</w:t>
      </w:r>
    </w:p>
    <w:p>
      <w:pPr>
        <w:jc w:val="right"/>
      </w:pPr>
      <w:r>
        <w:t>आप को introspect करने का कि हम कहीं इस, इस category में तो नहीं fall कर रहे हैं</w:t>
      </w:r>
    </w:p>
    <w:p>
      <w:r>
        <w:rPr>
          <w:b/>
        </w:rPr>
        <w:t xml:space="preserve">[09:39] </w:t>
      </w:r>
      <w:r>
        <w:t>jahan humne quran ko chhod diya ho.</w:t>
      </w:r>
    </w:p>
    <w:p>
      <w:pPr>
        <w:jc w:val="right"/>
      </w:pPr>
      <w:r>
        <w:t>जहां हमने कुरान को छोड़ दिया हो.</w:t>
      </w:r>
    </w:p>
    <w:p>
      <w:r>
        <w:rPr>
          <w:b/>
        </w:rPr>
        <w:t xml:space="preserve">[09:47] </w:t>
      </w:r>
      <w:r>
        <w:t>to main invite karti hoon najma apa ko ki is article mein apni learning ko share karein hamare saath.</w:t>
      </w:r>
    </w:p>
    <w:p>
      <w:pPr>
        <w:jc w:val="right"/>
      </w:pPr>
      <w:r>
        <w:t>तो मैं invite करती हूं नजमा अपा को कि इस article में अपनी learning को share करें हमारे साथ.</w:t>
      </w:r>
    </w:p>
    <w:p>
      <w:r>
        <w:rPr>
          <w:b/>
        </w:rPr>
        <w:t xml:space="preserve">[09:55] </w:t>
      </w:r>
      <w:r>
        <w:t>apa unmute karein.</w:t>
      </w:r>
    </w:p>
    <w:p>
      <w:pPr>
        <w:jc w:val="right"/>
      </w:pPr>
      <w:r>
        <w:t>अपा unmute करें.</w:t>
      </w:r>
    </w:p>
    <w:p>
      <w:r>
        <w:rPr>
          <w:b/>
        </w:rPr>
        <w:t xml:space="preserve">[10:04] </w:t>
      </w:r>
      <w:r>
        <w:t>qitaabe mazoor yaani chhodhi hui kitaab yeh abhi bahut clearly discuss kiya hai ahmeda sahiba ne. toh maulana sahab ke is article mein chhodhi hui kitaab jo hai woh quran hai aur jaisa ke is article mein bataya hai ke surah furqan ki thirtieth aayat mein irshad hua hai ke rasool kahega ae mere rab mere qab ne thehra diya. is quran ko yaani chhodha hua.</w:t>
      </w:r>
    </w:p>
    <w:p>
      <w:pPr>
        <w:jc w:val="right"/>
      </w:pPr>
      <w:r>
        <w:t>क़िताबें मज़ूर यानी छोड़ी हुई किताब यह अभी बहुत clearly discuss किया है अहमदा साहिबा ने. तो मौलाना साहब के इस article में छोड़ी हुई किताब जो है वह कुरान है और जैसा कि इस article में बताया है कि सूर्य फुरकान की thirtieth आयत में इर्शाद हुआ है कि रसूल कहेगा ऐ मेरे रम मेरे कौब ने ठहरा दिया. इस कुरान को यानी छोड़ा हुआ.</w:t>
      </w:r>
    </w:p>
    <w:p>
      <w:r>
        <w:rPr>
          <w:b/>
        </w:rPr>
        <w:t xml:space="preserve">[10:34] </w:t>
      </w:r>
      <w:r>
        <w:t>toh yeh toh hum sab jaante hi hain ke makki daur mein quraish jabki quran utara ja raha tha toh use maanne ko unhone bilkul inkaar kar diya. baad mein bahut saare log imaan bhi laaye lekin yeh toh samajh lijiye ke bahut pehle ki baat hai. lekin yahan toh hamare bhi baat ho rahi hai.</w:t>
      </w:r>
    </w:p>
    <w:p>
      <w:pPr>
        <w:jc w:val="right"/>
      </w:pPr>
      <w:r>
        <w:t>तो यह तो हम सब जानते ही हैं कि मक्की दौर में कुरैश जबकि कुरान उतारा जा रहा था तो उसे मानने को उन्होंने बिल्कुल इंकार कर दिया. बाद में बहुत सारे लोग ईमान भी लाए लेकिन यह तो समझ लीजिए कि बहुत पहले की बात है. लेकिन यहां तो हमारे भी बात हो रही है.</w:t>
      </w:r>
    </w:p>
    <w:p>
      <w:r>
        <w:rPr>
          <w:b/>
        </w:rPr>
        <w:t xml:space="preserve">[11:00] </w:t>
      </w:r>
      <w:r>
        <w:t>un logon ki jo quran ko maante hain, uski bahut izzat karte hain. usko sambhal kar saja kar aur uske upar achhe achhe gilaaf chadhakar apni kaarnason mein, apni almaariyon mein rakhte hain aur kisi non muslim ko dete nahi ke uski behulpati ho jayegi.</w:t>
      </w:r>
    </w:p>
    <w:p>
      <w:pPr>
        <w:jc w:val="right"/>
      </w:pPr>
      <w:r>
        <w:t>उन लोगों की जो कुरान को मानते हैं, उसकी बहुत इज़्ज़त करते हैं. उसको संभालकर सजाकर और उसके ऊपर अच्छे अच्छे गिलाफ़ चढ़ाकर अपनी कार्णसों में, अपनी अलमारियों में रखते हैं और किसी non मुस्लिम को देते नहीं कि उसकी बेहुलपति हो जाएगी.</w:t>
      </w:r>
    </w:p>
    <w:p>
      <w:r>
        <w:rPr>
          <w:b/>
        </w:rPr>
        <w:t xml:space="preserve">[11:24] </w:t>
      </w:r>
      <w:r>
        <w:t>usko itna uski itni respect karte hain, usko bahut barkat kitaab samajhte hain. jab ladki vida hoti hai toh ghar ke vida hokar woh jab ghar se ja rahi hoti hai toh quran ke neeche se usko guzarte hain aur bahut saari is tarah ki vagera vagera baatein hoti hain jo hum sab jaante hain ke quran kis tarah se hum use karte hain.</w:t>
      </w:r>
    </w:p>
    <w:p>
      <w:pPr>
        <w:jc w:val="right"/>
      </w:pPr>
      <w:r>
        <w:t>उसको इतना उसकी इतनी respect करते हैं, उसको बहुत बार्क़त किताब समझते हैं. जब लड़की विदा होती है तो घर के विदा होकर वह जब घर से जा रही होती है तो कुरान के नीचे से उसको गुजारते हैं और बहुत सारी इस तरह की वगैरह वगैरह बातें होती हैं जो हम सब जानते हैं कि कुरान किस तरह से हम use करते हैं.</w:t>
      </w:r>
    </w:p>
    <w:p>
      <w:r>
        <w:rPr>
          <w:b/>
        </w:rPr>
        <w:t xml:space="preserve">[11:50] </w:t>
      </w:r>
      <w:r>
        <w:t>mujhe yahan ek waqea kahin padha tha woh yaad aa raha hai ki kisi ek chhote se gaon</w:t>
      </w:r>
    </w:p>
    <w:p>
      <w:pPr>
        <w:jc w:val="right"/>
      </w:pPr>
      <w:r>
        <w:t>मुझे यहां एक वाक्या कहीं पढ़ा था वह याद आ रहा है कि किसी एक छोटे से गांव</w:t>
      </w:r>
    </w:p>
    <w:p>
      <w:r>
        <w:rPr>
          <w:b/>
        </w:rPr>
        <w:t xml:space="preserve">[12:06] </w:t>
      </w:r>
      <w:r>
        <w:t>mein koi ek foreigner ya to american tha kuch tha must be from a missionary us gaon mein</w:t>
      </w:r>
    </w:p>
    <w:p>
      <w:pPr>
        <w:jc w:val="right"/>
      </w:pPr>
      <w:r>
        <w:t>में कोई एक foreigner या तो American था कुछ था must be from a missionary उस गांव में</w:t>
      </w:r>
    </w:p>
    <w:p>
      <w:r>
        <w:rPr>
          <w:b/>
        </w:rPr>
        <w:t xml:space="preserve">[12:23] </w:t>
      </w:r>
      <w:r>
        <w:t>gaya aur woh gaon wale ko bahut khayal karta tha unhein sikhata tha, sab kuch karta tha to</w:t>
      </w:r>
    </w:p>
    <w:p>
      <w:pPr>
        <w:jc w:val="right"/>
      </w:pPr>
      <w:r>
        <w:t>गया और वह गांव वाले को बहुत ख्याल करता था उन्हें सिखाता था, सब कुछ करता था तो</w:t>
      </w:r>
    </w:p>
    <w:p>
      <w:r>
        <w:rPr>
          <w:b/>
        </w:rPr>
        <w:t xml:space="preserve">[12:40] </w:t>
      </w:r>
      <w:r>
        <w:t>gaon wale usse sab bahut mohabbat karte the.</w:t>
      </w:r>
    </w:p>
    <w:p>
      <w:pPr>
        <w:jc w:val="right"/>
      </w:pPr>
      <w:r>
        <w:t>गांव वाले उससे सब बहुत मोहब्बत करते थे.</w:t>
      </w:r>
    </w:p>
    <w:p>
      <w:r>
        <w:rPr>
          <w:b/>
        </w:rPr>
        <w:t xml:space="preserve">[12:57] </w:t>
      </w:r>
      <w:r>
        <w:t>aur zara safai kar dena kahin deepak na lag jaaye ya kuch na ho jaaye. toh yahi hum zyada tar logon ka haal hai ke hum quran ki bahut izzat karte hain. usko babarkat kitaab samajhte hain lekin hamein yeh nahi maloom ke humse kya chah raha hai? quran humse kya keh raha hai? hamein kya guidance de raha hai?</w:t>
      </w:r>
    </w:p>
    <w:p>
      <w:pPr>
        <w:jc w:val="right"/>
      </w:pPr>
      <w:r>
        <w:t>और ज़रा सफाई कर देना कहीं दीपक ना लग जाए या कुछ ना हो जाए. तो यही हम ज़्यादातर लोगों का हाल है कि हम कुरान की बहुत इज्जत करते हैं. उसको बाबरकत किताब समझते हैं लेकिन हमें यह नहीं मालूम कि हमसे क्या चाह रहा है? कुरान हमसे क्या कह रहा है? हमें क्या guidance दे रहा है?</w:t>
      </w:r>
    </w:p>
    <w:p>
      <w:r>
        <w:rPr>
          <w:b/>
        </w:rPr>
        <w:t xml:space="preserve">[13:19] </w:t>
      </w:r>
      <w:r>
        <w:t>hum log quran padhte hain, uski tilawat karte hain lekin usse koi rahnumai nahi lete jaise article mein maulana ne likha hai aur usse apne masalon ka hal nahi nikalte aur apni koi zehniya gaza nahi banate aur apni everyday life mein usko apply nahi karte.</w:t>
      </w:r>
    </w:p>
    <w:p>
      <w:pPr>
        <w:jc w:val="right"/>
      </w:pPr>
      <w:r>
        <w:t>हम लोग कुरान पढ़ते हैं, उसकी तिलावत करते हैं लेकिन उससे कोई रहनुमाई नहीं लेते जैसे article में मौलाना ने लिखा है और उससे अपने मसलों का हल नहीं निकालते और अपनी कोई ज़हनीय गजा नहीं बनाते और अपनी everyday life में उसको apply नहीं करते.</w:t>
      </w:r>
    </w:p>
    <w:p>
      <w:r>
        <w:rPr>
          <w:b/>
        </w:rPr>
        <w:t xml:space="preserve">[13:38] </w:t>
      </w:r>
      <w:r>
        <w:t>yaani iska matlab hai ke quran ko maante hue bhi hamare liye quran ek mazoor yaani chhodhi hui kitaab ban jaati hai ya ban gayi hai. bhala ho maulana sahab ka jinhone hamein baar baar quran ke matlab se gaur karke padhne ko kaha hai. unhone baar baar is baat ko insist karte the different stories sunate the is baat ke liye.</w:t>
      </w:r>
    </w:p>
    <w:p>
      <w:pPr>
        <w:jc w:val="right"/>
      </w:pPr>
      <w:r>
        <w:t>यानी इसका मतलब है कि कुरान को मानते हुए भी हमारे लिए कुरान एक मज़ूर यानी छोड़ी हुई किताब वन जाती है या वन गई है. भला हो मौलाना साहब का जिन्होंने हमें बार बार कुरान के मतलब से गौर करके पढ़ने को कहा है. उन्होंने बार बार इस बात को insist करते थे different stories सुनाते थे इस बात के लिए.</w:t>
      </w:r>
    </w:p>
    <w:p>
      <w:r>
        <w:rPr>
          <w:b/>
        </w:rPr>
        <w:t xml:space="preserve">[14:05] </w:t>
      </w:r>
      <w:r>
        <w:t>toh unhone quran ka translation bahut simple language mein kiya hai aur jisko hum bahut aasani se samajh sakte hain.</w:t>
      </w:r>
    </w:p>
    <w:p>
      <w:pPr>
        <w:jc w:val="right"/>
      </w:pPr>
      <w:r>
        <w:t>तो उन्होंने कुरान का translation बहुत simple language में किया है और जिसको हम बहुत आसानी से समझ सकते हैं.</w:t>
      </w:r>
    </w:p>
    <w:p>
      <w:r>
        <w:rPr>
          <w:b/>
        </w:rPr>
        <w:t xml:space="preserve">[14:16] </w:t>
      </w:r>
      <w:r>
        <w:t>to unhone tazeer aur quran mein arbi bhi likhi hai, translation bhi kiya hai aur uski detailed tashvi</w:t>
      </w:r>
    </w:p>
    <w:p>
      <w:pPr>
        <w:jc w:val="right"/>
      </w:pPr>
      <w:r>
        <w:t>तो उन्होंने तस्कीर और कुरान में अरबी भी लिखी है, translation भी किया है और उसकी detailed तश्वी</w:t>
      </w:r>
    </w:p>
    <w:p>
      <w:r>
        <w:rPr>
          <w:b/>
        </w:rPr>
        <w:t xml:space="preserve">[14:22] </w:t>
      </w:r>
      <w:r>
        <w:t>bhi ki hai taaki uska context hamein samajh mein aa jaye aur khud uska unhone translation ka bhi</w:t>
      </w:r>
    </w:p>
    <w:p>
      <w:pPr>
        <w:jc w:val="right"/>
      </w:pPr>
      <w:r>
        <w:t>भी की है ताकि उसका context हमें समझ में आ जाए और ख़ुद उसका उन्होंने translation का भी</w:t>
      </w:r>
    </w:p>
    <w:p>
      <w:r>
        <w:rPr>
          <w:b/>
        </w:rPr>
        <w:t xml:space="preserve">[14:28] </w:t>
      </w:r>
      <w:r>
        <w:t>audio banwaya hai aur tazeer ka tazeer aur quran ka apne aap unhone audio kiya hai taaki hum</w:t>
      </w:r>
    </w:p>
    <w:p>
      <w:pPr>
        <w:jc w:val="right"/>
      </w:pPr>
      <w:r>
        <w:t>audio बनवाया है और तस्कीर का तस्कीर और कुरान का अपने आप उन्होंने audio किया है ताकि हम</w:t>
      </w:r>
    </w:p>
    <w:p>
      <w:r>
        <w:rPr>
          <w:b/>
        </w:rPr>
        <w:t xml:space="preserve">[14:34] </w:t>
      </w:r>
      <w:r>
        <w:t>acchi tarah samjhein aur hum kisi waqt bhi usko idhar kahalte hue kuch aur kaam karte hue kaan</w:t>
      </w:r>
    </w:p>
    <w:p>
      <w:pPr>
        <w:jc w:val="right"/>
      </w:pPr>
      <w:r>
        <w:t>अच्छी तरह समझे और हम किसी वक़्त भी उसको इधर कहलते हुए कुछ और काम करते हुए कान</w:t>
      </w:r>
    </w:p>
    <w:p>
      <w:r>
        <w:rPr>
          <w:b/>
        </w:rPr>
        <w:t xml:space="preserve">[14:40] </w:t>
      </w:r>
      <w:r>
        <w:t>mein lagakar sun sakte hain samajh mein aata hai.</w:t>
      </w:r>
    </w:p>
    <w:p>
      <w:pPr>
        <w:jc w:val="right"/>
      </w:pPr>
      <w:r>
        <w:t>में लगाकर sun सकते हैं समझ में आता है.</w:t>
      </w:r>
    </w:p>
    <w:p>
      <w:r>
        <w:rPr>
          <w:b/>
        </w:rPr>
        <w:t xml:space="preserve">[14:47] </w:t>
      </w:r>
      <w:r>
        <w:t>toh jab hum kuran ka matlab padhte hain aur samajh mein aata hai toh tab hamein pata chalta hai ke allah itna kehta hai ke in cheezon par gaur karo, fikr karo, kehta hai humse ke allah humse kya chahta hai? quran mein yeh batata hai. apna creation plan of God jo hai usse hamein waqif karata hai. toh allah usse dua hai ke hum quran ko samajhkar uske matlab ke saath padhein.</w:t>
      </w:r>
    </w:p>
    <w:p>
      <w:pPr>
        <w:jc w:val="right"/>
      </w:pPr>
      <w:r>
        <w:t>तो जब हम कुराम का मतलब पढ़ते हैं और समझ में आता है तो तब हमें पता चलता है कि अल्लाह इतना कहता है कि इन चीज़ों पर गौर करो, फ़िक्र करो, कहता है हमसे कि अल्लाह हमसे क्या चाहता है? कुरान में यह बताता है. अपना creation plan of God जो है उससे हमें वाकिफ कराता है. तो अल्लाह उससे दुआ है कि हम कुरान को समझकर उसके मतलब के साथ पढ़ें.</w:t>
      </w:r>
    </w:p>
    <w:p>
      <w:r>
        <w:rPr>
          <w:b/>
        </w:rPr>
        <w:t xml:space="preserve">[15:17] </w:t>
      </w:r>
      <w:r>
        <w:t>apna introspection kar rahe hain ki hum quran ko apni zindagi mein kitna apply karte hain? kya hum quran ke hisab se god oriented life guzar rahe hain? kya hum aakhirat base life guzar rahe hain jo quran humse kehta hai aur aur ek dai ka role hum ada kar rahe hain ya nahi kar rahe hain yani allah ki message ko hum doosre logon tak pohncha rahe hain ya nahi pohncha rahe hain.</w:t>
      </w:r>
    </w:p>
    <w:p>
      <w:pPr>
        <w:jc w:val="right"/>
      </w:pPr>
      <w:r>
        <w:t>अपना introspection कर रहे हैं कि हम कुरान को अपनी ज़िंदगी में कितना apply करते हैं? क्या हम कुरान के हिसाब से god oriented life गुज़ार रहे हैं? क्या हम आख़िरात base life गुज़ार रहे हैं जो कुरान हमसे कहता है और और एक दाई का role हम अदा कर रहे हैं या नहीं कर रहे हैं यानी अल्लाह की message को हम दूसरे लोगों तक पहुंचा रहे हैं या नहीं पहुंचा रहे हैं.</w:t>
      </w:r>
    </w:p>
    <w:p>
      <w:r>
        <w:rPr>
          <w:b/>
        </w:rPr>
        <w:t xml:space="preserve">[15:47] </w:t>
      </w:r>
      <w:r>
        <w:t>abhi mujhe koi ek ladka kahin mila jahan par muslims nahi hote matlab us organization mein to woh ladka muslim tha to maine usse pucha, main bohat khush hui milkar maine usse pucha quran padhte ho? to usne kaha bohat padhta hoon mujhe to kai suratein yaad hain. to maine kaha matlab se kabhi padha hai? to usne kaha nahi matlab se to kabhi bhi nahi padha. to phir maine use samjhaya.</w:t>
      </w:r>
    </w:p>
    <w:p>
      <w:pPr>
        <w:jc w:val="right"/>
      </w:pPr>
      <w:r>
        <w:t>अभी मुझे कोई एक लड़का कहीं मिला जहां पर मुस्लिमs नहीं होते मतलब उस organization में तो वह लड़का मुस्लिम था तो मैंने उससे पुछा, मैं बहुत खुश हुई मिलकर मैंने उससे पुछा कुरान पढ़ते हो? तो उसने कहा बहुत पढ़ता हूं मुझे तो कई सूरतें याद हैं. तो मैंने कहा मतलब से कभी पढ़ा है? तो उसने कहा नहीं मतलब से तो कभी भी नहीं पढ़ा. तो फिर मैंने उसे समझाया.</w:t>
      </w:r>
    </w:p>
    <w:p>
      <w:r>
        <w:rPr>
          <w:b/>
        </w:rPr>
        <w:t xml:space="preserve">[16:11] </w:t>
      </w:r>
      <w:r>
        <w:t>to log zyada tar usko samajhte hain ke padhna hamare liye kaafi hai aur jab hum quran padhte hain</w:t>
      </w:r>
    </w:p>
    <w:p>
      <w:pPr>
        <w:jc w:val="right"/>
      </w:pPr>
      <w:r>
        <w:t>तो लोग ज़्यादातर उसको समझते हैं कि पढ़ना हमारे लिए काफ़ी है और जब हम पुरान पढ़ते हैं</w:t>
      </w:r>
    </w:p>
    <w:p>
      <w:r>
        <w:rPr>
          <w:b/>
        </w:rPr>
        <w:t xml:space="preserve">[16:18] </w:t>
      </w:r>
      <w:r>
        <w:t>tabhi to hum samjhenge ab diet divorce ka quran mein kitna clear instructions hai kya karo, kaise nahi</w:t>
      </w:r>
    </w:p>
    <w:p>
      <w:pPr>
        <w:jc w:val="right"/>
      </w:pPr>
      <w:r>
        <w:t>तभी तो हम समझेंगे अब diet divorce का पुरान में कितना clear instructions है क्या करो, कैसे नहीं</w:t>
      </w:r>
    </w:p>
    <w:p>
      <w:r>
        <w:rPr>
          <w:b/>
        </w:rPr>
        <w:t xml:space="preserve">[16:25] </w:t>
      </w:r>
      <w:r>
        <w:t>karo aur kitne galat galat tareeqon se hum log usmein karte hain to agar hum quran ko samjhenge</w:t>
      </w:r>
    </w:p>
    <w:p>
      <w:pPr>
        <w:jc w:val="right"/>
      </w:pPr>
      <w:r>
        <w:t>करो और कितने ग़लत ग़लत तरीकों से हम लोग उसमें करते हैं तो अगर हम पुरान को समझेंगे</w:t>
      </w:r>
    </w:p>
    <w:p>
      <w:r>
        <w:rPr>
          <w:b/>
        </w:rPr>
        <w:t xml:space="preserve">[16:32] </w:t>
      </w:r>
      <w:r>
        <w:t>to Allah hamein iski tofeeq de ke hum quran ko achhi tarah samajh paayein, use chhodi hui kitab</w:t>
      </w:r>
    </w:p>
    <w:p>
      <w:pPr>
        <w:jc w:val="right"/>
      </w:pPr>
      <w:r>
        <w:t>तो अल्लाह हमें इसकी तोफ़ीक़ दे कि हम उरान को अच्छी तरह समझ पाएं, उसे छोड़ी हुई किताब</w:t>
      </w:r>
    </w:p>
    <w:p>
      <w:r>
        <w:rPr>
          <w:b/>
        </w:rPr>
        <w:t xml:space="preserve">[16:39] </w:t>
      </w:r>
      <w:r>
        <w:t>na banayein, samajhkar apni zindagi mein apply karein.</w:t>
      </w:r>
    </w:p>
    <w:p>
      <w:pPr>
        <w:jc w:val="right"/>
      </w:pPr>
      <w:r>
        <w:t>ना बनाएं, समझकर अपनी ज़िंदगी में apply करें.</w:t>
      </w:r>
    </w:p>
    <w:p>
      <w:r>
        <w:rPr>
          <w:b/>
        </w:rPr>
        <w:t xml:space="preserve">[16:47] </w:t>
      </w:r>
      <w:r>
        <w:t>yahi main meri main samajh paayi hoon yahi mulana ki thi. yahi allah ki message hai ki hum sabze uske jaza kar le.</w:t>
      </w:r>
    </w:p>
    <w:p>
      <w:pPr>
        <w:jc w:val="right"/>
      </w:pPr>
      <w:r>
        <w:t>यही मैं मेरी मैं समझ पाई हूं यही मुलाना की थी. यही अल्लाह की message है कि हम सब्ज़े उसके जज़ा कर ले.</w:t>
      </w:r>
    </w:p>
    <w:p>
      <w:r>
        <w:rPr>
          <w:b/>
        </w:rPr>
        <w:t xml:space="preserve">[16:57] </w:t>
      </w:r>
      <w:r>
        <w:t>jaza kar la apa, aapne bohat sari baatein batai aur points bataya hum logon ko aur jaise ki main samajh pa rahi hoon aaj ke is daur par khaas karke social media ka jo daur hai jahan kuch ek section hai jo they say ki bihar very much related to quran but mujhe lagta hai ki aaj ke is generation mein aur yeh jo article hai maulanac ka bohat zyada apply hota hai hamare upar.</w:t>
      </w:r>
    </w:p>
    <w:p>
      <w:pPr>
        <w:jc w:val="right"/>
      </w:pPr>
      <w:r>
        <w:t>जज़ा कर ला आपा, आपने बहुत सारी बातें बताई और points बताया हम लोगों को और जैसे कि मैं समझ पा रही हूं आज के इस दौर पर खास करके social media का जो दौर है जहां कुछ एक section है जो they say कि बिहार very much related to कुरान but मुझे लगता है कि आज के इस generation में और यह जो article है मौलानक का बहुत ज़्यादा apply होता है हमारे ऊपर.</w:t>
      </w:r>
    </w:p>
    <w:p>
      <w:r>
        <w:rPr>
          <w:b/>
        </w:rPr>
        <w:t xml:space="preserve">[17:25] </w:t>
      </w:r>
      <w:r>
        <w:t>kabhi kabhi main woh facebook mein jab main saf karti rehti hoon to quran ki ek ayat aati hai aur usko kabhi aisa hota hai ki hum sunte hain aur kabhi aisa hota hai ki hum usko pass kar dete hain. to ekdum se aisa lagta hai ki kahin aisa to nahi ki maine kuch galat kiya ho ki there are times when you are not in a position to listen to those quranic verses.</w:t>
      </w:r>
    </w:p>
    <w:p>
      <w:pPr>
        <w:jc w:val="right"/>
      </w:pPr>
      <w:r>
        <w:t>कभी कभी मैं वह Facebook में जब मैं सफ़ करती रहती हूं तो कुरान की एक आयत आती है और उसको कभी ऐसा होता है कि हम सुनते हैं और कभी ऐसा होता है कि हम उसको pass कर देते हैं. तो एकदम से ऐसा लगता है कि कहीं ऐसा तो नहीं कि मैंने कुछ गलत किया हो कि there are times when you are not in a position to listen to those कुरानिक verses.</w:t>
      </w:r>
    </w:p>
    <w:p>
      <w:r>
        <w:rPr>
          <w:b/>
        </w:rPr>
        <w:t xml:space="preserve">[17:48] </w:t>
      </w:r>
      <w:r>
        <w:t>this is one thing i would like the answer to this question ki kya aisa karna sahi hai aur yeh jo article molana ne jo bohat sari baatein ismein batai hai. mujhe lagta hai aaj ki is age mein bohat zyada apply hota hai. aaj ke is generation mein main kahin nahi dekhti hoon ki nobody is interested in quran.</w:t>
      </w:r>
    </w:p>
    <w:p>
      <w:pPr>
        <w:jc w:val="right"/>
      </w:pPr>
      <w:r>
        <w:t>This is one thing I would like the answer to this question कि क्या ऐसा करना सही है और यह जो article मोलाना ने जो बहुत सारी बातें इसमें बताई है. मुझे लगता है आज की इस age में बहुत ज़्यादा apply होता है. आज के इस generation में मैं कहीं नहीं देखती हूं कि nobody is interested in कुरान.</w:t>
      </w:r>
    </w:p>
    <w:p>
      <w:r>
        <w:rPr>
          <w:b/>
        </w:rPr>
        <w:t xml:space="preserve">[18:07] </w:t>
      </w:r>
      <w:r>
        <w:t>they want to know about, they want to learn about what's there in the quran and yeh this is could be one of the reason why it is being said that, the we have left quran as, as being the follower of islam. i would like to invite other ladies to talk about or say about in for this article.</w:t>
      </w:r>
    </w:p>
    <w:p>
      <w:pPr>
        <w:jc w:val="right"/>
      </w:pPr>
      <w:r>
        <w:t>They want to know about, they want to learn about what's there in the कुरान and यह this is could be one of the reason why it is being said that, the we have left Quran as, as being the follower of Islam. I would like to invite other ladies to talk about or say about in for this article.</w:t>
      </w:r>
    </w:p>
    <w:p>
      <w:r>
        <w:rPr>
          <w:b/>
        </w:rPr>
        <w:t xml:space="preserve">[18:32] </w:t>
      </w:r>
      <w:r>
        <w:t>achha bina ek cheez kuch kehna chah rahi thi ki matlab mujhe lagta hai jaise tumne abhi kaha to bohat zaroori hai sanjeedgi ki. sabse zyada jo sanjeedgi se samjhega na ki quran padhna kyun zaroori hai?</w:t>
      </w:r>
    </w:p>
    <w:p>
      <w:pPr>
        <w:jc w:val="right"/>
      </w:pPr>
      <w:r>
        <w:t>अच्छा बीना एक चीज़ कुछ कहना चाह रही थी कि मतलब मुझे लगता है जैसे तुमने अभी कहा तो बहुत ज़रूरी है संजीदगी की. सबसे ज़्यादा जो संजीदगी से समझेगा ना कि कुरान पढ़ना क्यों ज़रूरी है?</w:t>
      </w:r>
    </w:p>
    <w:p>
      <w:r>
        <w:rPr>
          <w:b/>
        </w:rPr>
        <w:t xml:space="preserve">[18:47] </w:t>
      </w:r>
      <w:r>
        <w:t>to yeh sanjeedgi to nahi hai is insaan ke paas isiliye jo hai ek hadish hai isko padhkar samajh mein aata hai ki ek zamana aayega bigaad ka ki bigaad itna badh jayega ki honesty uth jayegi. to ab wahi zamana hai sincerity, honesty ekdum uth chuki hai. insaan ke andar hi cheez nahi hai. maulana kehte hain ki aaj ke zamane mein agar koi waqai ikhlas aur sanjeeda insaan hai to woh oliya allah.</w:t>
      </w:r>
    </w:p>
    <w:p>
      <w:pPr>
        <w:jc w:val="right"/>
      </w:pPr>
      <w:r>
        <w:t>तो यह संजीदगी तो नहीं है इस इंसान के पास इसीलिए जो है एक हदीश है इसको पढ़कर समझ में आता है कि एक जमाना आएगा बिगाड़ का कि बिगाड़ इतना बढ़ जाएगा कि honesty उठ जाएगी. तो अब वही जमाना है sincerity, honesty एकदम उठ चुकी है. इंसान के अंदर ही चीज़ नहीं है. मौलाना कहते हैं कि आज के ज़माने में अगर कोई वाकई अखलास और संजीदा इंसान है तो वह ओलिया अल्लाह.</w:t>
      </w:r>
    </w:p>
    <w:p>
      <w:r>
        <w:rPr>
          <w:b/>
        </w:rPr>
        <w:t xml:space="preserve">[19:16] </w:t>
      </w:r>
      <w:r>
        <w:t>to yeh line bohat samajh mein aati hai ki matlab sanjeeda insaan aaj ke zamane mein milna agar woh sanjeeda hai to wahi samajh payega. to duniya mein dil ke sweet hi zyada badh gayi hai aaj ke zamane mein. har insaan ka focus unhi cheezon par rehta hai ki jitna bhi hua culture hota hai ya aaj hi naya saal hai to usmein har insaan chhota ki bada usmein involve hai.</w:t>
      </w:r>
    </w:p>
    <w:p>
      <w:pPr>
        <w:jc w:val="right"/>
      </w:pPr>
      <w:r>
        <w:t>तो यह line बहुत समझ में आती है कि मतलब संजीदा इंसान आज के ज़माने में मिलना अगर वह संजीदा है तो वही समझ पाएगा. तो दुनिया में दिल के स्वीत ही ज़्यादा बढ़ गई है आज के ज़माने में. हर इंसान का focus उन्हीं चीज़ों पर रहता है कि जितना भी हुआ culture होता है या आज ही नया साल है तो उसमें हर इंसान छोटा की बड़ा उसमें involve है.</w:t>
      </w:r>
    </w:p>
    <w:p>
      <w:r>
        <w:rPr>
          <w:b/>
        </w:rPr>
        <w:t xml:space="preserve">[19:45] </w:t>
      </w:r>
      <w:r>
        <w:t>to banawati dilchaspi, banawati soch, banawati baatein har insaan un cheezon mein itna zyada mulabbe soch chuka hai</w:t>
      </w:r>
    </w:p>
    <w:p>
      <w:pPr>
        <w:jc w:val="right"/>
      </w:pPr>
      <w:r>
        <w:t>तो बनावटी दिलचस्पी, बनावटी स्रोच, बनावटी बातें हर इंसान उन चीज़ों में इतना ज़्यादा मुलाब्बे सोच चुका है</w:t>
      </w:r>
    </w:p>
    <w:p>
      <w:r>
        <w:rPr>
          <w:b/>
        </w:rPr>
        <w:t xml:space="preserve">[19:50] </w:t>
      </w:r>
      <w:r>
        <w:t>kyon wah un saari cheezon se nikalne ko taiyaar bhi nahi hai.</w:t>
      </w:r>
    </w:p>
    <w:p>
      <w:pPr>
        <w:jc w:val="right"/>
      </w:pPr>
      <w:r>
        <w:t>क्यों वह उन सारी चीज़ों से निकलने को तैयार भी नहीं है.</w:t>
      </w:r>
    </w:p>
    <w:p>
      <w:r>
        <w:rPr>
          <w:b/>
        </w:rPr>
        <w:t xml:space="preserve">[19:56] </w:t>
      </w:r>
      <w:r>
        <w:t>to is waqt is zamane mein quran ek ek wahid rasta hai ke insaan use ke par gaur kare,</w:t>
      </w:r>
    </w:p>
    <w:p>
      <w:pPr>
        <w:jc w:val="right"/>
      </w:pPr>
      <w:r>
        <w:t>तो इस वक्त इस जमाने में कुरान एक एक वाहिद रास्ता है कि इंसान उसे के परगौर करे,</w:t>
      </w:r>
    </w:p>
    <w:p>
      <w:r>
        <w:rPr>
          <w:b/>
        </w:rPr>
        <w:t xml:space="preserve">[20:01] </w:t>
      </w:r>
      <w:r>
        <w:t>apni soch ko badle.</w:t>
      </w:r>
    </w:p>
    <w:p>
      <w:pPr>
        <w:jc w:val="right"/>
      </w:pPr>
      <w:r>
        <w:t>अपनी सोच को बदले.</w:t>
      </w:r>
    </w:p>
    <w:p>
      <w:r>
        <w:rPr>
          <w:b/>
        </w:rPr>
        <w:t xml:space="preserve">[20:07] </w:t>
      </w:r>
      <w:r>
        <w:t>uske alawa insaan ke paas koi doosra rasta nahi hai.</w:t>
      </w:r>
    </w:p>
    <w:p>
      <w:pPr>
        <w:jc w:val="right"/>
      </w:pPr>
      <w:r>
        <w:t>उसके अलावा इंसान के पास कोई दूसरा रास्ता नहीं है.</w:t>
      </w:r>
    </w:p>
    <w:p>
      <w:r>
        <w:rPr>
          <w:b/>
        </w:rPr>
        <w:t xml:space="preserve">[20:12] </w:t>
      </w:r>
      <w:r>
        <w:t>to bahut zyada zaroori hai yeh baatein samajhne nahi ke</w:t>
      </w:r>
    </w:p>
    <w:p>
      <w:pPr>
        <w:jc w:val="right"/>
      </w:pPr>
      <w:r>
        <w:t>तो बहुत ज़्यादा ज़रूरी है यह बातें समझने नहीं के</w:t>
      </w:r>
    </w:p>
    <w:p>
      <w:r>
        <w:rPr>
          <w:b/>
        </w:rPr>
        <w:t xml:space="preserve">[20:18] </w:t>
      </w:r>
      <w:r>
        <w:t>aap bilkul theek keh rahi hain ki hum jitna kar sakte hain jitne logon ke contact mein aakar kisko isko try to understand it samjho aur ek baar padhne se koi samajh mein poori baat nahi aati. humein bhi aisa lagta hai ki humein kai suraton ko poori poori kitni kitni baar samajh chuke hain lekin jab padhte hain to poori samajh phir se bhool jaate hain. to uske liye humein effort karna padegi.</w:t>
      </w:r>
    </w:p>
    <w:p>
      <w:pPr>
        <w:jc w:val="right"/>
      </w:pPr>
      <w:r>
        <w:t>आप बिल्कुल ठीक कह रही हैं कि हम जितना कर सकते हैं जितने लोगों के contact में आकर किसको इसको try to understand it समझो और एक बार पढ़ने से कोई समझ में पूरी बात नहीं आती. हमें भी ऐसा लगता है कि हमें कई सूरतों को पूरी पूरी कितनी कितनी बार समझ चुके हैं लेकिन जब पढ़ते हैं तो पूरी समझ फिर से भूल जाते हैं. तो उसके लिए हमें effort करना पड़ेगी.</w:t>
      </w:r>
    </w:p>
    <w:p>
      <w:r>
        <w:rPr>
          <w:b/>
        </w:rPr>
        <w:t xml:space="preserve">[20:45] </w:t>
      </w:r>
      <w:r>
        <w:t>haan humein zyada duniyavi cheezon mein hum lage hue hain. to jitna bhi hum kisi ko kam se kam jo cheez jo hamare bachche hain inko ko to hum achhi tarah samjha sakte hain. jo hamare janne wale labhetar kare ke hum puran ki samajh kas gaye aur maulana ka bohat shukriya ki unhone is baat par bohat zor diya.</w:t>
      </w:r>
    </w:p>
    <w:p>
      <w:pPr>
        <w:jc w:val="right"/>
      </w:pPr>
      <w:r>
        <w:t>हां हमें ज़्यादा दुनियावी चीज़ों में हम लगे हुए हैं. तो जितना भी हम किसी को कम से कम जो चीज़ जो हमारे बच्चे हैं इनको को तो हम अच्छी तरह समझा सकते हैं. जो हमारे जानने वाले लाभेतर करे के हम पुरान की समझ कस गए और मौलाना का बहुत शुक्रिया कि उन्होंने इस बात पर बहुत ज़ोर दिया.</w:t>
      </w:r>
    </w:p>
    <w:p>
      <w:r>
        <w:rPr>
          <w:b/>
        </w:rPr>
        <w:t xml:space="preserve">[21:10] </w:t>
      </w:r>
      <w:r>
        <w:t>ji princess ek khan, princess khan aap bataen, reshare your learning. assalam walekum. see important topic waise to sare hi topic hum log important yahan par discuss karte hain.</w:t>
      </w:r>
    </w:p>
    <w:p>
      <w:pPr>
        <w:jc w:val="right"/>
      </w:pPr>
      <w:r>
        <w:t>जी princess एक खान, princess खान आप बताएं, reshare your learning. अस्सलाम वालेकुम. सी important topic वैसे तो सारे ही topic हम लोग important यहां पर discuss करते हैं.</w:t>
      </w:r>
    </w:p>
    <w:p>
      <w:r>
        <w:rPr>
          <w:b/>
        </w:rPr>
        <w:t xml:space="preserve">[21:28] </w:t>
      </w:r>
      <w:r>
        <w:t>magar kyunki yeh qurane kareen ki baat hai aur jaisa ki hamara main maqsad cps ka malana sahab ko ne jo cps bhi banai uska bhi main maqsad yeh hai ki hum logon tak allah ka pyagam pohnchaen. logon tak hum jab allah ka pyagam pohnchaenge hum sahibe quran hain.</w:t>
      </w:r>
    </w:p>
    <w:p>
      <w:pPr>
        <w:jc w:val="right"/>
      </w:pPr>
      <w:r>
        <w:t>मगर क्योंकि यह कुराने करीन की बात है और जैसा कि हमारा main मकसद CPS का मलाना साहब को ने जो CPS भी बनाई उसका भी main मकसद यह है कि हम लोगों तक अल्लाह का प्यागाम पहुंचाएं. लोगों तक हम जब अल्लाह का प्यागाम पहुंचाएंगे हम साहिबे कुरान हैं.</w:t>
      </w:r>
    </w:p>
    <w:p>
      <w:r>
        <w:rPr>
          <w:b/>
        </w:rPr>
        <w:t xml:space="preserve">[21:46] </w:t>
      </w:r>
      <w:r>
        <w:t>jab hum us quran ko samjhenge, jab hum uske mafhoom ko samjhenge to hum dai yani ki doctor jab hi doctor banega, jab woh medical college ke is process se guzrega, phir jaakar woh sare tahan se pass hokar doctor banta hai. jo maine main understand kar saki isko chhora hua samajhna. jaise hum ek mamuli si mamuli cheez bhi kharidte hain to uske saath uska milta hai. how to use?</w:t>
      </w:r>
    </w:p>
    <w:p>
      <w:pPr>
        <w:jc w:val="right"/>
      </w:pPr>
      <w:r>
        <w:t>जब हम उस कुरान को समझेंगे, जब हम उसके मफून को समझेंगे तो हम दाई यानी कि doctor जब ही doctor बनेगा, जब वह medical college के इस process से गुज़रेगा, फिर जाकर वह सारे तहान से pass होकर doctor बनता है. जो मैंने मैं understand कर सकी इसको छोड़ा हुआ समझना. जैसे हम एक मामूली सी मामूली चीज़ भी खरीदते हैं तो उसके साथ उसका मिलता है. How to use?</w:t>
      </w:r>
    </w:p>
    <w:p>
      <w:r>
        <w:rPr>
          <w:b/>
        </w:rPr>
        <w:t xml:space="preserve">[22:13] </w:t>
      </w:r>
      <w:r>
        <w:t>to allah taala ne itni badi takleef kari duniya mein usko bheja how to behave? tumhein duniya mein kaise rehna hai? uski rahnumai ke liye woh guide book bhi hamare saath bheji.</w:t>
      </w:r>
    </w:p>
    <w:p>
      <w:pPr>
        <w:jc w:val="right"/>
      </w:pPr>
      <w:r>
        <w:t>तो अल्लाह ताला ने इतनी बड़ी तकलीफ करी दुनिया में उसको भेजा how to behave? तुम्हें दुनिया में कैसे रहना है? उसकी रहनुमाई के लिए वह guide book भी हमारे साथ भेजी.</w:t>
      </w:r>
    </w:p>
    <w:p>
      <w:r>
        <w:rPr>
          <w:b/>
        </w:rPr>
        <w:t xml:space="preserve">[22:24] </w:t>
      </w:r>
      <w:r>
        <w:t>yaani ke Allah taala ne aur usko samjhenge nahi, uska jawab nahi talash karenge to humko daai banne</w:t>
      </w:r>
    </w:p>
    <w:p>
      <w:pPr>
        <w:jc w:val="right"/>
      </w:pPr>
      <w:r>
        <w:t>यानी कि अल्लाह तालाह ने और उसको समझेंगे नहीं, उसका जवाब नहीं तलाश करेंगे तो हमको दाई बनने</w:t>
      </w:r>
    </w:p>
    <w:p>
      <w:r>
        <w:rPr>
          <w:b/>
        </w:rPr>
        <w:t xml:space="preserve">[22:41] </w:t>
      </w:r>
      <w:r>
        <w:t>ke liye bhi basic cheez quran ko samajhna hai.</w:t>
      </w:r>
    </w:p>
    <w:p>
      <w:pPr>
        <w:jc w:val="right"/>
      </w:pPr>
      <w:r>
        <w:t>के लिए भी basic चीज़ खुरानी को समझना है.</w:t>
      </w:r>
    </w:p>
    <w:p>
      <w:r>
        <w:rPr>
          <w:b/>
        </w:rPr>
        <w:t xml:space="preserve">[22:59] </w:t>
      </w:r>
      <w:r>
        <w:t>quran ko to Allah ko aage pahunchana hai.</w:t>
      </w:r>
    </w:p>
    <w:p>
      <w:pPr>
        <w:jc w:val="right"/>
      </w:pPr>
      <w:r>
        <w:t>खुरानी को तो अल्लाह को आगे पहुंचाना है.</w:t>
      </w:r>
    </w:p>
    <w:p>
      <w:r>
        <w:rPr>
          <w:b/>
        </w:rPr>
        <w:t xml:space="preserve">[23:10] </w:t>
      </w:r>
      <w:r>
        <w:t>Allah ki, Allah ki jo makhlooq hai usko unko jodne ke liye aam har aam aadmi ko matlab</w:t>
      </w:r>
    </w:p>
    <w:p>
      <w:pPr>
        <w:jc w:val="right"/>
      </w:pPr>
      <w:r>
        <w:t>अल्लाह की, अल्लाह की जो मक्लूक है उसको उनको जोड़ने के लिए आम हर आम आदमी को मतलब</w:t>
      </w:r>
    </w:p>
    <w:p>
      <w:r>
        <w:rPr>
          <w:b/>
        </w:rPr>
        <w:t xml:space="preserve">[23:22] </w:t>
      </w:r>
      <w:r>
        <w:t>jaise hamare paas ek cheez hoti hai na ke hum samajhte ki bas ek maulana hai, ek maulvi</w:t>
      </w:r>
    </w:p>
    <w:p>
      <w:pPr>
        <w:jc w:val="right"/>
      </w:pPr>
      <w:r>
        <w:t>जैसे हमारे पास एक चीज़ होती है ना कि हम समझते कि बस एक मौलाना है, एक मौलवी</w:t>
      </w:r>
    </w:p>
    <w:p>
      <w:r>
        <w:rPr>
          <w:b/>
        </w:rPr>
        <w:t xml:space="preserve">[23:34] </w:t>
      </w:r>
      <w:r>
        <w:t>hai, ek koi bada aalim deen hai.</w:t>
      </w:r>
    </w:p>
    <w:p>
      <w:pPr>
        <w:jc w:val="right"/>
      </w:pPr>
      <w:r>
        <w:t>है, एक कोई बड़ा आले में दीन है.</w:t>
      </w:r>
    </w:p>
    <w:p>
      <w:r>
        <w:rPr>
          <w:b/>
        </w:rPr>
        <w:t xml:space="preserve">[23:46] </w:t>
      </w:r>
      <w:r>
        <w:t>hum quran ko kyon aaj interpret log mukhtalif andaaz se karte hain?</w:t>
      </w:r>
    </w:p>
    <w:p>
      <w:pPr>
        <w:jc w:val="right"/>
      </w:pPr>
      <w:r>
        <w:t>हम पुरान को क्यों आज interpret लोग मुक्तलिफ अंदाज़ से करते हैं?</w:t>
      </w:r>
    </w:p>
    <w:p>
      <w:r>
        <w:rPr>
          <w:b/>
        </w:rPr>
        <w:t xml:space="preserve">[24:00] </w:t>
      </w:r>
      <w:r>
        <w:t>isliye sabki sochon ki padha aur phir uske saath us quran ko interpret kiya unhone ke quran ko</w:t>
      </w:r>
    </w:p>
    <w:p>
      <w:pPr>
        <w:jc w:val="right"/>
      </w:pPr>
      <w:r>
        <w:t>इसलिए सबकी सोचों की पढ़ा और फिर उसके साथ उस कुरान को interpret किया उन्होंने कि कुरान को</w:t>
      </w:r>
    </w:p>
    <w:p>
      <w:r>
        <w:rPr>
          <w:b/>
        </w:rPr>
        <w:t xml:space="preserve">[24:14] </w:t>
      </w:r>
      <w:r>
        <w:t>samajhne mein aasani paida hai ke tareeqa sikhaya hum logon ko aur unhone aam unka jo main maqsad</w:t>
      </w:r>
    </w:p>
    <w:p>
      <w:pPr>
        <w:jc w:val="right"/>
      </w:pPr>
      <w:r>
        <w:t>समझने में आसानी पैदा है कि तरीका सिखाया हम लोगों को और उन्होंने आम उनका जो main मकसद</w:t>
      </w:r>
    </w:p>
    <w:p>
      <w:r>
        <w:rPr>
          <w:b/>
        </w:rPr>
        <w:t xml:space="preserve">[24:28] </w:t>
      </w:r>
      <w:r>
        <w:t>mujhe samajh mein aata hai ke har aam insaan yeh allatara ne mujhe isi tarah social media mujhe</w:t>
      </w:r>
    </w:p>
    <w:p>
      <w:pPr>
        <w:jc w:val="right"/>
      </w:pPr>
      <w:r>
        <w:t>मुझे समझ में आता है कि हर आम इंसान यह अल्लातारा ने मुझे इसी तरह social media मुझे</w:t>
      </w:r>
    </w:p>
    <w:p>
      <w:r>
        <w:rPr>
          <w:b/>
        </w:rPr>
        <w:t xml:space="preserve">[24:42] </w:t>
      </w:r>
      <w:r>
        <w:t>to Facebook se maulana sahab mile the.</w:t>
      </w:r>
    </w:p>
    <w:p>
      <w:pPr>
        <w:jc w:val="right"/>
      </w:pPr>
      <w:r>
        <w:t>तो Facebook से मौलाना साहब मिले थे.</w:t>
      </w:r>
    </w:p>
    <w:p>
      <w:r>
        <w:rPr>
          <w:b/>
        </w:rPr>
        <w:t xml:space="preserve">[24:57] </w:t>
      </w:r>
      <w:r>
        <w:t>uska matlab yeh cheezein faaydemand bhi hain.</w:t>
      </w:r>
    </w:p>
    <w:p>
      <w:pPr>
        <w:jc w:val="right"/>
      </w:pPr>
      <w:r>
        <w:t>उसका मतलब यह चीज़ें फायदेमंद भी हैं.</w:t>
      </w:r>
    </w:p>
    <w:p>
      <w:r>
        <w:rPr>
          <w:b/>
        </w:rPr>
        <w:t xml:space="preserve">[25:15] </w:t>
      </w:r>
      <w:r>
        <w:t>inhein hum kehte hain na glass hai paani ka khaali to usmein hum sharaab piyein, humse mutaffar musalman</w:t>
      </w:r>
    </w:p>
    <w:p>
      <w:pPr>
        <w:jc w:val="right"/>
      </w:pPr>
      <w:r>
        <w:t>इनको हम कहते हैं ना glass है पानी का खाली तो उसमें हम शराब पिए, हमसे मुतफ़र मुसलमान</w:t>
      </w:r>
    </w:p>
    <w:p>
      <w:r>
        <w:rPr>
          <w:b/>
        </w:rPr>
        <w:t xml:space="preserve">[25:33] </w:t>
      </w:r>
      <w:r>
        <w:t>se wah hone ki wajah se Allah se door ho raha hai.</w:t>
      </w:r>
    </w:p>
    <w:p>
      <w:pPr>
        <w:jc w:val="right"/>
      </w:pPr>
      <w:r>
        <w:t>से वह होने की वजह से अल्लाह से दूर हो रहा है.</w:t>
      </w:r>
    </w:p>
    <w:p>
      <w:r>
        <w:rPr>
          <w:b/>
        </w:rPr>
        <w:t xml:space="preserve">[25:51] </w:t>
      </w:r>
      <w:r>
        <w:t>allah se aur allah ke kalam se door karne ka sabak hum musalman ban rahe hain. to humein badi gaurfikr karna chahiye ki kuram ko humne chhod diya to chhod diya magar humne usko is tarah chhod diya ki humne us kitab ko rakha bhi hai apne paas uthakar aur jo magar jis maqsad ke liye quran allah sara ne utara hai humne us maqsad ko chhod diya. shukriya. princess seh khan for sharing your thoughts and your insight.</w:t>
      </w:r>
    </w:p>
    <w:p>
      <w:pPr>
        <w:jc w:val="right"/>
      </w:pPr>
      <w:r>
        <w:t>अल्लाह से और अल्लाह के कलाम से दूर करने का सबक हम मुसलमान वन रहे हैं. तो हमें बड़ी गौरफिक्र करना चाहिए कि कुराम को हमने छोड़ दिया तो छोड़ दिया मगर हमने उसको इस तरह छोड़ दिया कि हमने उस किताब को रखा भी है अपने पास उठाकर और जो मगर जिस मकसद के लिए कुरान अल्लाह सारा ने उतारा है हमने उस मकसद को छोड़ दिया. शुक्रिया. Princess सेह खान for sharing your thoughts and your insight.</w:t>
      </w:r>
    </w:p>
    <w:p>
      <w:r>
        <w:rPr>
          <w:b/>
        </w:rPr>
        <w:t xml:space="preserve">[26:19] </w:t>
      </w:r>
      <w:r>
        <w:t>i i invite other ladies to come and share their learning. anyone? shivappn pravesh aap kuch kehna chahengi? please unmute karen aap. unmute karen. mute karna padega yeh theek hai? yes. ji assalam hai likho hai. parikhu hai uskam.</w:t>
      </w:r>
    </w:p>
    <w:p>
      <w:pPr>
        <w:jc w:val="right"/>
      </w:pPr>
      <w:r>
        <w:t>I I invite other ladies to come and share their learning. Anyone? शिवप्न प्रवेश आप कुछ कहना चाहेंगी? Please unmute करें आप. Unmute करें. Mute करना पड़ेगा यह ठीक है? Yes. जी असलाम है लिखो है. पारीखू है उसकाम.</w:t>
      </w:r>
    </w:p>
    <w:p>
      <w:r>
        <w:rPr>
          <w:b/>
        </w:rPr>
        <w:t xml:space="preserve">[26:47] </w:t>
      </w:r>
      <w:r>
        <w:t>kitab mahzar yeh bohat ahum article hai. yeh article in logon tarah se sara hai jo quran allah ki kitab hai jo kurustri sall ne panazir ki hai unka kuch log inko maarne se inkar kar dete hain. in par iman nahi late hain.</w:t>
      </w:r>
    </w:p>
    <w:p>
      <w:pPr>
        <w:jc w:val="right"/>
      </w:pPr>
      <w:r>
        <w:t>किताब महज़र यह बहुत अहम् article है. यह article इन लोगों तरह से सारा है जो कुरान अल्लाह की किताब है जो कुरूस्त्री सल्ल ने पनाज़ीर की है उनका कुछ लोग इनको मारने से इनकार कर देते हैं. इन पर ईमान नहीं लाते हैं.</w:t>
      </w:r>
    </w:p>
    <w:p>
      <w:r>
        <w:rPr>
          <w:b/>
        </w:rPr>
        <w:t xml:space="preserve">[27:06] </w:t>
      </w:r>
      <w:r>
        <w:t>aise log surfurkan mein tay gaya inhe kaafi logon ko lekin kuch log aise bhi hain jo quran</w:t>
      </w:r>
    </w:p>
    <w:p>
      <w:pPr>
        <w:jc w:val="right"/>
      </w:pPr>
      <w:r>
        <w:t>ऐसे लोग सुर्फ़ुर्कान में तय गया इन्हें काफी लोगों को लेकिन कुछ लोग ऐसे भी हैं जो कुरान</w:t>
      </w:r>
    </w:p>
    <w:p>
      <w:r>
        <w:rPr>
          <w:b/>
        </w:rPr>
        <w:t xml:space="preserve">[27:25] </w:t>
      </w:r>
      <w:r>
        <w:t>ko zubani taur par alag hi kitab mante hain lekin glasses ka kitab nahi karte hain.</w:t>
      </w:r>
    </w:p>
    <w:p>
      <w:pPr>
        <w:jc w:val="right"/>
      </w:pPr>
      <w:r>
        <w:t>को ज़ुबानी तौर पर अलग ही किताब मानते हैं लेकिन glasses का किताब नहीं करते हैं.</w:t>
      </w:r>
    </w:p>
    <w:p>
      <w:r>
        <w:rPr>
          <w:b/>
        </w:rPr>
        <w:t xml:space="preserve">[27:44] </w:t>
      </w:r>
      <w:r>
        <w:t>woh quran ko woh quran ki kitab ko quran ke andaaz mein nahi lete hain.</w:t>
      </w:r>
    </w:p>
    <w:p>
      <w:pPr>
        <w:jc w:val="right"/>
      </w:pPr>
      <w:r>
        <w:t>वह कुरान को वह कुरान की किताब को कुरान के अंदाज़ में नहीं लेते हैं.</w:t>
      </w:r>
    </w:p>
    <w:p>
      <w:r>
        <w:rPr>
          <w:b/>
        </w:rPr>
        <w:t xml:space="preserve">[28:03] </w:t>
      </w:r>
      <w:r>
        <w:t>lekin quran mein har qism ka masahil hai, masahil ko talash karen agar gaur sweekr karen quran ek aisi kitab hai, ek rahnumai kitab hai jis se hum log ko har tarah ki raushni milengi.</w:t>
      </w:r>
    </w:p>
    <w:p>
      <w:pPr>
        <w:jc w:val="right"/>
      </w:pPr>
      <w:r>
        <w:t>लेकिन कुरान में हर किस्म का मसाहिल है, मसाहिल को तलाश करें अगर गौर स्वीक्र करें कुरान एक ऐसी किताब है, एक रहनुमाई किताब है जिससे हम लोग को हर तरह की रौशनी मिलेंगी.</w:t>
      </w:r>
    </w:p>
    <w:p>
      <w:r>
        <w:rPr>
          <w:b/>
        </w:rPr>
        <w:t xml:space="preserve">[28:30] </w:t>
      </w:r>
      <w:r>
        <w:t>taaki hum apne aap ko pehle apne aap ko hum jaan chahiye ki quran jo naazil hui hai hamare liye kis liye? agar humko jo is duniya mein bheje hain quran ke saath hum to usko quran pehle hum to god shuru karen usko maan hi samjhe, uska tetabul ke saath sochein. agar hum quran ka maan nahi samajhte hain, apna isko sirf taak madad dete hain, taaki uska izzat izzat ka karna kaisa hoga?</w:t>
      </w:r>
    </w:p>
    <w:p>
      <w:pPr>
        <w:jc w:val="right"/>
      </w:pPr>
      <w:r>
        <w:t>ताकि हम अपने आप को पहले अपने आप को हम जान चाहिए कि कुरान जो नाज़िल हुई है हमारे लिए किस लिए? अगर हमको जो इस दुनिया में भेजे हैं कुरान के साथ हम तो उसको कुरान पहले हम तो god शुरू करें उसको मान ही समझे, उसका तेतबुल के साथ सोचें. अगर हम कुरान का मान नहीं समझते हैं, अपना इसको सिर्फ ताक मदद देते हैं, ताकि उसका इज़्ज़त इज़्ज़त का करना कैसा होगा?</w:t>
      </w:r>
    </w:p>
    <w:p>
      <w:r>
        <w:rPr>
          <w:b/>
        </w:rPr>
        <w:t xml:space="preserve">[28:58] </w:t>
      </w:r>
      <w:r>
        <w:t>kya mali samajhkar apne andar ki galatfehmi ko nikalen ki hum kahan galat hai? kis tarah se hum, quran ka kis tarah se hum alag alag kaam kaman rahe hain? alag rahamse kya chah rahe hain? humse rabani sakht kamali kaise banenge? purification of soul hum kis tarah karenge jab hum quran kaman nahi jante hain. jaise najma najma sahab boli hai talaq.</w:t>
      </w:r>
    </w:p>
    <w:p>
      <w:pPr>
        <w:jc w:val="right"/>
      </w:pPr>
      <w:r>
        <w:t>क्या माली समझकर अपने अंदर की गलतफहमी को निकालें कि हम कहां गलत है? किस तरह से हम, कुरान का किस तरह से हम अलग अलग काम कमान रहे हैं? अलग राहमसे क्या चाह रहे हैं? हमसे रबानी सख़्त कमाली कैसे बनेंगे? Purification of soul हम किस तरह करेंगे जब हम कुरान कमान नहीं जानते हैं. जैसे नजमा नजमा साहब बोली है तलाक.</w:t>
      </w:r>
    </w:p>
    <w:p>
      <w:r>
        <w:rPr>
          <w:b/>
        </w:rPr>
        <w:t xml:space="preserve">[29:20] </w:t>
      </w:r>
      <w:r>
        <w:t>talaq jo masla van jata hai talaq ki usko hum nahi padhen samjhe to talaq ke bina bhai ek baar talaq bol diye talaq hogi ya ghar par jab divert kar deta hai kitna talaq ho talaq kya kya masla hai? usko padhne ka bawajood poora masla saamne aa jayega talaq ka aana. tailaq itne ko aasan cheez nahi hai tailaq kis kis kis binaah par tailaq hai. wah ek masla wah tailaq ka puraan mein. quran mein bahut sa masal hai har qism ka masal hai.</w:t>
      </w:r>
    </w:p>
    <w:p>
      <w:pPr>
        <w:jc w:val="right"/>
      </w:pPr>
      <w:r>
        <w:t>तलाक जो मसला वन जाता है तलाक की उसको हम नहीं पढ़ें समझे तो तलाक के बिना भाई एक बार तलाक बोल दिए तलाक होगी या घर पर जब divert कर देता है कितना तलाक हो तलाक क्या क्या मसला है? उसको पढ़ने का बावजूद पूरा मसला सामने आ जाएगा तलाक का आना. तैलाक इतने को आसान चीज़ नहीं है तैलाक किस किस किस बिनाह पर तैलाक है. वह एक मसला वह तैलाक का पुरान में. कुरान में बहुत सा मसाल है हर किस्म का मसाल है.</w:t>
      </w:r>
    </w:p>
    <w:p>
      <w:r>
        <w:rPr>
          <w:b/>
        </w:rPr>
        <w:t xml:space="preserve">[29:48] </w:t>
      </w:r>
      <w:r>
        <w:t>hum kis tarah se kaafilon ke saath pesh karein, kis tarah se apna paigham kis tarah daai bane</w:t>
      </w:r>
    </w:p>
    <w:p>
      <w:pPr>
        <w:jc w:val="right"/>
      </w:pPr>
      <w:r>
        <w:t>हम किस तरह से काफीलों के साथ पेश करें, किस तरह से अपना पैगाम किस तरह दाई बने</w:t>
      </w:r>
    </w:p>
    <w:p>
      <w:r>
        <w:rPr>
          <w:b/>
        </w:rPr>
        <w:t xml:space="preserve">[30:07] </w:t>
      </w:r>
      <w:r>
        <w:t>hain, kis tarah apne apne apne aap ko zindagi ke liye paisa pehle hum apne aap ko qwan padhkar apne</w:t>
      </w:r>
    </w:p>
    <w:p>
      <w:pPr>
        <w:jc w:val="right"/>
      </w:pPr>
      <w:r>
        <w:t>हैं, किस तरह अपने अपने अपने आपको ज़िंदगी के लिए पैसा पहले हम अपने आपको क्वान पढ़कर अपने</w:t>
      </w:r>
    </w:p>
    <w:p>
      <w:r>
        <w:rPr>
          <w:b/>
        </w:rPr>
        <w:t xml:space="preserve">[30:27] </w:t>
      </w:r>
      <w:r>
        <w:t>aap ko samajhna hai.</w:t>
      </w:r>
    </w:p>
    <w:p>
      <w:pPr>
        <w:jc w:val="right"/>
      </w:pPr>
      <w:r>
        <w:t>आपको समझना है.</w:t>
      </w:r>
    </w:p>
    <w:p>
      <w:r>
        <w:rPr>
          <w:b/>
        </w:rPr>
        <w:t xml:space="preserve">[30:47] </w:t>
      </w:r>
      <w:r>
        <w:t>sabse pehle apne aap ko aisi sakhsad banayein hum kalyatala humse matlab hai matlab ho.</w:t>
      </w:r>
    </w:p>
    <w:p>
      <w:pPr>
        <w:jc w:val="right"/>
      </w:pPr>
      <w:r>
        <w:t>सबसे पहले अपने आप को ऐसी सख़्सद बनाएं हम कल्याताला हमसे मतलब है मतलब हो.</w:t>
      </w:r>
    </w:p>
    <w:p>
      <w:r>
        <w:rPr>
          <w:b/>
        </w:rPr>
        <w:t xml:space="preserve">[31:10] </w:t>
      </w:r>
      <w:r>
        <w:t>alag alag humse chahte hain insaan se chahte hain insaan ko ek achhi sakhsad banayein.</w:t>
      </w:r>
    </w:p>
    <w:p>
      <w:pPr>
        <w:jc w:val="right"/>
      </w:pPr>
      <w:r>
        <w:t>अलग अलग हमसे चाहते हैं इंसान से चाहते हैं इंसान को एक अच्छी सख़्सद बनाएं.</w:t>
      </w:r>
    </w:p>
    <w:p>
      <w:r>
        <w:rPr>
          <w:b/>
        </w:rPr>
        <w:t xml:space="preserve">[31:33] </w:t>
      </w:r>
      <w:r>
        <w:t>manasha har jagah har cheez ka maane jo hamara saamne kitab hai tajuma kitab hai har cheez mein</w:t>
      </w:r>
    </w:p>
    <w:p>
      <w:pPr>
        <w:jc w:val="right"/>
      </w:pPr>
      <w:r>
        <w:t>मनाषा हर जगह हर चीज़ का माने जो हमारा सामने किताब है तजुमा किताब है हर चीज़ में</w:t>
      </w:r>
    </w:p>
    <w:p>
      <w:r>
        <w:rPr>
          <w:b/>
        </w:rPr>
        <w:t xml:space="preserve">[31:46] </w:t>
      </w:r>
      <w:r>
        <w:t>likha hua saaf saaf lega toh usko hum theek se nahi padhte hain.</w:t>
      </w:r>
    </w:p>
    <w:p>
      <w:pPr>
        <w:jc w:val="right"/>
      </w:pPr>
      <w:r>
        <w:t>लिखा हुआ साफ साफ लेगा तो उसको हम ठीक से नहीं पढ़ते हैं.</w:t>
      </w:r>
    </w:p>
    <w:p>
      <w:r>
        <w:rPr>
          <w:b/>
        </w:rPr>
        <w:t xml:space="preserve">[32:00] </w:t>
      </w:r>
      <w:r>
        <w:t>tab sahi daai bhi van nahi sakte hain.</w:t>
      </w:r>
    </w:p>
    <w:p>
      <w:pPr>
        <w:jc w:val="right"/>
      </w:pPr>
      <w:r>
        <w:t>तब सही दाई भी वन नहीं सकते हैं.</w:t>
      </w:r>
    </w:p>
    <w:p>
      <w:r>
        <w:rPr>
          <w:b/>
        </w:rPr>
        <w:t xml:space="preserve">[32:14] </w:t>
      </w:r>
      <w:r>
        <w:t>sarsdeep aap hum padh rahe hain is par god freak nahi karen kitna ghar mein hamare ghar mein bahut sa masal hai. har masal ka har puraan hai. har cheez ka har quran apne aap ko agar hum shukmun ko bahut pareshan hai. agar achhe se maniyam padhti hain ya suryasin ka maani padh rahe hain to apne andar ek qism ka sukooniyat kary aate jaise al rahman padh rahe hain bahut takleef hai dard hai poora maani padhe achhe se apne aap ko bahut sukoon na hi le aata hai neend bhi aa jati hai achhe se.</w:t>
      </w:r>
    </w:p>
    <w:p>
      <w:pPr>
        <w:jc w:val="right"/>
      </w:pPr>
      <w:r>
        <w:t>सरसदीप आप हम पढ़ रहे हैं इस पर god freak नहीं करें कितना घर में हमारे घर में बहुत सा मसाल है. हर मसाल का हर पुरान है. हर चीज़ का हर कुरान अपने आप को अगर हम शुक्मुन को बहुत परेशान है. अगर अच्छे से मानियम पढ़ती हैं या सुर्यासिन का मानी पढ़ रहे हैं तो अपने अंदर एक किस्म का सुकूनियत कार्य आते जैसे अल रहमान पढ़ रहे हैं बहुत तकलीफ है दर्द है पूरा मानी पढ़े अच्छे से अपने आप को बहुत सुकून ना ही ले आता है नींद भी आ जाती है अच्छे से.</w:t>
      </w:r>
    </w:p>
    <w:p>
      <w:r>
        <w:rPr>
          <w:b/>
        </w:rPr>
        <w:t xml:space="preserve">[32:43] </w:t>
      </w:r>
      <w:r>
        <w:t>yahi mera is article se hi hai sunasth ki sumana. inchza karna for sharing your points. jo aapne kaha bahut achhi baaten kahi ki kis tarah se hum logon ne quran ko chhod diya hai aur kis tarah se misunderstand kar rahe hain quran ka jo tareeka hai aur jo hamein apni zindagi mein hamein apnana chahiye. to main request karti hoon all ladies jo yahan hai please activity learning share karen.</w:t>
      </w:r>
    </w:p>
    <w:p>
      <w:pPr>
        <w:jc w:val="right"/>
      </w:pPr>
      <w:r>
        <w:t>यही मेरा इस article से ही है सुनस्थ की सुमना. इंचज़ा करना for sharing your points. जो आपने कहा बहुत अच्छी बातें कही कि किस तरह से हम लोगों ने कुरान को छोड़ दिया है और किस तरह से misunderstand कर रहे हैं कुरान का जो तरीका है और जो हमें अपनी ज़िंदगी में हमें अपनाना चाहिए. तो मैं request करती हूं all ladies जो यहां है please activity learning share करें.</w:t>
      </w:r>
    </w:p>
    <w:p>
      <w:r>
        <w:rPr>
          <w:b/>
        </w:rPr>
        <w:t xml:space="preserve">[33:13] </w:t>
      </w:r>
      <w:r>
        <w:t>We have got twenty five minutes more.</w:t>
      </w:r>
    </w:p>
    <w:p>
      <w:pPr>
        <w:jc w:val="right"/>
      </w:pPr>
      <w:r>
        <w:t>We have got twenty five minutes more.</w:t>
      </w:r>
    </w:p>
    <w:p>
      <w:r>
        <w:rPr>
          <w:b/>
        </w:rPr>
        <w:t xml:space="preserve">[33:23] </w:t>
      </w:r>
      <w:r>
        <w:t>humne toh quran mein sorry main yeh bhi ji.</w:t>
      </w:r>
    </w:p>
    <w:p>
      <w:pPr>
        <w:jc w:val="right"/>
      </w:pPr>
      <w:r>
        <w:t>हमने तो कुरान में sorry मैं यह भी जी.</w:t>
      </w:r>
    </w:p>
    <w:p>
      <w:r>
        <w:rPr>
          <w:b/>
        </w:rPr>
        <w:t xml:space="preserve">[33:34] </w:t>
      </w:r>
      <w:r>
        <w:t>bilkul, quran ka istemal hi doosra kar diya hai.</w:t>
      </w:r>
    </w:p>
    <w:p>
      <w:pPr>
        <w:jc w:val="right"/>
      </w:pPr>
      <w:r>
        <w:t>बिल्कुल, कुरान का इस्तेमाल ही दूसरा कर दिया है.</w:t>
      </w:r>
    </w:p>
    <w:p>
      <w:r>
        <w:rPr>
          <w:b/>
        </w:rPr>
        <w:t xml:space="preserve">[33:45] </w:t>
      </w:r>
      <w:r>
        <w:t>yeh toh routine se doori hai aur hadish aur aaj quran ko padhne ke baad sabit hai ki</w:t>
      </w:r>
    </w:p>
    <w:p>
      <w:pPr>
        <w:jc w:val="right"/>
      </w:pPr>
      <w:r>
        <w:t>यह तो routine से दूरी है और हदीश और आज कुरान को पढ़ने के बाद साबित है कि</w:t>
      </w:r>
    </w:p>
    <w:p>
      <w:r>
        <w:rPr>
          <w:b/>
        </w:rPr>
        <w:t xml:space="preserve">[33:55] </w:t>
      </w:r>
      <w:r>
        <w:t>musalmanon ke liye nijaad aur kaamyaabi ka jo raasta hai use rasool aur asaab e rasool ki tareeqa hai.</w:t>
      </w:r>
    </w:p>
    <w:p>
      <w:pPr>
        <w:jc w:val="right"/>
      </w:pPr>
      <w:r>
        <w:t>मुसलमानों के लिए निजाद और कामयाबी का जो रास्ता है उसे रसूल और असाब ए रसूल की तरीका है.</w:t>
      </w:r>
    </w:p>
    <w:p>
      <w:r>
        <w:rPr>
          <w:b/>
        </w:rPr>
        <w:t xml:space="preserve">[34:06] </w:t>
      </w:r>
      <w:r>
        <w:t>lekin hum log ab yeh cheez ko kahin nahi samajh paate.</w:t>
      </w:r>
    </w:p>
    <w:p>
      <w:pPr>
        <w:jc w:val="right"/>
      </w:pPr>
      <w:r>
        <w:t>लेकिन हम लोग अब यह चीज़ को कहीं नहीं समझ पाते.</w:t>
      </w:r>
    </w:p>
    <w:p>
      <w:r>
        <w:rPr>
          <w:b/>
        </w:rPr>
        <w:t xml:space="preserve">[34:17] </w:t>
      </w:r>
      <w:r>
        <w:t>hum log ne sirf maulana sahab sahi sahi cheez ko samjha hai.</w:t>
      </w:r>
    </w:p>
    <w:p>
      <w:pPr>
        <w:jc w:val="right"/>
      </w:pPr>
      <w:r>
        <w:t>हम लोग ने सिर्फ मौलाना साहब सही सही चीज़ को समझा है.</w:t>
      </w:r>
    </w:p>
    <w:p>
      <w:r>
        <w:rPr>
          <w:b/>
        </w:rPr>
        <w:t xml:space="preserve">[34:28] </w:t>
      </w:r>
      <w:r>
        <w:t>jo taqreer kiya tha to wah mujhe bahut samajh mein aata hai. aaj ke musalmanon ke mutabiq hai lekin yeh to hai bible ki lekin yeh isi tarah ke jo hai mamla jo hai aaj ke musalmanon ka hai. yeh masihi wali line mein jo hai aaj ke logon ke upar, aaj ke musalmanon ke upar sahi hoti hai ki yeh likha hua hai ki ae rehakar, faqihon aur farisiyon.</w:t>
      </w:r>
    </w:p>
    <w:p>
      <w:pPr>
        <w:jc w:val="right"/>
      </w:pPr>
      <w:r>
        <w:t>जो तक़रीर किया था तो वह मुझे बहुत समझ में आता है. आज के मुसलमानों के मुताबिक है लेकिन यह तो है Bible की लेकिन यह इसी तरह के जो है मामला जो है आज के मुसलमानों का है. यह मसीह वाली line में जो है आज के लोगों के ऊपर, आज के मुसलमानों के ऊपर सही होती है कि यह लिखा हुआ है कि ऐ रेहाकार, फ़क़ीहों और फ़रीसियों.</w:t>
      </w:r>
    </w:p>
    <w:p>
      <w:r>
        <w:rPr>
          <w:b/>
        </w:rPr>
        <w:t xml:space="preserve">[34:55] </w:t>
      </w:r>
      <w:r>
        <w:t>tum par afsos ki pudina aur sauf aur jeera par to dekh dekhi dete ho, par tumne shariyat ke zyada bhari baaton yani insaaf aur raham aur imaan ko chhod diya hai. lazim tha ki yeh bhi karte aur wah bhi na chhodte. ae andhearah batane walon jo machhar ko to chhaante ho aur oont ko nigal jaate ho.</w:t>
      </w:r>
    </w:p>
    <w:p>
      <w:pPr>
        <w:jc w:val="right"/>
      </w:pPr>
      <w:r>
        <w:t>तुम पर अफसोस की पुदीना और सौफ और जीरा पर तो देख देखी देते हो, पर तुमने शरीयत के ज़्यादा भरी बातों यानी इंसाफ और रहम और ईमान को छोड़ दिया है. लाजिम था कि यह भी करते और वह भी ना छोड़ते. ऐ अंधेराह बताने वालों जो मच्छर को तो छांते हो और ऊंट को निगल जाते हो.</w:t>
      </w:r>
    </w:p>
    <w:p>
      <w:r>
        <w:rPr>
          <w:b/>
        </w:rPr>
        <w:t xml:space="preserve">[35:16] </w:t>
      </w:r>
      <w:r>
        <w:t>ae rehakar fakiho aur farishiyon tum par afsos ki pyale aur likabi ko upar se saaf karte ho, magar woh andar loot aur naparhezgari se bhareg denge. tum safedi firi hui khabron ki manid ho jo upar se to khoobsurat dikhai deti hain, magar andar murdon ki haddiyon aur har tarah ki nijaasat se bhari hai.</w:t>
      </w:r>
    </w:p>
    <w:p>
      <w:pPr>
        <w:jc w:val="right"/>
      </w:pPr>
      <w:r>
        <w:t>ऐ रिहाकार फकीहों और फरीशियों तुम पर अफसोस की प्याले और लिकाबी को ऊपर से साफ़ करते हो, मगर वह अंदर लूट और नापरहज़गारी से भरेग देंगे. तुम सफ़ेदी फिरी हुई खबरों की मानिद हो जो ऊपर से तो खूबसूरत दिखाई देती हैं, मगर अंदर मुर्दों की हड्डियों और हर तरह की निजासत से भरी है.</w:t>
      </w:r>
    </w:p>
    <w:p>
      <w:r>
        <w:rPr>
          <w:b/>
        </w:rPr>
        <w:t xml:space="preserve">[35:39] </w:t>
      </w:r>
      <w:r>
        <w:t>to yeh bible ki ki baat thi wah hazd masiha ne apni takreer mein kaha tha lekin musalmanon ke upar aisi tarah ki baaten laju hain. aaj ki musalman to bilkul kis taraf ja rahe hain aur unko yeh pata hi nahi hai ki hum kis taraf ja rahe hain. yeh din se doori ki wajah se hai. ji ji zaida matlab jo cheez maine bahut zyada feel kiya hai during my interaction on in my daavo work.</w:t>
      </w:r>
    </w:p>
    <w:p>
      <w:pPr>
        <w:jc w:val="right"/>
      </w:pPr>
      <w:r>
        <w:t>तो यह Bible की की बात थी वह हज़द मसीह ने अपनी तकरीब में कहा था लेकिन मुसलमानों के ऊपर ऐसी तरह की बातें लाजू हैं. आज की मुसलमान तो बिल्कुल किस तरफ जा रहे हैं और उनको यह पता ही नहीं है कि हम किस तरफ जा रहे हैं. यह दिन से दूरी की वजह से है. जी जी ज़ैदा मतलब जो चीज़ मैंने बहुत ज़्यादा feel किया है during my interaction on in my दावो work.</w:t>
      </w:r>
    </w:p>
    <w:p>
      <w:r>
        <w:rPr>
          <w:b/>
        </w:rPr>
        <w:t xml:space="preserve">[36:08] </w:t>
      </w:r>
      <w:r>
        <w:t>i often come across muslims who are asking very very weird questions and when when you tell them that this quran especially the english quran translation when they take a muslim then we tell them that you should be gifting it to some other non muslims because this is what the dawa work is. to bahut zyada first question jo unki taraf se aata hai jahan wah atke hue hain. ek to unka khud ka ek inhibition hota hai.</w:t>
      </w:r>
    </w:p>
    <w:p>
      <w:pPr>
        <w:jc w:val="right"/>
      </w:pPr>
      <w:r>
        <w:t>I often come across मुस्लिमs who are asking very very weird questions and when when you tell them that this कुरान especially the English कुरान translation when they take a मुस्लिम then we tell them that you should be gifting it to some other non मुस्लिमs because this is what the दावा work is. तो बहुत ज़्यादा first question जो उनकी तरफ से आता है जहां वह अटके हुए हैं. एक तो उनका खुद का एक inhibition होता है.</w:t>
      </w:r>
    </w:p>
    <w:p>
      <w:r>
        <w:rPr>
          <w:b/>
        </w:rPr>
        <w:t xml:space="preserve">[36:36] </w:t>
      </w:r>
      <w:r>
        <w:t>wah samajhte nahi hain ki yeh kitni badi kitab hai. message from god jo prophet ke zariye hum tak pahuncha hai aur doosri cheez jo bahut zyada wah atke hue hain, they somehow doesn't want to come out. they always ask this question, how can we give to a non muslims? they are not pure, they are not yeh question often, often, often har baar kisi bhi main aisi gathering mein jati hoon jahan musalman ka hota hai.</w:t>
      </w:r>
    </w:p>
    <w:p>
      <w:pPr>
        <w:jc w:val="right"/>
      </w:pPr>
      <w:r>
        <w:t>वह समझते नहीं है कि यह कितनी बड़ी किताब है. Message from God जो prophet के जरिए हम तक पहुंचा है और दूसरी चीज़ जो बहुत ज़्यादा वह अटके हुए हैं, they somehow doesn't want to come out. They always ask this question, how can we give to a non Muslims? They are not pure, they are not यह question often, often, often हर बार किसी भी मैं ऐसी gathering में जाती हूं जहां मुसलमान का होता है.</w:t>
      </w:r>
    </w:p>
    <w:p>
      <w:r>
        <w:rPr>
          <w:b/>
        </w:rPr>
        <w:t xml:space="preserve">[37:06] </w:t>
      </w:r>
      <w:r>
        <w:t>phir unko poora explanation diya tha. to yeh sab cheezein hum musalman khud apne liye ek deewar banakar khada karke aur ek bahana hamare paas mil jata hai for not giving the quran to a non muslim. so, i invite other ladies to come forward and share the learning please. main aap logon ke saath, main aap logon ke saath yeh share karna chah rahi hoon ki jaise christmas tha yahan par, abhi season hamara ya holiday season.</w:t>
      </w:r>
    </w:p>
    <w:p>
      <w:pPr>
        <w:jc w:val="right"/>
      </w:pPr>
      <w:r>
        <w:t>फिर उनको पूरा explanation दिया था. तो यह सब चीज़ें हम मुसलमान खुद अपने लिए एक दीवार बनाकर खड़ा करके और एक बहाना हमारे पास मिल जाता है for not giving the Quran to a non Muslim. So, I invite other ladies to come forward and share the learning please. मैं आप लोगों के साथ, मैं आप लोगों के साथ यह share करना चाह रही हूं कि जैसे Christmas था यहां पर, अभी season हमारा या holiday season.</w:t>
      </w:r>
    </w:p>
    <w:p>
      <w:r>
        <w:rPr>
          <w:b/>
        </w:rPr>
        <w:t xml:space="preserve">[37:33] </w:t>
      </w:r>
      <w:r>
        <w:t>to yeh maine is tarah se inka matlab yeh uska bag banakar aur yeh quran aur islam kitab jaise yeh maulana sahab ki hai yeh usmein usmein rakhi hai. jaise kal hamare paas yahan yahan par hamara ac sahi karne ke liye aaya tha to jo bhi aata hai ab molana sahab ki baaton se itni kehte hain na taqat aa gayi hai. samajh aa rahi hai.</w:t>
      </w:r>
    </w:p>
    <w:p>
      <w:pPr>
        <w:jc w:val="right"/>
      </w:pPr>
      <w:r>
        <w:t>तो यह मैंने इस तरह से इनका मतलब यह उसका bag बनाकर और यह कुरान और इस्लाम किताब जैसे यह मौलाना साहब की है यह उसमें उसमें रखी है. जैसे कल हमारे पास यहां यहां पर हमारा AC सही करने के लिए आया था तो जो भी आता है अब मोलाना साहब की बातों से इतनी कहते हैं ना ताकत आ गई है. समझ आ रही है.</w:t>
      </w:r>
    </w:p>
    <w:p>
      <w:r>
        <w:rPr>
          <w:b/>
        </w:rPr>
        <w:t xml:space="preserve">[37:54] </w:t>
      </w:r>
      <w:r>
        <w:t>pehle himmat nahi hoti thi, taaqat nahi hoti thi ki ab jo bhi aata hai ab main jaise</w:t>
      </w:r>
    </w:p>
    <w:p>
      <w:pPr>
        <w:jc w:val="right"/>
      </w:pPr>
      <w:r>
        <w:t>पहले हिम्मत नहीं होती थी, ताकत नहीं होती थी कि अब जो भी आता है अब मैं जैसे</w:t>
      </w:r>
    </w:p>
    <w:p>
      <w:r>
        <w:rPr>
          <w:b/>
        </w:rPr>
        <w:t xml:space="preserve">[38:26] </w:t>
      </w:r>
      <w:r>
        <w:t>lagta mera zindagi ka maqsad bhi yahi hai aana yeh quran jinka yeh program nahi pahuncha hai.</w:t>
      </w:r>
    </w:p>
    <w:p>
      <w:pPr>
        <w:jc w:val="right"/>
      </w:pPr>
      <w:r>
        <w:t>लगता मेरा ज़िंदगी का मकसद भी यही है आना यह कुरान जिनका यह program नहीं पहुंचा है.</w:t>
      </w:r>
    </w:p>
    <w:p>
      <w:r>
        <w:rPr>
          <w:b/>
        </w:rPr>
        <w:t xml:space="preserve">[38:59] </w:t>
      </w:r>
      <w:r>
        <w:t>main cheez yeh hai. mujhe kuch aisa lagna hai kya? maa bol nahi bahut achha kiya aapne jab mauka jab mile to hamein avail karne ki bahut matlab beroor usko avail karna chahiye.</w:t>
      </w:r>
    </w:p>
    <w:p>
      <w:pPr>
        <w:jc w:val="right"/>
      </w:pPr>
      <w:r>
        <w:t>Main चीज़ यह है. मुझे कुछ ऐसा लगना है क्या? मां बोल नहीं बहुत अच्छा किया आपने जब मौका जब मिले तो हमें avail करने की बहुत मतलब बेरूर उसको avail करना चाहिए.</w:t>
      </w:r>
    </w:p>
    <w:p>
      <w:r>
        <w:rPr>
          <w:b/>
        </w:rPr>
        <w:t xml:space="preserve">[39:11] </w:t>
      </w:r>
      <w:r>
        <w:t>kal hi main ek video malala sahab par sun rahi thi abhi lafsi mein hi yaad hai lekin</w:t>
      </w:r>
    </w:p>
    <w:p>
      <w:pPr>
        <w:jc w:val="right"/>
      </w:pPr>
      <w:r>
        <w:t>कल ही मैं एक video मलाला साहब पर sun रही थी अभी लफ्सी में ही याद है लेकिन</w:t>
      </w:r>
    </w:p>
    <w:p>
      <w:r>
        <w:rPr>
          <w:b/>
        </w:rPr>
        <w:t xml:space="preserve">[39:19] </w:t>
      </w:r>
      <w:r>
        <w:t>itna zaroor yaad aaya mujhe ki paani ke upar woh bol rahe the ki paani khatm hone wala</w:t>
      </w:r>
    </w:p>
    <w:p>
      <w:pPr>
        <w:jc w:val="right"/>
      </w:pPr>
      <w:r>
        <w:t>इतना ज़रूर याद आया मुझे कि पानी के ऊपर वह बोल रहे थे कि पानी खत्म होने वाला</w:t>
      </w:r>
    </w:p>
    <w:p>
      <w:r>
        <w:rPr>
          <w:b/>
        </w:rPr>
        <w:t xml:space="preserve">[39:27] </w:t>
      </w:r>
      <w:r>
        <w:t>hai khuda ko nahi parwah ki kaun pyaas aaye, kaun bhookha mand aaye, ki kaun kiske parchar takleef</w:t>
      </w:r>
    </w:p>
    <w:p>
      <w:pPr>
        <w:jc w:val="right"/>
      </w:pPr>
      <w:r>
        <w:t>है खुदा को नहीं परवाह कि कौन प्यास आए, कौन भूखा मंद आए, कि कौन किसके पर्चार तकलीफ</w:t>
      </w:r>
    </w:p>
    <w:p>
      <w:r>
        <w:rPr>
          <w:b/>
        </w:rPr>
        <w:t xml:space="preserve">[39:35] </w:t>
      </w:r>
      <w:r>
        <w:t>ho rahi hai.</w:t>
      </w:r>
    </w:p>
    <w:p>
      <w:pPr>
        <w:jc w:val="right"/>
      </w:pPr>
      <w:r>
        <w:t>हो रही है.</w:t>
      </w:r>
    </w:p>
    <w:p>
      <w:r>
        <w:rPr>
          <w:b/>
        </w:rPr>
        <w:t xml:space="preserve">[39:44] </w:t>
      </w:r>
      <w:r>
        <w:t>lekin zaroor puran pahunch jaye har ghar mein iski khuda ko tab tak tayaamat nahi aayegi. maine bhi yahi suna. ek baat main yeh share karna chahti hoon ki hamare jo mothers hain unmein sirf puran padhaya jata hai. ji. samjhaya nahi jata, translation nahi karati.</w:t>
      </w:r>
    </w:p>
    <w:p>
      <w:pPr>
        <w:jc w:val="right"/>
      </w:pPr>
      <w:r>
        <w:t>लेकिन ज़रूर पुरान पहुंच जाए हर घर में इसकी खुदा को तब तक तयामत नहीं आएगी. मैंने भी यही सुना. एक बात मैं यह share करना चाहती हूं कि हमारे जो mothers हैं उनमें सिर्फ पुरान पढ़ाया जाता है. जी. समझाया नहीं जाता, translation नहीं कराती.</w:t>
      </w:r>
    </w:p>
    <w:p>
      <w:r>
        <w:rPr>
          <w:b/>
        </w:rPr>
        <w:t xml:space="preserve">[40:06] </w:t>
      </w:r>
      <w:r>
        <w:t>woh ek bahut badi baat hai ki itne hamare poora network hai madarson ka wahan agar matlab karna</w:t>
      </w:r>
    </w:p>
    <w:p>
      <w:pPr>
        <w:jc w:val="right"/>
      </w:pPr>
      <w:r>
        <w:t>वह एक बहुत बड़ी बात है कि इतने हमारे पूरा network है mothersओं का वहां अगर मतलब करना</w:t>
      </w:r>
    </w:p>
    <w:p>
      <w:r>
        <w:rPr>
          <w:b/>
        </w:rPr>
        <w:t xml:space="preserve">[40:13] </w:t>
      </w:r>
      <w:r>
        <w:t>shuru karen to hum log yahan dilli ek dilli field team hai usse hum yeh koshish karte hain</w:t>
      </w:r>
    </w:p>
    <w:p>
      <w:pPr>
        <w:jc w:val="right"/>
      </w:pPr>
      <w:r>
        <w:t>शुरू करें तो हम लोग यहां दिल्ली एक दिल्ली field team है उससे हम यह कोशिश करते हैं</w:t>
      </w:r>
    </w:p>
    <w:p>
      <w:r>
        <w:rPr>
          <w:b/>
        </w:rPr>
        <w:t xml:space="preserve">[40:21] </w:t>
      </w:r>
      <w:r>
        <w:t>ki maulana ki kuch kitaben un motherson mein pahunchayen, un logon se baaten karke ki to phir unke</w:t>
      </w:r>
    </w:p>
    <w:p>
      <w:pPr>
        <w:jc w:val="right"/>
      </w:pPr>
      <w:r>
        <w:t>कि मौलाना की कुछ किताबें उन mothersओं में पहुंचाएं, उन लोगों से बातें करके कि तो फिर उनके</w:t>
      </w:r>
    </w:p>
    <w:p>
      <w:r>
        <w:rPr>
          <w:b/>
        </w:rPr>
        <w:t xml:space="preserve">[40:29] </w:t>
      </w:r>
      <w:r>
        <w:t>upar bhi influence hoga kyunki taaki woh matlab samjhe.</w:t>
      </w:r>
    </w:p>
    <w:p>
      <w:pPr>
        <w:jc w:val="right"/>
      </w:pPr>
      <w:r>
        <w:t>ऊपर भी influence होगा क्योंकि ताकि वह मतलब समझे.</w:t>
      </w:r>
    </w:p>
    <w:p>
      <w:r>
        <w:rPr>
          <w:b/>
        </w:rPr>
        <w:t xml:space="preserve">[40:37] </w:t>
      </w:r>
      <w:r>
        <w:t>matlab ki sabse important baat hai jo yahan par bhi kahi ja rahi hai aur hum jitni logon se yeh baat kar sakte hain ki samajhkar padhna, samajhkar padhna. log samajhte hain quran khatm ho gaya, humne padh liya khatm. to this is really so important. ji manana sahab ek line hai aap, mujhe bahut achhi lagti hai ki allah ne apni kitab ko na to batore shayari ke utara hai aur na kainaut ko batore khel paida kar diya hai.</w:t>
      </w:r>
    </w:p>
    <w:p>
      <w:pPr>
        <w:jc w:val="right"/>
      </w:pPr>
      <w:r>
        <w:t>मतलब कि सबसे important बात है जो यहां पर भी कही जा रही है और हम जितनी लोगों से यह बात कर सकते हैं कि समझकर पढ़ना, समझकर पढ़ना. लोग समझते हैं कुरान खत्म हो गया, हमने पढ़ लिया खत्म. तो this is really so important. जी मनाना साहब एक line है आप, मुझे बहुत अच्छी लगती है कि अल्लाह ने अपनी किताब को ना तो बतौरे शायरी के उतारा है और ना काइनाउत को बतौरे खेल पैदा कर दिया है.</w:t>
      </w:r>
    </w:p>
    <w:p>
      <w:r>
        <w:rPr>
          <w:b/>
        </w:rPr>
        <w:t xml:space="preserve">[41:07] </w:t>
      </w:r>
      <w:r>
        <w:t>to mujhe itna bohat hi zyada achhi lagti hai abhi yeh line ki baat kahi hai kitni badi baat hai log farq kar rahe hain, padh rahe hain. Maulana, asleshan mein uske samajh ki hi baat karti isliye haan to batore shayari nahi utara hai. Unhone likha haan sahi baat hai. Yahan par insaan samajh nahi raha hai. Itni badi baat hai main usko likhna hoti hoon main. Aur Maulana sahab jab Quran padhte hain kitne saada andaaz se. Haan.</w:t>
      </w:r>
    </w:p>
    <w:p>
      <w:pPr>
        <w:jc w:val="right"/>
      </w:pPr>
      <w:r>
        <w:t>तो मुझे इतना बहुत ही ज़्यादा अच्छी लगती है अभी यह line की बात कही है कितनी बड़ी बात है लोग फ़र्क़ कर रहे हैं, पढ़ रहे हैं. मौलाक, असलेषण में उसके समझ की ही बात करती इसलिए हां तो बतौरे शायरी नहीं उतारा है. उन्होंने लिखा हां सही बात है. यहां पर इंसान समझ नहीं रहा है. इतनी बड़ी बात है मैं उसको लिखना होती हूं मैं. और मोलाला साहब जब कुरान पढ़ते हैं कितने साधा अंदाब से. हां.</w:t>
      </w:r>
    </w:p>
    <w:p>
      <w:r>
        <w:rPr>
          <w:b/>
        </w:rPr>
        <w:t xml:space="preserve">[41:35] </w:t>
      </w:r>
      <w:r>
        <w:t>aap lekin jaane hamare paas to isse lagta hai yeh hamara hissa hai.</w:t>
      </w:r>
    </w:p>
    <w:p>
      <w:pPr>
        <w:jc w:val="right"/>
      </w:pPr>
      <w:r>
        <w:t>आप लेकिन जाने हमारे पास तो इससे लगता है यह हमारा हिस्सा है.</w:t>
      </w:r>
    </w:p>
    <w:p>
      <w:r>
        <w:rPr>
          <w:b/>
        </w:rPr>
        <w:t xml:space="preserve">[41:43] </w:t>
      </w:r>
      <w:r>
        <w:t>yeh hamara hamare andar ki awaaz hai.</w:t>
      </w:r>
    </w:p>
    <w:p>
      <w:pPr>
        <w:jc w:val="right"/>
      </w:pPr>
      <w:r>
        <w:t>यह हमारा हमारे अंदर की आवाज़ है.</w:t>
      </w:r>
    </w:p>
    <w:p>
      <w:r>
        <w:rPr>
          <w:b/>
        </w:rPr>
        <w:t xml:space="preserve">[41:51] </w:t>
      </w:r>
      <w:r>
        <w:t>jo unhon ne unka jo andaaz hai padhane ka ya samjhane ka. alhamdu lillah.</w:t>
      </w:r>
    </w:p>
    <w:p>
      <w:pPr>
        <w:jc w:val="right"/>
      </w:pPr>
      <w:r>
        <w:t>जो उन्होंने उनका जो अंदाज़ है पढ़ाने का या समझाने का. अलहम्दुल अल्ला.</w:t>
      </w:r>
    </w:p>
    <w:p>
      <w:r>
        <w:rPr>
          <w:b/>
        </w:rPr>
        <w:t xml:space="preserve">[41:59] </w:t>
      </w:r>
      <w:r>
        <w:t>ji doctor saina zareen aap kuch kehna chah rahi hain?</w:t>
      </w:r>
    </w:p>
    <w:p>
      <w:pPr>
        <w:jc w:val="right"/>
      </w:pPr>
      <w:r>
        <w:t>जी doctor सैन्हा ज़रीन आप कुछ कहना चाह रही हैं?</w:t>
      </w:r>
    </w:p>
    <w:p>
      <w:r>
        <w:rPr>
          <w:b/>
        </w:rPr>
        <w:t xml:space="preserve">[42:08] </w:t>
      </w:r>
      <w:r>
        <w:t>aslam wali ko.</w:t>
      </w:r>
    </w:p>
    <w:p>
      <w:pPr>
        <w:jc w:val="right"/>
      </w:pPr>
      <w:r>
        <w:t>अस्लाम वाली को.</w:t>
      </w:r>
    </w:p>
    <w:p>
      <w:r>
        <w:rPr>
          <w:b/>
        </w:rPr>
        <w:t xml:space="preserve">[42:16] </w:t>
      </w:r>
      <w:r>
        <w:t>wali ke samne.</w:t>
      </w:r>
    </w:p>
    <w:p>
      <w:pPr>
        <w:jc w:val="right"/>
      </w:pPr>
      <w:r>
        <w:t>वाली के सामने.</w:t>
      </w:r>
    </w:p>
    <w:p>
      <w:r>
        <w:rPr>
          <w:b/>
        </w:rPr>
        <w:t xml:space="preserve">[42:24] </w:t>
      </w:r>
      <w:r>
        <w:t>ji darasal main yeh kehna chah rahi thi itna achha discussion hua to mere mind mein ek question raise hua.</w:t>
      </w:r>
    </w:p>
    <w:p>
      <w:pPr>
        <w:jc w:val="right"/>
      </w:pPr>
      <w:r>
        <w:t>जी दरअसल मैं यह कहना चाह रही थी इतना अच्छा discussion हुआ तो मेरे mind में एक question raise हुआ.</w:t>
      </w:r>
    </w:p>
    <w:p>
      <w:r>
        <w:rPr>
          <w:b/>
        </w:rPr>
        <w:t xml:space="preserve">[42:33] </w:t>
      </w:r>
      <w:r>
        <w:t>main yeh samajh rahi thi ki quran ka aur deen ka aana kyun zaroori tha?</w:t>
      </w:r>
    </w:p>
    <w:p>
      <w:pPr>
        <w:jc w:val="right"/>
      </w:pPr>
      <w:r>
        <w:t>मैं यह समझ रही थी कि कुरान का और दीन का आना क्यों ज़रूरी था?</w:t>
      </w:r>
    </w:p>
    <w:p>
      <w:r>
        <w:rPr>
          <w:b/>
        </w:rPr>
        <w:t xml:space="preserve">[42:44] </w:t>
      </w:r>
      <w:r>
        <w:t>matlab uska maqsad kya tha aane ka?</w:t>
      </w:r>
    </w:p>
    <w:p>
      <w:pPr>
        <w:jc w:val="right"/>
      </w:pPr>
      <w:r>
        <w:t>मतलब उसका मकसद क्या था आने का?</w:t>
      </w:r>
    </w:p>
    <w:p>
      <w:r>
        <w:rPr>
          <w:b/>
        </w:rPr>
        <w:t xml:space="preserve">[42:55] </w:t>
      </w:r>
      <w:r>
        <w:t>to phir mujhe samajh aata hai ki usse pehle bhi duniya chal rahi thi.</w:t>
      </w:r>
    </w:p>
    <w:p>
      <w:pPr>
        <w:jc w:val="right"/>
      </w:pPr>
      <w:r>
        <w:t>तो फिर मुझे समझ आता है कि उससे पहले भी दुनिया चल रही थी.</w:t>
      </w:r>
    </w:p>
    <w:p>
      <w:r>
        <w:rPr>
          <w:b/>
        </w:rPr>
        <w:t xml:space="preserve">[43:07] </w:t>
      </w:r>
      <w:r>
        <w:t>log the, khate the, peete the, rehte the.</w:t>
      </w:r>
    </w:p>
    <w:p>
      <w:pPr>
        <w:jc w:val="right"/>
      </w:pPr>
      <w:r>
        <w:t>लोग थे, खाते थे, पीते थे, रहते थे.</w:t>
      </w:r>
    </w:p>
    <w:p>
      <w:r>
        <w:rPr>
          <w:b/>
        </w:rPr>
        <w:t xml:space="preserve">[43:18] </w:t>
      </w:r>
      <w:r>
        <w:t>saare kaam hote the.</w:t>
      </w:r>
    </w:p>
    <w:p>
      <w:pPr>
        <w:jc w:val="right"/>
      </w:pPr>
      <w:r>
        <w:t>सारे काम होते थे.</w:t>
      </w:r>
    </w:p>
    <w:p>
      <w:r>
        <w:rPr>
          <w:b/>
        </w:rPr>
        <w:t xml:space="preserve">[43:30] </w:t>
      </w:r>
      <w:r>
        <w:t>usko padhkar yeh hum par ek tareeqe se farz ho gaya ki hum usko padhkar ke usko samjhein aur apni way of life ko usi tareeqe se lekar jaayein.</w:t>
      </w:r>
    </w:p>
    <w:p>
      <w:pPr>
        <w:jc w:val="right"/>
      </w:pPr>
      <w:r>
        <w:t>उसको पढ़कर यह हम पर एक तरीके से फ़र्ज़ हो गया कि हम उसको पढ़कर के उसको समझें और अपनी way of life को उसी तरीके से लेकर जाएं.</w:t>
      </w:r>
    </w:p>
    <w:p>
      <w:r>
        <w:rPr>
          <w:b/>
        </w:rPr>
        <w:t xml:space="preserve">[43:37] </w:t>
      </w:r>
      <w:r>
        <w:t>because yeh cheezen yeh bahut mere khayalon se bahut important cheez hai ki agar hum arab ke zamane</w:t>
      </w:r>
    </w:p>
    <w:p>
      <w:pPr>
        <w:jc w:val="right"/>
      </w:pPr>
      <w:r>
        <w:t>Because यह चीज़ें यह बहुत मेरे ख्यालों से बहुत important चीज़ है कि अगर हम अरब के ज़माने</w:t>
      </w:r>
    </w:p>
    <w:p>
      <w:r>
        <w:rPr>
          <w:b/>
        </w:rPr>
        <w:t xml:space="preserve">[44:04] </w:t>
      </w:r>
      <w:r>
        <w:t>ko dekhenge to jab maine khud personally quran ko padha to mujhe samajh mein aaya alag alag direct</w:t>
      </w:r>
    </w:p>
    <w:p>
      <w:pPr>
        <w:jc w:val="right"/>
      </w:pPr>
      <w:r>
        <w:t>को देखेंगे तो जब मैंने खुद personally कुरान को पढ़ा तो मुझे समझ में आया अलग अलग direct</w:t>
      </w:r>
    </w:p>
    <w:p>
      <w:r>
        <w:rPr>
          <w:b/>
        </w:rPr>
        <w:t xml:space="preserve">[44:31] </w:t>
      </w:r>
      <w:r>
        <w:t>yahan par auraton ke haq ki baat kar rahe hain aur aap kis jagah par uljhe hue hain</w:t>
      </w:r>
    </w:p>
    <w:p>
      <w:pPr>
        <w:jc w:val="right"/>
      </w:pPr>
      <w:r>
        <w:t>यहां पर औरतों के हक की बात कर रहे हैं और आप किस जगह पर उलझे हुए हैं</w:t>
      </w:r>
    </w:p>
    <w:p>
      <w:r>
        <w:rPr>
          <w:b/>
        </w:rPr>
        <w:t xml:space="preserve">[44:58] </w:t>
      </w:r>
      <w:r>
        <w:t>ki aap jo yeh logon ko sun karke apne aap ko itna jo hai peeche tareeqe se peeche</w:t>
      </w:r>
    </w:p>
    <w:p>
      <w:pPr>
        <w:jc w:val="right"/>
      </w:pPr>
      <w:r>
        <w:t>कि आप जो यह लोगों को sun करके अपने आप को इतना जो है पीछे तरीके से पीछे</w:t>
      </w:r>
    </w:p>
    <w:p>
      <w:r>
        <w:rPr>
          <w:b/>
        </w:rPr>
        <w:t xml:space="preserve">[45:25] </w:t>
      </w:r>
      <w:r>
        <w:t>le rahe hain ki aap cheezon ko understand karna seekhen, samajhna seekhen.</w:t>
      </w:r>
    </w:p>
    <w:p>
      <w:pPr>
        <w:jc w:val="right"/>
      </w:pPr>
      <w:r>
        <w:t>ले रहे हैं कि आप चीज़ों को understand करना सीखें, समझना सीखें.</w:t>
      </w:r>
    </w:p>
    <w:p>
      <w:r>
        <w:rPr>
          <w:b/>
        </w:rPr>
        <w:t xml:space="preserve">[45:53] </w:t>
      </w:r>
      <w:r>
        <w:t>to mujhe yeh baat samajh mein aayi thi izhaar karna. Bohat achha matlab hai sab salah ne tumhein bohat hi clear hota hai.</w:t>
      </w:r>
    </w:p>
    <w:p>
      <w:pPr>
        <w:jc w:val="right"/>
      </w:pPr>
      <w:r>
        <w:t>तो मुझे यह बात समझ में आई थी इज़ार करना. बहुत अच्छा मतलब है सब सलाह ने तुम्हें बहुत ही clear होता है.</w:t>
      </w:r>
    </w:p>
    <w:p>
      <w:r>
        <w:rPr>
          <w:b/>
        </w:rPr>
        <w:t xml:space="preserve">[46:01] </w:t>
      </w:r>
      <w:r>
        <w:t>ab ismein sirf itna kehna chah rahi thi ki aap kam se kam 25 plus is waqt jo hai zabaanon mein Quran tarjuma hai matlab CPS mein aur hamein to har tarah se sabko khali dekar aur yeh apne liye bohat bada rasta kholna hai ki hum kitna bhi hum logon ko pahuncha sakte hain aur kitna logon ko pahuncha bata sakte hain. To yeh to itna zyada ab danju mein ho chuke hain. To Sana ne bohat achhe se clear kiya bohat hi achha laga.</w:t>
      </w:r>
    </w:p>
    <w:p>
      <w:pPr>
        <w:jc w:val="right"/>
      </w:pPr>
      <w:r>
        <w:t>अब इसमें सिर्फ इतना कहना चाह रही थी कि आप कम से कम 25 plus इस वक्त जो है ज़बानों में पुरान तरजुमा है मतलब CPS में और हमें तो हर तरह से सबको खाली देकर और यह अपने लिए बहुत बड़ा रास्ता खोलना है कि हम कितना भी हम लोगों को पहुंचा सकते हैं और कितना लोगों को पहुंचा बता सकते हैं. तो यह तो इतना ज़्यादा अब दंजू में हो चुके हैं. तो सना ने बहुत अच्छे से clear किया बहुत ही अच्छा लगा.</w:t>
      </w:r>
    </w:p>
    <w:p>
      <w:r>
        <w:rPr>
          <w:b/>
        </w:rPr>
        <w:t xml:space="preserve">[46:31] </w:t>
      </w:r>
      <w:r>
        <w:t>Mashallah. Nahi one of the most important deterrent thing with the Muslim specially is that they are stuck with the language of the Quran. They say always say ki Arabic. Our last hafte yeh teen chaar dinon pehle ek main kisi dawat mein shirkat hui thi wahan mujhe ek lady mili who is connected to our CPS international maine poocha unse. She is not doing any kind of dawa work or something at the moment.</w:t>
      </w:r>
    </w:p>
    <w:p>
      <w:pPr>
        <w:jc w:val="right"/>
      </w:pPr>
      <w:r>
        <w:t>माशाला. नहीं one of the most important deterrent thing with the मुस्लिन specially is that they are stuck with the language of the कुरान. They say always say कि Arabic. Our last हफ्ते यह तीन चार दिनों पहले एक मैं किसी दावत में शिरकत हुई थी वहां मुझे एक lady मिली who is connected to our CPS international मैंने पुछा उनसे. She is not doing any kind of दावा work or something at the moment.</w:t>
      </w:r>
    </w:p>
    <w:p>
      <w:r>
        <w:rPr>
          <w:b/>
        </w:rPr>
        <w:t xml:space="preserve">[46:58] </w:t>
      </w:r>
      <w:r>
        <w:t>But she maine poocha hai ki aap kya kar rahi hain aur Maulana ki yeh sab aap padhti hain. To maine unse poocha practically aap woh dawa work par kaise aur connected hain?</w:t>
      </w:r>
    </w:p>
    <w:p>
      <w:pPr>
        <w:jc w:val="right"/>
      </w:pPr>
      <w:r>
        <w:t>But she मैंने पुछा है कि आप क्या कर रही हैं और मोला ना कि यह सब आप पढ़ती हैं. तो मैंने उनसे पुछा practically आप वह दावा वर्ग पर कैसे और connected हैं?</w:t>
      </w:r>
    </w:p>
    <w:p>
      <w:r>
        <w:rPr>
          <w:b/>
        </w:rPr>
        <w:t xml:space="preserve">[47:23] </w:t>
      </w:r>
      <w:r>
        <w:t>to unhone kaha ki maine ek teacher rakhi hain aur woh matlab she is learning Arabic through it and learning in the first phase. Yeh ek bohat bada masla hai Quran ko aur chhodne ka.</w:t>
      </w:r>
    </w:p>
    <w:p>
      <w:pPr>
        <w:jc w:val="right"/>
      </w:pPr>
      <w:r>
        <w:t>तो उन्होंने कहा कि मैंने एक teacher रखी हैं और वह मतलब she is learning Arabic through it and learning in the first phase. यह एक बहुत बड़ा मसला है कुरान को और छोड़ने का.</w:t>
      </w:r>
    </w:p>
    <w:p>
      <w:r>
        <w:rPr>
          <w:b/>
        </w:rPr>
        <w:t xml:space="preserve">[47:37] </w:t>
      </w:r>
      <w:r>
        <w:t>Log apne mein hi apni saari energies ko bas woh they think that Arabic language is a very sacred language and apni energy, apni tawajjah, apni dhyan aur apne time ko khud ki us learning mein lagakar rakhein aur the most important thing which is the to do dawa work unhone usko peeche chhod diya hai. To I mean waqt to kisi ke paas unlimited nahi hai.</w:t>
      </w:r>
    </w:p>
    <w:p>
      <w:pPr>
        <w:jc w:val="right"/>
      </w:pPr>
      <w:r>
        <w:t>लोग अपने में ही अपनी सारी energies को बस वह they think that Arabic language is a very sacred language and अपनी energy, अपनी तवज्जा, अपनी दयान और अपने time को खुद की उस learning में लगाकर रखें और the most important thing which is the to do दावा work उन्होंने उसको पीछे छोड़ दिया है. तो I mean वक्त तो किसी के पास unlimited नहीं है.</w:t>
      </w:r>
    </w:p>
    <w:p>
      <w:r>
        <w:rPr>
          <w:b/>
        </w:rPr>
        <w:t xml:space="preserve">[48:01] </w:t>
      </w:r>
      <w:r>
        <w:t>waqt bahut kam to ji, to bahut sari cheezen hain jo misconception hai that could that are one</w:t>
      </w:r>
    </w:p>
    <w:p>
      <w:pPr>
        <w:jc w:val="right"/>
      </w:pPr>
      <w:r>
        <w:t>वक्त बहुत कम तो जी, तो बहुत सारी चीज़ें हैं जो misconception है that could that are one</w:t>
      </w:r>
    </w:p>
    <w:p>
      <w:r>
        <w:rPr>
          <w:b/>
        </w:rPr>
        <w:t xml:space="preserve">[48:06] </w:t>
      </w:r>
      <w:r>
        <w:t>many many reasons why musalman aaj quran ko chhod chuke hain.</w:t>
      </w:r>
    </w:p>
    <w:p>
      <w:pPr>
        <w:jc w:val="right"/>
      </w:pPr>
      <w:r>
        <w:t>many many reasons why मुसलमान आज कुरान को छोड़ चुके हैं.</w:t>
      </w:r>
    </w:p>
    <w:p>
      <w:r>
        <w:rPr>
          <w:b/>
        </w:rPr>
        <w:t xml:space="preserve">[48:11] </w:t>
      </w:r>
      <w:r>
        <w:t>jo is article ka aaj hamara jo topic hai.</w:t>
      </w:r>
    </w:p>
    <w:p>
      <w:pPr>
        <w:jc w:val="right"/>
      </w:pPr>
      <w:r>
        <w:t>जो इस article का आज हमारा जो topic है.</w:t>
      </w:r>
    </w:p>
    <w:p>
      <w:r>
        <w:rPr>
          <w:b/>
        </w:rPr>
        <w:t xml:space="preserve">[48:17] </w:t>
      </w:r>
      <w:r>
        <w:t>to hamare paas sirf ab do minute time hai aur koi ladies jo kuch kehna chahti hoon to</w:t>
      </w:r>
    </w:p>
    <w:p>
      <w:pPr>
        <w:jc w:val="right"/>
      </w:pPr>
      <w:r>
        <w:t>तो हमारे पास सिर्फ़ अब दो minute time है और कोई ladies जो कुछ कहना चाहती हूं तो</w:t>
      </w:r>
    </w:p>
    <w:p>
      <w:r>
        <w:rPr>
          <w:b/>
        </w:rPr>
        <w:t xml:space="preserve">[48:22] </w:t>
      </w:r>
      <w:r>
        <w:t>so that we can wrap up this session.</w:t>
      </w:r>
    </w:p>
    <w:p>
      <w:pPr>
        <w:jc w:val="right"/>
      </w:pPr>
      <w:r>
        <w:t>so that we can wrap up this session.</w:t>
      </w:r>
    </w:p>
    <w:p>
      <w:r>
        <w:rPr>
          <w:b/>
        </w:rPr>
        <w:t xml:space="preserve">[48:27] </w:t>
      </w:r>
      <w:r>
        <w:t>Any more more ladies wants to come up with want to say something?</w:t>
      </w:r>
    </w:p>
    <w:p>
      <w:pPr>
        <w:jc w:val="right"/>
      </w:pPr>
      <w:r>
        <w:t>Any more more ladies wants to come up with want to say something?</w:t>
      </w:r>
    </w:p>
    <w:p>
      <w:r>
        <w:rPr>
          <w:b/>
        </w:rPr>
        <w:t xml:space="preserve">[48:33] </w:t>
      </w:r>
      <w:r>
        <w:t>Aaj Aisha nahi Aisha hai to. Ji, Aisha, you want to say something? Is she there? Mhmm. Yes. She's there. Michelle, you want to say something? I think she can't hear us. Mhmm. Haan. Wahan kar lein phir. Any more ladies?</w:t>
      </w:r>
    </w:p>
    <w:p>
      <w:pPr>
        <w:jc w:val="right"/>
      </w:pPr>
      <w:r>
        <w:t>आज आयशा नहीं आयशा है तो. जी, आयशा, you want to say something? Is she there? Mhmm. Yes. She's there. Michelle, you want to say something? I think she can't hear us. Mhmm. हां. वहां कर लें फिर. Any more ladies?</w:t>
      </w:r>
    </w:p>
    <w:p>
      <w:r>
        <w:rPr>
          <w:b/>
        </w:rPr>
        <w:t xml:space="preserve">[49:01] </w:t>
      </w:r>
      <w:r>
        <w:t>So that now we can nothing she was she's saying. Ok. Any more ladies wants to share? Otherwise, we'll wrap up this session. Time hai nahi abhi main aapki kaam. Kya pa aap is session ko conclude karein. Theek hai Zabina. Ab do minute shayad mat jaaye na? Ek hi minute. Ji sir. One minute.</w:t>
      </w:r>
    </w:p>
    <w:p>
      <w:pPr>
        <w:jc w:val="right"/>
      </w:pPr>
      <w:r>
        <w:t>So that now we can nothing she was she's saying. Ok. Any more ladies wants to share? Otherwise, we'll wrap up this session. Time है नहीं अभी मैं आपकी काम. क्या पा आप इस session को conclude करें. ठीक है ज़बीना. अब दो minute शायद मत जाए ना? एक ही minute. जी sir. One minute.</w:t>
      </w:r>
    </w:p>
    <w:p>
      <w:r>
        <w:rPr>
          <w:b/>
        </w:rPr>
        <w:t xml:space="preserve">[49:27] </w:t>
      </w:r>
      <w:r>
        <w:t>achha us Quran ki surah se hi conclude kar rahi hoon Shabina ki Surah Furqan yani chapter 25 verse ek ki. Bari baar barkat hai woh zaat jisne apne bande par Furqan utara taake woh jahan walon ke liye darane wala ho. To Maulana kehte hain Furqan ka meaning hai farq karne wala. Yani sahi aur galat ka farq karne ka criteria.</w:t>
      </w:r>
    </w:p>
    <w:p>
      <w:pPr>
        <w:jc w:val="right"/>
      </w:pPr>
      <w:r>
        <w:t>अच्छा उस कुरान की सूर्य से ही conclude कर रही हूं शभीना कि सूर्य फुर्कान यानी chapter 25 verse एक की. बड़ी बार बरकत है वह जात जिसने अपने बंदे पर फुर्कान उतारा ताकि वह जहां वालों के लिए डराने वाला हो. तो मलाला कहते हैं फुर्कान का meaning है फ़र्क करने वाला. यानी सही और गलत का फ़र्क करने का criteria.</w:t>
      </w:r>
    </w:p>
    <w:p>
      <w:r>
        <w:rPr>
          <w:b/>
        </w:rPr>
        <w:t xml:space="preserve">[49:54] </w:t>
      </w:r>
      <w:r>
        <w:t>Is context mein Furqan ka matlab Quran hai. Phir Maulana explain karte hain ki Khuda ali mukhbir bhi hai yani jo sab jaanta hai aur haakim mutallib bhi hai isliye Khuda ki taraf se ek kitaab Furqan ka aana ek saath do aspect rakhte hain. Ek hai ki woh yaqeen to par sahi hai uski sehat aur qatiyat yani authenticity mein koi shubah nahi.</w:t>
      </w:r>
    </w:p>
    <w:p>
      <w:pPr>
        <w:jc w:val="right"/>
      </w:pPr>
      <w:r>
        <w:t>इस context में फुर्कान का मतलब कुरान है. फिर मौलाना explain करते हैं कि खुदा अली मुख़बीर भी है यानी जो सब जानता है और हाके में मुतल्लभ भी है इसलिए खुदा की तरफ से एक किताब फुर्कान का आना एक साथ दो aspect रखते हैं. एक है कि वह यकीनी तौर पर सही है उसकी सहत और कतियक यानी authenticity में कोई शुभा नहीं.</w:t>
      </w:r>
    </w:p>
    <w:p>
      <w:r>
        <w:rPr>
          <w:b/>
        </w:rPr>
        <w:t xml:space="preserve">[50:23] </w:t>
      </w:r>
      <w:r>
        <w:t>doosra yeh ke usko manna aur na manna.</w:t>
      </w:r>
    </w:p>
    <w:p>
      <w:pPr>
        <w:jc w:val="right"/>
      </w:pPr>
      <w:r>
        <w:t>दूसरा यह कि उसको मानना और ना मानना.</w:t>
      </w:r>
    </w:p>
    <w:p>
      <w:r>
        <w:rPr>
          <w:b/>
        </w:rPr>
        <w:t xml:space="preserve">[50:27] </w:t>
      </w:r>
      <w:r>
        <w:t>donon ka anjaam ek nahi ho sakta.</w:t>
      </w:r>
    </w:p>
    <w:p>
      <w:pPr>
        <w:jc w:val="right"/>
      </w:pPr>
      <w:r>
        <w:t>दोनों का अंजाम एक नहीं हो सकता.</w:t>
      </w:r>
    </w:p>
    <w:p>
      <w:r>
        <w:rPr>
          <w:b/>
        </w:rPr>
        <w:t xml:space="preserve">[50:31] </w:t>
      </w:r>
      <w:r>
        <w:t>yaani jis tarah quran ko mannay walay quran ko na mannay walon donon ki zindagi mein ek bara</w:t>
      </w:r>
    </w:p>
    <w:p>
      <w:pPr>
        <w:jc w:val="right"/>
      </w:pPr>
      <w:r>
        <w:t>यानी जिस तरह कुरान को मानने वाले कुरान को ना मानने वालों दोनों की ज़िंदगियों में एक बड़ा</w:t>
      </w:r>
    </w:p>
    <w:p>
      <w:r>
        <w:rPr>
          <w:b/>
        </w:rPr>
        <w:t xml:space="preserve">[50:36] </w:t>
      </w:r>
      <w:r>
        <w:t>farq hota hai.</w:t>
      </w:r>
    </w:p>
    <w:p>
      <w:pPr>
        <w:jc w:val="right"/>
      </w:pPr>
      <w:r>
        <w:t>फ़र्क़ होता है.</w:t>
      </w:r>
    </w:p>
    <w:p>
      <w:r>
        <w:rPr>
          <w:b/>
        </w:rPr>
        <w:t xml:space="preserve">[50:40] </w:t>
      </w:r>
      <w:r>
        <w:t>quran ko mannay walay ki zindagi ya quran ko na mannay walon ki zindagi mein ek bohat bara</w:t>
      </w:r>
    </w:p>
    <w:p>
      <w:pPr>
        <w:jc w:val="right"/>
      </w:pPr>
      <w:r>
        <w:t>कुरान को मानने वाले की ज़िंदगी या कुरान को ना मानने वालों की ज़िंदगियों में एक बहुत बड़ा</w:t>
      </w:r>
    </w:p>
    <w:p>
      <w:r>
        <w:rPr>
          <w:b/>
        </w:rPr>
        <w:t xml:space="preserve">[50:45] </w:t>
      </w:r>
      <w:r>
        <w:t>farq hota hai.</w:t>
      </w:r>
    </w:p>
    <w:p>
      <w:pPr>
        <w:jc w:val="right"/>
      </w:pPr>
      <w:r>
        <w:t>फ़र्क होता है.</w:t>
      </w:r>
    </w:p>
    <w:p>
      <w:r>
        <w:rPr>
          <w:b/>
        </w:rPr>
        <w:t xml:space="preserve">[50:49] </w:t>
      </w:r>
      <w:r>
        <w:t>isi tarah akhirat mein donon ke anjaam, donon ke result mein bhi bohat bara farq hoga.</w:t>
      </w:r>
    </w:p>
    <w:p>
      <w:pPr>
        <w:jc w:val="right"/>
      </w:pPr>
      <w:r>
        <w:t>इसी तरह आखिरक में दोनों के अंजाम, दोनों के result में भी बहुत बड़ा फ़र्क होगा.</w:t>
      </w:r>
    </w:p>
    <w:p>
      <w:r>
        <w:rPr>
          <w:b/>
        </w:rPr>
        <w:t xml:space="preserve">[50:54] </w:t>
      </w:r>
      <w:r>
        <w:t>To Allah taala hamein Quran ke mutabiq zindagi guzaarne wala banaye taake aakhir mein hamara anjaam barbaadi hi na ho. Aameen. Aameen. Theek hai. Ok, we end this session today. We meet again next time next Sunday, inshallah, with book fifteen sixteen and with a new topic, and that will be shared in the WhatsApp.</w:t>
      </w:r>
    </w:p>
    <w:p>
      <w:pPr>
        <w:jc w:val="right"/>
      </w:pPr>
      <w:r>
        <w:t>तो अल्लाह तालाह हमें कुरान के मुताबिक ज़िंदगी गुज़ारने वाला बनाए ताकि आखिर में हमारा अंजाम बर्बाद ही ना हो. आमी. आमी. ठीक है. Ok, we end this session today. We meet again next time next Sunday, inशालाह, with book fifteen sixteen and with a new topic, and that will be shared in the WhatsApp.</w:t>
      </w:r>
    </w:p>
    <w:p>
      <w:r>
        <w:rPr>
          <w:b/>
        </w:rPr>
        <w:t xml:space="preserve">[51:22] </w:t>
      </w:r>
      <w:r>
        <w:t>So kindly join in. Ok,</w:t>
      </w:r>
    </w:p>
    <w:p>
      <w:pPr>
        <w:jc w:val="right"/>
      </w:pPr>
      <w:r>
        <w:t>So kindly join in. Ok,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