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Article Discussion 15 January 15, 2023</w:t>
      </w:r>
    </w:p>
    <w:p>
      <w:r>
        <w:t>https://www.youtube.com/watch?v=Z_r5cv7WqfE</w:t>
      </w:r>
    </w:p>
    <w:p>
      <w:r>
        <w:rPr>
          <w:b/>
        </w:rPr>
        <w:t xml:space="preserve">[00:12] </w:t>
      </w:r>
      <w:r>
        <w:t>Dear ladies, today is 01/15/2023, and this is, CPS ladies book 15.</w:t>
      </w:r>
    </w:p>
    <w:p>
      <w:pPr>
        <w:jc w:val="right"/>
      </w:pPr>
      <w:r>
        <w:t>Dear ladies, today is 01/15/2023, and this is, CPS ladies book 15.</w:t>
      </w:r>
    </w:p>
    <w:p>
      <w:r>
        <w:rPr>
          <w:b/>
        </w:rPr>
        <w:t xml:space="preserve">[00:22] </w:t>
      </w:r>
      <w:r>
        <w:t>Today, the topic is This is from the book page 38.</w:t>
      </w:r>
    </w:p>
    <w:p>
      <w:pPr>
        <w:jc w:val="right"/>
      </w:pPr>
      <w:r>
        <w:t>Today, the topic is This is from the book page 38.</w:t>
      </w:r>
    </w:p>
    <w:p>
      <w:r>
        <w:rPr>
          <w:b/>
        </w:rPr>
        <w:t xml:space="preserve">[00:33] </w:t>
      </w:r>
      <w:r>
        <w:t>So ab aap please start the session.</w:t>
      </w:r>
    </w:p>
    <w:p>
      <w:pPr>
        <w:jc w:val="right"/>
      </w:pPr>
      <w:r>
        <w:t>So अब आप please start the session.</w:t>
      </w:r>
    </w:p>
    <w:p>
      <w:r>
        <w:rPr>
          <w:b/>
        </w:rPr>
        <w:t xml:space="preserve">[00:44] </w:t>
      </w:r>
      <w:r>
        <w:t>Is salah waleikum ko. Bismillah hir rahmani raheem. Kisi shakhs se uske azeez bete ka zikr kijiye to uske paas apne bete ke bare mein kehne ke liye itni zyada baatein hongi jo kabhi khatam na ho. Magar usi shakhs ke saamne Khuda ka tazkira kijiye to woh is tarah ghair mutahalliq bana rahega.</w:t>
      </w:r>
    </w:p>
    <w:p>
      <w:pPr>
        <w:jc w:val="right"/>
      </w:pPr>
      <w:r>
        <w:t>इस सलाह वालेब को. बिस्मिल्लाह ही रहनानी रही. किसी शख्स से उसके अदीज़ बेटे का ज़िक्र कीजिए तो उसके पास अपने बेटे के बारे में कहने के लिए इतनी ज़्यादा बातें होंगी जो कभी खत्म ना हो. मगर उसी शख्स के सामने खुदा का तस्खता कीजिए तो वह इस तरह गैर मुतहल्लत बना रहेगा.</w:t>
      </w:r>
    </w:p>
    <w:p>
      <w:r>
        <w:rPr>
          <w:b/>
        </w:rPr>
        <w:t xml:space="preserve">[01:12] </w:t>
      </w:r>
      <w:r>
        <w:t>jaise ki uske paas Khuda ke bare mein kehne ke liye koi baat hi nahi. Jaise ki woh Khuda ke bare mein kuch jaanta hi nahi. Kisi shakhs ko uske khandani buzurg ki yaad dila dijiye to woh is qadar purjoshtour par bolne lagega. Jaise ki uske tamam andruni ehsaas jaag uthe hon.</w:t>
      </w:r>
    </w:p>
    <w:p>
      <w:pPr>
        <w:jc w:val="right"/>
      </w:pPr>
      <w:r>
        <w:t>जैसे कि उसके पास खुदा के बारे में कहने के लिए कोई बात ही नहीं. जैसे कि वह खुदा के बारे में कुछ जानता ही नहीं. किसी शख्स को उसके खानदानी बुज़ुर्ग की याद दिला दीजिए तो वह इस कदर पुरजोष तौर पर बोलने लगेगा. जैसे कि उसके तमाम अंदरूनी ऐसा साथ जाग उठे हों.</w:t>
      </w:r>
    </w:p>
    <w:p>
      <w:r>
        <w:rPr>
          <w:b/>
        </w:rPr>
        <w:t xml:space="preserve">[01:34] </w:t>
      </w:r>
      <w:r>
        <w:t>Magar usi ke saamne Khuda ka zikr kijiye to woh jazbaat se is tarah khaali nazar aayega jaise ki usko maloom hi nahi gir Khuda ke bare mein kya kaha jaaye. Kisi shakhs ke saamne uske jamaati akaabir ka naam le lijiye. Achanak alfaaz ka darya uski zabaan se beh padega. Woh us waqt tak chup na hoga jab tak aap mudakhalat karke mauzu ko badal na dein.</w:t>
      </w:r>
    </w:p>
    <w:p>
      <w:pPr>
        <w:jc w:val="right"/>
      </w:pPr>
      <w:r>
        <w:t>मगर उसी के सामने खुदा का ज़िक्र कीजिए तो वह जज़्बाद से इस तरह ख़ाली नज़र आएगा जैसे कि उसको मालूम ही नहीं गिर खुदा के बारे में क्या कहा जाए. किसी शख्स के सामने उसके जमाती अकाबिर का नाम ले लीजिए. अचानक अल्फास का दरिया उसकी ज़बान से बह पड़ेगा. वह उस वक्त तक चुप ना होगा जब तक आप मुदाखलत करके मौजू को बदल ना दें.</w:t>
      </w:r>
    </w:p>
    <w:p>
      <w:r>
        <w:rPr>
          <w:b/>
        </w:rPr>
        <w:t xml:space="preserve">[02:02] </w:t>
      </w:r>
      <w:r>
        <w:t>Magar usi ke saamne Khuda ka naam lijiye to uske andar koi josh paida na hoga. Aisa maloom hoga jaise uske paas Khuda ke bare mein bolne ke liye koi cheez hi nahi. Aksar ke saamne uske qaumi qaumi hero ka charcha kar dijiye aur phir aap dekhiyega ki achanak woh badshah sukhan bankar zahir ho gaya hai.</w:t>
      </w:r>
    </w:p>
    <w:p>
      <w:pPr>
        <w:jc w:val="right"/>
      </w:pPr>
      <w:r>
        <w:t>मगर उसी शख्स के सामने खुदा का नाम लीजिए तो उसके अंदर कोई जोश पैदा ना होगा. ऐसा मालूम होगा जैसे उसके पास खुदा के बारे में बोलने के लिए कोई चीज़ ही नहीं. अक्षक के सामने उसके कौमी कौमी hero का चर्चा कर दीजिए और फिर आप देखिएगा कि अचानक वह बादशाह सुखंद बनकर ज़ाहिर हो गया है.</w:t>
      </w:r>
    </w:p>
    <w:p>
      <w:r>
        <w:rPr>
          <w:b/>
        </w:rPr>
        <w:t xml:space="preserve">[02:28] </w:t>
      </w:r>
      <w:r>
        <w:t>Magar usi ke saamne Khuda ka charcha kijiye to woh aisa nazar aayega jaise ki uske andar Khuda ka naam sunkar koi halchal hi paida nahi hui, jo usko bolne par majboor kar de. Ah woh log jinke paas rajjal ki tareef ke liye alfaaz honge hon magar Khuda ki tareef ke liye unke paas alfaaz na hon.</w:t>
      </w:r>
    </w:p>
    <w:p>
      <w:pPr>
        <w:jc w:val="right"/>
      </w:pPr>
      <w:r>
        <w:t>मगर उसी के सामने खुदा का चर्चा कीजिए तो वह ऐसा नज़र आएगा जैसे कि उसके अंदर खुदा का नाम सुनकर कोई हलचल ही पैदा नहीं हुई, जो उसको बोलने पर मजबूर कर दे. आह वो लोग जिनके पास रजाल की तारीफ के लिए अल्फाज़ होंगे हों मगर खुदा की तारीफ के लिए उनके पास अल्फाज़ ना हों.</w:t>
      </w:r>
    </w:p>
    <w:p>
      <w:r>
        <w:rPr>
          <w:b/>
        </w:rPr>
        <w:t xml:space="preserve">[02:52] </w:t>
      </w:r>
      <w:r>
        <w:t>insaan ke baare mein woh maloomat ka khazana bane hue hon, magar khuda ke baare mein unke paas koi maloomat nahin. jo unki zabaan ya qalam se jaari ho. kya seenon mein imaan ke sote khush ho gaye? kya logon ne khuda ki azmat ko mehsoos nahin kiya jisko woh logon se bayan karein? kya logon ko khuda ke kamalat ka koi mushahida nahin hua? kya unhein sirf mukat ki khabar hai?</w:t>
      </w:r>
    </w:p>
    <w:p>
      <w:pPr>
        <w:jc w:val="right"/>
      </w:pPr>
      <w:r>
        <w:t>इंसान के बारे में वो मालूमात का खज़ाना बने हुए हों, मगर खुदा के बारे में उनके पास कोई मालूमात नहीं. जो उनकी ज़बान या कलम से जारी हो. क्या सीनों में ईमान के सोते खुश हो गए? क्या लोगों ने खुदा की अज़बत को महसूस नहीं किया जिसको वह लोगों से बयान करें? क्या लोगों को खुदा के कमालात का कोई मुशायदा नहीं हुआ? क्या उन्हें सिर्फ मुकात की खबर है?</w:t>
      </w:r>
    </w:p>
    <w:p>
      <w:r>
        <w:rPr>
          <w:b/>
        </w:rPr>
        <w:t xml:space="preserve">[03:21] </w:t>
      </w:r>
      <w:r>
        <w:t>khuda wanjul jalaal ki unhein koi khabar nahin hai? is article ko jab article unka jo naam hai usko hi main jab dawar se samajh gayi thi to article ko padhne ke liye to mere uske naam par bada dimagh laga ki ek taraf khuda likha hai, ek taraf gaafil.</w:t>
      </w:r>
    </w:p>
    <w:p>
      <w:pPr>
        <w:jc w:val="right"/>
      </w:pPr>
      <w:r>
        <w:t>खुदा वंजुल जिलाल की उन्हें कोई खबर नहीं है? इस article को जब article उनका जो नाम है उसको ही मैं जब दवार से समझ गई थी तो article को पढ़ने के लिए तो मेरे उसके नाम पर बड़ा दिमाग लगा कि एक तरफ खोदा लिखा है, एक तरफ गाफिल.</w:t>
      </w:r>
    </w:p>
    <w:p>
      <w:r>
        <w:rPr>
          <w:b/>
        </w:rPr>
        <w:t xml:space="preserve">[03:43] </w:t>
      </w:r>
      <w:r>
        <w:t>to khuda jo poori kainat ka malik hai jo matlab iska matlab hai jo sab kuch hai jo jo zameen aasman ka malik jiski hamara bujood uska uski wajah se hai aur uske baad ek bird hai gaafil yaani hum usi cheez se gaafil hain. jo itni badi hasti hai usi se gaafil. to kaisi ajeeb badnaseebi hogi insaan ki jo khuda ke mamle mein careless ho.</w:t>
      </w:r>
    </w:p>
    <w:p>
      <w:pPr>
        <w:jc w:val="right"/>
      </w:pPr>
      <w:r>
        <w:t>तो खोदा जो पूरी कायनात का मालिक है जो मतलब इसका मतलब है जो सब कुछ है जो जो ज़मीन आसमान का मालिक जिसकी हमारा बुजूद उसका उसकी वजह से है और उसके बाद एक bird है गाफिल यानी हम उसी चीज़ से गाफिल हैं. जो इतनी बड़ी हस्ती है उसी से गाफिल. तो कैसी अजीब बदनशी भी होगी इंसान की जो खुदा के मामले में careless हो.</w:t>
      </w:r>
    </w:p>
    <w:p>
      <w:r>
        <w:rPr>
          <w:b/>
        </w:rPr>
        <w:t xml:space="preserve">[04:13] </w:t>
      </w:r>
      <w:r>
        <w:t>khuda ki duniya mein khuda ki jeevi nematton ko istemaal karein aur khuda ko hi neglect kar dein. to yeh Maulana sahab ne hi humne yeh hum hum khud isi tarah ke gaafil zindgi thi, ghaflat ki zindgi thi hamari bhi, lekin Maulana saath hi zariye hum logon ne jaana ki sab kuch khuda hai. tabhi zindgi badalti hai.</w:t>
      </w:r>
    </w:p>
    <w:p>
      <w:pPr>
        <w:jc w:val="right"/>
      </w:pPr>
      <w:r>
        <w:t>खुदा की दुनिया में खुदा की जीवी नेमतों को इस्तेमाल करें और खुदा को ही neglect कर दें. तो यह मौलाना साहब ने ही हमने यह हम हम खुद इसी तरह के गाफीली ज़िंदगी थी, गफलत की ज़िंदगी थी हमारी भी, लेकिन मौलाना साथ ही ज़रिए हम लोगों ने जाना कि सब कुछ खुदा है. तभी ज़िंदगी बदलती है.</w:t>
      </w:r>
    </w:p>
    <w:p>
      <w:r>
        <w:rPr>
          <w:b/>
        </w:rPr>
        <w:t xml:space="preserve">[04:39] </w:t>
      </w:r>
      <w:r>
        <w:t>nahin to insaan ki zindgi kabhi badal nahin sakti hai khuda ko paaye baithe. insaan ne apni soch ko itna limited kar rakha hai ki woh sirf apne aur apne jaise insaanon ke baare mein jaanta hai. yahi limited soch ki jo hai insaan ko is duniya mein uljha rakha hai aur usi ki wajah se woh khuda ko nahin pa saka.</w:t>
      </w:r>
    </w:p>
    <w:p>
      <w:pPr>
        <w:jc w:val="right"/>
      </w:pPr>
      <w:r>
        <w:t>नहीं तो इंसान की ज़िंदगी कभी बदल नहीं सकती है खुदा को पाए बैठे. इंसान ने अपनी सोच को इतना limited कर रखा है कि वह सिर्फ़ अपने और अपने जैसे इंसानों के बारे में जानता है. यही limited सोच की जो है इंसान को इस दुनिया में उलझा रखा है और उसी की वजह से वह खुदा को नहीं पा सका.</w:t>
      </w:r>
    </w:p>
    <w:p>
      <w:r>
        <w:rPr>
          <w:b/>
        </w:rPr>
        <w:t xml:space="preserve">[05:04] </w:t>
      </w:r>
      <w:r>
        <w:t>insaan ke jazbaat mein khuda na hokar doosre doosre logon ka woh muqaam mil mila hua hai. khuda ke naam se insaan ke andar koi josh nahin paida hota, koi halchal nahin paida hoti kyunki unke paas khuda ki koi maloomati nahin hai. Maulana sahab ne jo ek audio mein bataya hai ki koi ek the woh unke koi Sanjay Babu the jinki wajah se humko bahut kuch mila tha.</w:t>
      </w:r>
    </w:p>
    <w:p>
      <w:pPr>
        <w:jc w:val="right"/>
      </w:pPr>
      <w:r>
        <w:t>इंसान के जज़्बाद में खुदा ना होकर दूसरे दूसरे लोगों का वह मुकाम मिल मिला हुआ है. खुदा के नाम से इंसान के अंदर कोई जोश नहीं पैदा होता, कोई हलचल नहीं पैदा होती क्योंकि उनके पास खुदा की कोई मालूम आती नहीं है. मलाना साहब ने जो एक audio में बताया है कि कोई एक थे वह उनके कोई संजय बाबू थे जिनकी वजह से हमको बहुत कुछ मिला था.</w:t>
      </w:r>
    </w:p>
    <w:p>
      <w:r>
        <w:rPr>
          <w:b/>
        </w:rPr>
        <w:t xml:space="preserve">[05:32] </w:t>
      </w:r>
      <w:r>
        <w:t>to woh dikha rahe the woh saari cheezein yeh sab kuch Sanjay Babu ki den hai sab kuch Sanjay Babu ki den hai. to hamara na sahib usmein batate hue rone lage the ki kisi ne aaj tak aise kisi ne khuda ke liye aise bola ki khuda ne hi sab kuch diya, khuda ke liye kaha hi sab kuch hai.</w:t>
      </w:r>
    </w:p>
    <w:p>
      <w:pPr>
        <w:jc w:val="right"/>
      </w:pPr>
      <w:r>
        <w:t>तो वह दिखा रहे थे वह सारी चीज़ें यह सब कुछ संजय बाबू की देन है सब कुछ संजय बाबू की देन है. तो हमारा ना साहब उसमें बताते हुए रोने लगे थे कि किसी ने आज तक ऐसे किसी ने खुदा के लिए ऐसे बोला कि खुदा ने ही सब कुछ दिया, खुदा के लिए कहा ही सब कुछ है.</w:t>
      </w:r>
    </w:p>
    <w:p>
      <w:r>
        <w:rPr>
          <w:b/>
        </w:rPr>
        <w:t xml:space="preserve">[05:51] </w:t>
      </w:r>
      <w:r>
        <w:t>to wahi main dekh rahi thi ke itni tadap jo ek saans jo asal khuda ko paanay ka</w:t>
      </w:r>
    </w:p>
    <w:p>
      <w:pPr>
        <w:jc w:val="right"/>
      </w:pPr>
      <w:r>
        <w:t>तो वही मैं देख रही थी कि इतनी तड़प जो एक सांस जो असल पुदा को पाने का</w:t>
      </w:r>
    </w:p>
    <w:p>
      <w:r>
        <w:rPr>
          <w:b/>
        </w:rPr>
        <w:t xml:space="preserve">[05:57] </w:t>
      </w:r>
      <w:r>
        <w:t>jo Maulana sahib ke andar tha woh jazba hum sab woh matlab woh to paida nahi ho sakta</w:t>
      </w:r>
    </w:p>
    <w:p>
      <w:pPr>
        <w:jc w:val="right"/>
      </w:pPr>
      <w:r>
        <w:t>जो मुलाना साहब के अंदर था वह जज़्बा हम सब वह मतलब वह तो पैदा नहीं हो सकता</w:t>
      </w:r>
    </w:p>
    <w:p>
      <w:r>
        <w:rPr>
          <w:b/>
        </w:rPr>
        <w:t xml:space="preserve">[06:03] </w:t>
      </w:r>
      <w:r>
        <w:t>lekin bohat koshish karni hogi ke hum hamare dimagh mein har cheez mein, har cheez se hum seekhein,</w:t>
      </w:r>
    </w:p>
    <w:p>
      <w:pPr>
        <w:jc w:val="right"/>
      </w:pPr>
      <w:r>
        <w:t>लेकिन बहुत कोशिश करनी होगी कि हम हमारे दिमाग में हर चीज़ में, हर चीज़ से हम सीखें,</w:t>
      </w:r>
    </w:p>
    <w:p>
      <w:r>
        <w:rPr>
          <w:b/>
        </w:rPr>
        <w:t xml:space="preserve">[06:10] </w:t>
      </w:r>
      <w:r>
        <w:t>har cheez ko hum dekhein, har koshish karein ke nahi sochne ke liye hamare andar salahiyat honi chahiye</w:t>
      </w:r>
    </w:p>
    <w:p>
      <w:pPr>
        <w:jc w:val="right"/>
      </w:pPr>
      <w:r>
        <w:t>हर चीज़ को हम देखें, हर कोशिश करें कि नहीं सोचने के लिए हमारे अंदर सिलायत होनी चाहिए</w:t>
      </w:r>
    </w:p>
    <w:p>
      <w:r>
        <w:rPr>
          <w:b/>
        </w:rPr>
        <w:t xml:space="preserve">[06:16] </w:t>
      </w:r>
      <w:r>
        <w:t>ke hum khuda ko pa sakein.</w:t>
      </w:r>
    </w:p>
    <w:p>
      <w:pPr>
        <w:jc w:val="right"/>
      </w:pPr>
      <w:r>
        <w:t>कि हम खुदा को पा सकें.</w:t>
      </w:r>
    </w:p>
    <w:p>
      <w:r>
        <w:rPr>
          <w:b/>
        </w:rPr>
        <w:t xml:space="preserve">[06:23] </w:t>
      </w:r>
      <w:r>
        <w:t>baqi hamare saath humko yeh karna hai ki hum doosri doosri cheezon se itna apni woh zaroori cheezon se apne aap ko door karein taaki hum hamara saari cheezein jo hamare zehan mein hain woh nikal jayein. tabhi hum khuda ko, tabhi jab hamara container khali hoga tabhi hum khuda ko pa payenge. to bahut zyada zaroori hai.</w:t>
      </w:r>
    </w:p>
    <w:p>
      <w:pPr>
        <w:jc w:val="right"/>
      </w:pPr>
      <w:r>
        <w:t>बाकी हमारे साथ हमको यह करना है कि हम दूसरी दूसरी चीज़ों से इतना अपनी वह ज़रूरी चीज़ों से अपने आप को दूर करें ताकि हम हमारा सारी चीज़ें जो हमारे ज़हन में हैं वह निकल जाएं. तभी हम खुदा को, तभी जब हमारा container खाली होगा तभी हम खुदा को पा पाएंगे. तो बहुत ज़्यादा ज़रूरी है.</w:t>
      </w:r>
    </w:p>
    <w:p>
      <w:r>
        <w:rPr>
          <w:b/>
        </w:rPr>
        <w:t xml:space="preserve">[06:49] </w:t>
      </w:r>
      <w:r>
        <w:t>khuda ko paana kya hota hai iska matlab hi hum nahin jaan paaye the jaante the. to Maulana sahab ne likha hai ki ek jo ek misaal diya hai ki ek bulb jab powerhouse se connect hota hai to woh jalta hai. yaani ki bulb agar jalega nahin to usko jab bina jale hue bulb ko hum log das din mein phenk denge. lekin jab bulb jalta hai to woh khud bhi roshan hota hai doosron ko bhi raushni deta hai.</w:t>
      </w:r>
    </w:p>
    <w:p>
      <w:pPr>
        <w:jc w:val="right"/>
      </w:pPr>
      <w:r>
        <w:t>खुदा को पाना क्या होता है इसका मतलब ही हम नहीं जान पाए थे जानते थे. तो मोलाना साहब ने लिखा है कि एक जो एक मिसाल दिया है कि एक bulb जब powerhouse से connect होता है तो वह जलता है. यानी कि bulb अगर जलेगा नहीं तो उसको जब बिना जले हुए bulb को हम लोग दस दिन में फ़ेंक देंगे. लेकिन जब bulb जलता है तो वह खुद भी रोशन होता है दूसरों को भी रौशनी देता है.</w:t>
      </w:r>
    </w:p>
    <w:p>
      <w:r>
        <w:rPr>
          <w:b/>
        </w:rPr>
        <w:t xml:space="preserve">[07:15] </w:t>
      </w:r>
      <w:r>
        <w:t>to yeh wali Maulana sahab ko jo example tha isse bhi samajh mein aata hai jab khuda ke paane ke baad hi hum khuda ko paane ke baad hi hamara jo dimagh hai jo soch hai woh jab badalti hai tabhi hamara personality badalti hai. tabhi hamara matlab roshan hota hai ek mind to sirf khuda ke liye hota hai.</w:t>
      </w:r>
    </w:p>
    <w:p>
      <w:pPr>
        <w:jc w:val="right"/>
      </w:pPr>
      <w:r>
        <w:t>तो यह वाली मनाना साहब को जो example था इससे भी समझ में आता है जब खुदा के पाने के बाद ही हम खुदा को पाने के बाद ही हमारा जो दिमाग है जो सोच है वह जब बदलती है तभी हमारा personality बदलती है. तभी हमारा मतलब रोशन होता है एक mind तो सिर्फ खुदा के लिए होता है.</w:t>
      </w:r>
    </w:p>
    <w:p>
      <w:r>
        <w:rPr>
          <w:b/>
        </w:rPr>
        <w:t xml:space="preserve">[07:39] </w:t>
      </w:r>
      <w:r>
        <w:t>insaan ko Allah taala ne aise ne taqween par paida kiya lekin insaan ne apne ko khud lowest of the low mein daal diya. yaani jab insaan ne apni aankal ko istemaal, aankal ka istemaal khuda ko paane mein nahin lagakar doosri tamam cheezon mein lagaya to uska side effect yahi hua ki uski aankal chheen di gayi. akl na rahi to insaan har har galat cheezon mein amulobhish ho gaya.</w:t>
      </w:r>
    </w:p>
    <w:p>
      <w:pPr>
        <w:jc w:val="right"/>
      </w:pPr>
      <w:r>
        <w:t>इंसान को अल्लाह ताला ने ऐसे ने तक़वीन पर पैदा किया लेकिन इंसान ने अपने को खुद lowest of the low में डाल दिया. यानी जब इंसान ने अपनी आंकल को इस्तेमाल, आंकल का इस्तेमाल खुदा को पाने में नहीं लगाकर दूसरी तमाम चीज़ों में लगाया तो उसका side effect यही हुआ कि उसकी आंकल छीन दी गई. अक्ल ना रही तो इंसान हर हर गलत चीज़ों में अमूलोभिष हो गया.</w:t>
      </w:r>
    </w:p>
    <w:p>
      <w:r>
        <w:rPr>
          <w:b/>
        </w:rPr>
        <w:t xml:space="preserve">[08:05] </w:t>
      </w:r>
      <w:r>
        <w:t>to Quran mein jo hai chapter 39 verse 67 mein ki bataya gaya hai ki logon ne khuda ki qadar na ki jaisi ki uski karni chahiye. to isko bhi mujhe isse mujhe yeh lesson mila ki khuda to khuda hai. hamesha rehne wala khuda hai. lekin insaan ne khuda ki qadar na ki to apne ko nichle muqaam par daalkar apne saath kitna bura kiya hai.</w:t>
      </w:r>
    </w:p>
    <w:p>
      <w:pPr>
        <w:jc w:val="right"/>
      </w:pPr>
      <w:r>
        <w:t>तो कुरान में जो है chapter 39 verse 67 में कि बताया गया है कि लोगों ने खुदा की कदर ना की जैसी कि उसकी करनी चाहिए. तो इसको भी मुझे इससे मुझे यह lesson मिला कि खुदा तो खुदा है. हमेशा रहने वाला खुदा है. लेकिन इंसान ने खुदा की कदर ना की तो अपने को निचले मुकाम पर डालकर अपने साथ कितना बुरा किया है.</w:t>
      </w:r>
    </w:p>
    <w:p>
      <w:r>
        <w:rPr>
          <w:b/>
        </w:rPr>
        <w:t xml:space="preserve">[08:35] </w:t>
      </w:r>
      <w:r>
        <w:t>apne ko nichle darje par daalkar khud insaan ne apne saath galti kiya apni hi naqadri kar li hai. iski baras insaan jab khuda ko pa leta hai to woh apni apni badai mein nahin khuda ki badai mein zindgi guzarta hai.</w:t>
      </w:r>
    </w:p>
    <w:p>
      <w:pPr>
        <w:jc w:val="right"/>
      </w:pPr>
      <w:r>
        <w:t>अपने को निचले दर्जे पर डालकर खुद इंसान ने अपने साथ गलती किया अपनी ही नाकदरी कर ली है. इसकी बरस इंसान जब खुदा को पा लेता है तो वह अपनी अपनी बड़ाई में नहीं खुदा की बड़ाई में ज़िंदगी गुज़ारता है.</w:t>
      </w:r>
    </w:p>
    <w:p>
      <w:r>
        <w:rPr>
          <w:b/>
        </w:rPr>
        <w:t xml:space="preserve">[09:05] </w:t>
      </w:r>
      <w:r>
        <w:t>is tarah uska intellectual development jo hota badhta rehta hai. uska thinking process mushkil us takal jaari rehta hai. Maulana sahab kehte hain ki insaan agar khuda ko pa le to woh uske kamalat mein gum ho jaaye. khuda ke siwa doosri cheez ka usko hosh na rahe. yahi meri learning thi Shabina.</w:t>
      </w:r>
    </w:p>
    <w:p>
      <w:pPr>
        <w:jc w:val="right"/>
      </w:pPr>
      <w:r>
        <w:t>इस तरह उसका intellectual development जो होता बढ़ता रहता है. उसका thinking process मुश्किल उस तकल जारी रहता है. मुलाना साहब कहते हैं कि इंसान अगर खुदा को पा ले तो वह उसके कमालात में गुम हो जाए. खुदा के सिवा किसी दूसरी चीज़ का उसको होश ना रहे. यही मेरी learning थी शविना.</w:t>
      </w:r>
    </w:p>
    <w:p>
      <w:r>
        <w:rPr>
          <w:b/>
        </w:rPr>
        <w:t xml:space="preserve">[09:33] </w:t>
      </w:r>
      <w:r>
        <w:t>Anjiza Kalpa aapne bahut acche se kaafi description se bataya ki kuch paana kya hota hai? Khuda ko jab paal leta hai insaan to uske andar kya kya changes aate hain? Maine jo article jo khuda sirf is article ko jo aapne share kiya hai main isse bahut bahut zyada relate kar pa rahi hoon wahan par ki is article mein har woh cheez likhi hui hai yahan par teen comparison diya hua hai.</w:t>
      </w:r>
    </w:p>
    <w:p>
      <w:pPr>
        <w:jc w:val="right"/>
      </w:pPr>
      <w:r>
        <w:t>अंजिज़ा कलापा आपने बहुत अच्छे से काफी description से बताया कि कुछ पाना क्या होता है? ख़ुदा को जब पाल लेता है इंसान तो उसके अंदर क्या क्या changes आते हैं? मैंने जो article जो ख़ुदा सिर्फ़ इस article को जो आपने share किया है मैं इससे बहुत बहुत ज़्यादा relate कर पा रही हूं वहां पर कि इस article में हर वह चीज़ लिखी हुई है यहां पर तीन comparison दिया हुआ है.</w:t>
      </w:r>
    </w:p>
    <w:p>
      <w:r>
        <w:rPr>
          <w:b/>
        </w:rPr>
        <w:t xml:space="preserve">[09:59] </w:t>
      </w:r>
      <w:r>
        <w:t>yeh teeno comparison ke alawa maine aur bhi bahut saare comparisons ko mehsoos kiya hai. logon se baatcheet karne mein, logon ke saath milne uthne baithne mein, apni khud family jo close family hai unke saath. In fact maine sirf mehsoos kiya ki main jab unse milne jaati thi aur chunki hum log CPS mission se jude hue hain aur hamari reengineering of mind Maulana ne hamari already pehle ki hai and we have come to the point of realization of God.</w:t>
      </w:r>
    </w:p>
    <w:p>
      <w:pPr>
        <w:jc w:val="right"/>
      </w:pPr>
      <w:r>
        <w:t>यह तीनों comparison के अलावा मैंने और भी बहुत सारे comparisons को महसूस किया है. लोगों से बातचीत करने में, लोगों के साथ मिलने उठने बैठने में, अपनी ख़ुद family जो close family है उनके साथ. In fact मैंने सिर्फ़ महसूस किया कि मैं जब उनसे मिलने जाती थी और चूंकि हम लोग CPS mission से जुड़े हुए हैं और हमारी reengineering of mind मोलाना ने हमारी already पहले की है and we have come to the point of realization of God.</w:t>
      </w:r>
    </w:p>
    <w:p>
      <w:r>
        <w:rPr>
          <w:b/>
        </w:rPr>
        <w:t xml:space="preserve">[10:29] </w:t>
      </w:r>
      <w:r>
        <w:t>to hum in sab distractions se bahut door rehte hain aur jab main unke saath ugti baithti thi to maine kai baar aisi koshish ki hai ki unke saath main koi Maulana ka koi article laga doon ya uske baare mein ek do point zikr karoon ya kuch video hai ya lecture unke saath short video hai lecture unke saath share karoon.</w:t>
      </w:r>
    </w:p>
    <w:p>
      <w:pPr>
        <w:jc w:val="right"/>
      </w:pPr>
      <w:r>
        <w:t>तो हम इन सब distractions से बहुत दूर रहते हैं और जब मैं उनके साथ उगती बैठती थी तो मैंने कई बार ऐसी कोशिश की है कि उनके साथ मैं कोई मोलाना का कोई article लगा दूं या उसके बारे में एक दो point ज़िक्र करूं या कुछ video है या lecture उनके साथ short video है lecture उनके साथ share करूं.</w:t>
      </w:r>
    </w:p>
    <w:p>
      <w:r>
        <w:rPr>
          <w:b/>
        </w:rPr>
        <w:t xml:space="preserve">[10:48] </w:t>
      </w:r>
      <w:r>
        <w:t>to relate karke hum kuch seekh paayenge.</w:t>
      </w:r>
    </w:p>
    <w:p>
      <w:pPr>
        <w:jc w:val="right"/>
      </w:pPr>
      <w:r>
        <w:t>तो relate करके हम कुछ सीख पाएंगे.</w:t>
      </w:r>
    </w:p>
    <w:p>
      <w:r>
        <w:rPr>
          <w:b/>
        </w:rPr>
        <w:t xml:space="preserve">[11:03] </w:t>
      </w:r>
      <w:r>
        <w:t>to maine aisa bilkul hi mehsoos nahi kiya ab yahan tak ke maine yeh drop kar diya ab</w:t>
      </w:r>
    </w:p>
    <w:p>
      <w:pPr>
        <w:jc w:val="right"/>
      </w:pPr>
      <w:r>
        <w:t>तो मैंने ऐसा बिल्कुल ही महसूस नहीं किया अब यहां तक कि मैंने यह drop कर दिया अब</w:t>
      </w:r>
    </w:p>
    <w:p>
      <w:r>
        <w:rPr>
          <w:b/>
        </w:rPr>
        <w:t xml:space="preserve">[11:18] </w:t>
      </w:r>
      <w:r>
        <w:t>idea ke main jaaun unse kuch kahun aur because bohat zyada distractions mein log fansay hue hain.</w:t>
      </w:r>
    </w:p>
    <w:p>
      <w:pPr>
        <w:jc w:val="right"/>
      </w:pPr>
      <w:r>
        <w:t>idea कि मैं जाऊं उनसे कुछ कहूं और because बहुत ज़्यादा distractions में लोग फ़ंसे हुए हैं.</w:t>
      </w:r>
    </w:p>
    <w:p>
      <w:r>
        <w:rPr>
          <w:b/>
        </w:rPr>
        <w:t xml:space="preserve">[11:34] </w:t>
      </w:r>
      <w:r>
        <w:t>to yeh article se jab maine yeh article padhi to mujhe bahut zyada maine relate kar paaye ki kitna sach article yeh Maulana ne kitna zyada is article ko gehrai se likha hai ki poori duniya mein aapko ek family bhi aisa nahin milega jo waqai khuda mein interest leta ho, sirf khuda mein interest leta aur khuda ki baat ko sunne ko tayyar ho. aap ek sentence nahin kisi se puch sakti hain khuda ke baare mein.</w:t>
      </w:r>
    </w:p>
    <w:p>
      <w:pPr>
        <w:jc w:val="right"/>
      </w:pPr>
      <w:r>
        <w:t>तो यह article से जब मैंने यह article पढ़ी तो मुझे बहुत ज़्यादा मैंने relate कर पाए कि कितना सच article यह मौला ने कितना ज़्यादा इस article को गहराई से लिखा है कि पूरी दुनिया में आपको एक family भी ऐसा नहीं मिलेगा जो वाकई खुदा में interest लेता हो, सिर्फ खुदा में interest लेता और खुदा की बात को सुनने को तैयार हो. आप एक sentence नहीं किसी से पुछ सकती हैं खुदा के बारे में.</w:t>
      </w:r>
    </w:p>
    <w:p>
      <w:r>
        <w:rPr>
          <w:b/>
        </w:rPr>
        <w:t xml:space="preserve">[12:00] </w:t>
      </w:r>
      <w:r>
        <w:t>to yeh bahut afsos ki baat hai ki hum kahan ja rahe hain? main doctor Safina Tapasya se share karne ke liye request karti hoon. Assalamualaikum.</w:t>
      </w:r>
    </w:p>
    <w:p>
      <w:pPr>
        <w:jc w:val="right"/>
      </w:pPr>
      <w:r>
        <w:t>तो यह बहुत अफसोस की बात है कि हम कहां जा रहे हैं? मैं doctor सफीना तपस्यों से share करने के लिए request करती हूं. अस्लामुलायकुल.</w:t>
      </w:r>
    </w:p>
    <w:p>
      <w:r>
        <w:rPr>
          <w:b/>
        </w:rPr>
        <w:t xml:space="preserve">[12:18] </w:t>
      </w:r>
      <w:r>
        <w:t>is article ko padhkar, jo meri learning hui hai, to maine samjha ki hum jo kuch bolte hain ya karte hain, usse hamari soch, hamari zehniyat reflect hoti hai. hamari hamari zindgi ko guzarnay ka hamara goal kya hai?</w:t>
      </w:r>
    </w:p>
    <w:p>
      <w:pPr>
        <w:jc w:val="right"/>
      </w:pPr>
      <w:r>
        <w:t>इस article को पढ़कर, जो मेरी learning हुई है, तो मैंने समझा कि हम जो कुछ बोलते हैं या करते हैं, उससे हमारी सोच, हमारी ज़हनियत reflect होती है. हमारी हमारी ज़िंदगी को गुज़ारने का हमारा goal क्या है?</w:t>
      </w:r>
    </w:p>
    <w:p>
      <w:r>
        <w:rPr>
          <w:b/>
        </w:rPr>
        <w:t xml:space="preserve">[12:35] </w:t>
      </w:r>
      <w:r>
        <w:t>sab kuch hum apne bolkar zariye logon tak pahunchate hain aur jis baare mein hamara zehan zyada sensitive ho, jis topic ko hum poora din apni soch par gaalib rakhein, wahi hamari life ki priority hai. kyunki usi ke liye hamari raat aur din ki planning hoti hai. hum apni zaroori aadat se saari bhokar sabse pehle wahi sab cheezein sochna shuru kar dete hain. unhi sab cheezon se hamara emotional attachment bhi hota hai.</w:t>
      </w:r>
    </w:p>
    <w:p>
      <w:pPr>
        <w:jc w:val="right"/>
      </w:pPr>
      <w:r>
        <w:t>सब कुछ हम अपने बोलकर ज़रिए लोगों तक पहुंचाते हैं और जिस बारे में हमारा ज़ेहन ज़्यादा sensitive हो, जिस topic को हम पूरा दिन अपनी सोच पर गालीब रखें, वही हमारी life की priority है. क्योंकि उसी के लिए हमारी रात और दिन की planning होती है. हम अपनी ज़रूरी आदत से सारी भोकर सबसे पहले वही सब चीज़ें सोचना शुरू कर देते हैं. उन्हीं सब चीज़ों से हमारा emotional attachment भी होता है.</w:t>
      </w:r>
    </w:p>
    <w:p>
      <w:r>
        <w:rPr>
          <w:b/>
        </w:rPr>
        <w:t xml:space="preserve">[13:05] </w:t>
      </w:r>
      <w:r>
        <w:t>to yahan se hum yeh jaan sakte hain ki hamari zindgi ki priority kya hai? hum kis cheez ko tarjeeh de rahe hain? kya hum family, beta beti, apni com ya madhyamani culture, material culture? is sab ko is sab mein jeete hain ya phir hamare kuch aakhir ke baare mein bhi koi soch hai, creator ke baare mein bhi koi soch hai.</w:t>
      </w:r>
    </w:p>
    <w:p>
      <w:pPr>
        <w:jc w:val="right"/>
      </w:pPr>
      <w:r>
        <w:t>तो यहां से हम यह जान सकते हैं कि हमारी ज़िंदगी की priority क्या है? हम किस चीज़ को तर्जीत दे रहे हैं? क्या हम family, बेटा बेटी, अपनी com या माध्यमानी culture, material culture? इस सब को इस सब में जीते हैं या फिर हमारे कुछ आख़िर के बारे में भी कोई सोच है, creator के बारे में भी कोई सोच है.</w:t>
      </w:r>
    </w:p>
    <w:p>
      <w:r>
        <w:rPr>
          <w:b/>
        </w:rPr>
        <w:t xml:space="preserve">[13:29] </w:t>
      </w:r>
      <w:r>
        <w:t>to mujhe yeh samajh mein aaya ki yeh article inhi baaton par introspection karne ke liye kehta hai. apne aap ko muhasbaat karne ke liye keh raha hai. Quran mein humne jaana ki ek momin ki sifat hai ki woh sabse zyada mohabbat aur sabse zyada dar Allah ka rakhta hai.</w:t>
      </w:r>
    </w:p>
    <w:p>
      <w:pPr>
        <w:jc w:val="right"/>
      </w:pPr>
      <w:r>
        <w:t>तो मुझे यह समझ में आया कि यह article इन्हीं बातों पर introspection करने के लिए कहता है. अपने आप को मुहास बात करने के लिए कह रहा है. उरान में हमने जाना कि एक मौमिन की सिफत है कि वह सबसे ज़्यादा मोहब्बत और सबसे ज़्यादा डर अल्लाह का रखता है.</w:t>
      </w:r>
    </w:p>
    <w:p>
      <w:r>
        <w:rPr>
          <w:b/>
        </w:rPr>
        <w:t xml:space="preserve">[13:48] </w:t>
      </w:r>
      <w:r>
        <w:t>to Maulana sahib hamesha yahi bataya unhone ki yeh jo do cheezein hain, extreme emotional cheezein hain, yeh extreme jo emotions hain hamare, darr aur bahut zyada mohabbat. Yeh hum agar Allah se rakhenge tabhi hum samajh payenge ki hamari life ki priority Allah hai aur usko judge karne ka tareeka jaise maine abhi bataya hum isse test kar sakte hain ki wah kahin mein kya aisa hai?</w:t>
      </w:r>
    </w:p>
    <w:p>
      <w:pPr>
        <w:jc w:val="right"/>
      </w:pPr>
      <w:r>
        <w:t>तो मुलाना साहब हमेशा यही बताया उन्होंने कि यह जो दो चीज़ें हैं, extreme emotional चीज़ें हैं, यह extreme जो emotions हैं हमारे, डर और बहुत ज़्यादा मोहब्बत. यह हम अगर अल्लाह से रखेंगे तभी हम समझ पाएंगे कि हमारी life की priority अल्लाह है और उसको judge करने का तरीका जैसे मैंने अभी बताया हम इससे test कर सकते हैं कि वाह कहीं में क्या ऐसा है?</w:t>
      </w:r>
    </w:p>
    <w:p>
      <w:r>
        <w:rPr>
          <w:b/>
        </w:rPr>
        <w:t xml:space="preserve">[14:15] </w:t>
      </w:r>
      <w:r>
        <w:t>sabse zyada hum kya sochte hain? Hum kis cheez se sabse zyada darte hain? Aksar hum log apni family ki pareshaniyon se darte hain. Kuch log apni paisa kam ho jaane par kab sochkar dar jaate hain, bahut zyada ghamphra uthte hain. Kuch log apni maut ko sochkar is tarah se dar jaate hain ki unhein duniya chhodne ka ek ek hamesha khatra rehta hai. To hum ab hum kis level par hain wah hum introspect karna hai.</w:t>
      </w:r>
    </w:p>
    <w:p>
      <w:pPr>
        <w:jc w:val="right"/>
      </w:pPr>
      <w:r>
        <w:t>सबसे ज़्यादा हम क्या सोचते हैं? हम किस चीज़ से सबसे ज़्यादा डरते हैं? अक्सर हम लोग अपनी family की परेशानियों से डरते हैं. कुछ लोग अपने पैसा कम हो जाने पर कब सोचकर डर जाते हैं, बहुत ज़्यादा घंपड़ा उठते हैं. कुछ लोग अपनी मौत को सोचकर इस तरह से डर जाते हैं कि उन्हें दुनिया छोड़ने का एक एक हमेशा खतरा रहता है. तो हम अब हम किस level पर हैं वह हमें introspect करना है.</w:t>
      </w:r>
    </w:p>
    <w:p>
      <w:r>
        <w:rPr>
          <w:b/>
        </w:rPr>
        <w:t xml:space="preserve">[14:43] </w:t>
      </w:r>
      <w:r>
        <w:t>isi wajah se hum apne aas paas hone wale wabaat mein Khuda ki qudrat, Khuda ki azmat aur uski hikmat ko dekhne se mehrum jaate hain.</w:t>
      </w:r>
    </w:p>
    <w:p>
      <w:pPr>
        <w:jc w:val="right"/>
      </w:pPr>
      <w:r>
        <w:t>इसी वजह से हम अपने आस पास होने वाले वाप्यात में खुदा की कुदरत, खुदा की अज़मत और उसकी हिक्मत को देखने से मेहरूर जाते हैं.</w:t>
      </w:r>
    </w:p>
    <w:p>
      <w:r>
        <w:rPr>
          <w:b/>
        </w:rPr>
        <w:t xml:space="preserve">[14:51] </w:t>
      </w:r>
      <w:r>
        <w:t>jaise ki is article mein padhkar log kuch bol hi nahi paate Khuda ke bare mein kyunki wah to kul milakar is zindagi ke mauke ko poori tarah hum waste kar dete hain.</w:t>
      </w:r>
    </w:p>
    <w:p>
      <w:pPr>
        <w:jc w:val="right"/>
      </w:pPr>
      <w:r>
        <w:t>जैसे कि इस article में पढ़ाकर लोग कुछ बोल ही नहीं पाते खुदा के बारे में क्योंकि वह तो कुल मिलाकर इस ज़िंदगी के मौके को पूरी तरह हम waste कर देते हैं.</w:t>
      </w:r>
    </w:p>
    <w:p>
      <w:r>
        <w:rPr>
          <w:b/>
        </w:rPr>
        <w:t xml:space="preserve">[15:15] </w:t>
      </w:r>
      <w:r>
        <w:t>agar hum aisa karte hain kyunke agar hum creation mein hi doob jayenge, usi ki tareef aur khoobsurti</w:t>
      </w:r>
    </w:p>
    <w:p>
      <w:pPr>
        <w:jc w:val="right"/>
      </w:pPr>
      <w:r>
        <w:t>अगर हम ऐसा करते हैं क्योंकि अगर हम creation में ही डूब जाएंगे, उसी की तारीफ़ और खूबसूरती</w:t>
      </w:r>
    </w:p>
    <w:p>
      <w:r>
        <w:rPr>
          <w:b/>
        </w:rPr>
        <w:t xml:space="preserve">[15:40] </w:t>
      </w:r>
      <w:r>
        <w:t>mein doob jayenge.</w:t>
      </w:r>
    </w:p>
    <w:p>
      <w:pPr>
        <w:jc w:val="right"/>
      </w:pPr>
      <w:r>
        <w:t>में डूब जाएंगे.</w:t>
      </w:r>
    </w:p>
    <w:p>
      <w:r>
        <w:rPr>
          <w:b/>
        </w:rPr>
        <w:t xml:space="preserve">[16:06] </w:t>
      </w:r>
      <w:r>
        <w:t>to agar usne is duniya mein rehkar Allah ki marifat hasil nahi ki to usne apna jo maqsad e hayat hai wahi achieve nahi kiya. Aaj is article ko padhkar hum apni poori zindagi ki priorities ko check karein. Kya Khuda hamari priority hai? Kya hum Khuda rukhi zindagi jee rahe hain? Kya hamare emotional attachment sirf Khuda se hain? Kyunki jab aisa hoga tabhi hum har jagah Khuda ki maujoodgi pa sakenge.</w:t>
      </w:r>
    </w:p>
    <w:p>
      <w:pPr>
        <w:jc w:val="right"/>
      </w:pPr>
      <w:r>
        <w:t>तो अगर उसने इस दुनिया में रहकर अल्लाह की मार्फत हासिल नहीं की तो उसने अपना जो मकसद ए हयात है वही achieve नहीं किया. आज इस article को पढ़कर हम अपनी पूरी ज़िंदगी की priorities को check करें. क्या खुदा हमारी priority है? क्या हम खुदा रुखी ज़िंदगी जी रहे हैं? क्या हमारे emotional attachment सिर्फ़ खुदा से हैं? क्योंकि जब ऐसा होगा तभी हम हर जगह खुदा की मौजूदगी पा सकेंगे.</w:t>
      </w:r>
    </w:p>
    <w:p>
      <w:r>
        <w:rPr>
          <w:b/>
        </w:rPr>
        <w:t xml:space="preserve">[16:34] </w:t>
      </w:r>
      <w:r>
        <w:t>tabhi hum har waqt Khuda ke yaad mein guzaar sakenge jisko zikr kistir kaha gaya hai. Kyunki jisne is duniya mein Khuda ko paya hai wahi us duniya mein Khuda ko payega. Yeh main isse learning meri hui hai Zidda Kalyapreena. Zidda Kalyapreena for sharing your learning. Najma aap apni learning ko share karein.</w:t>
      </w:r>
    </w:p>
    <w:p>
      <w:pPr>
        <w:jc w:val="right"/>
      </w:pPr>
      <w:r>
        <w:t>तभी हम हर वक्त खुदा के याद में गुज़ार सकेंगे जिसको ज़िक्र किस्तीर कहा गया है. क्योंकि जिसने इस दुनिया में खुदा को पाया है वही उस दुनिया में खुदा को पाएगा. यह मैं इससे learning मेरी हुई है ज़िद्दा कल्याप्रीणा. ज़िद्दा कल्याप्रीणा for sharing your learning. नजमा आप अपनी learning को share करें.</w:t>
      </w:r>
    </w:p>
    <w:p>
      <w:r>
        <w:rPr>
          <w:b/>
        </w:rPr>
        <w:t xml:space="preserve">[17:02] </w:t>
      </w:r>
      <w:r>
        <w:t>Maulana sahib ke ne apne is article mein Khuda se ghafil to uska to heading hi aisa hai jisko jo hamein samajh mein aata hai.</w:t>
      </w:r>
    </w:p>
    <w:p>
      <w:pPr>
        <w:jc w:val="right"/>
      </w:pPr>
      <w:r>
        <w:t>मोलाना साहब के ने अपने इस article में खुदा से गाफिल तो उसका तो heading ही ऐसा है जिसको जो हमें समझ में आता है.</w:t>
      </w:r>
    </w:p>
    <w:p>
      <w:r>
        <w:rPr>
          <w:b/>
        </w:rPr>
        <w:t xml:space="preserve">[17:19] </w:t>
      </w:r>
      <w:r>
        <w:t>unhone is baat par focus kiya hai ki agar kisi shakhs se uske bete ke bare mein ya uske khandan ke badon ke bare mein ya kisi buzurg ke bare mein poocha jaye to wah josh mein aa jata hai aur bahut detail mein uske bare mein batane lagta hai aur batata rehta hai.</w:t>
      </w:r>
    </w:p>
    <w:p>
      <w:pPr>
        <w:jc w:val="right"/>
      </w:pPr>
      <w:r>
        <w:t>उन्होंने इस बात पर focus किया है कि अगर किसी शख्स से उसके बेटे के बारे में या उसके खानदान के बड़ों के बारे में या किसी बुज़ुर्ग के बारे में पुछा जाए तो वह जोश में आ जाता है और बहुत detail में उसके बारे में बताने लगता है और बताता रहता है.</w:t>
      </w:r>
    </w:p>
    <w:p>
      <w:r>
        <w:rPr>
          <w:b/>
        </w:rPr>
        <w:t xml:space="preserve">[17:40] </w:t>
      </w:r>
      <w:r>
        <w:t>yaani hum duniyavi cheezon ke bare mein hum bhi agar apne ko sochein to duniyavi cheezon mein aisi insaan explain karta hai lekin Khuda ke bare mein agar poocha to uske andar koi josh nahi aata. Josh paida nahi hota aur wah kuch pata bhi nahi pata except kuch common cheezon ke jo Allah ke bare mein hain aur koi halchal nahi machti uske andar.</w:t>
      </w:r>
    </w:p>
    <w:p>
      <w:pPr>
        <w:jc w:val="right"/>
      </w:pPr>
      <w:r>
        <w:t>यानी हम दुनियावी चीज़ों के बारे में हम भी अगर अपने को सोचें तो दुनियावी चीज़ों में ऐसी इंसान explain करता है लेकिन खुदा के बारे में अगर पुछा तो उसके अंदर कोई जोश नहीं आता. जोश पैदा नहीं होता और वह कुछ पता भी नहीं पाता except कुछ common चीज़ों के जो अल्लाह के बारे में हैं और कोई हलचल नहीं मचती उसके अंदर.</w:t>
      </w:r>
    </w:p>
    <w:p>
      <w:r>
        <w:rPr>
          <w:b/>
        </w:rPr>
        <w:t xml:space="preserve">[18:08] </w:t>
      </w:r>
      <w:r>
        <w:t>lekin Quran ka focus jo hamein Maulana ne usko matlab se padhne ko kaha, samjhaya to Quran ka focus Allah aur uski blessings bhi hai aur agar hum Quran samajhkar padhein to hamein yeh baat samajh mein ayegi ki Allah ne hamare saath kya kya kiya hai?</w:t>
      </w:r>
    </w:p>
    <w:p>
      <w:pPr>
        <w:jc w:val="right"/>
      </w:pPr>
      <w:r>
        <w:t>लेकिन कुरान का focus जो हमें मौलाना ने उसको मतलब से पढ़ने को कहा, समझाया तो कुरान का focus अल्लाह और उसकी blessings भी है और अगर हम कुरान समझकर पढ़ें तो हमें यह बात समझ में आएगी कि अल्लाह ने हमारे साथ क्या क्या किया है?</w:t>
      </w:r>
    </w:p>
    <w:p>
      <w:r>
        <w:rPr>
          <w:b/>
        </w:rPr>
        <w:t xml:space="preserve">[18:27] </w:t>
      </w:r>
      <w:r>
        <w:t>to is liye Maulana sahib jo thay unka focus hamesha Allah par rehta tha aur us poori kainat ke</w:t>
      </w:r>
    </w:p>
    <w:p>
      <w:pPr>
        <w:jc w:val="right"/>
      </w:pPr>
      <w:r>
        <w:t>तो इसलिए मुलाना साहब जो थे उनका focus हमेशा अल्लाह पर रहता था और उस पूरी कायनात के</w:t>
      </w:r>
    </w:p>
    <w:p>
      <w:r>
        <w:rPr>
          <w:b/>
        </w:rPr>
        <w:t xml:space="preserve">[18:38] </w:t>
      </w:r>
      <w:r>
        <w:t>baray mein batate thay jo Allah ne banai hai, kaise duniya banai, saaray pahad, samandar yeh saari cheezein</w:t>
      </w:r>
    </w:p>
    <w:p>
      <w:pPr>
        <w:jc w:val="right"/>
      </w:pPr>
      <w:r>
        <w:t>बारे में बताते थे जो अल्लाह ने बनाई है, कैसे दुनिया बनाई, सारे पहाड़, समंदर यह सारी चीज़ें</w:t>
      </w:r>
    </w:p>
    <w:p>
      <w:r>
        <w:rPr>
          <w:b/>
        </w:rPr>
        <w:t xml:space="preserve">[18:49] </w:t>
      </w:r>
      <w:r>
        <w:t>aur ped, paudhe, janwar aur insan ke liye saari favorable conditions banai saari duniya mein yaani proper sunlight,</w:t>
      </w:r>
    </w:p>
    <w:p>
      <w:pPr>
        <w:jc w:val="right"/>
      </w:pPr>
      <w:r>
        <w:t>और पेड़, पौधे, जानवर और इंसान के लिए सारी favorable conditions बनाई सारी दुनिया में यानी proper sunlight,</w:t>
      </w:r>
    </w:p>
    <w:p>
      <w:r>
        <w:rPr>
          <w:b/>
        </w:rPr>
        <w:t xml:space="preserve">[19:00] </w:t>
      </w:r>
      <w:r>
        <w:t>proper oxygen, proper gravity waghera waghera aur tab Allah ne insan ko paida kiya.</w:t>
      </w:r>
    </w:p>
    <w:p>
      <w:pPr>
        <w:jc w:val="right"/>
      </w:pPr>
      <w:r>
        <w:t>proper oxygen, proper gravity वगैरह वगैरह और तब अल्लाह ने इंसान को पैदा किया.</w:t>
      </w:r>
    </w:p>
    <w:p>
      <w:r>
        <w:rPr>
          <w:b/>
        </w:rPr>
        <w:t xml:space="preserve">[19:12] </w:t>
      </w:r>
      <w:r>
        <w:t>yeh Quran mein hai ki usne baad mein Allah ko paida kiya aur jinn o insaan ko isliye paida kiya ki uski ibadat karein. To Maulana ne apne lectures aur writings ke through hum sabko yeh samjhaya hai ki Allah ko hum kaise discover karein? Sirf Allah ki tasbi padh lena kaafi nahi hai.</w:t>
      </w:r>
    </w:p>
    <w:p>
      <w:pPr>
        <w:jc w:val="right"/>
      </w:pPr>
      <w:r>
        <w:t>यह कुरान में है कि उसने बाद में अल्लाह को पैदा किया और जिन्हों और इंसान को इसलिए पैदा किया कि उसकी किवादत करें. तो मौलाना ने अपने lectures और writings के through हम सबको यह समझाया है कि अल्लाह को हम कैसे discover करें? सिर्फ़ अल्लाह की तस्वी पढ़ लेना काफ़ी नहीं है.</w:t>
      </w:r>
    </w:p>
    <w:p>
      <w:r>
        <w:rPr>
          <w:b/>
        </w:rPr>
        <w:t xml:space="preserve">[19:34] </w:t>
      </w:r>
      <w:r>
        <w:t>ek form ke hisab se nahi balki unhone yeh bataya jo log unke kitabein padhte hain, samajhte hain, lectures khud dekhte hain ki Allah ko hamein discover kaisa karna hai uski marifat ke zariye. Yaani Allah ko hamein realize karna hai aur realization of the god is the most important thing.</w:t>
      </w:r>
    </w:p>
    <w:p>
      <w:pPr>
        <w:jc w:val="right"/>
      </w:pPr>
      <w:r>
        <w:t>एक form के हिसाब से नहीं बल्कि उन्होंने यह बताया जो लोग उनके किताबें पढ़ते हैं, समझते हैं, lectures खुद देखते हैं कि अल्लाह को हमें discover कैसा करना है उसकी मार्फ़त के ज़रिए. यानी अल्लाह को हमें realize करना है और realization of the god is the most important thing.</w:t>
      </w:r>
    </w:p>
    <w:p>
      <w:r>
        <w:rPr>
          <w:b/>
        </w:rPr>
        <w:t xml:space="preserve">[19:56] </w:t>
      </w:r>
      <w:r>
        <w:t>to Maulana ne apni kitab, kitabein marifat mein likha hai ki marifat deen ka khulasa hai, deen ka aagaz hai aur itmam hai.</w:t>
      </w:r>
    </w:p>
    <w:p>
      <w:pPr>
        <w:jc w:val="right"/>
      </w:pPr>
      <w:r>
        <w:t>तो मुलाना ने अपनी किताब, किताबें मार्फ़त में लिखा है कि मार्फ़त दीन का खुलासा है, दीन का आगाज़ है और इस्तेमाम है.</w:t>
      </w:r>
    </w:p>
    <w:p>
      <w:r>
        <w:rPr>
          <w:b/>
        </w:rPr>
        <w:t xml:space="preserve">[20:08] </w:t>
      </w:r>
      <w:r>
        <w:t>to Allah ke deen mein marifat ki haisiyat ek beej ya seed ki tarah se hai jisse ki poora ped nikal jata hai isi tarah se Allah ko realize karke insaan ko poori zindagi uski badalti hai aur ek Khudarikhi zindagi ban jati hai.</w:t>
      </w:r>
    </w:p>
    <w:p>
      <w:pPr>
        <w:jc w:val="right"/>
      </w:pPr>
      <w:r>
        <w:t>तो अल्लाह के दीन में मार्फ़त की हैसियत एक बीज या seat की तरह से है जिससे कि पूरा पेड़ निकल जाता है इसी तरह से अल्लाह को realize करके इंसान को पूरी ज़िंदगी उसकी बदलती है और एक खुदारिखी ज़िंदगी वन जाती है.</w:t>
      </w:r>
    </w:p>
    <w:p>
      <w:r>
        <w:rPr>
          <w:b/>
        </w:rPr>
        <w:t xml:space="preserve">[20:28] </w:t>
      </w:r>
      <w:r>
        <w:t>jab hum yeh realize karte hain aur jab hum jitni bhi cheezein hain jo Allah ne hamein di hain usko point of reference banakar hum har waqt Allah ka shukr ada kar sakte hain. Ek ek nemat ke bare mein soch sakte hain. Apni body ke functions ke bare mein soch sakte hain. Yeh hamein Maulana hi nahi sikhaya hai.</w:t>
      </w:r>
    </w:p>
    <w:p>
      <w:pPr>
        <w:jc w:val="right"/>
      </w:pPr>
      <w:r>
        <w:t>जब हम यह realize करते हैं और जब हम जितनी भी चीज़ें हैं जो अल्लाह ने हमें दी हैं उसको point of reference बनाकर हम हर वक़्त अल्लाह का शुक्र अदा कर सकते हैं. एक एक नेमत के बारे में सोच सकते हैं. अपनी body के functions के बारे में सोच सकते हैं. यह हमें मौलाना ही नहीं सिखा या है.</w:t>
      </w:r>
    </w:p>
    <w:p>
      <w:r>
        <w:rPr>
          <w:b/>
        </w:rPr>
        <w:t xml:space="preserve">[20:54] </w:t>
      </w:r>
      <w:r>
        <w:t>to is sab cheezon par jab aur fikr karte hain cannibalization ke through apne andar ek seeking spirit</w:t>
      </w:r>
    </w:p>
    <w:p>
      <w:pPr>
        <w:jc w:val="right"/>
      </w:pPr>
      <w:r>
        <w:t>तो इस सब चीज़ों पर जब और फ़िक्र करते हैं cannibalization के through अपने अंदर एक seeking spirit</w:t>
      </w:r>
    </w:p>
    <w:p>
      <w:r>
        <w:rPr>
          <w:b/>
        </w:rPr>
        <w:t xml:space="preserve">[21:00] </w:t>
      </w:r>
      <w:r>
        <w:t>jagah jagah paate hain hum to isse allah ki mohabbat padti hai aur yeh dar bhi hota hai</w:t>
      </w:r>
    </w:p>
    <w:p>
      <w:pPr>
        <w:jc w:val="right"/>
      </w:pPr>
      <w:r>
        <w:t>जगह जगह पाते हैं हम तो इससे अल्लाह की मोहब्बत पड़ती है और यह डर भी होता है</w:t>
      </w:r>
    </w:p>
    <w:p>
      <w:r>
        <w:rPr>
          <w:b/>
        </w:rPr>
        <w:t xml:space="preserve">[21:07] </w:t>
      </w:r>
      <w:r>
        <w:t>ke allah agar hum koi galat kaam karein to uska humein dar bhi hota hai allah se aur</w:t>
      </w:r>
    </w:p>
    <w:p>
      <w:pPr>
        <w:jc w:val="right"/>
      </w:pPr>
      <w:r>
        <w:t>कि अल्लाह अगर हम कोई ग़लत काम करें तो उसका हमें डर भी होता है अल्लाह से और</w:t>
      </w:r>
    </w:p>
    <w:p>
      <w:r>
        <w:rPr>
          <w:b/>
        </w:rPr>
        <w:t xml:space="preserve">[21:14] </w:t>
      </w:r>
      <w:r>
        <w:t>lekin yeh sab cheezein jo hain humein uske liye bahut sincere rehna hai, negativity se bachna hai aur</w:t>
      </w:r>
    </w:p>
    <w:p>
      <w:pPr>
        <w:jc w:val="right"/>
      </w:pPr>
      <w:r>
        <w:t>लेकिन यह सब चीज़ें जो हैं हमें उसके लिए बहुत sincere रहना है, negativity से बचना है और</w:t>
      </w:r>
    </w:p>
    <w:p>
      <w:r>
        <w:rPr>
          <w:b/>
        </w:rPr>
        <w:t xml:space="preserve">[21:21] </w:t>
      </w:r>
      <w:r>
        <w:t>prejudices se bachna hai aur allah se dua karte rehna hai.</w:t>
      </w:r>
    </w:p>
    <w:p>
      <w:pPr>
        <w:jc w:val="right"/>
      </w:pPr>
      <w:r>
        <w:t>prejudices से बचना है और अल्लाह से दुआ करते रहना है.</w:t>
      </w:r>
    </w:p>
    <w:p>
      <w:r>
        <w:rPr>
          <w:b/>
        </w:rPr>
        <w:t xml:space="preserve">[21:28] </w:t>
      </w:r>
      <w:r>
        <w:t>to Quran Allah ki kitab hai uski guidance ke hisab se hamein rehna hai aur god god oriented life zindagi guzarni hai. To jab hum Allah ke ek to baat yeh hai doosre Allah ke jo naam hain 99 naam hain usse bhi zyada ho sakte hain. To yeh actually Allah ki attributes hain.</w:t>
      </w:r>
    </w:p>
    <w:p>
      <w:pPr>
        <w:jc w:val="right"/>
      </w:pPr>
      <w:r>
        <w:t>तो उरान अल्लाह की किताब है उसकी guidance के हिसाब से हमें रहना है और god god oriented life ज़िंदगी गुज़ारनी है. तो जब हम अल्लाह के एक तो बात यह है दूसरे अल्लाह के जो नाम हैं 99 नाम हैं उससे भी ज़्यादा हो सकते हैं. तो यह actually अल्लाह की attributes हैं.</w:t>
      </w:r>
    </w:p>
    <w:p>
      <w:r>
        <w:rPr>
          <w:b/>
        </w:rPr>
        <w:t xml:space="preserve">[21:52] </w:t>
      </w:r>
      <w:r>
        <w:t>to jab hum jaise Rahman, Rahim, Ism Azmat wala, Al Raqeeb hamara nigebaan, watchful, Al Shakur, Al Shah ke nihayat qadardan hamare thode se kaam pariyon bahut deta hai.</w:t>
      </w:r>
    </w:p>
    <w:p>
      <w:pPr>
        <w:jc w:val="right"/>
      </w:pPr>
      <w:r>
        <w:t>तो जब हम जैसे रहमान, रहीम, इस्म अज़मत वाला, अल रकीब हमारा निगेबान, watchful, अलशकूर, अलशाह के निहायत कदरदान हमारे थोड़े से काम परियों बहुत देता है.</w:t>
      </w:r>
    </w:p>
    <w:p>
      <w:r>
        <w:rPr>
          <w:b/>
        </w:rPr>
        <w:t xml:space="preserve">[22:10] </w:t>
      </w:r>
      <w:r>
        <w:t>Al Ghafoor, kasrat se bakhshne wala most forgiving aur maaf karne wala maqfirat farmane wala to jitni bhi Allah ki attributes par hum gaur karenge to utna hi hum Allah ke bare mein samjhenge, usko discover karenge. To Allah se mohabbat badhegi.</w:t>
      </w:r>
    </w:p>
    <w:p>
      <w:pPr>
        <w:jc w:val="right"/>
      </w:pPr>
      <w:r>
        <w:t>अलगफूर, कसरत से बक्चने वाला most forgiving और माफ़ करने वाला मक़फ़रत फरमाने वाला तो जितनी भी अल्लाह की attributes पर हम गौर करेंगे तो उतना ही हम अल्लाह के बारे में समझेंगे, उसको discover करेंगे. तो अल्लाह से मोहब्बत बढ़ेगी.</w:t>
      </w:r>
    </w:p>
    <w:p>
      <w:r>
        <w:rPr>
          <w:b/>
        </w:rPr>
        <w:t xml:space="preserve">[22:31] </w:t>
      </w:r>
      <w:r>
        <w:t>samajh mein ayega jo kuch hamare paas hai woh Allah hi ka diya hua hai aur hum uske aage woh itna powerful hain aur hum bilkul helpless hain aur yeh COVID ne to hamein aur bhi bata diya ki hum kitne helpless hain woh sab powerful hai.</w:t>
      </w:r>
    </w:p>
    <w:p>
      <w:pPr>
        <w:jc w:val="right"/>
      </w:pPr>
      <w:r>
        <w:t>समझ में आएगा जो कुछ हमारे पास है वह अल्लाही का दिया हुआ है और हम उसके आगे वह इतना powerful हैं और हम बिल्कुल helpless हैं और यह COVID ने तो हमें और भी बता दिया कि हम कितने helpless हैं वह सब powerful है.</w:t>
      </w:r>
    </w:p>
    <w:p>
      <w:r>
        <w:rPr>
          <w:b/>
        </w:rPr>
        <w:t xml:space="preserve">[22:49] </w:t>
      </w:r>
      <w:r>
        <w:t>to jab hum Allah ko is tarah se discover karein to hum usse ghafil nahi reh sakte balki usse hamari mohabbat badhegi, uske saath uska darr bhi laga rahega aur koi galat kaam karne se hum bachenge. To Allah ne bar bar Quran mein yeh kaha hai ki maaf karne wala hai. To sab agar humse koi galti hoti hai to hum usi se maafi mangte hain aur woh kehta hai bar bar ki hum maaf karne wala hai.</w:t>
      </w:r>
    </w:p>
    <w:p>
      <w:pPr>
        <w:jc w:val="right"/>
      </w:pPr>
      <w:r>
        <w:t>तो जब हम अल्लाह को इस तरह से discover करें तो हम उससे काफ़िल नहीं रह सकते बल्कि उससे हमारी मोहब्बत बढ़ेगी, उसके साथ उसका डर भी लगा रहेगा और कोई ग़लत काम करने से हम बचेंगे. तो अल्लाह ने बार बार कुरान में यह कहा है कि माफ़ करने वाला है. तो सब अगर हमसे कोई गलती होती है तो हम उसी से माफ़ी मांगते हैं और वह कहता है बार बार कि हम माफ़ करने वाला है.</w:t>
      </w:r>
    </w:p>
    <w:p>
      <w:r>
        <w:rPr>
          <w:b/>
        </w:rPr>
        <w:t xml:space="preserve">[23:18] </w:t>
      </w:r>
      <w:r>
        <w:t>to jab hum yeh Maulana ki kitabon se, unke lecture se hum bhi badle ke. Ab hum jaise ki doctor Shweina bata rahi thi ki jab logon se baat karo to lagta hai itni duniya mein lage hue hain.</w:t>
      </w:r>
    </w:p>
    <w:p>
      <w:pPr>
        <w:jc w:val="right"/>
      </w:pPr>
      <w:r>
        <w:t>तो जब हम यह मौलाना की किताबों से, उनके lecture से हम भी बदले के. अब हम जैसे कि doctor श्वीना बता रही थी कि जब लोगों से बात करो तो लगता है इतनी दुनिया में लगे हुए हैं.</w:t>
      </w:r>
    </w:p>
    <w:p>
      <w:r>
        <w:rPr>
          <w:b/>
        </w:rPr>
        <w:t xml:space="preserve">[23:35] </w:t>
      </w:r>
      <w:r>
        <w:t>kyunki lallah ka shukr hai ki hamein Maulana ne lete, baithe, soche, khade to wahi Allah kehta hai ki Allah ka zikr bhi yahi hai ki jab uski cheezon ko dekho usko point of reference banakar.</w:t>
      </w:r>
    </w:p>
    <w:p>
      <w:pPr>
        <w:jc w:val="right"/>
      </w:pPr>
      <w:r>
        <w:t>क्योंकि लल्लाह का शुक्र है कि हमें मौलाना ने लेते, बैठे, सोचे, खड़े तो वही अल्लाह कहता है कि अल्लाह का ज़िक्र भी यही है कि जब उसकी चीज़ों को देखो उसको point of reference बनाकर.</w:t>
      </w:r>
    </w:p>
    <w:p>
      <w:r>
        <w:rPr>
          <w:b/>
        </w:rPr>
        <w:t xml:space="preserve">[24:04] </w:t>
      </w:r>
      <w:r>
        <w:t>to yahi meri samajh hai aur sab logon ne jo bataya bahut achhi tarah se yahi hai ki allah ko samajhkar hum usko sabse bada samjhen. jaise hum apne maa baap bachche sab kuch woh diye kisne hain? lahi ne to diye hain aur maa baap khatm ho jaate hain lekin allah rehta hai. to yeh yeh jab uske baare mein hum sochte hain to usse hum phir gaafil nahin rah sakte.</w:t>
      </w:r>
    </w:p>
    <w:p>
      <w:pPr>
        <w:jc w:val="right"/>
      </w:pPr>
      <w:r>
        <w:t>तो यही मेरी समझ है और सब लोगों ने जो बताया बहुत अच्छी तरह से यही है कि अल्लाह को समझकर हम उसको सबसे बड़ा समझें. जैसे हम अपने मां बाप बच्चे सब कुछ वह दिए किसने हैं? लही ने तो दिए हैं और मां बाप खत्म हो जाते हैं लेकिन अल्लाह रहता है. तो यह यह जब उसके बारे में हम सोचते हैं तो उससे हम फिर गाफिल नहीं रह सकते.</w:t>
      </w:r>
    </w:p>
    <w:p>
      <w:r>
        <w:rPr>
          <w:b/>
        </w:rPr>
        <w:t xml:space="preserve">[24:30] </w:t>
      </w:r>
      <w:r>
        <w:t>is article ke padhne ke baad baar baar humne realize kiya phir se realization badhta hai to in cheezon ko padhne se dubara aapki samajh influence hoti hai. jaza kalla yahi meri learning. jaza kallapa for sharing your learning aapne bahut saare points bataaye. kaafi achhe describe karke bataaye. bahut achhe achhe points the.</w:t>
      </w:r>
    </w:p>
    <w:p>
      <w:pPr>
        <w:jc w:val="right"/>
      </w:pPr>
      <w:r>
        <w:t>इस article के पढ़ने के बाद बार बार हमने realize किया फिर से realization बढ़ता है तो इन चीज़ों को पढ़ने से दुबारा आपकी समझ influence होती है. जज़ा कल्ला यही मेरी learning. जज़ा कल्लापा for sharing your learning आपने बहुत सारे points बताएं. काफ़ी अच्छे describe करके बताएं. बहुत अच्छे अच्छे points थे.</w:t>
      </w:r>
    </w:p>
    <w:p>
      <w:r>
        <w:rPr>
          <w:b/>
        </w:rPr>
        <w:t xml:space="preserve">[24:55] </w:t>
      </w:r>
      <w:r>
        <w:t>to main yeh samajhna chah rahi hoon aapka ki yeh article mein jo kaha ja raha hai ki khuda se gaafil aur upar ke jo first four paragraph hain, teen paragraph jisme pata ki har last line mein bataya gaya hai ki kya unhone khuda ke baare mein dariyaar aisa realize nahin kiya jiski wajah se woh kuch keh nahin pa rahe hain? matlab aisa kyun hai?</w:t>
      </w:r>
    </w:p>
    <w:p>
      <w:pPr>
        <w:jc w:val="right"/>
      </w:pPr>
      <w:r>
        <w:t>तो मैं यह समझना चाह रही हूं आपका कि यह article में जो कहा जा रहा है कि खुदा से गाफ़िल और ऊपर के जो first four paragraph हैं, तीन paragraph जिसमें पता कि हर last line में बताया गया है कि क्या उन्होंने खुदा के बारे में दरियार ऐसा realize नहीं किया जिसकी वजह से वह कुछ कह नहीं पा रहे हैं? मतलब ऐसा क्यों है?</w:t>
      </w:r>
    </w:p>
    <w:p>
      <w:r>
        <w:rPr>
          <w:b/>
        </w:rPr>
        <w:t xml:space="preserve">[25:18] </w:t>
      </w:r>
      <w:r>
        <w:t>mera sawal hai famidapa se ki aap aisa kyun hai ki insaan sab kuch hone ke bawajood yeh poori kaaynat woh samajh raha hai ki poori kaaynat ek khuda ne banaya hai aur poora custom made universe banane ke bawajood aur woh saari opportunity aur saari cheezon ko avail karke bhi khuda se gaafil hai. iski wajah kya ho sakti hai aapka?</w:t>
      </w:r>
    </w:p>
    <w:p>
      <w:pPr>
        <w:jc w:val="right"/>
      </w:pPr>
      <w:r>
        <w:t>मेरा सवाल है फ़ैमीदापा से कि आप ऐसा क्यों है कि इंसान सब कुछ होने के बावजूद यह पूरी कायनात वह समझ रहा है कि पूरी कायनात एक ख़ुदा ने बनाया है और पूरा custom made universe बनाने के बावजूद और वह सारी opportunity और सारी चीज़ों को avail करके भी खुदा से गाफिल है. इसकी वजह क्या हो सकती है आपका?</w:t>
      </w:r>
    </w:p>
    <w:p>
      <w:r>
        <w:rPr>
          <w:b/>
        </w:rPr>
        <w:t xml:space="preserve">[25:46] </w:t>
      </w:r>
      <w:r>
        <w:t>abhi Doctor Safeena ne yahan se bataya tha na Shabeena main jo jaanti hoon meri samajh jo to</w:t>
      </w:r>
    </w:p>
    <w:p>
      <w:pPr>
        <w:jc w:val="right"/>
      </w:pPr>
      <w:r>
        <w:t>अभी Doctor सफीना ने यहां से बताया था ना शभीना मैं जो जानती हूं मेरी समझ जो तो</w:t>
      </w:r>
    </w:p>
    <w:p>
      <w:r>
        <w:rPr>
          <w:b/>
        </w:rPr>
        <w:t xml:space="preserve">[26:01] </w:t>
      </w:r>
      <w:r>
        <w:t>Doctor Safeena ne kaha tha ke aadmi ke dimagh mein jo bhi har waqt jo rehta hai usi</w:t>
      </w:r>
    </w:p>
    <w:p>
      <w:pPr>
        <w:jc w:val="right"/>
      </w:pPr>
      <w:r>
        <w:t>Doctor सफीना ने कहा था कि आदमी के दिमाग में जो भी हर वक्त जो रहता है उसी</w:t>
      </w:r>
    </w:p>
    <w:p>
      <w:r>
        <w:rPr>
          <w:b/>
        </w:rPr>
        <w:t xml:space="preserve">[26:16] </w:t>
      </w:r>
      <w:r>
        <w:t>ke peeche insaan ki soch sochti zyada thi.</w:t>
      </w:r>
    </w:p>
    <w:p>
      <w:pPr>
        <w:jc w:val="right"/>
      </w:pPr>
      <w:r>
        <w:t>के पीछे इंसान की सोच सोचती ज़्यादा थी.</w:t>
      </w:r>
    </w:p>
    <w:p>
      <w:r>
        <w:rPr>
          <w:b/>
        </w:rPr>
        <w:t xml:space="preserve">[26:32] </w:t>
      </w:r>
      <w:r>
        <w:t>lekin jab involve to ho nahin rehta tha kuch na kuch lekin jab molana sahab ki kitab padha to sabse matlab laga ki yeh waqai mein jo hai sab kuch to khuda hai. yahi mere dimag mein aaya tha.</w:t>
      </w:r>
    </w:p>
    <w:p>
      <w:pPr>
        <w:jc w:val="right"/>
      </w:pPr>
      <w:r>
        <w:t>लेकिन जब involve तो हो नहीं रहता था कुछ ना कुछ लेकिन जब मोलाना साहब की किताब पढ़ा तो सबसे मतलब लगा कि यह वाकई में जो है सब कुछ तो खुदा है. यही मेरे दिमाग में आया था.</w:t>
      </w:r>
    </w:p>
    <w:p>
      <w:r>
        <w:rPr>
          <w:b/>
        </w:rPr>
        <w:t xml:space="preserve">[27:02] </w:t>
      </w:r>
      <w:r>
        <w:t>to hamein is duniya mein bhi matlab hamare kaam achhe honge aur aakhirat mein hum allah ke nazdeek momin kahlaenge. yahi mere dimag mein aaya tha ki matlab yahi to sab kuch hai hum quran khali padh lete hain, namaz khali padh lete hain. to hamein aise kyun utha baithak se humko kyun jannat milegi? hamare aise utha baithak se kyun lata na humse kuch hoga? yeh sawal mere paas har waqt rehta tha.</w:t>
      </w:r>
    </w:p>
    <w:p>
      <w:pPr>
        <w:jc w:val="right"/>
      </w:pPr>
      <w:r>
        <w:t>तो हमें इस दुनिया में भी मतलब हमारे काम अच्छे होंगे और आख़िरत में हम अल्लाह के नज़दीक मोमीन कहलाएंगे. यही मेरे दिमाग में आया था कि मतलब यही तो सब कुछ है हम कुरान खाली पढ़ लेते हैं, नमाज़ खाली पढ़ लेते हैं. तो हमें ऐसे क्यों उठा बैठक से हमको क्यों जन्नत मिलेगी? हमारे ऐसे उठा बैठक से क्यों लाता ना हमसे कुछ होगा? यह सवाल मेरे पास हर वक्त रहता था.</w:t>
      </w:r>
    </w:p>
    <w:p>
      <w:r>
        <w:rPr>
          <w:b/>
        </w:rPr>
        <w:t xml:space="preserve">[27:27] </w:t>
      </w:r>
      <w:r>
        <w:t>yeh ladta laga lene se quran itni baar, itne itne baar padh liya, itne paare padh liya, itni</w:t>
      </w:r>
    </w:p>
    <w:p>
      <w:pPr>
        <w:jc w:val="right"/>
      </w:pPr>
      <w:r>
        <w:t>यह लड़टा लगा लेने से कुरान इतनी बार, इतने इतने बार पढ़ लिया, इतने पारे पढ़ लिया, इतनी</w:t>
      </w:r>
    </w:p>
    <w:p>
      <w:r>
        <w:rPr>
          <w:b/>
        </w:rPr>
        <w:t xml:space="preserve">[27:32] </w:t>
      </w:r>
      <w:r>
        <w:t>baar padh liya, to isse ladala kyun khush hoga?</w:t>
      </w:r>
    </w:p>
    <w:p>
      <w:pPr>
        <w:jc w:val="right"/>
      </w:pPr>
      <w:r>
        <w:t>बार पढ़ लिया, तो इससे लादाला क्यों खुश होगा?</w:t>
      </w:r>
    </w:p>
    <w:p>
      <w:r>
        <w:rPr>
          <w:b/>
        </w:rPr>
        <w:t xml:space="preserve">[27:37] </w:t>
      </w:r>
      <w:r>
        <w:t>itni badi allah ki matlab allah khuda kya hai?</w:t>
      </w:r>
    </w:p>
    <w:p>
      <w:pPr>
        <w:jc w:val="right"/>
      </w:pPr>
      <w:r>
        <w:t>इतनी बड़ी अल्लाह की मतलब अल्लाह खुदा क्या है?</w:t>
      </w:r>
    </w:p>
    <w:p>
      <w:r>
        <w:rPr>
          <w:b/>
        </w:rPr>
        <w:t xml:space="preserve">[27:43] </w:t>
      </w:r>
      <w:r>
        <w:t>matlab itni badi hasti aur woh itni chhoti si cheez se kya khush hoga?</w:t>
      </w:r>
    </w:p>
    <w:p>
      <w:pPr>
        <w:jc w:val="right"/>
      </w:pPr>
      <w:r>
        <w:t>मतलब इतनी बड़ी हंसती और वह इतनी छोटी सी चीज़ से क्या खुश होगा?</w:t>
      </w:r>
    </w:p>
    <w:p>
      <w:r>
        <w:rPr>
          <w:b/>
        </w:rPr>
        <w:t xml:space="preserve">[27:48] </w:t>
      </w:r>
      <w:r>
        <w:t>yeh mere dimagh mein bahut zyada tha Maulana sahib ki kitabon ne mera dimagh ki jo khilchi thi</w:t>
      </w:r>
    </w:p>
    <w:p>
      <w:pPr>
        <w:jc w:val="right"/>
      </w:pPr>
      <w:r>
        <w:t>यह मेरे दिमाग में बहुत ज़्यादा था मोराना साहब की किताबों ने मेरा दिमाग की जो खिलची थी</w:t>
      </w:r>
    </w:p>
    <w:p>
      <w:r>
        <w:rPr>
          <w:b/>
        </w:rPr>
        <w:t xml:space="preserve">[27:53] </w:t>
      </w:r>
      <w:r>
        <w:t>woh khuli aur phir meri samajh mein aaya.</w:t>
      </w:r>
    </w:p>
    <w:p>
      <w:pPr>
        <w:jc w:val="right"/>
      </w:pPr>
      <w:r>
        <w:t>वह खुली और फिर मेरी समझ में आया.</w:t>
      </w:r>
    </w:p>
    <w:p>
      <w:r>
        <w:rPr>
          <w:b/>
        </w:rPr>
        <w:t xml:space="preserve">[27:59] </w:t>
      </w:r>
      <w:r>
        <w:t>kyunki insaan jo hai sirf apne apni pasand ki cheezon mein zindagi guzarna pasand karta hai. apni khwahish ko bilkul bhi nahin zara bhi nahin usko chhod nahin kar sakta. isliye woh khuda ko paane matlab paana bhi nahin chahta. kya molana sahab ne ek ek video mein bataya tha ki koi scientist tha ki kaun tha ki baat kar raha tha.</w:t>
      </w:r>
    </w:p>
    <w:p>
      <w:pPr>
        <w:jc w:val="right"/>
      </w:pPr>
      <w:r>
        <w:t>क्योंकि इंसान जो है सिर्फ अपने अपनी पसंद की चीज़ों में ज़िंदगी गुज़ारना पसंद करता है. अपनी खाइश को बिल्कुल भी नहीं जरा सभी नहीं उसको छोड़ नहीं कर सकता. इसलिए वह खुदा को पाने मतलब पाना भी नहीं चाहता. क्या मोलाना साहब ने एक एक video में बताया था कि कोई scientist था कि कौन था कि बात कर रहा था.</w:t>
      </w:r>
    </w:p>
    <w:p>
      <w:r>
        <w:rPr>
          <w:b/>
        </w:rPr>
        <w:t xml:space="preserve">[28:21] </w:t>
      </w:r>
      <w:r>
        <w:t>kuch kar raha tha achaanak se uski beti aayi to dono baat apni beti se baat karne laga to usko laga ki bolna kya hai? matlab kya cheez hai yeh bolna? kitni cheez matlab uski samajh mein jab aane laga ki jaise ki mala ne saamne bataya ki ek aisa phenomena hai aadmi jab do insaan jab baat karte hain aur sunta hai to kitni saari millions billions usme factors hote hain jo jab jaakar insaan sunta hai.</w:t>
      </w:r>
    </w:p>
    <w:p>
      <w:pPr>
        <w:jc w:val="right"/>
      </w:pPr>
      <w:r>
        <w:t>कुछ कर रहा था अचानक से उसकी बेटी आई तो दोनों बात अपनी बेटी से बात करने लगा तो उसको लगा कि बोलना क्या है? मतलब क्या चीज़ है यह बोलना? कितनी चीज़ मतलब उसकी समझ में जब आने लगा कि जैसे कि माला ने सामने बताया कि एक ऐसा phenomena है आदमी जब दो इंसान जब बात करते हैं और सुनता है तो कितनी सारी millions billions उसमें factors होते हैं जो जब जाकर इंसान सुनता है.</w:t>
      </w:r>
    </w:p>
    <w:p>
      <w:r>
        <w:rPr>
          <w:b/>
        </w:rPr>
        <w:t xml:space="preserve">[28:48] </w:t>
      </w:r>
      <w:r>
        <w:t>to woh jab bachchi se baat karne laga to usne kaha ki maine jo munh khuda tak pahunchne laga tha. to maine jaldi se usko woh kiya. khatm kiya usko ki main to khuda tak pahunchne laga tha. matlab main main jo bata rahi hoon molana saanke ki zabaan mein nahin hai. isliye clear nahin hoga to woh yahi tha. abhi kisi ne suna hoga. doctor safe ne bataya aage?</w:t>
      </w:r>
    </w:p>
    <w:p>
      <w:pPr>
        <w:jc w:val="right"/>
      </w:pPr>
      <w:r>
        <w:t>तो वह जब बच्ची से बात करने लगा तो उसने कहा कि मैंने जो मुंह खुदा तक पहुंचने लगा था. तो मैंने जल्दी से उसको वह किया. खत्म किया उसको कि मैं तो खुदा तक पहुंचने लगा था. मतलब मैं मैं जो बता रही हूं मोलाना सांके की ज़बान में नहीं है. इसलिए clear नहीं होगा तो वह यही था. अभी किसी ने सुना होगा. Doctor सफी ने बताया आगे?</w:t>
      </w:r>
    </w:p>
    <w:p>
      <w:r>
        <w:rPr>
          <w:b/>
        </w:rPr>
        <w:t xml:space="preserve">[29:14] </w:t>
      </w:r>
      <w:r>
        <w:t>aapka aapne clear kar diya bahut zyada ki hum jis cheez mein jeete hain usi ke baare mein hum baat kar paate hain. basically hum khuda mein jeete hi nahin hain. hum usko avoid karte hain topic ko isliye. bahut achhe se clear kar diya aapne. agar waqt ho main ek baat kehna cha rahi hoon shabeena. ji boliye. maine molana sahab ki ek audio suni thi abhi teen din pehle.</w:t>
      </w:r>
    </w:p>
    <w:p>
      <w:pPr>
        <w:jc w:val="right"/>
      </w:pPr>
      <w:r>
        <w:t>आपका आपने clear कर दिया बहुत ज़्यादा कि हम जिस चीज़ में जीते हैं उसी के बारे में हम बात कर पाते हैं. Basically हम खुदा में जीते ही नहीं हैं. हम उसको avoid करते हैं topic को इसलिए. बहुत अच्छे से clear कर दिया आपने. अगर वक्त हो मैं एक बात कहना चाह रही हूं शभीना. जी बोलिए. मैंने मोलाना साहब की एक audio सुनी थी अभी तीन दिन पहले.</w:t>
      </w:r>
    </w:p>
    <w:p>
      <w:r>
        <w:rPr>
          <w:b/>
        </w:rPr>
        <w:t xml:space="preserve">[29:36] </w:t>
      </w:r>
      <w:r>
        <w:t>to molana sahab aap usmein bata rahe the ki farida apa kisi wajah se kahin gayi to unke peeche molana sahab ne yeh discover kiya ki woh bahut zyada doctor farida par depend hai har cheez ke liye. kyunki woh ghar mein rehti thi aur wahi sab kuch karti hain unke liye karti thi. to mulana sahab bol rahe the ki jab tak woh thi maine kabhi is cheez ko socha nahin tha ki woh main kitna zyada un par har baat ke liye depend hoon aur woh mere liye kitna kar rahi hain.</w:t>
      </w:r>
    </w:p>
    <w:p>
      <w:pPr>
        <w:jc w:val="right"/>
      </w:pPr>
      <w:r>
        <w:t>तो मोलाना साहब आप उसमें बता रहे थे कि फरीदा आपका किसी वजह से कहीं गई तो उनके पीछे मोलाना साहब ने यह discover किया कि वह बहुत ज़्यादा doctor फरीदा पर depend है हर चीज़ के लिए. क्योंकि वह घर में रहती थी और वही सब कुछ करती हैं उनके लिए करती थी. तो मुलाना साहब बोल रहे थे कि जब तक वह थी मैंने कभी इस चीज़ को सोचा नहीं था कि वह मैं कितना ज़्यादा उन पर हर बात के लिए depend हूं और वह मेरे लिए कितना कर रही हैं.</w:t>
      </w:r>
    </w:p>
    <w:p>
      <w:r>
        <w:rPr>
          <w:b/>
        </w:rPr>
        <w:t xml:space="preserve">[30:03] </w:t>
      </w:r>
      <w:r>
        <w:t>to unka yahi kehna tha ki isi tarah har aadmi gair shori ke taur par huda se saari bhalaiyan receive kar raha hai aur usko woh discover hi nahin kar raha. isliye woh shor ke darje mein khuda se connected hi nahin ho paata hai aur aaj isiliye poori duniya ek frustration mein aur ajeeb confusion mein hai kyunki woh khuda se connection unka nahin van paaya hai aur jaisa ki hum sab jaante hain ki allah ke marfat ke baad ek ek itmeenaan hota hai.</w:t>
      </w:r>
    </w:p>
    <w:p>
      <w:pPr>
        <w:jc w:val="right"/>
      </w:pPr>
      <w:r>
        <w:t>तो उनका यही कहना था कि इसी तरह हर आदमी गैर शोरी के तौर पर हुदा से सारी भलाइयां receive कर रहा है और उसको वह discover ही नहीं कर रहा. इसलिए वह शोर के दर्जे में खुदा से connected ही नहीं हो पाता है और आज इसीलिए पूरी दुनिया एक frustration में और अजीब confusion में है क्योंकि वह खुदा से connection उनका नहीं वन पाया है और जैसा कि हम सब जानते हैं कि अल्लाह के मार्फ़त के बाद एक एक इत्मीनान होता है.</w:t>
      </w:r>
    </w:p>
    <w:p>
      <w:r>
        <w:rPr>
          <w:b/>
        </w:rPr>
        <w:t xml:space="preserve">[30:33] </w:t>
      </w:r>
      <w:r>
        <w:t>har cheez apni jagah par pata chalti hai ki kya kyun hua tha? kaise hona hai? kya hona hai? ek jo yeh peace of mind milta hai woh tabhi milta hai jab insaan yeh sab cheezein jaan paaye. to maine yeh audio bhi suna tha. main soch rahi thi yahan par shayad samajh mein aaye isse baat main batana chah raha tha. ek aur baat hai halanki topic se thodi alag hai shavinya ka.</w:t>
      </w:r>
    </w:p>
    <w:p>
      <w:pPr>
        <w:jc w:val="right"/>
      </w:pPr>
      <w:r>
        <w:t>हर चीज़ अपनी जगह पर पता चलती है कि क्या क्यों हुआ था? कैसे होना है? क्या होना है? एक जो यह peace of mind मिलता है वह तभी मिलता है जब इंसान यह सब चीज़ें जान पाए. तो मैंने यह audio भी सुना था. मैं सोच रही थी यहां पर शायद समझ में आए इससे बात मैं बताना चाह रहा था. एक और बात है हालांकि topic से थोड़ी अलग है शविन्य का.</w:t>
      </w:r>
    </w:p>
    <w:p>
      <w:r>
        <w:rPr>
          <w:b/>
        </w:rPr>
        <w:t xml:space="preserve">[30:54] </w:t>
      </w:r>
      <w:r>
        <w:t>lekin jaise molana sahab ne bataya hamein ki maut jo hai woh zindagi ka haath mein nahin ek doosre period mein transfer hai ek tarah se. to ab jab main molana sahab ki videos aur audios dekhti hoon to mujhe aisa hi lagta hai ki sab aawaz yahin hai, tasveer bhi yahin hai. to molana sahab ka khatma to ho nahin sakta. waqai main woh doosri kisi duniya se hamein hamare saath hain connected.</w:t>
      </w:r>
    </w:p>
    <w:p>
      <w:pPr>
        <w:jc w:val="right"/>
      </w:pPr>
      <w:r>
        <w:t>लेकिन जैसे मोलाना साहब ने बताया हमें कि मौत जो है वह ज़िंदगी का हाथ में नहीं एक दूसरे period में transfer है एक तरह से. तो अब जब मैं मोलाना साहब की videos और audios देखती हूं तो मुझे ऐसा ही लगता है कि सब आवाज़ यहीं है, तस्वीर भी यहीं है. तो मोलाना साहब का खात्मा तो हो नहीं सकता. वाकई मैं वह दूसरी किसी दुनिया से हमें हमारे साथ हैं connected.</w:t>
      </w:r>
    </w:p>
    <w:p>
      <w:r>
        <w:rPr>
          <w:b/>
        </w:rPr>
        <w:t xml:space="preserve">[31:22] </w:t>
      </w:r>
      <w:r>
        <w:t>to usse bahut zyada yeh seekh milti hai mujhe. apne is platform ko all ladies jo hamare saath judi hui hain is session mein apni apni learning share karein. please come forward and share your learning and if anyone of you have got any queries or questions to ask please go ahead to ask questions. islam le lete walik uslam. main apni learning share karunga. ji boliye.</w:t>
      </w:r>
    </w:p>
    <w:p>
      <w:pPr>
        <w:jc w:val="right"/>
      </w:pPr>
      <w:r>
        <w:t>तो उससे बहुत ज़्यादा यह सीख मिलती है मुझे. अपने इस platform को all ladies जो हमारे साथ जुड़ी हुई हैं इस session में अपनी अपनी learning share करें. Please come forward and share your learning and if anyone of you have got any queries or questions to ask please go ahead to ask questions. इस्लाम ले लेते वालिक उस्लाम. मैं अपनी learning share करूंगा. जी बोलिए.</w:t>
      </w:r>
    </w:p>
    <w:p>
      <w:r>
        <w:rPr>
          <w:b/>
        </w:rPr>
        <w:t xml:space="preserve">[31:52] </w:t>
      </w:r>
      <w:r>
        <w:t>quran mein believers ke baare mein kaha gaya hai. those who believe love god most. the believers mentioned in the quran in this verse are those who have discovered god at the level of realization. all their feelings and emotions will be associated with god alone. their hearts and minds will focus solely on god.</w:t>
      </w:r>
    </w:p>
    <w:p>
      <w:pPr>
        <w:jc w:val="right"/>
      </w:pPr>
      <w:r>
        <w:t>कुरान में believers के बारे में कहा गया है. Those who believe love god most. The believers mentioned in the कुरान in this verse are those who have discovered god at the level of realization. All their feelings and emotions will be associated with God alone. Their hearts and minds will focus solely on God.</w:t>
      </w:r>
    </w:p>
    <w:p>
      <w:r>
        <w:rPr>
          <w:b/>
        </w:rPr>
        <w:t xml:space="preserve">[32:16] </w:t>
      </w:r>
      <w:r>
        <w:t>insaan apne limitations ki wajah se khuda ko dekh nahin sakta, lekin khuda ki beshumar rehmat har waqt experience kar sakta hai. yahi experience khuda se mohabbat ka source hai. is duniya mein insaan ke paas jo kuch bhi hai woh sirf aur sirf allah ka diya hua hai. woh jab chahe jaise chahe humse woh sab wapas le sakta hai. khuda ne yeh duniya banai aur insaan ki zaroorat ki har cheez ismein mauhaiya karai.</w:t>
      </w:r>
    </w:p>
    <w:p>
      <w:pPr>
        <w:jc w:val="right"/>
      </w:pPr>
      <w:r>
        <w:t>इंसान अपने limitations की वजह से खुदा को देख नहीं सकता, लेकिन खुदा की बेशुमार रहमत हर वक्त experience कर सकता है. यही experience खुदा से मोहब्बत का source है. इस दुनिया में इंसान के पास जो कुछ भी है वह सिर्फ और सिर्फ अल्लाह का दिया हुआ है. वह जब चाहे जैसे चाहे हमसे वह सब वापस ले सकता है. खुदा ने यह दुनिया बनाई और इंसान की ज़रूरत की हर चीज़ इसमें मौहैया कराई.</w:t>
      </w:r>
    </w:p>
    <w:p>
      <w:r>
        <w:rPr>
          <w:b/>
        </w:rPr>
        <w:t xml:space="preserve">[32:44] </w:t>
      </w:r>
      <w:r>
        <w:t>lekin hum yeh rule jaate hain ki yahan jo kuch bhi hamein mila hai, woh hamare test ke liye mila hai. chahe woh hamare rishte hi kyun na hon? hamari aulad bhi hamare liye ek test hai. aulad ke liye hamari mohabbat khuda se zyada hona is baat ka saboot hai ki saboot hai ki abhi tak hum khuda ko dhoondh hi nahin paaye hain.</w:t>
      </w:r>
    </w:p>
    <w:p>
      <w:pPr>
        <w:jc w:val="right"/>
      </w:pPr>
      <w:r>
        <w:t>लेकिन हम यह rule जाते हैं कि यहां जो कुछ भी हमें मिला है, वह हमारे test के लिए मिला है. चाहे वह हमारे रिश्ते ही क्यों ना हों? हमारी औलाद भी हमारे लिए एक test है. औलाद के लिए हमारी मोहब्बत खुदा से ज़्यादा होना इस बात का सबूत है कि सबूत है कि अभी तक हम खुदा को ढूंढ ही नहीं पाए हैं.</w:t>
      </w:r>
    </w:p>
    <w:p>
      <w:r>
        <w:rPr>
          <w:b/>
        </w:rPr>
        <w:t xml:space="preserve">[33:07] </w:t>
      </w:r>
      <w:r>
        <w:t>kyunki agar humne khuda ko sahi maynon mein discover kiya hota to duniya ke kisi bhi cheez se zyada hum usse mohabbat karte. khuda ko discover karne ka matlab hai ki yeh jaante hue ki hum use nahin dekh sakte, phir bhi hum uske aage sasta kar dein. hamari har soch mein khuda pehle aata ho. har haal mein hum pehle uska shukr karte hain.</w:t>
      </w:r>
    </w:p>
    <w:p>
      <w:pPr>
        <w:jc w:val="right"/>
      </w:pPr>
      <w:r>
        <w:t>क्योंकि अगर हमने खुदा को सही मायनों में discover किया होता तो दुनिया के किसी भी चीज़ से ज़्यादा हम उससे मोहब्बत करते. खुदा को discover करने का मतलब है कि यह जानते हुए कि हम उसे नहीं देख सकते, फिर भी हम उसके आगे सस्ता कर दें. हमारी हर सोच में खुदा पहले आता हो. हर हाल में हम पहले उसका शुक्र करते हैं.</w:t>
      </w:r>
    </w:p>
    <w:p>
      <w:r>
        <w:rPr>
          <w:b/>
        </w:rPr>
        <w:t xml:space="preserve">[33:31] </w:t>
      </w:r>
      <w:r>
        <w:t>khuda se mohabbat koi anokhi cheez nahin hai balki woh to insaan mein paidaishi jazba hota hai aur jaise jaise woh bada hota hai is duniya mein khokar woh khuda se door hota jaata hai. molana ne ek article mein likha hai ki is duniya mein do tarah ki mohabbat hoti hain. ek hoti hai asal aur ek hoti hai relation based.</w:t>
      </w:r>
    </w:p>
    <w:p>
      <w:pPr>
        <w:jc w:val="right"/>
      </w:pPr>
      <w:r>
        <w:t>खुदा से मोहब्बत कोई अनोखी चीज़ नहीं है बल्कि वह तो इंसान में पैदाइशी जज़्बा होता है और जैसे जैसे वह बड़ा होता है इस दुनिया में खोकर वह खुदा से दूर होता जाता है. मोलाना ने एक article में लिखा है कि इस दुनिया में दो तरह की मोहब्बत होती हैं. एक होती है असल और एक होती है relation based.</w:t>
      </w:r>
    </w:p>
    <w:p>
      <w:r>
        <w:rPr>
          <w:b/>
        </w:rPr>
        <w:t xml:space="preserve">[33:55] </w:t>
      </w:r>
      <w:r>
        <w:t>relation based mohabbat kisi bhi cheez se ho sakti hai, lekin asal mohabbat asal reason se hoti hai. is duniya mein har cheez jisse hum aaj chahte hain uski chahat maut ke baad khatm ho jayegi. lekin sirf khuda ki mohabbat aisi hai jo maut ke baad bhi hamare dil mein rahegi aur hamein aakhirat mein support karegi. hum apni aulad se sabse zyada pyaar karte hain kyunki hamein lagta hai ki woh hamara hamara hi ek hissa hai.</w:t>
      </w:r>
    </w:p>
    <w:p>
      <w:pPr>
        <w:jc w:val="right"/>
      </w:pPr>
      <w:r>
        <w:t>Relation based मोहब्बत किसी भी चीज़ से हो सकती है, लेकिन असल मोहब्बत असल reason से होती है. इस दुनिया में हर चीज़ जिससे हम आज चाहते हैं उसकी चाहत मौत के बाद खत्म हो जाएगी. लेकिन सिर्फ खुदा की मोहब्बत ऐसी है जो मौत के बाद भी हमारे दिल में रहेगी और हमें आख़िरत में support करेगी. हम अपनी औलात से सबसे ज़्यादा प्यार करते हैं क्योंकि हमें लगता है कि वह हमारा हमारा ही एक हिस्सा है.</w:t>
      </w:r>
    </w:p>
    <w:p>
      <w:r>
        <w:rPr>
          <w:b/>
        </w:rPr>
        <w:t xml:space="preserve">[34:25] </w:t>
      </w:r>
      <w:r>
        <w:t>lekin khuda ki jagah is isse bahut bahut badi hai. woh hamara creator hai aur abhi tak hamein usse paaya use paaya nahin hai. abhi tak humne use discover nahin kiya hai. khuda ne insaan ko sirf diya hai aur badle mein insaan usse kuch nahin de sakta. agar kuch de sakta to baat kar sakta hai. hamein yeh sochna chahiye ki hamare liye zaroori kya hai?</w:t>
      </w:r>
    </w:p>
    <w:p>
      <w:pPr>
        <w:jc w:val="right"/>
      </w:pPr>
      <w:r>
        <w:t>लेकिन खुदा की जगह इस इस इससे बहुत बहुत बड़ी है. वह हमारा creator है और अभी तक हमें उससे पाया उसे पाया नहीं है. अभी तक हमने उसे discover नहीं किया है. खुदा ने इंसान को सिर्फ़ दिया है और बदले में इंसान उससे कुछ नहीं दे सकता. अगर कुछ दे सकता तो बात कर सकता है. हमें यह सोचना चाहिए कि हमारे लिए ज़रूरी क्या है?</w:t>
      </w:r>
    </w:p>
    <w:p>
      <w:r>
        <w:rPr>
          <w:b/>
        </w:rPr>
        <w:t xml:space="preserve">[34:54] </w:t>
      </w:r>
      <w:r>
        <w:t>is duniya ki sabhi cheezein sirf duniya mein hi rah jayengi. lekin aakhirat mein hum khuda shurbaroo honge. to kya yeh behtar nahin hai ki aaj se hi hum khuda ko apni priority bana lein taaki aakhirat mein hum uske saamne khade ho sakein. ji aapka ho gaya. jaisa kal na nurul khuda.</w:t>
      </w:r>
    </w:p>
    <w:p>
      <w:pPr>
        <w:jc w:val="right"/>
      </w:pPr>
      <w:r>
        <w:t>इस दुनिया की सभी चीज़ें सिर्फ़ दुनिया में ही रह जाएंगी. लेकिन आख़िरत में हम ख़ुदा शुरूबरू होंगे. तो क्या यह बेहतर नहीं है कि आज से ही हम ख़ुदा को अपनी priority बना लें ताकि आख़िरत में हम उसके सामने खड़े हो सकें. जी आपका हो गया. जैसा कल ना नुरूल खुदा.</w:t>
      </w:r>
    </w:p>
    <w:p>
      <w:r>
        <w:rPr>
          <w:b/>
        </w:rPr>
        <w:t xml:space="preserve">[35:19] </w:t>
      </w:r>
      <w:r>
        <w:t>Very nice that you read it out and it was quite a learning for all of us. We have I think raaziya wants to say something. Ok. Twenty two minutes left, so we have to hurry up. Please share your learnings aur jo ladies judi hui hai. Please go ahead raaziya. Mute hai, mute hai aap.</w:t>
      </w:r>
    </w:p>
    <w:p>
      <w:pPr>
        <w:jc w:val="right"/>
      </w:pPr>
      <w:r>
        <w:t>Very nice that you read it out and it was quite a learning for all of us. We have I think राजिया wants to say something. Ok. Twenty two minutes left, so we have to hurry up. Please share your learnings और जो ladies जुड़ी हुई है. Please go ahead राज़िया. Mute है, mute है आप.</w:t>
      </w:r>
    </w:p>
    <w:p>
      <w:r>
        <w:rPr>
          <w:b/>
        </w:rPr>
        <w:t xml:space="preserve">[35:49] </w:t>
      </w:r>
      <w:r>
        <w:t>Unmute kijiye. Nahi hua? Yes. Jo maine is article ko padhne ke baad reason aur solution dekha hai isme.</w:t>
      </w:r>
    </w:p>
    <w:p>
      <w:pPr>
        <w:jc w:val="right"/>
      </w:pPr>
      <w:r>
        <w:t>Unmute कीजिए. नहीं हुआ? Yes. जो मैंने इस article को पढ़ने के बाद reason और solution देखा है इसमें.</w:t>
      </w:r>
    </w:p>
    <w:p>
      <w:r>
        <w:rPr>
          <w:b/>
        </w:rPr>
        <w:t xml:space="preserve">[36:13] </w:t>
      </w:r>
      <w:r>
        <w:t>Matlab iska reason to yeh hai ki hum tadabbur nahi karte. Matlab apna hum apne aap par tadabbur nahi karte. Allah taalaah ne hame jo facilities jo hum rozana enjoy kar rahe hain, woh kisne di hain? Kahan se aayi hain? Allah taala ne woh humko di hain to hum usko rozanak jee rahe hain aur apne aas paas ki jo duniya hai, universe hai us par war aur fikr nahi karte.</w:t>
      </w:r>
    </w:p>
    <w:p>
      <w:pPr>
        <w:jc w:val="right"/>
      </w:pPr>
      <w:r>
        <w:t>मतलब इसका reason तो यह है कि हम तदब्बूर नहीं करते. मतलब अपना हम अपने आप पर तदब्बूर नहीं करते. अल्लाह तालाह ने हमें जो facilities जो हम रोज़ाना enjoy कर रहे हैं, वह किसने दी हैं? कहां से आई हैं? अल्लाह ताला ने वह हमको दी हैं तो हम उसको रोज़ानक जी रहे हैं और अपने आस पास की जो दुनिया है, universe है उस पर war और फ़िक्र नहीं करते.</w:t>
      </w:r>
    </w:p>
    <w:p>
      <w:r>
        <w:rPr>
          <w:b/>
        </w:rPr>
        <w:t xml:space="preserve">[36:42] </w:t>
      </w:r>
      <w:r>
        <w:t>Iska cause to yeh hai, reason to iska yeh hai. Doosra reason iska yeh hai ki distractions hain. Hamare andar distractions hain. Matlab hamari soch mein matlab ek fikr mein jo hai kahin focus nahi hai fikr. Kisi priority par focus nahi hai. Woh kya hai ki jaise maan lijiye ki mujhe apni fitness par dhyan dena hai. To main pehle priority decide karungi ki subah morning mein uthna hai mujhe aur gym join karna hai. Apni diet ko kaise balance karna hai?</w:t>
      </w:r>
    </w:p>
    <w:p>
      <w:pPr>
        <w:jc w:val="right"/>
      </w:pPr>
      <w:r>
        <w:t>इसका cause तो यह है, reason तो इसका यह है. दूसरा reason इसका यह है कि distractions हैं. हमारे अंदर distractions हैं. मतलब हमारी सोच में मतलब एक फ़िक्र में जो है कहीं focus नहीं है फ़िक्र. किसी priority पर focus नहीं है. वह क्या है कि जैसे मान लीजिए कि मुझे अपनी fitness पर ध्यान देना है. तो मैं पहले priority decide करूंगी कि सुबह morning में उठना है मुझे और gym join करना है. अपनी diet को कैसे balance करना है?</w:t>
      </w:r>
    </w:p>
    <w:p>
      <w:r>
        <w:rPr>
          <w:b/>
        </w:rPr>
        <w:t xml:space="preserve">[37:11] </w:t>
      </w:r>
      <w:r>
        <w:t>To main ek checklist bana lungi. Yeh yeh mujhe kaam karne hain. To usse kya hoga ki maine apni priority decide kar li. Doosri baat yeh hai ki distractions hain aur iske alawa tadabbu nahi karte. Iska solution jo hai jo mujhe samajh mein aaya ki jaise Maulana sahab kehte hain ki har insaan ka paidaishi jo hai jazba, surrender karne ka jazba hai.</w:t>
      </w:r>
    </w:p>
    <w:p>
      <w:pPr>
        <w:jc w:val="right"/>
      </w:pPr>
      <w:r>
        <w:t>तो मैं एक checklist बना लूंगी. यह यह मुझे काम करने हैं. तो उससे क्या होगा कि मैंने अपनी priority decide कर ली. दूसरी बात यह है कि distractions हैं और इसके अलावा तदब्बू नहीं करते. इसका solution जो है जो मुझे समझ में आया कि जैसे मोलाना साहब कहते हैं कि हर इंसान का पैदाइशी जो है जज़्बा, surrender करने का जज़्बा है.</w:t>
      </w:r>
    </w:p>
    <w:p>
      <w:r>
        <w:rPr>
          <w:b/>
        </w:rPr>
        <w:t xml:space="preserve">[37:37] </w:t>
      </w:r>
      <w:r>
        <w:t>woh kisi aisi hasti ko paana chahta hai jiske saamne woh apni dil ki baat keh sake, usse</w:t>
      </w:r>
    </w:p>
    <w:p>
      <w:pPr>
        <w:jc w:val="right"/>
      </w:pPr>
      <w:r>
        <w:t>वह किसी ऐसी हस्ती को पाना चाहता है जिसके सामने वह अपनी दिल की बात कह सके, उससे</w:t>
      </w:r>
    </w:p>
    <w:p>
      <w:r>
        <w:rPr>
          <w:b/>
        </w:rPr>
        <w:t xml:space="preserve">[37:43] </w:t>
      </w:r>
      <w:r>
        <w:t>maang sake aur woh usi se darta ho.</w:t>
      </w:r>
    </w:p>
    <w:p>
      <w:pPr>
        <w:jc w:val="right"/>
      </w:pPr>
      <w:r>
        <w:t>मांग सके और वह उसी से डरता हो.</w:t>
      </w:r>
    </w:p>
    <w:p>
      <w:r>
        <w:rPr>
          <w:b/>
        </w:rPr>
        <w:t xml:space="preserve">[37:49] </w:t>
      </w:r>
      <w:r>
        <w:t>matlab yeh jo khuda ki ibadat karne ka jazba hai na woh har insaan ke andar paidaishi hai.</w:t>
      </w:r>
    </w:p>
    <w:p>
      <w:pPr>
        <w:jc w:val="right"/>
      </w:pPr>
      <w:r>
        <w:t>मतलब यह जो खुदा की इबादत करने का जज़्बा है ना वह हर इंसान के अंदर पैदाइशी है.</w:t>
      </w:r>
    </w:p>
    <w:p>
      <w:r>
        <w:rPr>
          <w:b/>
        </w:rPr>
        <w:t xml:space="preserve">[37:56] </w:t>
      </w:r>
      <w:r>
        <w:t>ab woh kahin dab chuka hai.</w:t>
      </w:r>
    </w:p>
    <w:p>
      <w:pPr>
        <w:jc w:val="right"/>
      </w:pPr>
      <w:r>
        <w:t>अब वह कहीं दब चुका है.</w:t>
      </w:r>
    </w:p>
    <w:p>
      <w:r>
        <w:rPr>
          <w:b/>
        </w:rPr>
        <w:t xml:space="preserve">[38:02] </w:t>
      </w:r>
      <w:r>
        <w:t>dabne ki wajah yahi hai simple living nahi hai.</w:t>
      </w:r>
    </w:p>
    <w:p>
      <w:pPr>
        <w:jc w:val="right"/>
      </w:pPr>
      <w:r>
        <w:t>दबने की वजह यही है simple living नहीं है.</w:t>
      </w:r>
    </w:p>
    <w:p>
      <w:r>
        <w:rPr>
          <w:b/>
        </w:rPr>
        <w:t xml:space="preserve">[38:09] </w:t>
      </w:r>
      <w:r>
        <w:t>hum log matlab is worldly jo cheezein hain, usmein gum ho chuke hain.</w:t>
      </w:r>
    </w:p>
    <w:p>
      <w:pPr>
        <w:jc w:val="right"/>
      </w:pPr>
      <w:r>
        <w:t>हम लोग मतलब इस worldly जो चीज़ें हैं, उसमें गुम हो चुके हैं.</w:t>
      </w:r>
    </w:p>
    <w:p>
      <w:r>
        <w:rPr>
          <w:b/>
        </w:rPr>
        <w:t xml:space="preserve">[38:15] </w:t>
      </w:r>
      <w:r>
        <w:t>achha jaise mera hi meri wajah mere saath kya tha?</w:t>
      </w:r>
    </w:p>
    <w:p>
      <w:pPr>
        <w:jc w:val="right"/>
      </w:pPr>
      <w:r>
        <w:t>अच्छा जैसे मेरा ही मेरी वजह मेरे साथ क्या था?</w:t>
      </w:r>
    </w:p>
    <w:p>
      <w:r>
        <w:rPr>
          <w:b/>
        </w:rPr>
        <w:t xml:space="preserve">[38:22] </w:t>
      </w:r>
      <w:r>
        <w:t>Unhone mujhe kuch kitabein bhi di thi aur mere sar par rakhkar dua ki thi. To main jab se Maulana sahab se judi hoon na to mujhe samajh mein aaya hai ki Islam ko jeena kaise hai?</w:t>
      </w:r>
    </w:p>
    <w:p>
      <w:pPr>
        <w:jc w:val="right"/>
      </w:pPr>
      <w:r>
        <w:t>उन्होंने मुझे कुछ किताबें भी दी थी और मेरे सर पर रखकर दुआ की थी. तो मैं जब से मुलाना साहब से जुड़ी हूं ना तो मुझे समझ में आया है कि इस्लाम को जीना कैसे है?</w:t>
      </w:r>
    </w:p>
    <w:p>
      <w:r>
        <w:rPr>
          <w:b/>
        </w:rPr>
        <w:t xml:space="preserve">[38:33] </w:t>
      </w:r>
      <w:r>
        <w:t>to mujhe doosre jaise WhatsApp group hamara bana hai woh chahiye.</w:t>
      </w:r>
    </w:p>
    <w:p>
      <w:pPr>
        <w:jc w:val="right"/>
      </w:pPr>
      <w:r>
        <w:t>तो मुझे दूसरे जैसे WhatsApp group हमारा बना है वह चाहिए.</w:t>
      </w:r>
    </w:p>
    <w:p>
      <w:r>
        <w:rPr>
          <w:b/>
        </w:rPr>
        <w:t xml:space="preserve">[38:53] </w:t>
      </w:r>
      <w:r>
        <w:t>uske alawa humein involve hona chahiye.</w:t>
      </w:r>
    </w:p>
    <w:p>
      <w:pPr>
        <w:jc w:val="right"/>
      </w:pPr>
      <w:r>
        <w:t>उसके अलावा हमें involve होना चाहिए.</w:t>
      </w:r>
    </w:p>
    <w:p>
      <w:r>
        <w:rPr>
          <w:b/>
        </w:rPr>
        <w:t xml:space="preserve">[39:13] </w:t>
      </w:r>
      <w:r>
        <w:t>matlab hai na poora din involve rehna padega apne focus par kisi na kisi tarah se.</w:t>
      </w:r>
    </w:p>
    <w:p>
      <w:pPr>
        <w:jc w:val="right"/>
      </w:pPr>
      <w:r>
        <w:t>मतलब है ना पूरा दिन involve रहना पड़ेगा अपने focus पर किसी ना किसी तरह से.</w:t>
      </w:r>
    </w:p>
    <w:p>
      <w:r>
        <w:rPr>
          <w:b/>
        </w:rPr>
        <w:t xml:space="preserve">[39:34] </w:t>
      </w:r>
      <w:r>
        <w:t>Aksar main yeh jaise inhone main batati hoon thoda sa na jaise inhone ek maine ek na apni photo lagayi thi jo mere convocation ki photo thi.</w:t>
      </w:r>
    </w:p>
    <w:p>
      <w:pPr>
        <w:jc w:val="right"/>
      </w:pPr>
      <w:r>
        <w:t>अक्सर मैं यह जैसे इन्होंने मैं बताती हूं थोड़ा सा ना जैसे इन्होंने एक मैंने एक ना अपनी photo लगाई थी जो मेरे convocation की photo थी.</w:t>
      </w:r>
    </w:p>
    <w:p>
      <w:r>
        <w:rPr>
          <w:b/>
        </w:rPr>
        <w:t xml:space="preserve">[39:44] </w:t>
      </w:r>
      <w:r>
        <w:t>To inke andar ek cheez hai yeh correlate karti hai ki matlab tab tak hum mujhe nahi hum warna hum ismein goong rahenge.</w:t>
      </w:r>
    </w:p>
    <w:p>
      <w:pPr>
        <w:jc w:val="right"/>
      </w:pPr>
      <w:r>
        <w:t>तो इनके अंदर एक चीज़ है यह correlate करती है कि मतलब तब तक हम मुझे नहीं हम वरना हम इसमें गूंग रहेंगे.</w:t>
      </w:r>
    </w:p>
    <w:p>
      <w:r>
        <w:rPr>
          <w:b/>
        </w:rPr>
        <w:t xml:space="preserve">[40:07] </w:t>
      </w:r>
      <w:r>
        <w:t>Matlab main yeh kehti hoon ki hum apni har cheez ko, apne dukh ko, apni sukh ko aur apne zindagi ke har halaat ko Allah se jod jodkar chalenge. To hum wahan tak pahunch payenge. To mujhe aisa lagta hai ki shayad hum log hamare dilon mein to hai. Main bachpan se mere dil mein tha.</w:t>
      </w:r>
    </w:p>
    <w:p>
      <w:pPr>
        <w:jc w:val="right"/>
      </w:pPr>
      <w:r>
        <w:t>मतलब मैं यह कहती हूं कि हम अपनी हर चीज़ को, अपने दुख को, अपनी सुख को और अपने ज़िंदगी के हर हालात को अल्लाह से जोड़ जोड़कर चलेंगे. तो हम वहां तक पहुंच पाएंगे. तो मुझे ऐसा लगता है कि शायद हम लोग हमारे दिलों में तो है. मैं बचपन से मेरे दिल में था.</w:t>
      </w:r>
    </w:p>
    <w:p>
      <w:r>
        <w:rPr>
          <w:b/>
        </w:rPr>
        <w:t xml:space="preserve">[40:23] </w:t>
      </w:r>
      <w:r>
        <w:t>Lekin jo mujhe ab mil raha hai na mujhe lagta hai ki zindagi jeene ka tareeka yeh hai ki hum log jab tak usko matlab usko jagate rehna padega aur uske liye na jo hum log aapas mein jude hue hain woh bahut acchi cheez hai.</w:t>
      </w:r>
    </w:p>
    <w:p>
      <w:pPr>
        <w:jc w:val="right"/>
      </w:pPr>
      <w:r>
        <w:t>लेकिन जो मुझे अब मिल रहा है ना मुझे लगता है कि ज़िंदगी जीने का तरीका यह है कि हम लोग जब तक उसको मतलब उसको जगाते रहना पड़ेगा और उसके लिए ना जो हम लोग आपस में जुड़े हुए हैं वह बहुत अच्छी चीज़ है.</w:t>
      </w:r>
    </w:p>
    <w:p>
      <w:r>
        <w:rPr>
          <w:b/>
        </w:rPr>
        <w:t xml:space="preserve">[40:53] </w:t>
      </w:r>
      <w:r>
        <w:t>Jaise mera aksar kya hota hai? Main kahin aur busy ho jaati hoon to kabhi to main phir se wapas aa gayi. To yeh hum logon ko aapas mein bhi karna padega yeh cheezein aur main Allah ka shukr karti hoon ki aap ne WhatsApp group banaya hai warna hum ghoomi rehte hain hum log bhi.</w:t>
      </w:r>
    </w:p>
    <w:p>
      <w:pPr>
        <w:jc w:val="right"/>
      </w:pPr>
      <w:r>
        <w:t>जैसे मेरा अक्सर क्या होता है? मैं कहीं और busy हो जाती हूं तो कभी तो मैं फिर से वापस आ गई. तो यह हम लोगों को आपस में भी करना पड़ेगा यह चीज़ें और मैं अल्लाह का शुक्र करती हूं कि आप ने WhatsApp group बनाया है वरना हम घूमी रहते हैं हम लोग भी.</w:t>
      </w:r>
    </w:p>
    <w:p>
      <w:r>
        <w:rPr>
          <w:b/>
        </w:rPr>
        <w:t xml:space="preserve">[41:23] </w:t>
      </w:r>
      <w:r>
        <w:t>Yeh cheezein iski wajah yahi hai ki yeh aajkal hum log itne busy ho chuke hain doosri cheezon mein ki hum log hamare andar Allah se dar hone ke bawajood bhi, mohabbat hone ke bawajood bhi hum log ko cheezein hamari dar hi reh jaati hain. Express nahi ho pa rahi hain. To iska yahi solution hai ki hum daily practice karein, discussion karein.</w:t>
      </w:r>
    </w:p>
    <w:p>
      <w:pPr>
        <w:jc w:val="right"/>
      </w:pPr>
      <w:r>
        <w:t>यह चीज़ें इसकी वजह यही है कि यह आजकल हम लोग इतने busy हो चुके हैं दूसरी चीज़ों में कि हम लोग हमारे अंदर अल्लाह से डर होने के बावजूद भी, मोहब्बत होने के बावजूद भी हम लोग को चीज़ें हमारी डर ही रह जाती हैं. Express नहीं हो पा रही हैं. तो इसका यही solution है कि हम daily practice करें, discussion करें.</w:t>
      </w:r>
    </w:p>
    <w:p>
      <w:r>
        <w:rPr>
          <w:b/>
        </w:rPr>
        <w:t xml:space="preserve">[41:44] </w:t>
      </w:r>
      <w:r>
        <w:t>Poochhe jaakar la raziya, share your feelings and your experiences aur famidaapa aap kuch kehna chahengi? Haan, jaise kahan kehte the na sahari log ki imaan taaza karein. To yahi cheez hai hamare hamare CPS mein. Hum log har jo hain itna zyada Maulana sahab ne sab likh diya, sab bata diya.</w:t>
      </w:r>
    </w:p>
    <w:p>
      <w:pPr>
        <w:jc w:val="right"/>
      </w:pPr>
      <w:r>
        <w:t>पूछे जाकर ला रजिया, share your feelings and your experiences और फ़मीदापा आप कुछ कहना चाहेंगी? हां, जैसे कहां कहते थे ना सहारी लोग की ईमान ताज़ा करें. तो यही चीज़ है हमारे हमारे CPS में. हम लोग हर जो हैं इतना ज़्यादा मोलाना साहब ने सब लिख दिया, सब बता दिया.</w:t>
      </w:r>
    </w:p>
    <w:p>
      <w:r>
        <w:rPr>
          <w:b/>
        </w:rPr>
        <w:t xml:space="preserve">[42:11] </w:t>
      </w:r>
      <w:r>
        <w:t>Quran ke mutabik hum rehne ki koshish karte hain aur cheezon mein har waqt lage rehte hain. Kuch na kuch, kuch na kuch Maulana sahab ke article se aur unki cheezon se. To yahi jo hai hamara imaan usi mein taaza hota rehta hai. Nahi to distraction to itne zyada hai, itne zyada hai aur yeh aisi pyas ho gayi hai matlab aisi talab ho gayi hai ki agar hum ek din agar us yeh kaam nahi karte to humko bechaini hoti hai. To aur hum sab aapas mein connect rehte hain.</w:t>
      </w:r>
    </w:p>
    <w:p>
      <w:pPr>
        <w:jc w:val="right"/>
      </w:pPr>
      <w:r>
        <w:t>कुरान के मुताबिक हम रहने की कोशिश करते हैं और चीज़ों में हर वक्त लगे रहते हैं. कुछ ना कुछ, कुछ ना कुछ मनोना साहब के article से और उनकी चीज़ों से. तो यही जो है हमारा ईमान उसी में ताज़ा होता रहता है. नहीं तो distraction तो इतने ज़्यादा है, इतने ज़्यादा है और यह ऐसी प्यास हो गई है मतलब ऐसी तलब हो गई है कि अगर हम एक दिन अगर उस यह काम नहीं करते तो हमको बेचैनी होती है. तो और हम सब आपस में connect रहते हैं.</w:t>
      </w:r>
    </w:p>
    <w:p>
      <w:r>
        <w:rPr>
          <w:b/>
        </w:rPr>
        <w:t xml:space="preserve">[42:41] </w:t>
      </w:r>
      <w:r>
        <w:t>Isi se jo hai jaise raaziya ne kaha ki raaziya ne ki woh asha hi doosra ke comments waqai mein unke koi bhi cheez aati hai to phir hum log sabhi apni apni jagah se hi hi jaate hain ki bhai yeh to bahut accha hai to sab dimag chalne lagta hai.</w:t>
      </w:r>
    </w:p>
    <w:p>
      <w:pPr>
        <w:jc w:val="right"/>
      </w:pPr>
      <w:r>
        <w:t>इसी से जो है जैसे राज़िया ने कहा कि राज़िया ने कि वह आशा ही दूसरा के comments वाकई में उनके कोई भी चीज़ आती है तो फिर हम लोग सभी अपनी अपनी जगह से ही ही जाते हैं कि भाई यह तो बहुत अच्छा है तो सब दिमाग चलने लगता है.</w:t>
      </w:r>
    </w:p>
    <w:p>
      <w:r>
        <w:rPr>
          <w:b/>
        </w:rPr>
        <w:t xml:space="preserve">[42:56] </w:t>
      </w:r>
      <w:r>
        <w:t>to bahut hi har insaan ismein ek alag alag tarah se ek bahut hi keemti insaan hai aur</w:t>
      </w:r>
    </w:p>
    <w:p>
      <w:pPr>
        <w:jc w:val="right"/>
      </w:pPr>
      <w:r>
        <w:t>तो बहुत ही हर इंसान इसमें एक अलग अलग तरह से एक बहुत ही कीमती इंसान है और</w:t>
      </w:r>
    </w:p>
    <w:p>
      <w:r>
        <w:rPr>
          <w:b/>
        </w:rPr>
        <w:t xml:space="preserve">[43:05] </w:t>
      </w:r>
      <w:r>
        <w:t>hum sab ek doosre se seekh rahe hain aur ek doosre se bohat kuch milna hai sab se pehle</w:t>
      </w:r>
    </w:p>
    <w:p>
      <w:pPr>
        <w:jc w:val="right"/>
      </w:pPr>
      <w:r>
        <w:t>हम सब एक दूसरे से सीख रहे हैं और एक दूसरे से बहुत कुछ मिलना है सबसे पहले</w:t>
      </w:r>
    </w:p>
    <w:p>
      <w:r>
        <w:rPr>
          <w:b/>
        </w:rPr>
        <w:t xml:space="preserve">[43:15] </w:t>
      </w:r>
      <w:r>
        <w:t>ki maulana sahab ne ki hamein is tarah se group banane ko kaha aur hum is group mein</w:t>
      </w:r>
    </w:p>
    <w:p>
      <w:pPr>
        <w:jc w:val="right"/>
      </w:pPr>
      <w:r>
        <w:t>की मौलाना साहब ने कि हमें इस तरह से group बनाने को कहा और हम इस group में</w:t>
      </w:r>
    </w:p>
    <w:p>
      <w:r>
        <w:rPr>
          <w:b/>
        </w:rPr>
        <w:t xml:space="preserve">[43:25] </w:t>
      </w:r>
      <w:r>
        <w:t>bohat ziyada itne achhe achhe bachche mile uska main intehaar shukr ada karti hoon jaise doctor sana hum</w:t>
      </w:r>
    </w:p>
    <w:p>
      <w:pPr>
        <w:jc w:val="right"/>
      </w:pPr>
      <w:r>
        <w:t>बहुत ज़्यादा इतने अच्छे अच्छे बच्चे मिले उसका मैं इंतिहार शुक्र अदा करती हूं जैसे doctor सना हम</w:t>
      </w:r>
    </w:p>
    <w:p>
      <w:r>
        <w:rPr>
          <w:b/>
        </w:rPr>
        <w:t xml:space="preserve">[43:35] </w:t>
      </w:r>
      <w:r>
        <w:t>sab ab in bachchon se seekhne ke layak ho gaye hain ki hum in bachchon se seekhein.</w:t>
      </w:r>
    </w:p>
    <w:p>
      <w:pPr>
        <w:jc w:val="right"/>
      </w:pPr>
      <w:r>
        <w:t>सब अब इन बच्चों से सीखने के लायक हो गए हैं कि हम इन बच्चों से सीखें.</w:t>
      </w:r>
    </w:p>
    <w:p>
      <w:r>
        <w:rPr>
          <w:b/>
        </w:rPr>
        <w:t xml:space="preserve">[43:45] </w:t>
      </w:r>
      <w:r>
        <w:t>Asha yusra raaziya aur yeh sab chaar paanch log to bahut hi qeemti ho gaye. Chaar log mere khayal hain. Jo meri diary mein likhe hue hain naam sabke. Jisaab pehle to mujhe bhi baaki mein in logon ne aisa learning aur apne apne experiences bata rahi hain. Isse badi himmat badhti hai ki yeh phail raha hai.</w:t>
      </w:r>
    </w:p>
    <w:p>
      <w:pPr>
        <w:jc w:val="right"/>
      </w:pPr>
      <w:r>
        <w:t>आशा यूसरा राज़िया और यह सब चार पांच लोग तो बहुत ही क़ीमती हो गए. चार लोग मेरे ख़याल हैं. जो मेरी diary में लिखे हुए हैं नाम सबके. जिसाब पहले तो मुझे भी बाकी में इन लोगों ने ऐसा learning और अपने अपने experiences बता रही हैं. इससे बड़ी हिम्मत बढ़ती है कि यह फ़ैल रहा है.</w:t>
      </w:r>
    </w:p>
    <w:p>
      <w:r>
        <w:rPr>
          <w:b/>
        </w:rPr>
        <w:t xml:space="preserve">[44:07] </w:t>
      </w:r>
      <w:r>
        <w:t>Yeh log sach seekh rahe hain aur I don't want to repeat what all but isse bada confidence develop hota hai aur yeh lagta hai ki Maulana ke jaane ke baad in sab cheezon ka kitna asar ho raha hai. He left everything aur na to yeh sab bachche seekh rahe hain, jal rahe hain. To inshallah zaroor phailayega aur Allah hamare har waqt hamare saath hoga aur hum Allah ki taraf focus karenge.</w:t>
      </w:r>
    </w:p>
    <w:p>
      <w:pPr>
        <w:jc w:val="right"/>
      </w:pPr>
      <w:r>
        <w:t>यह लोग सच सीख रहे हैं और I don't want to repeat what all but इससे बड़ा confidence develop होता है और यह लगता है कि मोलाता के जाने के बाद इन सब चीज़ों का कितना असर हो रहा है. He left everything और ना तो यह सब बच्चे सीख रहे हैं, जल रहे हैं. तो इंशालाह ज़रूर फैलेगा और अल्लाह हमारे हर वक्त हमारे साथ होगा और हम अल्लाह की तरफ focus करेंगे.</w:t>
      </w:r>
    </w:p>
    <w:p>
      <w:r>
        <w:rPr>
          <w:b/>
        </w:rPr>
        <w:t xml:space="preserve">[44:35] </w:t>
      </w:r>
      <w:r>
        <w:t>sabki baatein bohat important hain. kallah. jaza kalyah.</w:t>
      </w:r>
    </w:p>
    <w:p>
      <w:pPr>
        <w:jc w:val="right"/>
      </w:pPr>
      <w:r>
        <w:t>सबकी बातें बहुत important हैं. कल्लाह. जज़ा कल्या.</w:t>
      </w:r>
    </w:p>
    <w:p>
      <w:r>
        <w:rPr>
          <w:b/>
        </w:rPr>
        <w:t xml:space="preserve">[44:41] </w:t>
      </w:r>
      <w:r>
        <w:t>We have just twelve minutes more.</w:t>
      </w:r>
    </w:p>
    <w:p>
      <w:pPr>
        <w:jc w:val="right"/>
      </w:pPr>
      <w:r>
        <w:t>We have just twelve minutes more.</w:t>
      </w:r>
    </w:p>
    <w:p>
      <w:r>
        <w:rPr>
          <w:b/>
        </w:rPr>
        <w:t xml:space="preserve">[44:47] </w:t>
      </w:r>
      <w:r>
        <w:t>So koi question, koi learning, koi aur logon ne jinhone share nahin kiya, kuch kahani, come forward and</w:t>
      </w:r>
    </w:p>
    <w:p>
      <w:pPr>
        <w:jc w:val="right"/>
      </w:pPr>
      <w:r>
        <w:t>So कोई question, कोई learning, कोई और लोगों ने जिन्होंने share नहीं किया, कुछ कहानी, come forward and</w:t>
      </w:r>
    </w:p>
    <w:p>
      <w:r>
        <w:rPr>
          <w:b/>
        </w:rPr>
        <w:t xml:space="preserve">[44:53] </w:t>
      </w:r>
      <w:r>
        <w:t>please say something.</w:t>
      </w:r>
    </w:p>
    <w:p>
      <w:pPr>
        <w:jc w:val="right"/>
      </w:pPr>
      <w:r>
        <w:t>please say something.</w:t>
      </w:r>
    </w:p>
    <w:p>
      <w:r>
        <w:rPr>
          <w:b/>
        </w:rPr>
        <w:t xml:space="preserve">[44:59] </w:t>
      </w:r>
      <w:r>
        <w:t>Asana, Shimshuddular aur Sania Chaus, Sana Doctor Sana Zareen.</w:t>
      </w:r>
    </w:p>
    <w:p>
      <w:pPr>
        <w:jc w:val="right"/>
      </w:pPr>
      <w:r>
        <w:t>असाना, शिमशुद्धुलर और सानिया चौस, सना doctor सना ज़रीन.</w:t>
      </w:r>
    </w:p>
    <w:p>
      <w:r>
        <w:rPr>
          <w:b/>
        </w:rPr>
        <w:t xml:space="preserve">[45:06] </w:t>
      </w:r>
      <w:r>
        <w:t>Kuch kehna chahengi aap log? Asslam walikum. Walikum asslam. Ji boliye. Main darasal yeh kehna chaah rahi thi ki jaise yeh ek matlab article hai yeh Khuda se ghafil. To jab iske upar insaan focus karta hai, gaur karta hai to mujhe ek cheez iske andar samajh mein aayi ki sabhi cheezein hain. Hum Islam mein hain, hum Musalman hain. Phir bhi ek hamare andar cheez hai ki hum Khuda se ghafil hain.</w:t>
      </w:r>
    </w:p>
    <w:p>
      <w:pPr>
        <w:jc w:val="right"/>
      </w:pPr>
      <w:r>
        <w:t>कुछ कहना चाहेंगी आप लोग? अस्लाम वालिकों. वालिकों स्लाम. जी बोलिए. मैं दरअसल यह कहना चाह रही थी कि जैसे यह एक मतलब article है यह खुदा से गाफिल. तो जब इसके ऊपर इंसान focus करता है, गौर करता है तो मुझे एक चीज़ इसके अंदर समझ में आई कि सभी चीज़ें हैं. हम इस्लाम में हैं, हम मुसलमान हैं. फिर भी एक हमारे अंदर चीज़ है कि हम खुदा से गाफिल हैं.</w:t>
      </w:r>
    </w:p>
    <w:p>
      <w:r>
        <w:rPr>
          <w:b/>
        </w:rPr>
        <w:t xml:space="preserve">[45:33] </w:t>
      </w:r>
      <w:r>
        <w:t>kahin na kahin hum kho gaye hain ya kahin na kahin Khuda humse kho gaye kaisi cheezein.</w:t>
      </w:r>
    </w:p>
    <w:p>
      <w:pPr>
        <w:jc w:val="right"/>
      </w:pPr>
      <w:r>
        <w:t>कहीं ना कहीं हम खो गए हैं या कहीं ना कहीं खुदा हमसे खो गए कैसी चीज़ें.</w:t>
      </w:r>
    </w:p>
    <w:p>
      <w:r>
        <w:rPr>
          <w:b/>
        </w:rPr>
        <w:t xml:space="preserve">[45:51] </w:t>
      </w:r>
      <w:r>
        <w:t>to kya zaroori thi unki deconditioning karne ki?</w:t>
      </w:r>
    </w:p>
    <w:p>
      <w:pPr>
        <w:jc w:val="right"/>
      </w:pPr>
      <w:r>
        <w:t>तो क्या ज़रूरी थी उनकी deconditioning करने की?</w:t>
      </w:r>
    </w:p>
    <w:p>
      <w:r>
        <w:rPr>
          <w:b/>
        </w:rPr>
        <w:t xml:space="preserve">[46:10] </w:t>
      </w:r>
      <w:r>
        <w:t>woh already deene ibrahim padhte hain sabhi cheezein thi.</w:t>
      </w:r>
    </w:p>
    <w:p>
      <w:pPr>
        <w:jc w:val="right"/>
      </w:pPr>
      <w:r>
        <w:t>वह already दीने इब्राहिम पढ़ते हैं सभी चीज़ें थी.</w:t>
      </w:r>
    </w:p>
    <w:p>
      <w:r>
        <w:rPr>
          <w:b/>
        </w:rPr>
        <w:t xml:space="preserve">[46:28] </w:t>
      </w:r>
      <w:r>
        <w:t>to samajh mein aata hai ek cheez ko todkar ke ek cheez jo hai insaan ke andar aana</w:t>
      </w:r>
    </w:p>
    <w:p>
      <w:pPr>
        <w:jc w:val="right"/>
      </w:pPr>
      <w:r>
        <w:t>तो समझ में आता है एक चीज़ को तोड़कर के एक चीज़ जो है इंसान के अंदर आना</w:t>
      </w:r>
    </w:p>
    <w:p>
      <w:r>
        <w:rPr>
          <w:b/>
        </w:rPr>
        <w:t xml:space="preserve">[46:47] </w:t>
      </w:r>
      <w:r>
        <w:t>matlab jo changes hote hain.</w:t>
      </w:r>
    </w:p>
    <w:p>
      <w:pPr>
        <w:jc w:val="right"/>
      </w:pPr>
      <w:r>
        <w:t>मतलब जो changes होते हैं.</w:t>
      </w:r>
    </w:p>
    <w:p>
      <w:r>
        <w:rPr>
          <w:b/>
        </w:rPr>
        <w:t xml:space="preserve">[47:05] </w:t>
      </w:r>
      <w:r>
        <w:t>to kahin na kahin hum routine team ko follow karte karte Really nice.</w:t>
      </w:r>
    </w:p>
    <w:p>
      <w:pPr>
        <w:jc w:val="right"/>
      </w:pPr>
      <w:r>
        <w:t>तो कहीं ना कहीं हम routine team को follow करते करते Really nice.</w:t>
      </w:r>
    </w:p>
    <w:p>
      <w:r>
        <w:rPr>
          <w:b/>
        </w:rPr>
        <w:t xml:space="preserve">[47:24] </w:t>
      </w:r>
      <w:r>
        <w:t>Thank you, doctor sannaha zareed. Isse mujhe aapki jo in baaton se mujhe ek cheez yaad aayi ki jab main us conference mein gayi thi jis bachche ne mujhse paper manga tha. Jab main wahan se auditorium se nikal rahi thi jiska maine review bhi share kiya hai WhatsApp group par.</w:t>
      </w:r>
    </w:p>
    <w:p>
      <w:pPr>
        <w:jc w:val="right"/>
      </w:pPr>
      <w:r>
        <w:t>Thank you, doctor संनाह ज़रीद. इससे मुझे आपकी जो इन बातों से मुझे एक चीज़ याद आई कि जब मैं उस conference में गई थी जिस बच्चे ने मुझसे paper मांगा था. जब मैं वहां से auditorium से निकल रही थी जिसका मैंने review भी share किया है WhatsApp group पर.</w:t>
      </w:r>
    </w:p>
    <w:p>
      <w:r>
        <w:rPr>
          <w:b/>
        </w:rPr>
        <w:t xml:space="preserve">[47:42] </w:t>
      </w:r>
      <w:r>
        <w:t>to ab main us bachche se main jaise WhatsApp group mein daily wisdom mein jo hamari jo learning</w:t>
      </w:r>
    </w:p>
    <w:p>
      <w:pPr>
        <w:jc w:val="right"/>
      </w:pPr>
      <w:r>
        <w:t>तो अब मैं उस बच्चे से मैं जैसे WhatsApp group में daily wisdom में जो हमारी जो learning</w:t>
      </w:r>
    </w:p>
    <w:p>
      <w:r>
        <w:rPr>
          <w:b/>
        </w:rPr>
        <w:t xml:space="preserve">[47:49] </w:t>
      </w:r>
      <w:r>
        <w:t>aati hai jo, doctor Sateena jo rozana share karti hain main us bachche se bhi share karti hoon</w:t>
      </w:r>
    </w:p>
    <w:p>
      <w:pPr>
        <w:jc w:val="right"/>
      </w:pPr>
      <w:r>
        <w:t>आती है जो, doctor सतीना जो रोज़ाना share करती हैं मैं उस बच्चे से भी share करती हूं</w:t>
      </w:r>
    </w:p>
    <w:p>
      <w:r>
        <w:rPr>
          <w:b/>
        </w:rPr>
        <w:t xml:space="preserve">[47:56] </w:t>
      </w:r>
      <w:r>
        <w:t>unko maine broadcast list mein daal liya hai aur woh.</w:t>
      </w:r>
    </w:p>
    <w:p>
      <w:pPr>
        <w:jc w:val="right"/>
      </w:pPr>
      <w:r>
        <w:t>उनको मैंने broadcast list में डाल लिया है और वह.</w:t>
      </w:r>
    </w:p>
    <w:p>
      <w:r>
        <w:rPr>
          <w:b/>
        </w:rPr>
        <w:t xml:space="preserve">[48:03] </w:t>
      </w:r>
      <w:r>
        <w:t>to ek baat mujhe samajh mein aayi ki Khuda se hum hafil kyun hain?</w:t>
      </w:r>
    </w:p>
    <w:p>
      <w:pPr>
        <w:jc w:val="right"/>
      </w:pPr>
      <w:r>
        <w:t>तो एक बात मुझे समझ में आई कि खुदा से हम हाफ़िल क्यों हैं?</w:t>
      </w:r>
    </w:p>
    <w:p>
      <w:r>
        <w:rPr>
          <w:b/>
        </w:rPr>
        <w:t xml:space="preserve">[48:10] </w:t>
      </w:r>
      <w:r>
        <w:t>kyunki hum seekhar nahin hain.</w:t>
      </w:r>
    </w:p>
    <w:p>
      <w:pPr>
        <w:jc w:val="right"/>
      </w:pPr>
      <w:r>
        <w:t>क्योंकि हम सीखर नहीं हैं.</w:t>
      </w:r>
    </w:p>
    <w:p>
      <w:r>
        <w:rPr>
          <w:b/>
        </w:rPr>
        <w:t xml:space="preserve">[48:18] </w:t>
      </w:r>
      <w:r>
        <w:t>ko lene ke liye. wah kahin na kahin wah ek seeker tha. ab us din ke baad se usko Maulana ki writing, literatures, videos, audios sab usko rozana bina mange hue, bina mujhe kahe hue Allah us tak pahuncha raha hai. to I mean yeh ek bahut mind blowing hai, mind boggling aur agar hum is par contemplate karein to ek volcanic eruption se koi kam nahi hai ki kisi ko Khuda ki talash thi, kaise Khuda kisi ko jodta hai?</w:t>
      </w:r>
    </w:p>
    <w:p>
      <w:pPr>
        <w:jc w:val="right"/>
      </w:pPr>
      <w:r>
        <w:t>को लेने के लिए. वह कहीं ना कहीं वह एक seeker था. अब उस दिन के बाद से उसको मौलाना कि writing, literatures, videos, audios सब उसको रोज़ाना बिना मांगे हुए, बिना मुझे कहे हुए अल्लाह उस तक पहुंचा रहा है. तो I mean यह एक बहुत mind blowing है, mind boggling और अगर हम इस पर contemplate करें तो एक volcanic eruption से कोई कम नहीं है कि किसी को ख़ुदा की तलाश थी, कैसे ख़ुदा किसी को जोड़ता है?</w:t>
      </w:r>
    </w:p>
    <w:p>
      <w:r>
        <w:rPr>
          <w:b/>
        </w:rPr>
        <w:t xml:space="preserve">[48:48] </w:t>
      </w:r>
      <w:r>
        <w:t>ek seeker ko kaise Khuda ek wisdom wala jo rasta tha. CPS to hamesha se hai. hum log us team mein jude hue hain. lekin uska CPS se connection Allah ne kahin na kahin ek spot par ek jo daar hoti hai na jod dena aur ek spark hona. us ladke ne wah kahin na kahin Khuda se daryab kiya hoga ya seek kiya hoga. Khuda ne usko is literature se jod diya.</w:t>
      </w:r>
    </w:p>
    <w:p>
      <w:pPr>
        <w:jc w:val="right"/>
      </w:pPr>
      <w:r>
        <w:t>एक seeker को कैसे ख़ुदा एक wisdom वाला जो रास्ता था. CPS तो हमेशा से है. हम लोग उस team में जुड़े हुए हैं. लेकिन उसका CPS से connection अल्लाह ने कहीं ना कहीं एक spot पर एक जो दार होती है ना जोड़ देना और एक spark होना. उस लड़के ने वह कहीं ना कहीं खुदा से दरियाब किया होगा या सीख किया होगा. खुदा ने उसको इस literature से जोड़ दिया.</w:t>
      </w:r>
    </w:p>
    <w:p>
      <w:r>
        <w:rPr>
          <w:b/>
        </w:rPr>
        <w:t xml:space="preserve">[49:15] </w:t>
      </w:r>
      <w:r>
        <w:t>ab rozana uske paas us literature aur wah usne bhi learning bhi share karta hai usse and he really appreciates what Maulana is writing. And I believe whatever Maulana writes, his literature is absolutely very important for anybody for the intellectual development, spiritual development and especially for those students or people like us who are living in this world.</w:t>
      </w:r>
    </w:p>
    <w:p>
      <w:pPr>
        <w:jc w:val="right"/>
      </w:pPr>
      <w:r>
        <w:t>अब रोज़ाना उसके पास उस literature और वह उसने भी learning भी share करता है उससे and he really appreciates what मोलाना is writing. And I believe whatever मोलाना writes, his literature is absolutely very important for anybody for the intellectual development, spiritual development and especially for those students or people like us who are living in this world.</w:t>
      </w:r>
    </w:p>
    <w:p>
      <w:r>
        <w:rPr>
          <w:b/>
        </w:rPr>
        <w:t xml:space="preserve">[49:42] </w:t>
      </w:r>
      <w:r>
        <w:t>hum jo logon se interact kar rahe hain, logon se baat kar rahe hain, hamari baaton mein wah Maulana ki literature jo literature jo hum seekh rahe hain, hamari baaton mein reflect kar raha hai. to we are in fact ek suraj hai, uski raushni nikal rahi hai. to yeh isi tarah ka hi ek literature hai suraj ki raushni jo emanate hoti hai, wah kahan tak, kis had tak, kahan tak, kin kin kin cheezon par pad rahi hai.</w:t>
      </w:r>
    </w:p>
    <w:p>
      <w:pPr>
        <w:jc w:val="right"/>
      </w:pPr>
      <w:r>
        <w:t>हम जो लोगों से interact कर रहे हैं, लोगों से बात कर रहे हैं, हमारी बातों में वह मोला ना कि literature जो literature जो हम सीख रहे हैं, हमारी बातों में reflect कर रहा है. तो we are in fact एक सूरज है, उसकी रौशनी निकल रही है. तो यह इसी तरह का ही एक literature है सूरज की रौशनी जो emanate होती है, वह कहां तक, किस हद तक, कहां तक, किन किन किन चीज़ों पर पड़ रही है.</w:t>
      </w:r>
    </w:p>
    <w:p>
      <w:r>
        <w:rPr>
          <w:b/>
        </w:rPr>
        <w:t xml:space="preserve">[50:09] </w:t>
      </w:r>
      <w:r>
        <w:t>to yeh bahut important hai ki hum Khuda se gaafil na rahenge. wahi log gaafil hain jo Khuda ko kabhi unhone seekh nahi kiya. aur koi learning hai kisi ke paas kuch share karna chahti ho to bataiye hamare paas sirf chhah minute time hai. Ayesha bolo kuch. Salam wale ko?</w:t>
      </w:r>
    </w:p>
    <w:p>
      <w:pPr>
        <w:jc w:val="right"/>
      </w:pPr>
      <w:r>
        <w:t>तो यह बहुत important है कि हम खुदा से गाफ़िल न रहेंगे. वही लोग गाफ़िल हैं जो खुदा को कभी उन्होंने सीख नहीं किया. और कोई learning है किसी के पास कुछ share करना चाहती हो तो बताइए हमारे पास सिर्फ छह minute time है. आयशा बोलो कुछ. सलाम वाले को?</w:t>
      </w:r>
    </w:p>
    <w:p>
      <w:r>
        <w:rPr>
          <w:b/>
        </w:rPr>
        <w:t xml:space="preserve">[50:38] </w:t>
      </w:r>
      <w:r>
        <w:t>wale ko salam. main Aisha kapton se Sajida bol raha hoon. ji. awaaz aa rahi hai meri? ji ji awaaz aa rahi</w:t>
      </w:r>
    </w:p>
    <w:p>
      <w:pPr>
        <w:jc w:val="right"/>
      </w:pPr>
      <w:r>
        <w:t>वाले को सलाम. मैं विशा कपटन से साझिदा बोल रहा हूं. जी. आवाज़ आ रही है मेरी? जी जी आवाज़ आ रही</w:t>
      </w:r>
    </w:p>
    <w:p>
      <w:r>
        <w:rPr>
          <w:b/>
        </w:rPr>
        <w:t xml:space="preserve">[50:50] </w:t>
      </w:r>
      <w:r>
        <w:t>aapke sab baaton se mujhe yahi yahi man hua ki insaan ko agar apne aap ko pehchanna hai, apne andar shauk hai to Khuda sach mein kahin na kahin se kisi se zariye se bhi aapko us line par le jata hai.</w:t>
      </w:r>
    </w:p>
    <w:p>
      <w:pPr>
        <w:jc w:val="right"/>
      </w:pPr>
      <w:r>
        <w:t>आपके सब बातों से मुझे यही यही मन हुआ कि इंसान को अगर अपने आप को पहचानना है, अपने अंदर शौक है तो खुदा सच में कहीं ना कहीं से किसी से ज़रिए से भी आपको उस line पर ले जाता है.</w:t>
      </w:r>
    </w:p>
    <w:p>
      <w:r>
        <w:rPr>
          <w:b/>
        </w:rPr>
        <w:t xml:space="preserve">[51:16] </w:t>
      </w:r>
      <w:r>
        <w:t>yahi mera zindagi kahin tajarba hai ki kahin bhi main sochti hoon ki agar main kuch agar doosron ke zariye jati Maulana agar nahi milte, to hum kahin jate, kahan jate, kya hota pata nahi hota. insaan Muslim hona ek aur baat hai, Khuda ko pehchanna ek aur baat hai. Khuda ko pehchanna sirf Maulana ke zariye se hi milta hai.</w:t>
      </w:r>
    </w:p>
    <w:p>
      <w:pPr>
        <w:jc w:val="right"/>
      </w:pPr>
      <w:r>
        <w:t>यही मेरा ज़िंदगी कहीं तज़रबा है कि कहीं भी मैं सोचती हूं कि अगर मैं कुछ अगर दूसरों के ज़रिए जाती मौलाना अगर नहीं मिलते, तो हम कहीं जाते, कहां जाते, क्या होता पता नहीं होता. इंसान मुस्लिम होना एक और बात है, फ़ूदा को पहचानना एक और बात है. फ़ूदा को पहचानना सिर्फ मौलाना के जरिए से ही मिलता है.</w:t>
      </w:r>
    </w:p>
    <w:p>
      <w:r>
        <w:rPr>
          <w:b/>
        </w:rPr>
        <w:t xml:space="preserve">[51:41] </w:t>
      </w:r>
      <w:r>
        <w:t>kai kitabein padhi, kai jagah se maloom hua magar har jagah se kuch padhne ki, hum padhne ke baad yahi maloom hota hai ki unke andar kitabon se ya koi unke loving se hamein aisa sadak nahi milta jo Maulana se milta hai.</w:t>
      </w:r>
    </w:p>
    <w:p>
      <w:pPr>
        <w:jc w:val="right"/>
      </w:pPr>
      <w:r>
        <w:t>कई किताबें पढ़ी, कई जगह से मालूम हुआ मगर हर जगह से कुछ पढ़ने की, हम पढ़ने के बाद यही मालूम होता है कि उनके अंदर किताबों से या कोई उनके loving से हमें ऐसा सड़क नहीं मिलता जो मौलाना से मिलता है.</w:t>
      </w:r>
    </w:p>
    <w:p>
      <w:r>
        <w:rPr>
          <w:b/>
        </w:rPr>
        <w:t xml:space="preserve">[51:59] </w:t>
      </w:r>
      <w:r>
        <w:t>hum kai logon ko kitabein diye aur un logon ko Maulana ke group mein shamil hone ya kaun Maulana ke kitabein padhne ke liye bulate hain, dete hain to kai log inkar karte hain ya padhte hain aur bhool jate hain.</w:t>
      </w:r>
    </w:p>
    <w:p>
      <w:pPr>
        <w:jc w:val="right"/>
      </w:pPr>
      <w:r>
        <w:t>हम कई लोगों को किताबें दिए और उन लोगों को मौलाना के group में शामिल होने या कौन मौलाना के किताबें पढ़ने के लिए बुलाते हैं, देते हैं तो कई लोग इनकार करते हैं या पढ़ते हैं और फ़ूल जाते हैं.</w:t>
      </w:r>
    </w:p>
    <w:p>
      <w:r>
        <w:rPr>
          <w:b/>
        </w:rPr>
        <w:t xml:space="preserve">[52:16] </w:t>
      </w:r>
      <w:r>
        <w:t>main yeh Aisha Asar se yeh kehti hoon ki agar apne jeen ke kaam ke liye jama leta hai. yahi meri baat hai Aslam. ji Zakada very nice.</w:t>
      </w:r>
    </w:p>
    <w:p>
      <w:pPr>
        <w:jc w:val="right"/>
      </w:pPr>
      <w:r>
        <w:t>मैं यह आयश असर से यह कहती हूं कि अगर अपने जीन के काम के लिए जमा लेता है. यही मेरी बात है अस्लाम. जी ज़ाकादा very nice.</w:t>
      </w:r>
    </w:p>
    <w:p>
      <w:r>
        <w:rPr>
          <w:b/>
        </w:rPr>
        <w:t xml:space="preserve">[52:45] </w:t>
      </w:r>
      <w:r>
        <w:t>aapne bahut achha inference nikala. aap haan to chhar minute baki hain aap isko conclude kar dein. theek hai shabd shabina. bahut achha achhi tarah se sawalon ne Parveer ne bahut achhe se bataya ki baki isko jo chahta hai usko milta hai. jo chahe Gaalna Tala sabke dil ki halat uske niyat uski sab kuch janta hai.</w:t>
      </w:r>
    </w:p>
    <w:p>
      <w:pPr>
        <w:jc w:val="right"/>
      </w:pPr>
      <w:r>
        <w:t>आपने बहुत अच्छा inference निकाला. आप हां तो चार minute बाकी हैं आप इसको conclude कर दें. ठीक है शब्द श्रबिन. बहुत अच्छा अच्छी तरह से सवालों ने परवीर ने बहुत अच्छे से बताया कि बाकी इसको जो चाहता है उसको मिलता है. जो चाहे गालना ताला सबके दिल की हालत उसके नियत उसकी सब कुछ जानता है.</w:t>
      </w:r>
    </w:p>
    <w:p>
      <w:r>
        <w:rPr>
          <w:b/>
        </w:rPr>
        <w:t xml:space="preserve">[53:13] </w:t>
      </w:r>
      <w:r>
        <w:t>to jo jo mange ga usko milega, jo chahega usko milega, thoda zaroor dega. to Shabina ne bhi isi tarah ki baat kiya. insaan to hamesha dikhai dene wali cheezon se mutasir rehta hai. jo cheezein usko achhi lagti hain aur logon ko wah pasand kare. ab usi mein jo hai wah apna waqt lagata hai usi mein wah usi ko zyada importance deta hai. iske liye sochna padta hai.</w:t>
      </w:r>
    </w:p>
    <w:p>
      <w:pPr>
        <w:jc w:val="right"/>
      </w:pPr>
      <w:r>
        <w:t>तो जो जो मांगेगा उसको मिलेगा, जो चाहेगा उसको मिलेगा, थोड़ा ज़रूर देगा. तो शबिना ने भी इसी तरह की बात किया. इंसान तो हमेशा दिखाई देने वाली चीज़ों से मुतासिर रहता है. जो चीज़ें उसको अच्छी लगती हैं और लोगों को वह पसंद करें. अब उसी में जो है वह अपना वक्त लगाता है उसी में वह उसी को ज़्यादा importance देता है. इसके लिए सोचना पड़ता है.</w:t>
      </w:r>
    </w:p>
    <w:p>
      <w:r>
        <w:rPr>
          <w:b/>
        </w:rPr>
        <w:t xml:space="preserve">[53:39] </w:t>
      </w:r>
      <w:r>
        <w:t>lekin jaise ki main ek din soch rahi thi ki ek marti marti matlab zameen par mitti hoti hai to jaise us par ek agar ek koi cheez padi hoti hai ek koi phal pada raha hai ya koi diamond pada raha hai koi cheez to aadmi usko zaroor utha leta hai ki matlab wah cheez usko dekhne mein lagta hai ki yeh cheez hai. to usko utha leta hai lekin insaan yeh nahi janta ki yeh mitti ki kitni value hai.</w:t>
      </w:r>
    </w:p>
    <w:p>
      <w:pPr>
        <w:jc w:val="right"/>
      </w:pPr>
      <w:r>
        <w:t>लेकिन जैसे कि मैं एक दिन सोच रही थी कि एक मरती मरती मतलब ज़मीन पर मट्टी होती है तो जैसे उस पर एक अगर एक कोई चीज़ पड़ी होती है एक कोई फ़ल पड़ा रहा है या कोई diamond पड़ा रहा है कोई चीज़ तो आदमी उसको ज़रूर उठा लेता है कि मतलब वह चीज़ उसको देखने में लगता है कि यह चीज़ है. तो उसको उठा लेता है लेकिन इंसान यह नहीं जानता कि यह मट्टी की कितनी value है.</w:t>
      </w:r>
    </w:p>
    <w:p>
      <w:r>
        <w:rPr>
          <w:b/>
        </w:rPr>
        <w:t xml:space="preserve">[54:07] </w:t>
      </w:r>
      <w:r>
        <w:t>yeh mitti kitni keemti hai. insaan ko Allah taala ne yeh jo mitti hai us par har cheez is mitti se dene wala agar na de to uska kya hoga? to yahi Khuda ko underestimate karna hai. Khuda se rafat aur doori hai.</w:t>
      </w:r>
    </w:p>
    <w:p>
      <w:pPr>
        <w:jc w:val="right"/>
      </w:pPr>
      <w:r>
        <w:t>यह मट्टी कितनी कीमती है. इंसान को अल्ला ताला ने यह जो मट्टी है उस पर हर चीज़ इस मट्टी से देने वाला अगर ना दे तो उसका क्या होगा? तो यही खुदा को underestimate करना है. खुदा से रफ़रत और दूरी है.</w:t>
      </w:r>
    </w:p>
    <w:p>
      <w:r>
        <w:rPr>
          <w:b/>
        </w:rPr>
        <w:t xml:space="preserve">[54:37] </w:t>
      </w:r>
      <w:r>
        <w:t>Khuda ka iqraaf na karke apne ko Khuda se door kar dena hai. to insaan sochta nahi isliye aisa hota nahi. Maulana sahab keh dete hain ghaflat ki zindagi ek bahut bada dhakka hai. Tala Tala se bas dua hai ki hamein ghaflat ki zindagi se bacha lein. hamari soch ka dayra Khuda se shuru ho payega. Khuda par hi khatm ho.</w:t>
      </w:r>
    </w:p>
    <w:p>
      <w:pPr>
        <w:jc w:val="right"/>
      </w:pPr>
      <w:r>
        <w:t>खुदा का एकराफ़ ना करके अपने को खुदा से दूर कर देना है. तो इंसान सोचता नहीं इसलिए ऐसा होता नहीं. मोलाना साहब कह देते हैं वफ़लत की ज़िंदगी एक बहुत बड़ा धक्का है. ताला ताला से बस दुआ है कि हमें वफ़लत की ज़िंदगी से बचा लें. हमारी सोच का दायरा खुदा से शुरू हो पाएगा. खुदा पर ही खत्म हो.</w:t>
      </w:r>
    </w:p>
    <w:p>
      <w:r>
        <w:rPr>
          <w:b/>
        </w:rPr>
        <w:t xml:space="preserve">[55:03] </w:t>
      </w:r>
      <w:r>
        <w:t>hamari zindagi mein sabse zyada important kaam Khuda ko paana ho. iske alawa kuch nahi. bas hum sabko Lataala ko bol kar lein aur hamein us raste par chalaye aur hamein hamari marfat padhayein. I mean, everyone for joining in this session. It was an incredible session.</w:t>
      </w:r>
    </w:p>
    <w:p>
      <w:pPr>
        <w:jc w:val="right"/>
      </w:pPr>
      <w:r>
        <w:t>हमारी ज़िंदगी में सबसे ज़्यादा important काम खुदा को पाना हो. इसके अलावा कुछ नहीं. बस हम सबको लताला को बोल कर लें और हमें उस रास्ते पर चलाए और हमें हमारी मार्फ़त पढ़ाएं. I mean, everyone for joining in this session. It was an incredible session.</w:t>
      </w:r>
    </w:p>
    <w:p>
      <w:r>
        <w:rPr>
          <w:b/>
        </w:rPr>
        <w:t xml:space="preserve">[55:32] </w:t>
      </w:r>
      <w:r>
        <w:t>So much of learning, so much of experiences, and so much of thinking and contemplation in this one hour time. We totally give a 100% to this, session, mashallah, each, each week in a month, and we have been continuing since January, and this is, last year. So it was an incredible session for you all joining in. Thank you all for joining in this session.</w:t>
      </w:r>
    </w:p>
    <w:p>
      <w:pPr>
        <w:jc w:val="right"/>
      </w:pPr>
      <w:r>
        <w:t>So much of learning, so much of experiences, and so much of thinking and contemplation in this one hour time. We totally give a 100% to this, session, mashallah, each, each week in a month, and we have been continuing since January, and this is, last year. So it was an incredible session for you all joining in. Thank you all for joining in this session.</w:t>
      </w:r>
    </w:p>
    <w:p>
      <w:r>
        <w:rPr>
          <w:b/>
        </w:rPr>
        <w:t xml:space="preserve">[56:01] </w:t>
      </w:r>
      <w:r>
        <w:t>Inshallah, we meet again with a new topic, and that will be shared on the WhatsApp group. So thank you all.</w:t>
      </w:r>
    </w:p>
    <w:p>
      <w:pPr>
        <w:jc w:val="right"/>
      </w:pPr>
      <w:r>
        <w:t>Inshallah, we meet again with a new topic, and that will be shared on the WhatsApp group. So thank you all.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