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Soulful Ramadan Inspiring Duas and Hadiths</w:t>
        <w:br/>
        <w:t>March 10, 2024</w:t>
      </w:r>
    </w:p>
    <w:p>
      <w:r>
        <w:t>https://youtu.be/ZXO-tq7pyQA</w:t>
      </w:r>
    </w:p>
    <w:p>
      <w:r>
        <w:rPr>
          <w:b/>
        </w:rPr>
        <w:t xml:space="preserve">[00:00] </w:t>
      </w:r>
      <w:r>
        <w:t>Assalamualaikum. As we know that the month of Ramadan is upon us, it was the month of Ramadan when Quran was sent as a guidance for mankind. Fasting has been made obligatory during the month of Ramadan for all the Muslims. In fact, all the obligatory rituals in Islam have a form and a spirit. For example, the spirit of prayer is humility.</w:t>
      </w:r>
    </w:p>
    <w:p>
      <w:pPr>
        <w:jc w:val="right"/>
      </w:pPr>
      <w:r>
        <w:t>अस्सलाम वालेकुम। एज़ वी नो दैट द मंथ ऑफ रमजान इज़ अपॉन अस, इट वाज़ द मंथ ऑफ रमजान व्हेन कुरान वाज़ सेंट एज़ अ गाइडेंस फॉर मैनकाइंड। फास्टिंग हैज़ बीन मेड ऑब्लिगेटरी ड्यूरिंग द मंथ ऑफ रमजान फॉर ऑल द मुस्लिम्स। इनफैक्ट, ऑल द ऑब्लिगेटरी रिचुअल्स इन इस्लाम हैव अ फॉर्म एंड अ स्पिरिट। फॉर एग्जांपल, द स्पिरिट ऑफ प्रेयर इज़ ह्यूमिलिटी</w:t>
      </w:r>
    </w:p>
    <w:p>
      <w:r>
        <w:rPr>
          <w:b/>
        </w:rPr>
        <w:t xml:space="preserve">[00:27] </w:t>
      </w:r>
      <w:r>
        <w:t>aur The Spirit of Zakat (Arms Giving) is social service, The Spirit of Hajj is Unity, And The Spirit of Fasting is Sabr (Patience). It is also for this reason that Ramzan is also known as the month of training for ones spiritual purification</w:t>
      </w:r>
    </w:p>
    <w:p>
      <w:pPr>
        <w:jc w:val="right"/>
      </w:pPr>
      <w:r>
        <w:t>, द स्पिरिट ऑफ जकात (आर्म्स गिविंग) इज़ सोशल सर्विस, द स्पिरिट ऑफ हज इज़ यूनिटी, एंड द स्पिरिट ऑफ फास्टिंग इज़ सब्र (पेशेंस)। इट इज़ आल्सो फॉर दिस रीज़न दैट रमजान इज़ आल्सो नोन एज़ द मंथ ऑफ ट्रेनिंग फॉर वनस स्पिरिचुअल प्यूरिफिकेशन</w:t>
      </w:r>
    </w:p>
    <w:p>
      <w:r>
        <w:rPr>
          <w:b/>
        </w:rPr>
        <w:t xml:space="preserve">[00:46] </w:t>
      </w:r>
      <w:r>
        <w:t>. So, We Will Discuss, uh, Some of the Important Hadiths And Duas of Ramzan With Doctor Sanis Nain Khan, And Understand The Significance And How We Can Apply Them In Our Daily Life, Especially During Ramzan. To Chaliye Charcha Karte Hain Doctor Sahab Ke Sath. Assalam Walekum Doctor Sahab, Kaise Hain Aap?</w:t>
      </w:r>
    </w:p>
    <w:p>
      <w:pPr>
        <w:jc w:val="right"/>
      </w:pPr>
      <w:r>
        <w:t>। सो, वी विल डिस्कस, उह, सम ऑफ़ द इंपॉर्टेंस हदीस एंड दुआज़ ऑफ रमजान विथ डॉक्टर सानिस नैन खान, एंड अंडरस्टैंड द सिग्निफिकेंस एंड हाउ वी कैन अप्लाई देम इन आवर डेली लाइफ, स्पेशली ड्यूरिंग रमजान। तो चलिए चर्चा करते हैं डॉक्टर साहब के साथ। अस्सलाम वालेकुम डॉक्टर साहब, कैसे हैं आप?</w:t>
      </w:r>
    </w:p>
    <w:p>
      <w:r>
        <w:rPr>
          <w:b/>
        </w:rPr>
        <w:t xml:space="preserve">[01:06] </w:t>
      </w:r>
      <w:r>
        <w:t>Walekum Assalam, Alhamdulillah. Aap Kaise Hain? Ji, Alhamdulillah. Uh, Doc</w:t>
      </w:r>
    </w:p>
    <w:p>
      <w:pPr>
        <w:jc w:val="right"/>
      </w:pPr>
      <w:r>
        <w:t>वालेकुम अस्सलाम, अल्हम्दुलिल्लाह। आप कैसे हैं? जी, अल्हम्दुलिल्लाह। उह, डॉ</w:t>
      </w:r>
    </w:p>
    <w:p>
      <w:r>
        <w:rPr>
          <w:b/>
        </w:rPr>
        <w:t xml:space="preserve">[01:10] </w:t>
      </w:r>
      <w:r>
        <w:t>क्टर साहब, उह, मेरा सबसे पहले सवाल उसी बात से उभरता है कि the final destination of every</w:t>
      </w:r>
    </w:p>
    <w:p>
      <w:pPr>
        <w:jc w:val="right"/>
      </w:pPr>
      <w:r>
        <w:t>क्टर साहब, उह, मेरा सबसे पहले सवाल उसी बात से उभरता है कि द फाइनल डेस्टिनेशन ऑफ एवरी</w:t>
      </w:r>
    </w:p>
    <w:p>
      <w:r>
        <w:rPr>
          <w:b/>
        </w:rPr>
        <w:t xml:space="preserve">[01:18] </w:t>
      </w:r>
      <w:r>
        <w:t>believer, every muslim, is paradise.</w:t>
      </w:r>
    </w:p>
    <w:p>
      <w:pPr>
        <w:jc w:val="right"/>
      </w:pPr>
      <w:r>
        <w:t>बिलीवर, एवरी मुस्लिम, इज़ पैराडाइस।</w:t>
      </w:r>
    </w:p>
    <w:p>
      <w:r>
        <w:rPr>
          <w:b/>
        </w:rPr>
        <w:t xml:space="preserve">[01:21] </w:t>
      </w:r>
      <w:r>
        <w:t>aur islamic tradition mein kai dafa aaya hai ki there are multiple gates in paradise through which believers</w:t>
      </w:r>
    </w:p>
    <w:p>
      <w:pPr>
        <w:jc w:val="right"/>
      </w:pPr>
      <w:r>
        <w:t>और इस्लामिक ट्रेडिशन में कई दफा आया है कि देयर आर मल्टीपल गेट्स इन पैराडाइस थ्रू व्हिच बिलीवर्स</w:t>
      </w:r>
    </w:p>
    <w:p>
      <w:r>
        <w:rPr>
          <w:b/>
        </w:rPr>
        <w:t xml:space="preserve">[01:29] </w:t>
      </w:r>
      <w:r>
        <w:t>will enter paradise.</w:t>
      </w:r>
    </w:p>
    <w:p>
      <w:pPr>
        <w:jc w:val="right"/>
      </w:pPr>
      <w:r>
        <w:t>विल एंटर पैराडाइस।</w:t>
      </w:r>
    </w:p>
    <w:p>
      <w:r>
        <w:rPr>
          <w:b/>
        </w:rPr>
        <w:t xml:space="preserve">[01:30] </w:t>
      </w:r>
      <w:r>
        <w:t>but there is one special gate for those who have kept fast during the life time.</w:t>
      </w:r>
    </w:p>
    <w:p>
      <w:pPr>
        <w:jc w:val="right"/>
      </w:pPr>
      <w:r>
        <w:t>बट देयर इज़ वन स्पेशल गेट फॉर दोज़ हुव केप्ट फास्ट ड्यूरिंग द लाइफ टाइम।</w:t>
      </w:r>
    </w:p>
    <w:p>
      <w:r>
        <w:rPr>
          <w:b/>
        </w:rPr>
        <w:t xml:space="preserve">[01:36] </w:t>
      </w:r>
      <w:r>
        <w:t>to main chahunga wo special gate ke bare mein aap hum sab ko batayein.</w:t>
      </w:r>
    </w:p>
    <w:p>
      <w:pPr>
        <w:jc w:val="right"/>
      </w:pPr>
      <w:r>
        <w:t>तो मैं चाहूंगा वो स्पेशल गेट के बारे में आप हम सबको बताएं।</w:t>
      </w:r>
    </w:p>
    <w:p>
      <w:r>
        <w:rPr>
          <w:b/>
        </w:rPr>
        <w:t xml:space="preserve">[01:42] </w:t>
      </w:r>
      <w:r>
        <w:t>Rabbi Ish Rah Li Sadri Wa Yassir Li Amri Wahlul Uqdatan Min Lisaani Yafqahu Qawli. Uh,</w:t>
      </w:r>
    </w:p>
    <w:p>
      <w:pPr>
        <w:jc w:val="right"/>
      </w:pPr>
      <w:r>
        <w:t>रब्बिश अली सदरी व यसरी अमरी वल उदत लिसानी यफ कली। उह,</w:t>
      </w:r>
    </w:p>
    <w:p>
      <w:r>
        <w:rPr>
          <w:b/>
        </w:rPr>
        <w:t xml:space="preserve">[01:51] </w:t>
      </w:r>
      <w:r>
        <w:t>Ek Riwayat Hai Sahal Razi Allah Anh Ki. Unhone Kaha Ki, "Inna Fil Jannati Baaban Yula Lahu Ar-Rayyan." There Is A Gate In Paradise Which Is Called Ar-Rayyan. Ar-Rayyan Ka Matlab Hota Hai Ki Aisi Jagah Jahaan Jaakar Aadmi Ki Pyaas Bujh Jaaye, Bhookh Bu</w:t>
      </w:r>
    </w:p>
    <w:p>
      <w:pPr>
        <w:jc w:val="right"/>
      </w:pPr>
      <w:r>
        <w:t>एक रिवायत है सहल रजि अल्लाह अन की। उन्होंने कहा कि, "इन फिल जन्नती बाबन यल लह अरयान।" देयर इज़ अ गेट इन पैराडाइस व्हिच इज़ कॉल्ड अरयान। अरयान का मतलब होता है कि ऐसी जगह जहां जाकर आदमी की प्यास बुझ जाए, भूख बु</w:t>
      </w:r>
    </w:p>
    <w:p>
      <w:r>
        <w:rPr>
          <w:b/>
        </w:rPr>
        <w:t xml:space="preserve">[02:15] </w:t>
      </w:r>
      <w:r>
        <w:t>jh jaye. to Allah taala ne aisa naam rakha hai jo, kyunki jo rozedar hai, usko bhook pyas</w:t>
      </w:r>
    </w:p>
    <w:p>
      <w:pPr>
        <w:jc w:val="right"/>
      </w:pPr>
      <w:r>
        <w:t>झ जाए। तो अल्लाह ताला ने ऐसा नाम रखा है जो, क्योंकि जो रोजेदार है, उसको भूख प्यास</w:t>
      </w:r>
    </w:p>
    <w:p>
      <w:r>
        <w:rPr>
          <w:b/>
        </w:rPr>
        <w:t xml:space="preserve">[02:21] </w:t>
      </w:r>
      <w:r>
        <w:t>ka tajurba hota hai, to usi se munasibat se yeh gate ka naam hai Aryan.</w:t>
      </w:r>
    </w:p>
    <w:p>
      <w:pPr>
        <w:jc w:val="right"/>
      </w:pPr>
      <w:r>
        <w:t>का तजुर्बा होता है, तो उसी से मुनासिबत से यह गेट का नाम है अरयान।</w:t>
      </w:r>
    </w:p>
    <w:p>
      <w:r>
        <w:rPr>
          <w:b/>
        </w:rPr>
        <w:t xml:space="preserve">[02:29] </w:t>
      </w:r>
      <w:r>
        <w:t>to, "in fill jannati baban yul lah Aryan."</w:t>
      </w:r>
    </w:p>
    <w:p>
      <w:pPr>
        <w:jc w:val="right"/>
      </w:pPr>
      <w:r>
        <w:t>तो, "इन फिल जन्नती बाबन यल लह अरयान।"</w:t>
      </w:r>
    </w:p>
    <w:p>
      <w:r>
        <w:rPr>
          <w:b/>
        </w:rPr>
        <w:t xml:space="preserve">[02:33] </w:t>
      </w:r>
      <w:r>
        <w:t>there is a gate in paradise which is called Aryan.</w:t>
      </w:r>
    </w:p>
    <w:p>
      <w:pPr>
        <w:jc w:val="right"/>
      </w:pPr>
      <w:r>
        <w:t>देयर इज़ अ गेट इन पैराडाइस व्हिच इज़ कॉल्ड अरयान।</w:t>
      </w:r>
    </w:p>
    <w:p>
      <w:r>
        <w:rPr>
          <w:b/>
        </w:rPr>
        <w:t xml:space="preserve">[02:37] </w:t>
      </w:r>
      <w:r>
        <w:t>yul yamal qayamat, "in saimoon, on the day of judgement, it will be announced that where are those</w:t>
      </w:r>
    </w:p>
    <w:p>
      <w:pPr>
        <w:jc w:val="right"/>
      </w:pPr>
      <w:r>
        <w:t>यल यमल कयामत, "इन साइमून, ऑन द डे ऑफ जजमेंट, इट विल बी अनाउंस्ड दैट वेयर आर दोज़</w:t>
      </w:r>
    </w:p>
    <w:p>
      <w:r>
        <w:rPr>
          <w:b/>
        </w:rPr>
        <w:t xml:space="preserve">[02:44] </w:t>
      </w:r>
      <w:r>
        <w:t>who used to fast?</w:t>
      </w:r>
    </w:p>
    <w:p>
      <w:pPr>
        <w:jc w:val="right"/>
      </w:pPr>
      <w:r>
        <w:t>हु यूज़ टू फास्ट?</w:t>
      </w:r>
    </w:p>
    <w:p>
      <w:r>
        <w:rPr>
          <w:b/>
        </w:rPr>
        <w:t xml:space="preserve">[02:46] </w:t>
      </w:r>
      <w:r>
        <w:t>" Lakum Ar-Rayyan, "Come And Enter Through The Gate Rayyan." Aur Phir Aata Hai Ki, "Man Dakhal Lam Yajmaa Abadan, He Will, Whoever Will Enter Through This Gate, He Will Never Experience Thirst Again." Faiza Dakhala Ulaaika Aalimun, And If It, When They Will All Enter Through The Gate, The Gate Will Be Closed.</w:t>
      </w:r>
    </w:p>
    <w:p>
      <w:pPr>
        <w:jc w:val="right"/>
      </w:pPr>
      <w:r>
        <w:t>" लकम रयान, "कम एंड एंटर थ्रू द गेट रयान।" और फिर आता है कि, "मन दखल लम यजमा अदन, हु विल, हु एवर विल एंटर थ्रू दिस गेट, ही विल नेवर एक्सपीरियंस थर्स्ट अगेन।" फज दखल उलिक अलीम, एंड इफ इट, व्हेन दे विल ऑल एंटर थ्रू द गेट, द गेट विल बी क्लोज्ड।</w:t>
      </w:r>
    </w:p>
    <w:p>
      <w:r>
        <w:rPr>
          <w:b/>
        </w:rPr>
        <w:t xml:space="preserve">[03:12] </w:t>
      </w:r>
      <w:r>
        <w:t>Falam Yadkhul Fi Ahadin Gairuhum, And No One Will Enter Other Than Them, And It Will Be Permanently Closed. Ji, To Yeh Yeh Gate Hai Rozedaaron Ke Liye. Aur Jaisa Aapne Kaha Ki Kai Gates Ka Zikar Hai,</w:t>
      </w:r>
    </w:p>
    <w:p>
      <w:pPr>
        <w:jc w:val="right"/>
      </w:pPr>
      <w:r>
        <w:t>फलम यद खुल फी अहद गरम, एंड नो वन विल एंटर अदर देन हिम, एंड इट विल बी परमानेंटली क्लोज्ड। जी, तो ये ये गेट है रोजेदारों के लिए। और जैसा आपने कहा कि कई गेट्स का जिक्र है,</w:t>
      </w:r>
    </w:p>
    <w:p>
      <w:r>
        <w:rPr>
          <w:b/>
        </w:rPr>
        <w:t xml:space="preserve">[03:30] </w:t>
      </w:r>
      <w:r>
        <w:t>Uh, Hadees Mein, Namaz Gate Aur Hajj Gate Aur Zakat Gate, Fasting Gate, Is Tarah Ke Naam Aate Hain.</w:t>
      </w:r>
    </w:p>
    <w:p>
      <w:pPr>
        <w:jc w:val="right"/>
      </w:pPr>
      <w:r>
        <w:t>उह, हदीस में, नमाज गेट और हज गेट और जकात गेट, फास्टिंग गेट, इस तरह के नाम आते हैं।</w:t>
      </w:r>
    </w:p>
    <w:p>
      <w:r>
        <w:rPr>
          <w:b/>
        </w:rPr>
        <w:t xml:space="preserve">[03:40] </w:t>
      </w:r>
      <w:r>
        <w:t>To Darasal, Jo Log Jis Form Ibaadat Ki, Jis Form Mein Excel Kareinge, Unko Us Gate Se Bulaaya Jaayega. To Yeh Ek Honour Hai, Ek Its, Its A Honour Ki The People Will Be Called Through A Very Special Gate. Its Like A VIP Entry. Ji,</w:t>
      </w:r>
    </w:p>
    <w:p>
      <w:pPr>
        <w:jc w:val="right"/>
      </w:pPr>
      <w:r>
        <w:t>तो दरअसल, जो लोग जिस फॉर्म इबादत की, जिस फॉर्म में एक्सेल करेंगे, उनको उस गेट से बुलाया जाएगा। तो यह एक ऑनर है, एक इट्स, इट्स ए ऑनर दैट द पीपल विल बी कॉल्ड थ्रू वेरी स्पेशल गेट। इट्स लाइक ए वीआईपी एंट्री। जी,</w:t>
      </w:r>
    </w:p>
    <w:p>
      <w:r>
        <w:rPr>
          <w:b/>
        </w:rPr>
        <w:t xml:space="preserve">[04:01] </w:t>
      </w:r>
      <w:r>
        <w:t>And May Allah, May Allah, Through His Mercy, Compassion And Generosity, Allow Us To Be One Of Those Who Can Enter In One Of These Gates. Ji, Doctor Sahab, Ek Aur Hadees Ka Main Zikar Karna Chaahunga. It Is About One Of The Companions Of The Prophet, Hazrat Talha Bin Ubaidullah, Ki He Dreamt Of Two Brothers Standing At The Gate Of Paradise. To Bahut Hi Interesting Dream</w:t>
      </w:r>
    </w:p>
    <w:p>
      <w:pPr>
        <w:jc w:val="right"/>
      </w:pPr>
      <w:r>
        <w:t>एंड मे अल्लाह, मे अल्लाह, थ्रू हिज मर्सी, कंपैशन एंड जनरोसिटी, अलाउ अस टू बी वन ऑफ दोज़ हु कैन एंटर इन वन ऑफ दिस गेट्स। जी, डॉक्टर साहब, एक और हदीस का मैं जिक्र करना चाहूंगा। इट इज़ अबाउट वन ऑफ द कंपैनियन ऑफ द प्रोफेट, हजरत तलहा बिन उबेदुल्लाह, दैट ही ड्रम ऑफ टू ब्रदर्स स्टैंडिंग एट द गेट ऑफ पैराडाइस। तो बहुत ही इंटरेस्टिंग ड्रीम</w:t>
      </w:r>
    </w:p>
    <w:p>
      <w:r>
        <w:rPr>
          <w:b/>
        </w:rPr>
        <w:t xml:space="preserve">[04:29] </w:t>
      </w:r>
      <w:r>
        <w:t>Hai, Doctor Sahab. Main Chaahunga Uske Baare Mein Bhi Aap Hum Sabko Bataayein. Ya, This Is A Beautiful Hadees. Talha Razi Allah Anh Bahut Bade Sahabi The. Ji, Aur Unki Yeh</w:t>
      </w:r>
    </w:p>
    <w:p>
      <w:pPr>
        <w:jc w:val="right"/>
      </w:pPr>
      <w:r>
        <w:t>है, डॉक्टर साहब। मैं चाहूंगा उसके बारे में भी आप हम सबको बताएं। या, दिस इज़ अ ब्यूटीफुल हदीस। तलहा रजि अल्लाह अन बहुत बड़े सहाबी थे। जी, और उनकी ये</w:t>
      </w:r>
    </w:p>
    <w:p>
      <w:r>
        <w:rPr>
          <w:b/>
        </w:rPr>
        <w:t xml:space="preserve">[04:39] </w:t>
      </w:r>
      <w:r>
        <w:t>Riwayat Hai. Asal Mein Aisa Tha Ki Rasool Allah Fajar Ki Namaz Padhaate The, Aur Fajar Ki Namaz Ke Baad Baithte The Kuch Der, Aur Sahabah Bhi Saath Mein Hote The. To Kuch Zikr Ki Baatein Karte The, Kuch Daawat Ki Baatein Karte The, Aur Aksar Rasool Allah Poochte The Logon Se Ki Kisi Ne Koi Dream Dekha Hai Raat Ko,</w:t>
      </w:r>
    </w:p>
    <w:p>
      <w:pPr>
        <w:jc w:val="right"/>
      </w:pPr>
      <w:r>
        <w:t>रिवायत है। असल में ऐसा था कि रसूलल्लाह फजर की नमाज पढ़ाते थे, और फजर की नमाज के बाद बैठते थे कुछ देर, और सहाबा भी साथ में होते थे। तो कुछ जिक्र की बातें करते थे, कुछ दावत की बातें करते थे, और अक्सर रसूलल्लाह पूछते थे लोगों से कि किसी ने कोई ड्रीम देखा है रात को,</w:t>
      </w:r>
    </w:p>
    <w:p>
      <w:r>
        <w:rPr>
          <w:b/>
        </w:rPr>
        <w:t xml:space="preserve">[05:03] </w:t>
      </w:r>
      <w:r>
        <w:t>Koi Achha Khwab Dekha Ho, To Bataaya Tha Ki Hum, Yaani Rasool Allah Sallallahu Alaihi Wasallam, Uski, Usko Interpret Karein.</w:t>
      </w:r>
    </w:p>
    <w:p>
      <w:pPr>
        <w:jc w:val="right"/>
      </w:pPr>
      <w:r>
        <w:t>कोई अच्छा ख्वाब देखा हो, तो बताया था कि हम, यानी रसूलल्लाह सल्लल्लाहु अलैहि वसल्लम, उसकी, उसको इंटरप्रेट करें।</w:t>
      </w:r>
    </w:p>
    <w:p>
      <w:r>
        <w:rPr>
          <w:b/>
        </w:rPr>
        <w:t xml:space="preserve">[05:11] </w:t>
      </w:r>
      <w:r>
        <w:t>To Talha Razi Allah Anh Bole, Ek Din Ke, Uh, "Qaala Talha: Fa-Tu Fi Al-Manami Baena Ana Iza Baabi Al-Jannah." Talha Razi Allah Anh Says, "That I Saw, I, I, I Saw In My Dream That I Am Standing In Front Of The Gate Of Paradise." Hmm, Ji,</w:t>
      </w:r>
    </w:p>
    <w:p>
      <w:pPr>
        <w:jc w:val="right"/>
      </w:pPr>
      <w:r>
        <w:t>तो तलहा रजि अल्लाह अन बोले, एक दिन के, उह, "काल तलहा फत फिल मनामी बेना अना इदा बाविल जन्ना।" तलहा रजि अल्लाह अन सेज, "दैट आई सो, आई, आई, आई सो इन माय ड्रीम दैट आई एम स्टैंडिंग इन फ्रंट ऑफ द गेट ऑफ पैराडाइस।" हम, जी,</w:t>
      </w:r>
    </w:p>
    <w:p>
      <w:r>
        <w:rPr>
          <w:b/>
        </w:rPr>
        <w:t xml:space="preserve">[05:36] </w:t>
      </w:r>
      <w:r>
        <w:t>And He, He Was Able To See People Around, Whom He Could Recognize. And He Saw Two Brothers, Whom He Could Recognize.</w:t>
      </w:r>
    </w:p>
    <w:p>
      <w:pPr>
        <w:jc w:val="right"/>
      </w:pPr>
      <w:r>
        <w:t>एंड ही, ही वाज़ एबल टू सी पीपल अराउंड, होम ही कुड रिकॉग्नाइज। एंड ही सो टू ब्रदर्स, होम ही कुड रिकॉग्नाइज।</w:t>
      </w:r>
    </w:p>
    <w:p>
      <w:r>
        <w:rPr>
          <w:b/>
        </w:rPr>
        <w:t xml:space="preserve">[05:45] </w:t>
      </w:r>
      <w:r>
        <w:t>Ji, Sahabi The Wo. One Of Them Died As A Martyr, And Another Died After One Year Of The Brothers Death. Who Died A Physical, Normal Death. Ji, To Kehte Hain Ki, "Fa-Dhab Min Al-Jannah," Yaani Someone Came From The Paradise. Means Angel Came From The Paradise And Announced His Name, Who Died After One Year. Not The One Who Was Martyred.</w:t>
      </w:r>
    </w:p>
    <w:p>
      <w:pPr>
        <w:jc w:val="right"/>
      </w:pPr>
      <w:r>
        <w:t>जी, सहाबी थे वो। वन ऑफ देम डाइड एज अ मार्टर, एंड अनदर डाइड आफ्टर वन ईयर ऑफ द ब्रदर्स डेथ। हु डाइड अ फिजिकल, नॉर्मल डेथ। जी, तो कहते हैं कि, "फज खारिज मिनल जन्ना," यानी समवन केम फ्रॉम द पैराडाइस। मींस एंजल केम फ्रॉम द पैराडाइस एंड अनाउंस्ड हिज नेम, हु डाइड आफ्टर वन ईयर। नॉट द वन हु वाज़ मटर।</w:t>
      </w:r>
    </w:p>
    <w:p>
      <w:r>
        <w:rPr>
          <w:b/>
        </w:rPr>
        <w:t xml:space="preserve">[06:12] </w:t>
      </w:r>
      <w:r>
        <w:t>Ji, So He Announced The Name Of That Brother, And He Took Him Inside The Paradise. Then The Angel Came Again And Announced The Name Of The Brother, Who Died As A Martyr. Ji, And He Took Him Also Inside The Paradise. Both Of Them. Then He Came To Talha Razi Allah Anh And Says, "And Says,</w:t>
      </w:r>
    </w:p>
    <w:p>
      <w:pPr>
        <w:jc w:val="right"/>
      </w:pPr>
      <w:r>
        <w:t>जी, सो ही अनाउंस्ड द नेम ऑफ दैट ब्रदर, एंड ही टूक हिम इनसाइड द पैराडाइस। देन द एंजल केम अगेन एंड अनाउंस्ड द नेम ऑफ द ब्रदर, हु डाइड एज अ मटर। जी, एंड ही टूक हिम आल्सो इनसाइड द पैराडाइस। बोथ ऑफ देम। देन ही केम टू तलहा रजि अल्लाह एंड सेज, "एंड सेज,</w:t>
      </w:r>
    </w:p>
    <w:p>
      <w:r>
        <w:rPr>
          <w:b/>
        </w:rPr>
        <w:t xml:space="preserve">[06:34] </w:t>
      </w:r>
      <w:r>
        <w:t>Your Time Is Not Yet, Go Back." Ji, Aur Phir Unki Aankh Khul Gayi.</w:t>
      </w:r>
    </w:p>
    <w:p>
      <w:pPr>
        <w:jc w:val="right"/>
      </w:pPr>
      <w:r>
        <w:t>योर टाइम इज नॉट यट गो बैक।" जी, और फिर उनकी आंख खुल गई।</w:t>
      </w:r>
    </w:p>
    <w:p>
      <w:r>
        <w:rPr>
          <w:b/>
        </w:rPr>
        <w:t xml:space="preserve">[06:39] </w:t>
      </w:r>
      <w:r>
        <w:t>To Jo Sahabah The, Wo Bahut Hairan Ho Rahe The. Wo Aapas Mein Baat Karne Lage Ki Yeh Kaise Ho Sakta Hai Jo Martyr Hai, Jo Shaheed Hai, Uski Rank Bahut Uncha Samjha Jaata Hai. To How Come He Was Not Called First?</w:t>
      </w:r>
    </w:p>
    <w:p>
      <w:pPr>
        <w:jc w:val="right"/>
      </w:pPr>
      <w:r>
        <w:t>तो जो सहाबा थे, वो बहुत हैरान हो रहे थे। वो आपस में बात करने लगे कि यह कैसे हो सकता है जो मार्टर है, जो शहीद है, उसका रैंक बहुत ऊंचा समझा जाता है। तो हाउ कम ही वाज़ नॉट कॉल्ड फर्स्ट?</w:t>
      </w:r>
    </w:p>
    <w:p>
      <w:r>
        <w:rPr>
          <w:b/>
        </w:rPr>
        <w:t xml:space="preserve">[06:54] </w:t>
      </w:r>
      <w:r>
        <w:t>Bilkul. To Unka Yeh Sawaal Tha Hi. Matlab, Us To Rasool Allah Sun Rahe The, Dekh Rahe The.</w:t>
      </w:r>
    </w:p>
    <w:p>
      <w:pPr>
        <w:jc w:val="right"/>
      </w:pPr>
      <w:r>
        <w:t>बिल्कुल। तो उनका यह सवाल था ही। मतलब, उस तो रसूलल्लाह सुन रहे थे, देख रहे थे।</w:t>
      </w:r>
    </w:p>
    <w:p>
      <w:r>
        <w:rPr>
          <w:b/>
        </w:rPr>
        <w:t xml:space="preserve">[07:00] </w:t>
      </w:r>
      <w:r>
        <w:t>to Rasoolullah sallallahu alaihi wasallam ne farmaya ki, "min ali ka tazbun</w:t>
      </w:r>
    </w:p>
    <w:p>
      <w:pPr>
        <w:jc w:val="right"/>
      </w:pPr>
      <w:r>
        <w:t>तो रसूलल्लाह सल्लल्लाहु अलैहि वसल्लम ने फरमाया कि, "मिन अली का ताजबून</w:t>
      </w:r>
    </w:p>
    <w:p>
      <w:r>
        <w:rPr>
          <w:b/>
        </w:rPr>
        <w:t xml:space="preserve">[07:06] </w:t>
      </w:r>
      <w:r>
        <w:t>ki what makes you so amazed and why are you so surprised?"</w:t>
      </w:r>
    </w:p>
    <w:p>
      <w:pPr>
        <w:jc w:val="right"/>
      </w:pPr>
      <w:r>
        <w:t>कि व्हाट मेक्स यू सो अमेज्ड एंड व्हाई आर यू सो सरप्राइज्ड?"</w:t>
      </w:r>
    </w:p>
    <w:p>
      <w:r>
        <w:rPr>
          <w:b/>
        </w:rPr>
        <w:t xml:space="preserve">[07:11] </w:t>
      </w:r>
      <w:r>
        <w:t>ji, to Rasoolullah sallallahu alaihi wasallam ne farmaya ki, "alsaqad maks baad sana ki didnt this brother</w:t>
      </w:r>
    </w:p>
    <w:p>
      <w:pPr>
        <w:jc w:val="right"/>
      </w:pPr>
      <w:r>
        <w:t>जी, तो रसूलल्लाह सल्लल्लाहु अलैहि वसल्लम ने फरमाया कि, "अलसा कद मकस बाद सना कि डिडंट दिस ब्रदर</w:t>
      </w:r>
    </w:p>
    <w:p>
      <w:r>
        <w:rPr>
          <w:b/>
        </w:rPr>
        <w:t xml:space="preserve">[07:20] </w:t>
      </w:r>
      <w:r>
        <w:t>stayed for one more year?"</w:t>
      </w:r>
    </w:p>
    <w:p>
      <w:pPr>
        <w:jc w:val="right"/>
      </w:pPr>
      <w:r>
        <w:t>स्टेट फॉर वन मोर ईयर?"</w:t>
      </w:r>
    </w:p>
    <w:p>
      <w:r>
        <w:rPr>
          <w:b/>
        </w:rPr>
        <w:t xml:space="preserve">[07:22] </w:t>
      </w:r>
      <w:r>
        <w:t>to sahaba ne kaha, "qaal bala, yes, he stayed one."</w:t>
      </w:r>
    </w:p>
    <w:p>
      <w:pPr>
        <w:jc w:val="right"/>
      </w:pPr>
      <w:r>
        <w:t>तो सहाबा ने कहा, "काल बला, यस, ही स्टेड वन।"</w:t>
      </w:r>
    </w:p>
    <w:p>
      <w:r>
        <w:rPr>
          <w:b/>
        </w:rPr>
        <w:t xml:space="preserve">[07:26] </w:t>
      </w:r>
      <w:r>
        <w:t>ek saal aur zinda rahe the wo doosre bhai.</w:t>
      </w:r>
    </w:p>
    <w:p>
      <w:pPr>
        <w:jc w:val="right"/>
      </w:pPr>
      <w:r>
        <w:t>एक साल और जिंदा रहे थे वो दूसरे भाई।</w:t>
      </w:r>
    </w:p>
    <w:p>
      <w:r>
        <w:rPr>
          <w:b/>
        </w:rPr>
        <w:t xml:space="preserve">[07:30] </w:t>
      </w:r>
      <w:r>
        <w:t>Phir Rasool Allah Sallallahu Alaihi Wasallam Ne Farmaya Ki, "Qaala Wa Adraka Ramadana," And He Got One Ramzan. Sahi Hai, Ek Saal Mein Ek Ramzan Mila Unhein. Ji, Fasma Fama Wa Saama Fihi, And He Kept Fast In That One Ramzan That He Got. Wa Salla Kaza Wa Kaza Min Sajda Fi Sana. Yaani He Prayed For One Year, And He Fasted For That Ramzan, And Prayed For The Entire Year. And Made Lot Of Prostration</w:t>
      </w:r>
    </w:p>
    <w:p>
      <w:pPr>
        <w:jc w:val="right"/>
      </w:pPr>
      <w:r>
        <w:t>फिर रसूलल्लाह सल्लल्लाहु अलैहि वसल्लम ने फरमाया कि, "काल व अदरा का रमजान," एंड ही गॉट वन रमजान। सही है, एक साल में एक रमजान मिला उन्हें। जी, फम एंड ही केप्ट फास्ट इन दैट वन रमजान दैट ही गॉट। वसला कजा व कजा मिन सजद फी सना। यानी ही प्रेड फॉर वन ईयर, एंड ही फास्टेड फॉर दैट रमजान, एंड प्रेड फॉर द एंटायस। एंड मेड लॉट ऑफ प्रोस्टेशन</w:t>
      </w:r>
    </w:p>
    <w:p>
      <w:r>
        <w:rPr>
          <w:b/>
        </w:rPr>
        <w:t xml:space="preserve">[08:00] </w:t>
      </w:r>
      <w:r>
        <w:t>. To Sahabah Ne Kaha, "Qaala Bala, Yes, Ya Rasool Allah." To Phir Rasool Allah Sallallahu Alaihi Wasallam Ne Farmaya Ki, "Fama Baina Huma Baina As-Samai Wa Al-Ard." Yaani Un Dono Ke Darmiyan Is Wajah Se Zameen Aur Aasmaan Ka Jitna Distance Hai, Aisa Farak Ho Gaya. Ji, Itna Rank Mein,</w:t>
      </w:r>
    </w:p>
    <w:p>
      <w:pPr>
        <w:jc w:val="right"/>
      </w:pPr>
      <w:r>
        <w:t>। तो सहाबा ने कहा, "काल बला, यस, या रसूलल्लाह।" तो फिर रसूलल्लाह सल्लल्लाहु अलैहि वसल्लम ने फरमाया कि, "फमा बनामा बनामा बेन समाई लर्द।" यानी उन दोनों के दरमियान इस वजह से जमीन और आसमान का जितना डिस्टेंस है, ऐसा फर्क हो गया। जी, इतना रैंक में,</w:t>
      </w:r>
    </w:p>
    <w:p>
      <w:r>
        <w:rPr>
          <w:b/>
        </w:rPr>
        <w:t xml:space="preserve">[08:18] </w:t>
      </w:r>
      <w:r>
        <w:t>rank zyada ho gaya us bhai ka jo, jo jinki death baad mein hui thi. ji, kyunki unko ek saal mila. to ramzan itna qeemti hai. ji,</w:t>
      </w:r>
    </w:p>
    <w:p>
      <w:pPr>
        <w:jc w:val="right"/>
      </w:pPr>
      <w:r>
        <w:t>रैंक ज्यादा हो गया उस भाई का जो, जो जिनकी डेथ बाद में हुई थी। जी, क्योंकि उनको एक साल मिला। तो रमजान इतना कीमती है। जी,</w:t>
      </w:r>
    </w:p>
    <w:p>
      <w:r>
        <w:rPr>
          <w:b/>
        </w:rPr>
        <w:t xml:space="preserve">[08:28] </w:t>
      </w:r>
      <w:r>
        <w:t>ki ek saal se hi insaan ka rank zameen se aasman ho jata hai. to yeh hai, yaani blessing hai yeh ramzan ki. ji, ji, doctor sahab, quran mein bhi jaise ayat aati hai ki, "fasting has been prescribed for you, just like those before you, so that you make guard yourself against evil." to main chahunga aap isko bhi waz karein ki how does fasting become a shield for the believers. iske bare mein bataein.</w:t>
      </w:r>
    </w:p>
    <w:p>
      <w:pPr>
        <w:jc w:val="right"/>
      </w:pPr>
      <w:r>
        <w:t>कि एक साल से ही इंसान का रैंक जमीन से आसमान हो जाता है। तो यह है, यानी ब्लेसिंग है यह रमजान की। जी, जी, डॉक्टर साहब, कुरान में भी जैसे आयत आती है कि, "फास्टिंग हैज बीन प्रिसक्राइब फॉर यू, जस्ट लाइक दोज बिफोर यू, सो दैट यू मेक गार्ड योरसेल्फ अगेंस्ट इवल।" तो मैं चाहूंगा आप इसको भी वाज करें कि हाउ डज फास्टिंग बिकम अ शील्ड फॉर द बिलीवर्स। इसके बारे में बताएं।</w:t>
      </w:r>
    </w:p>
    <w:p>
      <w:r>
        <w:rPr>
          <w:b/>
        </w:rPr>
        <w:t xml:space="preserve">[08:58] </w:t>
      </w:r>
      <w:r>
        <w:t>haan, hadith mein aata hai prophet sallallahu alaihi wasallam ne farmaya ki, "as-sum junnah wa as-sum junnah, that fasting is a shield." to iska matlab yeh nahi hai ki literal sense mein. its a, its a symbolic hadith.</w:t>
      </w:r>
    </w:p>
    <w:p>
      <w:pPr>
        <w:jc w:val="right"/>
      </w:pPr>
      <w:r>
        <w:t>हां, हदीस में आता है प्रोफेट सल्लल्लाहु अलैहि वसल्लम ने फरमाया कि, "असम जुन्ना और असम जुन्ना, दैट फास्टिंग इज अ शील्ड।" तो इसका मतलब यह नहीं है कि लिटरल सेंस में। इट्स ए, इट्स अ सिंबॉलिक हदीस।</w:t>
      </w:r>
    </w:p>
    <w:p>
      <w:r>
        <w:rPr>
          <w:b/>
        </w:rPr>
        <w:t xml:space="preserve">[09:16] </w:t>
      </w:r>
      <w:r>
        <w:t>meaning in olden times, you know, the the people used to fight with swords, and they would save them self, protect them self from the attackers, using a shield. ek dhaal hoti thi na purane zamane mein. ji, to woh dhaal se apne aap ko bachate the, jo bhi external attacks hain.</w:t>
      </w:r>
    </w:p>
    <w:p>
      <w:pPr>
        <w:jc w:val="right"/>
      </w:pPr>
      <w:r>
        <w:t>मीनिंग इन ओल्डन टाइम्स, यू नो, द द पीपल यूज टू फाइट विद सोर्ड्स, एंड दे वुड सेव देम सेल्फ, प्रोटेक्ट देम सेल्फ फ्रॉम द अटैकर्स, यूजिंग अ शील्ड। एकढाल होती थी ना पुराने जमाने में। जी, तो वोढाल से अपने आप को बचाते थे, जो भी एक्सटर्नल अटैक्स हैं।</w:t>
      </w:r>
    </w:p>
    <w:p>
      <w:r>
        <w:rPr>
          <w:b/>
        </w:rPr>
        <w:t xml:space="preserve">[09:38] </w:t>
      </w:r>
      <w:r>
        <w:t>to ye ek symbolic saying hai ki jo rozedar hai, he can save himself, he can protect himself from the external influence, from the satanic influence, from desires. to yaani yeh ek, ek, ek aisi imaginary shield ya ek, ek, ek aisi imaginary ek, ek cheez hai jo, which envelops your personality, inner personality,</w:t>
      </w:r>
    </w:p>
    <w:p>
      <w:pPr>
        <w:jc w:val="right"/>
      </w:pPr>
      <w:r>
        <w:t>तो ये एक सिंबॉलिक सेइंग है कि जो रोजेदार है, ही कैन सेव हिमसेल्फ, ही कैन प्रोटेक्ट हिमसेल्फ फ्रॉम द एक्सटर्नल इन्फ्लुएंस, फ्रॉम द सैटेनिक इन्फ्लुएंस, फ्रॉम डिजायर्स। तो यानी यह एक, एक, एक ऐसी इमेजिनरी शील्ड या एक, एक, एक ऐसी इमेजिनरी एक, एक चीज है जो, व्हिच एनवेलप्स योर पर्सनालिटी, इनर पर्सनालिटी,</w:t>
      </w:r>
    </w:p>
    <w:p>
      <w:r>
        <w:rPr>
          <w:b/>
        </w:rPr>
        <w:t xml:space="preserve">[10:05] </w:t>
      </w:r>
      <w:r>
        <w:t>hum, hum, that protects you from all kind of influence and satanic attacks. ji, and i, i believe that all kind of ibadat, all the worship, namaz, roza, hajj, zakat, ye all are shield</w:t>
      </w:r>
    </w:p>
    <w:p>
      <w:pPr>
        <w:jc w:val="right"/>
      </w:pPr>
      <w:r>
        <w:t>हम, हम, दैट प्रोटेक्ट्स यू फ्रॉम ऑल काइंड ऑफ इन्फ्लुएंस एंड सैटेनिक अटैक्स। जी, एंड आई, आई बिलीव दैट ऑल काइंड ऑफ इबादत, ऑल द वरशिप, नमाज, रोजा, हज, जकात, य ऑल आर शील्ड</w:t>
      </w:r>
    </w:p>
    <w:p>
      <w:r>
        <w:rPr>
          <w:b/>
        </w:rPr>
        <w:t xml:space="preserve">[10:25] </w:t>
      </w:r>
      <w:r>
        <w:t>s. hum, to ye, ye aisa nahi hai ki sirf roze hi, balki, balki har jo bhi ibadat hai hamari, wo bhi usi, uska bhi asar yahi hota hai. and i believe da'wah is the biggest shield. hum, because when you do da'wah work, you love the ummah, you have no hate for them. because how can you hate and do something good for somebody?</w:t>
      </w:r>
    </w:p>
    <w:p>
      <w:pPr>
        <w:jc w:val="right"/>
      </w:pPr>
      <w:r>
        <w:t>्स। हम, तो ये, ये ऐसा नहीं है कि सिर्फ रोजे ही, बल्कि, बल्कि हर जो भी इबादत है हमारी, वो भी उसी, उसका भी असर यही होता है। एंड आई बिलीव दावा इज द बिगेस्ट सी शील्ड। हम, बिकॉज व्हेन यू डू दावा वर्क, यू लव द मधु, यू हैव नो हेट फॉर देम। बिकॉज हाउ कैन यू हेट एंड डू समथिंग गुड फॉर समबडी?</w:t>
      </w:r>
    </w:p>
    <w:p>
      <w:r>
        <w:rPr>
          <w:b/>
        </w:rPr>
        <w:t xml:space="preserve">[10:52] </w:t>
      </w:r>
      <w:r>
        <w:t>ji, bilkul. so, so you love him, you pray for him, and you want that this, this person should be</w:t>
      </w:r>
    </w:p>
    <w:p>
      <w:pPr>
        <w:jc w:val="right"/>
      </w:pPr>
      <w:r>
        <w:t>जी, बिल्कुल। सो, सो यू लव हिम, यू प्रे फॉर हिम, एंड यू वांट दैट दिस, दिस पर्सन शुड बी</w:t>
      </w:r>
    </w:p>
    <w:p>
      <w:r>
        <w:rPr>
          <w:b/>
        </w:rPr>
        <w:t xml:space="preserve">[10:59] </w:t>
      </w:r>
      <w:r>
        <w:t>guided. so, that is also a, and you, you don't have any negativity. to iski wajah se bhi, abhi yeh da'wah bhi ek tareeqe se sabse badi cheez hai. yaani ek, woh hamare liye ek, ek shield, ek protection ki layer allah taala create kar deta hai. aur balki hadith mein aata hai ki, "man saبح fee zimmatillah," ki jisne fajar ki namaz padhi, wo allah ki protec</w:t>
      </w:r>
    </w:p>
    <w:p>
      <w:pPr>
        <w:jc w:val="right"/>
      </w:pPr>
      <w:r>
        <w:t>गाइडेड। सो, दैट इज आल्सो अ, एंड यू, यू डोंट हैव एनी नेगेटिविटी। तो इसकी वजह से भी, अभी ये दावा भी एक तरीके से सबसे बड़ी चीज है। यानी एक, वो हमारे लिए एक, एक शील्ड, एक प्रोटेक्शन की लेयर अल्लाह ताला क्रिएट कर देता है। और बल्कि हदीस में आता है कि, "मनस सुबह फी जिम्मत अल्लाह," कि जिसने फजर की नमाज पढ़ी, वो अल्लाह की प्रोटेक्</w:t>
      </w:r>
    </w:p>
    <w:p>
      <w:r>
        <w:rPr>
          <w:b/>
        </w:rPr>
        <w:t xml:space="preserve">[11:29] </w:t>
      </w:r>
      <w:r>
        <w:t>tion mein aa gaya. ji, to ye yahi to hai shield. bilkul. to is sense mein hai, yaani ye ek physical sense mein nahi hai, balki spiritual, symbolic sense mein hai. ji, achha doctor sahab, hadith mein yeh bhi aata hai ki, "during the month of ramzan, satan and his followers are chained." so, they are restrained. to how can they then influence us?</w:t>
      </w:r>
    </w:p>
    <w:p>
      <w:pPr>
        <w:jc w:val="right"/>
      </w:pPr>
      <w:r>
        <w:t>शन में आ गया। जी, तो ये यही तो है शील्ड। बिल्कुल। तो इस सेंस में है, यानी ये एक फिजिकल सेंस में नहीं है, बल्कि स्पिरिचुअल, सिंबॉलिक सेंस में है। जी, अच्छा डॉक्टर साहब, हदीस में यह भी आता है कि, "ड्यूरिंग द मंथ ऑफ रमजान, सैटन एंड हिज फॉलोअर्स आर चेन।" सो, दे आर रिस्ट्रेन। तो हाउ कैन दे देन इन्फ्लुएंस अस?</w:t>
      </w:r>
    </w:p>
    <w:p>
      <w:r>
        <w:rPr>
          <w:b/>
        </w:rPr>
        <w:t xml:space="preserve">[11:52] </w:t>
      </w:r>
      <w:r>
        <w:t>is, is hadith ko bhi aap thoda achhe se waz karein hum sabke liye. haan, hadith mein aata hai, "wa sullilatish shayateen wa dabbatish shayateen," yaani satans are put in chain. ji, to aam taur se log samajhte hain ki physical, physically usko chain mein baandh ke kisi kothri mein band kar diya</w:t>
      </w:r>
    </w:p>
    <w:p>
      <w:pPr>
        <w:jc w:val="right"/>
      </w:pPr>
      <w:r>
        <w:t>इस, इस हदीस को भी आप थोड़ा अच्छे से वाज करें हम सबके लिए। हां, हदीस में आता है, "वसल सिलती शयातीन वदती शयातीन," यानी सैटंस आर पुट इन चेन। जी, तो आमतौर से लोग समझते हैं कि फिजिकल, फिजिकली उसको चेन में बांध के किसी कोठरी में बंद कर दिया</w:t>
      </w:r>
    </w:p>
    <w:p>
      <w:r>
        <w:rPr>
          <w:b/>
        </w:rPr>
        <w:t xml:space="preserve">[12:10] </w:t>
      </w:r>
      <w:r>
        <w:t>jata hai. aisa nahi hai, yeh bhi ek symbolic baat hai. yaani yeh matlab hai ki jo rozedar poori spirit ke saath roza rakhe, hum poori uski rooh usmein shamil ho, to aise rozedar ke upar shaitan ka attack ineffective ho jata hai. ji,</w:t>
      </w:r>
    </w:p>
    <w:p>
      <w:pPr>
        <w:jc w:val="right"/>
      </w:pPr>
      <w:r>
        <w:t>जाता है। ऐसा नहीं है, यह भी एक सिंबॉलिक बात है। यानी यह मतलब है कि जो रोजेदार पूरी स्पिरिट के साथ रोजा रखे, हम पूरी उसकी रूह उसमें शामिल हो, तो ऐसे रोजेदार के ऊपर शैतान का अटैक इन इफेक्टिव हो जाता है। जी,</w:t>
      </w:r>
    </w:p>
    <w:p>
      <w:r>
        <w:rPr>
          <w:b/>
        </w:rPr>
        <w:t xml:space="preserve">[12:31] </w:t>
      </w:r>
      <w:r>
        <w:t>yaani shaitan insaan ke upar sirf, sirf usko behka sakta hai.</w:t>
      </w:r>
    </w:p>
    <w:p>
      <w:pPr>
        <w:jc w:val="right"/>
      </w:pPr>
      <w:r>
        <w:t>यानी शैतान इंसान के ऊपर सिर्फ, सिर्फ उसको बहका सकता है।</w:t>
      </w:r>
    </w:p>
    <w:p>
      <w:r>
        <w:rPr>
          <w:b/>
        </w:rPr>
        <w:t xml:space="preserve">[12:37] </w:t>
      </w:r>
      <w:r>
        <w:t>hum, shaitan ko koi aur taqat nahi di allah taala ne. aur yeh bhi kuch, kuch log samajhte hain ki waqai shaitan ko band kar diya jata hai. ji, to maine kisi se suna ki woh keh rahe the ki bade-bade shaitan ko band kar diya jata hai, and little satans are there. ji, shaitan chhota ho ya bada ho, wo kaam to ek hi karega. bilkul. ji, to a shaitan band</w:t>
      </w:r>
    </w:p>
    <w:p>
      <w:pPr>
        <w:jc w:val="right"/>
      </w:pPr>
      <w:r>
        <w:t>हम, शैतान को कोई और ताकत नहीं दी अल्लाह ताला ने। और यह भी कुछ, कुछ लोग समझते हैं कि वाकई शैतान को बंद कर दिया जाता है। जी, तो मैंने किसी से सुना कि वह कह रहे थे कि बड़े-बड़े शैतान को बंद कर दिया जाता है, एंड लिटिल सैटंस आर देयर। जी, शैतान छोटा हो या बड़ा हो, वो काम तो एक ही करेगा। बिल्कुल। जी, तो अ शैतान बंद</w:t>
      </w:r>
    </w:p>
    <w:p>
      <w:r>
        <w:rPr>
          <w:b/>
        </w:rPr>
        <w:t xml:space="preserve">[13:01] </w:t>
      </w:r>
      <w:r>
        <w:t>nahi hota hai, uska, uska asar us rozedar ke upar kam ho jata hai ya khatm ho jata hai, jo, jo poori spirit ke saath a roza rakhe. kyunki quran mein aata hai, "wa zayyana lahush shaytanu a'mal," ki shaitan unke amal ko tazeen karta hai. tazeen yaani beautify karta hai.</w:t>
      </w:r>
    </w:p>
    <w:p>
      <w:pPr>
        <w:jc w:val="right"/>
      </w:pPr>
      <w:r>
        <w:t>नहीं होता है, उसका, उसका असर उस रोजेदार के ऊपर कम हो जाता है या खत्म हो जाता है, जो, जो पूरी स्पिरिट के साथ अ रोजा रखे। क्योंकि कुरान में आता है, "वज लम शैतान आमाल," कि शैतान उनके अमल को की तजीन करता है। तजीन यानी ब्यूटीफाई करता है।</w:t>
      </w:r>
    </w:p>
    <w:p>
      <w:r>
        <w:rPr>
          <w:b/>
        </w:rPr>
        <w:t xml:space="preserve">[13:26] </w:t>
      </w:r>
      <w:r>
        <w:t>to shaitan ka kaam yeh hai ki woh bure amal ko, bure kaam ko beautify karke dikhaye. aur to phir aadmi uske peeche daud, daud padta hai. aur isi liye quran mein aata hai, "inna ibadaa-ti illal ghawiyyun," yaani jo mere nek bande honge, allah taala farmata hai,</w:t>
      </w:r>
    </w:p>
    <w:p>
      <w:pPr>
        <w:jc w:val="right"/>
      </w:pPr>
      <w:r>
        <w:t>तो शैतान का काम यह है कि वह बुरे अमल को, बुरे काम को ब्यूटीफाई करके दिखाए। और तो फिर आदमी उसके पीछे दौड़, दौड़ पड़ता है। और इसीलिए कुरान में आता है, "इना इबाद लका अलम सुल्तान," यानी जो मेरे नेक बंदे होंगे, अल्लाह ताला फरमाता है,</w:t>
      </w:r>
    </w:p>
    <w:p>
      <w:r>
        <w:rPr>
          <w:b/>
        </w:rPr>
        <w:t xml:space="preserve">[13:45] </w:t>
      </w:r>
      <w:r>
        <w:t>woh un par koi asar nahi hoga tumhara. sirf woh log asar andaaz honge jo tumhare peeche chal, chal pade.</w:t>
      </w:r>
    </w:p>
    <w:p>
      <w:pPr>
        <w:jc w:val="right"/>
      </w:pPr>
      <w:r>
        <w:t>वह उन पर कोई असर नहीं होगा तुम्हारा। सिर्फ वह लोग असर अंदाज होंगे जो तुम्हारे पीछे चल, चल पड़े।</w:t>
      </w:r>
    </w:p>
    <w:p>
      <w:r>
        <w:rPr>
          <w:b/>
        </w:rPr>
        <w:t xml:space="preserve">[13:53] </w:t>
      </w:r>
      <w:r>
        <w:t>to yeh a, yaani koi a shaitan ke paas koi power nahi hai ki hamein zabardasti humse koi bura kaam kara de. hum, wo to hum khud usse mu</w:t>
      </w:r>
    </w:p>
    <w:p>
      <w:pPr>
        <w:jc w:val="right"/>
      </w:pPr>
      <w:r>
        <w:t>तो यह अ, यानी कोई अ शैतान के पास कोई पावर नहीं है कि हमें जबरदस्ती हमसे कोई बुरा काम करा दे। हम, वो तो हम खुद उससे मु</w:t>
      </w:r>
    </w:p>
    <w:p>
      <w:r>
        <w:rPr>
          <w:b/>
        </w:rPr>
        <w:t xml:space="preserve">[14:05] </w:t>
      </w:r>
      <w:r>
        <w:t>tasir ho jate hain.</w:t>
      </w:r>
    </w:p>
    <w:p>
      <w:pPr>
        <w:jc w:val="right"/>
      </w:pPr>
      <w:r>
        <w:t>तासिर हो जाते हैं।</w:t>
      </w:r>
    </w:p>
    <w:p>
      <w:r>
        <w:rPr>
          <w:b/>
        </w:rPr>
        <w:t xml:space="preserve">[14:06] </w:t>
      </w:r>
      <w:r>
        <w:t>hum, to yeh, yeh matlab hai iska.</w:t>
      </w:r>
    </w:p>
    <w:p>
      <w:pPr>
        <w:jc w:val="right"/>
      </w:pPr>
      <w:r>
        <w:t>हम, तो यह, यह मतलब है इसका।</w:t>
      </w:r>
    </w:p>
    <w:p>
      <w:r>
        <w:rPr>
          <w:b/>
        </w:rPr>
        <w:t xml:space="preserve">[14:10] </w:t>
      </w:r>
      <w:r>
        <w:t>aur ek waqia hai thoda interesting</w:t>
      </w:r>
    </w:p>
    <w:p>
      <w:pPr>
        <w:jc w:val="right"/>
      </w:pPr>
      <w:r>
        <w:t>और एक वाकया है थोड़ा इंटरेस्टिंग</w:t>
      </w:r>
    </w:p>
    <w:p>
      <w:r>
        <w:rPr>
          <w:b/>
        </w:rPr>
        <w:t xml:space="preserve">[14:12] </w:t>
      </w:r>
      <w:r>
        <w:t>ki ek baar Hazrat Umar Razi Allah An ka hai, Hazrat, Hazrat Umar Razi Allah An ka ki</w:t>
      </w:r>
    </w:p>
    <w:p>
      <w:pPr>
        <w:jc w:val="right"/>
      </w:pPr>
      <w:r>
        <w:t>कि एक बार हजरत उमर रजि अल्लाह अन का है, हजरत, हजरत उमर रजि अल्लाह अन का कि</w:t>
      </w:r>
    </w:p>
    <w:p>
      <w:r>
        <w:rPr>
          <w:b/>
        </w:rPr>
        <w:t xml:space="preserve">[14:19] </w:t>
      </w:r>
      <w:r>
        <w:t>wo aaye prophet se milne.</w:t>
      </w:r>
    </w:p>
    <w:p>
      <w:pPr>
        <w:jc w:val="right"/>
      </w:pPr>
      <w:r>
        <w:t>वह आए प्रोफेट से मिलने।</w:t>
      </w:r>
    </w:p>
    <w:p>
      <w:r>
        <w:rPr>
          <w:b/>
        </w:rPr>
        <w:t xml:space="preserve">[14:21] </w:t>
      </w:r>
      <w:r>
        <w:t>to bahar se unhon ne dekha ke ghar mein se kuch ladies ki awaz aa rahi hai, zor-zor se.</w:t>
      </w:r>
    </w:p>
    <w:p>
      <w:pPr>
        <w:jc w:val="right"/>
      </w:pPr>
      <w:r>
        <w:t>तो बाहर से उन्होंने देखा कि घर में से कुछ लेडीज की आवाज आ रही है, जोर-जोर से।</w:t>
      </w:r>
    </w:p>
    <w:p>
      <w:r>
        <w:rPr>
          <w:b/>
        </w:rPr>
        <w:t xml:space="preserve">[14:25] </w:t>
      </w:r>
      <w:r>
        <w:t>ji, prophet se batchit kar rahi hain.</w:t>
      </w:r>
    </w:p>
    <w:p>
      <w:pPr>
        <w:jc w:val="right"/>
      </w:pPr>
      <w:r>
        <w:t>जी, प्रोफेट से बातचीत कर रही हैं।</w:t>
      </w:r>
    </w:p>
    <w:p>
      <w:r>
        <w:rPr>
          <w:b/>
        </w:rPr>
        <w:t xml:space="preserve">[14:27] </w:t>
      </w:r>
      <w:r>
        <w:t>to woh andar aaye to dekha ke kuch khawateen aayi hain, kuch pooch rahi hain aur bare zor-zor</w:t>
      </w:r>
    </w:p>
    <w:p>
      <w:pPr>
        <w:jc w:val="right"/>
      </w:pPr>
      <w:r>
        <w:t>तो वह अंदर आए तो देखा कि कुछ खवातीन आई हैं, कुछ पूछ रही हैं और बड़े जोर-जोर</w:t>
      </w:r>
    </w:p>
    <w:p>
      <w:r>
        <w:rPr>
          <w:b/>
        </w:rPr>
        <w:t xml:space="preserve">[14:32] </w:t>
      </w:r>
      <w:r>
        <w:t>se bol rahi hain.</w:t>
      </w:r>
    </w:p>
    <w:p>
      <w:pPr>
        <w:jc w:val="right"/>
      </w:pPr>
      <w:r>
        <w:t>से बोल रही हैं।</w:t>
      </w:r>
    </w:p>
    <w:p>
      <w:r>
        <w:rPr>
          <w:b/>
        </w:rPr>
        <w:t xml:space="preserve">[14:33] </w:t>
      </w:r>
      <w:r>
        <w:t>to jaise ladies ne dekha ke umar aa gaye, to sab bhagi wahan se</w:t>
      </w:r>
    </w:p>
    <w:p>
      <w:pPr>
        <w:jc w:val="right"/>
      </w:pPr>
      <w:r>
        <w:t>तो जैसे लेडीज ने देखा कि उमर आ गए, तो सब भागी वहां से</w:t>
      </w:r>
    </w:p>
    <w:p>
      <w:r>
        <w:rPr>
          <w:b/>
        </w:rPr>
        <w:t xml:space="preserve">[14:37] </w:t>
      </w:r>
      <w:r>
        <w:t>aur jaakar ek kone mein baith gayi. to hazrat umar ne kaha ki kya baat hai, kyun bhaagi tum? a, tum mujhse zyada darti ho ya rasool se zyada darti ho?</w:t>
      </w:r>
    </w:p>
    <w:p>
      <w:pPr>
        <w:jc w:val="right"/>
      </w:pPr>
      <w:r>
        <w:t>और जाकर एक कोने में बैठ गई। तो हजरत उमर ने कहा कि क्या बात है, क्यों भाग गई तुम? अ, तुम मुझसे ज्यादा डरती हो या रसूल से ज्यादा डरती हो?</w:t>
      </w:r>
    </w:p>
    <w:p>
      <w:r>
        <w:rPr>
          <w:b/>
        </w:rPr>
        <w:t xml:space="preserve">[14:46] </w:t>
      </w:r>
      <w:r>
        <w:t>to unhone kaha, hum aapse zyada darte hain, aap bade sakht aadmi hain. ji, ji. to us par rasoolullah sallallahu alaihi wasallam ne kaha, thoda humorous andaaz mein ki agar umar saamne se aa rahe ho aur raaste mein udhar se shaitan aa gaya, to shaitan apna raasta badal deta hai.</w:t>
      </w:r>
    </w:p>
    <w:p>
      <w:pPr>
        <w:jc w:val="right"/>
      </w:pPr>
      <w:r>
        <w:t>तो उन्होंने कहा, हम आपसे ज्यादा डरते हैं, आप बड़े सख्त आदमी हैं। जी, जी। तो उस परे रसूलल्लाह सल्लल्लाहु अलैहि वसल्लम ने कहा, थोड़ा ह्यूमरस अंदाज में कि अगर उमर सामने से आ रहे हो और रास्ते में उधर से शैतान आ गया, तो शैतान अपना रास्ता बदल देता है।</w:t>
      </w:r>
    </w:p>
    <w:p>
      <w:r>
        <w:rPr>
          <w:b/>
        </w:rPr>
        <w:t xml:space="preserve">[15:03] </w:t>
      </w:r>
      <w:r>
        <w:t>ji, to yeh wohi cheez hai ke agar hamare andar spirit ho, to shaitan hamare qareeb nahi aayega,</w:t>
      </w:r>
    </w:p>
    <w:p>
      <w:pPr>
        <w:jc w:val="right"/>
      </w:pPr>
      <w:r>
        <w:t>जी, तो यह वही चीज है कि अगर हमारे अंदर स्पिरिट हो, तो शैतान हमारे करीब नहीं आएगा,</w:t>
      </w:r>
    </w:p>
    <w:p>
      <w:r>
        <w:rPr>
          <w:b/>
        </w:rPr>
        <w:t xml:space="preserve">[15:09] </w:t>
      </w:r>
      <w:r>
        <w:t>apna rasta badal dega.</w:t>
      </w:r>
    </w:p>
    <w:p>
      <w:pPr>
        <w:jc w:val="right"/>
      </w:pPr>
      <w:r>
        <w:t>अपना रास्ता बदल देगा।</w:t>
      </w:r>
    </w:p>
    <w:p>
      <w:r>
        <w:rPr>
          <w:b/>
        </w:rPr>
        <w:t xml:space="preserve">[15:11] </w:t>
      </w:r>
      <w:r>
        <w:t>ji, doctor sahib, mere khayal se aise bhi keh sakte hain ke spiritual influence and satanic influence are</w:t>
      </w:r>
    </w:p>
    <w:p>
      <w:pPr>
        <w:jc w:val="right"/>
      </w:pPr>
      <w:r>
        <w:t>जी, डॉक्टर साहब, मेरे ख्याल से ऐसे भी कह सकते हैं कि स्पिरिचुअल इन्फ्लुएंस एंड सैटेनिक इन्फ्लुएंस आर</w:t>
      </w:r>
    </w:p>
    <w:p>
      <w:r>
        <w:rPr>
          <w:b/>
        </w:rPr>
        <w:t xml:space="preserve">[15:18] </w:t>
      </w:r>
      <w:r>
        <w:t>inversely proportional. jaise spiritual influence badhega, saturn ka influence kam hoga.</w:t>
      </w:r>
    </w:p>
    <w:p>
      <w:pPr>
        <w:jc w:val="right"/>
      </w:pPr>
      <w:r>
        <w:t>इन्वर्सली प्रोपोर्शनल। जैसे स्पिरिचुअल इन्फ्लुएंस बढ़ेगा, सैटर्न का इन्फ्लुएंस कम होगा।</w:t>
      </w:r>
    </w:p>
    <w:p>
      <w:r>
        <w:rPr>
          <w:b/>
        </w:rPr>
        <w:t xml:space="preserve">[15:24] </w:t>
      </w:r>
      <w:r>
        <w:t>woh ek quote hai na doctor sahib ke, "an apple a day keeps the doctor away."</w:t>
      </w:r>
    </w:p>
    <w:p>
      <w:pPr>
        <w:jc w:val="right"/>
      </w:pPr>
      <w:r>
        <w:t>वो एक कोट है ना डॉक्टर साहब कि, "एन एप्पल अ डे कीप्स दी डॉक्टर अवे।"</w:t>
      </w:r>
    </w:p>
    <w:p>
      <w:r>
        <w:rPr>
          <w:b/>
        </w:rPr>
        <w:t xml:space="preserve">[15:29] </w:t>
      </w:r>
      <w:r>
        <w:t>to we can say, "one verse of quran a day keeps saturn away."</w:t>
      </w:r>
    </w:p>
    <w:p>
      <w:pPr>
        <w:jc w:val="right"/>
      </w:pPr>
      <w:r>
        <w:t>तो वी कैन से, "वन वर्स ऑफ कुरान अ डे कीप्स सैटर्न अवे।"</w:t>
      </w:r>
    </w:p>
    <w:p>
      <w:r>
        <w:rPr>
          <w:b/>
        </w:rPr>
        <w:t xml:space="preserve">[15:32] </w:t>
      </w:r>
      <w:r>
        <w:t>to</w:t>
      </w:r>
    </w:p>
    <w:p>
      <w:pPr>
        <w:jc w:val="right"/>
      </w:pPr>
      <w:r>
        <w:t>तो</w:t>
      </w:r>
    </w:p>
    <w:p>
      <w:r>
        <w:rPr>
          <w:b/>
        </w:rPr>
        <w:t xml:space="preserve">[15:33] </w:t>
      </w:r>
      <w:r>
        <w:t>verse a day ka matlab yahi hai ki yahi training hamein ramzan mein bhi milti hai ki hum quran ko padhein aur usko apni zindagi mein utarein. a, aur usse kya hai ki hamari spiritual development hoti hai, progress badhti hai. so, the influence of satan decreases and the protection of allah increases. and that is how our spiritual journey con</w:t>
      </w:r>
    </w:p>
    <w:p>
      <w:pPr>
        <w:jc w:val="right"/>
      </w:pPr>
      <w:r>
        <w:t>वर्स अ डे का मतलब यही है कि यही ट्रेनिंग हमें रम रमजान में भी मिलती है कि हम कुरान को पढ़े और उसको अपनी जिंदगी में उतारे। अ, और उससे क्या है कि हमारी स्पिरिचुअल डेवलपमेंट होती है, प्रोग्रेस बढ़ती है। सो, द इन्फ्लुएंस ऑफ सैटर्न डिक्रीजस एंड द प्रोटेक्शन ऑफ अल्लाह इंक्रीजस। एंड दैट इज हाउ आवर स्पिरिचुअल जर्नी क</w:t>
      </w:r>
    </w:p>
    <w:p>
      <w:r>
        <w:rPr>
          <w:b/>
        </w:rPr>
        <w:t xml:space="preserve">[15:54] </w:t>
      </w:r>
      <w:r>
        <w:t>tinues. achha doctor sahab, aapne ek abhi is baat ka bhi abhi aapne zikr kiya tha ki agar hum sahi spirit ke saath roza rakhein ramzan a mein apne aap ko, usko follow karein uski spirit mein, to satan ka influence kam ho jata hai. a, usi tareeqe se hadith mein yeh bhi aata hai doctor sahab ki, "if a person observes ramzan with sincere faith, then his past sins are forgiven." to iske bare mein bhi doctor sahab, aap hum sabko bata</w:t>
      </w:r>
    </w:p>
    <w:p>
      <w:pPr>
        <w:jc w:val="right"/>
      </w:pPr>
      <w:r>
        <w:t>ंटिन्यूज। अच्छा डॉक्टर साहब, आपने एक अभी इस बात का भी अभी आपने जिक्र किया था कि अगर हम सही स्पिरिट के साथ रोजा रखें रमजान अ में अपने आप को, उसको फॉलो करें उसकी स्पिरिट में, तो सैटर्न का इन्फ्लुएंस कम हो जाता है। अ, उसी तरीके से हदीस में यह भी आता है डॉक्टर साहब कि, "इफ अ पर्सन ऑब्जर्व्स रमजान विद सिंसियर फेथ, देन हिज पास्ट सिंस आर फॉरगिवन।" तो इसके बारे में भी डॉक्टर साहब, आप हम सबको बता</w:t>
      </w:r>
    </w:p>
    <w:p>
      <w:r>
        <w:rPr>
          <w:b/>
        </w:rPr>
        <w:t xml:space="preserve">[16:24] </w:t>
      </w:r>
      <w:r>
        <w:t>ein. haan, ye this is a very incredible hadith. ismein teen baatein kahi gayi hain: man sa ramadana imanan wa ehtisaban ghafara lahu ma taqaddama min zambih. ji, ki jisne roza rakha iman aur ehtisab ke saath. iman aur ehtisab ko hum aaj ke term mein kahenge spirit ke saath, yaani poori rooh uske andar shamil thi.</w:t>
      </w:r>
    </w:p>
    <w:p>
      <w:pPr>
        <w:jc w:val="right"/>
      </w:pPr>
      <w:r>
        <w:t>एं। हां, ये दिस इज अ वेरी इनक्रेडिबल हदीस। इसमें तीन बातें कही गई हैं: मनसा रमजाना ईमानन व एहसाब गफर लहु मा तकदम बिन जमबी। जी, कि जिसने रोजा रखा ईमान और एहसाब के साथ। ईमान और एहसाब को हम आज के टर्म में कहेंगे स्पिरिट के साथ, यानी पूरी रूह उसके अंदर शामिल थी।</w:t>
      </w:r>
    </w:p>
    <w:p>
      <w:r>
        <w:rPr>
          <w:b/>
        </w:rPr>
        <w:t xml:space="preserve">[16:45] </w:t>
      </w:r>
      <w:r>
        <w:t>ji, to usne jisne roza rakha imaan aur ehsab ke saath, uske saare past sins aa allah maaf kar dega. aur isi tarah hai ki, man kama ramazana imaanan wa ehsab gafr lahu ma taqaddam bin jambi. ki jisne ramazan mein raat ki namaz parhi, jisko qayam ul lail kaha jaata tha, ab usko taraveeh kaha jaata hai. to jisne taraveeh ki namaz parhi imaan aur ehsab ke saath, uske saare gunaah maaf ho jayenge. ji</w:t>
      </w:r>
    </w:p>
    <w:p>
      <w:pPr>
        <w:jc w:val="right"/>
      </w:pPr>
      <w:r>
        <w:t>जी, तो उसने जिसने रोजा रखा ईमान और एहसाब के साथ, उसके सारे पास्ट सिंस अ अल्लाह माफ कर देगा। और इसी तरह है कि, मन कामा रमजाना ईमानन व एहसाब गफर लहु मा तकदम बिन जमबी। कि जिसने रमजान में रात की नमाज पढ़ी, जिसको कयाम उल लैल कहा जाता था, अब उसको तरावीह कहा जाता है। तो जिसने तरावीह के नमाज पढ़ी ईमान और एहसाब के साथ, उसके सारे गुनाह माफ हो जाएंगे। जी</w:t>
      </w:r>
    </w:p>
    <w:p>
      <w:r>
        <w:rPr>
          <w:b/>
        </w:rPr>
        <w:t xml:space="preserve">[17:15] </w:t>
      </w:r>
      <w:r>
        <w:t>, aur phir teesri baat ye hai ki, man kama lailatul qadr imaanan wa ehsab gafr lahu ma taqaddam bin jambi. to ek hi sentence hai, sirf ek do word ka farq hai ki jisne lailatul qadr ki raat mein namaz parhi, jaag ke aur ek taraveeh ya ji doosri namaz, to uske bhi saare guna</w:t>
      </w:r>
    </w:p>
    <w:p>
      <w:pPr>
        <w:jc w:val="right"/>
      </w:pPr>
      <w:r>
        <w:t>, और फिर तीसरी बात यह है कि, मन कामा लैलतुल कद्र ईमानन व एहसाब गफर लहु मा तकदम बिन जमबी। तो एक ही सेंटेंस है, सिर्फ एक दो वर्ड का फर्क है कि जिसने लैलतुल कद्र की रात में नमाज पढ़ी, जाग के और एक तरावीह या जी दूसरी नमाज, तो उसके भी सारे गुना</w:t>
      </w:r>
    </w:p>
    <w:p>
      <w:r>
        <w:rPr>
          <w:b/>
        </w:rPr>
        <w:t xml:space="preserve">[17:37] </w:t>
      </w:r>
      <w:r>
        <w:t>h maaf ho jaate hain. jo ismein saara zor hai, woh imaanan wa ehsab par hai ki poori spirit ke saath aur rooh ke saath sincere a fasting and with full spirit. to woh a yaani chahe woh taraveeh ho ya lailatul qadr ho, to usmein uske yaani a ramazan gives you numerous opportunity to grow your spiritchu</w:t>
      </w:r>
    </w:p>
    <w:p>
      <w:pPr>
        <w:jc w:val="right"/>
      </w:pPr>
      <w:r>
        <w:t>ह माफ हो जाते हैं। जो इसमें सारा जोर है, वह ईमानन व एहसाब पर है कि पूरी स्पिरिट के साथ और रूह के साथ सिंसियर अ फास्टिंग एंड विद फुल स्पिरिट। तो वो अ यानी चाहे वो तरावीह हो या लैलतुल कद्र हो, तो उसमें उसके यानी अ रमजान गिव्स यू न्यूमरस अपॉर्चुनिटी टू ग्रो योर स्पिरिचु</w:t>
      </w:r>
    </w:p>
    <w:p>
      <w:r>
        <w:rPr>
          <w:b/>
        </w:rPr>
        <w:t xml:space="preserve">[18:03] </w:t>
      </w:r>
      <w:r>
        <w:t>ality. yaani aap raat ko namaz parhen, roza rakhen, aap lailatul qadr mein jaage. to ye sab cheezein. y lekin jo asal cheez hai, ab taraveeh ki jo aajkal soorat haal hai, woh aisi ho gayi hai ki jaldi-jaldi parh ke aur aadmi samajhta hai, humne taraveeh parh li aur sun li. ji, to ye ye isse ko bahut bada faida nahi hai</w:t>
      </w:r>
    </w:p>
    <w:p>
      <w:pPr>
        <w:jc w:val="right"/>
      </w:pPr>
      <w:r>
        <w:t>अलिटी। यानी आप रात को नमाज पढ़ें, रोजा रखें, आप लैलतुल कद्र में जागे। तो यह सब चीजें। य लेकिन जो असल चीज है, अब तरावीह की जो आजकल सूरत हाल है, वह ऐसी हो गई है कि जल्दी-जल्दी पढ़ के और आदमी समझता है, हमने तरावीह पढ़ ली और सुन ली। जी, तो यह यह इससे को बहुत बड़ा फायदा नहीं है</w:t>
      </w:r>
    </w:p>
    <w:p>
      <w:r>
        <w:rPr>
          <w:b/>
        </w:rPr>
        <w:t xml:space="preserve">[18:26] </w:t>
      </w:r>
      <w:r>
        <w:t>jab tak ki aap samjhe nahi aur jab tak ki quran ka ke oopar ko samjhe aur tadabbur karein aur phir apni zindagi mein usko apply karein. bilkul ji, to uske liye tareeqa ye ho sakta hai ki maan lijiye aap taraveeh parhne ja rahe hain, to aapko maloom hona chahiye aaj imam kaun sa a part parhenge. hum a jo paara hota hai na, juz aam taur se ek paara, sawa paara, dedh paara parhte hain. ji, imam hazraat</w:t>
      </w:r>
    </w:p>
    <w:p>
      <w:pPr>
        <w:jc w:val="right"/>
      </w:pPr>
      <w:r>
        <w:t>जब तक कि आप समझे नहीं और जब तक कि कुरान का के ऊपर को समझे और तदब्बर करें और फिर अपनी जिंदगी में उसको अप्लाई करें। बिल्कुल जी, तो उसके लिए तरीका यह हो सकता है कि मान लीजिए आप तरावीह पढ़ने जा रहे हैं, तो आपको मालूम होना चाहिए आज इमाम कौन सा अ पार्ट पढ़ेंगे। हम अ जो पारा होता है ना, जुज आमतौर से एक पारा, सवा पारा, डेढ़ पारा पढ़ते हैं। जी, इमाम हजरात</w:t>
      </w:r>
    </w:p>
    <w:p>
      <w:r>
        <w:rPr>
          <w:b/>
        </w:rPr>
        <w:t xml:space="preserve">[18:54] </w:t>
      </w:r>
      <w:r>
        <w:t>to pata hona chahiye ki aaj kaun sa paara hai. hum pata chal jayega, woh to imam sahib batayenge. to woh woh paara aapko chahiye ki aap usko parhen, uska translation parhen aur uski tafseer parhen. main to hamesha maulana viduddin khan sahib ki jo tafseer hai, taskirul quran, woh recommend karta hoon.</w:t>
      </w:r>
    </w:p>
    <w:p>
      <w:pPr>
        <w:jc w:val="right"/>
      </w:pPr>
      <w:r>
        <w:t>तो पता होना चाहिए कि आज कौन सा पारा है। हम पता चल जाएगा, वो तो इमाम साहब बताएंगे। तो वो वो पारा आपको चाहिए कि आप उसको पढ़ें, उसका ट्रांसलेशन पढ़ें और उसकी तफसीर पढ़ें। मैं तो हमेशा मौलाना विदुद्दीन खान साहब की जो तफसीर है, तस्किरुल कुरान, वो रिकमेंड करता हूं।</w:t>
      </w:r>
    </w:p>
    <w:p>
      <w:r>
        <w:rPr>
          <w:b/>
        </w:rPr>
        <w:t xml:space="preserve">[19:15] </w:t>
      </w:r>
      <w:r>
        <w:t>bilkul, woh inteha ek to bahut hi brief hai, single volume mein hai, bahut hi simple hai aur quran ke jo deeper meaning hai, woh usmein a maulana ne ujagar kiye hain.</w:t>
      </w:r>
    </w:p>
    <w:p>
      <w:pPr>
        <w:jc w:val="right"/>
      </w:pPr>
      <w:r>
        <w:t>बिल्कुल, वो इंतहा एक तो बहुत ही ब्रीफ है, सिंगल वॉल्यूम में है, बहुत ही सिंपल है और कुरान के जो डीपर मीनिंग है, वो उसमें अ मौलाना ने उजागर किए हैं।</w:t>
      </w:r>
    </w:p>
    <w:p>
      <w:r>
        <w:rPr>
          <w:b/>
        </w:rPr>
        <w:t xml:space="preserve">[19:27] </w:t>
      </w:r>
      <w:r>
        <w:t>to agar koi is tarah se quran parhe ki pehle matan parhe, yaani jo text hai arabi, phir uska translation parhe, phir jo neeche chhota sa uske oopar ek ek note hai, woh parhe, to aapko quran ke jo deeper meaning hai, woh aapke oopar khulenge. yaani tadabbur, tawassum, yaani uske oopar sochna, contemplation karna, t</w:t>
      </w:r>
    </w:p>
    <w:p>
      <w:pPr>
        <w:jc w:val="right"/>
      </w:pPr>
      <w:r>
        <w:t>तो अगर कोई इस तरह से कुरान पढ़े कि पहले मतन पढ़े, यानी जो टेक्स्ट है अरबी, फिर उसका ट्रांसलेशन पढ़े, फिर जो नीचे छोटा सा उसके ऊपर एक एक नोट है, वो पढ़े, तो आपको कुरान के जो डीपर मीनिंग है, वो आपके ऊपर खुलेंगे। यानी तदब्बर, तवसुम, यानी उसके ऊपर सोचना, कंटेंपलेशन करना, त</w:t>
      </w:r>
    </w:p>
    <w:p>
      <w:r>
        <w:rPr>
          <w:b/>
        </w:rPr>
        <w:t xml:space="preserve">[19:49] </w:t>
      </w:r>
      <w:r>
        <w:t>b tab jaakar uska ye faida hoga ki ye saare gunaah maaf ho jayenge. warna woh jo abhi ritualistic andaaz mein taraveeh ka shauq ho gaya hai, bahut jaldi parhna, kuch samajh mein nahi aata, to woh to sirf ek itminaan ho gaya aapko ki humne namaz parh li. namaz ka to jab faida hai ki jab aapko usse take away mile, har roz aapko kuch mile namaz se.</w:t>
      </w:r>
    </w:p>
    <w:p>
      <w:pPr>
        <w:jc w:val="right"/>
      </w:pPr>
      <w:r>
        <w:t>ब तब जाकर उसका यह फायदा होगा कि ये सारे गुनाह माफ हो जाएंगे। वरना वो जो अभी रिचुअलिस्टिक अंदाज में तरावीह का शौक हो गया है, बहुत जल्दी पढ़ना, कुछ समझ में नहीं आता, तो वो तो सिर्फ एक इत्मीनान हो गया आपको कि हमने नमाज पढ़ ली। नमाज का तो जब फायदा है कि जब आपको उससे टेक अवे मिले, हर रोज आपको कुछ मिले नमाज से।</w:t>
      </w:r>
    </w:p>
    <w:p>
      <w:r>
        <w:rPr>
          <w:b/>
        </w:rPr>
        <w:t xml:space="preserve">[20:13] </w:t>
      </w:r>
      <w:r>
        <w:t>hazrat ayesha farmaati hain ki rasoolallah sallallahu alaihi wasallam chaar rakat namaz parhte the raat ko aur and he use to pray through out the year. aisa nahi, sirf ramazan mein. through out the year, this was his practice to pray four rakat. then he would rest, then he would pray four rakat, then he would pray three rakat witr. ye na ye hazrat ayesha ne bataya ki saare saal mein unka tareeqa yahi tha, ramazan ya ghair</w:t>
      </w:r>
    </w:p>
    <w:p>
      <w:pPr>
        <w:jc w:val="right"/>
      </w:pPr>
      <w:r>
        <w:t>हजरत आयशा फरमाती हैं कि रसूलल्लाह सल्लल्लाहु अलैहि वसल्लम चार रकत नमाज पढ़ते थे रात को और एंड ही यूज टू प्रे थ्रू आउट द ईयर। ऐसा नहीं, सिर्फ रमजान में। थ्रू आउट द ईयर, दिस वाज हिज प्रैक्टिस टू प्रे फोर रकत। देन ही वुड रेस्ट, देन ही वुड प्रे फोर रकत, देन ही वुड प्रे थ्री रकत वितर। ये न ये हजरत आयशा ने बताया कि सारे साल में उनका तरीका यही था, रमजान या गैर</w:t>
      </w:r>
    </w:p>
    <w:p>
      <w:r>
        <w:rPr>
          <w:b/>
        </w:rPr>
        <w:t xml:space="preserve">[20:39] </w:t>
      </w:r>
      <w:r>
        <w:t>ramazan. ji, aur ek baar rasoolallah sallallahu alaihi wasallam se poocha ki, "ya rasoolallah, do you sleep after a praying?" matlab aapne namaz parhi, uske baad so gaye. to rasoolallah kahte hain ki, "my eyes are sleeping, but my heart is awake." ji, yaani rasoolallah sochte the uske oopar. rasoolallah sallallahu alaihi wasallam sochte the jo parha quran mein aur gehrai se sochte the, tadabbur karte</w:t>
      </w:r>
    </w:p>
    <w:p>
      <w:pPr>
        <w:jc w:val="right"/>
      </w:pPr>
      <w:r>
        <w:t>रमजान। जी, और एक बार रसूलल्लाह सल्लल्लाहु अलैहि वसल्लम से पूछा कि, "या रसूलल्लाह, डू यू स्लीप आफ्टर अ प्रेइंग?" मतलब आपने नमाज पढ़ी, उसके बाद सो गए। तो रसूलल्लाह कहते हैं कि, "माय आईज आर स्लीपिंग, बट माय हार्ट इज अवेक।" जी, यानी रसूलल्लाह सोचते थे उसके ऊपर। रसूलल्लाह सल्लल्लाहु अलैहि वसल्लम सोचते थे जो पढ़ा कुरान में और गहराई से सोचते थे, तदब्बर करते</w:t>
      </w:r>
    </w:p>
    <w:p>
      <w:r>
        <w:rPr>
          <w:b/>
        </w:rPr>
        <w:t xml:space="preserve">[21:03] </w:t>
      </w:r>
      <w:r>
        <w:t>the. to yahi cheez hai ki ke yaani ramazan mein bahut saari aapko opportunity milti hain ki aapne roza rakha, phir aapne taraveeh parhi, phir lailatul qadr hai, phir quran parhte hain aur gehrai se samajhte hain. to it gives lot of opportunity to a believer. ji, to grow his spirituality. ji, bahut important baat ye doctor sahib aapne batayi hum sabko.</w:t>
      </w:r>
    </w:p>
    <w:p>
      <w:pPr>
        <w:jc w:val="right"/>
      </w:pPr>
      <w:r>
        <w:t>थे। तो यही चीज है कि के यानी रमजान में बहुत सारी आपको अपॉर्चुनिटी मिलती हैं कि आपने रोजा रखा, फिर आपने तरावीह पढ़ी, फिर लैलतुल कद्र है, फिर कुरान पढ़ते हैं और गहराई से समझते हैं। तो इट गिव्स लॉट ऑफ अपॉर्चुनिटी टू अ बिलीवर। जी, टू ग्रो हिज स्पिरिचुअलिटी। जी, बहुत इंपॉर्टेंट बात ये डॉक्टर साहब आपने बताई हम सबको।</w:t>
      </w:r>
    </w:p>
    <w:p>
      <w:r>
        <w:rPr>
          <w:b/>
        </w:rPr>
        <w:t xml:space="preserve">[21:31] </w:t>
      </w:r>
      <w:r>
        <w:t>infact, maulana widan khan sahib kahte the taraveeh ko kahte the, "its like joint study." haan, and quran ko humein ratna nahi hai, quran ko humein samajhna hai, quran ko humein khatam nahi karna, balki apni zindagi mein utarna hai. ye bahut aham baat batayi doctor sahib. haan, ye aapne sahi lafz istemal kiye. maulana study kahte the, collective study. ji, yaani quran study karne ki cheez hai. bilkul, woh kya gaya hai ki ab ek hadees mein aata hai ki har harf pe sawab hai,</w:t>
      </w:r>
    </w:p>
    <w:p>
      <w:pPr>
        <w:jc w:val="right"/>
      </w:pPr>
      <w:r>
        <w:t>इनफैक्ट, मौलाना विदन खान साहब कहते थे तरावीह को कहते थे, "इट्स लाइक जॉइंट स्टडी।" हां, एंड कुरान को हमें रटना नहीं है, कुरान को हमें समझना है, कुरान को हमें खत्म नहीं करना, बल्कि अपनी जिंदगी में उतारना है। ये बहुत अहम बात बताई डॉक्टर साहब। हां, ये आपने सही लफ्ज इस्तेमाल किए। मौलाना स्टडी कहते थे, कलेक्टिव स्टडी। जी, यानी कुरान स्टडी करने की चीज है। बिल्कुल, वो क्या गया है कि अब एक हदीस में आता है कि हर हर्फ पे सवाब है,</w:t>
      </w:r>
    </w:p>
    <w:p>
      <w:r>
        <w:rPr>
          <w:b/>
        </w:rPr>
        <w:t xml:space="preserve">[21:59] </w:t>
      </w:r>
      <w:r>
        <w:t>every letter you get a reward.</w:t>
      </w:r>
    </w:p>
    <w:p>
      <w:pPr>
        <w:jc w:val="right"/>
      </w:pPr>
      <w:r>
        <w:t>एवरी लेटर यू गेट ए रिवर्ड।</w:t>
      </w:r>
    </w:p>
    <w:p>
      <w:r>
        <w:rPr>
          <w:b/>
        </w:rPr>
        <w:t xml:space="preserve">[22:01] </w:t>
      </w:r>
      <w:r>
        <w:t>bilkul, to log samajhte hain ke tilawat kare alif lam meem.</w:t>
      </w:r>
    </w:p>
    <w:p>
      <w:pPr>
        <w:jc w:val="right"/>
      </w:pPr>
      <w:r>
        <w:t>बिल्कुल, तो लोग समझते हैं कि तिलावत करें अलिफ लामी।</w:t>
      </w:r>
    </w:p>
    <w:p>
      <w:r>
        <w:rPr>
          <w:b/>
        </w:rPr>
        <w:t xml:space="preserve">[22:05] </w:t>
      </w:r>
      <w:r>
        <w:t>aur rasoolullah ne yeh bhi kaha ke alif ka ek sawab, meem ka ek sawab, lam ka ek</w:t>
      </w:r>
    </w:p>
    <w:p>
      <w:pPr>
        <w:jc w:val="right"/>
      </w:pPr>
      <w:r>
        <w:t>और रसूलल्लाह ने यह भी कहा कि अलिफ का एक सवाब, मीम का एक सवाब, लाम का एक</w:t>
      </w:r>
    </w:p>
    <w:p>
      <w:r>
        <w:rPr>
          <w:b/>
        </w:rPr>
        <w:t xml:space="preserve">[22:08] </w:t>
      </w:r>
      <w:r>
        <w:t>sawab. alif lam meem.</w:t>
      </w:r>
    </w:p>
    <w:p>
      <w:pPr>
        <w:jc w:val="right"/>
      </w:pPr>
      <w:r>
        <w:t>सवाब। अलिफ लामी।</w:t>
      </w:r>
    </w:p>
    <w:p>
      <w:r>
        <w:rPr>
          <w:b/>
        </w:rPr>
        <w:t xml:space="preserve">[22:09] </w:t>
      </w:r>
      <w:r>
        <w:t>to aur logon ko yeh ho gaya ke ek-ek word pe sawab mil raha hai humein.</w:t>
      </w:r>
    </w:p>
    <w:p>
      <w:pPr>
        <w:jc w:val="right"/>
      </w:pPr>
      <w:r>
        <w:t>तो और लोगों को यह हो गया कि एक-एक वर्ड पे सवाब मिल रहा है हमें।</w:t>
      </w:r>
    </w:p>
    <w:p>
      <w:r>
        <w:rPr>
          <w:b/>
        </w:rPr>
        <w:t xml:space="preserve">[22:13] </w:t>
      </w:r>
      <w:r>
        <w:t>to jitne zyada padhenge, utne zyada sawab hai.</w:t>
      </w:r>
    </w:p>
    <w:p>
      <w:pPr>
        <w:jc w:val="right"/>
      </w:pPr>
      <w:r>
        <w:t>तो जितने ज्यादा पढ़ेंगे, उतने ज्यादा सवाब है।</w:t>
      </w:r>
    </w:p>
    <w:p>
      <w:r>
        <w:rPr>
          <w:b/>
        </w:rPr>
        <w:t xml:space="preserve">[22:16] </w:t>
      </w:r>
      <w:r>
        <w:t>halanki yeh spirit se padhne ka ke upar sawab hai.</w:t>
      </w:r>
    </w:p>
    <w:p>
      <w:pPr>
        <w:jc w:val="right"/>
      </w:pPr>
      <w:r>
        <w:t>हालांकि ये स्पिरिट से पढ़ने का के ऊपर सवाब है।</w:t>
      </w:r>
    </w:p>
    <w:p>
      <w:r>
        <w:rPr>
          <w:b/>
        </w:rPr>
        <w:t xml:space="preserve">[22:19] </w:t>
      </w:r>
      <w:r>
        <w:t>to yeh yeh bahut aham hai ke study kare quran.</w:t>
      </w:r>
    </w:p>
    <w:p>
      <w:pPr>
        <w:jc w:val="right"/>
      </w:pPr>
      <w:r>
        <w:t>तो ये ये बहुत अहम है कि स्टडी करें कुरान।</w:t>
      </w:r>
    </w:p>
    <w:p>
      <w:r>
        <w:rPr>
          <w:b/>
        </w:rPr>
        <w:t xml:space="preserve">[22:23] </w:t>
      </w:r>
      <w:r>
        <w:t>study hum koi bhi subject hai, hamare subject physics hai, chemistry hai, economics hai, kuch bhi hai.</w:t>
      </w:r>
    </w:p>
    <w:p>
      <w:pPr>
        <w:jc w:val="right"/>
      </w:pPr>
      <w:r>
        <w:t>स्टडी हम कोई भी सब्जेक्ट है, हमारे सब्जेक्ट फिजिक्स है, केमिस्ट्री है, इकोनॉमिक्स है, कुछ भी है।</w:t>
      </w:r>
    </w:p>
    <w:p>
      <w:r>
        <w:rPr>
          <w:b/>
        </w:rPr>
        <w:t xml:space="preserve">[22:29] </w:t>
      </w:r>
      <w:r>
        <w:t>to hum koi tilawat thodi karte hain, hum to uski gehrai se samajhte hain,</w:t>
      </w:r>
    </w:p>
    <w:p>
      <w:pPr>
        <w:jc w:val="right"/>
      </w:pPr>
      <w:r>
        <w:t>तो हम कोई तिलावत थोड़ी करते हैं, हम तो उसकी गहराई से समझते हैं,</w:t>
      </w:r>
    </w:p>
    <w:p>
      <w:r>
        <w:rPr>
          <w:b/>
        </w:rPr>
        <w:t xml:space="preserve">[22:33] </w:t>
      </w:r>
      <w:r>
        <w:t>tab jaakar humein kuch faida hota hai uska. ji, to quran ka bhi yahi mamla hai ki jab tak ke qari jo reader hai, uski deep understanding nahi paida kare, tab tak phir woh layer upon layer uske meaning khulenge nahi. uske oopar sirf ek ritualistic exercise ho jayegi. woh doctor sahib, is hadees se bhi samajh aata hai. ek baar hi hazrat ayesha se a shayad tabiyeen the, unhon ne poocha ki rasoolallah ke baare mein kuch bata</w:t>
      </w:r>
    </w:p>
    <w:p>
      <w:pPr>
        <w:jc w:val="right"/>
      </w:pPr>
      <w:r>
        <w:t>तब जाकर हमें कुछ फायदा होता है उसका। जी, तो कुरान का भी यही मामला है कि जब तक के कारी जो रीडर है, उसकी डीप अंडरस्टैंडिंग नहीं पैदा करे, तब तक फिर वो लेयर अपॉन लेयर उसके मीनिंग खुलेंगे नहीं। उसके ऊपर सिर्फ एक रिचुअलिस्टिक एक्सरसाइज हो जाएगी। वो डॉक्टर साहब, इस हदीस से भी समझ आता है। एक बार ही हजरत आयशा से अ शायद ताबीन थे, उन्होंने पूछा कि रसूलल्लाह के बारे में कुछ बता</w:t>
      </w:r>
    </w:p>
    <w:p>
      <w:r>
        <w:rPr>
          <w:b/>
        </w:rPr>
        <w:t xml:space="preserve">[22:58] </w:t>
      </w:r>
      <w:r>
        <w:t>en. to unhon ne kaha ki kya aapne quran nahi parha? a because his life was like living quran. a to yahi matlab hai usko ki humein usko apply karna hai apni zindagi mein, na ki usko a barkat ki tarah oopar kahin rakh de, kisi oopar shelf mein ya usko rat kar hum a recite karein. so, understanding of the quran is more important than just reading it. aur hazrat ayesha razi allah anha ne farmaya tha, log poochte the kaise parhte the namaz baad mein. jaise aapne kaha, tabiyeen poochte the. haan,</w:t>
      </w:r>
    </w:p>
    <w:p>
      <w:pPr>
        <w:jc w:val="right"/>
      </w:pPr>
      <w:r>
        <w:t>एं। तो उन्होंने कहा कि क्या आपने कुरान नहीं पढ़ा? अ बिकॉज हिज लाइफ वाज लाइक लिविंग कुरान। अ तो यही मतलब है उसको कि हमें उसको अप्लाई करना है अपनी जिंदगी में, ना कि उसको अ बरकत की तरह ऊपर कहीं रख दे, किसी ऊपर शेल्फ में या उसको रट कर हम अ रिसाइट करें। सो, अंडरस्टैंडिंग ऑफ द कुरान इज मोर इंपॉर्टेंट देन जस्ट रीडिंग इट। और हजरत आयशा रजि अल्लाह अन्हा ने फरमाया था, लोग पूछते थे कैसे पढ़ते थे नमाज बाद में। जैसे आपने कहा, ताबीन पूछते थे। हां,</w:t>
      </w:r>
    </w:p>
    <w:p>
      <w:r>
        <w:rPr>
          <w:b/>
        </w:rPr>
        <w:t xml:space="preserve">[23:28] </w:t>
      </w:r>
      <w:r>
        <w:t>to kahte rasool. hazrat ayesha ne farmaya ki la tasal husan hina matlab ki dont ask me how beautiful they use to be and how long they use to be. rasoolallah namaz parhte the, ek-ek ek-ek namaz mein ek-ek soorat parh jaate the, do-do parh jaate the. ji, to yaani poori spirit ke saath namaz parhna, sirf ek exercise nahi ki namaz parh li to khatam ho gayi.</w:t>
      </w:r>
    </w:p>
    <w:p>
      <w:pPr>
        <w:jc w:val="right"/>
      </w:pPr>
      <w:r>
        <w:t>तो कहते रसूल। हजरत आयशा ने फरमाया कि ला तसल हुसन हिना मतल कि डोंट आस्क मी हाउ ब्यूटीफुल दे यूज टू बी एंड हाउ लॉन्ग दे यूज टू बी। रसूलल्लाह नमाज पढ़ते थे, एक-एक एक-एक नमाज में एक-एक सूरत पढ़ जाते थे, दो-दो पढ़ जाते थे। जी, तो यानी पूरी स्पिरिट के साथ नमाज पढ़ना, सिर्फ एक एक्सरसाइज नहीं कि नमाज पढ़ ली तो खत्म हो गई।</w:t>
      </w:r>
    </w:p>
    <w:p>
      <w:r>
        <w:rPr>
          <w:b/>
        </w:rPr>
        <w:t xml:space="preserve">[23:54] </w:t>
      </w:r>
      <w:r>
        <w:t>achha, doctor sahib, hadees mein aata hai ki a prophet ne ek martaba farmaya ki in islam every deed is rewardable from 10 times to 700 times. but allah said that a a fasting is for me and it is me who will reward for this. to a is iske baare mein thoda humein batayein, is is is hadees ko waaz karein doctor sahib.</w:t>
      </w:r>
    </w:p>
    <w:p>
      <w:pPr>
        <w:jc w:val="right"/>
      </w:pPr>
      <w:r>
        <w:t>अच्छा, डॉक्टर साहब, हदीस में आता है कि अ प्रोफेट ने एक मर्तबा फरमाया कि इन इस्लाम एवरी डीड इज रिवर्डेबल फ्रॉम 10 टाइम्स टू 700 टाइम्स। बट अल्लाह सेड दैट अ अ फास्टिंग इज फॉर मी एंड इट इज मी हु विल रिवर्ड फॉर दिस। तो अ इस इसके बारे में थोड़ा हमें बताएं, इस इस इस हदीस को वाज करें डॉक्टर साहब।</w:t>
      </w:r>
    </w:p>
    <w:p>
      <w:r>
        <w:rPr>
          <w:b/>
        </w:rPr>
        <w:t xml:space="preserve">[24:20] </w:t>
      </w:r>
      <w:r>
        <w:t>haan, ye bhi bahut achhi hadees hai aur isse kaafi a baat samajh mein aati hai ki allah taala ne farmaya hai ki fasting is for me and i will give its reward. ye jo sentence hai, ye bahut hi aham hadees hai is sense mein ki allah taala ne koi specify nahi kiya reward ko, na quantify kiya ki reward to main hi doonga. ji, yaani unlimited reward mil sakta hai</w:t>
      </w:r>
    </w:p>
    <w:p>
      <w:pPr>
        <w:jc w:val="right"/>
      </w:pPr>
      <w:r>
        <w:t>हां, यह भी बहुत अच्छी हदीस है और इससे काफी अ बात समझ में आती है कि अल्लाह ताला ने फरमाया है कि फास्टिंग इज फॉर मी एंड आई विल गिव इट्स रिवर्ड। यह जो सेंटेंस है, यह बहुत ही अहम हदीस है इस सेंस में कि अल्लाह ताला ने कोई स्पेसिफाई नहीं किया रिवर्ड को, ना क्वांटिफाई किया कि रिवर्ड तो मैं ही दूंगा। जी, यानी अनलिमिटेड रिवर्ड मिल सकता है</w:t>
      </w:r>
    </w:p>
    <w:p>
      <w:r>
        <w:rPr>
          <w:b/>
        </w:rPr>
        <w:t xml:space="preserve">[24:48] </w:t>
      </w:r>
      <w:r>
        <w:t>is sense mein ki it is not pre defined aur quantified aur specified. so, it is beyond our understanding that what will be the reward of a fasting. kyunki aur jo ibaadat hai, usmein a aata hai ki ek ek reward ke ke baare mein aata hai, lekin sirf a sirf ramazan ka roza aisa hai ki usmein allah taala ne chhod diya use.</w:t>
      </w:r>
    </w:p>
    <w:p>
      <w:pPr>
        <w:jc w:val="right"/>
      </w:pPr>
      <w:r>
        <w:t>इस सेंस में कि इट इज नॉट प्री डिफाइंड और क्वांटिफाइड और स्पेसिफाइड। सो, इट इज बियोंड अवर अंडरस्टैंडिंग दैट व्हाट विल बी द रिवर्ड ऑफ अ फास्टिंग। क्योंकि और जो इबादत है, उसमें अ आता है कि एक एक रिवर्ड के के बारे में आता है, लेकिन सिर्फ अ सिर्फ रमजान का रोजा ऐसा है कि उसमें अल्लाह ताला ने छोड़ दिया उसे।</w:t>
      </w:r>
    </w:p>
    <w:p>
      <w:r>
        <w:rPr>
          <w:b/>
        </w:rPr>
        <w:t xml:space="preserve">[25:14] </w:t>
      </w:r>
      <w:r>
        <w:t>it is open ended ki allah taala hi decide karega ki kya kitna reward. yaani ye jo individual hai, uske oopar depend karega ki uski uski uske roze mein kitni spirit thi aur usi spirit ke mutabiq allah taala usko reward dega. aur ye hadees hai jahab jam watlatal urooq wa sabtal ajr insha allah</w:t>
      </w:r>
    </w:p>
    <w:p>
      <w:pPr>
        <w:jc w:val="right"/>
      </w:pPr>
      <w:r>
        <w:t>इट इज ओपन एंडेड कि अल्लाह ताला ही डिसाइड करेगा कि क्या कितना रिवर्ड। यानी ये जो इंडिविजुअल है, उसके ऊपर डिपेंड करेगा कि उसकी उसकी उसके रोजे में कितनी स्पिरिट थी और उसी स्पिरिट के मुताबिक अल्लाह ताला उसको रिवर्ड देगा। और यह हदीस है जहब जम वतलतल उरूक व सबतल अजर इंशा अल्लाह</w:t>
      </w:r>
    </w:p>
    <w:p>
      <w:r>
        <w:rPr>
          <w:b/>
        </w:rPr>
        <w:t xml:space="preserve">[25:38] </w:t>
      </w:r>
      <w:r>
        <w:t>. jab rasoolallah sallallahu alaihi wasallam roza kholte the iftar ke waqt, to ye dua karte the ki pyaas bujh gayi aur veins tar ho gayi. veins are moist and thirst has gone and the reward has been confirmed.</w:t>
      </w:r>
    </w:p>
    <w:p>
      <w:pPr>
        <w:jc w:val="right"/>
      </w:pPr>
      <w:r>
        <w:t>। जब रसूलल्लाह सल्लल्लाहु अलैहि वसल्लम रोजा खोलते थे इफ्तार के वक्त, तो यह दुआ करते थे कि प्यास बुझ गई और वेनस तर हो गई। वेनस आर मॉइस्ट एंड थस्ट हैज गन एंड द रिवर्ड हैज बीन कंफर्म्ड।</w:t>
      </w:r>
    </w:p>
    <w:p>
      <w:r>
        <w:rPr>
          <w:b/>
        </w:rPr>
        <w:t xml:space="preserve">[25:54] </w:t>
      </w:r>
      <w:r>
        <w:t>to ye kaifiyat jab agar taari ho, tab yaani uska reward hai. kyunki koi bhi a jo</w:t>
      </w:r>
    </w:p>
    <w:p>
      <w:pPr>
        <w:jc w:val="right"/>
      </w:pPr>
      <w:r>
        <w:t>तो यह कैफियत जब अगर तारी हो, तब यानी उसका रिवर्ड है। क्योंकि कोई भी अ जो</w:t>
      </w:r>
    </w:p>
    <w:p>
      <w:r>
        <w:rPr>
          <w:b/>
        </w:rPr>
        <w:t xml:space="preserve">[26:05] </w:t>
      </w:r>
      <w:r>
        <w:t>a ibaadat hai, uska ek form hai aur uski ek spirit hai. agar sirf form ko dohra liya jaye, to usmein koi bahut a gehra uska faida</w:t>
      </w:r>
    </w:p>
    <w:p>
      <w:pPr>
        <w:jc w:val="right"/>
      </w:pPr>
      <w:r>
        <w:t>अ इबादत है, उसका एक फॉर्म है और उसकी एक स्पिरिट है। अगर सिर्फ फॉर्म को दोहरा लिया जाए, तो उसमें कोई बहुत अ गहरा उसका फायदा</w:t>
      </w:r>
    </w:p>
    <w:p>
      <w:r>
        <w:rPr>
          <w:b/>
        </w:rPr>
        <w:t xml:space="preserve">[26:15] </w:t>
      </w:r>
      <w:r>
        <w:t>nahi hai. balki hadees mein aata hai ki kam in sayim in les lahu min siyam i jama ki kitne hi rozedaar aise hain jin ko roze se sirf bhook ka tajurba hota hai. yaani unhon ne roza rakha, sirf unko bhi bhook aur pyaas pata chali aur kuch haasil nahi hua. aisi hadees mein aata hai ki wa kam in qayim in les lahu min qayam il sahar.</w:t>
      </w:r>
    </w:p>
    <w:p>
      <w:pPr>
        <w:jc w:val="right"/>
      </w:pPr>
      <w:r>
        <w:t>नहीं है। बल्कि हदीस में आता है कि कम इन सायम इन लेस लहु मिन सयाम इ जमा कि कितने ही रोजेदार ऐसे हैं जिनको रोजे से सिर्फ भूख का तजुर्बा होता है। यानी उन्होंने रोजा रखा, सिर्फ उनको भी भूख और प्यास पता चली और कुछ हासिल नहीं हुआ। ऐसी हदीस में आता है कि व कम इन कायम इन लेस लहु मिन कयाम इल सहर।</w:t>
      </w:r>
    </w:p>
    <w:p>
      <w:r>
        <w:rPr>
          <w:b/>
        </w:rPr>
        <w:t xml:space="preserve">[26:42] </w:t>
      </w:r>
      <w:r>
        <w:t>yani kitne raat ko namaz padhne wale hain ki jinko unki namaz se sirf raat ke jaagne ka tajarba hota hai. To yeh hai ki agar gehri spirit nahi hogi, to sirf woh ek ritual ko dohrana ho jayega</w:t>
      </w:r>
    </w:p>
    <w:p>
      <w:pPr>
        <w:jc w:val="right"/>
      </w:pPr>
      <w:r>
        <w:t>यानी कितने रात को नमाज पढ़ने वाले हैं कि जिनको उनकी नमाज से सिर्फ रात के जागने का तजुर्बा होता है। तो यह है कि अगर गहरी स्पिरिट नहीं होगी, तो सिर्फ वह एक रिचुअल को दोहराना हो जाएगा</w:t>
      </w:r>
    </w:p>
    <w:p>
      <w:r>
        <w:rPr>
          <w:b/>
        </w:rPr>
        <w:t xml:space="preserve">[26:59] </w:t>
      </w:r>
      <w:r>
        <w:t>To yeh jo baat kai ahadees mein hai ki iska reward main hi dunga, yani yeh abelievers ko rozedar ko encourage karne ke liye, motivate karne ke liye. Aur its a kind of honor and dignity for him ki Allah taala ne is tarah ka lafz istemal kiya hai.</w:t>
      </w:r>
    </w:p>
    <w:p>
      <w:pPr>
        <w:jc w:val="right"/>
      </w:pPr>
      <w:r>
        <w:t>। तो यह जो बात कई अ हदीस में है कि इसका रिवर्ड मैं ही दूंगा, यानी यह अ बिलीवर्स को रोजेदार को एंकरेज करने के लिए, मोटिवेट करने के लिए। और इट्स अ काइंड ऑफ ऑनर एंड डिग्निटी फॉर हिम कि अल्लाह ताला ने इस तरह का लफ्ज इस्तेमाल किया है।</w:t>
      </w:r>
    </w:p>
    <w:p>
      <w:r>
        <w:rPr>
          <w:b/>
        </w:rPr>
        <w:t xml:space="preserve">[27:18] </w:t>
      </w:r>
      <w:r>
        <w:t>To a yeh yeh hai iska matlab ke ek Allah taala ki taraf se bahut hi bada honor hai, hoga aur bahut hi bada sawab ka wada isse Allah taala ki taraf se hua hai. Isse ji mashallah. A doctor sahab, kuch comments padhna chahunga agla sawal lene se pehle. Kafi log program ko dekh rahe hain, pasand kar rahe hain. A few comments doctor sahab, that i will read out for you.</w:t>
      </w:r>
    </w:p>
    <w:p>
      <w:pPr>
        <w:jc w:val="right"/>
      </w:pPr>
      <w:r>
        <w:t>तो अ यह यह है इसका मतलब के एक अल्लाह ताला की तरफ से बहुत ही बड़ा ऑनर है, होगा और बहुत ही बड़ा सवाब का वादा इससे अल्लाह ताला की तरफ से हुआ है। इससे जी माशाल्लाह। अ डॉक्टर साहब, कुछ कमेंट्स पढ़ना चाहूंगा अगला सवाल लेने से पहले। काफी लोग प्रोग्राम को देख रहे हैं, पसंद कर रहे हैं। अ फ्यू कमेंट्स डॉक्टर साहब, दैट आई विल रीड आउट फॉर यू।</w:t>
      </w:r>
    </w:p>
    <w:p>
      <w:r>
        <w:rPr>
          <w:b/>
        </w:rPr>
        <w:t xml:space="preserve">[27:46] </w:t>
      </w:r>
      <w:r>
        <w:t>A yeh comment bheja hai miss farida kamran ne islamabad pakistan se. Unhone likha hai, "Jazakallah. CPST mein very special and important session for all of us. Well explain in beautiful examples. Ramadan is a training period for attaining taqwa." A azhar mubarak sahab ne likha hai jharkhand se, "A one verse of the quran a day keeps satan away. Very trend setting words in knowing in known i</w:t>
      </w:r>
    </w:p>
    <w:p>
      <w:pPr>
        <w:jc w:val="right"/>
      </w:pPr>
      <w:r>
        <w:t>अ यह कमेंट भेजा है मिस फरीदा कामरान ने इस्लामाबाद पाकिस्तान से। उन्होंने लिखा है, "जजाकल्लाह। सीपीएसटी में वेरी स्पेशल एंड इंपॉर्टेंट सेशन फॉर ऑल ऑफ अस। वेल एक्सप्लेन इन ब्यूटीफुल एग्जांपल्स। रमजान इज अ ट्रेनिंग पीरियड फॉर अटेनिंग तकवा।" अ अजहर मुबारक साहब ने लिखा है झारखंड से, "अ वन वर्स ऑफ द कुराना डे कीप्स सेटन अवे। वेरी ट्रेंड सेटिंग वर्ड्स इन नोइंग इन नोन इ</w:t>
      </w:r>
    </w:p>
    <w:p>
      <w:r>
        <w:rPr>
          <w:b/>
        </w:rPr>
        <w:t xml:space="preserve">[28:13] </w:t>
      </w:r>
      <w:r>
        <w:t>dium." A unhone likha hai, "Phir when religious acts are made a ritual, it never leads to closeness to god. No matter how honorable people have made it. What is required in religion is spirit or quality. Actions may be few, but they should be done consciously and one should be humble in it." A miss hina rauf ne a pakistan se likha hai, "Very nice discussion and reminder." A</w:t>
      </w:r>
    </w:p>
    <w:p>
      <w:pPr>
        <w:jc w:val="right"/>
      </w:pPr>
      <w:r>
        <w:t>डियम।" अ उन्होंने लिखा है, "फिर व्हेन रिलीजियस एक्ट्स आर मेड अ रिचुअल, इट नेवर लीड्स टू क्लोजनेस टू गॉड। नो मैटर हाउ ऑनरेबल पीपल हैव मेड इट। व्हाट इज रिक्वायर्ड इन रिलीजन इज स्पिरिट और क्वालिटी। एक्शंस मे बी फ्यू, बट दे शुड बी डन कॉन्शियसली एंड वन शुड बी हंबल इन इट।" अ मिस हीना रऊफ ने अ पाकिस्तान से लिखा है, "वेरी नाइस डिस्कशन एंड रिमाइंडर।" अ</w:t>
      </w:r>
    </w:p>
    <w:p>
      <w:r>
        <w:rPr>
          <w:b/>
        </w:rPr>
        <w:t xml:space="preserve">[28:40] </w:t>
      </w:r>
      <w:r>
        <w:t>Miss qurut ulain ne srinagar se likha hai, "Reciting quran without contemplation, studying its message with deep understanding is just a ritual. And unfortunately, this aspect is not understood in letter and spirit." Once again, doctor sahab explain it a brilliantly. Jazakallah. A doctor sahab, ek islamic tradition mein yeh bhi aata hai ki a Allah taala beautify jannat every day during ramadan. To</w:t>
      </w:r>
    </w:p>
    <w:p>
      <w:pPr>
        <w:jc w:val="right"/>
      </w:pPr>
      <w:r>
        <w:t>मिस कुरुत लेन ने श्रीनगर से लिखा है, "रिसाइटिंग कुरान विदाउट कंटेंपलेशन, स्टडिंग इट्स मैसेज विद डीप अंडरस्टैंडिंग इज जस्ट अ रिचुअल। एंड अनफॉर्चूनेटली, दिस एस्पेक्ट इज नॉट अंडरस्टूड इन लेटर एंड स्पिरिट।" वंस अगेन, डॉक्टर साहब एक्सप्लेन इट अ ब्रिलियंटली। जजाकल्लाह। अ डॉक्टर साहब, एक इस्लामिक ट्रेडिशन में यह भी आता है कि अ अल्लाह ताला ब्यूटीफाई जन्ना एवरी डे ड्यूरिंग रमजान। तो</w:t>
      </w:r>
    </w:p>
    <w:p>
      <w:r>
        <w:rPr>
          <w:b/>
        </w:rPr>
        <w:t xml:space="preserve">[29:10] </w:t>
      </w:r>
      <w:r>
        <w:t>yeh kya hadees hai? A bahut hi interesting aur different hadees hai. Iske bare mein hum sabko bataye. Haan, yeh waqai bahut hairat angez bhi hadees hai. Ji, kyunki jo hamara tasawwur hai jannat ka, woh yeh hai ki woh to bepanah khoobsurat jagah hogi</w:t>
      </w:r>
    </w:p>
    <w:p>
      <w:pPr>
        <w:jc w:val="right"/>
      </w:pPr>
      <w:r>
        <w:t>यह क्या हदीस है? अ बहुत ही इंटरेस्टिंग और डिफरेंट हदीस है। इसके बारे में हम सबको बताएं। हां, ये वाकई बहुत हैरत अंगेज भी हदीस है। जी, क्योंकि जो हमारा तसव्वुर है जन्नत का, वो यह है कि वो तो बेपनाह खूबसूरत जगह होगी</w:t>
      </w:r>
    </w:p>
    <w:p>
      <w:r>
        <w:rPr>
          <w:b/>
        </w:rPr>
        <w:t xml:space="preserve">[29:27] </w:t>
      </w:r>
      <w:r>
        <w:t>Ji, to mazeed usmein beautification ki kya gunjaish hai? Balki jannat ka jo tasawwur hai, woh hadees mein aata hai ki "la ain ra'at wa la uzun sum'at wa la khatara ala qalbi bashar" ki kisi insan ki aankhon ne use nahi dekha aur kisi kaan ne nahi suna uske bare mein aur kisi shakhs ke zehan mein guman nahi aaya ki jannat kaisi khoobsurat hogi.</w:t>
      </w:r>
    </w:p>
    <w:p>
      <w:pPr>
        <w:jc w:val="right"/>
      </w:pPr>
      <w:r>
        <w:t>। जी, तो मजीद उसमें ब्यूटीफिकेशन की क्या गुंजाइश है? बल्कि जन्नत का जो तसव्वुर है, वह हदीस में आता है कि "ला आइन रात वला उजन समत वला खतरा अला कलबी बशर" कि किसी इंसान की आंखों ने उसे नहीं देखा और किसी कान ने नहीं सुना उसके बारे में और किसी शख्स के जहन में गुमान नहीं आया कि जन्नत कैसी खूबसूरत होगी।</w:t>
      </w:r>
    </w:p>
    <w:p>
      <w:r>
        <w:rPr>
          <w:b/>
        </w:rPr>
        <w:t xml:space="preserve">[29:54] </w:t>
      </w:r>
      <w:r>
        <w:t>Hum lekin phir Allah taala farma raha hai ki hadees mein, yani ek hadees mein Allah taala ki taraf se hai ki Allah a jannat ko a beautify karta hai. Hadees ke alfaaz yeh hain, "In jannat ramadan bin ras holi ila holin qabil" ki paradise is decorated for ramadan from beginning of the year till the following e</w:t>
      </w:r>
    </w:p>
    <w:p>
      <w:pPr>
        <w:jc w:val="right"/>
      </w:pPr>
      <w:r>
        <w:t>हम लेकिन फिर अल्लाह ताला फरमा रहा है कि हदीस में, यानी एक हदीस में अल्लाह ताला की तरफ से है कि अल्लाह अ जन्नत को अ ब्यूटीफाई करता है। हदीस के अल्फाज ये हैं, "इन जन्नत रमजान बिन रास होली इला होलिन काबिल" कि पैराडाइस इज डेकोरेटेड फॉर रमजान फ्रॉम बिगिनिंग ऑफ द ईयर टिल द फॉलोइंग ई</w:t>
      </w:r>
    </w:p>
    <w:p>
      <w:r>
        <w:rPr>
          <w:b/>
        </w:rPr>
        <w:t xml:space="preserve">[30:20] </w:t>
      </w:r>
      <w:r>
        <w:t>year. Yani poore saal paradise ko Allah taala a beautify karta hai aur a khoobsurat banata hai. Ab jaise a quran mein to sirf aata hai ki do jannatein hain, jannatan. Lekin hadees mein aata hai ki 100 jannatein hain. Hum hum aur yeh bhi aata hai ki ek jannat se doosri jannat mein jo distance hai, woh zameen aur aasman ke distance ke barabar hai. Ji,</w:t>
      </w:r>
    </w:p>
    <w:p>
      <w:pPr>
        <w:jc w:val="right"/>
      </w:pPr>
      <w:r>
        <w:t>यर। यानी पूरे साल पैराडाइस को अल्लाह ताला अ ब्यूटीफाई करता है और अ खूबसूरत बनाता है। अब जैसे अ कुरान में तो सिर्फ आता है कि दो जन्नतें हैं, जन्नतान। लेकिन हदीस में आता है कि 100 जन्नतें हैं। हम हम और यह भी आता है कि एक जन्नत से दूसरी जन्नत में जो डिस्टेंस है, वह जमीन और आसमान के डिस्टेंस के बराबर है। जी,</w:t>
      </w:r>
    </w:p>
    <w:p>
      <w:r>
        <w:rPr>
          <w:b/>
        </w:rPr>
        <w:t xml:space="preserve">[30:49] </w:t>
      </w:r>
      <w:r>
        <w:t>yani koi choti moti jannat nahi hai. Itni vast hai woh jannat. To darasal yeh hadees ka matlab yeh hai ki bahut hi ek alag tarah ki hospitality ek Allah taala ki taraf se hogi rozedaron ke liye aur bahut hi bada honor hoga jo akhirat mein Allah taala ne rozedar bando aur bandiyon ke liye rakha hai. Ji,</w:t>
      </w:r>
    </w:p>
    <w:p>
      <w:pPr>
        <w:jc w:val="right"/>
      </w:pPr>
      <w:r>
        <w:t>यानी कोई छोटी मोटी जन्नत नहीं है। इतनी वास्ट है वो जन्नत। तो दरअसल यह हदीस का मतलब यह है कि बहुत ही एक अलग तरह की हॉस्पिटैलिटी एक अल्लाह ताला की तरफ से होगी रोजेदारों के लिए और बहुत ही बड़ा ऑनर होगा जो आखिरत में अल्लाह ताला ने रोजेदार बंदों और बंदियों के लिए रखा है। जी,</w:t>
      </w:r>
    </w:p>
    <w:p>
      <w:r>
        <w:rPr>
          <w:b/>
        </w:rPr>
        <w:t xml:space="preserve">[31:17] </w:t>
      </w:r>
      <w:r>
        <w:t>Doctor sahab, rasulullah ne ek martaba yeh bhi kaha ki "Hu ever does umrah in ramadan, it is equivalent to doing hajj with me." To a yeh kya hadees hai, doctor sahab?</w:t>
      </w:r>
    </w:p>
    <w:p>
      <w:pPr>
        <w:jc w:val="right"/>
      </w:pPr>
      <w:r>
        <w:t>डॉक्टर साहब, रसूलल्लाह ने एक मर्तबा यह भी कहा कि "हु एवर डज उमरा इन रमजान, इट इज इक्विवेलेंट टू डूइंग हज विद मी।" तो अ यह क्या हदीस है, डॉक्टर साहब?</w:t>
      </w:r>
    </w:p>
    <w:p>
      <w:r>
        <w:rPr>
          <w:b/>
        </w:rPr>
        <w:t xml:space="preserve">[31:30] </w:t>
      </w:r>
      <w:r>
        <w:t>Iske bare mein bhi hum sabko bataye. Haan, yeh this is a very nice beautiful hadees. Ek ek sahabi thi, unka naam aata hai umme sunan. Ji, madina ka waqya hai. Woh ansari thi, yani madina ki rehne wali</w:t>
      </w:r>
    </w:p>
    <w:p>
      <w:pPr>
        <w:jc w:val="right"/>
      </w:pPr>
      <w:r>
        <w:t>इसके बारे में भी हम सबको बताएं। हां, ये दिस इज अ वेरी नाइस ब्यूटीफुल हदीस। एक एक सहाबिया थी, उनका नाम आता है उम्मे सनान। जी, मदीना का वाकया है। वो अंसारी थी, यानी मदीना की रहने वाली</w:t>
      </w:r>
    </w:p>
    <w:p>
      <w:r>
        <w:rPr>
          <w:b/>
        </w:rPr>
        <w:t xml:space="preserve">[31:44] </w:t>
      </w:r>
      <w:r>
        <w:t>To prophet sallallahu alaihi wasallam ne unse kaha ki hum a hajj karne ja rahe hain, tum bhi hamare sath chalo. Ji, to unhone apne husband se kaha ki bhai, main bhi hajj karne ja jana chahti hoon rasulullah ke sath. Unke husband ja rahe the,</w:t>
      </w:r>
    </w:p>
    <w:p>
      <w:pPr>
        <w:jc w:val="right"/>
      </w:pPr>
      <w:r>
        <w:t>। तो प्रोफेट सल्लल्लाहु अलैहि वसल्लम ने उनसे कहा कि हम अ हज करने जा रहे हैं, तुम भी हमारे साथ चलो। जी, तो उन्होंने अपने हस्बैंड से कहा कि भाई, मैं भी हज करने जा जाना चाहती हूं रसूलल्लाह के साथ। उनके हस्बैंड जा रहे थे,</w:t>
      </w:r>
    </w:p>
    <w:p>
      <w:r>
        <w:rPr>
          <w:b/>
        </w:rPr>
        <w:t xml:space="preserve">[32:02] </w:t>
      </w:r>
      <w:r>
        <w:t>To unhone kaha ki mere paas to koi oont nahi hai bhejane ke liye. To unhone kaha ki woh jo pani bharne wala oont hai, us par bhej dein. To unke husband ne kaha, "Us par to hum hi ja rahe hain, main</w:t>
      </w:r>
    </w:p>
    <w:p>
      <w:pPr>
        <w:jc w:val="right"/>
      </w:pPr>
      <w:r>
        <w:t>तो उन्होंने कहा कि मेरे पास तो कोई ऊंट नहीं है भेजने के लिए। तो उन्होंने कहा कि वो जो पानी भरने वाला ऊंट है, उस पर भेज दें। तो उनके हस्बैंड ने कहा, "उस पर तो हम ही जा रहे हैं, मै</w:t>
      </w:r>
    </w:p>
    <w:p>
      <w:r>
        <w:rPr>
          <w:b/>
        </w:rPr>
        <w:t xml:space="preserve">[32:14] </w:t>
      </w:r>
      <w:r>
        <w:t>ja raha hoon aur tumhara beta. Hum baari baari baithenge." Kyunki oont par ek shakhs baithta hai, phir doosra baithta hai, aise kuch rest de taaki oont ko bhi zyada thak na jaye. To phir unhone kaha, "Achha, wahi jo pani bharne wala oont hai, usse bhej dein." To unhone jawab diya ki "Woh to maine rah-e-khuda mein de diya hai, ab main wapas nahi le sakta."</w:t>
      </w:r>
    </w:p>
    <w:p>
      <w:pPr>
        <w:jc w:val="right"/>
      </w:pPr>
      <w:r>
        <w:t>ं जा रहा हूं और तुम्हारा बेटा। हम बारी-बारी बैठेंगे।" क्योंकि ऊंट पर एक शख्स बैठता है, फिर दूसरा बैठता है, ऐसे कुछ रेस्ट दे ताकि ऊंट को भी ज्यादा थक ना जाए। तो फिर उन्होंने कहा, "अच्छा, वही जो पानी भरने वाला ऊंट है, उससे भेज दें।" तो उन्होंने जवाब दिया कि "वह तो मैंने राहे खुदा में दे दिया है, अब मैं वापस नहीं ले सकता।"</w:t>
      </w:r>
    </w:p>
    <w:p>
      <w:r>
        <w:rPr>
          <w:b/>
        </w:rPr>
        <w:t xml:space="preserve">[32:40] </w:t>
      </w:r>
      <w:r>
        <w:t>To phir umme sunan ne kaha apne husband se ki "Achha, sari khajoorein bhej dein, usse mujhe hajj kara dein."</w:t>
      </w:r>
    </w:p>
    <w:p>
      <w:pPr>
        <w:jc w:val="right"/>
      </w:pPr>
      <w:r>
        <w:t>तो फिर उम्मे सनान ने कहा अपने हस्बैंड से कि "अच्छा, सारी खजूरें भेज दें, उससे मुझे हज करा दें।"</w:t>
      </w:r>
    </w:p>
    <w:p>
      <w:r>
        <w:rPr>
          <w:b/>
        </w:rPr>
        <w:t xml:space="preserve">[32:58] </w:t>
      </w:r>
      <w:r>
        <w:t>To unhone jawab diya ki "Khajoor, khajoor agar hum bhej denge to khayenge kya?" Kyunki us zamane mein woh barter system hota tha. Khajoor diya, kuch gehun le liya, baale le liya</w:t>
      </w:r>
    </w:p>
    <w:p>
      <w:pPr>
        <w:jc w:val="right"/>
      </w:pPr>
      <w:r>
        <w:t>तो उन्होंने जवाब दिया कि "खजूर, खजूर अगर हम भेज देंगे तो खाएंगे क्या?" क्योंकि उस जमाने में वो बार्टर सिस्टम होता था। खजूर दिया, कुछ गेहूं ले लिया, बाले ले लिया</w:t>
      </w:r>
    </w:p>
    <w:p>
      <w:r>
        <w:rPr>
          <w:b/>
        </w:rPr>
        <w:t xml:space="preserve">[33:10] </w:t>
      </w:r>
      <w:r>
        <w:t>Matlab shauk dekhiye aap ji ki sab kuch. To phir khair, woh chup ho gayi. Phir jab wapas aaye, to bheja apne husband ko rasulullah ke paas ki "Poochhe jaake mera salam kahiyen aur poochhiye</w:t>
      </w:r>
    </w:p>
    <w:p>
      <w:pPr>
        <w:jc w:val="right"/>
      </w:pPr>
      <w:r>
        <w:t>। मतलब शौक देखिए आप जी कि सब कुछ। तो फिर खैर, वो चुप हो गई। फिर जब वापस आए, तो भेजा अपने हस्बैंड को रसूलल्लाह के पास कि "पूछे जाके मेरा सलाम कहिए और पूछिए</w:t>
      </w:r>
    </w:p>
    <w:p>
      <w:r>
        <w:rPr>
          <w:b/>
        </w:rPr>
        <w:t xml:space="preserve">[33:37] </w:t>
      </w:r>
      <w:r>
        <w:t>ke prophet ke sath</w:t>
      </w:r>
    </w:p>
    <w:p>
      <w:pPr>
        <w:jc w:val="right"/>
      </w:pPr>
      <w:r>
        <w:t>कि प्रोफेट के साथ</w:t>
      </w:r>
    </w:p>
    <w:p>
      <w:r>
        <w:rPr>
          <w:b/>
        </w:rPr>
        <w:t xml:space="preserve">[33:39] </w:t>
      </w:r>
      <w:r>
        <w:t>hajj karne ke barabar konsa amal hai."</w:t>
      </w:r>
    </w:p>
    <w:p>
      <w:pPr>
        <w:jc w:val="right"/>
      </w:pPr>
      <w:r>
        <w:t>हज करने के बराबर कौन सा अमल है।"</w:t>
      </w:r>
    </w:p>
    <w:p>
      <w:r>
        <w:rPr>
          <w:b/>
        </w:rPr>
        <w:t xml:space="preserve">[33:43] </w:t>
      </w:r>
      <w:r>
        <w:t>to woh gaye, kaha ke "meri wife ne salam kaha hai aapko."</w:t>
      </w:r>
    </w:p>
    <w:p>
      <w:pPr>
        <w:jc w:val="right"/>
      </w:pPr>
      <w:r>
        <w:t>तो वो गए, कहा कि "मेरी वाइफ ने सलाम कहा है आपको।"</w:t>
      </w:r>
    </w:p>
    <w:p>
      <w:r>
        <w:rPr>
          <w:b/>
        </w:rPr>
        <w:t xml:space="preserve">[33:47] </w:t>
      </w:r>
      <w:r>
        <w:t>jawab diya rasoolullah sallallahu alaihi wasallam ne aur poocha hai ke "aapke saath haj karne ke barabar kaun</w:t>
      </w:r>
    </w:p>
    <w:p>
      <w:pPr>
        <w:jc w:val="right"/>
      </w:pPr>
      <w:r>
        <w:t>जवाब दिया रसूलल्लाह सल्लल्लाहु अलैहि वसल्लम ने और पूछा है कि "आपके साथ हज करने के बराबर कौन</w:t>
      </w:r>
    </w:p>
    <w:p>
      <w:r>
        <w:rPr>
          <w:b/>
        </w:rPr>
        <w:t xml:space="preserve">[33:52] </w:t>
      </w:r>
      <w:r>
        <w:t>sa amal hai?"</w:t>
      </w:r>
    </w:p>
    <w:p>
      <w:pPr>
        <w:jc w:val="right"/>
      </w:pPr>
      <w:r>
        <w:t>सा अमल है?"</w:t>
      </w:r>
    </w:p>
    <w:p>
      <w:r>
        <w:rPr>
          <w:b/>
        </w:rPr>
        <w:t xml:space="preserve">[33:54] </w:t>
      </w:r>
      <w:r>
        <w:t>to rasool ne farmaaya ke</w:t>
      </w:r>
    </w:p>
    <w:p>
      <w:pPr>
        <w:jc w:val="right"/>
      </w:pPr>
      <w:r>
        <w:t>तो रसूल ने फरमाया कि</w:t>
      </w:r>
    </w:p>
    <w:p>
      <w:r>
        <w:rPr>
          <w:b/>
        </w:rPr>
        <w:t xml:space="preserve">[33:57] </w:t>
      </w:r>
      <w:r>
        <w:t>unhone bhi salam kaha aur kaha ke "ramzan</w:t>
      </w:r>
    </w:p>
    <w:p>
      <w:pPr>
        <w:jc w:val="right"/>
      </w:pPr>
      <w:r>
        <w:t>उन्होंने भी सलाम कहा और कहा कि "रमजान</w:t>
      </w:r>
    </w:p>
    <w:p>
      <w:r>
        <w:rPr>
          <w:b/>
        </w:rPr>
        <w:t xml:space="preserve">[34:02] </w:t>
      </w:r>
      <w:r>
        <w:t>mein umra karna mere saath haj karne ke barabar hai."</w:t>
      </w:r>
    </w:p>
    <w:p>
      <w:pPr>
        <w:jc w:val="right"/>
      </w:pPr>
      <w:r>
        <w:t>में उमरा करना मेरे साथ हज करने के बराबर है।"</w:t>
      </w:r>
    </w:p>
    <w:p>
      <w:r>
        <w:rPr>
          <w:b/>
        </w:rPr>
        <w:t xml:space="preserve">[34:07] </w:t>
      </w:r>
      <w:r>
        <w:t>To yeh ek bahut hi badi blessing rasulullah yeh bhi keh sakte the, "Tum agli baar kar lena." Ya kuch aur keh dete ki "Koi baat nahi, agle saal kar lena</w:t>
      </w:r>
    </w:p>
    <w:p>
      <w:pPr>
        <w:jc w:val="right"/>
      </w:pPr>
      <w:r>
        <w:t>तो यह एक बहुत ही बड़ी ब्लेसिंग रसूलल्लाह यह भी कह सकते थे, "तुम अगली बार कर लेना।" या कुछ और कह देते कि "कोई बात नहीं, अगले साल कर लेना</w:t>
      </w:r>
    </w:p>
    <w:p>
      <w:r>
        <w:rPr>
          <w:b/>
        </w:rPr>
        <w:t xml:space="preserve">[34:19] </w:t>
      </w:r>
      <w:r>
        <w:t>." Lekin ek bahut hi badi blessing rasulullah sallallahu alaihi wasallam ne poori ummat ke liye de di. Aur yeh</w:t>
      </w:r>
    </w:p>
    <w:p>
      <w:pPr>
        <w:jc w:val="right"/>
      </w:pPr>
      <w:r>
        <w:t>।" लेकिन एक बहुत ही बड़ी ब्लेसिंग रसूलल्लाह सल्लल्लाहु अलैहि वसल्लम ने पूरी उम्मत के लिए दे दी। और यह</w:t>
      </w:r>
    </w:p>
    <w:p>
      <w:r>
        <w:rPr>
          <w:b/>
        </w:rPr>
        <w:t xml:space="preserve">[34:28] </w:t>
      </w:r>
      <w:r>
        <w:t>yeh jo hadees hai, darasal y abhi itni badi jo hadees hai, itna bada reward yeh spirit ke sath hajj karne par hai,</w:t>
      </w:r>
    </w:p>
    <w:p>
      <w:pPr>
        <w:jc w:val="right"/>
      </w:pPr>
      <w:r>
        <w:t>यह जो हदीस है, दरअसल य अभी इतनी बड़ी जो हदीस है, इतना बड़ा रिवर्ड यह स्पिरिट के साथ हज करने पर है,</w:t>
      </w:r>
    </w:p>
    <w:p>
      <w:r>
        <w:rPr>
          <w:b/>
        </w:rPr>
        <w:t xml:space="preserve">[34:40] </w:t>
      </w:r>
      <w:r>
        <w:t>yani poori haqeeqat ke sath. Aur maine Maulana ki kitab padhi thi, Maulana Wahiduddin Khan ki Haqeeqat-e-Hajj Ji, usmein bahut achhi tarah se waz kiya hai ki jo hajj hai,</w:t>
      </w:r>
    </w:p>
    <w:p>
      <w:pPr>
        <w:jc w:val="right"/>
      </w:pPr>
      <w:r>
        <w:t>यानी पूरी हकीकत के साथ। और मैंने मौलाना की किताब पढ़ी थी, मौलाना वजीरुद्दीन खान की हकीकत हज जी, उसमें बहुत अच्छी तरह से वाज किया है कि जो हज है,</w:t>
      </w:r>
    </w:p>
    <w:p>
      <w:r>
        <w:rPr>
          <w:b/>
        </w:rPr>
        <w:t xml:space="preserve">[34:54] </w:t>
      </w:r>
      <w:r>
        <w:t>woh ek koi ritual nahi hai, balki woh apne andar spirit paida karna hai. Tab yeh itne bade-bade jo sawab hain, jo reward hain, tab mumkin hai</w:t>
      </w:r>
    </w:p>
    <w:p>
      <w:pPr>
        <w:jc w:val="right"/>
      </w:pPr>
      <w:r>
        <w:t>वह एक कोई रिचुअल नहीं है, बल्कि वह अपने अंदर स्पिरिट पैदा करना है। तब यह इतने बड़े-बड़े जो सवाब हैं, जो रिवर्ड हैं, तब मुमकिन है</w:t>
      </w:r>
    </w:p>
    <w:p>
      <w:r>
        <w:rPr>
          <w:b/>
        </w:rPr>
        <w:t xml:space="preserve">[35:07] </w:t>
      </w:r>
      <w:r>
        <w:t>sirf jaakar haj kar lena woh aur jaakar tawaf waghera kar lena. usse kaise mumkin hai ki itna bada reward ki rasoolullah ke saath haj karne ke barabar?</w:t>
      </w:r>
    </w:p>
    <w:p>
      <w:pPr>
        <w:jc w:val="right"/>
      </w:pPr>
      <w:r>
        <w:t>सिर्फ जाकर हज कर लेना वो और जाकर तवाफ वगैरह कर लेना। उससे कैसे मुमकिन है कि इतना बड़ा रिवर्ड कि रसूलल्लाह के साथ हज करने के बराबर?</w:t>
      </w:r>
    </w:p>
    <w:p>
      <w:r>
        <w:rPr>
          <w:b/>
        </w:rPr>
        <w:t xml:space="preserve">[35:16] </w:t>
      </w:r>
      <w:r>
        <w:t>ji ji, bilkul. doctor sahab, maulana iqbal umri ne chennai se comment bheja. unhone likha hai ki "ramzan ki spirit ke baare mein bataya, roza isliye hai ki pyas aur bhook ka ehsaas ho, magar khane ki dhoom ne khano ki lazzat ko aur zyada kar diya</w:t>
      </w:r>
    </w:p>
    <w:p>
      <w:pPr>
        <w:jc w:val="right"/>
      </w:pPr>
      <w:r>
        <w:t>जी जी, बिल्कुल। डॉक्टर साहब, मौलाना इकबाल उमरी ने चेन्नई से कमेंट भेजा। उन्होंने लिखा है कि "रमजान की स्पिरिट के बारे में बताया, रोजा इसलिए है कि प्यास और भूख का एहसास हो, मगर खाने की धूम ने खानों की लज्जत को और ज्यादा कर दिया</w:t>
      </w:r>
    </w:p>
    <w:p>
      <w:r>
        <w:rPr>
          <w:b/>
        </w:rPr>
        <w:t xml:space="preserve">[35:35] </w:t>
      </w:r>
      <w:r>
        <w:t>. allah taala sahi spirit ata karein. aameen." doctor sahab, ek al askar khan sahab hain, inhone sawal bheja hai. mere khyal se inhone shayad late join kiya. aapne already iska jawab diya hai, to main chahunga agar aap repeat kar dein unke liye. unhone yeh likha hai ki "can i read the quran in translation without reading arabic, hoping that it will also gain spirituality and sawab?" to jo samajhkar quran ko padhne wali aapne baat kahi, main chahunga aap ek baar phir se bata dein</w:t>
      </w:r>
    </w:p>
    <w:p>
      <w:pPr>
        <w:jc w:val="right"/>
      </w:pPr>
      <w:r>
        <w:t>। अल्लाह ताला सही स्पिरिट अता करें। आमीन।" डॉक्टर साहब, एक अल अस्कर खान साहब हैं, इन्होंने सवाल भेजा है। मेरे ख्याल से इन्होंने शायद लेट जवाइन किया। आपने ऑलरेडी इसका जवाब दिया है, तो मैं चाहूंगा अगर आप रिपीट कर दें उनके लिए। उन्होंने यह लिखा है कि "कैन आई रीड द कुरान इन ट्रांसलेशन विदाउट रीडिंग अरेबिक, होपिंग दैट इट विल आल्सो गेन स्पिरिचुअलिटी एंड सवाब?" तो जो समझकर कुरान को पढ़ने वाली आपने बात कही, मैं चाहूंगा आप एक बार फिर से बता दें</w:t>
      </w:r>
    </w:p>
    <w:p>
      <w:r>
        <w:rPr>
          <w:b/>
        </w:rPr>
        <w:t xml:space="preserve">[36:05] </w:t>
      </w:r>
      <w:r>
        <w:t>. nahi, yeh to bahut achha sawal hai. yeh log samajhte hain ki quran sirf arabic mein padhna chahiye. ji, darasal quran ka jo maqsad hai, woh yahi hai ki aap usko samjhein. hum to arabic agar nahi aati aur mostly jo log arabic seekhte hain, woh bhi samajh nahi paate, sirf padh lete hain. bas ji, to yaani main samajhta hoon ki quran ko apni language mein, apni mother tongue mein padhna inteha zaroori hai. is</w:t>
      </w:r>
    </w:p>
    <w:p>
      <w:pPr>
        <w:jc w:val="right"/>
      </w:pPr>
      <w:r>
        <w:t>। नहीं, यह तो बहुत अच्छा सवाल है। यह लोग समझते हैं कि कुरान सिर्फ अरेबिक में पढ़ना चाहिए। जी, दरअसल कुरान का जो मकसद है, वह यही है कि आप उसको समझें। हम तो अरेबिक अगर नहीं आती और मोस्टली जो लोग अरेबिक सीखते हैं, वह भी समझ नहीं पाते, सिर्फ पढ़ लेते हैं। बस जी, तो यानी मैं समझता हूं कि कुरान को अपनी लैंग्वेज में, अपनी मदर टंग में पढ़ना इंतहा जरूरी है। इस</w:t>
      </w:r>
    </w:p>
    <w:p>
      <w:r>
        <w:rPr>
          <w:b/>
        </w:rPr>
        <w:t xml:space="preserve">[36:32] </w:t>
      </w:r>
      <w:r>
        <w:t>baat ko maulana ne bahut zyada ji is par emphasis kiya aur phir hum logon ko inspire kiya. hum log quran publish karte hain 50 languages mein. quran alhamdulillah ho gaye hain, world wide distribution hai. to yeh yeh usi wajah se hai ki maulana ne bahut hi zyada emphasis diya ki quran ko apni mother tongue mein padhna zaroori hai. hum ji, zahir hai ki jab hum ek ek foreign language hai, arabic. ji, arabic hamari languag</w:t>
      </w:r>
    </w:p>
    <w:p>
      <w:pPr>
        <w:jc w:val="right"/>
      </w:pPr>
      <w:r>
        <w:t>बात को मौलाना ने बहुत ज्यादा जी इस पर एमफेसिस किया और फिर हम लोगों को इंस्पायर किया। हम लोग कुरान पब्लिश करते हैं 50 लैंग्वेजेस में। कुरान अल्हम्दुलिल्लाह हो गए हैं, वर्ल्ड वाइड डिस्ट्रीब्यूशन है। तो यह ये उसी वजह से है कि मौलाना ने बहुत ही ज्यादा एमफेसिस दिया कि कुरान को अपनी मदर टंग में पढ़ना जरूरी है। हम जी, जाहिर है कि जब हम एक एक फॉरेन लैंग्वेज है, अरेबिक। जी, अरेबिक हमारी लैंग्व</w:t>
      </w:r>
    </w:p>
    <w:p>
      <w:r>
        <w:rPr>
          <w:b/>
        </w:rPr>
        <w:t xml:space="preserve">[36:58] </w:t>
      </w:r>
      <w:r>
        <w:t>e bhi nahi hai. woh hum samajh bhi le, agar usko padh bhi le, to bhi woh baat nahi aati. hum jab tak ke hum apni zuban mein ek cheez ko na padhe, to bahut zaroori hai ki yeh arabic. bahut achhi baat hai arabic padhna, lekin zyada tar log nahi padh padh sakte. ya agar padh sakte hain, to samajh nahi sakte. to us padhne ka kya fayda hai ki jo aapne padha aur yeh padha aur nahi padha ho gaya, barabar ho gaya.</w:t>
      </w:r>
    </w:p>
    <w:p>
      <w:pPr>
        <w:jc w:val="right"/>
      </w:pPr>
      <w:r>
        <w:t>ेज भी नहीं है। वो हम समझ भी ले, अगर उसको पढ़ भी ले, तो भी वो बात नहीं आती। हम जब तक के हम अपनी जुबान में एक चीज को ना पढ़े, तो बहुत जरूरी है कि यह अरेबिक। बहुत अच्छी बात है अरेबिक पढ़ना, लेकिन ज्यादातर लोग नहीं पढ़ पढ़ सकते। या अगर पढ़ सकते हैं, तो समझ नहीं सकते। तो उस पढ़ने का क्या फायदा है कि जो आपने पढ़ा और ये पढ़ा और नहीं पढ़ा हो गया, बराबर हो गया।</w:t>
      </w:r>
    </w:p>
    <w:p>
      <w:r>
        <w:rPr>
          <w:b/>
        </w:rPr>
        <w:t xml:space="preserve">[37:24] </w:t>
      </w:r>
      <w:r>
        <w:t>ji ji, to yeh hazrat aisha ne kaha tha ki yeh kuch log bahut zyada quran padh rahe the, kai din mein, do-teen din mein khatam kar dete the. to hazrat aisha se aage bataya gaya, baad ke zamane ki baat hai, rasoolullah ki death ke baad. halanki woh to</w:t>
      </w:r>
    </w:p>
    <w:p>
      <w:pPr>
        <w:jc w:val="right"/>
      </w:pPr>
      <w:r>
        <w:t>जी जी, तो ये हजरत आयशा ने कहा था कि ये कुछ लोग बहुत ज्यादा कुरान पढ़ रहे थे, कई दिन में, दो-तीन दिन में खत्म कर देते थे। तो हजरत आयशा से आगे बताया गया, बाद के जमाने की बात है, रसूलल्लाह की डेथ के बाद। हालांकि वो तो</w:t>
      </w:r>
    </w:p>
    <w:p>
      <w:r>
        <w:rPr>
          <w:b/>
        </w:rPr>
        <w:t xml:space="preserve">[37:40] </w:t>
      </w:r>
      <w:r>
        <w:t>sahabi rahe honge ya tabi rahe honge, us zamane ke log hain jo early period ke.</w:t>
      </w:r>
    </w:p>
    <w:p>
      <w:pPr>
        <w:jc w:val="right"/>
      </w:pPr>
      <w:r>
        <w:t>सहाबी रहे होंगे या ताबी रहे होंगे, उस जमाने के लोग हैं जो अर्ली पीरियड के।</w:t>
      </w:r>
    </w:p>
    <w:p>
      <w:r>
        <w:rPr>
          <w:b/>
        </w:rPr>
        <w:t xml:space="preserve">[37:45] </w:t>
      </w:r>
      <w:r>
        <w:t>ji, to hazrat aisha razi allah anha ne farmaaya ke "ula kak wam yak" ke unhone padha aur</w:t>
      </w:r>
    </w:p>
    <w:p>
      <w:pPr>
        <w:jc w:val="right"/>
      </w:pPr>
      <w:r>
        <w:t>जी, तो हजरत आयशा रजि अल्लाह अन्हा ने फरमाया कि "उला कक वम यक" कि उन्होंने पढ़ा और</w:t>
      </w:r>
    </w:p>
    <w:p>
      <w:r>
        <w:rPr>
          <w:b/>
        </w:rPr>
        <w:t xml:space="preserve">[37:51] </w:t>
      </w:r>
      <w:r>
        <w:t>nahin padha, barabar hai.</w:t>
      </w:r>
    </w:p>
    <w:p>
      <w:pPr>
        <w:jc w:val="right"/>
      </w:pPr>
      <w:r>
        <w:t>नहीं पढ़ा, बराबर है।</w:t>
      </w:r>
    </w:p>
    <w:p>
      <w:r>
        <w:rPr>
          <w:b/>
        </w:rPr>
        <w:t xml:space="preserve">[37:53] </w:t>
      </w:r>
      <w:r>
        <w:t>un logon ke liye kaha tha.</w:t>
      </w:r>
    </w:p>
    <w:p>
      <w:pPr>
        <w:jc w:val="right"/>
      </w:pPr>
      <w:r>
        <w:t>उन लोगों के लिए कहा था।</w:t>
      </w:r>
    </w:p>
    <w:p>
      <w:r>
        <w:rPr>
          <w:b/>
        </w:rPr>
        <w:t xml:space="preserve">[37:54] </w:t>
      </w:r>
      <w:r>
        <w:t>to quran samajh ke padhna zaroori hai, chahe aap kam padhe.</w:t>
      </w:r>
    </w:p>
    <w:p>
      <w:pPr>
        <w:jc w:val="right"/>
      </w:pPr>
      <w:r>
        <w:t>तो कुरान समझ के पढ़ना जरूरी है, चाहे आप कम पढ़े।</w:t>
      </w:r>
    </w:p>
    <w:p>
      <w:r>
        <w:rPr>
          <w:b/>
        </w:rPr>
        <w:t xml:space="preserve">[37:58] </w:t>
      </w:r>
      <w:r>
        <w:t>bilkul, yaani zaroori nahin hai ke aap poora para, saare 30 ke 30 khatm kar dein.</w:t>
      </w:r>
    </w:p>
    <w:p>
      <w:pPr>
        <w:jc w:val="right"/>
      </w:pPr>
      <w:r>
        <w:t>बिल्कुल, यानी जरूरी नहीं है कि आप पूरा पारा, सारे 30 के 30 खत्म कर दें।</w:t>
      </w:r>
    </w:p>
    <w:p>
      <w:r>
        <w:rPr>
          <w:b/>
        </w:rPr>
        <w:t xml:space="preserve">[38:03] </w:t>
      </w:r>
      <w:r>
        <w:t>quran, balki maulana ne ek mazmoon likha tha ali sala mein, "khatm quran ya tadabbur quran" ke quran</w:t>
      </w:r>
    </w:p>
    <w:p>
      <w:pPr>
        <w:jc w:val="right"/>
      </w:pPr>
      <w:r>
        <w:t>कुरान, बल्कि मौलाना ने एक मजमून लिखा था अली साला में, "खत्म कुरान या तदब्बुर कुरान" कि कुरान</w:t>
      </w:r>
    </w:p>
    <w:p>
      <w:r>
        <w:rPr>
          <w:b/>
        </w:rPr>
        <w:t xml:space="preserve">[38:10] </w:t>
      </w:r>
      <w:r>
        <w:t>khatam karne ki cheez nahi hai. ji, quran tadabbur karne ki cheez hai. bilkul, to woh jab bhi hoga, jab aap samjhenge, usko apni language mein padhna behad zaroori hai. bilkul, bilkul, bilkul, bahut sahi. doctor sahab, aapne achhe se waz kiya isko. doctor sahab, ek hadith mein yeh bhi aata hai ki "whoever gets ramzan in makkah</w:t>
      </w:r>
    </w:p>
    <w:p>
      <w:pPr>
        <w:jc w:val="right"/>
      </w:pPr>
      <w:r>
        <w:t>खत्म करने की चीज नहीं है। जी, कुरान तदब्बुर करने की चीज है। बिल्कुल, तो वो जब भी होगा, जब आप समझेंगे, उसको अपनी लैंग्वेज में पढ़ना बेहद जरूरी है। बिल्कुल, बिल्कुल, बिल्कुल, बहुत सही। डॉक्टर साहब, आपने अच्छे से वाज किया इसको। डॉक्टर साहब, एक हदीस में यह भी आता है कि "हु एवर गेट्स रमजान इन मक्का</w:t>
      </w:r>
    </w:p>
    <w:p>
      <w:r>
        <w:rPr>
          <w:b/>
        </w:rPr>
        <w:t xml:space="preserve">[38:27] </w:t>
      </w:r>
      <w:r>
        <w:t>and fasted and prayed at night, it is equivalent to a reward of 1 lakh months of ramzan." to bahut hi zabardast hadith hai, doctor sahab. yeh main chahunga iske baare mein aap batayein. ek lakh ramzan ka matlab hai ek lakh saal jo zinda rahe. ji, wahi kar sakta hai. ji, to unthinkable hai. bilkul, to yeh itna bada reward.</w:t>
      </w:r>
    </w:p>
    <w:p>
      <w:pPr>
        <w:jc w:val="right"/>
      </w:pPr>
      <w:r>
        <w:t>एंड फास्टेड एंड प्रेड एट नाइट, इट इज इक्विवेलेंट टू अ रिवर्ड ऑफ 1 लाख मंथ्स ऑफ रमजान।" तो बहुत ही जबरदस्त हदीस है, डॉक्टर साहब। ये मैं चाहूंगा इसके बारे में आप बताएं। एक लाख रमजान का मतलब है एक लाख साल जो जिंदा रहे। जी, वही कर सकता है। जी, तो अनथिंकेबल है। बिल्कुल, तो ये इतना बड़ा रिवर्ड।</w:t>
      </w:r>
    </w:p>
    <w:p>
      <w:r>
        <w:rPr>
          <w:b/>
        </w:rPr>
        <w:t xml:space="preserve">[38:50] </w:t>
      </w:r>
      <w:r>
        <w:t>hum ek lakh, aur abhi jab pehle jo humne hadith dekhi thi, do bhaiyon mein ki ek saal mein uska itna darja badh gaya. ji, doosre bhai ka. ji, itna badh gaya unka darja ki woh apne doosre bhai se kahin upar ho gaye. to ek lakh saal ka reward, yeh to bahut hi badi baat hai.</w:t>
      </w:r>
    </w:p>
    <w:p>
      <w:pPr>
        <w:jc w:val="right"/>
      </w:pPr>
      <w:r>
        <w:t>हम एक लाख, और अभी जब पहले जो हमने हदीस देखी थी, दो भाइयों में कि एक साल में उसका इतना दर्जा बढ़ गया। जी, दूसरे भाई का। जी, इतना बढ़ गया उनका दर्जा कि वो अपने दूसरे भाई से कहीं ऊपर हो गए। तो एक लाख साल का रिवर्ड, ये तो बहुत ही बड़ी बात है।</w:t>
      </w:r>
    </w:p>
    <w:p>
      <w:r>
        <w:rPr>
          <w:b/>
        </w:rPr>
        <w:t xml:space="preserve">[39:08] </w:t>
      </w:r>
      <w:r>
        <w:t>ji, asal mein yeh saari cheezein jo hain, woh log samajhte hain jaake aapne kuch tawaf kar liya, saee kar liya, arafat chale gaye aur rami kar li, aur yahan qayam kiya, wahan qayam kiya, muzdalifa mein ruke aur mina mein ruke aur kankad phenki aur haj ho gaya. asal mein,</w:t>
      </w:r>
    </w:p>
    <w:p>
      <w:pPr>
        <w:jc w:val="right"/>
      </w:pPr>
      <w:r>
        <w:t>जी, असल में ये सारी चीजें जो हैं, वो लोग समझते हैं जाके आपने कुछ तवाफ कर लिया, सही कर लिया, अरफात चले गए और रमी कर ली, और यहां कयाम किया, वहां कयाम किया, मुजदल्फा में रुके और मिना में रुके और कंकड़ फेंकी और हज हो गया। असल में,</w:t>
      </w:r>
    </w:p>
    <w:p>
      <w:r>
        <w:rPr>
          <w:b/>
        </w:rPr>
        <w:t xml:space="preserve">[39:31] </w:t>
      </w:r>
      <w:r>
        <w:t>hum we are we are supposed to follow the footsteps of the prophet ibrahim. hum</w:t>
      </w:r>
    </w:p>
    <w:p>
      <w:pPr>
        <w:jc w:val="right"/>
      </w:pPr>
      <w:r>
        <w:t>हम वी आर वी आर सपोज टू फॉलो द फुट स्टेप्स ऑफ द प्रोफेट इब्राहिम। हम</w:t>
      </w:r>
    </w:p>
    <w:p>
      <w:r>
        <w:rPr>
          <w:b/>
        </w:rPr>
        <w:t xml:space="preserve">[39:38] </w:t>
      </w:r>
      <w:r>
        <w:t>follow ka matlab yeh thodi hai ki bas chale, saee kiya, ritualistic gaye, saat baar chale gaye aur wahan tawaf kar liya aur wahan kankad maar li. yeh to ritual hai. bilkul, lekin iske iske peeche kya hai?</w:t>
      </w:r>
    </w:p>
    <w:p>
      <w:pPr>
        <w:jc w:val="right"/>
      </w:pPr>
      <w:r>
        <w:t>फॉलो का मतलब ये थोड़ी है कि बस चले, सही किया, रिचुअलिस्टिक गए, सात बार चले गए और वहां तवाफ कर लिया और वहां कंकड़ मार ली। ये तो रिचुअल है। बिल्कुल, लेकिन इसके इसके पीछे क्या है?</w:t>
      </w:r>
    </w:p>
    <w:p>
      <w:r>
        <w:rPr>
          <w:b/>
        </w:rPr>
        <w:t xml:space="preserve">[39:51] </w:t>
      </w:r>
      <w:r>
        <w:t>iske peeche yeh hai ki aapke andar wahi jazba bedaar ho jo hazrat ibrahim al salam, hazrat ismail al salam, hazrat hajra, rasoolullah sallallahu alaihi wasallam aur sahaba ke andar bedaar hua tha. yaani dawah. to</w:t>
      </w:r>
    </w:p>
    <w:p>
      <w:pPr>
        <w:jc w:val="right"/>
      </w:pPr>
      <w:r>
        <w:t>इसके पीछे यह है कि आपके अंदर वही जज्बा बेदार हो जो हजरत इब्राहिम अल सलाम, हजरत इस्माइल अल सलाम, हजरत हाजरा, रसूलल्लाह सल्लल्लाहु अलैहि वसल्लम और सहाबा के अंदर बेदार हुआ था। यानी दावत। तो</w:t>
      </w:r>
    </w:p>
    <w:p>
      <w:r>
        <w:rPr>
          <w:b/>
        </w:rPr>
        <w:t xml:space="preserve">[40:06] </w:t>
      </w:r>
      <w:r>
        <w:t>agar aap haj karke yeh sabak lekar wahan se laute ki mujhe hazrat ibrahim al salam ka kaam karna hai, ismail al salam ka kaam karna hai, hazrat hajra ke naqsh qadam par chalna hai, woh log kis liye aaye the?</w:t>
      </w:r>
    </w:p>
    <w:p>
      <w:pPr>
        <w:jc w:val="right"/>
      </w:pPr>
      <w:r>
        <w:t>अगर आप हज करके यह सबक लेकर वहां से लौटे कि मुझे हजरत इब्राहिम अल सलाम का काम करना है, इस्माइल अल सलाम का काम करना है, हजरत हाजरा के नक्श कदम पर चलना है, वो लोग किस लिए आए थे?</w:t>
      </w:r>
    </w:p>
    <w:p>
      <w:r>
        <w:rPr>
          <w:b/>
        </w:rPr>
        <w:t xml:space="preserve">[40:22] </w:t>
      </w:r>
      <w:r>
        <w:t>hum makkah dawah ke liye aaye the. hazrat ibrahim al salam ne saari zindagi dawah ki, sirf safar hi karte rahe woh. aur rasoolullah ka bhi yahi kaam tha aur sahaba ka bhi yahi kaam tha. to agar aap aap is tarah se</w:t>
      </w:r>
    </w:p>
    <w:p>
      <w:pPr>
        <w:jc w:val="right"/>
      </w:pPr>
      <w:r>
        <w:t>हम मक्का दावत के लिए आए थे। हजरत इब्राहिम अल सलाम ने सारी जिंदगी दावत की, सिर्फ सफर ही करते रहे वो। और रसूलल्लाह का भी यही काम था और सहाबा का भी यही काम था। तो अगर आप आप इस तरह से</w:t>
      </w:r>
    </w:p>
    <w:p>
      <w:r>
        <w:rPr>
          <w:b/>
        </w:rPr>
        <w:t xml:space="preserve">[40:35] </w:t>
      </w:r>
      <w:r>
        <w:t>haj ki spirit ko samjhenge</w:t>
      </w:r>
    </w:p>
    <w:p>
      <w:pPr>
        <w:jc w:val="right"/>
      </w:pPr>
      <w:r>
        <w:t>हज की स्पिरिट को समझेंगे</w:t>
      </w:r>
    </w:p>
    <w:p>
      <w:r>
        <w:rPr>
          <w:b/>
        </w:rPr>
        <w:t xml:space="preserve">[40:38] </w:t>
      </w:r>
      <w:r>
        <w:t>aur ibrahim al salam, ismail al salam, hazrat hajra aur rasoolullah sallallahu alaihi wasallam aur sahaba ke ke</w:t>
      </w:r>
    </w:p>
    <w:p>
      <w:pPr>
        <w:jc w:val="right"/>
      </w:pPr>
      <w:r>
        <w:t>और इब्राहिम अल सलाम, इस्माइल अल सलाम, हजरत हाजरा और रसूलल्लाह सल्लल्लाहु अलैहि वसल्लम और सहाबा के के</w:t>
      </w:r>
    </w:p>
    <w:p>
      <w:r>
        <w:rPr>
          <w:b/>
        </w:rPr>
        <w:t xml:space="preserve">[40:46] </w:t>
      </w:r>
      <w:r>
        <w:t>us raaste ko ikhtiyar karenge jo ke dawat ka raasta hai, logon ko quran ki baatein pahunchane ka</w:t>
      </w:r>
    </w:p>
    <w:p>
      <w:pPr>
        <w:jc w:val="right"/>
      </w:pPr>
      <w:r>
        <w:t>उस रास्ते को इख्तियार करेंगे जो कि दावत का रास्ता है, लोगों को कुरान की बातें पहुंचाने का</w:t>
      </w:r>
    </w:p>
    <w:p>
      <w:r>
        <w:rPr>
          <w:b/>
        </w:rPr>
        <w:t xml:space="preserve">[40:52] </w:t>
      </w:r>
      <w:r>
        <w:t>raasta hai, islam ki baatein pahunchane ka raasta hai, rasoolullah sallallahu alaihi wasallam ki ahadees aur unki</w:t>
      </w:r>
    </w:p>
    <w:p>
      <w:pPr>
        <w:jc w:val="right"/>
      </w:pPr>
      <w:r>
        <w:t>रास्ता है, इस्लाम की बातें पहुंचाने का रास्ता है, रसूलल्लाह सल्लल्लाहु अलैहि वसल्लम की अहा दीस और उनकी</w:t>
      </w:r>
    </w:p>
    <w:p>
      <w:r>
        <w:rPr>
          <w:b/>
        </w:rPr>
        <w:t xml:space="preserve">[40:57] </w:t>
      </w:r>
      <w:r>
        <w:t>teachings ko pahunchane ka raasta hai, us raaste par chalenge.</w:t>
      </w:r>
    </w:p>
    <w:p>
      <w:pPr>
        <w:jc w:val="right"/>
      </w:pPr>
      <w:r>
        <w:t>टीचिंग्स को पहुंचाने का रास्ता है, उस रास्ते पर चलेंगे।</w:t>
      </w:r>
    </w:p>
    <w:p>
      <w:r>
        <w:rPr>
          <w:b/>
        </w:rPr>
        <w:t xml:space="preserve">[41:00] </w:t>
      </w:r>
      <w:r>
        <w:t>ji, through out your life, haj karne ke baad agar zindagi badal jaaye logon ki aur</w:t>
      </w:r>
    </w:p>
    <w:p>
      <w:pPr>
        <w:jc w:val="right"/>
      </w:pPr>
      <w:r>
        <w:t>जी, थ्रू आउट योर लाइफ, हज करने के बाद अगर जिंदगी बदल जाए लोगों की और</w:t>
      </w:r>
    </w:p>
    <w:p>
      <w:r>
        <w:rPr>
          <w:b/>
        </w:rPr>
        <w:t xml:space="preserve">[41:06] </w:t>
      </w:r>
      <w:r>
        <w:t>wo dayaan jazba bedaar ho jaaye, tab itna bada reward hai. log haj karke aate hain, batate hain bada achha tent tha wahan aur metro aur yeh aur badi achha safai. yeh aur yeh yeh kya hai?</w:t>
      </w:r>
    </w:p>
    <w:p>
      <w:pPr>
        <w:jc w:val="right"/>
      </w:pPr>
      <w:r>
        <w:t>वो दयान जज्बा बेदार हो जाए, तब इतना बड़ा रिवर्ड है। लोग हज करके आते हैं, बताते हैं बड़ा अच्छा टेंट था वहां और मेट्रो और यह और बड़ी अच्छा सफाई। ये और ये ये क्या है?</w:t>
      </w:r>
    </w:p>
    <w:p>
      <w:r>
        <w:rPr>
          <w:b/>
        </w:rPr>
        <w:t xml:space="preserve">[41:18] </w:t>
      </w:r>
      <w:r>
        <w:t>itna bada mobilization jo poori duniya se log aa rahe hain, hum to to three million people coming from all around the world just for doing some rituals. hum yeh to koi maqsad nahi ho sakta. jo maqsad hai, woh yeh hai ki aap ibrahim al salam ki zindagi ko apnaaye, hum ismail al salam ki zindagi ko apnaaye, r</w:t>
      </w:r>
    </w:p>
    <w:p>
      <w:pPr>
        <w:jc w:val="right"/>
      </w:pPr>
      <w:r>
        <w:t>इतना बड़ा मोबिलाइजेशन जो पूरी दुनिया से लोग आ रहे हैं, हम टू टू थ्री मिलियन पीपल कमिंग फ्रॉम ऑल अराउंड द वर्ल्ड जस्ट फॉर डूइंग सम रिचुअल्स। हम यह तो कोई मकसद नहीं हो सकता। जो मकसद है, वो यह है कि आप इब्राहिम अल सलाम की जिंदगी को अपनाए, हम इस्माइल अल सलाम की जिंदगी को अपनाए, र</w:t>
      </w:r>
    </w:p>
    <w:p>
      <w:r>
        <w:rPr>
          <w:b/>
        </w:rPr>
        <w:t xml:space="preserve">[41:41] </w:t>
      </w:r>
      <w:r>
        <w:t>asoolullah sallallahu alaihi wasallam ki zindagi ko apnaaye aur aur sahaba ki zindagi ko apnaaye. aur woh yahi hai ki aap quran ka paigham saare insano tak pahunchaye, tab yeh bade-bade reward hain. bilkul, warna namumkin hai. ji, bilkul wahi. doctor sahab, high purpose bhi hai. actually, ramzan bhi. doctor sahab, jis tarah maine samjha aapki aaj baaton se ki fasting basically increases the spiritual capability of one's heart.</w:t>
      </w:r>
    </w:p>
    <w:p>
      <w:pPr>
        <w:jc w:val="right"/>
      </w:pPr>
      <w:r>
        <w:t>सूलल्लाह सल्लल्लाहु अलैहि वसल्लम की जिंदगी को अपनाए और और सहाबा की जिंदगी को अपनाए। और वो यही है कि आप कुरान का पैगाम सारे इंसानों तक पहुंचाए, तब यह बड़े-बड़े रिवर्ड हैं। बिल्कुल, वरना नामुमकिन है। जी, बिल्कुल वही। डॉक्टर साहब, हाई पर्पस भी है। एक्चुअली, रमजान भी। डॉक्टर साहब, जिस तरह मैंने समझा आपकी आज बातों से कि फास्टिंग बेसिकली इंक्रीजस द स्पिरिचुअल कैपेबिलिटी ऑफ वनस हार्ट।</w:t>
      </w:r>
    </w:p>
    <w:p>
      <w:r>
        <w:rPr>
          <w:b/>
        </w:rPr>
        <w:t xml:space="preserve">[42:10] </w:t>
      </w:r>
      <w:r>
        <w:t>uske andar sabr aata hai aur sabr ke baare mein hi doctor sahab maulana ne bada achha likha hai ki "patience is the ground on which the blessed tree of dua grows" aur tabhi insaan ke zuban se woh sab duayein nikalti hain, which go straight straight to to god almighty. to jo spirit hai, wahi sahi hai. doctor sahab, mashaallah, bahut achhe se aapne kai sawalon ka, doctor sahab, bahut achhe se spiritual jawab diya.</w:t>
      </w:r>
    </w:p>
    <w:p>
      <w:pPr>
        <w:jc w:val="right"/>
      </w:pPr>
      <w:r>
        <w:t>उसके अंदर सब्र आता है और सब्र के बारे में ही डॉक्टर साहब मौलाना ने बड़ा अच्छा लिखा है कि "पेशेंस इज द ग्राउंड ऑन व्हिच दी ब्लेस्ड ट्री ऑफ दुआ ग्रोस" और तभी इंसान के जबान से वह सब दुआएं निकलती हैं, व्हिच गो स्ट्रेट स्ट्रेट टू टू गॉड ऑलमाइटी। तो जो स्पिरिट है, वही सही है। डॉक्टर साहब, माशाल्लाह, बहुत अच्छे से आपने कई सवालों का, डॉक्टर साहब, बहुत अच्छे से स्पिरिचुअल जवाब दिया।</w:t>
      </w:r>
    </w:p>
    <w:p>
      <w:r>
        <w:rPr>
          <w:b/>
        </w:rPr>
        <w:t xml:space="preserve">[42:38] </w:t>
      </w:r>
      <w:r>
        <w:t>doctor sahab, yeh ek comment padhna chahunga jo aamir mori sahab ne likha hai srinagar se. unhone likha hai, "beautiful session, thanks for organizing it just before ramzan. may god help us to understand quran with deeper meaning during this ramzan. aameen."</w:t>
      </w:r>
    </w:p>
    <w:p>
      <w:pPr>
        <w:jc w:val="right"/>
      </w:pPr>
      <w:r>
        <w:t>डॉक्टर साहब, यह एक कमेंट पढ़ना चाहूंगा जो आमिर मोरी साहब ने लिखा है श्रीनगर से। उन्होंने लिखा है, "ब्यूटीफुल सेशन, थैंक्स फॉर ऑर्गेनाइजिंग इट जस्ट बिफोर रमजान। मे गॉड हेल्प अस टू अंडरस्टैंड कुरान विद डीपर मीनिंग ड्यूरिंग दिस रमजान। आमीन।"</w:t>
      </w:r>
    </w:p>
    <w:p>
      <w:r>
        <w:rPr>
          <w:b/>
        </w:rPr>
        <w:t xml:space="preserve">[42:55] </w:t>
      </w:r>
      <w:r>
        <w:t>doctor sahab, ek hadith yeh bhi hai ki during the difficult time, especially when when prophet was returning from taif, an angel came to him and offered to convert the entire city of makkah in gold. lekin rasoolullah ne jo jawab diya, woh bahut hi hum sabke liye sabka moajza hai. main chahunga ki is hadith ke baare mein bhi aap hum sabko batayein. haan, yeh badi unusual si hadith hai. asal mein, bahut hi inteha mushkil halaat</w:t>
      </w:r>
    </w:p>
    <w:p>
      <w:pPr>
        <w:jc w:val="right"/>
      </w:pPr>
      <w:r>
        <w:t>डॉक्टर साहब, एक हदीस यह भी है कि ड्यूरिंग द डिफिकल्ट टाइम, स्पेशली व्हेन व्हेन प्रोफेट वाज रिटर्निंग फ्रॉम तायफ, एन एंजल केम टू हिम एंड ऑफर्ड टू कन्वर्ट द एंटायस ऑफ मक्का इन गोल्ड। लेकिन रसूलल्लाह ने जो जवाब दिया, वह बहुत ही हम सबके लिए सबका मोज है। मैं चाहूंगा कि इस हदीस के बारे में भी आप हम सबको बताएं। हां, यह बड़ी अनयूजुअल सी हदीस है। असल में, बहुत ही इंतहा मुश्किल हाला</w:t>
      </w:r>
    </w:p>
    <w:p>
      <w:r>
        <w:rPr>
          <w:b/>
        </w:rPr>
        <w:t xml:space="preserve">[43:24] </w:t>
      </w:r>
      <w:r>
        <w:t>the us waqt. ji, yaani rasoolullah sallallahu alaihi wasallam, prophet ki family aur sahaba bahut hi difficult time se guzar rahe the. yaani khane peene ka nahi tha aur itna pareshan kar rahe the makkah wale ki bayan nahi kiya ja sakta. to us waqt rasoolullah ki yeh hadith hai ki "arja ali rabbi li jala li batha makkah z</w:t>
      </w:r>
    </w:p>
    <w:p>
      <w:pPr>
        <w:jc w:val="right"/>
      </w:pPr>
      <w:r>
        <w:t>त थे उस वक्त। जी, यानी रसूलल्लाह सल्लल्लाहु अलैहि वसल्लम, प्रोफेट की फैमिली और सहाबा बहुत ही डिफिकल्ट टाइम से गुजर रहे थे। यानी खाने पीने का नहीं था और इतना परेशान कर रहे थे मक्का वाले कि बयान नहीं किया जा सकता। तो उस वक्त रसूलल्लाह की यह हदीस है कि "अरजा अली रब्बी लि जला ली बथा मक्का ज</w:t>
      </w:r>
    </w:p>
    <w:p>
      <w:r>
        <w:rPr>
          <w:b/>
        </w:rPr>
        <w:t xml:space="preserve">[43:46] </w:t>
      </w:r>
      <w:r>
        <w:t>habb" ke mujhe allah taala ne yeh offer diya ki main makka ki jo valley hai, tumhare liye gold ki bana doon. ji, bana deta hoon. ji, kyunki ek farishta aaya tha, usne kaha ki allah taala ne mujhe bheja hai isliye ki agar aap ijazat dein to makka ki jo valley hai, makka is a small valley. hum to us valley ko main aapke liye gold ki bana doon.</w:t>
      </w:r>
    </w:p>
    <w:p>
      <w:pPr>
        <w:jc w:val="right"/>
      </w:pPr>
      <w:r>
        <w:t>हब" के मुझे अल्लाह ताला ने यह ऑफर दिया कि मैं मक्का की जो वैली है, तुम्हारे लिए गोल्ड की बना दूं। जी, बना देता हूं। जी, क्योंकि एक फरिश्ता आया था, उसने कहा कि अल्लाह ताला ने मुझे भेजा है इसलिए कि अगर आप इजाजत दें तो मक्का की जो वैली है, मक्का इज ए स्मॉल वैली। हम तो उस वैली को मैं आपके लिए गोल्ड की बना दूं।</w:t>
      </w:r>
    </w:p>
    <w:p>
      <w:r>
        <w:rPr>
          <w:b/>
        </w:rPr>
        <w:t xml:space="preserve">[44:11] </w:t>
      </w:r>
      <w:r>
        <w:t>hum zahir hai, jiski jo uski ke paas gold ka ki mountain hogi, to wo to hi hi would live like a king. ji, to saare masail ka hal ho jayega. bilkul. to rasoolullah sallallahu alaihi wasallam ne haath aasman ke upar uthaya aur kaha, "la ya rabbi." nahi hai mere rab. f kutu la ya rabbi. wa la ash yaman wa yaman</w:t>
      </w:r>
    </w:p>
    <w:p>
      <w:pPr>
        <w:jc w:val="right"/>
      </w:pPr>
      <w:r>
        <w:t>हम जाहिर है, जिसकी जो उसकी के पास गोल्ड का की माउंटेन होगी, तो वो तो ही ही वुड लिव लाइक अ किंग। जी, तो सारे मसाइल का हल हो जाएगा। बिल्कुल। तो रसूलल्लाह सल्लल्लाहु अलैहि वसल्लम ने हाथ आसमान के ऊपर उठाया और कहा, "ला या रब्बी।" नहीं है मेरे रब। फ कुतु ला या रब्बी। वला अश यमन वज यमन</w:t>
      </w:r>
    </w:p>
    <w:p>
      <w:r>
        <w:rPr>
          <w:b/>
        </w:rPr>
        <w:t xml:space="preserve">[44:36] </w:t>
      </w:r>
      <w:r>
        <w:t>ki ae allah, main yeh nahi chahta. main to chahta hoon ki ek din main khaoon aur ek din main bhookha rahoon.</w:t>
      </w:r>
    </w:p>
    <w:p>
      <w:pPr>
        <w:jc w:val="right"/>
      </w:pPr>
      <w:r>
        <w:t>कि ए अल्लाह, मैं यह नहीं चाहता। मैं तो चाहता हूं कि एक दिन मैं खाऊं और एक दिन मैं भूखा रहूं।</w:t>
      </w:r>
    </w:p>
    <w:p>
      <w:r>
        <w:rPr>
          <w:b/>
        </w:rPr>
        <w:t xml:space="preserve">[44:47] </w:t>
      </w:r>
      <w:r>
        <w:t>faz tara jab mujhe bhookh lagi, to main gidgidahooon, tujhse fariyad karoon.</w:t>
      </w:r>
    </w:p>
    <w:p>
      <w:pPr>
        <w:jc w:val="right"/>
      </w:pPr>
      <w:r>
        <w:t>फज तरा जब मुझे भूख लगी, तो मैं गिड़गिड़ा हूं, तुझसे फरियाद करूं।</w:t>
      </w:r>
    </w:p>
    <w:p>
      <w:r>
        <w:rPr>
          <w:b/>
        </w:rPr>
        <w:t xml:space="preserve">[44:58] </w:t>
      </w:r>
      <w:r>
        <w:t>wa zakat ka aur tujhe yaad karoon. wa shat ka wa shakat ka.</w:t>
      </w:r>
    </w:p>
    <w:p>
      <w:pPr>
        <w:jc w:val="right"/>
      </w:pPr>
      <w:r>
        <w:t>व जकत का और तुझे याद करूं। व शत का व शकत का।</w:t>
      </w:r>
    </w:p>
    <w:p>
      <w:r>
        <w:rPr>
          <w:b/>
        </w:rPr>
        <w:t xml:space="preserve">[45:04] </w:t>
      </w:r>
      <w:r>
        <w:t>aur jab main pet bhar ke khana khaoon, to main tera praise karoon, teri tareef karoon, tujhe yaad karoon. to yeh yeh bahut achhi hadees hai. ji, isse yeh bhi pata chalta hai ki roze ki spirit kya hai. hum aam taur se hum logon ko bhookh thodi lagti hai. hum kyunki khana rakha hua hai, har waqt hum kha sakte hain. ji, to wo jo bhookh ka ehsaas hai, wo ab ab bahut kam logon ko hota hai.</w:t>
      </w:r>
    </w:p>
    <w:p>
      <w:pPr>
        <w:jc w:val="right"/>
      </w:pPr>
      <w:r>
        <w:t>और जब मैं पेट भर के खाना खाऊं, तो मैं तेरा प्रेज करूं, तेरी तारीफ करूं, तुझे याद करूं। तो यह यह बहुत अच्छी हदीस है। जी, इससे यह भी पता चलता है कि रोजे की स्पिरिट क्या है। हम आमतौर से हम लोगों को भूख थोड़ी लगती है। हम क्योंकि खाना रखा हुआ है, हर वक्त हम खा सकते हैं। जी, तो वो जो भूख का एहसास है, वो अब अब बहुत कम लोगों को होता है।</w:t>
      </w:r>
    </w:p>
    <w:p>
      <w:r>
        <w:rPr>
          <w:b/>
        </w:rPr>
        <w:t xml:space="preserve">[45:31] </w:t>
      </w:r>
      <w:r>
        <w:t>hum to bhookh ka ehsaas ki allah taala hamein itni badi nemat de raha hai khane ki shakal mein aur pani ki shakal mein. iska ehsaas karane ke liye hum yeh roza rakha gaya hai. to yeh isse yaani yahi spirit hai ramzan ki ki insaan ko pata chale ki allah taala ki kitni nematein hain jo hum hum hum jiska zikr nahi karte, jiska ehsaas nahi hota hai.</w:t>
      </w:r>
    </w:p>
    <w:p>
      <w:pPr>
        <w:jc w:val="right"/>
      </w:pPr>
      <w:r>
        <w:t>हम तो भूख का एहसास कि अल्लाह ताला हमें इतनी बड़ी नेमत दे रहा है खाने की शक्ल में और पानी की शक्ल में। इसका एहसास कराने के लिए हम यह रोजा रखा गया है। तो यह इससे यानी यही स्पिरिट है रमजान की कि इंसान को पता चले कि अल्लाह ताला की कितनी नेमतें हैं जो हम हम हम जिसका जिक्र नहीं करते, जिसका एहसास नहीं होता है।</w:t>
      </w:r>
    </w:p>
    <w:p>
      <w:r>
        <w:rPr>
          <w:b/>
        </w:rPr>
        <w:t xml:space="preserve">[45:59] </w:t>
      </w:r>
      <w:r>
        <w:t>to isi tarah se yaani bahut hi saada saadgi thi us zamane mein.</w:t>
      </w:r>
    </w:p>
    <w:p>
      <w:pPr>
        <w:jc w:val="right"/>
      </w:pPr>
      <w:r>
        <w:t>तो इसी तरह से यानी बहुत ही सादा सादगी थी उस जमाने में।</w:t>
      </w:r>
    </w:p>
    <w:p>
      <w:r>
        <w:rPr>
          <w:b/>
        </w:rPr>
        <w:t xml:space="preserve">[46:05] </w:t>
      </w:r>
      <w:r>
        <w:t>rasoolullah ke zamane mein itni saadgi thi ke tasawwur nahin kar sakte.</w:t>
      </w:r>
    </w:p>
    <w:p>
      <w:pPr>
        <w:jc w:val="right"/>
      </w:pPr>
      <w:r>
        <w:t>रसूलल्लाह के जमाने में इतनी सादगी थी कि तसव्वुर नहीं कर सकते।</w:t>
      </w:r>
    </w:p>
    <w:p>
      <w:r>
        <w:rPr>
          <w:b/>
        </w:rPr>
        <w:t xml:space="preserve">[46:09] </w:t>
      </w:r>
      <w:r>
        <w:t>aajkal to ramzan ek festival ban gaya hai.</w:t>
      </w:r>
    </w:p>
    <w:p>
      <w:pPr>
        <w:jc w:val="right"/>
      </w:pPr>
      <w:r>
        <w:t>आजकल तो रमजान एक फेस्टिवल बन गया है।</w:t>
      </w:r>
    </w:p>
    <w:p>
      <w:r>
        <w:rPr>
          <w:b/>
        </w:rPr>
        <w:t xml:space="preserve">[46:12] </w:t>
      </w:r>
      <w:r>
        <w:t>humein yaad hai ke dhoom jab hum old delhi mein rehte the bachpan mein, to wahan dhoom hoti</w:t>
      </w:r>
    </w:p>
    <w:p>
      <w:pPr>
        <w:jc w:val="right"/>
      </w:pPr>
      <w:r>
        <w:t>हमें याद है कि धूम जब हम ओल्ड दिल्ली में रहते थे बचपन में, तो वहां धूम होती</w:t>
      </w:r>
    </w:p>
    <w:p>
      <w:r>
        <w:rPr>
          <w:b/>
        </w:rPr>
        <w:t xml:space="preserve">[46:18] </w:t>
      </w:r>
      <w:r>
        <w:t>thi khane peene ki.</w:t>
      </w:r>
    </w:p>
    <w:p>
      <w:pPr>
        <w:jc w:val="right"/>
      </w:pPr>
      <w:r>
        <w:t>थी खाने पीने की।</w:t>
      </w:r>
    </w:p>
    <w:p>
      <w:r>
        <w:rPr>
          <w:b/>
        </w:rPr>
        <w:t xml:space="preserve">[46:19] </w:t>
      </w:r>
      <w:r>
        <w:t>aur khaas taur se kuch khane aise hote the ke jo sirf ramzan mein dikhte the.</w:t>
      </w:r>
    </w:p>
    <w:p>
      <w:pPr>
        <w:jc w:val="right"/>
      </w:pPr>
      <w:r>
        <w:t>और खास तौर से कुछ खाने ऐसे होते थे कि जो सिर्फ रमजान में दिखते थे।</w:t>
      </w:r>
    </w:p>
    <w:p>
      <w:r>
        <w:rPr>
          <w:b/>
        </w:rPr>
        <w:t xml:space="preserve">[46:24] </w:t>
      </w:r>
      <w:r>
        <w:t>ramzan hi bante the.</w:t>
      </w:r>
    </w:p>
    <w:p>
      <w:pPr>
        <w:jc w:val="right"/>
      </w:pPr>
      <w:r>
        <w:t>रमजान ही बनते थे।</w:t>
      </w:r>
    </w:p>
    <w:p>
      <w:r>
        <w:rPr>
          <w:b/>
        </w:rPr>
        <w:t xml:space="preserve">[46:25] </w:t>
      </w:r>
      <w:r>
        <w:t>jaise ek cheez hoti thi khajla aur pheni.</w:t>
      </w:r>
    </w:p>
    <w:p>
      <w:pPr>
        <w:jc w:val="right"/>
      </w:pPr>
      <w:r>
        <w:t>जैसे एक चीज होती थी खजला और फेनी।</w:t>
      </w:r>
    </w:p>
    <w:p>
      <w:r>
        <w:rPr>
          <w:b/>
        </w:rPr>
        <w:t xml:space="preserve">[46:28] </w:t>
      </w:r>
      <w:r>
        <w:t>achha, aapko nahi pata hoga.</w:t>
      </w:r>
    </w:p>
    <w:p>
      <w:pPr>
        <w:jc w:val="right"/>
      </w:pPr>
      <w:r>
        <w:t>अच्छा, आपको नहीं पता होगा।</w:t>
      </w:r>
    </w:p>
    <w:p>
      <w:r>
        <w:rPr>
          <w:b/>
        </w:rPr>
        <w:t xml:space="preserve">[46:29] </w:t>
      </w:r>
      <w:r>
        <w:t>nahi, nahi, nahi.</w:t>
      </w:r>
    </w:p>
    <w:p>
      <w:pPr>
        <w:jc w:val="right"/>
      </w:pPr>
      <w:r>
        <w:t>नहीं, नहीं, नहीं।</w:t>
      </w:r>
    </w:p>
    <w:p>
      <w:r>
        <w:rPr>
          <w:b/>
        </w:rPr>
        <w:t xml:space="preserve">[46:30] </w:t>
      </w:r>
      <w:r>
        <w:t>to wo sirf ramzan mein hi hoti thi.</w:t>
      </w:r>
    </w:p>
    <w:p>
      <w:pPr>
        <w:jc w:val="right"/>
      </w:pPr>
      <w:r>
        <w:t>तो वो सिर्फ रमजान में ही होती थी।</w:t>
      </w:r>
    </w:p>
    <w:p>
      <w:r>
        <w:rPr>
          <w:b/>
        </w:rPr>
        <w:t xml:space="preserve">[46:31] </w:t>
      </w:r>
      <w:r>
        <w:t>bada dhoom hoti thi.</w:t>
      </w:r>
    </w:p>
    <w:p>
      <w:pPr>
        <w:jc w:val="right"/>
      </w:pPr>
      <w:r>
        <w:t>बड़ा धूम होती थी।</w:t>
      </w:r>
    </w:p>
    <w:p>
      <w:r>
        <w:rPr>
          <w:b/>
        </w:rPr>
        <w:t xml:space="preserve">[46:32] </w:t>
      </w:r>
      <w:r>
        <w:t>yani khane peene ki dhoom.</w:t>
      </w:r>
    </w:p>
    <w:p>
      <w:pPr>
        <w:jc w:val="right"/>
      </w:pPr>
      <w:r>
        <w:t>यानी खाने पीने की धूम।</w:t>
      </w:r>
    </w:p>
    <w:p>
      <w:r>
        <w:rPr>
          <w:b/>
        </w:rPr>
        <w:t xml:space="preserve">[46:34] </w:t>
      </w:r>
      <w:r>
        <w:t>aur aap dekhiye ki rasoolullah sallallahu alaihi wasallam ki kya surat haal hoti thi ki pani se iftar</w:t>
      </w:r>
    </w:p>
    <w:p>
      <w:pPr>
        <w:jc w:val="right"/>
      </w:pPr>
      <w:r>
        <w:t>और आप देखिए कि रसूलल्लाह सल्लल्लाहु अलैहि वसल्लम की क्या सूरत हाल होती थी कि पानी से इफ्तार</w:t>
      </w:r>
    </w:p>
    <w:p>
      <w:r>
        <w:rPr>
          <w:b/>
        </w:rPr>
        <w:t xml:space="preserve">[46:41] </w:t>
      </w:r>
      <w:r>
        <w:t>karte the</w:t>
      </w:r>
    </w:p>
    <w:p>
      <w:pPr>
        <w:jc w:val="right"/>
      </w:pPr>
      <w:r>
        <w:t>करते थे</w:t>
      </w:r>
    </w:p>
    <w:p>
      <w:r>
        <w:rPr>
          <w:b/>
        </w:rPr>
        <w:t xml:space="preserve">[46:42] </w:t>
      </w:r>
      <w:r>
        <w:t>ya khajoor se. agar agar khajoor hai, to khajoor se iftar karte the. khajoor nahi hai, to pani se. aur uske baad namaz padhte the. yaani iftar ke baad foran khana nahi khate the. masjid jaate the, namaz padh ke aate the aur khana khate the. ab khane mein kya hota tha?</w:t>
      </w:r>
    </w:p>
    <w:p>
      <w:pPr>
        <w:jc w:val="right"/>
      </w:pPr>
      <w:r>
        <w:t>या खजूर से। अगर अगर खजूर है, तो खजूर से इफ्तार करते थे। खजूर नहीं है, तो पानी से। और उसके बाद नमाज पढ़ते थे। यानी इफ्तार के बाद फौरन खाना नहीं खाते थे। मस्जिद जाते थे, नमाज पढ़ के आते थे और खाना खाते थे। अब खाने में क्या होता था?</w:t>
      </w:r>
    </w:p>
    <w:p>
      <w:r>
        <w:rPr>
          <w:b/>
        </w:rPr>
        <w:t xml:space="preserve">[47:01] </w:t>
      </w:r>
      <w:r>
        <w:t>yeh aaj koi shakhs sab sunnat rasoolullah ki chahte hain, lekin yeh jo saadgi hai, wo koi uski us sunnat ko ikhtiyar nahi karna chahta.</w:t>
      </w:r>
    </w:p>
    <w:p>
      <w:pPr>
        <w:jc w:val="right"/>
      </w:pPr>
      <w:r>
        <w:t>यह आज कोई शख्स सब सुन्नत रसूलल्लाह की चाहते हैं, लेकिन यह जो सादगी है, वो कोई उसकी उस सुन्नत को इख्तियार नहीं करना चाहता।</w:t>
      </w:r>
    </w:p>
    <w:p>
      <w:r>
        <w:rPr>
          <w:b/>
        </w:rPr>
        <w:t xml:space="preserve">[47:11] </w:t>
      </w:r>
      <w:r>
        <w:t>ab khane mein kya hota tha? yeh aap tasawwur nahi kar sakte ki sirf roti hum aur sirf ek saalan. hum bas yahi khana hai. koi biryani nahi, koi pakode nahi, koi samose nahi, kuch nahi. ji,</w:t>
      </w:r>
    </w:p>
    <w:p>
      <w:pPr>
        <w:jc w:val="right"/>
      </w:pPr>
      <w:r>
        <w:t>अब खाने में क्या होता था? यह आप तसव्वुर नहीं कर सकते कि सिर्फ रोटी हम और सिर्फ एक सालन। हम बस यही खाना है। कोई बिरयानी नहीं, कोई पकोड़े नहीं, कोई समोसे नहीं, कुछ नहीं। जी,</w:t>
      </w:r>
    </w:p>
    <w:p>
      <w:r>
        <w:rPr>
          <w:b/>
        </w:rPr>
        <w:t xml:space="preserve">[47:24] </w:t>
      </w:r>
      <w:r>
        <w:t>achha, kabhi kabhi aisa hota tha ki saalan bhi nahi hota tha. hum sirf roti hoti thi ghar mein.</w:t>
      </w:r>
    </w:p>
    <w:p>
      <w:pPr>
        <w:jc w:val="right"/>
      </w:pPr>
      <w:r>
        <w:t>अच्छा, कभी-कभी ऐसा होता था कि सालन भी नहीं होता था। हम सिर्फ रोटी होती थी घर में।</w:t>
      </w:r>
    </w:p>
    <w:p>
      <w:r>
        <w:rPr>
          <w:b/>
        </w:rPr>
        <w:t xml:space="preserve">[47:31] </w:t>
      </w:r>
      <w:r>
        <w:t>to rasoolullah sallallahu alaihi wasallam roti ke andar khajoor lapet ke sandwich banaye khate the. roll hum. aur kabhi kabhi roti ko sirke se dubaa ke khate the. hum. aur kabhi koi negative baat nahi kahi ki dekho ghar mein khana nahi hai, kya hai, kaise halaat hain. no complaint, zero. b</w:t>
      </w:r>
    </w:p>
    <w:p>
      <w:pPr>
        <w:jc w:val="right"/>
      </w:pPr>
      <w:r>
        <w:t>तो रसूलल्लाह सल्लल्लाहु अलैहि वसल्लम रोटी के अंदर खजूर लपेट के सैंडविच बनाए खाते थे। रोल हम। और कभी-कभी रोटी को सिरके से डुबा के खाते थे। हम। और कभी कोई नेगेटिव बात नहीं कही कि देखो घर में खाना नहीं है, क्या है, कैसे हालात हैं। नो कंप्लेंट, जीरो। ब</w:t>
      </w:r>
    </w:p>
    <w:p>
      <w:r>
        <w:rPr>
          <w:b/>
        </w:rPr>
        <w:t xml:space="preserve">[47:52] </w:t>
      </w:r>
      <w:r>
        <w:t>alki hi was so positive. kehte the ki sirka sirke mein dubaa ke roti kha rahe hain. kehte hain ki sirka bhi saalan hai. aur jis ghar mein sirka ho, usmein saalan ki. us ghar mein saalan ki zaroorat hi nahi hai. hum. yaani aap dekhiye ki kitne positive soch thi us rasoolullah sallallahu alaihi wasallam ki. koi negative comment</w:t>
      </w:r>
    </w:p>
    <w:p>
      <w:pPr>
        <w:jc w:val="right"/>
      </w:pPr>
      <w:r>
        <w:t>ल्कि ही वाज सो पॉजिटिव। कहते थे कि सिरका सिरके में डुबा के रोटी खा रहे हैं। कहते हैं कि सिरका भी सालन है। और जिस घर में सिरका हो, उसमें सालन की। उस घर में सालन की जरूरत ही नहीं है। हम। यानी आप देखिए कि कितने पॉजिटिव सोच थी उस रसूलल्लाह सल्लल्लाहु अलैहि वसल्लम की। कोई नेगेटिव कमेंट</w:t>
      </w:r>
    </w:p>
    <w:p>
      <w:r>
        <w:rPr>
          <w:b/>
        </w:rPr>
        <w:t xml:space="preserve">[48:14] </w:t>
      </w:r>
      <w:r>
        <w:t>nahi, koi negative comment nahi. aise hi ek hazrat aisha razi allah anha ki hadees hai. id khala ashar. yaani jab 10 din aakhir ke shuru ho jaate the, 10 raatein shuru ho jaati thi. shad majar wa ahya laila wa qaj ahl. ke shad majar. yaani he would tighten his belt.</w:t>
      </w:r>
    </w:p>
    <w:p>
      <w:pPr>
        <w:jc w:val="right"/>
      </w:pPr>
      <w:r>
        <w:t>नहीं, कोई नेगेटिव कमेंट नहीं। ऐसे ही एक हजरत आयशा रजि अल्लाह अन्हा की हदीस है। इ दखला अशर। यानी जब 10 दिन आखिर के शुरू हो जाते थे, 10 रातें शुरू हो जाती थीं। शद मजर व अहिया लैला वकज अहल। के शद मजर। यानी ही वुड टाइटन हिज बेल्ट।</w:t>
      </w:r>
    </w:p>
    <w:p>
      <w:r>
        <w:rPr>
          <w:b/>
        </w:rPr>
        <w:t xml:space="preserve">[48:41] </w:t>
      </w:r>
      <w:r>
        <w:t>hum. figurative use hai ki yaani apni kamar mazboot kar lete the. ji, ki jo raat ke 10 din hain, raat ki 10 raatein hain, usmein ibadat karne ke liye. aur raat ko jagte the namaz padhne ke liye. wa ahya wa wa ahya laila. raat ko jagte the namaz ke liye. aur he would awake the family to pray at night. ji,</w:t>
      </w:r>
    </w:p>
    <w:p>
      <w:pPr>
        <w:jc w:val="right"/>
      </w:pPr>
      <w:r>
        <w:t>हम। फिगरेटिव यूज है कि यानी अपनी कमर मजबूत कर लेते थे। जी, कि जो रात के 10 दिन हैं, रात की 10 रातें हैं, उसमें इबादत करने के लिए। और रात को जगते थे नमाज पढ़ने के लिए। व अहिया व व अहिया लैला। रात को जगते थे नमाज के लिए। और ही वुड अवेक अ द फैमिली टू प्रे एट नाइट। जी,</w:t>
      </w:r>
    </w:p>
    <w:p>
      <w:r>
        <w:rPr>
          <w:b/>
        </w:rPr>
        <w:t xml:space="preserve">[49:03] </w:t>
      </w:r>
      <w:r>
        <w:t>yeh yeh tareeqa tha rasoolullah sallallahu alaihi wasallam ka. saadgi aur ibadat ka shauk bahut badh jata tha ramzan mein. yeh yeh tha tareeqa rasoolullah sallallahu alaihi wasallam ka. ji, bilkul. aur doctor sahib, jaise aapne bataya, ab to dhoom bahut zyada badh chuki hai. khaas kar ramzan ke</w:t>
      </w:r>
    </w:p>
    <w:p>
      <w:pPr>
        <w:jc w:val="right"/>
      </w:pPr>
      <w:r>
        <w:t>ये ये तरीका था रसूलल्लाह सल्लल्लाहु अलैहि वसल्लम का। सादगी और इबादत का शौक बहुत बढ़ जाता था रमजान में। ये ये था तरीका रसूलल्लाह सल्लल्लाहु अलैहि वसल्लम का। जी, बिल्कुल। और डॉक्टर साहब, जैसे आपने बताया, अब तो धूम बहुत ज्यादा बढ़ चुकी है। खासकर रमजान के</w:t>
      </w:r>
    </w:p>
    <w:p>
      <w:r>
        <w:rPr>
          <w:b/>
        </w:rPr>
        <w:t xml:space="preserve">[49:20] </w:t>
      </w:r>
      <w:r>
        <w:t>period mein. doctor sahib, ek cheez aur a jo hum seekhte hain, jo aapne bahut hi zabardast jo hadees ko aapne waze kiya ki kis tarah itni difficult situation, jaise aapne bataya ki rasoolullah guzre. a ki most of the time, the right feeling comes when the situation is not conducive. log aksar ghabra jaate hain. lekin hum yahan rasoolullah ke example se dekhte hain ki wo kis tareeqe se unhone itni zabardast dua kari ki ek din main bhookha rahoon aur ek din main mujhe khana main kha sakoon. to</w:t>
      </w:r>
    </w:p>
    <w:p>
      <w:pPr>
        <w:jc w:val="right"/>
      </w:pPr>
      <w:r>
        <w:t>पीरियड में। डॉक्टर साहब, एक चीज और अ जो हम सीखते हैं, जो आपने बहुत ही जबरदस्त जो हदीस को आपने वाजे किया कि किस तरह इतनी डिफिकल्ट सिचुएशन, जैसे आपने बताया कि रसूलल्लाह गुजरे। अ कि मोस्ट ऑफ द टाइम, द राइट फीलिंग कम्स व्हेन द सिचुएशन इज नॉट कंड्यूस। लोग अक्सर घबरा जाते हैं। लेकिन हम यहां रसूलल्लाह के एग्जांपल से देखते हैं कि वो किस तरीके से उन्होंने इतनी जबरदस्त दुआ करी कि एक दिन मैं भूखा रहूं और एक दिन मैं मुझे खाना मैं खा सकूं। तो</w:t>
      </w:r>
    </w:p>
    <w:p>
      <w:r>
        <w:rPr>
          <w:b/>
        </w:rPr>
        <w:t xml:space="preserve">[49:49] </w:t>
      </w:r>
      <w:r>
        <w:t>humility, doctor sahib, jo hai, yeh insaan ko milti hai jab wo difficult circumstances aur situation se nikalta hai. aur humility mein jo ki hui dua hoti hai, that goes straight to allah throne. to situation se ghabrana nahi chahiye. a situation ko face karna chahiye, balki dua karni chahiye. jaise aapne bataya. a aur simplicity ke saath hamein jo hai ramzan, jo hai, usko hamein experience karna hai. yeh</w:t>
      </w:r>
    </w:p>
    <w:p>
      <w:pPr>
        <w:jc w:val="right"/>
      </w:pPr>
      <w:r>
        <w:t>ह्यूमिडिटी, डॉक्टर साहब, जो है, यह इंसान को मिलती है जब वो डिफिकल्ट सरकमस्टेंसस और सिचुएशन से निकलता है। और ह्यूमिडिटी में जो की की हुई दुआ होती है, दैट गोज स्ट्रेट टू अल्लाह थ्रोन। तो सिचुएशन से घबराना नहीं चाहिए। अ सिचुएशन को फेस करना चाहिए, बल्कि दुआ करनी चाहिए। जैसे आपने बताया। अ और सिंपलीसिटी के साथ हमें जो है रमजान, जो है, उसको हमें एक्सपीरियंस करना है। यह</w:t>
      </w:r>
    </w:p>
    <w:p>
      <w:r>
        <w:rPr>
          <w:b/>
        </w:rPr>
        <w:t xml:space="preserve">[50:18] </w:t>
      </w:r>
      <w:r>
        <w:t>bahut bada take away diya, doctor sahib. aaj aapne. a jazaakallah. doctor sahib, aaj ka session ab aakhri sawal par hum khatam karenge. kuch dua jo hai, aap hadees aur quran se hum sabko batayein. is par hum aaj ke session ko khatam karenge, inshallah. to quran ki duaon ko lete</w:t>
      </w:r>
    </w:p>
    <w:p>
      <w:pPr>
        <w:jc w:val="right"/>
      </w:pPr>
      <w:r>
        <w:t>बहुत बड़ा टेक अवे दिया, डॉक्टर साहब। आज आपने। अ जजाकल्लाह। डॉक्टर साहब, आज का सेशन अब आखिरी सवाल पर हम खत्म करेंगे। कुछ दुआ जो है, आप हदीस और कुरान से हम सबको बताएं। इस पर हम आज के सेशन को खत्म करेंगे, इंशाल्लाह। तो कुरान की दुआओं को लेते</w:t>
      </w:r>
    </w:p>
    <w:p>
      <w:r>
        <w:rPr>
          <w:b/>
        </w:rPr>
        <w:t xml:space="preserve">[50:36] </w:t>
      </w:r>
      <w:r>
        <w:t>hain. thodi khaas taur se quran mein jo behtar duaen hain, wo paigambaron ki hi duaen hain. ji, kuch ahle iman ki duaen hain. to hazrat adam al salam ki dua yeh bahut hi achhi dua hai. rabbana zalamna afsana lana wa tarana lana kunan minal khasireen. yaani our lord, we have wronged ourselves. and if you will not forgive us, and you will not have mercy on us, we will be among the lost. yaani adam al salam aur havva dono se kuch galti</w:t>
      </w:r>
    </w:p>
    <w:p>
      <w:pPr>
        <w:jc w:val="right"/>
      </w:pPr>
      <w:r>
        <w:t>हैं। थोड़ी खास तौर से कुरान में जो बेहतर दुआएं हैं, वह पैगंबरों की ही दुआएं हैं। जी, कुछ अहले ईमान की दुआएं हैं। तो हजरत आदम अल सलाम की दुआ यह बहुत ही अच्छी दुआ है। रब्बना जलमना अफसना लना व तरना लन कुनन मिनल खासी। यानी अवर लॉर्ड, वी हैव रंग सोल्स। एंड इफ यू विल नॉट फॉरगिव अस, एंड यू विल नॉट हैव मर्सी ऑन अस, वी विल बी अमंग द लॉस्ट। यानी आदम अल सलाम और हव्वा दोनों से कुछ गलती</w:t>
      </w:r>
    </w:p>
    <w:p>
      <w:r>
        <w:rPr>
          <w:b/>
        </w:rPr>
        <w:t xml:space="preserve">[51:06] </w:t>
      </w:r>
      <w:r>
        <w:t>hui thi, to dono ne dua ki. ji, rabbana aqbal, rabbana zalamna. ismein tasniya ka siga hai. dual, dono maang rahe hain ki humse galti hui, to hamein maaf farma de. its a very beautiful dua jo kisi waqt padhi ja sakti hai. ji,</w:t>
      </w:r>
    </w:p>
    <w:p>
      <w:pPr>
        <w:jc w:val="right"/>
      </w:pPr>
      <w:r>
        <w:t>हुई थी, तो दोनों ने दुआ की। जी, रब्बना अकबल, रब्बना जलमना। इसमें तसनिया का सगा है। डल, दोनों मांग रहे हैं कि हमसे गलती हुई, तो हमें माफ फरमा दे। इट्स अ वेरी ब्यूटीफुल दुआ जो किसी वक्त पढ़ी जा सकती है। जी,</w:t>
      </w:r>
    </w:p>
    <w:p>
      <w:r>
        <w:rPr>
          <w:b/>
        </w:rPr>
        <w:t xml:space="preserve">[51:24] </w:t>
      </w:r>
      <w:r>
        <w:t>a jo duaen hain quran ki, hadees ki, usko aam taur se log samajhte hain ki a bas padh le 40 baar subah aur is din aur us din padh le 100 baar. yeh yeh dua ka matlab nahi hai.</w:t>
      </w:r>
    </w:p>
    <w:p>
      <w:pPr>
        <w:jc w:val="right"/>
      </w:pPr>
      <w:r>
        <w:t>अ जो दुआएं हैं कुरान की, हदीस की, उसको आमतौर से लोग समझते हैं कि अ बस पढ़ ले 40 बार सुबह और इस दिन और उस दिन पढ़ ले 100 बार। यह यह दुआ का मतलब नहीं है।</w:t>
      </w:r>
    </w:p>
    <w:p>
      <w:r>
        <w:rPr>
          <w:b/>
        </w:rPr>
        <w:t xml:space="preserve">[51:41] </w:t>
      </w:r>
      <w:r>
        <w:t>yeh jo yeh duaen hamein milti hain, yeh sab hamein ek yeh batati hain ki jo bade-bade ahle iman guzre hain, unke dil mein kya kaifiyat paida hui thi kisi khaas mauqe pe. hum yeh yeh alfaaz padhe ja sakte hain, lekin yeh kaifiyat jo hai, wo zyada important hai. ji, to</w:t>
      </w:r>
    </w:p>
    <w:p>
      <w:pPr>
        <w:jc w:val="right"/>
      </w:pPr>
      <w:r>
        <w:t>यह जो यह दुआएं हमें मिलती हैं, यह सब हमें एक यह बताती हैं कि जो बड़े-बड़े अहले ईमान गुजरे हैं, उनके दिल में क्या कैफियत पैदा हुई थी किसी खास मौके पे। हम ये ये अल्फाज पढ़े जा सकते हैं, लेकिन यह कैफियत जो है, वो ज्यादा इंपॉर्टेंट है। जी, तो</w:t>
      </w:r>
    </w:p>
    <w:p>
      <w:r>
        <w:rPr>
          <w:b/>
        </w:rPr>
        <w:t xml:space="preserve">[52:01] </w:t>
      </w:r>
      <w:r>
        <w:t>dua ki kaifiyat taari karna wo zyada aham hai. aur dil se dua nikle, chahe zaroori nahi hai ki yeh arabic alfaaz ho. aap aap urdu mein bhi dua kar sakte hain, english mein kar sakte hain, jo bhi. to dua niklni chahiye dil se, tabhi wo qabool hoti hai apne alfaaz mein. ji, aise hi a hazrat yunus al salam ki bahut achhi aur mashhoor dua hai. la ilaha illaa anta subhanaka inni kuntu min az zalimeen. there is no deity but you.</w:t>
      </w:r>
    </w:p>
    <w:p>
      <w:pPr>
        <w:jc w:val="right"/>
      </w:pPr>
      <w:r>
        <w:t>दुआ की कैफियत तारी करना वो ज्यादा अहम है। और दिल से दुआ निकले, चाहे जरूरी नहीं है कि ये अरेबिक अल्फाज हो। आप आप उर्दू में भी दुआ कर सकते हैं, इंग्लिश में कर सकते हैं, जो भी। तो दुआ निकलनी चाहिए दिल से, तभी वो कबूल होती है अपने अल्फाज में। जी, ऐसे ही अ हजरत यूनुस अल सलाम की बहुत अच्छी और मशहूर दुआ है। ला इलाहा इल्ला अंता सुभानका इनी कुंतु मिन जालिमीन। देयर इज नो डेटी बट यू।</w:t>
      </w:r>
    </w:p>
    <w:p>
      <w:r>
        <w:rPr>
          <w:b/>
        </w:rPr>
        <w:t xml:space="preserve">[52:29] </w:t>
      </w:r>
      <w:r>
        <w:t>glory be to you. and i was indeed rang. hazrat yunus al salam jab machhli ke pet mein gaye, to yah bahut hi khubsurat dua ki unhone. aur foran allah ta'ala ne machhli ko hukm diya ki tum bahar safe li unko le aao. to kabhi pareshani ke waqt ho, to is tarah ki dua ki ja sakti hai. masha'allah. aur ayyub al salam jo bimar bahut pad gaye, unki family bhi a bahut masail. to unhone bahut achhi dua</w:t>
      </w:r>
    </w:p>
    <w:p>
      <w:pPr>
        <w:jc w:val="right"/>
      </w:pPr>
      <w:r>
        <w:t>ग्लोरी बी टू यू। एंड आई वाज इनडीड रंग। हजरत यूनुस अल सलाम जब मछली के पेट में गए, तो यह बहुत ही खूबसूरत दुआ की उन्होंने। और फौरन अल्लाह ताला ने मछली को हुक्म दिया कि तुम बाहर सेफली उनको ले आओ। तो कभी परेशानी के वक्त हो, तो इस तरह की दुआ की जा सकती है। माशाल्लाह। और अयूब अल सलाम जो बीमार बहुत पड़ गए, उनकी फैमिली भी अ बहुत मसाइल। तो उन्होंने बहुत अच्छी दुआ</w:t>
      </w:r>
    </w:p>
    <w:p>
      <w:r>
        <w:rPr>
          <w:b/>
        </w:rPr>
        <w:t xml:space="preserve">[52:57] </w:t>
      </w:r>
      <w:r>
        <w:t>ki. rabbi masni adar. rabbi masni adar wa anta arham rahim. ki a mere rab, a mere a my lord, i been affected with disease, with with with distress. but you are the most merciful of the merciful. yani tu hai jisse hum dua kar sakte hain, jisse hum kuch ummeed kar sakte hain. tu hi hai sabse meharban karne walon mein se, sabse zyada meharban</w:t>
      </w:r>
    </w:p>
    <w:p>
      <w:pPr>
        <w:jc w:val="right"/>
      </w:pPr>
      <w:r>
        <w:t>की। रब्बी मसनी अदर। रब्बी मसनी अदर व अंता अरहम रहीम। कि ए मेरे रब, ए मेरे अ माय लॉर्ड, आई बीन इफ्लेक्टेड विद डिजीज, विद विद विद डिस्ट्रेस। बट यू आर द मोस्ट मर्सीफुल ऑफ द मर्सीफुल। यानी तू है जिससे हम दुआ कर सकते हैं, जिससे हम कुछ उम्मीद कर सकते हैं। तू ही है सबसे मेहरबान करने वालों में से, सबसे ज्यादा मेहरबान</w:t>
      </w:r>
    </w:p>
    <w:p>
      <w:r>
        <w:rPr>
          <w:b/>
        </w:rPr>
        <w:t xml:space="preserve">[53:24] </w:t>
      </w:r>
      <w:r>
        <w:t>. to yah badi achhi dua hai. aur aur yah sab dekhiye, badi short aur comprehensive dua hai. to aap yaad bhi kar sakte hain is tarah ke ehsasat paida karne ke liye. ji, khas taur se bimari ke waqt. inni masni adar wa anta arham rahim. bahut jo it's a really beautiful dua.</w:t>
      </w:r>
    </w:p>
    <w:p>
      <w:pPr>
        <w:jc w:val="right"/>
      </w:pPr>
      <w:r>
        <w:t>। तो यह बड़ी अच्छी दुआ है। और और यह सब देखिए, बड़ी शॉर्ट और कंप्रिहेंसिव दुआ है। तो आप याद भी कर सकते हैं इस तरह के एहसासात पैदा करने के लिए। जी, खास तौर से बीमारी के वक्त। इनी मसनी अदर व अंता अरहम रहीम। बहुत जो इट्स अ रियली ब्यूटीफुल दुआ।</w:t>
      </w:r>
    </w:p>
    <w:p>
      <w:r>
        <w:rPr>
          <w:b/>
        </w:rPr>
        <w:t xml:space="preserve">[53:42] </w:t>
      </w:r>
      <w:r>
        <w:t>aise ibrahim al salam ki dua. rabbana rabbana fili wali walid wali momineen yam yaqum hisab. a a mere rab, my lord, forgive me and forgive my parents and all the believers on the day of judgment. bahut achhi dua hai hazrat ibrahim al salam ki.</w:t>
      </w:r>
    </w:p>
    <w:p>
      <w:pPr>
        <w:jc w:val="right"/>
      </w:pPr>
      <w:r>
        <w:t>ऐसे इब्राहिम अल सलाम की दुआ। रब्बना रब्बना फिली वली वालिद वली मोमिनीन यम यकूम हिसाब। अ ए मेरे रब, माय लॉर्ड, फॉरगिव मी एंड फॉरगिव माय पेरेंट्स एंड ऑल द बिलीवर्स ऑन द डे ऑफ जजमेंट। बहुत अच्छी दुआ है हजरत इब्राहिम अल सलाम की।</w:t>
      </w:r>
    </w:p>
    <w:p>
      <w:r>
        <w:rPr>
          <w:b/>
        </w:rPr>
        <w:t xml:space="preserve">[54:05] </w:t>
      </w:r>
      <w:r>
        <w:t>aise hi hazrat ibrahim al salam ki ek aur dua hai. rabbana aleka tawakkal wa ik anbana wa ik al masir. our lord, in you we have placed our trust. and to you we turn in repentance. and to you is the final return. yani kitni comprehensive dua hai.</w:t>
      </w:r>
    </w:p>
    <w:p>
      <w:pPr>
        <w:jc w:val="right"/>
      </w:pPr>
      <w:r>
        <w:t>ऐसे ही हजरत इब्राहिम अल सलाम की एक और दुआ है। रब्बना अलेका तवक व इक अनबना व इक अल मसीर। अवर लॉर्ड, इन यू वी हैव प्लेज आवर ट्रस्ट। एंड टू यू वी टर्न इन रिपेंटेंस। एंड टू यू इज द फाइनल रिटर्न। यानी कितनी कंप्रिहेंसिव दुआ है।</w:t>
      </w:r>
    </w:p>
    <w:p>
      <w:r>
        <w:rPr>
          <w:b/>
        </w:rPr>
        <w:t xml:space="preserve">[54:26] </w:t>
      </w:r>
      <w:r>
        <w:t>ji, yani zamin se duniya se lekar aakhirat tak is mein baat kah di gayi hai. aur musa al salam ki dua, jo bahut pareshani ki halat mein madan pahunche the, to unke dil se ek itni achhi dua nikli ki allah ta'ala ne usi waqt qubool kar di. woh usi waqt qubool ho gayi woh dua. ke rabbi inni lima anzalta ilayya min khair faqir.</w:t>
      </w:r>
    </w:p>
    <w:p>
      <w:pPr>
        <w:jc w:val="right"/>
      </w:pPr>
      <w:r>
        <w:t>जी, यानी जमीन से दुनिया से लेकर आखिरत तक इसमें बात कह दी गई है। और मूसा अल सलाम की दुआ, जो बहुत परेशानी की हालत में मदन पहुंचे थे, तो उनके दिल से एक इतनी अच्छी दुआ निकली कि अल्लाह ताला ने उसी वक्त कबूल कर दी। वो उसी वक्त कबूल हो गई वो दुआ। के रब्बी इनी लिमा अंजल इलैया मिन खैर फकीर।</w:t>
      </w:r>
    </w:p>
    <w:p>
      <w:r>
        <w:rPr>
          <w:b/>
        </w:rPr>
        <w:t xml:space="preserve">[54:48] </w:t>
      </w:r>
      <w:r>
        <w:t>hum kyunki bahut pareshani ki halat mein woh bhaag ke gaye the misr se. aur dar bhi tha. aur koi nayi jagah par pahunche, to woh unhone help ki un do ladies ki. paani pilaya unke janwaron ko. phir ek ek ped ke neeche lete gaye. to yah dua badi inspired prayer nikli dil se unki. rabbi inni lima anzalta ilayya min khair faqir. lord, i am truly in need of whatever blessing you may send down upon me.</w:t>
      </w:r>
    </w:p>
    <w:p>
      <w:pPr>
        <w:jc w:val="right"/>
      </w:pPr>
      <w:r>
        <w:t>हम क्योंकि बहुत परेशानी की हालत में वो भाग के गए थे मिस्र से। और डर भी था। और कोई नई जगह पर पहुंचे, तो वो उन्होंने हेल्प की उन दो लेडीज की। पानी पिलाया उनके जानवरों को। फिर एक एक पेड़ के नीचे लेट गए। तो यह दुआ बड़ी इंस्पायर्ड प्रेयर निकली दिल से उनकी। रब्बी इनी लिमा अंजल इलैया मिन खैर फकीर। लॉर्ड, आई एम ट्रूली इन नीड ऑफ व्हाट एवर ब्लेसिंग यू मे सेंड डाउन अपॉन मी।</w:t>
      </w:r>
    </w:p>
    <w:p>
      <w:r>
        <w:rPr>
          <w:b/>
        </w:rPr>
        <w:t xml:space="preserve">[55:16] </w:t>
      </w:r>
      <w:r>
        <w:t>ji, jo bhi tu apni rehmat aur meri taraf bheje, main uska bahut hi mohtaj hun. yani yah ek aise insaan ki dua hai ki jo bahut pareshani ke aalam mein hai. to ulama kahna hai ki yah dua a kare koi. yani dil se dua kare, to foran qubool hoti hai. aur aise hi hazrat musa al salam ki yah bhi dua hai jo hum padhte hain. ji, yah bhi bahut aham dua hai.</w:t>
      </w:r>
    </w:p>
    <w:p>
      <w:pPr>
        <w:jc w:val="right"/>
      </w:pPr>
      <w:r>
        <w:t>जी, जो भी तू अपनी रहमत और मेरी तरफ भेजे, मैं उसका बहुत ही मोहताज हूं। यानी यह एक ऐसे इंसान की दुआ है कि जो बहुत परेशानी के आलम में है। तो उलमा कहना है कि यह दुआ अ करे कोई। यानी दिल से दुआ करे, तो फौरन कबूल होती है। और ऐसे ही हजरत मूसा अल सलाम की यह भी दुआ है जो हम पढ़ते हैं। जी, यह भी बहुत अहम दुआ है।</w:t>
      </w:r>
    </w:p>
    <w:p>
      <w:r>
        <w:rPr>
          <w:b/>
        </w:rPr>
        <w:t xml:space="preserve">[55:43] </w:t>
      </w:r>
      <w:r>
        <w:t>rab shali sadri wasli amri lan lisani yaf wazli wazir min ahli harun aakhi ud ajri wa ashrak fi amri kanab kasira najak kasira. to yah dua ka jo woh hissa hai, mujhe bahut pasand hai ki harun al salam ke liye kaha ki mera mera saathi bana de. ji, aur</w:t>
      </w:r>
    </w:p>
    <w:p>
      <w:pPr>
        <w:jc w:val="right"/>
      </w:pPr>
      <w:r>
        <w:t>रब शली सदरी वसली अमरी लन लिसानी यफ वजली वजीर मिन अहली हारून आखी उद अजरी व अशरक फी अमरी कनब कसीरा नजक कसीरा। तो यह दुआ का जो वो हिस्सा है, मुझे बहुत पसंद है कि हारून अल सलाम के लिए कहा कि मेरा मेरा साथी बना दे। जी, और</w:t>
      </w:r>
    </w:p>
    <w:p>
      <w:r>
        <w:rPr>
          <w:b/>
        </w:rPr>
        <w:t xml:space="preserve">[56:05] </w:t>
      </w:r>
      <w:r>
        <w:t>kaha ki hum dono milkar tera khoob charcha karein. kanab kasira najak kasira. yani uski wajah batayi ki hum dono milkar tera tujhe khoob yaad karein, tera khoob charcha karein, tujhse khoob dua karein. masha'allah. to ye ye ye ek paighambarana yani soch hai ki woh dua kar rahe hain apne bhai ke liye. to kisliye?</w:t>
      </w:r>
    </w:p>
    <w:p>
      <w:pPr>
        <w:jc w:val="right"/>
      </w:pPr>
      <w:r>
        <w:t>कहा कि हम दोनों मिलकर तेरा खूब चर्चा करें। कनब कसीरा नजक कसीरा। यानी उसकी वजह बताई कि हम दोनों मिलकर तेरा तुझे खूब याद करें, तेरा खूब चर्चा करें, तुझसे खूब दुआ करें। माशाल्लाह। तो ये ये ये एक पैगंबराना यानी सोच है कि वो दुआ कर रहे हैं अपने भाई के लिए। तो किसलिए?</w:t>
      </w:r>
    </w:p>
    <w:p>
      <w:r>
        <w:rPr>
          <w:b/>
        </w:rPr>
        <w:t xml:space="preserve">[56:29] </w:t>
      </w:r>
      <w:r>
        <w:t>ki hum tera khoob zikr karein. ji, to milke jo zikr karne ki baat hai, woh is mein aayi hai.</w:t>
      </w:r>
    </w:p>
    <w:p>
      <w:pPr>
        <w:jc w:val="right"/>
      </w:pPr>
      <w:r>
        <w:t>कि हम तेरा खूब जिक्र करें। जी, तो मिलके जो जिक्र करने की बात है, वो इसमें आई है।</w:t>
      </w:r>
    </w:p>
    <w:p>
      <w:r>
        <w:rPr>
          <w:b/>
        </w:rPr>
        <w:t xml:space="preserve">[56:34] </w:t>
      </w:r>
      <w:r>
        <w:t>aise hi yusuf al salam ki dua hai jab woh bilkul aakhir ke waqt mein jab saare bhai aa gaye aur sab cheez theek ho gayi aur bhai bade sharminda hue, to us waqt dua unhone ki. fatir samawa wal arz anta wali fi duniya wal aakhira tawaffa musliman lakni bin ki creator of the heavens and earth, you are my patron in this world and in the hereafter</w:t>
      </w:r>
    </w:p>
    <w:p>
      <w:pPr>
        <w:jc w:val="right"/>
      </w:pPr>
      <w:r>
        <w:t>ऐसे ही यूसुफ अल सलाम की दुआ है जब वो बिल्कुल आखिर के वक्त में जब सारे भाई आ गए और सब चीजठीक हो गई और भाई बड़े शर्मिंदा हुए, तो उस वक्त दुआ उन्होंने की। फातिर समावा वल अर्ज अंता वली फि दुनिया वल आखरा तवफ मुस्लिमा लकनी बिन कि क्रिएटर ऑफ द हेवेंस एंड अर्थ, यू आर माय पैटर्न इन दिस वर्ल्ड एंड इन द हेयर आफ्टर</w:t>
      </w:r>
    </w:p>
    <w:p>
      <w:r>
        <w:rPr>
          <w:b/>
        </w:rPr>
        <w:t xml:space="preserve">[57:03] </w:t>
      </w:r>
      <w:r>
        <w:t>. make me die in submission to you,</w:t>
      </w:r>
    </w:p>
    <w:p>
      <w:pPr>
        <w:jc w:val="right"/>
      </w:pPr>
      <w:r>
        <w:t>। मेक मी डाई इन सबमिशन टू यू,</w:t>
      </w:r>
    </w:p>
    <w:p>
      <w:r>
        <w:rPr>
          <w:b/>
        </w:rPr>
        <w:t xml:space="preserve">[57:08] </w:t>
      </w:r>
      <w:r>
        <w:t>to to you and admit me among the righteous. righteous bandon mein mujhe shamil kar. main aise hi hazrat zakariya ki jo dua hai, surah maryam shuru aise hi hoti hai hazrat zakariya ki baat se ki zikr aur rehmat rabka abd zakariya.</w:t>
      </w:r>
    </w:p>
    <w:p>
      <w:pPr>
        <w:jc w:val="right"/>
      </w:pPr>
      <w:r>
        <w:t>टू टू यू एंड एडमिट मी अमंग द राइचस। राइचस बंदों में मुझे शामिल कर। मैं ऐसे ही हजरत जकरिया की जो दुआ है, सूर मरियम शुरू ऐसे ही होती है हजरत जकरिया की बात से कि जिक्र और रहमत रबका अब्द जकरिया।</w:t>
      </w:r>
    </w:p>
    <w:p>
      <w:r>
        <w:rPr>
          <w:b/>
        </w:rPr>
        <w:t xml:space="preserve">[57:31] </w:t>
      </w:r>
      <w:r>
        <w:t>bahut hi achha yah yah ayat ka tukda hai ki us rehmat ko yaad karo,</w:t>
      </w:r>
    </w:p>
    <w:p>
      <w:pPr>
        <w:jc w:val="right"/>
      </w:pPr>
      <w:r>
        <w:t>बहुत ही अच्छा यह यह आयत का टुकड़ा है कि उस रहमत को याद करो,</w:t>
      </w:r>
    </w:p>
    <w:p>
      <w:r>
        <w:rPr>
          <w:b/>
        </w:rPr>
        <w:t xml:space="preserve">[57:42] </w:t>
      </w:r>
      <w:r>
        <w:t>us rehmat ko yaad karo jo tumhare rab ne apne bande zakariya par ki. us rehmat ko yaad karo. it's a beautiful. in nida rab nidan khafiya</w:t>
      </w:r>
    </w:p>
    <w:p>
      <w:pPr>
        <w:jc w:val="right"/>
      </w:pPr>
      <w:r>
        <w:t>उस रहमत को याद करो जो तुम्हारे रब ने अपने बंदे जकरिया पर की। उस रहमत को याद करो। इट्स अ ब्यूटीफुल। इ नादा रब निदान खफिया</w:t>
      </w:r>
    </w:p>
    <w:p>
      <w:r>
        <w:rPr>
          <w:b/>
        </w:rPr>
        <w:t xml:space="preserve">[57:55] </w:t>
      </w:r>
      <w:r>
        <w:t>. jab usne bahut hi chhupi hui aawaz mein, bahut hi low voice mein hi call his lord in a very low voice. bahut hi unda dua. yani dua ka yah tareeqa pata chalta hai ki dua bahut hi ek personal cheez hai. woh loud speaker par dua nahi hoti hai. dua to dil se nikalati hai. in nida rab nidan khafiya.</w:t>
      </w:r>
    </w:p>
    <w:p>
      <w:pPr>
        <w:jc w:val="right"/>
      </w:pPr>
      <w:r>
        <w:t>। जब उसने बहुत ही छुपी हुई आवाज में, बहुत ही लो वॉइस में ही कॉल हिज लॉर्ड इन अ वेरी लो वॉइस। बहुत ही उंदा दुआ। यानी दुआ का यह तरीका पता चलता है कि दुआ बहुत ही एक पर्सनल चीज है। वो लाउड स्पीकर पर दुआ नहीं होती है। दुआ तो दिल से निकलती है। इ नादा रब निदान खफिया।</w:t>
      </w:r>
    </w:p>
    <w:p>
      <w:r>
        <w:rPr>
          <w:b/>
        </w:rPr>
        <w:t xml:space="preserve">[58:20] </w:t>
      </w:r>
      <w:r>
        <w:t>to yah mujhe behad pasand hai ki dua ka tareeqa is mein bataya gaya hai ki he he he called upon his lord in low voice. isi tareeqe se hazrat lut al salam ki dua hai. qal rab sarni ala qaum mufsidin. bahut pareshan kiya tha unko logon ne</w:t>
      </w:r>
    </w:p>
    <w:p>
      <w:pPr>
        <w:jc w:val="right"/>
      </w:pPr>
      <w:r>
        <w:t>तो यह मुझे बेहद पसंद है कि दुआ का तरीका इसमें बताया गया है कि ही ही ही कॉल्ड अपॉन हिज लॉर्ड इन लो वॉइस। इसी तरीके से हजरत लूद अल सलाम की दुआ है। काल रब सरनी अला कौम मुफस दीन। बहुत परेशान किया था उनको लोगों ने</w:t>
      </w:r>
    </w:p>
    <w:p>
      <w:r>
        <w:rPr>
          <w:b/>
        </w:rPr>
        <w:t xml:space="preserve">[58:40] </w:t>
      </w:r>
      <w:r>
        <w:t>. to yah dua ki lord help me against the wicked people. aur aasiya, jo firaun ki wife thi, unki bhi bahut achhi short si dua hai. quran ne usko naql kiya. rab inni li ida ida batan fi jann. lord build me a house in your nearness. ji, in paradise. badi achhi dua hai</w:t>
      </w:r>
    </w:p>
    <w:p>
      <w:pPr>
        <w:jc w:val="right"/>
      </w:pPr>
      <w:r>
        <w:t>। तो यह दुआ कि लॉर्ड हेल्प मी अगेंस्ट द विकिड पीपल। और आसिया, जो फैरो की वाइफ थी, उनकी भी बहुत अच्छी शॉर्ट सी दुआ है। कुरान ने उसको नकल किया। रब इनी ली इदा इदा बतन फि जन्न। लॉर्ड बिल्ट मी ए हाउस इन योर नियरनेस। जी, इन पैराडाइस। बड़ी अच्छी दुआ है</w:t>
      </w:r>
    </w:p>
    <w:p>
      <w:r>
        <w:rPr>
          <w:b/>
        </w:rPr>
        <w:t xml:space="preserve">[59:09] </w:t>
      </w:r>
      <w:r>
        <w:t>ki jo sabse badi cheez hai, woh yahi hai ki allah ka qurb hasil ho jaaye jannat par. isse badi aur kya cheez ho sakti hai? masha'allah. aur ashabul kahf, ashabul kahf jo seven sleepers the, unki bhi dua quran mein aayi hai. woh bhi bahut unda dua hai. rabbana aatna madan ka rahma wa na min amrina rashada.</w:t>
      </w:r>
    </w:p>
    <w:p>
      <w:pPr>
        <w:jc w:val="right"/>
      </w:pPr>
      <w:r>
        <w:t>कि जो सबसे बड़ी चीज है, वो यही है कि अल्लाह का कुर्ब हासिल हो जाए जन्नत पर। इससे बड़ी और क्या चीज हो सकती है? माशाल्लाह। और असबुल कफ, असबुल कफ जो सेवन स्लीपर्स थे, उनकी भी दुआ कुरान में आई है। वो भी बहुत उंदा दुआ है। रब्बना आतना मदन का रहमा वना मिन अमरना रशदा।</w:t>
      </w:r>
    </w:p>
    <w:p>
      <w:r>
        <w:rPr>
          <w:b/>
        </w:rPr>
        <w:t xml:space="preserve">[59:31] </w:t>
      </w:r>
      <w:r>
        <w:t>na our lord grant us your special mercy and give us right guidance in our affairs. to yah surah kahf mein aayi hai ki humein sahi raasta dikha aur apni apni rehmat ata farma. aisi jadugaron ki bhi dua hai jo firaun ne jin ko sataya tha.</w:t>
      </w:r>
    </w:p>
    <w:p>
      <w:pPr>
        <w:jc w:val="right"/>
      </w:pPr>
      <w:r>
        <w:t>न अवर लॉर्ड ग्रांट अस योर स्पेशल मर्सी एंड गिव अस राइट गाइडेंस इन अवर अफेयर्स। तो यह सूर कफ में आई है कि हमें सही रास्ता दिखा और अपनी अपनी रहमत अता फरमा। ऐसी जादूगरों की भी दुआ है जो फिरौन ने जिनको सताया था।</w:t>
      </w:r>
    </w:p>
    <w:p>
      <w:r>
        <w:rPr>
          <w:b/>
        </w:rPr>
        <w:t xml:space="preserve">[59:57] </w:t>
      </w:r>
      <w:r>
        <w:t>rab rabbana afr alaina sabn wa tawaffana muslimin. our lord pour patience upon us. a allah, sabr hamare upar undel de. kyunki woh bahut takleef se guzre the. and call and cause us to die in state of submission to you. jadugaron ki dua bahut zabardast hai.</w:t>
      </w:r>
    </w:p>
    <w:p>
      <w:pPr>
        <w:jc w:val="right"/>
      </w:pPr>
      <w:r>
        <w:t>रब रब्बना अफर अलीना सबन व तवना मुस्लिमीन। अवर लॉर्ड पोर पेशेंस अपॉन अस। ए अल्लाह, सब्र हमारे ऊपर उंडेल दे। क्योंकि वो बहुत तकलीफ से गुजरे थे। एंड कॉल एंड कॉज अस टू डाई इन स्टेट ऑफ सबमिशन टू यू। जादूगरों की दुआ बहुत जबरदस्त है।</w:t>
      </w:r>
    </w:p>
    <w:p>
      <w:r>
        <w:rPr>
          <w:b/>
        </w:rPr>
        <w:t xml:space="preserve">[1:00:23] </w:t>
      </w:r>
      <w:r>
        <w:t>aise hi surah aal imran ke aakhir mein lambi dua hai. main uska ekad ekad ayat le raha hun. inna fi khalq samawa wal ardh walafil layl nahari la ayat lil albab. yah paanch chhah verses hain. bahut achhi dua hai. there are signs in the creation of the heavens and the earth and in the alternation of night and day for people of understanding.</w:t>
      </w:r>
    </w:p>
    <w:p>
      <w:pPr>
        <w:jc w:val="right"/>
      </w:pPr>
      <w:r>
        <w:t>ऐसे ही सूर आल इमरान के आखिर में लंबी दुआ है। मैं उसका एकाद एकाद आयत ले रहा हूं। इना फी खलक समावा वल अर्थ वलाफ लील नहारी ला आयात लील अल बाब। यह पांच छह वर्सेस हैं। बहुत अच्छी दुआ है। देर आर साइंस इन द क्रिएशन ऑफ द हेवेंस एंड द अर्थ एंड इन द अल्टरनेशन ऑफ नाइट एंड डे फॉर पीपल ऑफ अंडरस्टैंडिंग।</w:t>
      </w:r>
    </w:p>
    <w:p>
      <w:r>
        <w:rPr>
          <w:b/>
        </w:rPr>
        <w:t xml:space="preserve">[1:00:52] </w:t>
      </w:r>
      <w:r>
        <w:t>to yah</w:t>
      </w:r>
    </w:p>
    <w:p>
      <w:pPr>
        <w:jc w:val="right"/>
      </w:pPr>
      <w:r>
        <w:t>तो यह</w:t>
      </w:r>
    </w:p>
    <w:p>
      <w:r>
        <w:rPr>
          <w:b/>
        </w:rPr>
        <w:t xml:space="preserve">[1:00:56] </w:t>
      </w:r>
      <w:r>
        <w:t>ibrahim al salam ki ek aur dua hai.</w:t>
      </w:r>
    </w:p>
    <w:p>
      <w:pPr>
        <w:jc w:val="right"/>
      </w:pPr>
      <w:r>
        <w:t>इब्राहिम अल सलाम की एक और दुआ है।</w:t>
      </w:r>
    </w:p>
    <w:p>
      <w:r>
        <w:rPr>
          <w:b/>
        </w:rPr>
        <w:t xml:space="preserve">[1:00:59] </w:t>
      </w:r>
      <w:r>
        <w:t>rab jani mukeem salati min rabna tabal dua.</w:t>
      </w:r>
    </w:p>
    <w:p>
      <w:pPr>
        <w:jc w:val="right"/>
      </w:pPr>
      <w:r>
        <w:t>रब जनी मुकीम सलाती मिन रबना तबल दुआ।</w:t>
      </w:r>
    </w:p>
    <w:p>
      <w:r>
        <w:rPr>
          <w:b/>
        </w:rPr>
        <w:t xml:space="preserve">[1:01:05] </w:t>
      </w:r>
      <w:r>
        <w:t>Lord grant that I may keep up the prayer and so my spring.</w:t>
      </w:r>
    </w:p>
    <w:p>
      <w:pPr>
        <w:jc w:val="right"/>
      </w:pPr>
      <w:r>
        <w:t>लॉर्ड ग्रांट ट आई मे कीप अप द प्रेयर एंड सो माय स्प्रिंग।</w:t>
      </w:r>
    </w:p>
    <w:p>
      <w:r>
        <w:rPr>
          <w:b/>
        </w:rPr>
        <w:t xml:space="preserve">[1:01:11] </w:t>
      </w:r>
      <w:r>
        <w:t>my of spring.</w:t>
      </w:r>
    </w:p>
    <w:p>
      <w:pPr>
        <w:jc w:val="right"/>
      </w:pPr>
      <w:r>
        <w:t>माय ऑफ स्प्रिंग।</w:t>
      </w:r>
    </w:p>
    <w:p>
      <w:r>
        <w:rPr>
          <w:b/>
        </w:rPr>
        <w:t xml:space="preserve">[1:01:13] </w:t>
      </w:r>
      <w:r>
        <w:t>yani apne bachchon ke liye bhi dua ki ki main bhi namaz mein namaz</w:t>
      </w:r>
    </w:p>
    <w:p>
      <w:pPr>
        <w:jc w:val="right"/>
      </w:pPr>
      <w:r>
        <w:t>यानी अपने बच्चों के लिए भी दुआ की कि मैं भी नमाज में नमाज</w:t>
      </w:r>
    </w:p>
    <w:p>
      <w:r>
        <w:rPr>
          <w:b/>
        </w:rPr>
        <w:t xml:space="preserve">[1:01:18] </w:t>
      </w:r>
      <w:r>
        <w:t>kayam karoon aur mere bachche bhi.</w:t>
      </w:r>
    </w:p>
    <w:p>
      <w:pPr>
        <w:jc w:val="right"/>
      </w:pPr>
      <w:r>
        <w:t>कायम करूं और मेरे बच्चे भी।</w:t>
      </w:r>
    </w:p>
    <w:p>
      <w:r>
        <w:rPr>
          <w:b/>
        </w:rPr>
        <w:t xml:space="preserve">[1:01:20] </w:t>
      </w:r>
      <w:r>
        <w:t>my lord accept my prayer.</w:t>
      </w:r>
    </w:p>
    <w:p>
      <w:pPr>
        <w:jc w:val="right"/>
      </w:pPr>
      <w:r>
        <w:t>माय लॉर्ड एक्सेप्ट माय प्रेयर।</w:t>
      </w:r>
    </w:p>
    <w:p>
      <w:r>
        <w:rPr>
          <w:b/>
        </w:rPr>
        <w:t xml:space="preserve">[1:01:24] </w:t>
      </w:r>
      <w:r>
        <w:t>aur yeh dua hai.</w:t>
      </w:r>
    </w:p>
    <w:p>
      <w:pPr>
        <w:jc w:val="right"/>
      </w:pPr>
      <w:r>
        <w:t>और यह दुआ है।</w:t>
      </w:r>
    </w:p>
    <w:p>
      <w:r>
        <w:rPr>
          <w:b/>
        </w:rPr>
        <w:t xml:space="preserve">[1:01:26] </w:t>
      </w:r>
      <w:r>
        <w:t>rabbana aamna fag far lana ramna anta khair rahim.</w:t>
      </w:r>
    </w:p>
    <w:p>
      <w:pPr>
        <w:jc w:val="right"/>
      </w:pPr>
      <w:r>
        <w:t>रब्बना आमना फग फर लना रमना अंता खैर राहीम।</w:t>
      </w:r>
    </w:p>
    <w:p>
      <w:r>
        <w:rPr>
          <w:b/>
        </w:rPr>
        <w:t xml:space="preserve">[1:01:31] </w:t>
      </w:r>
      <w:r>
        <w:t>lord, we believe in you.</w:t>
      </w:r>
    </w:p>
    <w:p>
      <w:pPr>
        <w:jc w:val="right"/>
      </w:pPr>
      <w:r>
        <w:t>लॉर्ड, वी बिलीव इन यू।</w:t>
      </w:r>
    </w:p>
    <w:p>
      <w:r>
        <w:rPr>
          <w:b/>
        </w:rPr>
        <w:t xml:space="preserve">[1:01:33] </w:t>
      </w:r>
      <w:r>
        <w:t>so forgive us and have mercy on you.</w:t>
      </w:r>
    </w:p>
    <w:p>
      <w:pPr>
        <w:jc w:val="right"/>
      </w:pPr>
      <w:r>
        <w:t>सो फॉरगिव अस एंड हैव मर्सी ऑन यू।</w:t>
      </w:r>
    </w:p>
    <w:p>
      <w:r>
        <w:rPr>
          <w:b/>
        </w:rPr>
        <w:t xml:space="preserve">[1:01:36] </w:t>
      </w:r>
      <w:r>
        <w:t>on us.</w:t>
      </w:r>
    </w:p>
    <w:p>
      <w:pPr>
        <w:jc w:val="right"/>
      </w:pPr>
      <w:r>
        <w:t>ऑन अस।</w:t>
      </w:r>
    </w:p>
    <w:p>
      <w:r>
        <w:rPr>
          <w:b/>
        </w:rPr>
        <w:t xml:space="preserve">[1:01:37] </w:t>
      </w:r>
      <w:r>
        <w:t>you are the best one to show mercy. aur yeh dua hai family ke liye. rabbana hable min azwaj wa yaj'alna lil muttakina imama. Lord, grant us joy in our spouses and children and make us model of the righteous.</w:t>
      </w:r>
    </w:p>
    <w:p>
      <w:pPr>
        <w:jc w:val="right"/>
      </w:pPr>
      <w:r>
        <w:t>यू आर द बेस्ट वन टू शो मर्सी। और यह दुआ है फैमिली के लिए। रब्बना हबल मिन अजवाज वयान वजना लिल मुतकीन इमामा। लॉर्ड, ग्रांट अस जॉय इन अवर स्पाउसेस एंड चिल्ड्रन एंड मेक अस मॉडल ऑफ द राइचस।</w:t>
      </w:r>
    </w:p>
    <w:p>
      <w:r>
        <w:rPr>
          <w:b/>
        </w:rPr>
        <w:t xml:space="preserve">[1:02:01] </w:t>
      </w:r>
      <w:r>
        <w:t>to is tarah se bahut unda duaen quran mein aayi hain aur rasool salm ki bhi kai duaen</w:t>
      </w:r>
    </w:p>
    <w:p>
      <w:pPr>
        <w:jc w:val="right"/>
      </w:pPr>
      <w:r>
        <w:t>तो इस तरह से बहुत उंदा दुआएं कुरान में आई हैं और रसूल सलम की भी कई दुआएं</w:t>
      </w:r>
    </w:p>
    <w:p>
      <w:r>
        <w:rPr>
          <w:b/>
        </w:rPr>
        <w:t xml:space="preserve">[1:02:09] </w:t>
      </w:r>
      <w:r>
        <w:t>aayi hain. jaise</w:t>
      </w:r>
    </w:p>
    <w:p>
      <w:pPr>
        <w:jc w:val="right"/>
      </w:pPr>
      <w:r>
        <w:t>आई हैं। जैसे</w:t>
      </w:r>
    </w:p>
    <w:p>
      <w:r>
        <w:rPr>
          <w:b/>
        </w:rPr>
        <w:t xml:space="preserve">[1:02:12] </w:t>
      </w:r>
      <w:r>
        <w:t>prophet mohammed sallallahu alaihi wasallam bahut yeh dua karte the.</w:t>
      </w:r>
    </w:p>
    <w:p>
      <w:pPr>
        <w:jc w:val="right"/>
      </w:pPr>
      <w:r>
        <w:t>प्रोफेट मोहम्मद सल्लल्लाहु अल वसल्लम बहुत यह दुआ करते थे।</w:t>
      </w:r>
    </w:p>
    <w:p>
      <w:r>
        <w:rPr>
          <w:b/>
        </w:rPr>
        <w:t xml:space="preserve">[1:02:16] </w:t>
      </w:r>
      <w:r>
        <w:t>ya hayo ya qayoom barahmat kastagis.</w:t>
      </w:r>
    </w:p>
    <w:p>
      <w:pPr>
        <w:jc w:val="right"/>
      </w:pPr>
      <w:r>
        <w:t>या हयो या कयूम बरहमत कास्तगीस।</w:t>
      </w:r>
    </w:p>
    <w:p>
      <w:r>
        <w:rPr>
          <w:b/>
        </w:rPr>
        <w:t xml:space="preserve">[1:02:19] </w:t>
      </w:r>
      <w:r>
        <w:t>O Living God, O Sustaining God, by Your mercy, I seek relief.</w:t>
      </w:r>
    </w:p>
    <w:p>
      <w:pPr>
        <w:jc w:val="right"/>
      </w:pPr>
      <w:r>
        <w:t>ओ लिविंग गॉड, ओ सस्टेनिंग गॉड, बाय योर मर्सी, आई सीक रिलीफ।</w:t>
      </w:r>
    </w:p>
    <w:p>
      <w:r>
        <w:rPr>
          <w:b/>
        </w:rPr>
        <w:t xml:space="preserve">[1:02:24] </w:t>
      </w:r>
      <w:r>
        <w:t>bahut chhoti si dua hai.</w:t>
      </w:r>
    </w:p>
    <w:p>
      <w:pPr>
        <w:jc w:val="right"/>
      </w:pPr>
      <w:r>
        <w:t>बहुत छोटी सी दुआ है।</w:t>
      </w:r>
    </w:p>
    <w:p>
      <w:r>
        <w:rPr>
          <w:b/>
        </w:rPr>
        <w:t xml:space="preserve">[1:02:25] </w:t>
      </w:r>
      <w:r>
        <w:t>maulana bhi bahut karte the.</w:t>
      </w:r>
    </w:p>
    <w:p>
      <w:pPr>
        <w:jc w:val="right"/>
      </w:pPr>
      <w:r>
        <w:t>मौलाना भी बहुत करते थे।</w:t>
      </w:r>
    </w:p>
    <w:p>
      <w:r>
        <w:rPr>
          <w:b/>
        </w:rPr>
        <w:t xml:space="preserve">[1:02:27] </w:t>
      </w:r>
      <w:r>
        <w:t>ya hayo ya qayoom barahmat kastagis.</w:t>
      </w:r>
    </w:p>
    <w:p>
      <w:pPr>
        <w:jc w:val="right"/>
      </w:pPr>
      <w:r>
        <w:t>या हयो या कयूम बरहमत कास्तगीस।</w:t>
      </w:r>
    </w:p>
    <w:p>
      <w:r>
        <w:rPr>
          <w:b/>
        </w:rPr>
        <w:t xml:space="preserve">[1:02:30] </w:t>
      </w:r>
      <w:r>
        <w:t>aur rabbana atina fi duniya hasna wa fi akhirat ha</w:t>
      </w:r>
    </w:p>
    <w:p>
      <w:pPr>
        <w:jc w:val="right"/>
      </w:pPr>
      <w:r>
        <w:t>और रब्बना आतना फि दुनिया हसना व फि आखिरत ह</w:t>
      </w:r>
    </w:p>
    <w:p>
      <w:r>
        <w:rPr>
          <w:b/>
        </w:rPr>
        <w:t xml:space="preserve">[1:02:34] </w:t>
      </w:r>
      <w:r>
        <w:t>na wa qina azabannar. ji, ae hamare rab, hamein is duniya ki bhi achhai de de aur akhirat ki bhi achhai de de aur hamein akhirat ke azab se bacha.</w:t>
      </w:r>
    </w:p>
    <w:p>
      <w:pPr>
        <w:jc w:val="right"/>
      </w:pPr>
      <w:r>
        <w:t>सना वक अजाब नार। जी, ए हमारे रब, हमें इस दुनिया की भी अच्छाई दे दे और आखिरत की भी अच्छाई दे दे और हमें आखिरत के अजाब से बचा।</w:t>
      </w:r>
    </w:p>
    <w:p>
      <w:r>
        <w:rPr>
          <w:b/>
        </w:rPr>
        <w:t xml:space="preserve">[1:02:46] </w:t>
      </w:r>
      <w:r>
        <w:t>yeh dua bohat hi comprehensive dua hai.</w:t>
      </w:r>
    </w:p>
    <w:p>
      <w:pPr>
        <w:jc w:val="right"/>
      </w:pPr>
      <w:r>
        <w:t>यह दुआ बहुत ही कंप्रिहेंसिव दुआ है।</w:t>
      </w:r>
    </w:p>
    <w:p>
      <w:r>
        <w:rPr>
          <w:b/>
        </w:rPr>
        <w:t xml:space="preserve">[1:02:48] </w:t>
      </w:r>
      <w:r>
        <w:t>yani duniya ki bhi achhai aur akhirat ki bhi achhai.</w:t>
      </w:r>
    </w:p>
    <w:p>
      <w:pPr>
        <w:jc w:val="right"/>
      </w:pPr>
      <w:r>
        <w:t>यानी दुनिया की भी अच्छाई और आखिरत की भी अच्छाई।</w:t>
      </w:r>
    </w:p>
    <w:p>
      <w:r>
        <w:rPr>
          <w:b/>
        </w:rPr>
        <w:t xml:space="preserve">[1:02:50] </w:t>
      </w:r>
      <w:r>
        <w:t>lekin jo duniya ki achhai hai, woh yeh nahi hai ke wealth aur property aur duniya ki jo</w:t>
      </w:r>
    </w:p>
    <w:p>
      <w:pPr>
        <w:jc w:val="right"/>
      </w:pPr>
      <w:r>
        <w:t>लेकिन जो दुनिया की अच्छाई है, वह यह नहीं है कि वेल्थ और प्रॉपर्टी और दुनिया की जो</w:t>
      </w:r>
    </w:p>
    <w:p>
      <w:r>
        <w:rPr>
          <w:b/>
        </w:rPr>
        <w:t xml:space="preserve">[1:02:57] </w:t>
      </w:r>
      <w:r>
        <w:t>cheezein hain. Balke banda yeh keh raha hai ke aye mere rab, tu jo behtar samajhta hai mere</w:t>
      </w:r>
    </w:p>
    <w:p>
      <w:pPr>
        <w:jc w:val="right"/>
      </w:pPr>
      <w:r>
        <w:t>चीजें हैं। बल्कि बंदा यह कह रहा है कि ए मेरे रब, तू जो बेहतर समझता है मेरे</w:t>
      </w:r>
    </w:p>
    <w:p>
      <w:r>
        <w:rPr>
          <w:b/>
        </w:rPr>
        <w:t xml:space="preserve">[1:03:03] </w:t>
      </w:r>
      <w:r>
        <w:t>liye is duniya mein, woh mujhe de de.</w:t>
      </w:r>
    </w:p>
    <w:p>
      <w:pPr>
        <w:jc w:val="right"/>
      </w:pPr>
      <w:r>
        <w:t>लिए इस दुनिया में, वह मुझे दे दे।</w:t>
      </w:r>
    </w:p>
    <w:p>
      <w:r>
        <w:rPr>
          <w:b/>
        </w:rPr>
        <w:t xml:space="preserve">[1:03:06] </w:t>
      </w:r>
      <w:r>
        <w:t>hum to aam taur se thoda sa ismein log samajhte hain ke banda yeh mang raha hai, duniya ki</w:t>
      </w:r>
    </w:p>
    <w:p>
      <w:pPr>
        <w:jc w:val="right"/>
      </w:pPr>
      <w:r>
        <w:t>हम तो आमतौर से थोड़ा सा इसमें लोग समझते हैं कि बंदा यह मांग रहा है, दुनिया की</w:t>
      </w:r>
    </w:p>
    <w:p>
      <w:r>
        <w:rPr>
          <w:b/>
        </w:rPr>
        <w:t xml:space="preserve">[1:03:11] </w:t>
      </w:r>
      <w:r>
        <w:t>bhi sari cheezein de de jo riches hain aur akhirat ki jannat de de.</w:t>
      </w:r>
    </w:p>
    <w:p>
      <w:pPr>
        <w:jc w:val="right"/>
      </w:pPr>
      <w:r>
        <w:t>भी सारी चीजें दे दे जो रिचेस हैं और आखिरत की जन्नत दे दे।</w:t>
      </w:r>
    </w:p>
    <w:p>
      <w:r>
        <w:rPr>
          <w:b/>
        </w:rPr>
        <w:t xml:space="preserve">[1:03:17] </w:t>
      </w:r>
      <w:r>
        <w:t>ek bahut achhi dua hai. ji, jo ke</w:t>
      </w:r>
    </w:p>
    <w:p>
      <w:pPr>
        <w:jc w:val="right"/>
      </w:pPr>
      <w:r>
        <w:t>एक बहुत अच्छी दुआ है। जी, जो कि</w:t>
      </w:r>
    </w:p>
    <w:p>
      <w:r>
        <w:rPr>
          <w:b/>
        </w:rPr>
        <w:t xml:space="preserve">[1:03:23] </w:t>
      </w:r>
      <w:r>
        <w:t>jo aisha razi allah anha, jo rasulullah ki wife thin, unhone ek hi sirf hadith bayan ki hai. woh yeh hai ke ek baar fajar ke waqt rasulullah sallallahu alaihi wasallam jab ja rahe the, to rasulullah ne dekha ke woh namaz padh rahi hain aur ibadat kar rahi hain. to phir jab wapas aaye, to wahin baithi hui thin. woh</w:t>
      </w:r>
    </w:p>
    <w:p>
      <w:pPr>
        <w:jc w:val="right"/>
      </w:pPr>
      <w:r>
        <w:t>जो एरिया रजि अल्लाह अन्हा, जो रसूलल्लाह की वाइफ थीं, उन्होंने एक ही सिर्फ हदीस बयान की है। वो यह है कि एक बार फजर के वक्त रसूलल्लाह सल्लल्लाहु अलैहि वसल्लम जब जा रहे थे, तो रसूलल्लाह ने देखा कि वह नमाज पढ़ रही हैं और इबादत कर रही हैं। तो फिर जब वापस आए, तो वहीं बैठी हुई थीं। वो</w:t>
      </w:r>
    </w:p>
    <w:p>
      <w:r>
        <w:rPr>
          <w:b/>
        </w:rPr>
        <w:t xml:space="preserve">[1:03:46] </w:t>
      </w:r>
      <w:r>
        <w:t>takreeban do, teen, chaar ghante baad. to rasulullah ne kaha, "tum abhi tak baithi hui ho, tab se namaz padh rahi ho aur dua zikr kar rahi ho." to unhone kaha, "haan." to us waqt rasulullah sallallahu alaihi wasallam ne kaha tha ke "main tumhein aise four words batata hoon, jisko tum agar kaho ji, to yeh saare jo teen-chaar ghante ki ibadat hai, usse usse kahin behtar ho jayega." achha ji, to badi zabardast yeh yeh hadith hai, yeh dua hai. us mein</w:t>
      </w:r>
    </w:p>
    <w:p>
      <w:pPr>
        <w:jc w:val="right"/>
      </w:pPr>
      <w:r>
        <w:t>तकरीबन दो, तीन, चार घंटे बाद। तो रसूलल्लाह ने कहा, "तुम अभी तक बैठी हुई हो, तब से नमाज पढ़ रही हो और दुआ जिक्र कर रही हो।" तो उन्होंने कहा, "हां।" तो उस वक्त रसूलल्लाह सल्लल्लाहु अलैहि वसल्लम ने कहा था कि "मैं तुम्हें ऐसे फोर वर्ड्स बताता हूं, जिसको तुम अगर कहो जी, तो यह सारे जो तीन-चार घंटे की इबादत है, उससे उससे कहीं बेहतर हो जाएगा।" अच्छा जी, तो बड़ी जबरदस्त यह यह हदीस है, यह दुआ है। उसमें</w:t>
      </w:r>
    </w:p>
    <w:p>
      <w:r>
        <w:rPr>
          <w:b/>
        </w:rPr>
        <w:t xml:space="preserve">[1:04:15] </w:t>
      </w:r>
      <w:r>
        <w:t>woh yeh hai chaar phrases: "subhanallahi wa bihamdihi, glory be to Allah and His praise, adada khalqihi as many times as the number of His creation." yaani jitne bhi Allah ne cheezein create ki hain, insan aur charipind aur parind aur machhliyan, jitne samundar mein jo hum jante hain, jo nahin jante, utne utna main tera tera shukr ada karta hoon aur teri azmat ko bayan karta hoon.</w:t>
      </w:r>
    </w:p>
    <w:p>
      <w:pPr>
        <w:jc w:val="right"/>
      </w:pPr>
      <w:r>
        <w:t>वो यह है चार फ्रेजेस: "सुभान अल्लाह वबि हमद, ग्लोरी बी टू अल्लाह एंड हिज प्रेज, आददा खलक एज मेनी टाइम्स एज द नंबर ऑफ हिज क्रिएशन।" यानी जितने भी अल्लाह ने चीजें क्रिएट की हैं, इंसान और चरि और परिंद और मछलियां, जितने समुंदर में जो हम जानते हैं, जो नहीं जानते, उतने उतना मैं तेरा तेरा शुक्र अदा करता हूं और तेरी अजमत को बयान करता हूं।</w:t>
      </w:r>
    </w:p>
    <w:p>
      <w:r>
        <w:rPr>
          <w:b/>
        </w:rPr>
        <w:t xml:space="preserve">[1:04:44] </w:t>
      </w:r>
      <w:r>
        <w:t>ji, yaani unlimited. ji, wa rizaa nafsihi in accordance with His pleasure, wa zinata arshihi and equal to the weight of His throne." yaani aisi main dua karna chahta hoon aur aisa shukr tujhse ada karna chahta hoon, jiska wazan aisa ho jo tere throne ka wazan ho. hum, yaani unbelievable, zabardast. ji,</w:t>
      </w:r>
    </w:p>
    <w:p>
      <w:pPr>
        <w:jc w:val="right"/>
      </w:pPr>
      <w:r>
        <w:t>जी, यानी अनलिमिटेड। जी, व रिजा नफसी इन अकॉर्डेंस विद हिज प्लेजर, व जीना आरशी एंड इक्वल टू द वेट ऑफ हिज थ्रोन। यानी ऐसी मैं दुआ करना चाहता हूं और ऐसा शुक्र तुझसे अदा करना चाहता हूं, जिसका वजन ऐसा हो जो तेरे थ्रोन का वजन हो। हम, यानी अनबिलीवेबल, जबरदस्त। जी,</w:t>
      </w:r>
    </w:p>
    <w:p>
      <w:r>
        <w:rPr>
          <w:b/>
        </w:rPr>
        <w:t xml:space="preserve">[1:05:07] </w:t>
      </w:r>
      <w:r>
        <w:t>wa midad kalimatihi and equal to the ink, that I use to record His words." yaani jo scholars ne likha hai, hum us us syahi aur us ink ke ke ke barabar. to yeh, yaani Allah taala ki jo azmat hai aur jo greatness hai, usko bayan karne ke liye badi zabardast yeh ji yeh alfaaz hain.</w:t>
      </w:r>
    </w:p>
    <w:p>
      <w:pPr>
        <w:jc w:val="right"/>
      </w:pPr>
      <w:r>
        <w:t>व मिदाद कलीमा एंड एंड इक्वल टू द इंक, दैट मैं यूज टू रिकॉर्ड हिज वर्ड्स। यानी जो स्कॉलर्स ने लिखा है, हम उस उस स्याही और उस इंक के के के बराबर। तो यह, यानी अल्लाह ताला की जो अजमत है और जो ग्रेटनेस है, उसको बयान करने के लिए बड़ी जबरदस्त ये जी ये अल्फाज हैं।</w:t>
      </w:r>
    </w:p>
    <w:p>
      <w:r>
        <w:rPr>
          <w:b/>
        </w:rPr>
        <w:t xml:space="preserve">[1:05:33] </w:t>
      </w:r>
      <w:r>
        <w:t>ek baar hazrat aisha razi allahu anha ne dekha ke prophet bade achhe mood mein the, to kaha ke "mere liye dua kar dein aap." rasulullah ne dua ki, "allahummaghfir li aishata, o Allah, forgive Aisha, ma qaddamat min jarmatiha, wa ma ta'akhkharat, ma asrrat, wa ma a'alnat." yaani all her sins, forgive her all her sins,</w:t>
      </w:r>
    </w:p>
    <w:p>
      <w:pPr>
        <w:jc w:val="right"/>
      </w:pPr>
      <w:r>
        <w:t>एक बार हजरत आयशा रजि अल्लाह अन्हा ने देखा कि प्रोफेट बड़े अच्छे मूड में थे, तो कहा कि "मेरे लिए दुआ कर दें आप।" रसूलल्लाह ने दुआ की, "अल्लाह मगफिर लि आयशा, ओ अल्लाह, फगिव आयशा, मा तकदम मिन जमहा, व मा ताखर, मा असरत, व मा आलत।" यानी ऑल हर सिंस, फगिव हर ऑल हर सिंस,</w:t>
      </w:r>
    </w:p>
    <w:p>
      <w:r>
        <w:rPr>
          <w:b/>
        </w:rPr>
        <w:t xml:space="preserve">[1:05:56] </w:t>
      </w:r>
      <w:r>
        <w:t>past sins and future sins and hidden sins and open sins.</w:t>
      </w:r>
    </w:p>
    <w:p>
      <w:pPr>
        <w:jc w:val="right"/>
      </w:pPr>
      <w:r>
        <w:t>पास्ट सिंस एंड फ्यूचर सिंस एंड हिडन सिंस एंड ओपन सि</w:t>
      </w:r>
    </w:p>
    <w:p>
      <w:r>
        <w:rPr>
          <w:b/>
        </w:rPr>
        <w:t xml:space="preserve">[1:06:01] </w:t>
      </w:r>
      <w:r>
        <w:t>ns. To hazrat aisha ko bare pasand aai, hans padi aur hanste hanste wo gir gayi ek taraf</w:t>
      </w:r>
    </w:p>
    <w:p>
      <w:pPr>
        <w:jc w:val="right"/>
      </w:pPr>
      <w:r>
        <w:t>ंस। तो हजरत आयशा को बड़े पसंद आई, हंस पड़ी और हंसते हंसते वो गिर गई एक तरफ</w:t>
      </w:r>
    </w:p>
    <w:p>
      <w:r>
        <w:rPr>
          <w:b/>
        </w:rPr>
        <w:t xml:space="preserve">[1:06:06] </w:t>
      </w:r>
      <w:r>
        <w:t>سے تو رسول اللہ نے کہا کہ "یور کی دعائی کے مائی دعا میکس یو سو ہیپی۔"</w:t>
      </w:r>
    </w:p>
    <w:p>
      <w:pPr>
        <w:jc w:val="right"/>
      </w:pPr>
      <w:r>
        <w:t>से। तो रसूलल्लाह ने कहा कि "यसुर की दुआई के माय दुआ मेक्स यू सो हैप्पी।"</w:t>
      </w:r>
    </w:p>
    <w:p>
      <w:r>
        <w:rPr>
          <w:b/>
        </w:rPr>
        <w:t xml:space="preserve">[1:06:14] </w:t>
      </w:r>
      <w:r>
        <w:t>तो उन्होंने कहा, "Yes, it's such a beautiful dua."</w:t>
      </w:r>
    </w:p>
    <w:p>
      <w:pPr>
        <w:jc w:val="right"/>
      </w:pPr>
      <w:r>
        <w:t>तो उन्होंने कहा, "यस, इट्स सच अ ब्यूटीफुल दुआ।"</w:t>
      </w:r>
    </w:p>
    <w:p>
      <w:r>
        <w:rPr>
          <w:b/>
        </w:rPr>
        <w:t xml:space="preserve">[1:06:18] </w:t>
      </w:r>
      <w:r>
        <w:t>to rasoolullah ne fermaya, "kitni zabardast baat.</w:t>
      </w:r>
    </w:p>
    <w:p>
      <w:pPr>
        <w:jc w:val="right"/>
      </w:pPr>
      <w:r>
        <w:t>तो रसूलल्लाह ने फरमाया, "कितनी जबरदस्त बात।</w:t>
      </w:r>
    </w:p>
    <w:p>
      <w:r>
        <w:rPr>
          <w:b/>
        </w:rPr>
        <w:t xml:space="preserve">[1:06:21] </w:t>
      </w:r>
      <w:r>
        <w:t>wallah, inha dua ummati fi kul salat.</w:t>
      </w:r>
    </w:p>
    <w:p>
      <w:pPr>
        <w:jc w:val="right"/>
      </w:pPr>
      <w:r>
        <w:t>वल्लाह, इन्हा दुआ उमती फि कुल सलात।</w:t>
      </w:r>
    </w:p>
    <w:p>
      <w:r>
        <w:rPr>
          <w:b/>
        </w:rPr>
        <w:t xml:space="preserve">[1:06:25] </w:t>
      </w:r>
      <w:r>
        <w:t>this is this dua.</w:t>
      </w:r>
    </w:p>
    <w:p>
      <w:pPr>
        <w:jc w:val="right"/>
      </w:pPr>
      <w:r>
        <w:t>दिस इज दिस दुआ।</w:t>
      </w:r>
    </w:p>
    <w:p>
      <w:r>
        <w:rPr>
          <w:b/>
        </w:rPr>
        <w:t xml:space="preserve">[1:06:26] </w:t>
      </w:r>
      <w:r>
        <w:t>"I swear to God, that I make this dua in every namaz for every member of my ummah."</w:t>
      </w:r>
    </w:p>
    <w:p>
      <w:pPr>
        <w:jc w:val="right"/>
      </w:pPr>
      <w:r>
        <w:t>आई स्वेर टू गॉड, दैट आई मेक दिस दुआ इन एवरी नमाज फॉर एवरी मेंबर ऑफ माय उम्मा।"</w:t>
      </w:r>
    </w:p>
    <w:p>
      <w:r>
        <w:rPr>
          <w:b/>
        </w:rPr>
        <w:t xml:space="preserve">[1:06:33] </w:t>
      </w:r>
      <w:r>
        <w:t>ji ji, kitni zabardast dua hai ke ye allah taala, ye hazrat mohammad sallallahu alaihi wasallam ki duaen</w:t>
      </w:r>
    </w:p>
    <w:p>
      <w:pPr>
        <w:jc w:val="right"/>
      </w:pPr>
      <w:r>
        <w:t>जी जी, कितनी जबरदस्त दुआ है कि ये अल्लाह ताला, ये हजरत मोहम्मद सल्लल्लाहु अलैहि वसल्लम की दुआएं</w:t>
      </w:r>
    </w:p>
    <w:p>
      <w:r>
        <w:rPr>
          <w:b/>
        </w:rPr>
        <w:t xml:space="preserve">[1:06:38] </w:t>
      </w:r>
      <w:r>
        <w:t>hain. Alhamdulillah, jo hum hum hum sab ki hum sab yahan par hain, is waqt maujood.</w:t>
      </w:r>
    </w:p>
    <w:p>
      <w:pPr>
        <w:jc w:val="right"/>
      </w:pPr>
      <w:r>
        <w:t>हैं। अल्हम्दुलिल्लाह, जो हम हम हम सब कि हम सब यहां पर हैं, इस वक्त मौजूद।</w:t>
      </w:r>
    </w:p>
    <w:p>
      <w:r>
        <w:rPr>
          <w:b/>
        </w:rPr>
        <w:t xml:space="preserve">[1:06:44] </w:t>
      </w:r>
      <w:r>
        <w:t>aur yeh</w:t>
      </w:r>
    </w:p>
    <w:p>
      <w:pPr>
        <w:jc w:val="right"/>
      </w:pPr>
      <w:r>
        <w:t>और यह</w:t>
      </w:r>
    </w:p>
    <w:p>
      <w:r>
        <w:rPr>
          <w:b/>
        </w:rPr>
        <w:t xml:space="preserve">[1:06:45] </w:t>
      </w:r>
      <w:r>
        <w:t>aakhiri, jo ki bahut hi zabardast dua hai, quran ke liye rasulullah sallallahu alaihi wasallam ne ki thi: "allahumma ij'alil qurana rabi'a qalbi</w:t>
      </w:r>
    </w:p>
    <w:p>
      <w:pPr>
        <w:jc w:val="right"/>
      </w:pPr>
      <w:r>
        <w:t>आखिरी, जो कि बहुत ही जबरदस्त दुआ है, कुरान के लिए रसूलल्लाह सल्लल्लाहु अलैहि वसल्लम ने की थी: "अल्लाहुम्मा तजल कुरान रबिया कलबी</w:t>
      </w:r>
    </w:p>
    <w:p>
      <w:r>
        <w:rPr>
          <w:b/>
        </w:rPr>
        <w:t xml:space="preserve">[1:06:54] </w:t>
      </w:r>
      <w:r>
        <w:t>। o Allah, make the Quran the spring of my heart. mere seene ki, mere dil ki bahaar bana de. wa nura sadri and the light of my chest. wa zahaaba huzni and the remover of my sadness. and wa jahaba hammi and the reliever of my sorrow, ma</w:t>
      </w:r>
    </w:p>
    <w:p>
      <w:pPr>
        <w:jc w:val="right"/>
      </w:pPr>
      <w:r>
        <w:t>। ओ अल्लाह, मेक द कुरान द स्प्रिंग ऑफ माय हार्ट। मेरे सीने की, मेरे दिल की बहार बना दे। व नूर सदरी एंड द लाइट ऑफ माय चेस्ट। व जला हुजनी एंड द रिमूवर ऑफ माय सैडनेस। एंड व जहाबा हममी एंड द रिलीवर ऑफ माय सोरो, मा</w:t>
      </w:r>
    </w:p>
    <w:p>
      <w:r>
        <w:rPr>
          <w:b/>
        </w:rPr>
        <w:t xml:space="preserve">[1:07:15] </w:t>
      </w:r>
      <w:r>
        <w:t>y grief." bahut zabardast dua hai yeh quran ke liye. yaani quran, dil ki bahaar aur seene ka noor aur takleef aur pareshani ko door karne ka ek zariya hai. jab bhi banega, jab aap usko padhenge tadabbur ke saath aur uske upar contemplate karenge, tab khuda ki taraf se inspirations aana shuru ho jayenge, jo aapko inspire ji yakeenan karenge. to yeh tareeka</w:t>
      </w:r>
    </w:p>
    <w:p>
      <w:pPr>
        <w:jc w:val="right"/>
      </w:pPr>
      <w:r>
        <w:t>य ग्रीफ।" बहुत जबरदस्त दुआ है यह कुरान के लिए। यानी कुरान, दिल की बहार और सीने का नूर और तकलीफ और परेशानी को दूर करने का एक जरिया है। जब भी बनेगा, जब आप उसको पढ़ेंगे तदब्बुर के साथ और उसके ऊपर कंटेंप्लेट करेंगे, तब खुदा की तरफ से इंस्पिरेशंस आना शुरू हो जाएंगे, जो आपको इंस्पायर जी यकीनन करेंगे। तो यह त</w:t>
      </w:r>
    </w:p>
    <w:p>
      <w:r>
        <w:rPr>
          <w:b/>
        </w:rPr>
        <w:t xml:space="preserve">[1:07:44] </w:t>
      </w:r>
      <w:r>
        <w:t>hai, tab yeh sab cheezein hongi ke seene ka noor ban jaye aur aur dil ki bahaar ban jaye. to Allah taala hum sabko yeh taufeeq de ke hum quran ko is tarah se padhein ke hamare dil ka, dil ki ke ke bahaar ban jaye aur seene ka noor ban jaye. aur quran ko gehrai se samjhein aur us par amal karein aur quran ko saare insaanon tak pahunchane mein hamari madad farma.</w:t>
      </w:r>
    </w:p>
    <w:p>
      <w:pPr>
        <w:jc w:val="right"/>
      </w:pPr>
      <w:r>
        <w:t>रीका है, तब यह सब चीजें होंगी कि सीने का नूर बन जाए और और दिल की बहार बन जाए। तो अल्लाह ताला हम सबको यह तौफीक दे कि हम कुरान को इस तरह से पढ़ें कि हमारे दिल का, दिल की के के बहार बन जाए और सीने का नूर बन जाए। और कुरान को गहराई से समझें और उस पर अमल करें और कुरान को सारे इंसानों तक पहुंचाने में हमारी मदद फरमा।</w:t>
      </w:r>
    </w:p>
    <w:p>
      <w:r>
        <w:rPr>
          <w:b/>
        </w:rPr>
        <w:t xml:space="preserve">[1:08:13] </w:t>
      </w:r>
      <w:r>
        <w:t>ameen. aakhiru da'wana, alhamdulillah rabbil aalameen. jazaakallah, doctor sahib, for doing an amazing spiritual session today. in fact, aap itni sari duaen aapne padhi. main</w:t>
      </w:r>
    </w:p>
    <w:p>
      <w:pPr>
        <w:jc w:val="right"/>
      </w:pPr>
      <w:r>
        <w:t>आमीन। आखिर दावाना, अल्हम्दुलिल्लाह रब्बिल आलमीन। जजाकल्लाह, डॉक्टर साहब, फॉर डूइंग एन अमेजिंग स्पिरिचुअल सेशन टुडे। इनफैक्ट, आप इतनी सारी दुआएं आपने पढ़ी। मै</w:t>
      </w:r>
    </w:p>
    <w:p>
      <w:r>
        <w:rPr>
          <w:b/>
        </w:rPr>
        <w:t xml:space="preserve">[1:08:24] </w:t>
      </w:r>
      <w:r>
        <w:t>allah taala se yahi dua karunga ke hum sabko, jo program dekh rahe hain aur jo baad mein yeh program dekhenge, un sabki taraf se jo aapne dua padhi, Allah taala us un sabke liye, hum sabke liye woh duaen qabool karein. and this ramadan, we wish all the viewers, that may Allah bless all of us with the wealth of marefat, good health. he saves us from destruction and drives us towards goodness, that pleases Allah.</w:t>
      </w:r>
    </w:p>
    <w:p>
      <w:pPr>
        <w:jc w:val="right"/>
      </w:pPr>
      <w:r>
        <w:t>ं अल्लाह ताला से यही दुआ करूंगा कि हम सबको, जो प्रोग्राम देख रहे हैं और जो बाद में ये प्रोग्राम देखेंगे, उन सबकी तरफ से जो आपने दुआ पढ़ी, अल्लाह ताला उस उन सबके लिए, हम सबके लिए वो दुआएं कबूल करें। एंड दिस रमजान, वी विश ऑल द व्यूवर्स, दैट मे अल्लाह ब्लेस ऑल ऑफ अस विद द वेल्थ ऑफ मारे फत, गुड हेल्थ। ही सेव्स अस फ्रॉम डिस्ट्रक्शन एंड ड्राइव्स अस टुवर्ड्स गुडनेस, दैट प्लीजस अल्लाह।</w:t>
      </w:r>
    </w:p>
    <w:p>
      <w:r>
        <w:rPr>
          <w:b/>
        </w:rPr>
        <w:t xml:space="preserve">[1:08:53] </w:t>
      </w:r>
      <w:r>
        <w:t>ameen. so, before we finally end the session, there are two important releases, for which I will request doctor sahib to do the launch. these are translation of Maulana Wahiduddin Khan sahib book. pehli jo kitab hai, which is being translated in english with the title "Islamic Parenting: Nurturing Your Child's True Potential." this is a translation of Maulana sahib urdu book booklet "tarbiyat-e-aulad."</w:t>
      </w:r>
    </w:p>
    <w:p>
      <w:pPr>
        <w:jc w:val="right"/>
      </w:pPr>
      <w:r>
        <w:t>आमीन। सो, बिफोर वी फाइनली एंड द सेशन, देयर आर टू इंपॉर्टेंट रिलीजस, फॉर व्हिच आई विल रिक्वेस्ट डॉक्टर साहब टू डू द लॉन्च। दीज आर ट्रांसलेशन ऑफ मुलाना वहीदुद्दीन खान साहब बुक। पहली जो किताब है, व्हिच इज बीइंग ट्रांसलेटेड इन इंग्लिश विद द टाइटल "इस्लामिक पेरेंटिंग: नर्चरिंग योर चाइल्ड्स ट्रू पोटेंशियल।" दिस इज अ ट्रांसलेशन ऑफ मुलाना साहब उर्दू बुक बुकलेट "तरबियत औलाद।"</w:t>
      </w:r>
    </w:p>
    <w:p>
      <w:r>
        <w:rPr>
          <w:b/>
        </w:rPr>
        <w:t xml:space="preserve">[1:09:22] </w:t>
      </w:r>
      <w:r>
        <w:t>this translation has been done by professor farida khanam.</w:t>
      </w:r>
    </w:p>
    <w:p>
      <w:pPr>
        <w:jc w:val="right"/>
      </w:pPr>
      <w:r>
        <w:t>दिस ट्रांसलेशन हैज बीन डन बाय प्रोफेसर फरीदा खानम।</w:t>
      </w:r>
    </w:p>
    <w:p>
      <w:r>
        <w:rPr>
          <w:b/>
        </w:rPr>
        <w:t xml:space="preserve">[1:09:26] </w:t>
      </w:r>
      <w:r>
        <w:t>its a very important book for all the parents.</w:t>
      </w:r>
    </w:p>
    <w:p>
      <w:pPr>
        <w:jc w:val="right"/>
      </w:pPr>
      <w:r>
        <w:t>इट्स अ वेरी इंपॉर्टेंट बुक फॉर ऑल द पेरेंट्स।</w:t>
      </w:r>
    </w:p>
    <w:p>
      <w:r>
        <w:rPr>
          <w:b/>
        </w:rPr>
        <w:t xml:space="preserve">[1:09:29] </w:t>
      </w:r>
      <w:r>
        <w:t>aksar Maulana ke paas doctor sahab aate bhi the aur main har bari witness karta tha.</w:t>
      </w:r>
    </w:p>
    <w:p>
      <w:pPr>
        <w:jc w:val="right"/>
      </w:pPr>
      <w:r>
        <w:t>अक्सर मुलाना के पास डॉक्टर साहब आते भी थे और मैं हर बारी विटनेस करता था।</w:t>
      </w:r>
    </w:p>
    <w:p>
      <w:r>
        <w:rPr>
          <w:b/>
        </w:rPr>
        <w:t xml:space="preserve">[1:09:34] </w:t>
      </w:r>
      <w:r>
        <w:t>wo ek hi sawal hota tha ke hum kaise apne bachchon ki tarbiyat karein.</w:t>
      </w:r>
    </w:p>
    <w:p>
      <w:pPr>
        <w:jc w:val="right"/>
      </w:pPr>
      <w:r>
        <w:t>वो एक ही सवाल होता था कि हम कैसे अपने बच्चों की तरबियत करें।</w:t>
      </w:r>
    </w:p>
    <w:p>
      <w:r>
        <w:rPr>
          <w:b/>
        </w:rPr>
        <w:t xml:space="preserve">[1:09:38] </w:t>
      </w:r>
      <w:r>
        <w:t>to this book captures the advice, the wisdom, that Maulana sahib use to give to all the parents</w:t>
      </w:r>
    </w:p>
    <w:p>
      <w:pPr>
        <w:jc w:val="right"/>
      </w:pPr>
      <w:r>
        <w:t>तो दिस बुक कैप्चर्स द एडवाइस, द विजडम, दैट मुलाना साहब यूज टू गिव टू ऑल द पेरेंट्स</w:t>
      </w:r>
    </w:p>
    <w:p>
      <w:r>
        <w:rPr>
          <w:b/>
        </w:rPr>
        <w:t xml:space="preserve">[1:09:45] </w:t>
      </w:r>
      <w:r>
        <w:t>and how parents should nurture their children.</w:t>
      </w:r>
    </w:p>
    <w:p>
      <w:pPr>
        <w:jc w:val="right"/>
      </w:pPr>
      <w:r>
        <w:t>एंड हाउ पेरेंट्स शुड नर्चर देयर चिल्ड्रन।</w:t>
      </w:r>
    </w:p>
    <w:p>
      <w:r>
        <w:rPr>
          <w:b/>
        </w:rPr>
        <w:t xml:space="preserve">[1:09:48] </w:t>
      </w:r>
      <w:r>
        <w:t>so, i will request doctor sahib to do the launch.</w:t>
      </w:r>
    </w:p>
    <w:p>
      <w:pPr>
        <w:jc w:val="right"/>
      </w:pPr>
      <w:r>
        <w:t>सो, आई विल रिक्वेस्ट डॉक्टर साहब टू डू द लॉन्च।</w:t>
      </w:r>
    </w:p>
    <w:p>
      <w:r>
        <w:rPr>
          <w:b/>
        </w:rPr>
        <w:t xml:space="preserve">[1:09:53] </w:t>
      </w:r>
      <w:r>
        <w:t>bismillah-hir-rehman-nir-rahim. mujhe behad khushi ho rahi hai "Islamic Parenting: Nurturing Your Child's True Potential" isko launch karte hue. aur yeh aapne doctor farida khanam ne translate kiya hai. jaise doctor rajat ne bataya ke "tarbiyat-e-aulad", jo Maulana ki ek booklet thi, uska tarjuma hai. aur maasha Allah, bahut achhi kitab hai.</w:t>
      </w:r>
    </w:p>
    <w:p>
      <w:pPr>
        <w:jc w:val="right"/>
      </w:pPr>
      <w:r>
        <w:t>बिस्मिल्लाह रहमान रहीम। मुझे बेहद खुशी हो रही है "इस्लामिक पेरेंटिंग: नर्चरिंग योर चाइल्ड्स ट्रू पोटेंशियल" इसको लॉन्च करते हुए। और यह आपने डॉक्टर फरीदा खानम ने ट्रांसलेट किया है। जैसे डॉक्टर रजत ने बताया कि "तरबियत औलाद", जो मौलाना की एक बुकलेट थी, उसका तरजुमा है। और माशाल्लाह, बहुत अच्छी किताब है।</w:t>
      </w:r>
    </w:p>
    <w:p>
      <w:r>
        <w:rPr>
          <w:b/>
        </w:rPr>
        <w:t xml:space="preserve">[1:10:19] </w:t>
      </w:r>
      <w:r>
        <w:t>main to jab yeh subject dekha, to mujhe yaad aaya ke hamari tarbiyat kaise ki Maulana ne. ji, to main samajhta hoon Maulana ne hamari koi tarbiyat nahin ki. ji, aur humne unko dekh ke seekha. ji, yaani yeh bhi ek tarbiyat ka tareeka hai ke parents ek example ban jaye. hum aur usko bachhe jo hain, woh dekhte hain ke parents kya kar</w:t>
      </w:r>
    </w:p>
    <w:p>
      <w:pPr>
        <w:jc w:val="right"/>
      </w:pPr>
      <w:r>
        <w:t>मैं तो जब यह सब्जेक्ट देखा, तो मुझे याद आया कि हमारी तरबियत कैसे की मौलाना ने। जी, तो मैं समझता हूं मौलाना ने हमारी कोई तरबियत नहीं की। जी, और हमने उनको देख के सीखा। जी, यानी यह भी एक तरबियत का तरीका है कि पेरेंट्स एक एग्जांपल बन जाए। हम और उसको बच्चे जो है, वह देखते हैं कि पेरेंट्स क्या कर</w:t>
      </w:r>
    </w:p>
    <w:p>
      <w:r>
        <w:rPr>
          <w:b/>
        </w:rPr>
        <w:t xml:space="preserve">[1:10:45] </w:t>
      </w:r>
      <w:r>
        <w:t>rahe hain. hum woh ab hamari walida, aap mile hain unse. ji, ji, bilkul. itni nek shakhsiyat thin ke unhone kabhi poori zindagi mein mujhse kisi ke baare mein burai nahin ki. koi negative feeling nahin, sirf achhi baatein karti thin ke Allah uska bhala kare, Allah uska bhala kare. bahut kam bolti thin. aur aur Maulana ko bhi maine bachpan se dekha hai ke woh sirf padhne likhne ki baat</w:t>
      </w:r>
    </w:p>
    <w:p>
      <w:pPr>
        <w:jc w:val="right"/>
      </w:pPr>
      <w:r>
        <w:t>रहे हैं। हम वो अब हमारी वालिदा, आप मिले हैं उनसे। जी, जी, बिल्कुल। इतनी नेक शख्सियत थीं कि उन्होंने कभी पूरी जिंदगी में मुझसे किसी के बारे में बुराई नहीं की। कोई नेगेटिव फीलिंग नहीं, सिर्फ अच्छी बातें करती थीं कि अल्लाह उसका भला करे, अल्लाह उसका भला करे। बहुत कम बोलती थीं। और और मौलाना को भी मैंने बचपन से देखा है कि वह सिर्फ पढ़ने लिखने की बात</w:t>
      </w:r>
    </w:p>
    <w:p>
      <w:r>
        <w:rPr>
          <w:b/>
        </w:rPr>
        <w:t xml:space="preserve">[1:11:12] </w:t>
      </w:r>
      <w:r>
        <w:t>karte the. koi aisa kaam nahin karte the jaisa kuch log aake huha kar rahe hain ya shayari kar rahe hain. ya koi, sirf unka kaam tha padhna aur likhna. aur doctor sahib, main yahan pe yeh bhi kehna chahunga, Maulana sahib aksar kaha karte the ke jo aapki mother thin, unki wife, ke Maulana sahib bhi mission ko isliye chala sake kyunke unka poora support raha. bilkul. aur wahi sab aapne,</w:t>
      </w:r>
    </w:p>
    <w:p>
      <w:pPr>
        <w:jc w:val="right"/>
      </w:pPr>
      <w:r>
        <w:t>करते थे। कोई ऐसा काम नहीं करते थे जैसा कुछ लोग आके हुहा कर रहे हैं या शायरी कर रहे हैं। या कोई, सिर्फ उनका काम था पढ़ना और लिखना। और डॉक्टर साहब, मैं यहां पे यह भी कहना चाहूंगा, मौलाना साहब अक्सर कहा करते थे कि जो आपकी मदर थीं, उनकी वाइफ, कि मौलाना साहब भी मिशन को इसलिए चला सके क्योंकि उनका पूरा सपोर्ट रहा। बिल्कुल। और वही सब आपने,</w:t>
      </w:r>
    </w:p>
    <w:p>
      <w:r>
        <w:rPr>
          <w:b/>
        </w:rPr>
        <w:t xml:space="preserve">[1:11:36] </w:t>
      </w:r>
      <w:r>
        <w:t>aapne farida, aapne muslima, aapne dekha in dono ko karte hue. to</w:t>
      </w:r>
    </w:p>
    <w:p>
      <w:pPr>
        <w:jc w:val="right"/>
      </w:pPr>
      <w:r>
        <w:t>आपने फरीदा, आपने मुस्लिमा, आपने देखा इन दोनों को करते हुए। तो</w:t>
      </w:r>
    </w:p>
    <w:p>
      <w:r>
        <w:rPr>
          <w:b/>
        </w:rPr>
        <w:t xml:space="preserve">[1:11:41] </w:t>
      </w:r>
      <w:r>
        <w:t>haan, yeh point aapne bahut achha kiya ki hamari mother jab hum, jab wo weekly akhbar, jiske editor the Maulana ji, 74 mein mera khyal se wo band ho gaya, to unhone kaha ki ab hum chalo gaon jaate hain. to hamari mother ne kaha, nahi, hum gaon nahi jayenge, yahan bachche padh rahe hain. ji, to phir hamare bhai sahab ne support kiya kaafi saalon. ji, to uski wajah se hum log ruke. to mother ka bahut bada contribution hai. ji, Allah taala jannat mein aala makaam unko de. to bahut achhi kitab hai ye, inshaAllah, Allah taala kabool kare</w:t>
      </w:r>
    </w:p>
    <w:p>
      <w:pPr>
        <w:jc w:val="right"/>
      </w:pPr>
      <w:r>
        <w:t>हां, यह पॉइंट आपने बहुत अच्छा किया कि हमारी मदर जब हम, जब वो वीकली अखबार, जिसके एडिटर थे मौलाना जी, 74 में मेरा ख्याल से वो बंद हो गया, तो उन्होंने कहा कि अब हम चलो गांव जाते हैं। तो हमारी मदर ने कहा, नहीं, हम गांव नहीं जाएंगे, यहां बच्चे पढ़ रहे हैं। जी, तो फिर हमारे भाई साहब ने सपोर्ट किया काफी सालों। जी, तो उसकी वजह से हम लोग रुके। तो मदर का बहुत बड़ा कंट्रीब्यूशन है। जी, अल्लाह ताला जन्नत में आला मकाम उनको दे। तो बहुत अच्छी किताब है ये, इंशाल्लाह, अल्लाह ताला कबूल करे</w:t>
      </w:r>
    </w:p>
    <w:p>
      <w:r>
        <w:rPr>
          <w:b/>
        </w:rPr>
        <w:t xml:space="preserve">[1:12:11] </w:t>
      </w:r>
      <w:r>
        <w:t>jinhone is par kaam kiya hai. ji, doctor sahab, doosri aham kitab, yeh bahut hi important booklet hai.</w:t>
      </w:r>
    </w:p>
    <w:p>
      <w:pPr>
        <w:jc w:val="right"/>
      </w:pPr>
      <w:r>
        <w:t>जिन्होंने इस पर काम किया है। जी, डॉक्टर साहब, दूसरी अहम किताब, यह बहुत ही इंपॉर्टेंट बुकलेट है।</w:t>
      </w:r>
    </w:p>
    <w:p>
      <w:r>
        <w:rPr>
          <w:b/>
        </w:rPr>
        <w:t xml:space="preserve">[1:12:18] </w:t>
      </w:r>
      <w:r>
        <w:t>jaisa ki hum jaante hain ki 8th March is also celebrated as International Womens Day. and Maulana Wahiduddin Khan sahab bahut emphasize karte the women ka role ki they are the builders of humanity. and women have played historic role during the time of prophet of Islam. and even after that, even today,</w:t>
      </w:r>
    </w:p>
    <w:p>
      <w:pPr>
        <w:jc w:val="right"/>
      </w:pPr>
      <w:r>
        <w:t>जैसा कि हम जानते हैं कि 8थ मार्च इज आल्सो सेलिब्रेटेड एज इंटरनेशनल वूमेंस डे। एंड मौलाना वहीदुद्दीन खान साहब बहुत एमफसा इज करते थे वुमेन का रोल कि दे आर द बिल्डर्स ऑफ ह्यूमैनिटी। एंड वुमेन हैव प्लेड हिस्टोरिक रोल ड्यूरिंग द टाइम ऑफ प्रोफेट ऑफ इस्लाम। एंड इवन आफ्टर दैट, इवन टुडे,</w:t>
      </w:r>
    </w:p>
    <w:p>
      <w:r>
        <w:rPr>
          <w:b/>
        </w:rPr>
        <w:t xml:space="preserve">[1:12:39] </w:t>
      </w:r>
      <w:r>
        <w:t>in fact, CPS mein bhi aap dekhenge to women hi aage hain, men to p</w:t>
      </w:r>
    </w:p>
    <w:p>
      <w:pPr>
        <w:jc w:val="right"/>
      </w:pPr>
      <w:r>
        <w:t>इनफैक्ट, सीपीएस में भी आप देखेंगे तो वुमेन ही आगे हैं, मेन तो पी</w:t>
      </w:r>
    </w:p>
    <w:p>
      <w:r>
        <w:rPr>
          <w:b/>
        </w:rPr>
        <w:t xml:space="preserve">[1:12:44] </w:t>
      </w:r>
      <w:r>
        <w:t>chhe hain. theek hai. aur Maulana sahab is baat ko bahut encourage karte the. wo kehte the ki women should unfold her potential. to yeh unki kaafi writings rahi hain women ko lekar. so, there is this booklet, which has been prepared. it has been compiled from the writings of Maulana Wahiduddin Khan sahab. yeh compile kiya hai doctor Stuti Malhotra ne. and it has been edited by professor Farida Khanam</w:t>
      </w:r>
    </w:p>
    <w:p>
      <w:pPr>
        <w:jc w:val="right"/>
      </w:pPr>
      <w:r>
        <w:t>छे हैं।ठीक है। और मौलाना साहब इस बात को बहुत इनकरेज करते थे। वो कहते थे कि वुमेन शुड अनफोल्ड हर पोटेंशियल। तो यह उनकी काफी राइटिंग्स रही हैं वुमेन को लेकर। सो, देयर इज दिस बुकलेट, व्हिच हैज बीन प्रिपेयर्ड। इट हैज बीन कंपाइल्ड फ्रॉम द राइटिंग्स ऑफ मौलाना वहीदुद्दीन खान साहब। यह कंपाइल किया है डॉक्टर स्तुति मल्होत्रा ने। एंड इट हैज बीन एडिटेड बाय प्रोफेसर फरीदा खानम</w:t>
      </w:r>
    </w:p>
    <w:p>
      <w:r>
        <w:rPr>
          <w:b/>
        </w:rPr>
        <w:t xml:space="preserve">[1:13:09] </w:t>
      </w:r>
      <w:r>
        <w:t>. the title of this booklet is "Guiding Lights: A Spiritual Role of Women in Islam." to main chahunga ki doctor sahab isko bhi launch kare.</w:t>
      </w:r>
    </w:p>
    <w:p>
      <w:pPr>
        <w:jc w:val="right"/>
      </w:pPr>
      <w:r>
        <w:t>। द टाइटल ऑफ दिस बुकलेट इज "गाइडिंग लाइट्स: अ स्पिरिचुअल रोल ऑफ वुमेन इन इस्लाम।" तो मैं चाहूंगा कि डॉक्टर साहब इसको भी लॉन्च करें।</w:t>
      </w:r>
    </w:p>
    <w:p>
      <w:r>
        <w:rPr>
          <w:b/>
        </w:rPr>
        <w:t xml:space="preserve">[1:13:22] </w:t>
      </w:r>
      <w:r>
        <w:t>mujhe bahut khushi ho r</w:t>
      </w:r>
    </w:p>
    <w:p>
      <w:pPr>
        <w:jc w:val="right"/>
      </w:pPr>
      <w:r>
        <w:t>मुझे बहुत खुशी हो र</w:t>
      </w:r>
    </w:p>
    <w:p>
      <w:r>
        <w:rPr>
          <w:b/>
        </w:rPr>
        <w:t xml:space="preserve">[1:13:24] </w:t>
      </w:r>
      <w:r>
        <w:t>hi hai. yeh bahut hi chhoti si, khoobsurat si kitab hai "Guiding Lights: Spiritual Role of Women in Islam." aur jaisa aapne bataya, yeh Maulana ke articles ka compilation hai. doctor Stuti Malhotra ne kiya hai aur aapne isko edit kiya hai. bahut hi aham kitab lag rahi hai aur itni chhoti hai ki isko aap aasani se logon ko de sakte hain. ismein ek topic jo main abhi dekh raha hoon, "Paradise lies at the feet of mad</w:t>
      </w:r>
    </w:p>
    <w:p>
      <w:pPr>
        <w:jc w:val="right"/>
      </w:pPr>
      <w:r>
        <w:t>ही है। यह बहुत ही छोटी सी, खूबसूरत सी किताब है "गाइडिंग लाइट्स: स्पिरिचुअल रोल ऑफ वुमेन इन इस्लाम।" और जैसा आपने बताया, यह मौलाना के आर्टिकल्स का कंपाइलेशन है। डॉक्टर स्तुति मल्होत्रा ने किया है और आपने इसको एडिट किया है। बहुत ही अहम किताब लग रही है और इतनी छोटी है कि इसको आप आसानी से लोगों को दे सकते हैं। इसमें एक टॉपिक जो मैं अभी देख रहा हूं, "पैराडाइज लाइज एट द फीट ऑफ मद</w:t>
      </w:r>
    </w:p>
    <w:p>
      <w:r>
        <w:rPr>
          <w:b/>
        </w:rPr>
        <w:t xml:space="preserve">[1:13:54] </w:t>
      </w:r>
      <w:r>
        <w:t>er." ji, kitni zabardast hadees hai ye. bahut zabardast. to ye chhote chhote mazameen ismein hain. ji, aur aap isko aasani se apne halqe mein de sakte hain logon ko, khawateen ko de sakte hain. aur Maulana ki jo kitab thi "Khatoon-e-Islam," bahut pehle chhapi thi. ji, to usi ke lagta hai kuch mazameen hain ismein. aur insha'l</w:t>
      </w:r>
    </w:p>
    <w:p>
      <w:pPr>
        <w:jc w:val="right"/>
      </w:pPr>
      <w:r>
        <w:t>र।" जी, कितनी जबरदस्त हदीस है ये। बहुत जबरदस्त। तो ये छोटे-छोटे मजा मीन इसमें हैं। जी, और आप इसको आसानी से अपने हल्के में दे सकते हैं लोगों को, खवातीन को दे सकते हैं। और मौलाना की जो किताब थी "खातून इस्लाम," बहुत पहले छपी थी। जी, तो उसी के लगता है कुछ मजा मीन है इसमें। और इंशाल्</w:t>
      </w:r>
    </w:p>
    <w:p>
      <w:r>
        <w:rPr>
          <w:b/>
        </w:rPr>
        <w:t xml:space="preserve">[1:14:18] </w:t>
      </w:r>
      <w:r>
        <w:t>lah, isse aur doctor sahab, iska bada version bhi insha'Allah release hoga. aur bahut se log, jaise aksar ye sochte bhi hain ki Islam mein position of women is lower or is less than man. yeh booklet agar hum madhu ko dein aur un sab logon ko jo who have a wrong opinion about the status of women or the role of women in Islam, it will be very revealing. in fact, its the other way around.</w:t>
      </w:r>
    </w:p>
    <w:p>
      <w:pPr>
        <w:jc w:val="right"/>
      </w:pPr>
      <w:r>
        <w:t>लाह, इससे और डॉक्टर साहब, इसका बड़ा वर्जन भी इंशाल्लाह रिलीज होगा। और बहुत से लोग, जैसे अक्सर ये सोचते भी हैं कि इस्लाम में पोजीशन ऑफ वुमेन इज लोअर और इज लेस देन मैन। यह बुकलेट अगर हम मधु को दें और उन सब लोगों को जो हु हैव अ रंग ओपिनियन अबाउट द स्टेटस ऑफ वुमेन और द रोल ऑफ वुमेन इन इस्लाम, इट विल बी वेरी रिवीलिंग। इनफैक्ट, इट्स द अदर वे अराउंड।</w:t>
      </w:r>
    </w:p>
    <w:p>
      <w:r>
        <w:rPr>
          <w:b/>
        </w:rPr>
        <w:t xml:space="preserve">[1:14:46] </w:t>
      </w:r>
      <w:r>
        <w:t>achha, achha, that the role of women is in fact, I would say, its even greater than men. ya to Kaleem sahab ko itni pasand aayi. doctor sahab, ye unhone bataya ki wo aap aapko keh rahe hain ki isko 10000 publish karke, print karke, isko spread karenge. multiple language dekha unka. ji, bahut pasand aayi unhein ye kitab. ji, Masha'Allah, Masha'Allah. JazakAllah. Thank you doctor sahab for doing the session today once again and for doing the two important launches. aap</w:t>
      </w:r>
    </w:p>
    <w:p>
      <w:pPr>
        <w:jc w:val="right"/>
      </w:pPr>
      <w:r>
        <w:t>अच्छा, अच्छा, दैट द रोल ऑफ वुमेन इज इनफैक्ट, आई वुड से, इट्स इवन ग्रेटर देन मेन। या तो कलीम साहब को इतनी पसंद आई। डॉक्टर साहब, ये उन्होंने बताया कि वो आप आपको कह रहे हैं कि इसको 10000 पब्लिश करके, प्रिंट करके, इसको स्प्रेड करेंगे। मल्टीपल लैंग्वेज देखा उनका। जी, बहुत पसंद आई उन्हें ये किताब। जी, माशाल्लाह, माशाल्लाह। जजाकल्लाह। थैंक यू डॉक्टर साहब फॉर डूइंग द सेशन टुडे वंस अगेन एंड फॉर डूइंग द टू इंपॉर्टेंट लॉन्चेस। आप</w:t>
      </w:r>
    </w:p>
    <w:p>
      <w:r>
        <w:rPr>
          <w:b/>
        </w:rPr>
        <w:t xml:space="preserve">[1:15:14] </w:t>
      </w:r>
      <w:r>
        <w:t>ka bhi bahut jazak khair, jis tarah se aapne organize kiya aur kar rahe hain. Alhamdulillah, Alhamdulillah. JazakAllah. Thank you doctor sahab. These two booklets are also, these two books are also available for download from CPS website. and you can also source the hard copies. we will end today's session and we will be back next Sunday same time 10:30 AM. Thank you.</w:t>
      </w:r>
    </w:p>
    <w:p>
      <w:pPr>
        <w:jc w:val="right"/>
      </w:pPr>
      <w:r>
        <w:t>का भी बहुत जजा खैर, जिस तरह से आपने ऑर्गेनाइज किया और कर रहे हैं। अल्हम्दुलिल्लाह, अल्हम्दुलिल्लाह। जजाकल्लाह। थैंक यू डॉक्टर साहब। दीज टू बुकलेट्स आर आल्सो, दीज टू बुक्स आर आल्सो अवेलेबल फॉर डाउनलोड फ्रॉम सीपीएस वेबसाइट। एंड यू कैन आल्सो सोर्स द हार्ड कॉपीज। वी विल एंड टुडेज सेशन एंड वी विल बी बैक नेक्स्ट संडे सेम टाइम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