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Physical Science or Divine Science November 25, 2012</w:t>
      </w:r>
    </w:p>
    <w:p>
      <w:r>
        <w:t>https://youtu.be/BaWTblQLpE4</w:t>
      </w:r>
    </w:p>
    <w:p>
      <w:r>
        <w:rPr>
          <w:b/>
        </w:rPr>
        <w:t xml:space="preserve">[00:14] </w:t>
      </w:r>
      <w:r>
        <w:t>Bismillah Rahman Rahim, wa salli Allahu ala Nabiyyil Karim. Rabbi shrahli sadri, wa yassirli amri,</w:t>
      </w:r>
    </w:p>
    <w:p>
      <w:pPr>
        <w:jc w:val="right"/>
      </w:pPr>
      <w:r>
        <w:t>بسماللہ الرحمن الرحیم، وصلیاللہ علی النبی الکریم۔ رباشرحلی صدری، و یسرلیام ری،</w:t>
      </w:r>
    </w:p>
    <w:p>
      <w:r>
        <w:rPr>
          <w:b/>
        </w:rPr>
        <w:t xml:space="preserve">[00:29] </w:t>
      </w:r>
      <w:r>
        <w:t>wah lul uqdatan min lisani, yafqahu qawli.</w:t>
      </w:r>
    </w:p>
    <w:p>
      <w:pPr>
        <w:jc w:val="right"/>
      </w:pPr>
      <w:r>
        <w:t>واحلالعقدۃ منلسانی ، یفقہ قولی۔</w:t>
      </w:r>
    </w:p>
    <w:p>
      <w:r>
        <w:rPr>
          <w:b/>
        </w:rPr>
        <w:t xml:space="preserve">[00:37] </w:t>
      </w:r>
      <w:r>
        <w:t>aaj ka topic hai:</w:t>
      </w:r>
    </w:p>
    <w:p>
      <w:pPr>
        <w:jc w:val="right"/>
      </w:pPr>
      <w:r>
        <w:t>آجکا ٹاپکہے:</w:t>
      </w:r>
    </w:p>
    <w:p>
      <w:r>
        <w:rPr>
          <w:b/>
        </w:rPr>
        <w:t xml:space="preserve">[00:43] </w:t>
      </w:r>
      <w:r>
        <w:t>physical science aur our. Physical science aur divine science.</w:t>
      </w:r>
    </w:p>
    <w:p>
      <w:pPr>
        <w:jc w:val="right"/>
      </w:pPr>
      <w:r>
        <w:t>فزیکل سائنس اور اوآر ۔ فزیکلسائنس اور ڈیوائنسائنس۔</w:t>
      </w:r>
    </w:p>
    <w:p>
      <w:r>
        <w:rPr>
          <w:b/>
        </w:rPr>
        <w:t xml:space="preserve">[00:54] </w:t>
      </w:r>
      <w:r>
        <w:t>yani maadi science ya khudai science.</w:t>
      </w:r>
    </w:p>
    <w:p>
      <w:pPr>
        <w:jc w:val="right"/>
      </w:pPr>
      <w:r>
        <w:t>یعنی مادی سائنسیا خدائیسائنس۔</w:t>
      </w:r>
    </w:p>
    <w:p>
      <w:r>
        <w:rPr>
          <w:b/>
        </w:rPr>
        <w:t xml:space="preserve">[01:01] </w:t>
      </w:r>
      <w:r>
        <w:t>jis cheez ko hum science kehte hain, yani physical sciences ko, woh apni haqeeqat ke aitbaar se divine science hai.</w:t>
      </w:r>
    </w:p>
    <w:p>
      <w:pPr>
        <w:jc w:val="right"/>
      </w:pPr>
      <w:r>
        <w:t>جسچیزکوہمسائنسکہتےہیں، یعنیفزیکلسائنسزکو ،وہ اپنی حقیقت کےاعتبارسے ڈیوائنسائنسہے۔</w:t>
      </w:r>
    </w:p>
    <w:p>
      <w:r>
        <w:rPr>
          <w:b/>
        </w:rPr>
        <w:t xml:space="preserve">[01:17] </w:t>
      </w:r>
      <w:r>
        <w:t>lekin ajeeb baat hai ke saare dunya ke musalmanon ne ise samajha hi nahin. Woh jis tareeqe se western logon ke khilaaf ho gaye, woh is science ko bhi samajh liya</w:t>
      </w:r>
    </w:p>
    <w:p>
      <w:pPr>
        <w:jc w:val="right"/>
      </w:pPr>
      <w:r>
        <w:t>لیکن عجیبباتہےکہ سارے دنیا کےمسلمانوںنےاسےکبسمجھاہینہیں۔ وہ جس طریق ےسے ویسٹرنلوگوںکےخلاف ہوگئے، وہ اسیسائنسکوبھیسمجھلیا</w:t>
      </w:r>
    </w:p>
    <w:p>
      <w:r>
        <w:rPr>
          <w:b/>
        </w:rPr>
        <w:t xml:space="preserve">[01:30] </w:t>
      </w:r>
      <w:r>
        <w:t>ke koi anti Islam discipline hai. Haqeeqat yeh hai ke modern science jo hai, ayn is divine science hai, Allah ke telling ke tehat woh wajood mein aayi hai.</w:t>
      </w:r>
    </w:p>
    <w:p>
      <w:pPr>
        <w:jc w:val="right"/>
      </w:pPr>
      <w:r>
        <w:t>کہکو ئی اینٹیاسلام ک ڈسپلنہے۔ حقیقتیہہےکہ ماڈرنسائنسجوہے، عین اس ڈیوائنسائنسہے، اللہ کے ٹیلنگکےتحت وہ وجود میںآئیہے۔</w:t>
      </w:r>
    </w:p>
    <w:p>
      <w:r>
        <w:rPr>
          <w:b/>
        </w:rPr>
        <w:t xml:space="preserve">[01:47] </w:t>
      </w:r>
      <w:r>
        <w:t>iska Islam se koi bhi takrao nahin. Jo log takrao samajhte hain, woh haqeeqat mein na Islam ko jaante hain, na science ko jaante hain.</w:t>
      </w:r>
    </w:p>
    <w:p>
      <w:pPr>
        <w:jc w:val="right"/>
      </w:pPr>
      <w:r>
        <w:t>اسکا اسلام سےکوئیبھی ٹکراؤنہیں۔ جولوگ ٹکراؤسمجھتےہیں،وہحقیقتمیں نہاسلام کوجانتےہیں، نہ سائنسکوجانتےہیں۔</w:t>
      </w:r>
    </w:p>
    <w:p>
      <w:r>
        <w:rPr>
          <w:b/>
        </w:rPr>
        <w:t xml:space="preserve">[02:02] </w:t>
      </w:r>
      <w:r>
        <w:t>mein khud jis madrasay mein parhta tha, to hamare asatizah jo the, woh modern world ko samajhne ke liye philosophy ki kitabein parhaya karte the, philosophy kitabein.</w:t>
      </w:r>
    </w:p>
    <w:p>
      <w:pPr>
        <w:jc w:val="right"/>
      </w:pPr>
      <w:r>
        <w:t>میںخودجس مدرس ےمیںپڑھتاتھا، توہمارےاساتذہجوتھے، وہ ماڈرنورلڈکوسمجھنےکےلیے فلس فی کتاب یںپڑھاکرتے تھے، ف لاسفی کتاب یں۔</w:t>
      </w:r>
    </w:p>
    <w:p>
      <w:r>
        <w:rPr>
          <w:b/>
        </w:rPr>
        <w:t xml:space="preserve">[02:17] </w:t>
      </w:r>
      <w:r>
        <w:t>mein khud nahin jaanta tha ke yeh daur philosophy ka daur nahin hai, yeh science ka daur hai.</w:t>
      </w:r>
    </w:p>
    <w:p>
      <w:pPr>
        <w:jc w:val="right"/>
      </w:pPr>
      <w:r>
        <w:t>میںخود نہیںجانتاتھاکہ یہدور فلس فےکادورنہیںہے، یہسائنسکادورہے۔</w:t>
      </w:r>
    </w:p>
    <w:p>
      <w:r>
        <w:rPr>
          <w:b/>
        </w:rPr>
        <w:t xml:space="preserve">[02:26] </w:t>
      </w:r>
      <w:r>
        <w:t>aur saare musalman uss waqt philosophy ko bari cheez samajhte the.</w:t>
      </w:r>
    </w:p>
    <w:p>
      <w:pPr>
        <w:jc w:val="right"/>
      </w:pPr>
      <w:r>
        <w:t>اور سارے مس لماناسوقت فلاسفی کوبڑیچیزسمجھتےتھے۔</w:t>
      </w:r>
    </w:p>
    <w:p>
      <w:r>
        <w:rPr>
          <w:b/>
        </w:rPr>
        <w:t xml:space="preserve">[02:32] </w:t>
      </w:r>
      <w:r>
        <w:t>Hyderabad mein Darul Tarjuma qaim hua to sab philosophy ki kitabein wahan unka translation kiya jata tha.</w:t>
      </w:r>
    </w:p>
    <w:p>
      <w:pPr>
        <w:jc w:val="right"/>
      </w:pPr>
      <w:r>
        <w:t>حیدرآبادمیں دارالترجمہقائمہوا تو سبفلس فی کیکتاب یںوہاں انکاٹرانسلیشنکیاجاتا تھا۔</w:t>
      </w:r>
    </w:p>
    <w:p>
      <w:r>
        <w:rPr>
          <w:b/>
        </w:rPr>
        <w:t xml:space="preserve">[02:42] </w:t>
      </w:r>
      <w:r>
        <w:t>log samajhte the ke bas philosophy parho to modern world ko jaan loge. Philosophy to discard ho chuka tha. Ab jo daur tha, woh science ka daur tha.</w:t>
      </w:r>
    </w:p>
    <w:p>
      <w:pPr>
        <w:jc w:val="right"/>
      </w:pPr>
      <w:r>
        <w:t>لوگسمجھتےتھےکہبسفلس فہپڑھو تو ماڈرنورلڈکوجان لوگے۔ فلسفہتوڈسکارڈہوچکاتھا۔ ابجو دور تھا، وہ سائنسکادور تھا۔</w:t>
      </w:r>
    </w:p>
    <w:p>
      <w:r>
        <w:rPr>
          <w:b/>
        </w:rPr>
        <w:t xml:space="preserve">[02:55] </w:t>
      </w:r>
      <w:r>
        <w:t>lekin iski ahmiyat ko samjha hi nahin.</w:t>
      </w:r>
    </w:p>
    <w:p>
      <w:pPr>
        <w:jc w:val="right"/>
      </w:pPr>
      <w:r>
        <w:t>لیکن اسکیاہمیتکوسمجھاہینہیں ۔</w:t>
      </w:r>
    </w:p>
    <w:p>
      <w:r>
        <w:rPr>
          <w:b/>
        </w:rPr>
        <w:t xml:space="preserve">[02:58] </w:t>
      </w:r>
      <w:r>
        <w:t>kisi ne science ko parha to sirf jaan lene ke liye, bas. Islam ke aitbaar se nahin.</w:t>
      </w:r>
    </w:p>
    <w:p>
      <w:pPr>
        <w:jc w:val="right"/>
      </w:pPr>
      <w:r>
        <w:t>کسی نے سائنسکوپڑھاتوصرف جابلینےکےلیے،بس ۔اسلام کےاعتبارسےنہیں ۔</w:t>
      </w:r>
    </w:p>
    <w:p>
      <w:r>
        <w:rPr>
          <w:b/>
        </w:rPr>
        <w:t xml:space="preserve">[03:10] </w:t>
      </w:r>
      <w:r>
        <w:t>to yeh meri discovery hai ke science to Islam ka ilm e kalam hai. Science to Islam ka aik supporting discipline hai.</w:t>
      </w:r>
    </w:p>
    <w:p>
      <w:pPr>
        <w:jc w:val="right"/>
      </w:pPr>
      <w:r>
        <w:t>تو یہ میریڈسکوریہے کہ سائنستو اسلام کاعلم کلامہے۔ سائنستواسلام کا ایک سپورٹنگ ڈسپلنہے۔</w:t>
      </w:r>
    </w:p>
    <w:p>
      <w:r>
        <w:rPr>
          <w:b/>
        </w:rPr>
        <w:t xml:space="preserve">[03:29] </w:t>
      </w:r>
      <w:r>
        <w:t>sab se pehle jo mere zehn mein sawal aaya, woh yeh ke Quran ki aik aayat hai jo Surah Ha Mim As Sajdah mein hai.</w:t>
      </w:r>
    </w:p>
    <w:p>
      <w:pPr>
        <w:jc w:val="right"/>
      </w:pPr>
      <w:r>
        <w:t>سبسے پہلے جو میرےذہنمیںسوالآیا،وہیہ کہ قرآنکیایکآیتہے جو سورہ حامح امس جدہمیںہے۔</w:t>
      </w:r>
    </w:p>
    <w:p>
      <w:r>
        <w:rPr>
          <w:b/>
        </w:rPr>
        <w:t xml:space="preserve">[03:40] </w:t>
      </w:r>
      <w:r>
        <w:t>Surah Ha Mim Sajdah.</w:t>
      </w:r>
    </w:p>
    <w:p>
      <w:pPr>
        <w:jc w:val="right"/>
      </w:pPr>
      <w:r>
        <w:t>سورہحام سجدہ۔</w:t>
      </w:r>
    </w:p>
    <w:p>
      <w:r>
        <w:rPr>
          <w:b/>
        </w:rPr>
        <w:t xml:space="preserve">[03:45] </w:t>
      </w:r>
      <w:r>
        <w:t>woh iss tarah se hai ke sanureehim ayatina fil afaqi wa fi anfusihim hatta yata bayyana al haqq</w:t>
      </w:r>
    </w:p>
    <w:p>
      <w:pPr>
        <w:jc w:val="right"/>
      </w:pPr>
      <w:r>
        <w:t>وہاسطرحسےہے کہ سن ریہم آیات نا فیالافاق وفیانفس ہم حتی ٰی تب ین الح ق</w:t>
      </w:r>
    </w:p>
    <w:p>
      <w:r>
        <w:rPr>
          <w:b/>
        </w:rPr>
        <w:t xml:space="preserve">[03:59] </w:t>
      </w:r>
      <w:r>
        <w:t>iska tarjuma yeh hai ke hum mustaqbil mein dikhayenge nishaniyan insanon mein aur kainat mein, yahan tak ke logon par khul jaye, wazeh ho jaye ke yehi haq hai.</w:t>
      </w:r>
    </w:p>
    <w:p>
      <w:pPr>
        <w:jc w:val="right"/>
      </w:pPr>
      <w:r>
        <w:t>اسکا ترجمہیہہے کہہم مستقبلمیں دکھائیںگے نش انیاں انسانوںمیں اور کائناتمیں ،یہاںتک کہلوگوںپرکھلجائے، واضحہوجائے کہیہیحقہے۔</w:t>
      </w:r>
    </w:p>
    <w:p>
      <w:r>
        <w:rPr>
          <w:b/>
        </w:rPr>
        <w:t xml:space="preserve">[04:21] </w:t>
      </w:r>
      <w:r>
        <w:t>mere samne yeh sawal tha ke jab Quran utra, 7th century AD ke first quarter mein, tab bhi woh haq tha?</w:t>
      </w:r>
    </w:p>
    <w:p>
      <w:pPr>
        <w:jc w:val="right"/>
      </w:pPr>
      <w:r>
        <w:t>میرےسامنےیہسوالتھا کہجب قرآناترا، سیونتھسنچری اےڈیکےفرسٹکوارٹرمیں، تببھیوہحقتھا؟</w:t>
      </w:r>
    </w:p>
    <w:p>
      <w:r>
        <w:rPr>
          <w:b/>
        </w:rPr>
        <w:t xml:space="preserve">[04:33] </w:t>
      </w:r>
      <w:r>
        <w:t>to mustaqbil ke bare mein kyun kaha gaya aisa? dekhen, suno, yeh humko hai, yeh future future tense hai, mustaqbil ka seigha hai.</w:t>
      </w:r>
    </w:p>
    <w:p>
      <w:pPr>
        <w:jc w:val="right"/>
      </w:pPr>
      <w:r>
        <w:t>تو مستقبل کےبارےمیں کیوںکہاگیا ایسا؟ دیکھیں،سن وریہمجوہے،یہ فیوچر فی وچرٹینسہے، مست قبلکا صیغہہے۔</w:t>
      </w:r>
    </w:p>
    <w:p>
      <w:r>
        <w:rPr>
          <w:b/>
        </w:rPr>
        <w:t xml:space="preserve">[04:45] </w:t>
      </w:r>
      <w:r>
        <w:t>to Quran jab utra, ussi waqt woh haq tha? woh yeh kyun kaha gaya ke mustaqbil mein inka haq hona wazeh hoga?</w:t>
      </w:r>
    </w:p>
    <w:p>
      <w:pPr>
        <w:jc w:val="right"/>
      </w:pPr>
      <w:r>
        <w:t>تو قرآنجب اترا،اسیوقت وہحقتھا؟وہ یہ کیوںکہاگیاکہمستقبلمیں انکاحقہوناواضحہوگا؟</w:t>
      </w:r>
    </w:p>
    <w:p>
      <w:r>
        <w:rPr>
          <w:b/>
        </w:rPr>
        <w:t xml:space="preserve">[04:56] </w:t>
      </w:r>
      <w:r>
        <w:t>kya matlab hai iska? yaani future tense mein kyun kaha gaya? kyunke woh toh present tense ki baat thi ke Quran mein jo baat kahi gayi hai, woh sab haqiqat hai.</w:t>
      </w:r>
    </w:p>
    <w:p>
      <w:pPr>
        <w:jc w:val="right"/>
      </w:pPr>
      <w:r>
        <w:t>کیا مطلبہےاسکا ؟ یعنیفیوچر ٹینسمیںکیوںکہاگیا ؟کیونکہوہتو پریزنٹٹینسکیباتتھی کہقرآن میںجوباتکہیگئیہے،وہسبحقیقت ہے۔</w:t>
      </w:r>
    </w:p>
    <w:p>
      <w:r>
        <w:rPr>
          <w:b/>
        </w:rPr>
        <w:t xml:space="preserve">[05:11] </w:t>
      </w:r>
      <w:r>
        <w:t>yeh bohat baad mein mujhe samajh mein aaya ke yeh ek prediction tha, ek peshangoi thi iss age ki jisko hum kehte hain age of science.</w:t>
      </w:r>
    </w:p>
    <w:p>
      <w:pPr>
        <w:jc w:val="right"/>
      </w:pPr>
      <w:r>
        <w:t>یہ بہت بعد کومجھےسمجھمیںآیاکہیہ ایک پریڈکشنتھا، ایک پیش نگوئیتھی اس ایجکی جسکوہمکہتےہیں ایجآفسائنس۔</w:t>
      </w:r>
    </w:p>
    <w:p>
      <w:r>
        <w:rPr>
          <w:b/>
        </w:rPr>
        <w:t xml:space="preserve">[05:24] </w:t>
      </w:r>
      <w:r>
        <w:t>ke age of science mein yeh baat khulegi. woh kis ma'ne mein khulegi? woh ek aur ayat se wazeh hoti hai.</w:t>
      </w:r>
    </w:p>
    <w:p>
      <w:pPr>
        <w:jc w:val="right"/>
      </w:pPr>
      <w:r>
        <w:t>کہایجآفسائنسمیںیہبات کھ لےگی۔ وہکسمعنیمیںکھلےگی؟ وہایک اور آیتسےواضحہوتیہے۔</w:t>
      </w:r>
    </w:p>
    <w:p>
      <w:r>
        <w:rPr>
          <w:b/>
        </w:rPr>
        <w:t xml:space="preserve">[05:37] </w:t>
      </w:r>
      <w:r>
        <w:t>Surah Al-Fatir mein yeh ayat hai ke wa laqad khalaqna al-samawati wal-ardi wa ma baynahuma la'ibeen. Ma khalaqnahuma illa bil-haqqi wa lakinna aktharahum la ya'lamoon.</w:t>
      </w:r>
    </w:p>
    <w:p>
      <w:pPr>
        <w:jc w:val="right"/>
      </w:pPr>
      <w:r>
        <w:t>سورہ الفاطرمیںیہآیتہے کہ مم الجوال ج ودد بیز نحمر مختلف الوانال وان ہوغرابی وسود</w:t>
      </w:r>
    </w:p>
    <w:p>
      <w:r>
        <w:rPr>
          <w:b/>
        </w:rPr>
        <w:t xml:space="preserve">[05:52] </w:t>
      </w:r>
      <w:r>
        <w:t>in ma yakhshalla min ba'dihi al-'ulama' iska translation yeh hai ke pahadon mein tarah tarah ke rang hote hain,</w:t>
      </w:r>
    </w:p>
    <w:p>
      <w:pPr>
        <w:jc w:val="right"/>
      </w:pPr>
      <w:r>
        <w:t>ان ما یخشاللہ من بعد العلماء اسکا ٹرانسلیشنیہہے کہ پہاڑوںمیں طرح طرح کےرنگہوتےہیں،</w:t>
      </w:r>
    </w:p>
    <w:p>
      <w:r>
        <w:rPr>
          <w:b/>
        </w:rPr>
        <w:t xml:space="preserve">[06:05] </w:t>
      </w:r>
      <w:r>
        <w:t>chitkabre, safed, lal aur kale. yeh farmaya ya'ni pahadon ko refer karke yeh farmaya ke in ma yakhshalla min ba'dihi al-'ulama'</w:t>
      </w:r>
    </w:p>
    <w:p>
      <w:pPr>
        <w:jc w:val="right"/>
      </w:pPr>
      <w:r>
        <w:t>چتکبرے ،سف ید، لالاور کالے۔ یہفرمایای عنیپہاڑوںکو ریفر کرکے یہفرمایا کہ ان مایخش اللہ منعباد العلماء</w:t>
      </w:r>
    </w:p>
    <w:p>
      <w:r>
        <w:rPr>
          <w:b/>
        </w:rPr>
        <w:t xml:space="preserve">[06:29] </w:t>
      </w:r>
      <w:r>
        <w:t>Allah se darte hain sirf ilm wale.</w:t>
      </w:r>
    </w:p>
    <w:p>
      <w:pPr>
        <w:jc w:val="right"/>
      </w:pPr>
      <w:r>
        <w:t>اللہ سےڈرتےہیںصرف علم والے۔</w:t>
      </w:r>
    </w:p>
    <w:p>
      <w:r>
        <w:rPr>
          <w:b/>
        </w:rPr>
        <w:t xml:space="preserve">[06:33] </w:t>
      </w:r>
      <w:r>
        <w:t>yeh ghaur kijiye ke ilm al-jibal ka hawala dekar kyun kaha gaya aisa? yahan toh ilm al-jibal ka hawala hai, ya'ni pahadon ka ilm.</w:t>
      </w:r>
    </w:p>
    <w:p>
      <w:pPr>
        <w:jc w:val="right"/>
      </w:pPr>
      <w:r>
        <w:t>یہغورکیجئےکہ علم الجبال کاحوالہ دےکرکیوںکہاگیا ایسا ؟ یہاںتوعلم الجبالکاحوالہ ہے، یعنی پہاڑوںکاعلم ۔</w:t>
      </w:r>
    </w:p>
    <w:p>
      <w:r>
        <w:rPr>
          <w:b/>
        </w:rPr>
        <w:t xml:space="preserve">[06:46] </w:t>
      </w:r>
      <w:r>
        <w:t>iske reference mein, iske hawale se kyun kaha gaya ke ilm wale hi Allah se darte hain?</w:t>
      </w:r>
    </w:p>
    <w:p>
      <w:pPr>
        <w:jc w:val="right"/>
      </w:pPr>
      <w:r>
        <w:t>اسکے ریفرنسمیں ،اسکےحوالےسے کیوںکہاگیا کہعلم والے ہیاللہ سےڈرتےہیں؟</w:t>
      </w:r>
    </w:p>
    <w:p>
      <w:r>
        <w:rPr>
          <w:b/>
        </w:rPr>
        <w:t xml:space="preserve">[06:56] </w:t>
      </w:r>
      <w:r>
        <w:t>un dono ayaton ko lekar aapas sochiye, tab baat samajh mein aati hai.</w:t>
      </w:r>
    </w:p>
    <w:p>
      <w:pPr>
        <w:jc w:val="right"/>
      </w:pPr>
      <w:r>
        <w:t>اندونوںآیتوںکولےکرآپسوچیں، تبباتسمجھمیںآتیہے۔</w:t>
      </w:r>
    </w:p>
    <w:p>
      <w:r>
        <w:rPr>
          <w:b/>
        </w:rPr>
        <w:t xml:space="preserve">[07:01] </w:t>
      </w:r>
      <w:r>
        <w:t>woh yeh hai ke jab Quran utra, us waqt Quran ki sachaiyan jo thin, woh belief ke darje mein thin, matter of belief ya'ni aqeedah.</w:t>
      </w:r>
    </w:p>
    <w:p>
      <w:pPr>
        <w:jc w:val="right"/>
      </w:pPr>
      <w:r>
        <w:t>وہیہہے کہ جب قرآنات را، اس وقت قرآن کیسچائیاں جو تھیں، وہ بیلیفکےدرج ےمیںتھیں، میٹرآفبیلیف یعنیعقیدہ۔</w:t>
      </w:r>
    </w:p>
    <w:p>
      <w:r>
        <w:rPr>
          <w:b/>
        </w:rPr>
        <w:t xml:space="preserve">[07:17] </w:t>
      </w:r>
      <w:r>
        <w:t>toh yeh prediction tha ke ek daur aayega jabke established knowledge ke satah par inki sachai sabit ho jayegi.</w:t>
      </w:r>
    </w:p>
    <w:p>
      <w:pPr>
        <w:jc w:val="right"/>
      </w:pPr>
      <w:r>
        <w:t>تویہپریڈکشنتھاکہایک دورآئےگاجبکہ اسٹیبلش نالجکے سطح پر انکی سچائی ثابتہوجائےگی۔</w:t>
      </w:r>
    </w:p>
    <w:p>
      <w:r>
        <w:rPr>
          <w:b/>
        </w:rPr>
        <w:t xml:space="preserve">[07:28] </w:t>
      </w:r>
      <w:r>
        <w:t>yeh hai matlab iska.</w:t>
      </w:r>
    </w:p>
    <w:p>
      <w:pPr>
        <w:jc w:val="right"/>
      </w:pPr>
      <w:r>
        <w:t>یہ ہے مطلباسکا ۔</w:t>
      </w:r>
    </w:p>
    <w:p>
      <w:r>
        <w:rPr>
          <w:b/>
        </w:rPr>
        <w:t xml:space="preserve">[07:31] </w:t>
      </w:r>
      <w:r>
        <w:t>jab Quran utra toh aap jante hain ke woh pre-scientific age tha, woh traditional zamana tha. us waqt fitrat ke jo haqaiq hain, woh khule nahi the.</w:t>
      </w:r>
    </w:p>
    <w:p>
      <w:pPr>
        <w:jc w:val="right"/>
      </w:pPr>
      <w:r>
        <w:t>جب قرآن اتراتوآپجانتےہیںکہ وہ پریسائنٹیفکایجتھا، وہ ٹریڈیشنلزمان ہتھا۔ اسوقت فطرتکےجوحقائقہیں،وہکھلےنہیںتھے۔</w:t>
      </w:r>
    </w:p>
    <w:p>
      <w:r>
        <w:rPr>
          <w:b/>
        </w:rPr>
        <w:t xml:space="preserve">[07:43] </w:t>
      </w:r>
      <w:r>
        <w:t>toh us waqt jo baatein batai gayi hain Quran mein, jo sachaiyan, woh logon ne as a matter of belief mana, usko aqeedah ke taur par.</w:t>
      </w:r>
    </w:p>
    <w:p>
      <w:pPr>
        <w:jc w:val="right"/>
      </w:pPr>
      <w:r>
        <w:t>تواسوقت جوباتیںبتائیگئیہیںقرآنمیں،جو سچائیاں، وہ لوگوںنے ایزاےمیٹرآفبیلیفمانا،اسکو عقیدےکےطورپر ۔</w:t>
      </w:r>
    </w:p>
    <w:p>
      <w:r>
        <w:rPr>
          <w:b/>
        </w:rPr>
        <w:t xml:space="preserve">[07:55] </w:t>
      </w:r>
      <w:r>
        <w:t>toh ismein prediction tha ke ek daur aane wala hai jabke khud insani ilm, khud established knowledge, matlab jisko sab log accept kar rahe hain,</w:t>
      </w:r>
    </w:p>
    <w:p>
      <w:pPr>
        <w:jc w:val="right"/>
      </w:pPr>
      <w:r>
        <w:t>تواسمیں پریڈکشنتھا کہایکدور آنےوالاہےجب کہ خود انسانی علم ،خود اسٹیبلشنالج، مطلبجسکوسبلوگ ایکسیپٹکررہےہیں،</w:t>
      </w:r>
    </w:p>
    <w:p>
      <w:r>
        <w:rPr>
          <w:b/>
        </w:rPr>
        <w:t xml:space="preserve">[08:10] </w:t>
      </w:r>
      <w:r>
        <w:t>yeh saare log jis knowledge ko accept kar rahe hain, us satah par, us level par Quran ki sachaiyan sabit ho jayengi, ek proven fact ban jayengi.</w:t>
      </w:r>
    </w:p>
    <w:p>
      <w:pPr>
        <w:jc w:val="right"/>
      </w:pPr>
      <w:r>
        <w:t>یہسارےلوگ جس نالجکوایکسیپٹکررہےہیں، اس سطح پر،اسلیولپر قرآنکیسچائیاں ثابتہوجائیںگی، ایکپرو ونفیکٹبنجائیںگی۔</w:t>
      </w:r>
    </w:p>
    <w:p>
      <w:r>
        <w:rPr>
          <w:b/>
        </w:rPr>
        <w:t xml:space="preserve">[08:22] </w:t>
      </w:r>
      <w:r>
        <w:t>ke jo cheez us waqt matter of belief thi, woh ek proven fact ban jayegi. yeh ek bohat badi peshangoi thi.</w:t>
      </w:r>
    </w:p>
    <w:p>
      <w:pPr>
        <w:jc w:val="right"/>
      </w:pPr>
      <w:r>
        <w:t>کہجوچیزاس وقت میٹرآفبیلیفتھی، وہ ایک پرو ون فیکٹبنجائےگی۔ یہایکبہت بڑی پیش نگوئیتھی۔</w:t>
      </w:r>
    </w:p>
    <w:p>
      <w:r>
        <w:rPr>
          <w:b/>
        </w:rPr>
        <w:t xml:space="preserve">[08:34] </w:t>
      </w:r>
      <w:r>
        <w:t>aur science ka jo zahoor hai, science jo ka isi peshangoi ki tasdeeq hai.</w:t>
      </w:r>
    </w:p>
    <w:p>
      <w:pPr>
        <w:jc w:val="right"/>
      </w:pPr>
      <w:r>
        <w:t>اور سائنس کا جو ظہورہے، سائنس جو کا اسی پیش نگوئیکیتصدیقہے۔</w:t>
      </w:r>
    </w:p>
    <w:p>
      <w:r>
        <w:rPr>
          <w:b/>
        </w:rPr>
        <w:t xml:space="preserve">[08:45] </w:t>
      </w:r>
      <w:r>
        <w:t>dekhen, yeh baat khud in musalmanon se matlab thi ke wohi yeh kaam karein.</w:t>
      </w:r>
    </w:p>
    <w:p>
      <w:pPr>
        <w:jc w:val="right"/>
      </w:pPr>
      <w:r>
        <w:t>دیکھیں،یہباتخود ان مسلمانوںسےمطلوبتھیکہوہیہکامکریں۔</w:t>
      </w:r>
    </w:p>
    <w:p>
      <w:r>
        <w:rPr>
          <w:b/>
        </w:rPr>
        <w:t xml:space="preserve">[08:50] </w:t>
      </w:r>
      <w:r>
        <w:t>kyunke baat kya thi? baat yeh thi ke Quran ek literal statement tha un haqiqaton ka jo nature mein chupi hui thin, jo fitrat mein chupi hui thin, jo zameen o aasman mein chupi hui thin.</w:t>
      </w:r>
    </w:p>
    <w:p>
      <w:pPr>
        <w:jc w:val="right"/>
      </w:pPr>
      <w:r>
        <w:t>کیونکہ بات کیا تھی؟باتیہ تھیکہقرآن ایک لٹرلسٹیٹمنٹتھا انحقیقتوںکا جو نیچرمیںچھپیہوئیتھیں، جوفطرتمیںچھپیہوئیتھیں، جو زمین وآسمانمیںچھپیہوئیتھیں۔</w:t>
      </w:r>
    </w:p>
    <w:p>
      <w:r>
        <w:rPr>
          <w:b/>
        </w:rPr>
        <w:t xml:space="preserve">[09:04] </w:t>
      </w:r>
      <w:r>
        <w:t>iska ek literal statement tha. woh</w:t>
      </w:r>
    </w:p>
    <w:p>
      <w:pPr>
        <w:jc w:val="right"/>
      </w:pPr>
      <w:r>
        <w:t>اسکاایک لٹرلسٹیٹمنٹتھا۔وہ</w:t>
      </w:r>
    </w:p>
    <w:p>
      <w:r>
        <w:rPr>
          <w:b/>
        </w:rPr>
        <w:t xml:space="preserve">[09:07] </w:t>
      </w:r>
      <w:r>
        <w:t>ab zaroorat thi ke explore karke nature mein chupi hui baaton ko daryaft karke, discover karke dikhaya jaye ke kis tarah se mutabiq hain dono.</w:t>
      </w:r>
    </w:p>
    <w:p>
      <w:pPr>
        <w:jc w:val="right"/>
      </w:pPr>
      <w:r>
        <w:t>اب ضرورتتھیکہ ایکسپلورکرکے نیچرمیںچھپیہوئیباتوںکو دریا فتکرکے، ڈسکورکرکے دکھایاجائےکہکسطرحسے مط ابق ہیںدونوں۔</w:t>
      </w:r>
    </w:p>
    <w:p>
      <w:r>
        <w:rPr>
          <w:b/>
        </w:rPr>
        <w:t xml:space="preserve">[09:22] </w:t>
      </w:r>
      <w:r>
        <w:t>yani revelation aur law of nature dono ek doosre ke intehai had tak mutabiq hain. aur yeh mutabiqat sabit kare gi ke yeh sachai hai, yeh Khuda ki taraf se aaya hua kalam hai.</w:t>
      </w:r>
    </w:p>
    <w:p>
      <w:pPr>
        <w:jc w:val="right"/>
      </w:pPr>
      <w:r>
        <w:t>یعنی ریولیشن اور لاءآفنیچردونوں ایکدوسرےکےانتہائی حدتکمطابق ہیں۔ اور یہمطابقتثابتکرےگیکہیہسچائیہے، یہ خداکی طرف سےآیاہوا کلامہے۔</w:t>
      </w:r>
    </w:p>
    <w:p>
      <w:r>
        <w:rPr>
          <w:b/>
        </w:rPr>
        <w:t xml:space="preserve">[09:37] </w:t>
      </w:r>
      <w:r>
        <w:t>to yeh khud musalmanon se matlab tha ke aisa kaam woh karen. isi liye quran mein dekhiye,</w:t>
      </w:r>
    </w:p>
    <w:p>
      <w:pPr>
        <w:jc w:val="right"/>
      </w:pPr>
      <w:r>
        <w:t>تویہخود مسلمانوںسےمطلوبتھاکہایساکاموہکریں۔ اسیلیےقرآنمیںدیکھیے،</w:t>
      </w:r>
    </w:p>
    <w:p>
      <w:r>
        <w:rPr>
          <w:b/>
        </w:rPr>
        <w:t xml:space="preserve">[09:44] </w:t>
      </w:r>
      <w:r>
        <w:t>taqreeban panch sau aayaton mein tadabbur, tafakkur par zor diya gaya hai</w:t>
      </w:r>
    </w:p>
    <w:p>
      <w:pPr>
        <w:jc w:val="right"/>
      </w:pPr>
      <w:r>
        <w:t>تقریباً پانچ سوآیتوں میں تد بر ،تف کر پرزوردیاگیاہے</w:t>
      </w:r>
    </w:p>
    <w:p>
      <w:r>
        <w:rPr>
          <w:b/>
        </w:rPr>
        <w:t xml:space="preserve">[09:52] </w:t>
      </w:r>
      <w:r>
        <w:t>ke socho, ghaur karo, kahan ghaur karo? zameen o aasman mein</w:t>
      </w:r>
    </w:p>
    <w:p>
      <w:pPr>
        <w:jc w:val="right"/>
      </w:pPr>
      <w:r>
        <w:t>کہ سوچو، غورکرو، کہاںغورکرو؟زمین وآسمانمیں</w:t>
      </w:r>
    </w:p>
    <w:p>
      <w:r>
        <w:rPr>
          <w:b/>
        </w:rPr>
        <w:t xml:space="preserve">[09:57] </w:t>
      </w:r>
      <w:r>
        <w:t>in fi khalq al-samawat wa al-ard</w:t>
      </w:r>
    </w:p>
    <w:p>
      <w:pPr>
        <w:jc w:val="right"/>
      </w:pPr>
      <w:r>
        <w:t>ان فیخلق السماوات والارض</w:t>
      </w:r>
    </w:p>
    <w:p>
      <w:r>
        <w:rPr>
          <w:b/>
        </w:rPr>
        <w:t xml:space="preserve">[10:00] </w:t>
      </w:r>
      <w:r>
        <w:t>wa ikhtilaf al-layl wa al-nahar la ayat li uli al-bab</w:t>
      </w:r>
    </w:p>
    <w:p>
      <w:pPr>
        <w:jc w:val="right"/>
      </w:pPr>
      <w:r>
        <w:t>واختلاف الیل والنهار لاآیات الاولی الباب</w:t>
      </w:r>
    </w:p>
    <w:p>
      <w:r>
        <w:rPr>
          <w:b/>
        </w:rPr>
        <w:t xml:space="preserve">[10:05] </w:t>
      </w:r>
      <w:r>
        <w:t>ulul bab, ulul matlab aqal wale</w:t>
      </w:r>
    </w:p>
    <w:p>
      <w:pPr>
        <w:jc w:val="right"/>
      </w:pPr>
      <w:r>
        <w:t>لب والے،لب معنیعقلوالے</w:t>
      </w:r>
    </w:p>
    <w:p>
      <w:r>
        <w:rPr>
          <w:b/>
        </w:rPr>
        <w:t xml:space="preserve">[10:08] </w:t>
      </w:r>
      <w:r>
        <w:t>logon par Allah taala ne yeh yeh kaha tha ke tum log ghaur karo, zameen o aasman mein to ghaur karoge to woh sachaiyan jo Quran mein lafzi taur par batai gayi hain, woh tum ko scientific satah par sabit shuda ban jayengi.</w:t>
      </w:r>
    </w:p>
    <w:p>
      <w:pPr>
        <w:jc w:val="right"/>
      </w:pPr>
      <w:r>
        <w:t>لوگوںپراللہ تعالینے یہ یہکہاتھاکہتم لوگغورکرو ، زمینوآسمان میں تو غورکروگےتووہسچائیاں جو قرآنمیں لٹرلطورپربتائیگئی ہیں،وہتمکو سائنٹیفکسطح پر ثابتشدہ بنجائیںگی۔</w:t>
      </w:r>
    </w:p>
    <w:p>
      <w:r>
        <w:rPr>
          <w:b/>
        </w:rPr>
        <w:t xml:space="preserve">[10:27] </w:t>
      </w:r>
      <w:r>
        <w:t>to yeh kaam awalan karna tha khud ahl e iman ko, musalmanon ko, Quran ke aqeedah rakhne wale ko.</w:t>
      </w:r>
    </w:p>
    <w:p>
      <w:pPr>
        <w:jc w:val="right"/>
      </w:pPr>
      <w:r>
        <w:t>تویہکام ا ولاکرناتھا خود اہلایمانکو ،مسلمانوںکو، قرآن کےعقیدہرکھ نےوالے کو۔</w:t>
      </w:r>
    </w:p>
    <w:p>
      <w:r>
        <w:rPr>
          <w:b/>
        </w:rPr>
        <w:t xml:space="preserve">[10:35] </w:t>
      </w:r>
      <w:r>
        <w:t>magar hua yeh ke baad ke zamanon mein musalman saare ke saare out station mein mubtala ho gaye aur aaj tak mubtala hain isi mein.</w:t>
      </w:r>
    </w:p>
    <w:p>
      <w:pPr>
        <w:jc w:val="right"/>
      </w:pPr>
      <w:r>
        <w:t>مگرہوا یہکہ بعد کےزمان ےمیں مسلمان سارےکےسارے آٹ سٹمیں مبتلاہوگئے اور آجتک مبتلاہیںاسیمیں۔</w:t>
      </w:r>
    </w:p>
    <w:p>
      <w:r>
        <w:rPr>
          <w:b/>
        </w:rPr>
        <w:t xml:space="preserve">[10:45] </w:t>
      </w:r>
      <w:r>
        <w:t>yani political sargami, political power yeh yeh sab se bari cheez ban gaya. to nature ko explore karna jo tha, nature se haqaiq ko discover karna jo tha, yeh jo kaam tha, woh musalmanon ne nahi kiya.</w:t>
      </w:r>
    </w:p>
    <w:p>
      <w:pPr>
        <w:jc w:val="right"/>
      </w:pPr>
      <w:r>
        <w:t>یعنی پولیٹیکلسرگرمی، پولیٹیکل پاوریہ یسبسےبڑیچیزبنگیا۔ تو نیچرکوایکسپلورکرناجوتھا، نیچرسے حقائقکو ڈسکورکرناجوتھا، یہجوکام تھا، وہ مسلمانوںنےنہیںکیا۔</w:t>
      </w:r>
    </w:p>
    <w:p>
      <w:r>
        <w:rPr>
          <w:b/>
        </w:rPr>
        <w:t xml:space="preserve">[11:03] </w:t>
      </w:r>
      <w:r>
        <w:t>yahan tak ke hazar saal beet gaye, hazar saal beet gaye aur musalmanon ne siwaye political activities ke kuch aur kaam nahi kiya.</w:t>
      </w:r>
    </w:p>
    <w:p>
      <w:pPr>
        <w:jc w:val="right"/>
      </w:pPr>
      <w:r>
        <w:t>یہاںتککہہزارسال بیتگئے، ہزارسال بیتگئےاورمس لمانوںنے سوائے پولیٹیکلایکٹیویٹیزکے کچھاورکام نہیںکیا۔</w:t>
      </w:r>
    </w:p>
    <w:p>
      <w:r>
        <w:rPr>
          <w:b/>
        </w:rPr>
        <w:t xml:space="preserve">[11:17] </w:t>
      </w:r>
      <w:r>
        <w:t>mamooli taur par kuch kaam hua Baghdad mein, Qurtuba mein, Gharnata mein, lekin woh woh bilkul na kafi tha. woh kaam</w:t>
      </w:r>
    </w:p>
    <w:p>
      <w:pPr>
        <w:jc w:val="right"/>
      </w:pPr>
      <w:r>
        <w:t>معمولیطورپرکچھ کامہوا بغدادمیں ،قرطبہمیں، وغناتہمیں،لیکن وہ وہبالکل ناکافیتھا۔وہکام</w:t>
      </w:r>
    </w:p>
    <w:p>
      <w:r>
        <w:rPr>
          <w:b/>
        </w:rPr>
        <w:t xml:space="preserve">[11:28] </w:t>
      </w:r>
      <w:r>
        <w:t>ek shair mujhe yaad aata hai Masjid e Thali ka jo hum bachpan mein padhte the.</w:t>
      </w:r>
    </w:p>
    <w:p>
      <w:pPr>
        <w:jc w:val="right"/>
      </w:pPr>
      <w:r>
        <w:t>ایک شعرمجھےیادآتاہے مسجد الثالیکاجوہملوگبچپنمیںپڑھتےتھے۔</w:t>
      </w:r>
    </w:p>
    <w:p>
      <w:r>
        <w:rPr>
          <w:b/>
        </w:rPr>
        <w:t xml:space="preserve">[11:34] </w:t>
      </w:r>
      <w:r>
        <w:t>yani musalman fakhr karte the ke Yunan ke uloom ko hum ne daryaft kiya, wahan se laya, unke tarjume ki Arabi zuban mein aur unko phailaya. sirf Musaddas e Hali jo thi, uske likhne wale the Maulana Altaf Hussain Hali, jo shakhsiyat e sahaba mein se the.</w:t>
      </w:r>
    </w:p>
    <w:p>
      <w:pPr>
        <w:jc w:val="right"/>
      </w:pPr>
      <w:r>
        <w:t>یعنیمسلمان فخرکرتے تھےکہ یونانکےعلومکوہمنے دریافتکیا، وہاںسےلایا،انکیترجمےکیعربیزبان میں اورانکوپھیلایا۔ صرف مسدسحالیجوتھی، اسکے لکھ نےوالے تھےمول اناالط افحسینحالی، جو شخص یتکے ساتھیوںمیںسےتھے۔</w:t>
      </w:r>
    </w:p>
    <w:p>
      <w:r>
        <w:rPr>
          <w:b/>
        </w:rPr>
        <w:t xml:space="preserve">[11:54] </w:t>
      </w:r>
      <w:r>
        <w:t>uska ek shair yeh tha ke Aristotle ke afkar Solon ke qanoon padhe the, kisi qabr ko nahi hum ne madfun,</w:t>
      </w:r>
    </w:p>
    <w:p>
      <w:pPr>
        <w:jc w:val="right"/>
      </w:pPr>
      <w:r>
        <w:t>اسکاایکشعریہتھاکہ ارسطوکے افکار سولنکےقانون پڑھےتھے،کسی قبرکونہمیںمدفوں،</w:t>
      </w:r>
    </w:p>
    <w:p>
      <w:r>
        <w:rPr>
          <w:b/>
        </w:rPr>
        <w:t xml:space="preserve">[12:04] </w:t>
      </w:r>
      <w:r>
        <w:t>yahin aa ke mehr e sukoot unki tooti, isi bagh raana se bo'an ki phooti. yani Aristotle aur Plato aur Greek philosophers ne jo kitabein likhi thin Greek language mein, woh sab philosophical kitabein thin. philosophical.</w:t>
      </w:r>
    </w:p>
    <w:p>
      <w:pPr>
        <w:jc w:val="right"/>
      </w:pPr>
      <w:r>
        <w:t>یہیں آکےمہر سکوتانکیٹوٹی، اسی باغرانا سےبوانکیپھوٹی۔ یعنیارسٹوٹ ل اورپلیٹو اور گریکفلاسفرزنے جو کتاب یںلکھیتھیںگر یکلینگویجمیں، وہسبفلاسفیکیکتاب یںتھیں۔فلاسفیکی۔</w:t>
      </w:r>
    </w:p>
    <w:p>
      <w:r>
        <w:rPr>
          <w:b/>
        </w:rPr>
        <w:t xml:space="preserve">[12:26] </w:t>
      </w:r>
      <w:r>
        <w:t>to Baghdad mein jab Abbasi hukumat qaim hui to wahan se kitabein mangwai gayin,</w:t>
      </w:r>
    </w:p>
    <w:p>
      <w:pPr>
        <w:jc w:val="right"/>
      </w:pPr>
      <w:r>
        <w:t>تو بغداد میں جب عب اسیحکومت قائمہوئی تو وہاںسےکتاب یںمنگوائیگئیں،</w:t>
      </w:r>
    </w:p>
    <w:p>
      <w:r>
        <w:rPr>
          <w:b/>
        </w:rPr>
        <w:t xml:space="preserve">[12:33] </w:t>
      </w:r>
      <w:r>
        <w:t>unke tarjume kiye gaye aur khoob musalmanon mein phaili yeh. yeh kitabein mutakallim mein nahi paida hui hai, ash'ar mein paida hui hai, falsafa ka khub rawaaj hua.</w:t>
      </w:r>
    </w:p>
    <w:p>
      <w:pPr>
        <w:jc w:val="right"/>
      </w:pPr>
      <w:r>
        <w:t>اسکےترجمےکیےگئے اور خوب مسلمانوںمیںپھیلیہیں۔یہکتاب یں مت کلمیبھینہیںپیدا ہوئیہے، اشعارہپیدا ہوئیہے، فلس فےکاخوبرواجہوا۔</w:t>
      </w:r>
    </w:p>
    <w:p>
      <w:r>
        <w:rPr>
          <w:b/>
        </w:rPr>
        <w:t xml:space="preserve">[12:48] </w:t>
      </w:r>
      <w:r>
        <w:t>to jo uloom Maulana Hali ke mutabiq chhpe hue the, chhpe the is liye ke wahan par unhone libraryon mein band kar diya tha.</w:t>
      </w:r>
    </w:p>
    <w:p>
      <w:pPr>
        <w:jc w:val="right"/>
      </w:pPr>
      <w:r>
        <w:t>تو جو علوم مول اناحالیکےمطابق چھپےہوئےتھے، چھپےتھے اسلیےکہوہاںپرانہوںنے لائبریریوںمیںبندکردیاتھا۔</w:t>
      </w:r>
    </w:p>
    <w:p>
      <w:r>
        <w:rPr>
          <w:b/>
        </w:rPr>
        <w:t xml:space="preserve">[12:59] </w:t>
      </w:r>
      <w:r>
        <w:t>us zamanon mein unka chalan zyada</w:t>
      </w:r>
    </w:p>
    <w:p>
      <w:pPr>
        <w:jc w:val="right"/>
      </w:pPr>
      <w:r>
        <w:t>اسزمان ےمیں انکا چلنزیادہ</w:t>
      </w:r>
    </w:p>
    <w:p>
      <w:r>
        <w:rPr>
          <w:b/>
        </w:rPr>
        <w:t xml:space="preserve">[13:01] </w:t>
      </w:r>
      <w:r>
        <w:t>nahi tha, libraryon mein kitabein band thin. isi liye kehte hain ke padhe the, kisi qabr ko nahi hum ne madfun, unko hum ne nikala.</w:t>
      </w:r>
    </w:p>
    <w:p>
      <w:pPr>
        <w:jc w:val="right"/>
      </w:pPr>
      <w:r>
        <w:t>نہیںتھا، لائبریریوںمیںکتاب یںبندتھیں۔ اسیلیے کہتےہیںکہ پڑھےتھے،کسی قبر کونہمیںمدفوں، انکوہمنےنکالا۔</w:t>
      </w:r>
    </w:p>
    <w:p>
      <w:r>
        <w:rPr>
          <w:b/>
        </w:rPr>
        <w:t xml:space="preserve">[13:11] </w:t>
      </w:r>
      <w:r>
        <w:t>fakhr karte hain ke jo falsafiyana uloom Yunan ki libraryon mein band pade hue the, unko hum ne khola aur bula kar unke tarjume kiye.</w:t>
      </w:r>
    </w:p>
    <w:p>
      <w:pPr>
        <w:jc w:val="right"/>
      </w:pPr>
      <w:r>
        <w:t>فخرکرتےہیںکہ جو فلس فیانہعلوم یونانکی لائبریریوںمیںبندپڑےہوئےتھے،انکوہمنےکھ ولا اوربلاکرانکو ترجمےکیے۔</w:t>
      </w:r>
    </w:p>
    <w:p>
      <w:r>
        <w:rPr>
          <w:b/>
        </w:rPr>
        <w:t xml:space="preserve">[13:22] </w:t>
      </w:r>
      <w:r>
        <w:t>lekin ek aur cheez band padi hui thi, woh fitrat ke rabu, fitrat ki library mein</w:t>
      </w:r>
    </w:p>
    <w:p>
      <w:pPr>
        <w:jc w:val="right"/>
      </w:pPr>
      <w:r>
        <w:t>لیکن ایک اورچیز بندپڑیہوئیتھی، وہ فطرتکےربو،فطرتکیلائبریریمیں</w:t>
      </w:r>
    </w:p>
    <w:p>
      <w:r>
        <w:rPr>
          <w:b/>
        </w:rPr>
        <w:t xml:space="preserve">[13:30] </w:t>
      </w:r>
      <w:r>
        <w:t>. to Yunan ki library ki kitabon ko nikal kar jo tarjume kiye, unhone is par fakhr kar rahe hain. woh lekin jo nature hai, jo fitrat hai, jo zameen o aasman hai, ek universal library hai. woh universal library,</w:t>
      </w:r>
    </w:p>
    <w:p>
      <w:pPr>
        <w:jc w:val="right"/>
      </w:pPr>
      <w:r>
        <w:t>۔تویونانکیلائبریریکیکتاب وںکونکالکر جو ترجمےکیے،انہوںنےاسپرفخرکررہےہیں۔وہ لیکن جو نیچرہے،جو فطرتہے،جوزمین وآسمانہے، ایکیونیورسللائبریریہے۔وہ یونیورسللائبریری،</w:t>
      </w:r>
    </w:p>
    <w:p>
      <w:r>
        <w:rPr>
          <w:b/>
        </w:rPr>
        <w:t xml:space="preserve">[13:44] </w:t>
      </w:r>
      <w:r>
        <w:t>is par ghaur karke is mein jo haqaiq the, usko kholna, law of nature ko daryaft karna, woh nahi kiya musalmanon ne.</w:t>
      </w:r>
    </w:p>
    <w:p>
      <w:pPr>
        <w:jc w:val="right"/>
      </w:pPr>
      <w:r>
        <w:t>اسپر غورکرکے اسمیںجو حقائقتھے،اسکو کھولنا، لاءآفنیچرکودریافتکرنا، وہنہیںکیا مسلمانوںنے۔</w:t>
      </w:r>
    </w:p>
    <w:p>
      <w:r>
        <w:rPr>
          <w:b/>
        </w:rPr>
        <w:t xml:space="preserve">[13:55] </w:t>
      </w:r>
      <w:r>
        <w:t>to woh to bohat chhota kaam tha jo kiya unhone. aur yeh asal kaam jo Quran mein dobara aa gaya tha ke zameen o aasman par ghaur karo, nature ko ghaur karo, nature ko explore karo,</w:t>
      </w:r>
    </w:p>
    <w:p>
      <w:pPr>
        <w:jc w:val="right"/>
      </w:pPr>
      <w:r>
        <w:t>تووہتوبہتچھوٹاکامتھاجوکیاانہوںنے۔ اوریہاصلکام جو قرآنمیں دوبارہآگیاتھاکہ زمین وآسمانپرغورکرو، نیچرکوغورکرو،نیچرکو ایکسپلورکرو،</w:t>
      </w:r>
    </w:p>
    <w:p>
      <w:r>
        <w:rPr>
          <w:b/>
        </w:rPr>
        <w:t xml:space="preserve">[14:09] </w:t>
      </w:r>
      <w:r>
        <w:t>to tum ko woh haqaiq milenge jo Quran ki tasdeeq ban jayenge. to yeh matlab tha.</w:t>
      </w:r>
    </w:p>
    <w:p>
      <w:pPr>
        <w:jc w:val="right"/>
      </w:pPr>
      <w:r>
        <w:t>توتم کووہحقائقملیںگے جو قرآنکیتصدیقبنجائیںگے۔ تویہمطلوبتھا۔</w:t>
      </w:r>
    </w:p>
    <w:p>
      <w:r>
        <w:rPr>
          <w:b/>
        </w:rPr>
        <w:t xml:space="preserve">[14:17] </w:t>
      </w:r>
      <w:r>
        <w:t>to jab musalmanon ne nahi kiya yeh kaam to Allah taala ne western nations ko uthaya</w:t>
      </w:r>
    </w:p>
    <w:p>
      <w:pPr>
        <w:jc w:val="right"/>
      </w:pPr>
      <w:r>
        <w:t>توجب مسلمانوںنےنہیںکیا یہکام تو اللہ تعالینے ویسٹرننیشنزکواٹھایا</w:t>
      </w:r>
    </w:p>
    <w:p>
      <w:r>
        <w:rPr>
          <w:b/>
        </w:rPr>
        <w:t xml:space="preserve">[14:27] </w:t>
      </w:r>
      <w:r>
        <w:t>aur bare bare log wahan paida hue, Galileo aur Newton, Einstein, sankaron hazaron log paida hue jinhone is par apni zindagi waqf kar di,</w:t>
      </w:r>
    </w:p>
    <w:p>
      <w:pPr>
        <w:jc w:val="right"/>
      </w:pPr>
      <w:r>
        <w:t>اور بڑےبڑےلوگوہاںپیدا ہوئے ، گیلیو اور نی وٹن، آئنسٹین، سینکڑوںہزاروں لوگپیدا ہوئے جنہوںنےاسپر اپنی زندگی وقفکردی،</w:t>
      </w:r>
    </w:p>
    <w:p>
      <w:r>
        <w:rPr>
          <w:b/>
        </w:rPr>
        <w:t xml:space="preserve">[14:41] </w:t>
      </w:r>
      <w:r>
        <w:t>nature ko daryaft karne mein, fitrat ko daryaft karne mein</w:t>
      </w:r>
    </w:p>
    <w:p>
      <w:pPr>
        <w:jc w:val="right"/>
      </w:pPr>
      <w:r>
        <w:t>نیچرکودریافتکرنے میں، فطرتکودریافتکرنے میں</w:t>
      </w:r>
    </w:p>
    <w:p>
      <w:r>
        <w:rPr>
          <w:b/>
        </w:rPr>
        <w:t xml:space="preserve">[14:46] </w:t>
      </w:r>
      <w:r>
        <w:t>. yani woh cheez jo Allah taala ne farmaya tha, zameen o aasman mein iloom hain, unko daryaft karo, woh musalmanon ne nahi kiya. to Allah taala ne laga diya maghribi qomon ko, maghribi qomon ko,</w:t>
      </w:r>
    </w:p>
    <w:p>
      <w:pPr>
        <w:jc w:val="right"/>
      </w:pPr>
      <w:r>
        <w:t>۔ یعنیوہچیزجواللہتعالینےفرمایاتھا، زمین وآسمانمیںعلومہیں،انکودریا فتکرو، وہ مسلمانوںنےنہیںکیا۔ تواللہ تعالینےلگادیا مغ ربیقوموںکو، مغ ربیقوموںکو،</w:t>
      </w:r>
    </w:p>
    <w:p>
      <w:r>
        <w:rPr>
          <w:b/>
        </w:rPr>
        <w:t xml:space="preserve">[15:02] </w:t>
      </w:r>
      <w:r>
        <w:t>aur sari baaton ko unhone daryaft karke haqeeqatan yeh kaha ke isko establishment knowledge ke satah par sabit shuda bana diya.</w:t>
      </w:r>
    </w:p>
    <w:p>
      <w:pPr>
        <w:jc w:val="right"/>
      </w:pPr>
      <w:r>
        <w:t>اور ساری باتوںکو انہوںنے دریا فتکرکے حقیقتاًیہکہاسکو اسٹیبلشنالجکےسطح پر ثابتشدہبنادیا۔</w:t>
      </w:r>
    </w:p>
    <w:p>
      <w:r>
        <w:rPr>
          <w:b/>
        </w:rPr>
        <w:t xml:space="preserve">[15:14] </w:t>
      </w:r>
      <w:r>
        <w:t>magar ajeeb baat hai ke saari duniya mein ek bhi musalman mere ilm mein nahi hai jo is haqeeqat ko jaane aur is par kuch likhe.</w:t>
      </w:r>
    </w:p>
    <w:p>
      <w:pPr>
        <w:jc w:val="right"/>
      </w:pPr>
      <w:r>
        <w:t>مگرعجیبباتہےکہساریدنیا میںایکبھی مسلمان میرےعلم میںنہیںہے جو اسحقیقتکوجانے اوراسپرکچھلکھ ے۔</w:t>
      </w:r>
    </w:p>
    <w:p>
      <w:r>
        <w:rPr>
          <w:b/>
        </w:rPr>
        <w:t xml:space="preserve">[15:23] </w:t>
      </w:r>
      <w:r>
        <w:t>main Allah ke fazl se pehla shakhs tha jisne ek kitaab likhi, mazhabi aur yani challenge, phir woh tarjuma hui Gardner Rice ki shakl mein, phir Arabi mein Islam Ittehad ki shakl mein, aur mukhtalif zabanon mein.</w:t>
      </w:r>
    </w:p>
    <w:p>
      <w:pPr>
        <w:jc w:val="right"/>
      </w:pPr>
      <w:r>
        <w:t>میں اللہ کےفضلسےپہلاشخص تھا جسنے ایک کتاب لکھی، مذہباور یعنیچیلنج، پھروہترجمہہوئی گارڈارائز کیشکلمیں، پھرعربیمیں الاسلام اتحاد کیشکلمیں،اور مختلف زبان وںمیں۔</w:t>
      </w:r>
    </w:p>
    <w:p>
      <w:r>
        <w:rPr>
          <w:b/>
        </w:rPr>
        <w:t xml:space="preserve">[15:42] </w:t>
      </w:r>
      <w:r>
        <w:t>to yeh hai aaj ka mauzu.</w:t>
      </w:r>
    </w:p>
    <w:p>
      <w:pPr>
        <w:jc w:val="right"/>
      </w:pPr>
      <w:r>
        <w:t>تویہہےآجکاموضوع۔</w:t>
      </w:r>
    </w:p>
    <w:p>
      <w:r>
        <w:rPr>
          <w:b/>
        </w:rPr>
        <w:t xml:space="preserve">[15:44] </w:t>
      </w:r>
      <w:r>
        <w:t>to chand baatein main aapke samne rakhoonga ke kis tarah modern science ne Islam ki sachaiyon ko jo literal taur par Quran mein batai gayi thin, unko establishment knowledge ki satah par sabit shuda bana diya,</w:t>
      </w:r>
    </w:p>
    <w:p>
      <w:pPr>
        <w:jc w:val="right"/>
      </w:pPr>
      <w:r>
        <w:t>تو چند باتیںمیںآپکےسامنےرکھوںگا کہ کسطرح ماڈرنسائنسنے اسلام کی سچائیوںکو جو لٹرلطورپر قرآنمیںبتائیگئیتھیں،انکو اسٹیبلشنالجکیسطح پر ثابتشدہبنادیا،</w:t>
      </w:r>
    </w:p>
    <w:p>
      <w:r>
        <w:rPr>
          <w:b/>
        </w:rPr>
        <w:t xml:space="preserve">[16:02] </w:t>
      </w:r>
      <w:r>
        <w:t>proven fact bana diya.</w:t>
      </w:r>
    </w:p>
    <w:p>
      <w:pPr>
        <w:jc w:val="right"/>
      </w:pPr>
      <w:r>
        <w:t>پرو ون فیکٹبنادیا۔</w:t>
      </w:r>
    </w:p>
    <w:p>
      <w:r>
        <w:rPr>
          <w:b/>
        </w:rPr>
        <w:t xml:space="preserve">[16:06] </w:t>
      </w:r>
      <w:r>
        <w:t>yeh yeh hai aaj ka mauzu .</w:t>
      </w:r>
    </w:p>
    <w:p>
      <w:pPr>
        <w:jc w:val="right"/>
      </w:pPr>
      <w:r>
        <w:t>یہ یہہےآجکاموضوع ۔</w:t>
      </w:r>
    </w:p>
    <w:p>
      <w:r>
        <w:rPr>
          <w:b/>
        </w:rPr>
        <w:t xml:space="preserve">[16:11] </w:t>
      </w:r>
      <w:r>
        <w:t>dekhiye, sabse pehle aap aqeeda Khuda ko lijiye kyunke isi par hamari base hai, existence of God par .</w:t>
      </w:r>
    </w:p>
    <w:p>
      <w:pPr>
        <w:jc w:val="right"/>
      </w:pPr>
      <w:r>
        <w:t>دیکھیے، سبسےپہلے آپ عقیدہخداکولیجئے کیونکہاسیپرہماری بیسہے، ایگزسٹنسآفگاڈپر ۔</w:t>
      </w:r>
    </w:p>
    <w:p>
      <w:r>
        <w:rPr>
          <w:b/>
        </w:rPr>
        <w:t xml:space="preserve">[16:24] </w:t>
      </w:r>
      <w:r>
        <w:t>to yeh haqeeqat hai ke science ne pehli baar aqeeda Khuda ko khalis insani ilm ki satah par sabit shuda banaya.</w:t>
      </w:r>
    </w:p>
    <w:p>
      <w:pPr>
        <w:jc w:val="right"/>
      </w:pPr>
      <w:r>
        <w:t>تو یہحقیقتہےکہ سائنسنے پہلیبار عقیدہخداکو خالص انسانیعلم کیسطح پرثابتشدہبنایا۔</w:t>
      </w:r>
    </w:p>
    <w:p>
      <w:r>
        <w:rPr>
          <w:b/>
        </w:rPr>
        <w:t xml:space="preserve">[16:35] </w:t>
      </w:r>
      <w:r>
        <w:t>bahut lambi tehqeeq is mein ki gayi .</w:t>
      </w:r>
    </w:p>
    <w:p>
      <w:pPr>
        <w:jc w:val="right"/>
      </w:pPr>
      <w:r>
        <w:t>بہت لمبی تحقیق اسمیں کیگئی ۔</w:t>
      </w:r>
    </w:p>
    <w:p>
      <w:r>
        <w:rPr>
          <w:b/>
        </w:rPr>
        <w:t xml:space="preserve">[16:39] </w:t>
      </w:r>
      <w:r>
        <w:t>is se pehle woh aqeeda tha, aqeeda yani matter of belief tha. un logon ne yani science ka mauzu kya hai?</w:t>
      </w:r>
    </w:p>
    <w:p>
      <w:pPr>
        <w:jc w:val="right"/>
      </w:pPr>
      <w:r>
        <w:t>اسسےپہلے وہعقیدہتھا،عقیدہ یعنیمیٹرآفبیلیفتھا۔ انلوگوںنے یعنی سائنسکاموضوعکیاہے؟</w:t>
      </w:r>
    </w:p>
    <w:p>
      <w:r>
        <w:rPr>
          <w:b/>
        </w:rPr>
        <w:t xml:space="preserve">[16:51] </w:t>
      </w:r>
      <w:r>
        <w:t>creation mein ghaur karna. science ka mauzu creator nahi hai, lekin creation woh hai. jis cheez ko science nature kehti hai, woh kya hai ?</w:t>
      </w:r>
    </w:p>
    <w:p>
      <w:pPr>
        <w:jc w:val="right"/>
      </w:pPr>
      <w:r>
        <w:t>کریشنمیںغورکرنا۔ سائنسکاموضوع کریٹرنہیںہے، لیکن کریشنتوہے۔ جس چیزکوسائنسنیچرکہتیہے، وہکیاہے ؟</w:t>
      </w:r>
    </w:p>
    <w:p>
      <w:r>
        <w:rPr>
          <w:b/>
        </w:rPr>
        <w:t xml:space="preserve">[17:03] </w:t>
      </w:r>
      <w:r>
        <w:t>woh creation hai.</w:t>
      </w:r>
    </w:p>
    <w:p>
      <w:pPr>
        <w:jc w:val="right"/>
      </w:pPr>
      <w:r>
        <w:t>وہ کری شنہے۔</w:t>
      </w:r>
    </w:p>
    <w:p>
      <w:r>
        <w:rPr>
          <w:b/>
        </w:rPr>
        <w:t xml:space="preserve">[17:06] </w:t>
      </w:r>
      <w:r>
        <w:t>woh creation ka lafz nahi bolte, woh bol dete hain, lafz bolte hain nature ka, lekin nature ka lafz bolen tab bhi hai toh woh creation. to creation mein unhone discoveries ki,</w:t>
      </w:r>
    </w:p>
    <w:p>
      <w:pPr>
        <w:jc w:val="right"/>
      </w:pPr>
      <w:r>
        <w:t>وہ کریشنکالفظنہیںبولتے،وہ بول دیتےہیں، لفظبولتےہیں نیچرکا، لیکن نیچرکالفظبول یںتببھی ہےتووہکریشن۔ تو کریشن میں انہوں نے ڈسکوریزکیں،</w:t>
      </w:r>
    </w:p>
    <w:p>
      <w:r>
        <w:rPr>
          <w:b/>
        </w:rPr>
        <w:t xml:space="preserve">[17:21] </w:t>
      </w:r>
      <w:r>
        <w:t>creation mein unhone baaton ko explore kiya toh apne aap creator sabit ho gaya.</w:t>
      </w:r>
    </w:p>
    <w:p>
      <w:pPr>
        <w:jc w:val="right"/>
      </w:pPr>
      <w:r>
        <w:t>کریشنمیںانہوںنے باتوںکو ایکسپلورکیا تو اپنے آپ کری ٹرثابتہوگیا۔</w:t>
      </w:r>
    </w:p>
    <w:p>
      <w:r>
        <w:rPr>
          <w:b/>
        </w:rPr>
        <w:t xml:space="preserve">[17:30] </w:t>
      </w:r>
      <w:r>
        <w:t>kyunke naam unhone diya nature mein discoveries toh log samjhe ke toh nature mein baatein ho rahi hain, woh hoti reh ti thi creation mein, takhleeq mein.</w:t>
      </w:r>
    </w:p>
    <w:p>
      <w:pPr>
        <w:jc w:val="right"/>
      </w:pPr>
      <w:r>
        <w:t>کیونکہنام انہوںنےدیا نیچرمیں ڈسکوریز تو لوگ سمجھےکہتونیچرمیںباتیںہورہیہیں، وہ ہوتیہورہیتھی کریشنمیں،تخلیقمیں۔</w:t>
      </w:r>
    </w:p>
    <w:p>
      <w:r>
        <w:rPr>
          <w:b/>
        </w:rPr>
        <w:t xml:space="preserve">[17:42] </w:t>
      </w:r>
      <w:r>
        <w:t>to takhleeq mein jab aap tehqeeq karenge toh khaliq apne aap sabit ho jayega.</w:t>
      </w:r>
    </w:p>
    <w:p>
      <w:pPr>
        <w:jc w:val="right"/>
      </w:pPr>
      <w:r>
        <w:t>تو تخلیقمیںجبآپتحقیقکریںگےتوخالقاپنےآپثابتہوجائےگا۔</w:t>
      </w:r>
    </w:p>
    <w:p>
      <w:r>
        <w:rPr>
          <w:b/>
        </w:rPr>
        <w:t xml:space="preserve">[17:48] </w:t>
      </w:r>
      <w:r>
        <w:t>chunancha dekhiye, Newton ke zamane mein yeh mana gaya tha ke matter jo hai, matter jo hai, universe ka building block hai.</w:t>
      </w:r>
    </w:p>
    <w:p>
      <w:pPr>
        <w:jc w:val="right"/>
      </w:pPr>
      <w:r>
        <w:t>چنانچہدیکھیے، نیوٹنکےزمان ےمیںیہماناگیاتھا کہ میٹرجوہے، میٹر جوہے، یونیورس کا بلڈنگبلاکہے۔</w:t>
      </w:r>
    </w:p>
    <w:p>
      <w:r>
        <w:rPr>
          <w:b/>
        </w:rPr>
        <w:t xml:space="preserve">[18:00] </w:t>
      </w:r>
      <w:r>
        <w:t>us waqt bahut mechanical thinking thi scientists mein toh woh samajhte the ke</w:t>
      </w:r>
    </w:p>
    <w:p>
      <w:pPr>
        <w:jc w:val="right"/>
      </w:pPr>
      <w:r>
        <w:t>اسوقت بہت مک ینیکلتھنکنگتھی سائنسدانوںمیں تووہسمجھتےتھےکہ</w:t>
      </w:r>
    </w:p>
    <w:p>
      <w:r>
        <w:rPr>
          <w:b/>
        </w:rPr>
        <w:t xml:space="preserve">[18:10] </w:t>
      </w:r>
      <w:r>
        <w:t>universe ka building block matter hai. lekin science mein hai toh tehqeeq hoti rehti hai. science koi aqeede ki kitaab nahi hoti, tehqeeq, tehqeeq, tehqeeq, tehqeeq.</w:t>
      </w:r>
    </w:p>
    <w:p>
      <w:pPr>
        <w:jc w:val="right"/>
      </w:pPr>
      <w:r>
        <w:t>یونیورس کا بلڈنگبلاک میٹرہے۔ لیکن سائنسمیںہےتو تحقیقہوتیرہتیہے۔ سائنسکوئیعقیدےکیکتابنہیںہوتی، تحقیق،تحقیق،تحقیق،تحقیق۔</w:t>
      </w:r>
    </w:p>
    <w:p>
      <w:r>
        <w:rPr>
          <w:b/>
        </w:rPr>
        <w:t xml:space="preserve">[18:22] </w:t>
      </w:r>
      <w:r>
        <w:t>chunancha baad ko Einstein ke zamane mein maloom hua ke nahi, matter nahi, energy building block hai universe ka.</w:t>
      </w:r>
    </w:p>
    <w:p>
      <w:pPr>
        <w:jc w:val="right"/>
      </w:pPr>
      <w:r>
        <w:t>چنانچہ بعدکو آئنسٹینکےزمانےمیںمعلومہواکہنہیں، میٹرنہیں، ان رجی بلڈنگبلاکہےیونیورس کا۔</w:t>
      </w:r>
    </w:p>
    <w:p>
      <w:r>
        <w:rPr>
          <w:b/>
        </w:rPr>
        <w:t xml:space="preserve">[18:33] </w:t>
      </w:r>
      <w:r>
        <w:t>kyunke matter jab split hua toh energy ban gaya. woh Newton ke zamane mein matter solid cheez tha, solid. lekin Einstein ka jab zamana aaya toh matter mein split hua, tab woh energy ban gaya.</w:t>
      </w:r>
    </w:p>
    <w:p>
      <w:pPr>
        <w:jc w:val="right"/>
      </w:pPr>
      <w:r>
        <w:t>کیونکہ میٹرجب اسپلٹہواتوانرجیبنگیا۔ وہ نیوٹنکےزمان ےمیںمیٹر سولڈچیزتھا،سولڈ۔ لیکن آئنسٹینکاجب زمانہآیاتو میٹر میں اسپلٹہوا ،تبوہانرجیبنگیا۔</w:t>
      </w:r>
    </w:p>
    <w:p>
      <w:r>
        <w:rPr>
          <w:b/>
        </w:rPr>
        <w:t xml:space="preserve">[18:51] </w:t>
      </w:r>
      <w:r>
        <w:t>to Newton ke toh Einstein ke zamane mein yeh maan liya gaya hai ke ke universe ka building block energy hai. lekin baat yahin nahi ruki, phir tehqeeq hoti rahi. yahan tak Fred Hoyle ka zamana aaya.</w:t>
      </w:r>
    </w:p>
    <w:p>
      <w:pPr>
        <w:jc w:val="right"/>
      </w:pPr>
      <w:r>
        <w:t>تو نی وٹن کے تو آئنسٹینکےزمانےمیںیہمانلیاگیاہےکہ کہ یونیورس کابلڈنگبلاک ان رجیہے۔ لیکن باتیہیںنہیںرکی، پھر تحقیقہوتیرہی ۔یہاںتک فریڈہائلکازمانہآیا۔</w:t>
      </w:r>
    </w:p>
    <w:p>
      <w:r>
        <w:rPr>
          <w:b/>
        </w:rPr>
        <w:t xml:space="preserve">[19:07] </w:t>
      </w:r>
      <w:r>
        <w:t>fareedhail ne ek kitab likhi, is ka naam hai "intelligence universe". ab yeh saabit ho gaya ke yeh rajeebh nahin, intelligence building bila keh universe ka.</w:t>
      </w:r>
    </w:p>
    <w:p>
      <w:pPr>
        <w:jc w:val="right"/>
      </w:pPr>
      <w:r>
        <w:t>فریڈہائلنے ایککتاب لکھی،اسکانامہے"انٹیلیجنٹیونیورس"۔ ابیہثابتہوگیاکہ ان رجیبھینہیں، انٹیلیجنس بلڈنگبلاکہےیونیورس کا ۔</w:t>
      </w:r>
    </w:p>
    <w:p>
      <w:r>
        <w:rPr>
          <w:b/>
        </w:rPr>
        <w:t xml:space="preserve">[19:20] </w:t>
      </w:r>
      <w:r>
        <w:t>kese ajeeb baat hai!</w:t>
      </w:r>
    </w:p>
    <w:p>
      <w:pPr>
        <w:jc w:val="right"/>
      </w:pPr>
      <w:r>
        <w:t>کیسیعجیبباتہے!</w:t>
      </w:r>
    </w:p>
    <w:p>
      <w:r>
        <w:rPr>
          <w:b/>
        </w:rPr>
        <w:t xml:space="preserve">[19:24] </w:t>
      </w:r>
      <w:r>
        <w:t>intelligence mani zehn, zehn building bila keh universe ka. mazeed tehqeeq hui, mazeed tehqeeq hui, yahan tak ke yeh baat scientifically proof ho gayi ke universe jo hai, is mein bohat intelligent design hai.</w:t>
      </w:r>
    </w:p>
    <w:p>
      <w:pPr>
        <w:jc w:val="right"/>
      </w:pPr>
      <w:r>
        <w:t>انٹیلیجنسیعنی ذہن، ذہن بلڈنگبلاکہےیونیورس کا۔ مزید تحقیقہوئی،مزید تحقیقہوئی،یہاںتککہیہبات سائنٹیفیکلیپروفہوگئی کہ یونیورس جوہے، اسمیں بہت انٹیلیجنٹڈیزائنہے۔</w:t>
      </w:r>
    </w:p>
    <w:p>
      <w:r>
        <w:rPr>
          <w:b/>
        </w:rPr>
        <w:t xml:space="preserve">[19:43] </w:t>
      </w:r>
      <w:r>
        <w:t>aaj yeh ek saabit shuda fact hai, scientifically. is par maine kai article likhe hain, aap parh sakte hain is ko mere magazine mein</w:t>
      </w:r>
    </w:p>
    <w:p>
      <w:pPr>
        <w:jc w:val="right"/>
      </w:pPr>
      <w:r>
        <w:t>آجیہایکثابتشدہفیکٹہے، سائنٹیفیکلی۔ اسپر میںنےکئیآرٹیکللکھےہیں،آپپڑھسکتےہیںاسکو میرےمیگزینمیں</w:t>
      </w:r>
    </w:p>
    <w:p>
      <w:r>
        <w:rPr>
          <w:b/>
        </w:rPr>
        <w:t xml:space="preserve">[19:53] </w:t>
      </w:r>
      <w:r>
        <w:t>ke universe jo hai, is ke andar bohat hi zyada intelligent design hai, yani zehn design, jehanat par mabni design.</w:t>
      </w:r>
    </w:p>
    <w:p>
      <w:pPr>
        <w:jc w:val="right"/>
      </w:pPr>
      <w:r>
        <w:t>کہ ی ونیورسجوہے،اسکےاندر بہت ہی زیادہ انٹیلیجنٹڈیزائنہے، یعنی ذہینڈیزائن، جہ انت پرمبنیڈیزائن۔</w:t>
      </w:r>
    </w:p>
    <w:p>
      <w:r>
        <w:rPr>
          <w:b/>
        </w:rPr>
        <w:t xml:space="preserve">[20:06] </w:t>
      </w:r>
      <w:r>
        <w:t>ab kya baat reh gayi hai? mujhe bataiye, intelligent, intelligent design jo hai, it a town lead a name of god.</w:t>
      </w:r>
    </w:p>
    <w:p>
      <w:pPr>
        <w:jc w:val="right"/>
      </w:pPr>
      <w:r>
        <w:t>ابکیاباترہگئیہے؟مجھےبتائیے، انٹیلیجنٹ، انٹیلیجنٹڈیزائنجوہے، ا ٹاونلیدیادرنیمآفگاڈ۔</w:t>
      </w:r>
    </w:p>
    <w:p>
      <w:r>
        <w:rPr>
          <w:b/>
        </w:rPr>
        <w:t xml:space="preserve">[20:18] </w:t>
      </w:r>
      <w:r>
        <w:t>aap ghor kijiye, intelligent design ka lafz jo hai, is ka matlab kya hai? it a zana adar name of god.</w:t>
      </w:r>
    </w:p>
    <w:p>
      <w:pPr>
        <w:jc w:val="right"/>
      </w:pPr>
      <w:r>
        <w:t>آپ غورکیجئے، انٹیلیجنٹڈیزائنکا لفظجوہے،اسکامطلبکیاہے؟ اٹازانادرنیمآفگاڈ۔</w:t>
      </w:r>
    </w:p>
    <w:p>
      <w:r>
        <w:rPr>
          <w:b/>
        </w:rPr>
        <w:t xml:space="preserve">[20:28] </w:t>
      </w:r>
      <w:r>
        <w:t>to science jo hai, woh god ka naam nahin leti, woh creator ka naam nahin leti, lekin is ki tehqeeqat toh creation mein chal rahi hain. creation mein</w:t>
      </w:r>
    </w:p>
    <w:p>
      <w:pPr>
        <w:jc w:val="right"/>
      </w:pPr>
      <w:r>
        <w:t>تو سائنس جوہے،وہ گاڈکانام نہیںلیتی، وہ کریٹرکانامنہیںلیتی، لیکن اسکی تحقیقات تو کریشنمیںچلرہیہیں۔کریشنمیں</w:t>
      </w:r>
    </w:p>
    <w:p>
      <w:r>
        <w:rPr>
          <w:b/>
        </w:rPr>
        <w:t xml:space="preserve">[20:43] </w:t>
      </w:r>
      <w:r>
        <w:t>jaise koi shakhs meri kitabon ko parhe, far</w:t>
      </w:r>
    </w:p>
    <w:p>
      <w:pPr>
        <w:jc w:val="right"/>
      </w:pPr>
      <w:r>
        <w:t>جیسےکوئیشخصمیریکتاب وںکوپڑھے،فر</w:t>
      </w:r>
    </w:p>
    <w:p>
      <w:r>
        <w:rPr>
          <w:b/>
        </w:rPr>
        <w:t xml:space="preserve">[20:45] </w:t>
      </w:r>
      <w:r>
        <w:t>dijiyega, toh meri kitabon ko parhega toh is ko apne aap daryaft kar le ga. woh</w:t>
      </w:r>
    </w:p>
    <w:p>
      <w:pPr>
        <w:jc w:val="right"/>
      </w:pPr>
      <w:r>
        <w:t>ضکیجئے، تومیریکتابوںکوپڑھےگاتواسکواپنےآپدریافتکرلےگا۔وہ</w:t>
      </w:r>
    </w:p>
    <w:p>
      <w:r>
        <w:rPr>
          <w:b/>
        </w:rPr>
        <w:t xml:space="preserve">[20:52] </w:t>
      </w:r>
      <w:r>
        <w:t>meri kitabon ko agar parhe toh meri kitabon ko parhte parhte khud ba khud is ke asar ko daryaft kar le ga. woh toh science ne jab creation ko, agarche unhon ne naam diya nature ka, creation ka nahin,</w:t>
      </w:r>
    </w:p>
    <w:p>
      <w:pPr>
        <w:jc w:val="right"/>
      </w:pPr>
      <w:r>
        <w:t>میریکتاب وںکواگرپڑھےتومیریکتاب وںکوپڑھتےپڑھتے خود بخوداسکےاثرکودریافتکرلےگا۔وہ تو سائنسنےجب کریشنکو ،اگر چہ انہوںنے نامدیا نیچرکا، کریشنکانہیں ،</w:t>
      </w:r>
    </w:p>
    <w:p>
      <w:r>
        <w:rPr>
          <w:b/>
        </w:rPr>
        <w:t xml:space="preserve">[21:06] </w:t>
      </w:r>
      <w:r>
        <w:t>lekin amalan toh yeh hi tha, yani practically woh creation mein study kar rahe thay, creation mein discoveries ho rahi theen un ki.</w:t>
      </w:r>
    </w:p>
    <w:p>
      <w:pPr>
        <w:jc w:val="right"/>
      </w:pPr>
      <w:r>
        <w:t>لیکن عملاًتویہیتھا، یعنیپریکٹیکلیوہ کریشنمیں اسٹڈیکررہےتھے، کریشنمیں ڈسکوریزہورہیتھیںانکی۔</w:t>
      </w:r>
    </w:p>
    <w:p>
      <w:r>
        <w:rPr>
          <w:b/>
        </w:rPr>
        <w:t xml:space="preserve">[21:16] </w:t>
      </w:r>
      <w:r>
        <w:t>toh creation mein discover karte karte woh pahunch gaye kahan? creator tak pahunch gaye. toh agarche woh naam nahin lete, yeh kaam jo karna tha hamare ulama ko, ahle ilm ko, yeh toh phir saabit ho gaya hai. toh quran ki ayat jo hai, waqe ban gayi.</w:t>
      </w:r>
    </w:p>
    <w:p>
      <w:pPr>
        <w:jc w:val="right"/>
      </w:pPr>
      <w:r>
        <w:t>تو کریشنمیں ڈسکوریکرتے کرتے وہ پہنچگئےکہاں ؟ کریٹرتکپہنچگئے۔ تواگر چہوہنامنہیںلیتے، یہ کام جو کرناتھاہمارے علم اءکو،اہلعلم کو ،یہتوپھرثابتہوگیاہے۔تو قرآنکیآیتجوہے، واقع ہبنگئی ۔</w:t>
      </w:r>
    </w:p>
    <w:p>
      <w:r>
        <w:rPr>
          <w:b/>
        </w:rPr>
        <w:t xml:space="preserve">[21:37] </w:t>
      </w:r>
      <w:r>
        <w:t>kese ajeeb baat thi!</w:t>
      </w:r>
    </w:p>
    <w:p>
      <w:pPr>
        <w:jc w:val="right"/>
      </w:pPr>
      <w:r>
        <w:t>کیسیعجیبباتتھی!</w:t>
      </w:r>
    </w:p>
    <w:p>
      <w:r>
        <w:rPr>
          <w:b/>
        </w:rPr>
        <w:t xml:space="preserve">[21:40] </w:t>
      </w:r>
      <w:r>
        <w:t>phir dekhiye, kuch aur bohat hi ahem baatein hain, bohat hi ahem baatein hain.</w:t>
      </w:r>
    </w:p>
    <w:p>
      <w:pPr>
        <w:jc w:val="right"/>
      </w:pPr>
      <w:r>
        <w:t>پھردیکھیے، کچھاور بہت ہی اہمباتیںہیں، بہتہیاہمباتیںہیں۔</w:t>
      </w:r>
    </w:p>
    <w:p>
      <w:r>
        <w:rPr>
          <w:b/>
        </w:rPr>
        <w:t xml:space="preserve">[21:49] </w:t>
      </w:r>
      <w:r>
        <w:t>quran mein hai ke</w:t>
      </w:r>
    </w:p>
    <w:p>
      <w:pPr>
        <w:jc w:val="right"/>
      </w:pPr>
      <w:r>
        <w:t>قرآنمیںہے کہ</w:t>
      </w:r>
    </w:p>
    <w:p>
      <w:r>
        <w:rPr>
          <w:b/>
        </w:rPr>
        <w:t xml:space="preserve">[21:55] </w:t>
      </w:r>
      <w:r>
        <w:t>"allazina amanu ashadd huban lillah" yani imaan wale hain, woh Allah se in ko bohat zyada mohabbat hoti hai.</w:t>
      </w:r>
    </w:p>
    <w:p>
      <w:pPr>
        <w:jc w:val="right"/>
      </w:pPr>
      <w:r>
        <w:t>"الذین آمنواأشدحبالله" ی عنیایمانوالے ہیں، وہاللہ سے انکوبہتزیادہ محبتہوتیہے۔</w:t>
      </w:r>
    </w:p>
    <w:p>
      <w:r>
        <w:rPr>
          <w:b/>
        </w:rPr>
        <w:t xml:space="preserve">[22:06] </w:t>
      </w:r>
      <w:r>
        <w:t>mere ilm ke mutabiq hub shadeed jo hai, Allah se tareekh mein maujood nahin tha. science ne pehli baar hub shadeed ka data diya humein.</w:t>
      </w:r>
    </w:p>
    <w:p>
      <w:pPr>
        <w:jc w:val="right"/>
      </w:pPr>
      <w:r>
        <w:t>میرےعلم کےمطابق حب شدیدجوہے،اللہ سے تاریخ میںموجود ہینہیںتھا۔ سائنسنے پہلیبارحبشدیدکا ڈیٹا دیا ہمیں۔</w:t>
      </w:r>
    </w:p>
    <w:p>
      <w:r>
        <w:rPr>
          <w:b/>
        </w:rPr>
        <w:t xml:space="preserve">[22:18] </w:t>
      </w:r>
      <w:r>
        <w:t>dekhiye, aap kisi se kahein ke bohat zyada mohabbat karo, yeh hukum ki cheez nahin hai. yani hukum karne se mohabbat nahin aati hai.</w:t>
      </w:r>
    </w:p>
    <w:p>
      <w:pPr>
        <w:jc w:val="right"/>
      </w:pPr>
      <w:r>
        <w:t>دیکھیے، آپ کسی سےکہیںکہ بہت زیادہ محبتکرو ،یہ حکمکیچیزنہیںہے۔ یعنیحکم کرنے سے محبتنہیںآتیہے۔</w:t>
      </w:r>
    </w:p>
    <w:p>
      <w:r>
        <w:rPr>
          <w:b/>
        </w:rPr>
        <w:t xml:space="preserve">[22:32] </w:t>
      </w:r>
      <w:r>
        <w:t>mohabbat aati hai ke aap ko yeh daryaft ho ke mujh ko khuda ne be panah nematton se nawaz diya.</w:t>
      </w:r>
    </w:p>
    <w:p>
      <w:pPr>
        <w:jc w:val="right"/>
      </w:pPr>
      <w:r>
        <w:t>محبت آتیہےکہآپکو یہدریا فت ہو کہ مجھکوخدانے بےپناہ نعمتوںسےنوازدیا۔</w:t>
      </w:r>
    </w:p>
    <w:p>
      <w:r>
        <w:rPr>
          <w:b/>
        </w:rPr>
        <w:t xml:space="preserve">[22:43] </w:t>
      </w:r>
      <w:r>
        <w:t>toh nematton ki discovery se mohabbat aati hai. agar aap nematton ko discover na karein toh fiqi hukum ke taur par mohabbat nahin aa sakti.</w:t>
      </w:r>
    </w:p>
    <w:p>
      <w:pPr>
        <w:jc w:val="right"/>
      </w:pPr>
      <w:r>
        <w:t>تو نعمتوںکی ڈسکوریسےمحبتآتیہے۔ اگر آپنعمتوں کوڈسکورنہکریںتو فقہیحکمکےطور پر محبتنہیںآسکتی۔</w:t>
      </w:r>
    </w:p>
    <w:p>
      <w:r>
        <w:rPr>
          <w:b/>
        </w:rPr>
        <w:t xml:space="preserve">[22:58] </w:t>
      </w:r>
      <w:r>
        <w:t>toh jo nematein theen Allah ta'ala ki, woh toh undiscovered pade hue thein. toh hub shadeed tareekh mein kabhi aayi hi nahin.</w:t>
      </w:r>
    </w:p>
    <w:p>
      <w:pPr>
        <w:jc w:val="right"/>
      </w:pPr>
      <w:r>
        <w:t>تو جو نعمتیں تھیںاللہتعالیکی، وہتو انڈسکورڈپڑیہوئیتھیں۔ تو حب شدید تاریخ میں کبھیآئیبھینہیں۔</w:t>
      </w:r>
    </w:p>
    <w:p>
      <w:r>
        <w:rPr>
          <w:b/>
        </w:rPr>
        <w:t xml:space="preserve">[23:08] </w:t>
      </w:r>
      <w:r>
        <w:t>yani mere ilm ke mutabiq, yani aise ho sakte hain aise log jo kahein goshe mein hon, lekin mere ilm ke mutabiq jo maine parha hai, suna hai, poori tareekh mein hub shadeed ka phenomenon ghair maujood hai.</w:t>
      </w:r>
    </w:p>
    <w:p>
      <w:pPr>
        <w:jc w:val="right"/>
      </w:pPr>
      <w:r>
        <w:t>یعنیمیرےعلم کےمطابق ،یعنیایسےہوسکتےہیںایسےلوگجو کہیں گوشےمیںہوں،لیکن میرےعلمکےمطابقجومیںنےپڑھاہے،سناہے، پوریتاریخ میں حب شدیدکافیناومینا غیر موجود ہے۔</w:t>
      </w:r>
    </w:p>
    <w:p>
      <w:r>
        <w:rPr>
          <w:b/>
        </w:rPr>
        <w:t xml:space="preserve">[23:23] </w:t>
      </w:r>
      <w:r>
        <w:t>iski wajah kya hai? hub shadeed ka data, un ke paas nahin tha.</w:t>
      </w:r>
    </w:p>
    <w:p>
      <w:pPr>
        <w:jc w:val="right"/>
      </w:pPr>
      <w:r>
        <w:t>اسکیوجہ کیاہے؟ حب شدیدکاڈیٹا لیں،انکےپاسنہیں تھا۔</w:t>
      </w:r>
    </w:p>
    <w:p>
      <w:r>
        <w:rPr>
          <w:b/>
        </w:rPr>
        <w:t xml:space="preserve">[23:28] </w:t>
      </w:r>
      <w:r>
        <w:t>misal ke taur par main misal deta hoon aap ko, dekhiye, yeh pani hai. mujhe pyas lagi, pyas lagi, maine pani piya toh main kahunga "Alhamdulillah,</w:t>
      </w:r>
    </w:p>
    <w:p>
      <w:pPr>
        <w:jc w:val="right"/>
      </w:pPr>
      <w:r>
        <w:t>مثلاًمیںمثالدیتاہوںآپکو، دیکھیے، یہ پانیہے۔ مجھے پیاسلگی، پیاسلگی،میںنےپانیپیا تومیںکہوںگا"الحمدللہ،</w:t>
      </w:r>
    </w:p>
    <w:p>
      <w:r>
        <w:rPr>
          <w:b/>
        </w:rPr>
        <w:t xml:space="preserve">[23:43] </w:t>
      </w:r>
      <w:r>
        <w:t>meri pyas bujh gayi, khuda tera shukr hai" to yeh ek darja Allah se talluq ka hai, lekin</w:t>
      </w:r>
    </w:p>
    <w:p>
      <w:pPr>
        <w:jc w:val="right"/>
      </w:pPr>
      <w:r>
        <w:t>میریپیاسبجھگئی،خدایاتیراشکرہے"۔ تو یہ ایک درج ہ اللہ سے تعلق کاہے، لیکن</w:t>
      </w:r>
    </w:p>
    <w:p>
      <w:r>
        <w:rPr>
          <w:b/>
        </w:rPr>
        <w:t xml:space="preserve">[23:53] </w:t>
      </w:r>
      <w:r>
        <w:t>science ne is darje ko billion time badha diya, billion time badha diya. Is liye ke science ne bataya hai ke jab dunya bani</w:t>
      </w:r>
    </w:p>
    <w:p>
      <w:pPr>
        <w:jc w:val="right"/>
      </w:pPr>
      <w:r>
        <w:t>سائنسنےاسدرجےکو بل ینٹائمبڑھادیا، بل ینٹائمبڑھادیا۔ اسلیے کہسائنسنےبتایاہےکہ جب دنیا بنی</w:t>
      </w:r>
    </w:p>
    <w:p>
      <w:r>
        <w:rPr>
          <w:b/>
        </w:rPr>
        <w:t xml:space="preserve">[24:09] </w:t>
      </w:r>
      <w:r>
        <w:t>big bang ke baad to sari kainat woh hai, aag thi, aag, sitare the, sitare aag the. Phir Allah ne zameen ko thanda kiya,</w:t>
      </w:r>
    </w:p>
    <w:p>
      <w:pPr>
        <w:jc w:val="right"/>
      </w:pPr>
      <w:r>
        <w:t>بگبینگکےبعد تو ساری کائناتجوہے، آگتھی،آگ ،ستارےتھے،ستارےآگتھے۔ پھراللہ نے زمین کوٹھنڈاکیا،</w:t>
      </w:r>
    </w:p>
    <w:p>
      <w:r>
        <w:rPr>
          <w:b/>
        </w:rPr>
        <w:t xml:space="preserve">[24:23] </w:t>
      </w:r>
      <w:r>
        <w:t>yani Allah ka lafz mein bol raha hoon, science nahi bolti hai, zameen ko thanda kiya.</w:t>
      </w:r>
    </w:p>
    <w:p>
      <w:pPr>
        <w:jc w:val="right"/>
      </w:pPr>
      <w:r>
        <w:t>یعنیاللہ کالفظمیںبولرہاہوں، سائنسنہیںبولتیہے، زمین کو ٹھنڈاکیا۔</w:t>
      </w:r>
    </w:p>
    <w:p>
      <w:r>
        <w:rPr>
          <w:b/>
        </w:rPr>
        <w:t xml:space="preserve">[24:33] </w:t>
      </w:r>
      <w:r>
        <w:t>phir is par kya hua? barish barasi.</w:t>
      </w:r>
    </w:p>
    <w:p>
      <w:pPr>
        <w:jc w:val="right"/>
      </w:pPr>
      <w:r>
        <w:t>پھراسپرکیاہوا ؟ بارش برسی ۔</w:t>
      </w:r>
    </w:p>
    <w:p>
      <w:r>
        <w:rPr>
          <w:b/>
        </w:rPr>
        <w:t xml:space="preserve">[24:39] </w:t>
      </w:r>
      <w:r>
        <w:t>yeh jo Quran mein aaya hai ke chhe din to chhe din guzre,</w:t>
      </w:r>
    </w:p>
    <w:p>
      <w:pPr>
        <w:jc w:val="right"/>
      </w:pPr>
      <w:r>
        <w:t>یہجو قرآنمیںآیاہےکہ چھہدور تو چھہدور گزرے،</w:t>
      </w:r>
    </w:p>
    <w:p>
      <w:r>
        <w:rPr>
          <w:b/>
        </w:rPr>
        <w:t xml:space="preserve">[24:44] </w:t>
      </w:r>
      <w:r>
        <w:t>yani big bang. Phir is ke baad kya hua? solar bang. Is ke baad kya hua? ke water bang.</w:t>
      </w:r>
    </w:p>
    <w:p>
      <w:pPr>
        <w:jc w:val="right"/>
      </w:pPr>
      <w:r>
        <w:t>یعنیبگبینگ۔ پھراس کےبعد کیا ہوا؟سولربینگ۔ اسکےبعد کیا ہوا؟کہ واٹربینگ۔</w:t>
      </w:r>
    </w:p>
    <w:p>
      <w:r>
        <w:rPr>
          <w:b/>
        </w:rPr>
        <w:t xml:space="preserve">[24:54] </w:t>
      </w:r>
      <w:r>
        <w:t>is ke baad plant bang. Is ke baad animal bang. Phir human bang. Insan ke liye, is insan ke liye</w:t>
      </w:r>
    </w:p>
    <w:p>
      <w:pPr>
        <w:jc w:val="right"/>
      </w:pPr>
      <w:r>
        <w:t>اسکےبعد پلانٹبینگ۔ اسکےبعد این یملبینگ۔پھر ہیومنبینگ۔ انسانکےلیے ،اس انسانکےلیے</w:t>
      </w:r>
    </w:p>
    <w:p>
      <w:r>
        <w:rPr>
          <w:b/>
        </w:rPr>
        <w:t xml:space="preserve">[25:07] </w:t>
      </w:r>
      <w:r>
        <w:t>13 billion saal ka Allah ta'ala ne parson banaya.</w:t>
      </w:r>
    </w:p>
    <w:p>
      <w:pPr>
        <w:jc w:val="right"/>
      </w:pPr>
      <w:r>
        <w:t>،13 بل ین سال کا اللہتعالینےپرسوںبنایا۔</w:t>
      </w:r>
    </w:p>
    <w:p>
      <w:r>
        <w:rPr>
          <w:b/>
        </w:rPr>
        <w:t xml:space="preserve">[25:12] </w:t>
      </w:r>
      <w:r>
        <w:t>phir zameen par sab se zyada aap jante hain ke pani hai, yani yeh jo yeh sahi planet hai, hamara planet, is ke 71 feesad mein pani hai, ocean aur aur yeh seas,</w:t>
      </w:r>
    </w:p>
    <w:p>
      <w:pPr>
        <w:jc w:val="right"/>
      </w:pPr>
      <w:r>
        <w:t>پھرزمین پرسبسےزیادہ آپجانتےہیںکہپانی ہے، یعنییہجو یہ صحیحپلینٹہے، ہماراپلینٹ، اس کے 7 1 فیصد میںپانیہے، اوشن اور اور یہ سیز،</w:t>
      </w:r>
    </w:p>
    <w:p>
      <w:r>
        <w:rPr>
          <w:b/>
        </w:rPr>
        <w:t xml:space="preserve">[25:29] </w:t>
      </w:r>
      <w:r>
        <w:t>hamare planet ke 71 feesad mein pani bhara hua hai.</w:t>
      </w:r>
    </w:p>
    <w:p>
      <w:pPr>
        <w:jc w:val="right"/>
      </w:pPr>
      <w:r>
        <w:t>ہمارے پلینٹکے 7 1 فیصدمیںپانیبھراہواہے۔</w:t>
      </w:r>
    </w:p>
    <w:p>
      <w:r>
        <w:rPr>
          <w:b/>
        </w:rPr>
        <w:t xml:space="preserve">[25:35] </w:t>
      </w:r>
      <w:r>
        <w:t>achha, yeh pani jo tha, agar yun hi hota, yani barishien huin, jab pani wajood mein aaya, barishien huin to sare samandar bhar gaye.</w:t>
      </w:r>
    </w:p>
    <w:p>
      <w:pPr>
        <w:jc w:val="right"/>
      </w:pPr>
      <w:r>
        <w:t>اچھا،یہپانیجوتھا، اگر یوںہیہوتا، یعنیبارشیںہوئیں،جب پانی وجود میںآیا، بارشیںہوئیںتو سارےسمندربھرگئے۔</w:t>
      </w:r>
    </w:p>
    <w:p>
      <w:r>
        <w:rPr>
          <w:b/>
        </w:rPr>
        <w:t xml:space="preserve">[25:45] </w:t>
      </w:r>
      <w:r>
        <w:t>agar yun hi rehta to is mein pollution rehta, pollution. To Allah ta'ala ne is mein salt milaya,</w:t>
      </w:r>
    </w:p>
    <w:p>
      <w:pPr>
        <w:jc w:val="right"/>
      </w:pPr>
      <w:r>
        <w:t>اگر یوںہیرہتاتواسمیں پولیوشنرہتا،پولیوشن۔ تو اللہ تعالینےاسمیں سالٹملایا،</w:t>
      </w:r>
    </w:p>
    <w:p>
      <w:r>
        <w:rPr>
          <w:b/>
        </w:rPr>
        <w:t xml:space="preserve">[25:54] </w:t>
      </w:r>
      <w:r>
        <w:t>yani samundaron ke pani mein 3 percent salt hai, as a preservative. Lekin aap salty pani pi nahi sakte, woh toh bohat namkeen hota hai.</w:t>
      </w:r>
    </w:p>
    <w:p>
      <w:pPr>
        <w:jc w:val="right"/>
      </w:pPr>
      <w:r>
        <w:t>یعنیسم ندروںکے پانیمیں تھریپرسنٹسالٹہے، ایزاے پریزروی ٹیو۔ لیکن آپ سال ٹیپانیپینہیںسکتے، وہتوبہت نمکینہوتاہے۔</w:t>
      </w:r>
    </w:p>
    <w:p>
      <w:r>
        <w:rPr>
          <w:b/>
        </w:rPr>
        <w:t xml:space="preserve">[26:09] </w:t>
      </w:r>
      <w:r>
        <w:t>phir kya ho? kaise hum pani hasil karein? salt wala pani na toh khet ke liye mufeed hai, na peene ke liye mufeed hai, na khana pakane ke liye mufeed hai.</w:t>
      </w:r>
    </w:p>
    <w:p>
      <w:pPr>
        <w:jc w:val="right"/>
      </w:pPr>
      <w:r>
        <w:t>پھرکیا ہو ؟ کیسےہمپانیحاصل کریں؟ سال ٹ والاپانی نہتوکھیتکےلیےمفیدہے،نہپینےکےلیےمفیدہے، نہکھاناپکانےکےلیےمفیدہے۔</w:t>
      </w:r>
    </w:p>
    <w:p>
      <w:r>
        <w:rPr>
          <w:b/>
        </w:rPr>
        <w:t xml:space="preserve">[26:23] </w:t>
      </w:r>
      <w:r>
        <w:t>aap jante hain ke ek ek ek English poet tha jis ka naam tha Coleridge, us ki wafat hui 1800 2 4 mein,</w:t>
      </w:r>
    </w:p>
    <w:p>
      <w:pPr>
        <w:jc w:val="right"/>
      </w:pPr>
      <w:r>
        <w:t>آپجانتےہیںکہ ایک ایک ایکانگل شپیٹتھاجس کانام تھا کال ریج، اسکیوفاتہوئی 18002 4 میں،</w:t>
      </w:r>
    </w:p>
    <w:p>
      <w:r>
        <w:rPr>
          <w:b/>
        </w:rPr>
        <w:t xml:space="preserve">[26:38] </w:t>
      </w:r>
      <w:r>
        <w:t>24 ya 34 mein.</w:t>
      </w:r>
    </w:p>
    <w:p>
      <w:pPr>
        <w:jc w:val="right"/>
      </w:pPr>
      <w:r>
        <w:t>24 یا 34میں۔</w:t>
      </w:r>
    </w:p>
    <w:p>
      <w:r>
        <w:rPr>
          <w:b/>
        </w:rPr>
        <w:t xml:space="preserve">[26:41] </w:t>
      </w:r>
      <w:r>
        <w:t>to us ki ek nazm hai "Ancient Mariner" ke ek shakhs safar karta hai samandar mein aur uska jahaz toot jata hai toofan mein.</w:t>
      </w:r>
    </w:p>
    <w:p>
      <w:pPr>
        <w:jc w:val="right"/>
      </w:pPr>
      <w:r>
        <w:t>تو اسکیایک نظمہے "اینسیٹمیرر" کہایکشخص سفرکرتاہے سمندرمیں اوراسکا جہازٹوٹجاتاہے ط وفانمیں۔</w:t>
      </w:r>
    </w:p>
    <w:p>
      <w:r>
        <w:rPr>
          <w:b/>
        </w:rPr>
        <w:t xml:space="preserve">[26:54] </w:t>
      </w:r>
      <w:r>
        <w:t>phir ek takhte par woh hai, ek takhte par beh raha hai samandar ki satah par.</w:t>
      </w:r>
    </w:p>
    <w:p>
      <w:pPr>
        <w:jc w:val="right"/>
      </w:pPr>
      <w:r>
        <w:t>پھرایکتختےپروہہے، ایک تختےپر بہہرہاہےسمندرکیسطح پر۔</w:t>
      </w:r>
    </w:p>
    <w:p>
      <w:r>
        <w:rPr>
          <w:b/>
        </w:rPr>
        <w:t xml:space="preserve">[27:00] </w:t>
      </w:r>
      <w:r>
        <w:t>to takhte ke charon taraf pani hai, lekin namkeen hai, pi nahi pata. Woh kaise piye? pyas lagi hai, pani maujood hai, pi nahi sakta.</w:t>
      </w:r>
    </w:p>
    <w:p>
      <w:pPr>
        <w:jc w:val="right"/>
      </w:pPr>
      <w:r>
        <w:t>تو تختےکےچاروںطرف پانیہے، لیکن نمکینہے، پینہیںپاتا۔وہ کیسےپیے؟ پیاسلگیہے، پانی موجود ہے، پی نہیںسکتا۔</w:t>
      </w:r>
    </w:p>
    <w:p>
      <w:r>
        <w:rPr>
          <w:b/>
        </w:rPr>
        <w:t xml:space="preserve">[27:12] </w:t>
      </w:r>
      <w:r>
        <w:t>to us ki line hai "water, water, every where,</w:t>
      </w:r>
    </w:p>
    <w:p>
      <w:pPr>
        <w:jc w:val="right"/>
      </w:pPr>
      <w:r>
        <w:t>تواسکی لائنہے" وا ٹر،واٹر،ایوری دیر،</w:t>
      </w:r>
    </w:p>
    <w:p>
      <w:r>
        <w:rPr>
          <w:b/>
        </w:rPr>
        <w:t xml:space="preserve">[27:20] </w:t>
      </w:r>
      <w:r>
        <w:t>not a drop to drink".</w:t>
      </w:r>
    </w:p>
    <w:p>
      <w:pPr>
        <w:jc w:val="right"/>
      </w:pPr>
      <w:r>
        <w:t>ناٹاینیڈراپٹوڈرنک"۔</w:t>
      </w:r>
    </w:p>
    <w:p>
      <w:r>
        <w:rPr>
          <w:b/>
        </w:rPr>
        <w:t xml:space="preserve">[27:25] </w:t>
      </w:r>
      <w:r>
        <w:t>to aap sochiye is is is halat ko sochiye</w:t>
      </w:r>
    </w:p>
    <w:p>
      <w:pPr>
        <w:jc w:val="right"/>
      </w:pPr>
      <w:r>
        <w:t>توآپسوچیےاس اس اس حالتکوسوچیے</w:t>
      </w:r>
    </w:p>
    <w:p>
      <w:r>
        <w:rPr>
          <w:b/>
        </w:rPr>
        <w:t xml:space="preserve">[27:30] </w:t>
      </w:r>
      <w:r>
        <w:t>jab ke ek insan, uska jahaz toot gaya hai, ek takhte par woh beh raha hai aur charon taraf samandar hai aur pyas lagi hui hai, us ko pi nahi sakta</w:t>
      </w:r>
    </w:p>
    <w:p>
      <w:pPr>
        <w:jc w:val="right"/>
      </w:pPr>
      <w:r>
        <w:t>جب کہ ایکانسان، اسکا جہازٹوٹگیاہے، ایک تختےپر وہبہہرہاہے اور چاروںطرف سمندرہے اورپیاسلگیہوئیہے،اسکو پینہیںسکتا</w:t>
      </w:r>
    </w:p>
    <w:p>
      <w:r>
        <w:rPr>
          <w:b/>
        </w:rPr>
        <w:t xml:space="preserve">[27:44] </w:t>
      </w:r>
      <w:r>
        <w:t>kyun ke woh namkeen pani hai. Woh "water, water, every where, not a drop, not a need drop to drink". Har taraf pani, har taraf pani, lekin mein pi nahi sakta.</w:t>
      </w:r>
    </w:p>
    <w:p>
      <w:pPr>
        <w:jc w:val="right"/>
      </w:pPr>
      <w:r>
        <w:t>کیونکہوہنمکینپانیہے۔وہ "واٹر،واٹر،ایوریویر، ناٹاڈراپ ،ناٹاینیڈراپٹوڈرنک" ۔ہرطرف پانی،ہرطرفپانی،لیکن میںپینہیںسکتا۔</w:t>
      </w:r>
    </w:p>
    <w:p>
      <w:r>
        <w:rPr>
          <w:b/>
        </w:rPr>
        <w:t xml:space="preserve">[27:57] </w:t>
      </w:r>
      <w:r>
        <w:t>tu khuda kitna rahim o karim hai</w:t>
      </w:r>
    </w:p>
    <w:p>
      <w:pPr>
        <w:jc w:val="right"/>
      </w:pPr>
      <w:r>
        <w:t>تو خدا کتنارحیموکریمہے</w:t>
      </w:r>
    </w:p>
    <w:p>
      <w:r>
        <w:rPr>
          <w:b/>
        </w:rPr>
        <w:t xml:space="preserve">[28:04] </w:t>
      </w:r>
      <w:r>
        <w:t>ke ek taraf isne samundar ke pani mein aisa e prezervative namak milaya. iske baad</w:t>
      </w:r>
    </w:p>
    <w:p>
      <w:pPr>
        <w:jc w:val="right"/>
      </w:pPr>
      <w:r>
        <w:t>کہایکطرف اسنے سمندرکےپانیمیں ایزاے پریزرویٹیو نمکملایا۔ اسکےبعد</w:t>
      </w:r>
    </w:p>
    <w:p>
      <w:r>
        <w:rPr>
          <w:b/>
        </w:rPr>
        <w:t xml:space="preserve">[28:13] </w:t>
      </w:r>
      <w:r>
        <w:t>kya kiya? ke ek pura ek nizam banaya barish ka ke samundaron se vapor uthe hain, bhap uthi hai.</w:t>
      </w:r>
    </w:p>
    <w:p>
      <w:pPr>
        <w:jc w:val="right"/>
      </w:pPr>
      <w:r>
        <w:t>کیا کیا؟کہایکپورا ایک نظام بنایا بارشکا کہسم ندروںسے ویپر اٹھےہیں، بھاپاٹھےہیں۔</w:t>
      </w:r>
    </w:p>
    <w:p>
      <w:r>
        <w:rPr>
          <w:b/>
        </w:rPr>
        <w:t xml:space="preserve">[28:25] </w:t>
      </w:r>
      <w:r>
        <w:t>ab aap, aap Allah taala ne itna bada intezam kiya ke nam ka wazan zyada hai, pani ka wazan kam hai. jab bhap uthti hai to namak ka wazan zyada hai, isliye neeche rehta hai. woh</w:t>
      </w:r>
    </w:p>
    <w:p>
      <w:pPr>
        <w:jc w:val="right"/>
      </w:pPr>
      <w:r>
        <w:t>اب آپ ،آپ اللہ تعالینے اتنابڑاانتظامکیا کہ نم کجوہے، اسکےویٹزیادہ ہیں، پانیکاویٹکمہے۔ جببھاپاٹھتیہےتو نمک کاویٹزیادہ ہے،اسلیے نیچےرہتاہے۔وہ</w:t>
      </w:r>
    </w:p>
    <w:p>
      <w:r>
        <w:rPr>
          <w:b/>
        </w:rPr>
        <w:t xml:space="preserve">[28:40] </w:t>
      </w:r>
      <w:r>
        <w:t>pani ka, pani ka jo content hai, woh woh halka hota hai, woh upar jata hai. namak ka jo content hai, woh bhari hai, woh reh gaya neeche.</w:t>
      </w:r>
    </w:p>
    <w:p>
      <w:pPr>
        <w:jc w:val="right"/>
      </w:pPr>
      <w:r>
        <w:t>پانی کا، پانیکاجوکنٹینٹہے،وہ وہہلکاہوتاہے، وہاوپرجاتاہے۔ نمککاجو کنٹینٹہے، وہ بھاریہے، وہرہگیا نیچے۔</w:t>
      </w:r>
    </w:p>
    <w:p>
      <w:r>
        <w:rPr>
          <w:b/>
        </w:rPr>
        <w:t xml:space="preserve">[28:52] </w:t>
      </w:r>
      <w:r>
        <w:t>ab upar sirf fresh pani upar gaya, do meter, teen kilometer upar chala gaya.</w:t>
      </w:r>
    </w:p>
    <w:p>
      <w:pPr>
        <w:jc w:val="right"/>
      </w:pPr>
      <w:r>
        <w:t>اباوپر صرف فریشپانیاوپرگیا، دو میٹر،تینکلومیٹر اوپر چلاگیا۔</w:t>
      </w:r>
    </w:p>
    <w:p>
      <w:r>
        <w:rPr>
          <w:b/>
        </w:rPr>
        <w:t xml:space="preserve">[29:01] </w:t>
      </w:r>
      <w:r>
        <w:t>phir wahan cloud bana aur clouds phir dobara barsa. ek bahut universal nizam hai, ek puri science hai.</w:t>
      </w:r>
    </w:p>
    <w:p>
      <w:pPr>
        <w:jc w:val="right"/>
      </w:pPr>
      <w:r>
        <w:t>پھروہاں کلاؤڈبنا اورکلاؤڈ زپھردوبارہ برسا۔ایکبہت یونیورسلنظامہے، ایک پوری سائنسہے۔</w:t>
      </w:r>
    </w:p>
    <w:p>
      <w:r>
        <w:rPr>
          <w:b/>
        </w:rPr>
        <w:t xml:space="preserve">[29:11] </w:t>
      </w:r>
      <w:r>
        <w:t>phir fresh water aapko pahuncha. aap ghaur kijiye ke qadeem zamanon mein jab ek insan pani pita hoga to zaroor usko kehta hoga ke khuda ya meri pyas bujh gayi, tera shukr hai. lekin aaj jab aap bhi is science ki maloomat ko lekar sochen to mohabbat shadeed paida hoga ke khuda ya tu kitna bada meherban hai.</w:t>
      </w:r>
    </w:p>
    <w:p>
      <w:pPr>
        <w:jc w:val="right"/>
      </w:pPr>
      <w:r>
        <w:t>پھر فریشواٹرآپکوپہنچا۔ آپغورکیجئےکہ قدیمزمان ےمیںجبایکانسان پانیپیتاہوگا تو ضروراسکوکہتاہوگا کہ خدایا میریپیاسبجھگئی، تیراشکرہے۔لیکن آججب آپ بھی اسسائنسکیمعلوماتکولےکرسوچیں تو محبت شدیدپیدا ہوگا کہخدایاتو کتنابڑامہربانہے۔</w:t>
      </w:r>
    </w:p>
    <w:p>
      <w:r>
        <w:rPr>
          <w:b/>
        </w:rPr>
        <w:t xml:space="preserve">[29:40] </w:t>
      </w:r>
      <w:r>
        <w:t>to science ne aapko woh data diya ke aap Allah se hub shadeed kar saken. pehle zamanon mein yeh maujood nahi tha, pehle zamanon mein yeh maujood nahi tha.</w:t>
      </w:r>
    </w:p>
    <w:p>
      <w:pPr>
        <w:jc w:val="right"/>
      </w:pPr>
      <w:r>
        <w:t>تو سائنسنےآپکو وہ ڈیٹادیا کہآپاللہ سےحبشدیدکرسکیں۔ پہلے زمانےمیںیہموجود نہیں تھا، پہلے زمان ےمیںیہموجود نہیںتھا۔</w:t>
      </w:r>
    </w:p>
    <w:p>
      <w:r>
        <w:rPr>
          <w:b/>
        </w:rPr>
        <w:t xml:space="preserve">[29:56] </w:t>
      </w:r>
      <w:r>
        <w:t>kitna bada yeh in logon ka ehsan hai. inhi se hum nafrat karte hain, sare musalman</w:t>
      </w:r>
    </w:p>
    <w:p>
      <w:pPr>
        <w:jc w:val="right"/>
      </w:pPr>
      <w:r>
        <w:t>کتنابڑا یہ انلوگوںکااحسانہے۔انہیسےہمنفرتکرتے ہیں، سارےمس لمان ا</w:t>
      </w:r>
    </w:p>
    <w:p>
      <w:r>
        <w:rPr>
          <w:b/>
        </w:rPr>
        <w:t xml:space="preserve">[30:03] </w:t>
      </w:r>
      <w:r>
        <w:t>hum maghrib se nafrat karna yeh haram se zyada buri cheez hai, haram se zyada buri cheez hai.</w:t>
      </w:r>
    </w:p>
    <w:p>
      <w:pPr>
        <w:jc w:val="right"/>
      </w:pPr>
      <w:r>
        <w:t>ہلمغربسے نفرتکرنا یہحرامسےزیادہ بریچیز ہے، حرامسےزیادہبریچیزہے۔</w:t>
      </w:r>
    </w:p>
    <w:p>
      <w:r>
        <w:rPr>
          <w:b/>
        </w:rPr>
        <w:t xml:space="preserve">[30:12] </w:t>
      </w:r>
      <w:r>
        <w:t>isi tarah dekhiye, Quran mein hai</w:t>
      </w:r>
    </w:p>
    <w:p>
      <w:pPr>
        <w:jc w:val="right"/>
      </w:pPr>
      <w:r>
        <w:t>اسیطرحدیکھیے،قرآنمیںہے</w:t>
      </w:r>
    </w:p>
    <w:p>
      <w:r>
        <w:rPr>
          <w:b/>
        </w:rPr>
        <w:t xml:space="preserve">[30:16] </w:t>
      </w:r>
      <w:r>
        <w:t>"wa la yakhshawn illa Allah" . Allah se sabse zyada khauf karne wale hain.</w:t>
      </w:r>
    </w:p>
    <w:p>
      <w:pPr>
        <w:jc w:val="right"/>
      </w:pPr>
      <w:r>
        <w:t>"ولنبخش الا اللہ" ۔اللہ سے سبسےزیادہ خوفکرنے والےہیں۔</w:t>
      </w:r>
    </w:p>
    <w:p>
      <w:r>
        <w:rPr>
          <w:b/>
        </w:rPr>
        <w:t xml:space="preserve">[30:24] </w:t>
      </w:r>
      <w:r>
        <w:t>dekhiye, qadeem zamanon mein insan Allah se khauf karta tha, kis liye? ke Allah humko jahannum mein daal sakta hai, Allah humein pakad sakta hai hashar ke maidan mein aur farishton ko keh sakta hai ke isko jahannum mein le jao,</w:t>
      </w:r>
    </w:p>
    <w:p>
      <w:pPr>
        <w:jc w:val="right"/>
      </w:pPr>
      <w:r>
        <w:t>دیکھیے، قدیمزمان ےمیں انسان اللہ سےخوفکرتاتھا ،کسلیے؟ کہاللہ ہمکو جہنممیںڈالسکتاہے، اللہ ہمیںپکڑسکتاہےحشرکےمیدانمیں اور فرشتوںکوکہہسکتاہےکہاسکوجہنممیںلےجاؤ،</w:t>
      </w:r>
    </w:p>
    <w:p>
      <w:r>
        <w:rPr>
          <w:b/>
        </w:rPr>
        <w:t xml:space="preserve">[30:41] </w:t>
      </w:r>
      <w:r>
        <w:t>iske aamal achhe nahi the. aaj khauf Khuda ka ek ek naya, ek ek ek ek naya, yani ek naya, ek ek darwaza khula hai</w:t>
      </w:r>
    </w:p>
    <w:p>
      <w:pPr>
        <w:jc w:val="right"/>
      </w:pPr>
      <w:r>
        <w:t>اسکےاعمالاچھےنہیںتھے۔ آج خوف خداکاایکایک نیا ،ایک ایک ایک ایک نیا ،یعنی ایک نیا، ایک ایکدروازہکھلا ہے</w:t>
      </w:r>
    </w:p>
    <w:p>
      <w:r>
        <w:rPr>
          <w:b/>
        </w:rPr>
        <w:t xml:space="preserve">[30:56] </w:t>
      </w:r>
      <w:r>
        <w:t>science ke zariye se. woh kaise? science ne pehli bar bataya ke yeh dunya kitni badi hai.</w:t>
      </w:r>
    </w:p>
    <w:p>
      <w:pPr>
        <w:jc w:val="right"/>
      </w:pPr>
      <w:r>
        <w:t>سائنسکےذریعےسے۔ وہکیسے؟ سائنسنے پہلیبار بت ایا کہ یہ دنیا کتنیبڑیہے۔</w:t>
      </w:r>
    </w:p>
    <w:p>
      <w:r>
        <w:rPr>
          <w:b/>
        </w:rPr>
        <w:t xml:space="preserve">[31:08] </w:t>
      </w:r>
      <w:r>
        <w:t>ek qadeem zamanon mein jo sitare hain, unko hum samajhte the chhote chhote chhote sitare hain, qamqame hain. woh qamqame hain.</w:t>
      </w:r>
    </w:p>
    <w:p>
      <w:pPr>
        <w:jc w:val="right"/>
      </w:pPr>
      <w:r>
        <w:t>ایک قدیمزمان ےمیں جو ستارےہیں، انکوہمسمجھتےتھے چھوٹےچھوٹےچھوٹےستارےہیں،قمقمےہیں۔وہقمقمےہیں۔</w:t>
      </w:r>
    </w:p>
    <w:p>
      <w:r>
        <w:rPr>
          <w:b/>
        </w:rPr>
        <w:t xml:space="preserve">[31:18] </w:t>
      </w:r>
      <w:r>
        <w:t>ek</w:t>
      </w:r>
    </w:p>
    <w:p>
      <w:pPr>
        <w:jc w:val="right"/>
      </w:pPr>
      <w:r>
        <w:t>ایک</w:t>
      </w:r>
    </w:p>
    <w:p>
      <w:r>
        <w:rPr>
          <w:b/>
        </w:rPr>
        <w:t xml:space="preserve">[31:19] </w:t>
      </w:r>
      <w:r>
        <w:t>ek English poet tha, Taylor, jo 18 24 mein uski death hui. to uski nazm bahot mashhoor nazm hai ke "twinkle twinkle little star, how I wonder what you are" . yeh chhote se sitare tim timarahe hain,</w:t>
      </w:r>
    </w:p>
    <w:p>
      <w:pPr>
        <w:jc w:val="right"/>
      </w:pPr>
      <w:r>
        <w:t>ایک انگل شپوئیٹتھا، ٹیلر، جو 18 24 میں اسکی ڈیتھہوئی۔ تواسکینظمبہتمشہورنظمہےکہ "ٹرنکل ٹرنکللٹللٹل اسٹار، ہاؤائیونڈرواٹیوآر" ۔یہچھوٹےسےستارےٹمٹمارہےہیں،</w:t>
      </w:r>
    </w:p>
    <w:p>
      <w:r>
        <w:rPr>
          <w:b/>
        </w:rPr>
        <w:t xml:space="preserve">[31:40] </w:t>
      </w:r>
      <w:r>
        <w:t>"twinkle twinkle little star, how I wonder what you are" . to hum sitaron ko chhota samajhte the,</w:t>
      </w:r>
    </w:p>
    <w:p>
      <w:pPr>
        <w:jc w:val="right"/>
      </w:pPr>
      <w:r>
        <w:t>"ٹرنکلٹرنکللٹلاسٹار، ہاؤائی ونڈرواٹیوآر"۔ توہم ستاروںکوچھوٹاسمجھتےتھے،</w:t>
      </w:r>
    </w:p>
    <w:p>
      <w:r>
        <w:rPr>
          <w:b/>
        </w:rPr>
        <w:t xml:space="preserve">[31:49] </w:t>
      </w:r>
      <w:r>
        <w:t>chand aur suraj ko bhi chhota sa samajhte the. sari tareekh mein, sari tareekh mein science ne pehli bar bataya jab telescope ijad hua ke yeh to bahut hi bade hain, bahut hi bade hain, bahut hi bade hain.</w:t>
      </w:r>
    </w:p>
    <w:p>
      <w:pPr>
        <w:jc w:val="right"/>
      </w:pPr>
      <w:r>
        <w:t>چاند اور سورجکوبھیچھوٹاساسمجھتےتھے۔ ساری تاریخ میں،ساریتاریخ میں سائنسنے پہلیباربتایا جب ٹیلیسکوپایجادہوا کہیہتوبہتہیبڑےہیں،بہتہیبڑےہیں،بہتہیبڑےہیں۔</w:t>
      </w:r>
    </w:p>
    <w:p>
      <w:r>
        <w:rPr>
          <w:b/>
        </w:rPr>
        <w:t xml:space="preserve">[32:07] </w:t>
      </w:r>
      <w:r>
        <w:t>yani hamari, hamara jo sun hai, suraj, uska jo, uska jo chaudai hai, uska jo diameter hai, woh saat saat lakh mile hai.</w:t>
      </w:r>
    </w:p>
    <w:p>
      <w:pPr>
        <w:jc w:val="right"/>
      </w:pPr>
      <w:r>
        <w:t>یعنیہماری ،ہماراجو سن ہے، سورج، اسکا جو ،اسکاجو چوڑائیہے، اسکاجوڈائیمیٹرہے، وہ سات سات لاکھ میل ہے۔</w:t>
      </w:r>
    </w:p>
    <w:p>
      <w:r>
        <w:rPr>
          <w:b/>
        </w:rPr>
        <w:t xml:space="preserve">[32:22] </w:t>
      </w:r>
      <w:r>
        <w:t>aur yeh to bahut chhota sitara hai, aur jo sitare hain, usse hazaron lakhon gunah bade hain.</w:t>
      </w:r>
    </w:p>
    <w:p>
      <w:pPr>
        <w:jc w:val="right"/>
      </w:pPr>
      <w:r>
        <w:t>اور یہتوبہتچھوٹاست ارہہے، اور جو ستارےہیں،اسسے ہزاروں لاکھوں گنابڑےہیں۔</w:t>
      </w:r>
    </w:p>
    <w:p>
      <w:r>
        <w:rPr>
          <w:b/>
        </w:rPr>
        <w:t xml:space="preserve">[32:32] </w:t>
      </w:r>
      <w:r>
        <w:t>aur hamara jo solar system hai, woh ek jis galaxy mein hai, usko kehte hain milky way. ismein billion base hain, 300 billion stars hain, aur is tarah ke hundred billion galaxies sari universe mein hain.</w:t>
      </w:r>
    </w:p>
    <w:p>
      <w:pPr>
        <w:jc w:val="right"/>
      </w:pPr>
      <w:r>
        <w:t>اور ہماراجو سولرسسٹمہے، وہایک جس گلیکسیمیںہے، اسکوکہتےہیںملکیوے۔ اسمیں بلینبیسہے، 300بل یناسٹارزہیں، اور اسطرح کے ہنڈرڈ بل ین گلیکسیسارییونیورس میںہیں۔</w:t>
      </w:r>
    </w:p>
    <w:p>
      <w:r>
        <w:rPr>
          <w:b/>
        </w:rPr>
        <w:t xml:space="preserve">[32:47] </w:t>
      </w:r>
      <w:r>
        <w:t>aap sochiye, yani mind jo kehte hain, mind boggling greatness, mind boggling, usko sochkar jab Allah ki haibat jo aati hai, haibat ke khuda kitna bada hai,</w:t>
      </w:r>
    </w:p>
    <w:p>
      <w:pPr>
        <w:jc w:val="right"/>
      </w:pPr>
      <w:r>
        <w:t>آپسوچیے، یعنیمائنڈجوکہتےہیں،مائنڈباگلنگ گریٹنس ، مائنڈباگلنگ، اسکو سوچکرجب اللہ کیہیبتجوآتیہے،ہیبت کہخدا کتنابڑاہے،</w:t>
      </w:r>
    </w:p>
    <w:p>
      <w:r>
        <w:rPr>
          <w:b/>
        </w:rPr>
        <w:t xml:space="preserve">[33:03] </w:t>
      </w:r>
      <w:r>
        <w:t>to mind boggling khauf-e-khuda jo hai, insaan ko isay pata nahi tha. iska yeh jaanta tha insaan ke khuda ke paas jahannum hai, woh hum ko jahannum mein daal sakta hai.</w:t>
      </w:r>
    </w:p>
    <w:p>
      <w:pPr>
        <w:jc w:val="right"/>
      </w:pPr>
      <w:r>
        <w:t>تو مائنڈ باگلنگ خوف خداجوہے،انسانکو اسے پتہنہیںتھا۔اسکا یہجانتاتھاانسان کہخداکےپاسجہنمہے،وہہمکوجہنممیںڈالسکتاہے۔</w:t>
      </w:r>
    </w:p>
    <w:p>
      <w:r>
        <w:rPr>
          <w:b/>
        </w:rPr>
        <w:t xml:space="preserve">[33:13] </w:t>
      </w:r>
      <w:r>
        <w:t>lekin yeh jo azmat, yeh glory, yeh barhai, yeh greatness jo hai, khuda ki yeh greatness, mind boggling greatness, is se jo haibat aati hai Allah ki azmat ki, tab aap khauf-e-khuda ka aik aur darja milta hai. aap</w:t>
      </w:r>
    </w:p>
    <w:p>
      <w:pPr>
        <w:jc w:val="right"/>
      </w:pPr>
      <w:r>
        <w:t>لیکن یہجو عظمت،یہ گلوری،یہبڑائی،یہگریٹنسجوہے، خداکییہگریٹنس، مائنڈباگلنگگریٹنس، اسسےجوہیبتآتیہےاللہ کیعظمتکی، تب آپ خوفخداکاایکاور درج ہملتاہے۔آپ</w:t>
      </w:r>
    </w:p>
    <w:p>
      <w:r>
        <w:rPr>
          <w:b/>
        </w:rPr>
        <w:t xml:space="preserve">[33:33] </w:t>
      </w:r>
      <w:r>
        <w:t>yeh jo khashiyat hai, yeh khauf-e-khuda jo hai, yeh bohat hi bari cheez hai.</w:t>
      </w:r>
    </w:p>
    <w:p>
      <w:pPr>
        <w:jc w:val="right"/>
      </w:pPr>
      <w:r>
        <w:t>یہجو خشیتہے،یہخوف خداجوہے، یہ بہت ہیبڑیچیز ہے۔</w:t>
      </w:r>
    </w:p>
    <w:p>
      <w:r>
        <w:rPr>
          <w:b/>
        </w:rPr>
        <w:t xml:space="preserve">[33:41] </w:t>
      </w:r>
      <w:r>
        <w:t>to aik naya, aik naya domain hai, yeh aik naya darwaza hai khauf-e-khuda ka ke jo haibat par qaim hai, azmat par qaim hai, jo greatness par qaim hai.</w:t>
      </w:r>
    </w:p>
    <w:p>
      <w:pPr>
        <w:jc w:val="right"/>
      </w:pPr>
      <w:r>
        <w:t>توایک نیا ،ایک نیاڈومینہے،یہ ایکنیادروازہہے خوف خداکا کہجوہیبت پرقائمہے، عظمت پرقائمہے،جوگریٹنسپرقائمہے۔</w:t>
      </w:r>
    </w:p>
    <w:p>
      <w:r>
        <w:rPr>
          <w:b/>
        </w:rPr>
        <w:t xml:space="preserve">[33:54] </w:t>
      </w:r>
      <w:r>
        <w:t>yeh science ke zariye hua.</w:t>
      </w:r>
    </w:p>
    <w:p>
      <w:pPr>
        <w:jc w:val="right"/>
      </w:pPr>
      <w:r>
        <w:t>یہ سائنسکےذریعےہوا۔</w:t>
      </w:r>
    </w:p>
    <w:p>
      <w:r>
        <w:rPr>
          <w:b/>
        </w:rPr>
        <w:t xml:space="preserve">[34:00] </w:t>
      </w:r>
      <w:r>
        <w:t>kitna bara contribution un logon ka hai jis se aap nafrat karte hain, jis mein se saara kaam ahl-e-maghrib ne kiya hai. musalmanon ka is mein koi hissa nahi hai, na pehle na aaj, kyunke musalmanon ko unko political chahiye, politics chahiye, power chahiye.</w:t>
      </w:r>
    </w:p>
    <w:p>
      <w:pPr>
        <w:jc w:val="right"/>
      </w:pPr>
      <w:r>
        <w:t>کتنابڑا کنٹریبیوشنانلوگوںکاہےجسسےآپنفرتکرتےہیں، جسمیںسے ساراکام اہلمغربنےکیا ہے۔ مسلمانوںکااسمیںکوئیحصہنہیںہے، نہ پہلے نہآج، کیونکہمسلمانوںکوانکوپولیٹیکلچاہیے،پولیٹکسچاہیے، پاورچاہیے۔</w:t>
      </w:r>
    </w:p>
    <w:p>
      <w:r>
        <w:rPr>
          <w:b/>
        </w:rPr>
        <w:t xml:space="preserve">[34:17] </w:t>
      </w:r>
      <w:r>
        <w:t>jahan dekhiye, musalman lad rahe hain, kis liye lad rahe hain? power ke liye. jahan musalman hain, aaj hazar saal se lad rahe hain power ke liye, power ke liye, power ke liye.</w:t>
      </w:r>
    </w:p>
    <w:p>
      <w:pPr>
        <w:jc w:val="right"/>
      </w:pPr>
      <w:r>
        <w:t>جہاںدیکھیے،مسلمانلڑرہےہیں، کسلیےلڑرہےہیں؟پاورکےلیے۔ جہاں مسلمانہیں،آج ہزارسال سے لڑرہےہیںپاورکےلیے،پاورکےلیے،پاورکےلیے۔</w:t>
      </w:r>
    </w:p>
    <w:p>
      <w:r>
        <w:rPr>
          <w:b/>
        </w:rPr>
        <w:t xml:space="preserve">[34:30] </w:t>
      </w:r>
      <w:r>
        <w:t>to jo maine shair padha aap haliya ke unhon ne fakhr kiya is par ke Yunan ke khud khana mein lock kar ke jo kitaabein rakh di gayi theen, woh hum ne nikala.</w:t>
      </w:r>
    </w:p>
    <w:p>
      <w:pPr>
        <w:jc w:val="right"/>
      </w:pPr>
      <w:r>
        <w:t>توجومیںنےشعرپڑھاآپحالہیکا کہانہوںنےفخر کیا اسپرکہیونانکے خود خان ممیں لاککرکے جوکتاب یںرکھ دیگئیتھیں،وہہمنےنکالا۔</w:t>
      </w:r>
    </w:p>
    <w:p>
      <w:r>
        <w:rPr>
          <w:b/>
        </w:rPr>
        <w:t xml:space="preserve">[34:40] </w:t>
      </w:r>
      <w:r>
        <w:t>woh falsafa ki kitaabein theen, lekin khuda ne jo lock kar rakha tha nicher mein, brilliant trillion jo uloom, is ko kis ne unlock kiya, is ko kis ne nikal kar ke is ko Allah ki azmat ko khola.</w:t>
      </w:r>
    </w:p>
    <w:p>
      <w:pPr>
        <w:jc w:val="right"/>
      </w:pPr>
      <w:r>
        <w:t>وہفلسفےکیکتاب یںتھیں، لیکن خدانےجولاککررکھاتھانیچرمیں، بل ین ٹریلینجو علوم، اسکو کسینےانلاککیا، اسکو کسینےنکالکرکےاسکو اللہ کیعظمتکوکھ ولا۔</w:t>
      </w:r>
    </w:p>
    <w:p>
      <w:r>
        <w:rPr>
          <w:b/>
        </w:rPr>
        <w:t xml:space="preserve">[34:55] </w:t>
      </w:r>
      <w:r>
        <w:t>woh ahl-e-maghrib ne kiya? woh is se aap nafrat karte hain?</w:t>
      </w:r>
    </w:p>
    <w:p>
      <w:pPr>
        <w:jc w:val="right"/>
      </w:pPr>
      <w:r>
        <w:t>وہاہلمغربنےکیا؟وہ اسسےآپنفرتکرتے ہیں؟</w:t>
      </w:r>
    </w:p>
    <w:p>
      <w:r>
        <w:rPr>
          <w:b/>
        </w:rPr>
        <w:t xml:space="preserve">[35:01] </w:t>
      </w:r>
      <w:r>
        <w:t>yeh to haram se ziyada buri cheez hai. koi</w:t>
      </w:r>
    </w:p>
    <w:p>
      <w:pPr>
        <w:jc w:val="right"/>
      </w:pPr>
      <w:r>
        <w:t>یہتوحرامسےزیادہ بریچیزہے۔کوئی</w:t>
      </w:r>
    </w:p>
    <w:p>
      <w:r>
        <w:rPr>
          <w:b/>
        </w:rPr>
        <w:t xml:space="preserve">[35:06] </w:t>
      </w:r>
      <w:r>
        <w:t>dekhiye, ahl-e-maghrib ke haan kuch cheezein jo hain, jis ko woh kya aata hai, novelty, productivity aur measures of freedom, aur un ki jo ladaiyan to musalman to isi mein ladai ladte rahe hain saari tareekh mein.</w:t>
      </w:r>
    </w:p>
    <w:p>
      <w:pPr>
        <w:jc w:val="right"/>
      </w:pPr>
      <w:r>
        <w:t>دیکھیے،اہلمغربکےہاںکچھچیزیںجوہیں، جسکو وہ کیاآتاہے،نی وٹی، پروڈیوٹی اورمسیوزآف فریڈم، اور انکیجو لڑائیاںتو مسلمانتواسیمیںلڑائی لڑتےرہےہیں ساریتاریخ میں۔</w:t>
      </w:r>
    </w:p>
    <w:p>
      <w:r>
        <w:rPr>
          <w:b/>
        </w:rPr>
        <w:t xml:space="preserve">[35:24] </w:t>
      </w:r>
      <w:r>
        <w:t>yani woh yeh sab measures of freedom hain. yeh sab kya hota hai?</w:t>
      </w:r>
    </w:p>
    <w:p>
      <w:pPr>
        <w:jc w:val="right"/>
      </w:pPr>
      <w:r>
        <w:t>یعنیوہ یہسب مسیوزآففریڈمہے۔ یہ سبکیاہوتاہے؟</w:t>
      </w:r>
    </w:p>
    <w:p>
      <w:r>
        <w:rPr>
          <w:b/>
        </w:rPr>
        <w:t xml:space="preserve">[35:29] </w:t>
      </w:r>
      <w:r>
        <w:t>to aik hai, dekhiye, wisdom, knowledge aur science, aur aik cheez hai measures of freedom ya un ka culture, woh alag cheez hai.</w:t>
      </w:r>
    </w:p>
    <w:p>
      <w:pPr>
        <w:jc w:val="right"/>
      </w:pPr>
      <w:r>
        <w:t>تو ایک ہے، دیکھیے، وز ڈم ،نالج اور سائنس، اور ایکچیزہے مسیوزآففریڈم یا انکاکلچر، وہالگچیزہے۔</w:t>
      </w:r>
    </w:p>
    <w:p>
      <w:r>
        <w:rPr>
          <w:b/>
        </w:rPr>
        <w:t xml:space="preserve">[35:43] </w:t>
      </w:r>
      <w:r>
        <w:t>is tarah ki evil khud musalmanon mein hazar saal ke darmiyan aap mein bata sakta hoon aap ko hadd yeh sab baatein. to woh jo evil jo hain, jo cultural evil hain ya jo measures of freedom ki wajah se paida hoti hain, woh aik alag cheez hain. woh</w:t>
      </w:r>
    </w:p>
    <w:p>
      <w:pPr>
        <w:jc w:val="right"/>
      </w:pPr>
      <w:r>
        <w:t>اسطرح کیایول خود مسلمانوںمیںہزارسالکےدرمیانآپ میںبتاسکتاہوںآپکوحد یہسبباتیں۔ تو وہجو ایولجوہیں، جو کلچرلایولہیں یا جو مسیوزآففریڈمکیوجہسےپیدا ہوتیہیں،وہایکالگچیزہیں۔وہ</w:t>
      </w:r>
    </w:p>
    <w:p>
      <w:r>
        <w:rPr>
          <w:b/>
        </w:rPr>
        <w:t xml:space="preserve">[35:57] </w:t>
      </w:r>
      <w:r>
        <w:t>is ko alag kijiye aap. ab phir dekhiye, jo jo asal knowledge hai, asal science hai, is se kya mila is duniya ko? is se naya yaqeen hasil hua Allah ke wajood par.</w:t>
      </w:r>
    </w:p>
    <w:p>
      <w:pPr>
        <w:jc w:val="right"/>
      </w:pPr>
      <w:r>
        <w:t>اسکوالگکیجئےآپ۔ ابپھردیکھیے،جو جو اصلنالجہے، اصلسائنسہے، اسسےکیا ملااس دنیا کو ؟ اس سے نیا یقینحاصل ہوا اللہکےوجود پر۔</w:t>
      </w:r>
    </w:p>
    <w:p>
      <w:r>
        <w:rPr>
          <w:b/>
        </w:rPr>
        <w:t xml:space="preserve">[36:10] </w:t>
      </w:r>
      <w:r>
        <w:t>is se insaan ko hub-e-shadeed Allah se aik naya darja mila. is se insaan ko khauf-e-khuda ka aik bohat hi ajeeb hamara hi darja mila.</w:t>
      </w:r>
    </w:p>
    <w:p>
      <w:pPr>
        <w:jc w:val="right"/>
      </w:pPr>
      <w:r>
        <w:t>اسسے انسانکو حبشدیداللہ سے ایک نیادرجہملا۔ اسسےانسانکو خوف خداکاایک بہتہی عجیب ہماراہیدرجہملا۔</w:t>
      </w:r>
    </w:p>
    <w:p>
      <w:r>
        <w:rPr>
          <w:b/>
        </w:rPr>
        <w:t xml:space="preserve">[36:20] </w:t>
      </w:r>
      <w:r>
        <w:t>aur Allah taala ne kainat mein woh uloom is liye chupa rakhe thay ke insaan ko daryaft kare.</w:t>
      </w:r>
    </w:p>
    <w:p>
      <w:pPr>
        <w:jc w:val="right"/>
      </w:pPr>
      <w:r>
        <w:t>اوراللہ تعالی نے کائناتمیںوہعلوم اسلیےچھپارکھےتھے کہانسانکودریا فتکرے۔</w:t>
      </w:r>
    </w:p>
    <w:p>
      <w:r>
        <w:rPr>
          <w:b/>
        </w:rPr>
        <w:t xml:space="preserve">[36:29] </w:t>
      </w:r>
      <w:r>
        <w:t>dekhiye, agar Quran mein likh diya jaata hai woh sab baatein to aap ko itna zabardast inspiration nahi ho sakta tha. jab aap mehnat karte hain aur mehnat karte karte discover karte hain aik cheez ko,</w:t>
      </w:r>
    </w:p>
    <w:p>
      <w:pPr>
        <w:jc w:val="right"/>
      </w:pPr>
      <w:r>
        <w:t>دیکھیے،اگرقرآنمیںلکھدیاجاتاہےوہسبباتیں تو آپ کو اتنا زبردست انسپیریشننہیںہوسکتاتھا۔ جب آپ محنتکرتے ہیں اورمحنتکرتے کرتے ڈسکورکرتےہیںایکچیزکو،</w:t>
      </w:r>
    </w:p>
    <w:p>
      <w:r>
        <w:rPr>
          <w:b/>
        </w:rPr>
        <w:t xml:space="preserve">[36:43] </w:t>
      </w:r>
      <w:r>
        <w:t>discover ke darje pe jab aap paate hain to aik naya, aik naya hausla aata hai,</w:t>
      </w:r>
    </w:p>
    <w:p>
      <w:pPr>
        <w:jc w:val="right"/>
      </w:pPr>
      <w:r>
        <w:t>ڈسکوریکےدرجےپہجبآپپاتےہیں تو ایک نیا،ایکنیاحوصلہآتاہے،</w:t>
      </w:r>
    </w:p>
    <w:p>
      <w:r>
        <w:rPr>
          <w:b/>
        </w:rPr>
        <w:t xml:space="preserve">[36:51] </w:t>
      </w:r>
      <w:r>
        <w:t>aik naya hausla paida hota hai. jaise woh mashhoor qissa hai Yunan ka, uska Eureka, Eureka</w:t>
      </w:r>
    </w:p>
    <w:p>
      <w:pPr>
        <w:jc w:val="right"/>
      </w:pPr>
      <w:r>
        <w:t>ایک نیاحوصلہپیداہوتاہے۔ جیسےوہ مشہورقصہہےیونانکا،اسکا یوریکا،یوریکا</w:t>
      </w:r>
    </w:p>
    <w:p>
      <w:r>
        <w:rPr>
          <w:b/>
        </w:rPr>
        <w:t xml:space="preserve">[37:00] </w:t>
      </w:r>
      <w:r>
        <w:t>ke aik aadmi, aik science, aik aik philosophy ko yeh jaan na tha ke kashti paani mein kaise tairti hai, uska kya qanoon hai.</w:t>
      </w:r>
    </w:p>
    <w:p>
      <w:pPr>
        <w:jc w:val="right"/>
      </w:pPr>
      <w:r>
        <w:t>کہایکآدمی، ایک سائنس،ایک ایک فلس فی کویہجان ناتھاکہ ک شتیپانیمیںکیسےتیرتیہے، اسکاکیا قانون ہے۔</w:t>
      </w:r>
    </w:p>
    <w:p>
      <w:r>
        <w:rPr>
          <w:b/>
        </w:rPr>
        <w:t xml:space="preserve">[37:10] </w:t>
      </w:r>
      <w:r>
        <w:t>to woh tub mein naha raha tha, achaanak uska body jo hai thoda floating state mein aa gaya paani ke andar. to us ne daryaft kiya is ladke ko, to woh us waqt kapde nahi pehne hue tha, woh</w:t>
      </w:r>
    </w:p>
    <w:p>
      <w:pPr>
        <w:jc w:val="right"/>
      </w:pPr>
      <w:r>
        <w:t>تووہٹبمیںنہارہاتھا، اچانکاسکا باڈیجوہےتھوڑافلوٹنگاسٹیٹمیںآگیاپانیکےاندر۔ تو اسنےدریافتکیااس لڑکے کو، تو وہاسوقت کپڑانہیں بنےہوئےتھا،وہ</w:t>
      </w:r>
    </w:p>
    <w:p>
      <w:r>
        <w:rPr>
          <w:b/>
        </w:rPr>
        <w:t xml:space="preserve">[37:23] </w:t>
      </w:r>
      <w:r>
        <w:t>to nangay hi bhaga. yeh kehte hue Eureka, Eureka ke maine pa liya, maine pa liya. to discovery aisi thrilling cheez hoti hai.</w:t>
      </w:r>
    </w:p>
    <w:p>
      <w:pPr>
        <w:jc w:val="right"/>
      </w:pPr>
      <w:r>
        <w:t>تو ننگاہیبھاگا۔ یہکہتےہوئے یوریکا،یوریکا کہمیںنےپالیا،میںنےپالیا۔ تو ڈسکوریایسی تھرلنگچیزہوتیہے۔</w:t>
      </w:r>
    </w:p>
    <w:p>
      <w:r>
        <w:rPr>
          <w:b/>
        </w:rPr>
        <w:t xml:space="preserve">[37:34] </w:t>
      </w:r>
      <w:r>
        <w:t>to Allah ko matlab tha ke insaan thrilling ke darje mein iman hasil kare, thrilling ke darje mein khauf-e-khuda hasil kare, thrilling ke darje mein is ko mohabbat-e-ilahi ho.</w:t>
      </w:r>
    </w:p>
    <w:p>
      <w:pPr>
        <w:jc w:val="right"/>
      </w:pPr>
      <w:r>
        <w:t>تواللہ کو مطلوبتھا کہانسان تھرلنگکےدرجےمیںایمانحاصل کرے، تھرلنگ کے درجےمیںخوفخداحاصل کرے، تھرلنگکےدرجےمیںاسکومحبت الہیہو۔</w:t>
      </w:r>
    </w:p>
    <w:p>
      <w:r>
        <w:rPr>
          <w:b/>
        </w:rPr>
        <w:t xml:space="preserve">[37:46] </w:t>
      </w:r>
      <w:r>
        <w:t>yeh yehaiyathaa raazjiskiyojahseAllahTaaline kainatmein saare, yaani bhardesari baatein, aur yehchaahakih insaan daryaaftkare isko.</w:t>
      </w:r>
    </w:p>
    <w:p>
      <w:pPr>
        <w:jc w:val="right"/>
      </w:pPr>
      <w:r>
        <w:t>یہ یہیہتھا رازجسکیوجہسےاللہتعالینے کائناتمیں سارے ،یعنی بھردیساریباتیں، اور یہچاہاکہانسان دریافتکرےاسکو۔</w:t>
      </w:r>
    </w:p>
    <w:p>
      <w:r>
        <w:rPr>
          <w:b/>
        </w:rPr>
        <w:t xml:space="preserve">[38:00] </w:t>
      </w:r>
      <w:r>
        <w:t>lekin musalmanonne kya kiya? bas anko political power chaahiye ya duniya ki aish chaahiye. aajkal dekhiye, musalmanonke paas bepanaah paisa hai.</w:t>
      </w:r>
    </w:p>
    <w:p>
      <w:pPr>
        <w:jc w:val="right"/>
      </w:pPr>
      <w:r>
        <w:t>لیکن مسلمانوںنےکیاکیا؟ بسانکو پولیٹیکلپاورچاہیے یا دنیا کیعیشچاہیے۔ آجکل دیکھیے،مسلمانوںکےپاسبےپناہپیسہہے۔</w:t>
      </w:r>
    </w:p>
    <w:p>
      <w:r>
        <w:rPr>
          <w:b/>
        </w:rPr>
        <w:t xml:space="preserve">[38:10] </w:t>
      </w:r>
      <w:r>
        <w:t>lekin kahaan kharch karte hain? shaadiyon mein,</w:t>
      </w:r>
    </w:p>
    <w:p>
      <w:pPr>
        <w:jc w:val="right"/>
      </w:pPr>
      <w:r>
        <w:t>لیکن کہاںخرچکرتے ہیں؟ شادیوں میں،</w:t>
      </w:r>
    </w:p>
    <w:p>
      <w:r>
        <w:rPr>
          <w:b/>
        </w:rPr>
        <w:t xml:space="preserve">[38:15] </w:t>
      </w:r>
      <w:r>
        <w:t>shaadiyon mein, aur taqreebaat mein, aur chhote taish ut mein, chhote aish o aaraam mein. isko shauq hai ke woh science ko jaane aur science mein jo jo imaniyaat hain, jo jo jalwe hain, isko jaankar ma'rifat ko badhaaye apni.</w:t>
      </w:r>
    </w:p>
    <w:p>
      <w:pPr>
        <w:jc w:val="right"/>
      </w:pPr>
      <w:r>
        <w:t>شادیوںمیں،اورتقریباتمیں، اور چھوٹےتعیش اتمیں، چھوٹے عیشوآراممیں۔ اسکو شوقہےکہوہ سائنسکوجانے اور سائنسمیںجو جو ایمانیاتہیں، جو جو جلوےہیں، اسکو جان کرکے معرفتکوبڑھائے اپنی ۔</w:t>
      </w:r>
    </w:p>
    <w:p>
      <w:r>
        <w:rPr>
          <w:b/>
        </w:rPr>
        <w:t xml:space="preserve">[38:33] </w:t>
      </w:r>
      <w:r>
        <w:t>isko dilchaspiyaase kisi ko dilchaspi nahin hai.</w:t>
      </w:r>
    </w:p>
    <w:p>
      <w:pPr>
        <w:jc w:val="right"/>
      </w:pPr>
      <w:r>
        <w:t>اسکو دلچسپیاسسے کسی کودلچسپینہیںہے۔</w:t>
      </w:r>
    </w:p>
    <w:p>
      <w:r>
        <w:rPr>
          <w:b/>
        </w:rPr>
        <w:t xml:space="preserve">[38:46] </w:t>
      </w:r>
      <w:r>
        <w:t>toh yeh bahut bada baab hai aur yeh yaani iski koi hadd nahin hai. yeh ma'rifat ka baab hai aur yeh main kal ya is aayat ko lekar soch raha tha jo Surah Luqman mein hai.</w:t>
      </w:r>
    </w:p>
    <w:p>
      <w:pPr>
        <w:jc w:val="right"/>
      </w:pPr>
      <w:r>
        <w:t>تویہبہت بڑا باب ہے اور یہ یعنیاسکیکوئیحدہینہیں۔ یہ معرفتکابابہے اور یہ میں کل یا اس آیتکو لےکرسوچرہاتھا جوسورہلقمانمیںہے۔</w:t>
      </w:r>
    </w:p>
    <w:p>
      <w:r>
        <w:rPr>
          <w:b/>
        </w:rPr>
        <w:t xml:space="preserve">[39:05] </w:t>
      </w:r>
      <w:r>
        <w:t>ek hi ek hi mazmoon ki do aayatein hain, ismein ek Surah Luqman mein hai, ek Surah Kahf mein hai.</w:t>
      </w:r>
    </w:p>
    <w:p>
      <w:pPr>
        <w:jc w:val="right"/>
      </w:pPr>
      <w:r>
        <w:t>ایک ہی ایکہیمضمونکیدوآیتیںہیں،اسمیںایکسورہلقمانمیںہے،ایکسورہکہفمیںہے۔</w:t>
      </w:r>
    </w:p>
    <w:p>
      <w:r>
        <w:rPr>
          <w:b/>
        </w:rPr>
        <w:t xml:space="preserve">[39:12] </w:t>
      </w:r>
      <w:r>
        <w:t>ismein hai ke walaw an shajarati aqlaamun wal bahri yabdu min ba'di sab hu kalamatullah innallaha azeezun hakeem. iska matlab yeh hai ke agar saara duniya ke darakht qalam bana diye jaayein aur saari duniya ke sam andar joo hain woh haank bana diye jaayein,</w:t>
      </w:r>
    </w:p>
    <w:p>
      <w:pPr>
        <w:jc w:val="right"/>
      </w:pPr>
      <w:r>
        <w:t>اسمیںہےکہ ولوان منشجر ۃاقلام والبحریبد من بعد سب ح ک لمات اللہ ان اللہ عزیز حکیم اسکامطلبیہہےکہاگر ساریدنیا کے درخت قلمبنادیےجائیں اور ساری دنیا کے سم ندرجوہیں وہانکبنادیےجائیں،</w:t>
      </w:r>
    </w:p>
    <w:p>
      <w:r>
        <w:rPr>
          <w:b/>
        </w:rPr>
        <w:t xml:space="preserve">[39:35] </w:t>
      </w:r>
      <w:r>
        <w:t>phir ek aur samandar aur bhi laaya jaaye inke liye aur Allah ke kalmaat ko likhna shuru kiya jaaye toh khatm nahin honge. inke khatm ho jayegi, qalam toot jayenge.</w:t>
      </w:r>
    </w:p>
    <w:p>
      <w:pPr>
        <w:jc w:val="right"/>
      </w:pPr>
      <w:r>
        <w:t>پھر احتواسمندراوربھی لایاجائے انککےلیے اور اللہ کےکلماتکو لکھناشروع کیاجائے تو ختمنہیںہوںگے۔ انکختمہوجائےگی،قلمٹوٹجائیںگے۔</w:t>
      </w:r>
    </w:p>
    <w:p>
      <w:r>
        <w:rPr>
          <w:b/>
        </w:rPr>
        <w:t xml:space="preserve">[39:48] </w:t>
      </w:r>
      <w:r>
        <w:t>toh main soch raha tha ke iske baad yeh aayat kyun hai ke innallaha azeezun hakeem. yaani yeh baat bataakar ke yeh kyun farmaaya?</w:t>
      </w:r>
    </w:p>
    <w:p>
      <w:pPr>
        <w:jc w:val="right"/>
      </w:pPr>
      <w:r>
        <w:t>تو میں سوچرہاتھاکہاسکےبعدیہآیتکیوںہے کہ ان اللہ عزیز حک یم یعنییہباتبتاکرکہیہکیوںفرمایا؟</w:t>
      </w:r>
    </w:p>
    <w:p>
      <w:r>
        <w:rPr>
          <w:b/>
        </w:rPr>
        <w:t xml:space="preserve">[40:00] </w:t>
      </w:r>
      <w:r>
        <w:t>innallaha azeezun hakeem. iska matlab kya hai</w:t>
      </w:r>
    </w:p>
    <w:p>
      <w:pPr>
        <w:jc w:val="right"/>
      </w:pPr>
      <w:r>
        <w:t>ان اللہ عزیز حکیم اسکامطلبکیاہے</w:t>
      </w:r>
    </w:p>
    <w:p>
      <w:r>
        <w:rPr>
          <w:b/>
        </w:rPr>
        <w:t xml:space="preserve">[40:05] </w:t>
      </w:r>
      <w:r>
        <w:t>ke Allah al powerful hai aur al wise hai. azeez ka matlab hai al powerful, hakeem ka matlab hai al wise.</w:t>
      </w:r>
    </w:p>
    <w:p>
      <w:pPr>
        <w:jc w:val="right"/>
      </w:pPr>
      <w:r>
        <w:t>کہ اللہ ال پاورفل ہے اور ال وائزہے۔ عزیزکامطلبہےال پاورفل ،حک یمکامطلبہےال وائز ۔</w:t>
      </w:r>
    </w:p>
    <w:p>
      <w:r>
        <w:rPr>
          <w:b/>
        </w:rPr>
        <w:t xml:space="preserve">[40:17] </w:t>
      </w:r>
      <w:r>
        <w:t>toh yeh kyun farmaaya? toh mainne socha ke kya yeh boosting ke taur par hai? na'oozubillah, boosting ke taur par hai? nahin,</w:t>
      </w:r>
    </w:p>
    <w:p>
      <w:pPr>
        <w:jc w:val="right"/>
      </w:pPr>
      <w:r>
        <w:t>تویہ کیوںفرمایا؟ تو میںنےسوچاکہکیایہبوسٹنگکےطورپر ہے؟ نعوذباللہ، بوسٹنگکےطورپرہے ؟نہیں ،</w:t>
      </w:r>
    </w:p>
    <w:p>
      <w:r>
        <w:rPr>
          <w:b/>
        </w:rPr>
        <w:t xml:space="preserve">[40:30] </w:t>
      </w:r>
      <w:r>
        <w:t>iska matlab yeh hai ke ae insaan, tu daryaaft kar Allah ke al powerful hone ko aur Allah ke al wise hone ko</w:t>
      </w:r>
    </w:p>
    <w:p>
      <w:pPr>
        <w:jc w:val="right"/>
      </w:pPr>
      <w:r>
        <w:t>اسکامطلبیہہےکہ اےانسان،تو دریافت کر اللہ کے کہ ال پاورفلہونےکو اوراللہ کےال وائزہونےکو</w:t>
      </w:r>
    </w:p>
    <w:p>
      <w:r>
        <w:rPr>
          <w:b/>
        </w:rPr>
        <w:t xml:space="preserve">[40:40] </w:t>
      </w:r>
      <w:r>
        <w:t>taake tera imaan badhe. toh yeh kaise hoga? woh isi tarah hoga ke aap nature mein mutaala karein.</w:t>
      </w:r>
    </w:p>
    <w:p>
      <w:pPr>
        <w:jc w:val="right"/>
      </w:pPr>
      <w:r>
        <w:t>تاکہ تیراایمانبڑھے۔ تویہکیسےہوگا؟ وہ اسیطرحہوگاکہآپ نیچرمیںمطالعہکریں۔</w:t>
      </w:r>
    </w:p>
    <w:p>
      <w:r>
        <w:rPr>
          <w:b/>
        </w:rPr>
        <w:t xml:space="preserve">[40:50] </w:t>
      </w:r>
      <w:r>
        <w:t>toh yeh is aayat mein jo bataya gaya hai ke agar saare qalam, saare darakht qalam ban jaayein, saare sam andar siyaahi ban jaayein aur Allah ke kalmaat likhe jaayein toh khatm nahin honge. toh iska matlab nahin ke sirf yeh boosting hai.</w:t>
      </w:r>
    </w:p>
    <w:p>
      <w:pPr>
        <w:jc w:val="right"/>
      </w:pPr>
      <w:r>
        <w:t>تو یہ اس آیتمیںجوبتایاگیاہے کہ اگر سارےقلم ،سارےدرختقلمبنجائیں، سارے سم ندرسیاہیبنجائیں اور اللہ کےکلمات لکھےجائیںتوختمنہیںہوںگے۔تواسکامطلبیہنہیںکہصرفیہبوسٹنگہے۔</w:t>
      </w:r>
    </w:p>
    <w:p>
      <w:r>
        <w:rPr>
          <w:b/>
        </w:rPr>
        <w:t xml:space="preserve">[41:04] </w:t>
      </w:r>
      <w:r>
        <w:t>nahin, yeh yeh in motivate kiya gaya hai ke yeh kaam karo tum, ae insaan, yeh kaam karo.</w:t>
      </w:r>
    </w:p>
    <w:p>
      <w:pPr>
        <w:jc w:val="right"/>
      </w:pPr>
      <w:r>
        <w:t>نہیں،یہ یہ ان موٹیویٹکیاگیاہےکہیہکامکرو تم ،اےانسان،یہکامکر ۔</w:t>
      </w:r>
    </w:p>
    <w:p>
      <w:r>
        <w:rPr>
          <w:b/>
        </w:rPr>
        <w:t xml:space="preserve">[41:14] </w:t>
      </w:r>
      <w:r>
        <w:t>nahin toh khabar hai, nahin boosting hai.</w:t>
      </w:r>
    </w:p>
    <w:p>
      <w:pPr>
        <w:jc w:val="right"/>
      </w:pPr>
      <w:r>
        <w:t>یہ نہتوخبرہےنہبوسٹنگہے۔</w:t>
      </w:r>
    </w:p>
    <w:p>
      <w:r>
        <w:rPr>
          <w:b/>
        </w:rPr>
        <w:t xml:space="preserve">[41:18] </w:t>
      </w:r>
      <w:r>
        <w:t>matlab humein yeh karna tha ke hum Allah ke kalmaat ko daryaaft karein aur isko likhein.</w:t>
      </w:r>
    </w:p>
    <w:p>
      <w:pPr>
        <w:jc w:val="right"/>
      </w:pPr>
      <w:r>
        <w:t>مطلبہمیںیہکرناتھا کہہم اللہ کےکلماتکو دریافتکریںاوراسکولکھ یں۔</w:t>
      </w:r>
    </w:p>
    <w:p>
      <w:r>
        <w:rPr>
          <w:b/>
        </w:rPr>
        <w:t xml:space="preserve">[41:28] </w:t>
      </w:r>
      <w:r>
        <w:t>toh zahir hai ke woh kalmaat itne nahin ke humari hum hum saare likh daalein. toh main samajhta hoon ke yeh ek ismein ek continuity hai, ek ek continued process hai. yeh duniya mein shuru hoga aur aakhirat tak chalta rahega.</w:t>
      </w:r>
    </w:p>
    <w:p>
      <w:pPr>
        <w:jc w:val="right"/>
      </w:pPr>
      <w:r>
        <w:t>توظاہرہےکہوہکلمات اتنےنہیںکہہماری ہم ہم سارےلکھ ڈالیں۔ تو میںسمجھتاہوںکہیہ ایک ایک اسمیںایککنٹینیوٹیہے، ایک ایک کنٹینیو ڈپروسیسہے۔یہ دنیامیںشروعہوگااورآخرتتکچلتارہےگا۔</w:t>
      </w:r>
    </w:p>
    <w:p>
      <w:r>
        <w:rPr>
          <w:b/>
        </w:rPr>
        <w:t xml:space="preserve">[41:44] </w:t>
      </w:r>
      <w:r>
        <w:t>yaani Allah ki ma'rifat, Allah ki jo greatness hai, usko hum yahin se shuru karenge likhna aur aakhirat tak chalta rahega. woh isi liye dekhiye, Quran ki jo pehli Surah hai,</w:t>
      </w:r>
    </w:p>
    <w:p>
      <w:pPr>
        <w:jc w:val="right"/>
      </w:pPr>
      <w:r>
        <w:t>یعنیاللہ کی معرفت ،اللہ کی جو گریٹنسہے، اسکو ہمیہیںسےشروعکریںگےلکھنا اور آخرتتکچلتارہےگا۔وہ اسیلیےدیکھیے، قرآنکیجوپہلیسورہہے،</w:t>
      </w:r>
    </w:p>
    <w:p>
      <w:r>
        <w:rPr>
          <w:b/>
        </w:rPr>
        <w:t xml:space="preserve">[41:57] </w:t>
      </w:r>
      <w:r>
        <w:t>Al Fatiha, uska pehla kalma kya hai? Alhamdulillah Rabbil aalameen. Allah Rabbil aalameen ki hamd hai.</w:t>
      </w:r>
    </w:p>
    <w:p>
      <w:pPr>
        <w:jc w:val="right"/>
      </w:pPr>
      <w:r>
        <w:t>الف اتحہ، اسکا پہلاکلمہکیاہے؟ الحمدللہ ربالعالم ین اللہ ربالعالم ینکیحمدہے۔</w:t>
      </w:r>
    </w:p>
    <w:p>
      <w:r>
        <w:rPr>
          <w:b/>
        </w:rPr>
        <w:t xml:space="preserve">[42:06] </w:t>
      </w:r>
      <w:r>
        <w:t>yeh pehla kalma jo duniya mein humein bolna hai, har namaz mein padhte hain. aap</w:t>
      </w:r>
    </w:p>
    <w:p>
      <w:pPr>
        <w:jc w:val="right"/>
      </w:pPr>
      <w:r>
        <w:t>یہ پہلاکلمہ جودنیامیںہمیںبولناہے، ہرنمازمیںپڑھتےہیں۔ آپ</w:t>
      </w:r>
    </w:p>
    <w:p>
      <w:r>
        <w:rPr>
          <w:b/>
        </w:rPr>
        <w:t xml:space="preserve">[42:12] </w:t>
      </w:r>
      <w:r>
        <w:t>phir aakhirat mein hai ke jab Allah, jab log jannat mein ja chuke honge toh jannat wale kahenge yeh hi kalma dobara</w:t>
      </w:r>
    </w:p>
    <w:p>
      <w:pPr>
        <w:jc w:val="right"/>
      </w:pPr>
      <w:r>
        <w:t>پھرآخرتمیںہےکہجب اللہ ،جب لوگ جنتمیںجاچکےہوںگے تو جنتوالے کہیںگے یہیکلمہدوبارہ</w:t>
      </w:r>
    </w:p>
    <w:p>
      <w:r>
        <w:rPr>
          <w:b/>
        </w:rPr>
        <w:t xml:space="preserve">[42:25] </w:t>
      </w:r>
      <w:r>
        <w:t>wa qulil hamdulillahi rabbil aalameen. kya farq hai? yeh farq hai ke yahan yahan beginning hai aur wahan jaari rahega. phir bhi woh end toh nahin kabhi hoga ke tasalsul jaari rahega.</w:t>
      </w:r>
    </w:p>
    <w:p>
      <w:pPr>
        <w:jc w:val="right"/>
      </w:pPr>
      <w:r>
        <w:t>وقل الحمدللہ ربالعالم ین کیا فرقہے؟ یہفرقہےکہیہاں یہاں بگننگہے اوروہاں جاریرہےگا۔پھربھیوہ اینڈتونہیںکبھیہوگاکہتسلسلجاریرہےگا۔</w:t>
      </w:r>
    </w:p>
    <w:p>
      <w:r>
        <w:rPr>
          <w:b/>
        </w:rPr>
        <w:t xml:space="preserve">[42:39] </w:t>
      </w:r>
      <w:r>
        <w:t>to alhamdulillah rabbul alameen ye ka jb process hai aur shuru hota hai is dunya se aur chalta rehta hai akhirat tak. to ye jo ayat hai ke sare darakht aur qalam ban jayein, sare samandar inka ban jayein aur likha likha ne likha jaye Allah ke baton ko, Allah ki greatness ko, to khatam nahi hoga.</w:t>
      </w:r>
    </w:p>
    <w:p>
      <w:pPr>
        <w:jc w:val="right"/>
      </w:pPr>
      <w:r>
        <w:t>تو الحمدللہربالعالم ینکاجبپروسیسہے اورشروعہوتاہےاسدنیا سے اورچلتارہتاہے آخرتتک۔ تو یہجو آیتہے کہ سارے درختاورقلمبنجائیں، سارے سمندر انکبنجائیں اور لکھالکھ نےلکھاجائےاللہ کے باتوںکو،اللہکیگریٹنسکو،توختمنہیںہوگا۔</w:t>
      </w:r>
    </w:p>
    <w:p>
      <w:r>
        <w:rPr>
          <w:b/>
        </w:rPr>
        <w:t xml:space="preserve">[43:01] </w:t>
      </w:r>
      <w:r>
        <w:t>iska matlab ye nahi ke ye sirf khabar hai, ye sirf boosting hai. nahi, ye motivate kiya gaya hai ke insan kare ye kaam.</w:t>
      </w:r>
    </w:p>
    <w:p>
      <w:pPr>
        <w:jc w:val="right"/>
      </w:pPr>
      <w:r>
        <w:t>اسکامطلبیہنہیںکہیہصرفخبرہے، یہصرفبوسٹنگہے۔نہیں، یہ موٹیویٹکیاگیاہےکہانسان کریہ کام۔</w:t>
      </w:r>
    </w:p>
    <w:p>
      <w:r>
        <w:rPr>
          <w:b/>
        </w:rPr>
        <w:t xml:space="preserve">[43:10] </w:t>
      </w:r>
      <w:r>
        <w:t>Allah ke ye jo jalwe hain, Allah ke jo kalmat hain, Allah ke jo aala hain, Allah ki jo nishaniyan hain, inko daryaft kar, daryaft karke likh inko taake logon ke liye marifat ka sarmaya bane.</w:t>
      </w:r>
    </w:p>
    <w:p>
      <w:pPr>
        <w:jc w:val="right"/>
      </w:pPr>
      <w:r>
        <w:t>اللہ کے یہجو جلوےہیں،اللہ کےجوکلمات ہیں،اللہ کےجو اعلیٰہیں، اللہ کیجونشانیاںہیں،انکودریا فتکر،دریافتکرکےلکھ انکو تاکہلوگوںکےلیے معرفتکاسرمایہبنے۔</w:t>
      </w:r>
    </w:p>
    <w:p>
      <w:r>
        <w:rPr>
          <w:b/>
        </w:rPr>
        <w:t xml:space="preserve">[43:26] </w:t>
      </w:r>
      <w:r>
        <w:t>lekin musalmanon ne kuch nahi kiya. to Allah ne khada kiya ahl e maghrib ko aur ye bhi quran o hadith maujood hai. ye baat bhi</w:t>
      </w:r>
    </w:p>
    <w:p>
      <w:pPr>
        <w:jc w:val="right"/>
      </w:pPr>
      <w:r>
        <w:t>لیکن مسلمانوںنےکچھنہیںکیا۔ تواللہنے کھڑاکیااہلمغرب کو اوریہبھیقرآن وہ حدیثموجود ہے۔یہباتبھی</w:t>
      </w:r>
    </w:p>
    <w:p>
      <w:r>
        <w:rPr>
          <w:b/>
        </w:rPr>
        <w:t xml:space="preserve">[43:37] </w:t>
      </w:r>
      <w:r>
        <w:t>bukhari mein riwayat hai ke innal laha yud dinul ajar. Allah is deen ki taeed karega, yani sainkaron logon ke zariye se bhi.</w:t>
      </w:r>
    </w:p>
    <w:p>
      <w:pPr>
        <w:jc w:val="right"/>
      </w:pPr>
      <w:r>
        <w:t>بخاریمیںروایتہےکہ ان اللہ الد ینالف اجر اللہ اس دینکی تائید کرےگا، یعنی سینکڑوںلوگوںکےذریعےسےبھی۔</w:t>
      </w:r>
    </w:p>
    <w:p>
      <w:r>
        <w:rPr>
          <w:b/>
        </w:rPr>
        <w:t xml:space="preserve">[43:51] </w:t>
      </w:r>
      <w:r>
        <w:t>main samajhta hoon ke ye peshangoi thi ke jab musalman wahin fail ho jayenge to Allah sainkaron logon ko khada karega is kaam ke liye.</w:t>
      </w:r>
    </w:p>
    <w:p>
      <w:pPr>
        <w:jc w:val="right"/>
      </w:pPr>
      <w:r>
        <w:t>میںسمجھتاہوںکہیہپیش نگوئیتھی کہجب مسلمانجوہیں فیلہوجائیںگے تو اللہ سینکڑوںلوگوںکوکھڑاکرےگا اسکام کےلیے۔</w:t>
      </w:r>
    </w:p>
    <w:p>
      <w:r>
        <w:rPr>
          <w:b/>
        </w:rPr>
        <w:t xml:space="preserve">[44:04] </w:t>
      </w:r>
      <w:r>
        <w:t>ye jo hadith hai sahih bukhari mein, iska matlab ye hai ke jab musalman fail ho jayenge, musalman jab unfold nahi kar payenge Allah ke kalmat ko, to Allah taala sainkaron logon ko khada karega.</w:t>
      </w:r>
    </w:p>
    <w:p>
      <w:pPr>
        <w:jc w:val="right"/>
      </w:pPr>
      <w:r>
        <w:t>یہجوحدیثہے صحیحبخاریمیں، اسکامطلبیہہےکہ جب مسلمان فیلہوجائیںگے، مسلمان جب انفولڈنہیںکرپائیںگے اللہ کےکلماتکو ،تواللہ تعالی ٰسینکڑوںلوگوںکوکھڑاکرےگا۔</w:t>
      </w:r>
    </w:p>
    <w:p>
      <w:r>
        <w:rPr>
          <w:b/>
        </w:rPr>
        <w:t xml:space="preserve">[44:16] </w:t>
      </w:r>
      <w:r>
        <w:t>wo isko unfold karenge,</w:t>
      </w:r>
    </w:p>
    <w:p>
      <w:pPr>
        <w:jc w:val="right"/>
      </w:pPr>
      <w:r>
        <w:t>وہاسکوانفولڈکریںگے،</w:t>
      </w:r>
    </w:p>
    <w:p>
      <w:r>
        <w:rPr>
          <w:b/>
        </w:rPr>
        <w:t xml:space="preserve">[44:18] </w:t>
      </w:r>
      <w:r>
        <w:t>isko likhenge, iski insaaf ki video banayenge, iski kitabein tayyar karenge, ispar laibrerian bhar denge. aur wahi hua.</w:t>
      </w:r>
    </w:p>
    <w:p>
      <w:pPr>
        <w:jc w:val="right"/>
      </w:pPr>
      <w:r>
        <w:t>اسکو لکھ یںگے،اسکیانصافکیویڈیوبنائیںگے،اسکیکتاب یںتیارکریںگے،اسپر لائبریریاںبھردیںگے۔ اوروہیہوا۔</w:t>
      </w:r>
    </w:p>
    <w:p>
      <w:r>
        <w:rPr>
          <w:b/>
        </w:rPr>
        <w:t xml:space="preserve">[44:30] </w:t>
      </w:r>
      <w:r>
        <w:t>to ye jo science ke ramooz ko unfold kiya gaya hai, ismein to hai sara raaz. aala aala darje ka yaqeen Allah par, aala darje ka ishq shiddat Allah par, aala darje ka khauf e khuda,</w:t>
      </w:r>
    </w:p>
    <w:p>
      <w:pPr>
        <w:jc w:val="right"/>
      </w:pPr>
      <w:r>
        <w:t>تویہجو سائنسکےرموزکوانفولڈکیاگیاہے، اسیمیںتوہےسارا راز۔ اعلیٰ اعلیٰدرجےکایقین اللہ پر ،اعلیٰدرجےکا حب شدیداللہ پر،اعلیٰدرجےکاخوفخدا،</w:t>
      </w:r>
    </w:p>
    <w:p>
      <w:r>
        <w:rPr>
          <w:b/>
        </w:rPr>
        <w:t xml:space="preserve">[44:45] </w:t>
      </w:r>
      <w:r>
        <w:t>aala darje ka aala</w:t>
      </w:r>
    </w:p>
    <w:p>
      <w:pPr>
        <w:jc w:val="right"/>
      </w:pPr>
      <w:r>
        <w:t>اعلیٰدرجےکا اعلیٰ</w:t>
      </w:r>
    </w:p>
    <w:p>
      <w:r>
        <w:rPr>
          <w:b/>
        </w:rPr>
        <w:t xml:space="preserve">[44:47] </w:t>
      </w:r>
      <w:r>
        <w:t>aala darje ka. ye sari cheezein jo hain, wo is isis se hain, yani inhi uloom ke zariye se hain.</w:t>
      </w:r>
    </w:p>
    <w:p>
      <w:pPr>
        <w:jc w:val="right"/>
      </w:pPr>
      <w:r>
        <w:t>اعلیٰدرجےکا۔یہساریچیزیںجوہیں، وہ اسیاسیسےہیں، یعنی انہیعلوم کےذریعےسےہیں۔</w:t>
      </w:r>
    </w:p>
    <w:p>
      <w:r>
        <w:rPr>
          <w:b/>
        </w:rPr>
        <w:t xml:space="preserve">[45:01] </w:t>
      </w:r>
      <w:r>
        <w:t>to musalman mehroom kyun hain? na unke andar ishq shiddat payenge aap, na khauf shiddat payenge aap, na aala darje ka yaqeen payenge aap, na marifat payenge. kyun?</w:t>
      </w:r>
    </w:p>
    <w:p>
      <w:pPr>
        <w:jc w:val="right"/>
      </w:pPr>
      <w:r>
        <w:t>تو مسلمان محرومکیوںہیں ؟ نہانکےاندرحبشدیدپائیںگےآپ، نہخوفشدیدپائیںگےآپ ،نہاعلیٰدرجےکایقینپائیںگےآپ،نہ معرفتپائیںگے۔کیوں ؟</w:t>
      </w:r>
    </w:p>
    <w:p>
      <w:r>
        <w:rPr>
          <w:b/>
        </w:rPr>
        <w:t xml:space="preserve">[45:11] </w:t>
      </w:r>
      <w:r>
        <w:t>unko dilchaspi nahi matlab se.</w:t>
      </w:r>
    </w:p>
    <w:p>
      <w:pPr>
        <w:jc w:val="right"/>
      </w:pPr>
      <w:r>
        <w:t>انکو دلچسپینہیںمتعلق سے۔</w:t>
      </w:r>
    </w:p>
    <w:p>
      <w:r>
        <w:rPr>
          <w:b/>
        </w:rPr>
        <w:t xml:space="preserve">[45:13] </w:t>
      </w:r>
      <w:r>
        <w:t>unhone to sirf party chalani hai, leader karni hai, aish o aram karna hai, shadiyan karke paisa barbaad karna hai. ismein ye hi sab karna hai unko.</w:t>
      </w:r>
    </w:p>
    <w:p>
      <w:pPr>
        <w:jc w:val="right"/>
      </w:pPr>
      <w:r>
        <w:t>انہوںنےتو صرفپارٹیچلاناہے، لیڈریکرناہے، عیشوآرامکرناہے، شادیاںکرکےپیسہبربادکرناہے۔اسمیں یہیسبکرناہےانکو۔</w:t>
      </w:r>
    </w:p>
    <w:p>
      <w:r>
        <w:rPr>
          <w:b/>
        </w:rPr>
        <w:t xml:space="preserve">[45:27] </w:t>
      </w:r>
      <w:r>
        <w:t>yani Allah ne marifat ke darwaze khol diye, yani ek ek ek kainat poori paida kardi,</w:t>
      </w:r>
    </w:p>
    <w:p>
      <w:pPr>
        <w:jc w:val="right"/>
      </w:pPr>
      <w:r>
        <w:t>یعنیاللہ نے معرفت کےدروازےکھولدیے، یعنیایک ایک ایک کائنات پوریپیدا کردی،</w:t>
      </w:r>
    </w:p>
    <w:p>
      <w:r>
        <w:rPr>
          <w:b/>
        </w:rPr>
        <w:t xml:space="preserve">[45:34] </w:t>
      </w:r>
      <w:r>
        <w:t>samandar ke samandar jo hai marifat ke bahadiye. lekin logon ko na to iski khabar hai, na iska shauq hai.</w:t>
      </w:r>
    </w:p>
    <w:p>
      <w:pPr>
        <w:jc w:val="right"/>
      </w:pPr>
      <w:r>
        <w:t>سمندر کےسمندرجوہے معرفتکےبہادیے۔ لیکن لوگوںکو نہتواسکیخبرہے،نہاسکاشوقہے۔</w:t>
      </w:r>
    </w:p>
    <w:p>
      <w:r>
        <w:rPr>
          <w:b/>
        </w:rPr>
        <w:t xml:space="preserve">[45:46] </w:t>
      </w:r>
      <w:r>
        <w:t>ab ghor kijiye ke is tarah se bekhabri mein jab hum marenge aur Allah ke haan pahunchenge, kya haal hoga hamara? kya haal hoga hamara?</w:t>
      </w:r>
    </w:p>
    <w:p>
      <w:pPr>
        <w:jc w:val="right"/>
      </w:pPr>
      <w:r>
        <w:t>اب غورکیجئے کہاسطرحسے بےخبریمیںجبہممریںگے اوراللہ کےہاںپہنچیںگے، کیا حالہوگاہمارا ؟ کیا حال ہوگاہمارا؟</w:t>
      </w:r>
    </w:p>
    <w:p>
      <w:r>
        <w:rPr>
          <w:b/>
        </w:rPr>
        <w:t xml:space="preserve">[45:59] </w:t>
      </w:r>
      <w:r>
        <w:t>inhi logon ke bare mein quran mein hai ke man kan fi hazih aama fa huwa fi al-akhirati aama. aise logon ke bare mein, aise bekhabaron ke bare mein, aise ghafil logon ke bare mein</w:t>
      </w:r>
    </w:p>
    <w:p>
      <w:pPr>
        <w:jc w:val="right"/>
      </w:pPr>
      <w:r>
        <w:t>انہیلوگوںکےبارےمیں قرآنمیںہےکہ من کان فی ھذای اما فوفیالاخرۃیاما ایسےلوگوںکےبارےمیں،ایسےبےخبروںکےبارےمیں،ایسےغافللوگوںکےبارےمیں</w:t>
      </w:r>
    </w:p>
    <w:p>
      <w:r>
        <w:rPr>
          <w:b/>
        </w:rPr>
        <w:t xml:space="preserve">[46:15] </w:t>
      </w:r>
      <w:r>
        <w:t>man kan fi hazih aama fa huwa fi al-akhirati aama. jo is dunya mein andha raha, wo wahan bhi andha rahega.</w:t>
      </w:r>
    </w:p>
    <w:p>
      <w:pPr>
        <w:jc w:val="right"/>
      </w:pPr>
      <w:r>
        <w:t>من کان فیھذایاما فوفیالاخرۃ یاما جو اسدنیا میںاندھارہا،وہ وہاںبھیاندھارہےگا۔</w:t>
      </w:r>
    </w:p>
    <w:p>
      <w:r>
        <w:rPr>
          <w:b/>
        </w:rPr>
        <w:t xml:space="preserve">[46:26] </w:t>
      </w:r>
      <w:r>
        <w:t>jo is dunya mein andha raha, wo wahan bhi andha rahega. ka matlab kya hai? ye aankh di gayi thi ke is aankh se aap Allah ke jalwon ko dekhein.</w:t>
      </w:r>
    </w:p>
    <w:p>
      <w:pPr>
        <w:jc w:val="right"/>
      </w:pPr>
      <w:r>
        <w:t>جواسدنیا میںاندھارہا،وہوہاںبھیاندھارہےگا۔ کامطلبکیاہے ؟ یہآنکھدیگئیتھی کہ اسآنکھسےآپاللہ کےجلووںکودیکھیں۔</w:t>
      </w:r>
    </w:p>
    <w:p>
      <w:r>
        <w:rPr>
          <w:b/>
        </w:rPr>
        <w:t xml:space="preserve">[46:36] </w:t>
      </w:r>
      <w:r>
        <w:t>ye aankh di gayi thi aap isse Allah ke kalmat ko dekhein. ye aankh di gayi thi aap isse Allah ki nishaniyon ko dekhein.</w:t>
      </w:r>
    </w:p>
    <w:p>
      <w:pPr>
        <w:jc w:val="right"/>
      </w:pPr>
      <w:r>
        <w:t>یہآنکھدیگئیتھیآپ اسسےاللہ کےکلماتکودیکھیں۔ یہآنکھدیگئیتھیآپاسسےاللہ کینشانیوںکودیکھیں۔</w:t>
      </w:r>
    </w:p>
    <w:p>
      <w:r>
        <w:rPr>
          <w:b/>
        </w:rPr>
        <w:t xml:space="preserve">[46:44] </w:t>
      </w:r>
      <w:r>
        <w:t>lekin aapne dekha nahi. to kya anjam hoga? khuda kahega jao tum dunya mein andhe ho to yahan bhi andhe raho, bhatakte raho andhe.</w:t>
      </w:r>
    </w:p>
    <w:p>
      <w:pPr>
        <w:jc w:val="right"/>
      </w:pPr>
      <w:r>
        <w:t>لیکن آپنےدیکھانہیں۔ توکیاانجام ہوگا؟ خداکہےگاجاؤتم دنیا میںاندھےہوتویہاںبھیاندھےرہو، بھٹکتےرہواندھے۔</w:t>
      </w:r>
    </w:p>
    <w:p>
      <w:r>
        <w:rPr>
          <w:b/>
        </w:rPr>
        <w:t xml:space="preserve">[46:57] </w:t>
      </w:r>
      <w:r>
        <w:t>ye matlab hai is ayat ka ke Allah ke jalwon ko dekhne ke liye insan andha ban gaya. Allah ki ayyat, Allah ke kalmat, Allah ke jo aala Allah inko kaha gaya hai, inko dekhne ke liye insan andha ban gaya.</w:t>
      </w:r>
    </w:p>
    <w:p>
      <w:pPr>
        <w:jc w:val="right"/>
      </w:pPr>
      <w:r>
        <w:t>یہمطلب ہے اسآیتکا کہاللہ کےجلووںکودیکھنےکےلیے انسان اندھابنگیا۔ اللہ کیآیات،اللہ کےکلمات، اللہ کےجو اعلیٰاللہ انکوکہاگیاہے، انکودیکھنےکےلیے انساناندھابنگیا۔</w:t>
      </w:r>
    </w:p>
    <w:p>
      <w:r>
        <w:rPr>
          <w:b/>
        </w:rPr>
        <w:t xml:space="preserve">[47:16] </w:t>
      </w:r>
      <w:r>
        <w:t>is se isne aala yaqeen nahi liya, aala darje ka khauf e khuda nahi liya, ishq shiddat nahi liya. to wo andha tha, wo Allah ki nazar mein.</w:t>
      </w:r>
    </w:p>
    <w:p>
      <w:pPr>
        <w:jc w:val="right"/>
      </w:pPr>
      <w:r>
        <w:t>اسسےاسنے اعلیٰیقیننہیںلیا، اعلیٰدرجےکاخوفخدانہیںلیا، خوبشدیدنہیںلیا۔ تووہاندھاتھا،وہ اللہ کینظر میں۔</w:t>
      </w:r>
    </w:p>
    <w:p>
      <w:r>
        <w:rPr>
          <w:b/>
        </w:rPr>
        <w:t xml:space="preserve">[47:27] </w:t>
      </w:r>
      <w:r>
        <w:t>to jo yahan andha raha, khuda kahe ke jao abhi dobara tu andha ho jao, jao door ho jao. phir aap kahe ke as waqt insan ka kya haal hoga?</w:t>
      </w:r>
    </w:p>
    <w:p>
      <w:pPr>
        <w:jc w:val="right"/>
      </w:pPr>
      <w:r>
        <w:t>توجو یہاںاندھارہا،خداکہےکہجاؤ ابھی دوبارہتواندھےہوجاؤ، جاؤدورہوجاؤ۔پھر آپ کہیںکہاسوقت انسانکاکیاحالہوگا؟</w:t>
      </w:r>
    </w:p>
    <w:p>
      <w:r>
        <w:rPr>
          <w:b/>
        </w:rPr>
        <w:t xml:space="preserve">[47:45] </w:t>
      </w:r>
      <w:r>
        <w:t>jangalon mein bhatko, sarraon mein bhatko, andhe bankar ke. yahan tumhare liye kuch nahi hai.</w:t>
      </w:r>
    </w:p>
    <w:p>
      <w:pPr>
        <w:jc w:val="right"/>
      </w:pPr>
      <w:r>
        <w:t>جنگ لوںمیںبھٹکو، سراؤںمیںبھٹکو، اندھےبنکرکے۔یہاںتمہارےلیےکچھنہیںہے۔</w:t>
      </w:r>
    </w:p>
    <w:p>
      <w:r>
        <w:rPr>
          <w:b/>
        </w:rPr>
        <w:t xml:space="preserve">[47:59] </w:t>
      </w:r>
      <w:r>
        <w:t>to ye saada baat nahi hai. log samajhte hain ke ritual qism ki namazein parh lo aur jannat mein chale jao. ye beshak besلیس hai, batil hai.</w:t>
      </w:r>
    </w:p>
    <w:p>
      <w:pPr>
        <w:jc w:val="right"/>
      </w:pPr>
      <w:r>
        <w:t>تویہ سادہباتنہیںہے۔ لوگ سمجھتےہیںکہ ریچولقسمکینمازیںپڑھلو اورجنتمیںچلےجاؤ۔ یہ بلاشبہ بیسلیسہے،باطلہے۔</w:t>
      </w:r>
    </w:p>
    <w:p>
      <w:r>
        <w:rPr>
          <w:b/>
        </w:rPr>
        <w:t xml:space="preserve">[48:08] </w:t>
      </w:r>
      <w:r>
        <w:t>bilkul, yani rak'at ginte hain aur ritual qism ki namazein parhte hain, wo samajhte hain ke wo jannat mein chale jayenge.</w:t>
      </w:r>
    </w:p>
    <w:p>
      <w:pPr>
        <w:jc w:val="right"/>
      </w:pPr>
      <w:r>
        <w:t>بالکل ،یعنی رکعت گنتےہیں اور ریچولقسم کینمازیںپڑھتےہیں ،وہسمجھتےہیںکہوہجنتمیںچلےجائیںگے۔</w:t>
      </w:r>
    </w:p>
    <w:p>
      <w:r>
        <w:rPr>
          <w:b/>
        </w:rPr>
        <w:t xml:space="preserve">[48:21] </w:t>
      </w:r>
      <w:r>
        <w:t>dekhein, main aapko ek hadith sunata hoon jis nabee ke bare mein aap mante hain ke wahan par namaz ka gunah 50 hazar guna zyada sawab hai. madine ki masjid nabwi, wahan par rasool Allah baithe hue the.</w:t>
      </w:r>
    </w:p>
    <w:p>
      <w:pPr>
        <w:jc w:val="right"/>
      </w:pPr>
      <w:r>
        <w:t>دیکھیں،میںآپکوایکحدیثسناتاہوں جس نبیکےبارےمیںآپ مانتےہیںکہوہاںپرنماز کا گناہ 5 0ہزارگنازیادہ ثوابہے۔ مدینےکیمسجد نبوی، وہاںپررسولاللہ بیٹھےہوئےتھے۔</w:t>
      </w:r>
    </w:p>
    <w:p>
      <w:r>
        <w:rPr>
          <w:b/>
        </w:rPr>
        <w:t xml:space="preserve">[48:35] </w:t>
      </w:r>
      <w:r>
        <w:t>ek shakhs aata hai aur namaz parhta hai,</w:t>
      </w:r>
    </w:p>
    <w:p>
      <w:pPr>
        <w:jc w:val="right"/>
      </w:pPr>
      <w:r>
        <w:t>ایکشخص آتاہے اور نمازپڑھتاہے،</w:t>
      </w:r>
    </w:p>
    <w:p>
      <w:r>
        <w:rPr>
          <w:b/>
        </w:rPr>
        <w:t xml:space="preserve">[48:39] </w:t>
      </w:r>
      <w:r>
        <w:t>parh kar rasool Allah ke paas aata hai milne ke liye. to aap farmate hain: "kya arj fasal fan kalim tasal?</w:t>
      </w:r>
    </w:p>
    <w:p>
      <w:pPr>
        <w:jc w:val="right"/>
      </w:pPr>
      <w:r>
        <w:t>پڑھکر رسولاللہکےپاسآتاہے ملنےکےلیے۔ توآپفرماتےہیں:"کیا ارج فصل فن کلم تصل؟</w:t>
      </w:r>
    </w:p>
    <w:p>
      <w:r>
        <w:rPr>
          <w:b/>
        </w:rPr>
        <w:t xml:space="preserve">[48:48] </w:t>
      </w:r>
      <w:r>
        <w:t>" jao phir se namaz parho, koi to kyunke tumne namaz nahi parhi. halanke usne rak'atein ki thi, qiyam kiya tha, sajda kiya tha, sab kuch kiya tha usne.</w:t>
      </w:r>
    </w:p>
    <w:p>
      <w:pPr>
        <w:jc w:val="right"/>
      </w:pPr>
      <w:r>
        <w:t>" جاؤپھرسےنمازپڑھو، کوئیتو کیونکہتمنےنمازنہیںپڑھی۔ حالانکہاسنےرکعتیںکیتھیں، قیامکیاتھا،سجدہکیاتھا، سبکچھکیاتھااسنے۔</w:t>
      </w:r>
    </w:p>
    <w:p>
      <w:r>
        <w:rPr>
          <w:b/>
        </w:rPr>
        <w:t xml:space="preserve">[49:02] </w:t>
      </w:r>
      <w:r>
        <w:t>is shakal ke aitbar se usne wohi namaz ada ki thi jis ko aap namaz kehte hain.</w:t>
      </w:r>
    </w:p>
    <w:p>
      <w:pPr>
        <w:jc w:val="right"/>
      </w:pPr>
      <w:r>
        <w:t>اس شکلکےاعتبارسے اسنےوہینماز اداکیتھیجسکوآپنمازکہتےہیں۔</w:t>
      </w:r>
    </w:p>
    <w:p>
      <w:r>
        <w:rPr>
          <w:b/>
        </w:rPr>
        <w:t xml:space="preserve">[49:08] </w:t>
      </w:r>
      <w:r>
        <w:t>aapne farmaya ke: "arj fasal fan kalim tasal?"</w:t>
      </w:r>
    </w:p>
    <w:p>
      <w:pPr>
        <w:jc w:val="right"/>
      </w:pPr>
      <w:r>
        <w:t>آپنےفرمایاکہ: "ارج فصل فنکلم تصل ؟"</w:t>
      </w:r>
    </w:p>
    <w:p>
      <w:r>
        <w:rPr>
          <w:b/>
        </w:rPr>
        <w:t xml:space="preserve">[49:15] </w:t>
      </w:r>
      <w:r>
        <w:t>to namaz, namaz harkaton ka naam nahi hai, ashkal ka naam nahi hai, rituals ka naam nahi hai. namaz to hai hubb shadeed mein jeene ka, Allah ke khauf mein jeene ka, Allah ki ghairat mein jeene ka, Allah ki greatness ka aitraf karne ka.</w:t>
      </w:r>
    </w:p>
    <w:p>
      <w:pPr>
        <w:jc w:val="right"/>
      </w:pPr>
      <w:r>
        <w:t>تونماز ،نماز حرکاتکانامنہیںہے، اشکالکانامنہیں ہے، ریچولزکانامنہیںہے۔ نماز تو ہے حب شدید میںجینےکا،اللہ کےخوفمیںجینےکا، اللہ کیگل وریمیںجینےکا، اللہ کیگریٹنسکااعترافکرنے کا ۔</w:t>
      </w:r>
    </w:p>
    <w:p>
      <w:r>
        <w:rPr>
          <w:b/>
        </w:rPr>
        <w:t xml:space="preserve">[49:33] </w:t>
      </w:r>
      <w:r>
        <w:t>jab aap sajde mein jayen to aapki sari rooh mein yeh kaifiyat bhar jaye ke khuda ya! main teri greatness ka aitraf karta hoon, teri badai ka aitraf karta hoon, teri azmat ka aitraf karta hoon, main apne is sar sajde mein rakhta hoon.</w:t>
      </w:r>
    </w:p>
    <w:p>
      <w:pPr>
        <w:jc w:val="right"/>
      </w:pPr>
      <w:r>
        <w:t>جبآپ سجدےمیںجائیں تو آپکی ساریروحمیں یہکی فیتبھرجائے کہخدایا !میں تیریگریٹنسکااعترافکرتاہوں، تیریبڑائیکااعتراف کرتاہوں،تیریعظمتکااعترافکرتاہوں،میںاپنے اس سر سجدےمیںرکھتاہوں۔</w:t>
      </w:r>
    </w:p>
    <w:p>
      <w:r>
        <w:rPr>
          <w:b/>
        </w:rPr>
        <w:t xml:space="preserve">[49:53] </w:t>
      </w:r>
      <w:r>
        <w:t>to namaz jo hai un kaifiyat ka jismani zahoor hai. ye nahi to phir namaz nahi hai, wo kuch bhi nahi. wo</w:t>
      </w:r>
    </w:p>
    <w:p>
      <w:pPr>
        <w:jc w:val="right"/>
      </w:pPr>
      <w:r>
        <w:t>تو نمازجوہے ان کیفیاتکا جسمانیظہورہے۔ یہنہیںتوپھرنمازہینہیں،وہکچھبھینہیں۔وہ</w:t>
      </w:r>
    </w:p>
    <w:p>
      <w:r>
        <w:rPr>
          <w:b/>
        </w:rPr>
        <w:t xml:space="preserve">[50:02] </w:t>
      </w:r>
      <w:r>
        <w:t>wo quran mein hai ke fawail ul musalleen aise namaziyon ki kharabi hai.</w:t>
      </w:r>
    </w:p>
    <w:p>
      <w:pPr>
        <w:jc w:val="right"/>
      </w:pPr>
      <w:r>
        <w:t>وہ یقرآنمیںہےکہ فوائل المصلین ایسےنمازیوںکیخرابیہے۔</w:t>
      </w:r>
    </w:p>
    <w:p>
      <w:r>
        <w:rPr>
          <w:b/>
        </w:rPr>
        <w:t xml:space="preserve">[50:11] </w:t>
      </w:r>
      <w:r>
        <w:t>yani wo namaz aap, yani is, yani aadmi khud to samjhe ke main namaz parh raha hoon aur quran mein hai ke wayl hai is par, wo kharabi hai is par.</w:t>
      </w:r>
    </w:p>
    <w:p>
      <w:pPr>
        <w:jc w:val="right"/>
      </w:pPr>
      <w:r>
        <w:t>یعنی وہ نماز آپ ،یعنی اس ،یعنی آدمیخود توسمجھےکہمیںنمازپڑھرہاہوںاورقرآنمیںہےکہویلہےاسپر،وہخرابیہےاسپر۔</w:t>
      </w:r>
    </w:p>
    <w:p>
      <w:r>
        <w:rPr>
          <w:b/>
        </w:rPr>
        <w:t xml:space="preserve">[50:22] </w:t>
      </w:r>
      <w:r>
        <w:t>yani wo qabil e saza hai, wo namaz.</w:t>
      </w:r>
    </w:p>
    <w:p>
      <w:pPr>
        <w:jc w:val="right"/>
      </w:pPr>
      <w:r>
        <w:t>یعنیوہقابل سزاہے،وہنماز۔</w:t>
      </w:r>
    </w:p>
    <w:p>
      <w:r>
        <w:rPr>
          <w:b/>
        </w:rPr>
        <w:t xml:space="preserve">[50:29] </w:t>
      </w:r>
      <w:r>
        <w:t>to dekhein, jab tak aap ka, yani jab aapko shor ke darje mein aala iman nahi milega, jab ke imani kaifiyat ka samandar nahi ublega aapke zehn ke andar,</w:t>
      </w:r>
    </w:p>
    <w:p>
      <w:pPr>
        <w:jc w:val="right"/>
      </w:pPr>
      <w:r>
        <w:t>تو دیکھیں،جبتکآپ کا ،یعنی جب آپکو شور کےدرجےمیں اعلیٰایماننہیںملےگا، جب کہ ایمانی کیفیات کا سمندرنہیںابلےگاآپکےذہنکےاندر،</w:t>
      </w:r>
    </w:p>
    <w:p>
      <w:r>
        <w:rPr>
          <w:b/>
        </w:rPr>
        <w:t xml:space="preserve">[50:43] </w:t>
      </w:r>
      <w:r>
        <w:t>aap Allah ke jo qawaneen hain, Allah ke jo science hai, Allah ki jo fitrat hai, us se apna apne zehn ko roshan nahi karenge, tab tak na aapki namazon mein jaan hai, na rozon mein jaan hai, na hajj mein jaan hai,</w:t>
      </w:r>
    </w:p>
    <w:p>
      <w:pPr>
        <w:jc w:val="right"/>
      </w:pPr>
      <w:r>
        <w:t>آپ اللہ کےجو قوانینہیں،اللہ کےجو سائنسہے،اللہکیجوفطرتہے، اسسے اپنا اپنے ذہنکو روشننہیںکریںگے، تبتک نہآپکینمازوںمیںجانہے، نہروز وںمیںجان ہے، نہحجمیںجانہے،</w:t>
      </w:r>
    </w:p>
    <w:p>
      <w:r>
        <w:rPr>
          <w:b/>
        </w:rPr>
        <w:t xml:space="preserve">[50:57] </w:t>
      </w:r>
      <w:r>
        <w:t>kuch bhi bhikuch jaan nahi hai.</w:t>
      </w:r>
    </w:p>
    <w:p>
      <w:pPr>
        <w:jc w:val="right"/>
      </w:pPr>
      <w:r>
        <w:t>کچھہیبھیکچھجاننہیںہے۔</w:t>
      </w:r>
    </w:p>
    <w:p>
      <w:r>
        <w:rPr>
          <w:b/>
        </w:rPr>
        <w:t xml:space="preserve">[51:02] </w:t>
      </w:r>
      <w:r>
        <w:t>ye sab cheezein jo main arz kar raha hoon, is se ibadat mein jaan aati hai, is se, yani zindagi rabbani zindagi banti hai.</w:t>
      </w:r>
    </w:p>
    <w:p>
      <w:pPr>
        <w:jc w:val="right"/>
      </w:pPr>
      <w:r>
        <w:t>یہسب چیزیںجومیںعرضکررہاہوں، اسیسےعبادتمیںجان آتیہے، اسیسے، یعنی زندگی ربانیزندگی بنتیہے۔</w:t>
      </w:r>
    </w:p>
    <w:p>
      <w:r>
        <w:rPr>
          <w:b/>
        </w:rPr>
        <w:t xml:space="preserve">[51:15] </w:t>
      </w:r>
      <w:r>
        <w:t>ek sahabi kehte hain ke ta'allam al-iman ta'allam al-iman thum ta'allam al-quran yani pehle humne iman seekha, phir humne quran seekha.</w:t>
      </w:r>
    </w:p>
    <w:p>
      <w:pPr>
        <w:jc w:val="right"/>
      </w:pPr>
      <w:r>
        <w:t>ایکصحابیکہتےہیںکہ تع لم الایمان تع لم الایمان ثم تعلم القران یعنیپہلےہمنےایمانسیکھا،پھرہمنےقرآنسیکھا۔</w:t>
      </w:r>
    </w:p>
    <w:p>
      <w:r>
        <w:rPr>
          <w:b/>
        </w:rPr>
        <w:t xml:space="preserve">[51:24] </w:t>
      </w:r>
      <w:r>
        <w:t>is ka matlab kya hai?</w:t>
      </w:r>
    </w:p>
    <w:p>
      <w:pPr>
        <w:jc w:val="right"/>
      </w:pPr>
      <w:r>
        <w:t>اسکامطلبکیاہے ؟</w:t>
      </w:r>
    </w:p>
    <w:p>
      <w:r>
        <w:rPr>
          <w:b/>
        </w:rPr>
        <w:t xml:space="preserve">[51:26] </w:t>
      </w:r>
      <w:r>
        <w:t>is ka matlab yehi hai ke pehle marifat aati hai, phir ibadat aati hai. pehle marifat aati hai, sab islami zindagi aati hai.</w:t>
      </w:r>
    </w:p>
    <w:p>
      <w:pPr>
        <w:jc w:val="right"/>
      </w:pPr>
      <w:r>
        <w:t>اسکامطلبیہیہے کہ پہلے معرفت آتیہے،پھرعبادتآتیہے۔ پہلے معرفتآتیہے، سب اسلامی زندگی آتیہے۔</w:t>
      </w:r>
    </w:p>
    <w:p>
      <w:r>
        <w:rPr>
          <w:b/>
        </w:rPr>
        <w:t xml:space="preserve">[51:39] </w:t>
      </w:r>
      <w:r>
        <w:t>pehle marifat aati hai, phir woh sari ibadat, akhlaq ka nizam aata hai, jis ko hum islam kehte hain. marifat nahi to kuch bhi nahi.</w:t>
      </w:r>
    </w:p>
    <w:p>
      <w:pPr>
        <w:jc w:val="right"/>
      </w:pPr>
      <w:r>
        <w:t>پہلے معرفتآتیہے،پھروہ ساری عبادات ، اخلاقکانظامآتاہے،جسکوہماسلام کہتےہیں۔ معرفت نہیںتوکچھبھینہیں ۔</w:t>
      </w:r>
    </w:p>
    <w:p>
      <w:r>
        <w:rPr>
          <w:b/>
        </w:rPr>
        <w:t xml:space="preserve">[51:51] </w:t>
      </w:r>
      <w:r>
        <w:t>to marifat ka raaz jo tha, wo sabh de diya tha Allah ta'ala ne is kainat mein ke usko discover karo, us se apne apne zehn ko pasord banao, us se roshni hasil karo, us se apne iman mein izafa karo</w:t>
      </w:r>
    </w:p>
    <w:p>
      <w:pPr>
        <w:jc w:val="right"/>
      </w:pPr>
      <w:r>
        <w:t>تومعرفت کا راز جو تھا،وہ سببھردیاتھااللہتعالیٰنےاسکائنات میں کہاسکو ڈسکورکرو، اسسے اپنے اپنے ذہنکوپاسورڈبناؤ، اسسے روشنیحاصل کرو، اسسے اپنےایمانمیںاضافہکرو</w:t>
      </w:r>
    </w:p>
    <w:p>
      <w:r>
        <w:rPr>
          <w:b/>
        </w:rPr>
        <w:t xml:space="preserve">[52:12] </w:t>
      </w:r>
      <w:r>
        <w:t>takay tumhari namazon mein jaan aaye, tumhari dealing mein jaan aaye, tumhari zindagi mein jaan aaye, tumhare hajj mein, har cheez mein jaan aaye.</w:t>
      </w:r>
    </w:p>
    <w:p>
      <w:pPr>
        <w:jc w:val="right"/>
      </w:pPr>
      <w:r>
        <w:t>تاکہتمہارینمازوںمیںجانآئے، تمہاریڈیلنگمیںجانآئے،تمہاری زندگی وںمیںجان آئے، تمہارے حجمیں،ہرچیزمیںجان آئے۔</w:t>
      </w:r>
    </w:p>
    <w:p>
      <w:r>
        <w:rPr>
          <w:b/>
        </w:rPr>
        <w:t xml:space="preserve">[52:24] </w:t>
      </w:r>
      <w:r>
        <w:t>to bazahir musalmanon mein sargarmian har qism ki hain, lekin is mein jaan kuch bhi nahin. jaisa ke hadith mein aaya hai ke aik zamanay ga ke masjidain bhari hongi, lekin woh khushu se khali hongi.</w:t>
      </w:r>
    </w:p>
    <w:p>
      <w:pPr>
        <w:jc w:val="right"/>
      </w:pPr>
      <w:r>
        <w:t>تو بظاہر مسلمانوںمیںسرگرمیاںہرقسم کیہیں،لیکن اسمیںجانکچھبھینہیں ۔ جیساکہحدیثمیںآیاہےکہایکزمانہآئےگا کہ مسجدیںبھریہوںگی، لیکن وہ خشوعسےخالیہوںگی۔</w:t>
      </w:r>
    </w:p>
    <w:p>
      <w:r>
        <w:rPr>
          <w:b/>
        </w:rPr>
        <w:t xml:space="preserve">[52:46] </w:t>
      </w:r>
      <w:r>
        <w:t>bohat ajeeb baat hai ke masjidain, yani namaziyon se bhari hongi,</w:t>
      </w:r>
    </w:p>
    <w:p>
      <w:pPr>
        <w:jc w:val="right"/>
      </w:pPr>
      <w:r>
        <w:t>بہت عجیبباتہے کہ مسجدیں، یعنی نمازیوںسےبھریہوںگی،</w:t>
      </w:r>
    </w:p>
    <w:p>
      <w:r>
        <w:rPr>
          <w:b/>
        </w:rPr>
        <w:t xml:space="preserve">[52:52] </w:t>
      </w:r>
      <w:r>
        <w:t>lekin khushu se khali hongi. hatta la tarakha shaa masajid wa ma'amlahu kharab min al-huda. yeh heet woh zamanah he.</w:t>
      </w:r>
    </w:p>
    <w:p>
      <w:pPr>
        <w:jc w:val="right"/>
      </w:pPr>
      <w:r>
        <w:t>لیکن خشوعسےخالیہوںگی۔ حتی ٰلا تراخاشع امس اجد ومعامرہو خراب من الہدی یہیتوہے،یہ یہیتووہزمان ہہے۔</w:t>
      </w:r>
    </w:p>
    <w:p>
      <w:r>
        <w:rPr>
          <w:b/>
        </w:rPr>
        <w:t xml:space="preserve">[53:07] </w:t>
      </w:r>
      <w:r>
        <w:t>to masjidain bharna kuch bhi nahin. yaad rakhiye, masjidain bharna kuch nahin hai. asal bharna aik dimagh ko bharna hai. aap log fakhar karte hain ke hum ne masjidain bhardin aur dimagh to khali pada hua hai.</w:t>
      </w:r>
    </w:p>
    <w:p>
      <w:pPr>
        <w:jc w:val="right"/>
      </w:pPr>
      <w:r>
        <w:t>تو مسجدیںبھرناکچھبھینہیں۔ یادرکھیے،مسجدیںبھرناکچھنہیںہے۔ اصلبھرناایکدماغکوبھرناہے۔آپ لوگ فخرکرتےہیںکہہمنےمسجدیںبھردیں اور دماغتوخالیپڑاہواہے۔</w:t>
      </w:r>
    </w:p>
    <w:p>
      <w:r>
        <w:rPr>
          <w:b/>
        </w:rPr>
        <w:t xml:space="preserve">[53:23] </w:t>
      </w:r>
      <w:r>
        <w:t>masjidain bharna kuch bhi nahin jab tak aap dimagh ko na bharen. matlab jab tak aap ka shaoor mein izafa na ho, aap ki soch mein izafa na ho, yani intellectual level par jab tak aap ke andar yeh sab rabaniyat na aaye, tab tak ibadaton mein kuch, yani ibadaten bilkul be rooh hongi,</w:t>
      </w:r>
    </w:p>
    <w:p>
      <w:pPr>
        <w:jc w:val="right"/>
      </w:pPr>
      <w:r>
        <w:t>مسجدیںبھرناکچھبھینہیںجبتک آپ دماغکونہبھریں۔ مطلب جب تک آپ کا شور میں اضافہنہہو،آپکی سوچمیں اضافہنہہو، یعنی انٹل یکچوللیولپرجبتکآپ کےاندریہ یہسب ربانیتنہآئے، تبتک عبادتوںمیں کچھ ،یعنیعبادتیںبالکل بےروحہوںگی،</w:t>
      </w:r>
    </w:p>
    <w:p>
      <w:r>
        <w:rPr>
          <w:b/>
        </w:rPr>
        <w:t xml:space="preserve">[53:51] </w:t>
      </w:r>
      <w:r>
        <w:t>sookhi lakri ki tarah hongi. un ka koi Allah taala ko aise namazon ki hajat nahin.</w:t>
      </w:r>
    </w:p>
    <w:p>
      <w:pPr>
        <w:jc w:val="right"/>
      </w:pPr>
      <w:r>
        <w:t>سوکھیلکڑیکیطرحہوںگی۔انکاکوئی اللہتعالیٰکو ایسے نمازوںکی حاجتنہیں ۔</w:t>
      </w:r>
    </w:p>
    <w:p>
      <w:r>
        <w:rPr>
          <w:b/>
        </w:rPr>
        <w:t xml:space="preserve">[54:05] </w:t>
      </w:r>
      <w:r>
        <w:t>to musalmanon mein is waqt jo dekh rahe hain, hum ke stagnation hai aur logon se, doosron se nafrat karna hai, lar bherahain hain.</w:t>
      </w:r>
    </w:p>
    <w:p>
      <w:pPr>
        <w:jc w:val="right"/>
      </w:pPr>
      <w:r>
        <w:t>تو مسلمانوںمیںاسوقتجو دیکھرہےہیں،ہم کہ اسٹگنیشنہے اور لوگوںسے ،دوسروںسےنفرتکرناہے، لڑبھیرہےہیں۔</w:t>
      </w:r>
    </w:p>
    <w:p>
      <w:r>
        <w:rPr>
          <w:b/>
        </w:rPr>
        <w:t xml:space="preserve">[54:16] </w:t>
      </w:r>
      <w:r>
        <w:t>un ke andar logon ki khair khwahi nahin, dawat e Allah ka jazba nahin,</w:t>
      </w:r>
    </w:p>
    <w:p>
      <w:pPr>
        <w:jc w:val="right"/>
      </w:pPr>
      <w:r>
        <w:t>انکےاندرلوگوں کیخرخائینہیں، دعوتاللہ کی جذبہنہیں،</w:t>
      </w:r>
    </w:p>
    <w:p>
      <w:r>
        <w:rPr>
          <w:b/>
        </w:rPr>
        <w:t xml:space="preserve">[54:25] </w:t>
      </w:r>
      <w:r>
        <w:t>un ke andar rabaniyat ki kefiyat nahin. yeh sab kyun hai? yeh sab is liye hai ke hum ne intellectual level par apne aap ko, yani woh rabani insan banaya nahin.</w:t>
      </w:r>
    </w:p>
    <w:p>
      <w:pPr>
        <w:jc w:val="right"/>
      </w:pPr>
      <w:r>
        <w:t>انکےاندرربانیکیفیتنہیں۔یہسبکیوںہے؟ یہسباسیلیےہےکہہمنے انٹلیکچوللیولپر اپنےآپکو ،یعنی وہ ربانیانسان بنایانہیں۔</w:t>
      </w:r>
    </w:p>
    <w:p>
      <w:r>
        <w:rPr>
          <w:b/>
        </w:rPr>
        <w:t xml:space="preserve">[54:38] </w:t>
      </w:r>
      <w:r>
        <w:t>aur is ka jo raaz tha, woh uloom e fitrat se, is se hum be khabar reh gaye.</w:t>
      </w:r>
    </w:p>
    <w:p>
      <w:pPr>
        <w:jc w:val="right"/>
      </w:pPr>
      <w:r>
        <w:t>اوراسکاجو رازتھا،وہ علوم فطرتسے،اسسےہمبے بےبرارہگئے۔</w:t>
      </w:r>
    </w:p>
    <w:p>
      <w:r>
        <w:rPr>
          <w:b/>
        </w:rPr>
        <w:t xml:space="preserve">[54:49] </w:t>
      </w:r>
      <w:r>
        <w:t>to yeh baaten jo hain, bohat ziyada sochne ki hain.</w:t>
      </w:r>
    </w:p>
    <w:p>
      <w:pPr>
        <w:jc w:val="right"/>
      </w:pPr>
      <w:r>
        <w:t>تویہباتیںجوہیں،بہت زیادہ سوچنےکیہیں۔</w:t>
      </w:r>
    </w:p>
    <w:p>
      <w:r>
        <w:rPr>
          <w:b/>
        </w:rPr>
        <w:t xml:space="preserve">[55:00] </w:t>
      </w:r>
      <w:r>
        <w:t>mein rozana sochta rehta hoon ke yeh insan jo Allah ki nematton se faida utha raha hai aur aitraf nahin karta, in nematton ke, yani jo nematain aayi hain, jo in jadeed technology ke zariye se, is se khoob faida utha rahe hain,</w:t>
      </w:r>
    </w:p>
    <w:p>
      <w:pPr>
        <w:jc w:val="right"/>
      </w:pPr>
      <w:r>
        <w:t>میں روز انہسوچتارہتاہوںکہیہانسانجو اللہ کینعمتوںسےفائدہاٹھارہاہے اور اعترافنہیںکرتا، اننعمتوںکے ،یعنی جو نعمت یںآئیںہیں،جو ان ان جدید ٹیکنالوجیکےذریعےسے،اسسےخوبفائدہاٹھارہےہیں،</w:t>
      </w:r>
    </w:p>
    <w:p>
      <w:r>
        <w:rPr>
          <w:b/>
        </w:rPr>
        <w:t xml:space="preserve">[55:19] </w:t>
      </w:r>
      <w:r>
        <w:t>lekin aitraf kuch bhi nahin. to mein sochta rehta hoon ke yeh insan jab pohnchega Allah taala ke haan</w:t>
      </w:r>
    </w:p>
    <w:p>
      <w:pPr>
        <w:jc w:val="right"/>
      </w:pPr>
      <w:r>
        <w:t>لیکن اعترافکچھبھینہیں ۔ تومیںسوچتارہتاہوںکہیہانسانجبپہنچےگااللہتعالیٰکےہاں</w:t>
      </w:r>
    </w:p>
    <w:p>
      <w:r>
        <w:rPr>
          <w:b/>
        </w:rPr>
        <w:t xml:space="preserve">[55:30] </w:t>
      </w:r>
      <w:r>
        <w:t>to woh ayat hai ke wa la tus'aloon yawm al-na'eem. tum se poocha jayega nematton ke bare mein.</w:t>
      </w:r>
    </w:p>
    <w:p>
      <w:pPr>
        <w:jc w:val="right"/>
      </w:pPr>
      <w:r>
        <w:t>تو وہ آیتہےکہولا تسرن یوم الن عیم تم سےپوچھاجائےگانعمتوںکےبارےمیں۔</w:t>
      </w:r>
    </w:p>
    <w:p>
      <w:r>
        <w:rPr>
          <w:b/>
        </w:rPr>
        <w:t xml:space="preserve">[55:41] </w:t>
      </w:r>
      <w:r>
        <w:t>wa la tus'aloon yawm al-na'eem. yani aakhir mein poocha jayega nematton ke bare mein. yeh jo insan ki shakl mein aap ne paida kiya, aap ko yeh bhi aik nemat hai.</w:t>
      </w:r>
    </w:p>
    <w:p>
      <w:pPr>
        <w:jc w:val="right"/>
      </w:pPr>
      <w:r>
        <w:t>ولا تسر ن یوم النعیمیعنیآخرتمیں پوچھاجائےگانعمتوںکےبارےمیں۔ یہجو انسان کیشکلمیںآپنےپیدا کیا،آپکو یہبھیایکنعمتہے۔</w:t>
      </w:r>
    </w:p>
    <w:p>
      <w:r>
        <w:rPr>
          <w:b/>
        </w:rPr>
        <w:t xml:space="preserve">[55:52] </w:t>
      </w:r>
      <w:r>
        <w:t>aap ko insan banaya.</w:t>
      </w:r>
    </w:p>
    <w:p>
      <w:pPr>
        <w:jc w:val="right"/>
      </w:pPr>
      <w:r>
        <w:t>آپکوانسان بن ایا۔</w:t>
      </w:r>
    </w:p>
    <w:p>
      <w:r>
        <w:rPr>
          <w:b/>
        </w:rPr>
        <w:t xml:space="preserve">[55:56] </w:t>
      </w:r>
      <w:r>
        <w:t>agar aap ko bheriya bana deta, agar aap ko pathar bana deta, aap ko lakri bana deta, aap bol na sakte, dekh na sakte to kya hota? yeh bhi aik nemat hai ke aap ko insan banaya.</w:t>
      </w:r>
    </w:p>
    <w:p>
      <w:pPr>
        <w:jc w:val="right"/>
      </w:pPr>
      <w:r>
        <w:t>اگرآپکوبھیڑیابنادیتا، اگر آپکوپتھربنادیتا،آپکولکڑیبنادیتا، آپ بولنہسکتے،دیکھنہسکتے توکیاہوتا ؟ یہبھیایکنعمتہےکہآپکوانسان بنایا۔</w:t>
      </w:r>
    </w:p>
    <w:p>
      <w:r>
        <w:rPr>
          <w:b/>
        </w:rPr>
        <w:t xml:space="preserve">[56:08] </w:t>
      </w:r>
      <w:r>
        <w:t>yeh aik nemat hai ke aap ko zameen par basne ka mauqa diya, yahan life support system diya, aap ko sochne ki salahiyat di ke aap soch kar Allah ki greatness ko janen.</w:t>
      </w:r>
    </w:p>
    <w:p>
      <w:pPr>
        <w:jc w:val="right"/>
      </w:pPr>
      <w:r>
        <w:t>یہایکنعمتہےکہآپکو زمین پر بسنےکاموقعدیا، یہاںلائفسپورٹسسٹمدیا، آپکو سوچنےکیصلاحیتدیکہآپسوچکرکے اللہ کی گ ریٹنسکوجانیں۔</w:t>
      </w:r>
    </w:p>
    <w:p>
      <w:r>
        <w:rPr>
          <w:b/>
        </w:rPr>
        <w:t xml:space="preserve">[56:25] </w:t>
      </w:r>
      <w:r>
        <w:t>aik aik cheez, aik aik cheez jo hai, woh sab nemat hai. to wa la tus'aloon yawm al-na'eem ke aakhir mein har aadmi se poocha jayega nematton ke bare mein. poochna, poochnay ke baad matlab kya hai?</w:t>
      </w:r>
    </w:p>
    <w:p>
      <w:pPr>
        <w:jc w:val="right"/>
      </w:pPr>
      <w:r>
        <w:t>ایکایکچیز،ایکایکچیزجوہے،وہسب نعمتہے۔ تو ولا ت سرن یوم النعیم کہآخرتمیں ہرآدمیسےپوچھاجائےگا نعمتوںکےبارےمیں۔پوچھنا،پوچھنےکےبعد مطلبکیاہے؟</w:t>
      </w:r>
    </w:p>
    <w:p>
      <w:r>
        <w:rPr>
          <w:b/>
        </w:rPr>
        <w:t xml:space="preserve">[56:39] </w:t>
      </w:r>
      <w:r>
        <w:t>ke tum ne nematton ko pa kar ke kya mun'im ka aitraf kiya, dene wale ka aitraf kiya? yani blessing to paayi, to jo giver tha, kehtay tum ne us ko acknowledge kiya.</w:t>
      </w:r>
    </w:p>
    <w:p>
      <w:pPr>
        <w:jc w:val="right"/>
      </w:pPr>
      <w:r>
        <w:t>کہتم نے نعمت وں کو پاکرکے کیا منعمکااعترافکیا ، دینےوالے کااعترافکیا؟ یعنیبلیسنگتوپائی،تو جو گیورتھا، کہاتمنےاسکو اکنالجکیا۔</w:t>
      </w:r>
    </w:p>
    <w:p>
      <w:r>
        <w:rPr>
          <w:b/>
        </w:rPr>
        <w:t xml:space="preserve">[56:57] </w:t>
      </w:r>
      <w:r>
        <w:t>aik bar to mein gaya tha UK, to wahan par aik Arab thay jo hamare mission mein woh bhi shareek ho gaye thay.</w:t>
      </w:r>
    </w:p>
    <w:p>
      <w:pPr>
        <w:jc w:val="right"/>
      </w:pPr>
      <w:r>
        <w:t>ایکبارتو میں گیاتھا یوکے ،تووہاںپرایک عرب تھے جوہمارےمشن میںوہبھیجڑےہوئےہیں۔</w:t>
      </w:r>
    </w:p>
    <w:p>
      <w:r>
        <w:rPr>
          <w:b/>
        </w:rPr>
        <w:t xml:space="preserve">[57:06] </w:t>
      </w:r>
      <w:r>
        <w:t>unhon ne kaha ke mein kai saal se yahan rehta hoon aur aik ajeeb tasur zahir hota hai ke yahan par nematton ki barish hai,</w:t>
      </w:r>
    </w:p>
    <w:p>
      <w:pPr>
        <w:jc w:val="right"/>
      </w:pPr>
      <w:r>
        <w:t>انہوںنےکہاکہمیں کئیسالسےیہاںرہتاہوں اور ایکعجیب تاثرمظہریہہوتاہے کہیہاںپر نعمتوںکیبارشہے،</w:t>
      </w:r>
    </w:p>
    <w:p>
      <w:r>
        <w:rPr>
          <w:b/>
        </w:rPr>
        <w:t xml:space="preserve">[57:19] </w:t>
      </w:r>
      <w:r>
        <w:t>yani nematton se khoob khoob faida uthaya ja raha hai, lekin mun'im ka aitraf nahin.</w:t>
      </w:r>
    </w:p>
    <w:p>
      <w:pPr>
        <w:jc w:val="right"/>
      </w:pPr>
      <w:r>
        <w:t>یعنی نعمت وںسے سےخوبخوبفائدہاٹھایاجارہاہے، لیکن من عمکااعترافنہیں ۔</w:t>
      </w:r>
    </w:p>
    <w:p>
      <w:r>
        <w:rPr>
          <w:b/>
        </w:rPr>
        <w:t xml:space="preserve">[57:28] </w:t>
      </w:r>
      <w:r>
        <w:t>yani aik zamanah tha ke insan chalta tha oont par aur khachar par, aaj log caron par, hawai jahazon par daurte hain. isi tarah se, yani hazaron hazar nematain hain jin mein ke log jeeray hain.</w:t>
      </w:r>
    </w:p>
    <w:p>
      <w:pPr>
        <w:jc w:val="right"/>
      </w:pPr>
      <w:r>
        <w:t>یعنیایکزمان ہتھاکہانسان چلتاتھا اونٹپراورخچرپر، آجلوگکاروںپر، ہوا جہازوںپردوڑتےہیں۔ اسیطرحسے ،یعنی ہزاروںہزار نعمتیں ہیںجن میںکہلوگجیرہےہیں۔</w:t>
      </w:r>
    </w:p>
    <w:p>
      <w:r>
        <w:rPr>
          <w:b/>
        </w:rPr>
        <w:t xml:space="preserve">[57:43] </w:t>
      </w:r>
      <w:r>
        <w:t>to western europe, western countries mein to yeh nematein aur ziyada hain, humse ziyada hain, ziyada hain.</w:t>
      </w:r>
    </w:p>
    <w:p>
      <w:pPr>
        <w:jc w:val="right"/>
      </w:pPr>
      <w:r>
        <w:t>تو ویسٹرنیورپ ،ویسٹرنکنٹریزمیںتویہنعمتیںاورزیادہ ہیں،ہمسےزیادہ ہیں،زیادہ ہیں۔</w:t>
      </w:r>
    </w:p>
    <w:p>
      <w:r>
        <w:rPr>
          <w:b/>
        </w:rPr>
        <w:t xml:space="preserve">[57:52] </w:t>
      </w:r>
      <w:r>
        <w:t>to woh unhon ne kaha ke main yahan dekh raha hoon ke log har qism ki nematein hain, yaani har qism ki comfort, comfort, har qism ki luxury un ko hasil hai, lekin Allah ka aitraf nahi, koi Allah ka naam nahi leta.</w:t>
      </w:r>
    </w:p>
    <w:p>
      <w:pPr>
        <w:jc w:val="right"/>
      </w:pPr>
      <w:r>
        <w:t>تو وہ انہوںنےکہاکہ میں یہاںدیکھرہاہوںکہلوگ ہرقسم کینعمتیںہیں،یعنی ہرقسم کیکمفرٹ،کمفرٹ،ہرقسم کیلگزریانکوحاصل ہے، لیکن اللہ کواعترافنہیں ، کوئیاللہ کانامنہیںلیتا۔</w:t>
      </w:r>
    </w:p>
    <w:p>
      <w:r>
        <w:rPr>
          <w:b/>
        </w:rPr>
        <w:t xml:space="preserve">[58:08] </w:t>
      </w:r>
      <w:r>
        <w:t>to unhon ne kaha ke yaani nematon ka khoob khoob istemal aur munim ka iqrar na karna, munim ka aitraf na karna.</w:t>
      </w:r>
    </w:p>
    <w:p>
      <w:pPr>
        <w:jc w:val="right"/>
      </w:pPr>
      <w:r>
        <w:t>توانہوںنےکہاکہ یعنی نعمتوںکا خوبخوباستعمال اور منعمکا اقرارنہکرنا، منعمکااعترافنہکرنا۔</w:t>
      </w:r>
    </w:p>
    <w:p>
      <w:r>
        <w:rPr>
          <w:b/>
        </w:rPr>
        <w:t xml:space="preserve">[58:19] </w:t>
      </w:r>
      <w:r>
        <w:t>to yeh baat wahin ki nahi hai, hum sab ki hai, saari duniya ki hai, saari duniya ke musalmanon ka, saari duniya ke logon ka haal yeh hai, musalmanon ka aur ghaleban musalman dono ka ke nematon ko bharpoor istemal kar rahe hain.</w:t>
      </w:r>
    </w:p>
    <w:p>
      <w:pPr>
        <w:jc w:val="right"/>
      </w:pPr>
      <w:r>
        <w:t>تو یہباتوہیںکینہیںہے،ہمسب کیہے، ساریدنیا کیہے، ساریدنیا کےمسلمانوںکا،ساریدنیاکےلوگوںکاحالیہہے، مسلمانوںکا اور غالباًمسلماندونوںکا کہنعمتوںکوبھرپور استعمالکررہےہیں۔</w:t>
      </w:r>
    </w:p>
    <w:p>
      <w:r>
        <w:rPr>
          <w:b/>
        </w:rPr>
        <w:t xml:space="preserve">[58:35] </w:t>
      </w:r>
      <w:r>
        <w:t>dor lagi hui hai, dor nematon ki dor lagi hui hai.</w:t>
      </w:r>
    </w:p>
    <w:p>
      <w:pPr>
        <w:jc w:val="right"/>
      </w:pPr>
      <w:r>
        <w:t>دوڑلگیہوئیہے،دوڑ نعمتوںکیدوڑلگیہوئیہے۔</w:t>
      </w:r>
    </w:p>
    <w:p>
      <w:r>
        <w:rPr>
          <w:b/>
        </w:rPr>
        <w:t xml:space="preserve">[58:41] </w:t>
      </w:r>
      <w:r>
        <w:t>chhota ghar hai to bada ghar, chhoti car hai to badi car,</w:t>
      </w:r>
    </w:p>
    <w:p>
      <w:pPr>
        <w:jc w:val="right"/>
      </w:pPr>
      <w:r>
        <w:t>چھوٹاگھرہےتوبڑاگھر ،چھوٹی کارہےتوبڑیکار ،</w:t>
      </w:r>
    </w:p>
    <w:p>
      <w:r>
        <w:rPr>
          <w:b/>
        </w:rPr>
        <w:t xml:space="preserve">[58:46] </w:t>
      </w:r>
      <w:r>
        <w:t>agar aaj fan hai to kal AC, yaani ek se ek badhkar nematein jo hain, uski dor lagi hui hai usko hasil karne ke liye. Lekin munim ka aitraf nahi, munim ko acknowledge karna nahi hai.</w:t>
      </w:r>
    </w:p>
    <w:p>
      <w:pPr>
        <w:jc w:val="right"/>
      </w:pPr>
      <w:r>
        <w:t>اگر آج فنہےتوکل اےسی ،یعنی ایک سےایکبڑھکر نعمتیںجوہیں،اسکیدوڑلگیہوئیہے اسکوحاصل کرنےکےلیے۔ لیکن منعمکااعترافنہیں ، من عمکو اکنالجکرنانہیںہے۔</w:t>
      </w:r>
    </w:p>
    <w:p>
      <w:r>
        <w:rPr>
          <w:b/>
        </w:rPr>
        <w:t xml:space="preserve">[58:59] </w:t>
      </w:r>
      <w:r>
        <w:t>to main sochta hoon ke hum mein se har shakhs ko marna hai, marne se pehle pehle humein sochna chahiye ke hum Allah ke samne khade hon to humein sharminda na hona pade.</w:t>
      </w:r>
    </w:p>
    <w:p>
      <w:pPr>
        <w:jc w:val="right"/>
      </w:pPr>
      <w:r>
        <w:t>تومیںسوچتاہوںکہہممیںسےہرشخص کو مرناہے، مرنےسےپہلے پہلے ہمیںسوچناچاہیے کہہماللہ کےسامنےکھڑےہوں تو ہمیںشرمندہنہہوناپڑے۔</w:t>
      </w:r>
    </w:p>
    <w:p>
      <w:r>
        <w:rPr>
          <w:b/>
        </w:rPr>
        <w:t xml:space="preserve">[59:12] </w:t>
      </w:r>
      <w:r>
        <w:t>hum mein se har shakhs ko ek din Allah ke samne khada hona hai,</w:t>
      </w:r>
    </w:p>
    <w:p>
      <w:pPr>
        <w:jc w:val="right"/>
      </w:pPr>
      <w:r>
        <w:t>ہممیںسےہرشخص کو ایکدن اللہ کےسامنےکھڑاہوناہے،</w:t>
      </w:r>
    </w:p>
    <w:p>
      <w:r>
        <w:rPr>
          <w:b/>
        </w:rPr>
        <w:t xml:space="preserve">[59:18] </w:t>
      </w:r>
      <w:r>
        <w:t>har shakhs ko Allah ke samne khada hona hai.</w:t>
      </w:r>
    </w:p>
    <w:p>
      <w:pPr>
        <w:jc w:val="right"/>
      </w:pPr>
      <w:r>
        <w:t>ہرشخص کواللہ کےسامنےکھڑاہوناہے۔</w:t>
      </w:r>
    </w:p>
    <w:p>
      <w:r>
        <w:rPr>
          <w:b/>
        </w:rPr>
        <w:t xml:space="preserve">[59:23] </w:t>
      </w:r>
      <w:r>
        <w:t>to jab hum Allah ke samne khade hon haashr ke maidan mein to hum ko koi sharminda na hona pade. Iske baad jo din hamare aane wale hain, eternity ke din, woh hasrat ke din na bane.</w:t>
      </w:r>
    </w:p>
    <w:p>
      <w:pPr>
        <w:jc w:val="right"/>
      </w:pPr>
      <w:r>
        <w:t>توجبہم اللہ کےسامنےکھڑےہوںح شرکےمیدانمیں توہمکوئیشرمندہنہہوناپڑے۔ اسکےبعد جو دن ہمارے آنےوالے ہیں، ایٹرنیٹیکےدن،وہ حسرتکےدننہبنے۔</w:t>
      </w:r>
    </w:p>
    <w:p>
      <w:r>
        <w:rPr>
          <w:b/>
        </w:rPr>
        <w:t xml:space="preserve">[59:40] </w:t>
      </w:r>
      <w:r>
        <w:t>yaani maut ke baad ke hai eternity hai,</w:t>
      </w:r>
    </w:p>
    <w:p>
      <w:pPr>
        <w:jc w:val="right"/>
      </w:pPr>
      <w:r>
        <w:t>یعنیموتکےبعد کہاہےایٹرنیٹیہے،</w:t>
      </w:r>
    </w:p>
    <w:p>
      <w:r>
        <w:rPr>
          <w:b/>
        </w:rPr>
        <w:t xml:space="preserve">[59:43] </w:t>
      </w:r>
      <w:r>
        <w:t>to eternity jo aane wali hai, woh hasrat ki eternity na ho. Woh kab aisa hoga? Jab ke hum</w:t>
      </w:r>
    </w:p>
    <w:p>
      <w:pPr>
        <w:jc w:val="right"/>
      </w:pPr>
      <w:r>
        <w:t>تو ایٹرنیٹیجوآنےوالیہے،وہحسرت کی ایٹرنیٹینہہو ۔ وہکبایساہوگا؟ جب کہہم</w:t>
      </w:r>
    </w:p>
    <w:p>
      <w:r>
        <w:rPr>
          <w:b/>
        </w:rPr>
        <w:t xml:space="preserve">[59:54] </w:t>
      </w:r>
      <w:r>
        <w:t>apne shaoor ko, apne ilm ko badhayen, Allah ki marifat ko daryaft karen, Allah ki greatness ko janen aur apne andar rabbani shakhsiyat paida karen.</w:t>
      </w:r>
    </w:p>
    <w:p>
      <w:pPr>
        <w:jc w:val="right"/>
      </w:pPr>
      <w:r>
        <w:t>اپنے شورکو ،اپنے علمکوبڑھائیں، اللہ کی معرفتکودریافتکریں، اللہ کیگریٹنسکوجانیں اور اپنے اندرربانیشخصیتپیدا کریں۔</w:t>
      </w:r>
    </w:p>
    <w:p>
      <w:r>
        <w:rPr>
          <w:b/>
        </w:rPr>
        <w:t xml:space="preserve">[1:00:06] </w:t>
      </w:r>
      <w:r>
        <w:t>tab aisa hoga.</w:t>
      </w:r>
    </w:p>
    <w:p>
      <w:pPr>
        <w:jc w:val="right"/>
      </w:pPr>
      <w:r>
        <w:t>تب ایساہوگا۔</w:t>
      </w:r>
    </w:p>
    <w:p>
      <w:r>
        <w:rPr>
          <w:b/>
        </w:rPr>
        <w:t xml:space="preserve">[1:00:09] </w:t>
      </w:r>
      <w:r>
        <w:t>khali rakaton aur rakaton ginti se aisa nahi ho sakta ya tasbeeh ginne se aisa nahi ho sakta.</w:t>
      </w:r>
    </w:p>
    <w:p>
      <w:pPr>
        <w:jc w:val="right"/>
      </w:pPr>
      <w:r>
        <w:t>خالی رکعتوں اور رکعتوںگنتیسےایسانہیںہوسکتا یا تسبیحگننےسےایسانہیںہوسکتا۔</w:t>
      </w:r>
    </w:p>
    <w:p>
      <w:r>
        <w:rPr>
          <w:b/>
        </w:rPr>
        <w:t xml:space="preserve">[1:00:21] </w:t>
      </w:r>
      <w:r>
        <w:t>iske liye intellectual development chahiye, intellectual development, spiritual development, shaoor ka irtqa, yeh sab darkar hai.</w:t>
      </w:r>
    </w:p>
    <w:p>
      <w:pPr>
        <w:jc w:val="right"/>
      </w:pPr>
      <w:r>
        <w:t>اسکےلیے انٹلیکچولڈیولپمنٹچاہیے، انٹلیکچولڈیولپمنٹ،اسپریچولڈیولپمنٹ، شع وریارت قاء، یہسبدرکار ہے۔</w:t>
      </w:r>
    </w:p>
    <w:p>
      <w:r>
        <w:rPr>
          <w:b/>
        </w:rPr>
        <w:t xml:space="preserve">[1:00:35] </w:t>
      </w:r>
      <w:r>
        <w:t>to hamara sabse bada concern yeh hona chahiye ke hum apne andar kis tarah se intellectual development layen, kis tarah spiritual development layen, kis tarah apne shaoor ko irtqa yafta shaoor banayen.</w:t>
      </w:r>
    </w:p>
    <w:p>
      <w:pPr>
        <w:jc w:val="right"/>
      </w:pPr>
      <w:r>
        <w:t>توہماراسبسےبڑاکنسرنیہیہوناچاہیےکہہم اپنے اندر کسطرحسے انٹلیکچولڈیولپمنٹلائیں، کسطرح اسپریچولڈیولپمنٹلائیں، کسطرح اپنے شور کو ارتقایا فتہ شور بن ائیں۔</w:t>
      </w:r>
    </w:p>
    <w:p>
      <w:r>
        <w:rPr>
          <w:b/>
        </w:rPr>
        <w:t xml:space="preserve">[1:00:52] </w:t>
      </w:r>
      <w:r>
        <w:t>yeh hamara sabse bada concern hona chahiye.</w:t>
      </w:r>
    </w:p>
    <w:p>
      <w:pPr>
        <w:jc w:val="right"/>
      </w:pPr>
      <w:r>
        <w:t>یہہمارا سبسےبڑا کنسرنہوناچاہیے۔</w:t>
      </w:r>
    </w:p>
    <w:p>
      <w:r>
        <w:rPr>
          <w:b/>
        </w:rPr>
        <w:t xml:space="preserve">[1:00:58] </w:t>
      </w:r>
      <w:r>
        <w:t>Allah taala mujh ko aur aap ko uski tofeeq de ke Allah ki sa'adat dunya aur aakhirat mein hasil karen.</w:t>
      </w:r>
    </w:p>
    <w:p>
      <w:pPr>
        <w:jc w:val="right"/>
      </w:pPr>
      <w:r>
        <w:t>اللہ تعالیٰ مجھکواورآپکو اسکیتوفیقدے کہہماللہ کی سعادت دنیا اورآخرتمیںحاصل کریں۔</w:t>
      </w:r>
    </w:p>
    <w:p>
      <w:r>
        <w:rPr>
          <w:b/>
        </w:rPr>
        <w:t xml:space="preserve">[1:01:08] </w:t>
      </w:r>
      <w:r>
        <w:t>aqool qawli hadha wa astaghfirullaha li walakum ajmaeen</w:t>
      </w:r>
    </w:p>
    <w:p>
      <w:pPr>
        <w:jc w:val="right"/>
      </w:pPr>
      <w:r>
        <w:t>أقول قوليهذا واستغفر اللہ ليولكماجمعین</w:t>
      </w:r>
    </w:p>
    <w:p>
      <w:r>
        <w:rPr>
          <w:b/>
        </w:rPr>
        <w:t xml:space="preserve">[1:01:27] </w:t>
      </w:r>
      <w:r>
        <w:t>Maulana, yeh sawal aaya hai Karachi Pakistan se Abdul Latif sahab ka. Unhon ne likha hai: "Hum to aaj tak yeh samajhte the ke dunya bhar mein musalman is liye zaleel ho rahe hain aur doosron ke zulm ka shikar is liye ho rahe hain ke unhon ne dawat ila Allah ka kaam chhod diya hai.</w:t>
      </w:r>
    </w:p>
    <w:p>
      <w:pPr>
        <w:jc w:val="right"/>
      </w:pPr>
      <w:r>
        <w:t>مولانا،یہسوال آیاہے کراچی پاکستان سے عبد اللطیفصاحبکا ۔انہوںنےلکھاہے: "ہمتو آج تک یہ سمجھتے تھے کہ دنیا بھرمیں مس لمان اس لیے ذلیلہورہےہیں اور دوسروںکے ظلم کاش کار اس لیے ہورہےہیں کہانہوںنے دعوت الا اللہکاکام چھوڑدیا ہے۔</w:t>
      </w:r>
    </w:p>
    <w:p>
      <w:r>
        <w:rPr>
          <w:b/>
        </w:rPr>
        <w:t xml:space="preserve">[1:01:52] </w:t>
      </w:r>
      <w:r>
        <w:t>magar aap kehte hain ke dunya mein musalman zaleel nahi hain, balkeh unhon ne nafsiati aitbaar se khud apne aap ko zaleel samajh rakha hai.</w:t>
      </w:r>
    </w:p>
    <w:p>
      <w:pPr>
        <w:jc w:val="right"/>
      </w:pPr>
      <w:r>
        <w:t>مگرآپ کہتےہیں کہ دنیا میں مسلمان ذلیلنہیں ہیں ، بل کہ انہوں نے نفسیاتی اعت بارسے خود اپنے آپکو ذلیلسمجھرکھاہے۔</w:t>
      </w:r>
    </w:p>
    <w:p>
      <w:r>
        <w:rPr>
          <w:b/>
        </w:rPr>
        <w:t xml:space="preserve">[1:02:05] </w:t>
      </w:r>
      <w:r>
        <w:t>Maulana sahab, kya dawat ka kaam chhodne se musalman zaleel nahi hote? Aur kya aaj musalman ba-izzat qaum hain?</w:t>
      </w:r>
    </w:p>
    <w:p>
      <w:pPr>
        <w:jc w:val="right"/>
      </w:pPr>
      <w:r>
        <w:t>مول اناصاحب،کیا دعوتکا کام چھوڑنےسے مس لمان ذلیلنہیں ہوتے ؟ اور کیا آج مس لمان باعزتقومہیں؟</w:t>
      </w:r>
    </w:p>
    <w:p>
      <w:r>
        <w:rPr>
          <w:b/>
        </w:rPr>
        <w:t xml:space="preserve">[1:02:15] </w:t>
      </w:r>
      <w:r>
        <w:t>iske bare mein bataen." Dekhiye, yeh dunya ki zillat aur izzat woh hai, woh ek alag cheez hai,</w:t>
      </w:r>
    </w:p>
    <w:p>
      <w:pPr>
        <w:jc w:val="right"/>
      </w:pPr>
      <w:r>
        <w:t>اسکےبارےمیںبت ائیں۔ "دیکھیے،یہ دنیا کی ذلتاور عزتجوہے، وہایکالگچیزہے،</w:t>
      </w:r>
    </w:p>
    <w:p>
      <w:r>
        <w:rPr>
          <w:b/>
        </w:rPr>
        <w:t xml:space="preserve">[1:02:24] </w:t>
      </w:r>
      <w:r>
        <w:t>bilkul alag cheez hai. dawat ka kaam karein to usko mein ne kaha aap dunya ba-izzat ho jao. yeh mein ne kabhi nahi kaha, mein yeh mein ne kabhi yeh baat nahi kahi hai.</w:t>
      </w:r>
    </w:p>
    <w:p>
      <w:pPr>
        <w:jc w:val="right"/>
      </w:pPr>
      <w:r>
        <w:t>بالکل الگچیزہے۔ دعوتکاکام کریںتواسکومیںنےکہاآپدنیا باعزتہوجائیں۔ یہ میںنےکبھینہیںکہا، میں یہ میںنےکبھییہباتنہیںکہیہے۔</w:t>
      </w:r>
    </w:p>
    <w:p>
      <w:r>
        <w:rPr>
          <w:b/>
        </w:rPr>
        <w:t xml:space="preserve">[1:02:37] </w:t>
      </w:r>
      <w:r>
        <w:t>koi peghambar dunya waghaira aitbaar se muazzaz darja hasil nahi kehta peghambar ko hua, halankeh unho ne dawat Allah ka kaam kiya.</w:t>
      </w:r>
    </w:p>
    <w:p>
      <w:pPr>
        <w:jc w:val="right"/>
      </w:pPr>
      <w:r>
        <w:t>کوئی پیغمبر دنیا ویاعتبارسے معززدرجہحاصل نہیںکہاسپیغمبرکوہوا ، حالانکہانہوںنےدعوتاللہ کاکامکیا۔</w:t>
      </w:r>
    </w:p>
    <w:p>
      <w:r>
        <w:rPr>
          <w:b/>
        </w:rPr>
        <w:t xml:space="preserve">[1:02:45] </w:t>
      </w:r>
      <w:r>
        <w:t>to dekhiye, yeh jo hai dawat, ibadat aur is Khuda, yaani rabbani zindagi, uska saara maamla aakhirat se talluq rakhta hai.</w:t>
      </w:r>
    </w:p>
    <w:p>
      <w:pPr>
        <w:jc w:val="right"/>
      </w:pPr>
      <w:r>
        <w:t>تو دیکھیے، یہ جوہے دعوت ،عبادت اور اس خدا ،یعنی ربانیزندگی ،اسکا سارامعاملہ آخرت سے تعلقرکھتاہے۔</w:t>
      </w:r>
    </w:p>
    <w:p>
      <w:r>
        <w:rPr>
          <w:b/>
        </w:rPr>
        <w:t xml:space="preserve">[1:02:58] </w:t>
      </w:r>
      <w:r>
        <w:t>iska ajr aakhirat mein hai. dunya mein jo insaan ko milti hai, siyasi barhai ya samajhi izzat ya maadi bartari, yeh sab alag cheezein hain, uska alag qanoon hai.</w:t>
      </w:r>
    </w:p>
    <w:p>
      <w:pPr>
        <w:jc w:val="right"/>
      </w:pPr>
      <w:r>
        <w:t>اسکااجرآخرتمیںہے۔ دنیا میںجو انسانکوملتیہے، سیاسی بڑ ائی یا سماجیعزت یا مادی برتری،یہسب الگچیزیںہیں، اسکاالگ قانون ہے۔</w:t>
      </w:r>
    </w:p>
    <w:p>
      <w:r>
        <w:rPr>
          <w:b/>
        </w:rPr>
        <w:t xml:space="preserve">[1:03:14] </w:t>
      </w:r>
      <w:r>
        <w:t>hargiz yeh nahi samajhna chahiye ke dawat Allah ka kaam kiya to hum muazzaz qaum ban jayenge. woh ek bilkul alag cheez hai. aur jahan tak is aayat ka talluq hai,</w:t>
      </w:r>
    </w:p>
    <w:p>
      <w:pPr>
        <w:jc w:val="right"/>
      </w:pPr>
      <w:r>
        <w:t>ہرگزیہنہیںسمجھ ناچاہیے کہ دعوت اللہ کاکامکیا تو ہممعززقومبنجائیںگے۔ وہایکبالکل الگچیزہے۔ اور جہاںتک اسآیتکاتعلقہے،</w:t>
      </w:r>
    </w:p>
    <w:p>
      <w:r>
        <w:rPr>
          <w:b/>
        </w:rPr>
        <w:t xml:space="preserve">[1:03:27] </w:t>
      </w:r>
      <w:r>
        <w:t>jo zaribat alaihim az zill, uske bare mein mein ne ek aur lecture mein yeh baat kahi thi ke yeh ismein self-created humiliation ka zikr hai, yaani nafsi aati zill ka zikr hai.</w:t>
      </w:r>
    </w:p>
    <w:p>
      <w:pPr>
        <w:jc w:val="right"/>
      </w:pPr>
      <w:r>
        <w:t>جو ضربت علیہم الذل، اسکےبارےمیں میںنے ایکاورلیکچرمیںیہباتکہیتھی کہ یہ اسمیں سیلف کریٹڈ ہمبیلیشنکاذکرہے، یعنینفسی اتی ذلتکاذکر ہے۔</w:t>
      </w:r>
    </w:p>
    <w:p>
      <w:r>
        <w:rPr>
          <w:b/>
        </w:rPr>
        <w:t xml:space="preserve">[1:03:44] </w:t>
      </w:r>
      <w:r>
        <w:t>iska matlab nahi ke maadi aitbaar se unhein unpar zill daal di gayi. uska tafseel mein aap jaan sakte hain mere is lecture mein jo isse pehle ho chuka hai.</w:t>
      </w:r>
    </w:p>
    <w:p>
      <w:pPr>
        <w:jc w:val="right"/>
      </w:pPr>
      <w:r>
        <w:t>اسکا مطلبنہیں کہمادی اعتبارسےانہیں انپر ذلتڈالدیگئی۔ اسکیتفصیل میںآپ جانسکتےہیںمیرےاسلیکچرمیں جو اسسےپہلےہوچکاہے۔</w:t>
      </w:r>
    </w:p>
    <w:p>
      <w:r>
        <w:rPr>
          <w:b/>
        </w:rPr>
        <w:t xml:space="preserve">[1:04:03] </w:t>
      </w:r>
      <w:r>
        <w:t>Maulana, agla sawal Lahore Pakistan se hai Ms. Salma ka.</w:t>
      </w:r>
    </w:p>
    <w:p>
      <w:pPr>
        <w:jc w:val="right"/>
      </w:pPr>
      <w:r>
        <w:t>مولانا،اگلاسوال لاہور پاکستانسےہے مس سلمہکا ۔</w:t>
      </w:r>
    </w:p>
    <w:p>
      <w:r>
        <w:rPr>
          <w:b/>
        </w:rPr>
        <w:t xml:space="preserve">[1:04:08] </w:t>
      </w:r>
      <w:r>
        <w:t>unho ne likha hai: "mein apni zarooraton ko mukhtasar karte hue raqam ko bachati hoon aur use dawat alal Allah ke kaam mein kharch karti hoon.</w:t>
      </w:r>
    </w:p>
    <w:p>
      <w:pPr>
        <w:jc w:val="right"/>
      </w:pPr>
      <w:r>
        <w:t>انہوں نے لکھاہے: "میںاپنی ضرورت وںکو مخت صر کرتے ہوئے رقمکو بچ اتیہوں اور اسے دعوت الا اللہکےکاممیں خرچ کرتیہوں۔</w:t>
      </w:r>
    </w:p>
    <w:p>
      <w:r>
        <w:rPr>
          <w:b/>
        </w:rPr>
        <w:t xml:space="preserve">[1:04:20] </w:t>
      </w:r>
      <w:r>
        <w:t>kapde waghera mein bhi zaroorat ka lihaaz karti hoon. mujhe meri kuch saheliyan kehti hain ke tum to bohat kanjoos aurat ho, apni zaat par bhi paisa kharch nahi karti ho.</w:t>
      </w:r>
    </w:p>
    <w:p>
      <w:pPr>
        <w:jc w:val="right"/>
      </w:pPr>
      <w:r>
        <w:t>کپڑےوغیرہمیںبھی ضرورت کالحاظ کرتیہوں۔ مجھےمیری بعض سہیلیاںکہتیہیں کہ تم تو بہت کنجوسعورتہو ، اپنی ذاتپربھی پیسہخرچ نہیں کرتیہو ۔</w:t>
      </w:r>
    </w:p>
    <w:p>
      <w:r>
        <w:rPr>
          <w:b/>
        </w:rPr>
        <w:t xml:space="preserve">[1:04:34] </w:t>
      </w:r>
      <w:r>
        <w:t>Maulana sahib, kya mera yeh amal kanjoosi mein aata hai? uske bare mein bataein." Hargiz nahi, hargiz nahi, hargiz nahi. yeh to ibadat hai.</w:t>
      </w:r>
    </w:p>
    <w:p>
      <w:pPr>
        <w:jc w:val="right"/>
      </w:pPr>
      <w:r>
        <w:t>مول اناصاحب،کیا میرا یہ عمل کنج وسیمیںآتاہے ؟ اسکےبارےمیں بت ائیں۔" ہرگزنہیں،ہرگزنہیں،ہرگزنہیں ۔ یہتوعبادتہے۔</w:t>
      </w:r>
    </w:p>
    <w:p>
      <w:r>
        <w:rPr>
          <w:b/>
        </w:rPr>
        <w:t xml:space="preserve">[1:04:45] </w:t>
      </w:r>
      <w:r>
        <w:t>apni zaat par paisa kharch karna, yeh to yeh koi, yeh to jurm hai, yeh koi amal hi nahi hai. yeh paisa kharch karna chahiye deen par,</w:t>
      </w:r>
    </w:p>
    <w:p>
      <w:pPr>
        <w:jc w:val="right"/>
      </w:pPr>
      <w:r>
        <w:t>اپنی ذاتپر پیسہخرچکرنا ،یہتو یہکوئی ،یہتوجرمہے، یہکوئی عمل ہینہیںہے۔ یہ پیسہخرچکرناچاہیےدینپر ،</w:t>
      </w:r>
    </w:p>
    <w:p>
      <w:r>
        <w:rPr>
          <w:b/>
        </w:rPr>
        <w:t xml:space="preserve">[1:04:56] </w:t>
      </w:r>
      <w:r>
        <w:t>zaat ke maamle mein aakhri had tak aap apne ko saada banayein, simple banayein, aakhri had tak simple. aur jo aap ki kamai hai, usko zyada se zyada kharch karein deen ke liye, dawat ke liye.</w:t>
      </w:r>
    </w:p>
    <w:p>
      <w:pPr>
        <w:jc w:val="right"/>
      </w:pPr>
      <w:r>
        <w:t>ذاتکےمعاملےمیںآخریحدتکآپ اپنے کوسادہبنائیں،سمپلبنائیں، آخریحدتکسمپل۔ اورجوآپکیکمائیہے،اسکوزیادہسےزیادہخرچکریں دینکےلیے،دعوتکےلیے۔</w:t>
      </w:r>
    </w:p>
    <w:p>
      <w:r>
        <w:rPr>
          <w:b/>
        </w:rPr>
        <w:t xml:space="preserve">[1:05:08] </w:t>
      </w:r>
      <w:r>
        <w:t>yeh to Musalman jo hai, bilkul bigda hua zehan hai, yaani ekdam unka soch galat ho gayi hai. Islam se koi unko matlab nahi, khali apni shaan o shaukat dikhana hai unko.</w:t>
      </w:r>
    </w:p>
    <w:p>
      <w:pPr>
        <w:jc w:val="right"/>
      </w:pPr>
      <w:r>
        <w:t>یہتو مسلمانجوہے، بالکل بگڑاہواذہنہے، یعنیایکدمانکا سوچ غلطہوگئیہے۔ اسلام سےکوئیانکومطلبنہیں ، خالی اپنی شانوشوکتدکھاناہےانکو ۔</w:t>
      </w:r>
    </w:p>
    <w:p>
      <w:r>
        <w:rPr>
          <w:b/>
        </w:rPr>
        <w:t xml:space="preserve">[1:05:20] </w:t>
      </w:r>
      <w:r>
        <w:t>to woh aisi baatein bolte hain, aisi baatein bolte hain.</w:t>
      </w:r>
    </w:p>
    <w:p>
      <w:pPr>
        <w:jc w:val="right"/>
      </w:pPr>
      <w:r>
        <w:t>تووہایسیباتیںبولتےہیں، ایسیباتیںبولتےہیں۔</w:t>
      </w:r>
    </w:p>
    <w:p>
      <w:r>
        <w:rPr>
          <w:b/>
        </w:rPr>
        <w:t xml:space="preserve">[1:05:25] </w:t>
      </w:r>
      <w:r>
        <w:t>Qur'an mein dekhiye ke yas'aloonaka ma wada'ahum faqul qul afwan. is aayat ka matlab yeh hai ke sirf baqadr zaroorat, yaani be-neesisity ke taur par tum apni kamai ko apne liye kharch karo, baqi saara deen mein kharch karo.</w:t>
      </w:r>
    </w:p>
    <w:p>
      <w:pPr>
        <w:jc w:val="right"/>
      </w:pPr>
      <w:r>
        <w:t>قرآنمیںدیکھیےکہ ي َسْلُونِكَمَوْضَعِهُمْفَقُولْقُلْعَفْوًا اسآیتکامطلبیہہےکہ صرف بقدر ضرورت ،یعنی بےنیسیسٹیکےطورپر تم اپنی کم ائیکواپنےلیےخرچکرو، باقی سارادینمیںخرچکرو۔</w:t>
      </w:r>
    </w:p>
    <w:p>
      <w:r>
        <w:rPr>
          <w:b/>
        </w:rPr>
        <w:t xml:space="preserve">[1:05:43] </w:t>
      </w:r>
      <w:r>
        <w:t>to jo Musalman aisi boli bolte hain, to woh to mujrimana boli bolte hain.</w:t>
      </w:r>
    </w:p>
    <w:p>
      <w:pPr>
        <w:jc w:val="right"/>
      </w:pPr>
      <w:r>
        <w:t>توجو مس لمانایسیبولیبولتےہیں،تووہتو مجرمانہبولیبولتےہیں۔</w:t>
      </w:r>
    </w:p>
    <w:p>
      <w:r>
        <w:rPr>
          <w:b/>
        </w:rPr>
        <w:t xml:space="preserve">[1:05:52] </w:t>
      </w:r>
      <w:r>
        <w:t>Maulana, agla sawal aaya hai Kupwara Kashmir se Ms. Haseena Shafi Dar ka. unho ne likha hai: "mein aap se Maulana sahib yeh poochna chahti hoon ke gharelu auratein kis tarah dawat ke kaam mein participate kar sakti hain?</w:t>
      </w:r>
    </w:p>
    <w:p>
      <w:pPr>
        <w:jc w:val="right"/>
      </w:pPr>
      <w:r>
        <w:t>مولانا،اگلاسوال آیاہے کپ وارہ کشمیرسے مس حسینہ شفیعڈارکا ۔انہوںنےلکھاہے :"میں آپ سے مول اناصاحبیہپوچھناچاہتیہوں کہ گھریلوع ورتیںکسطرح دعوتکےکاممیں پارٹیسپیٹکرسکتیہیں ؟</w:t>
      </w:r>
    </w:p>
    <w:p>
      <w:r>
        <w:rPr>
          <w:b/>
        </w:rPr>
        <w:t xml:space="preserve">[1:06:08] </w:t>
      </w:r>
      <w:r>
        <w:t>uske bare mein bataein." Dekhiye, dawat ka jo kaam hai, woh koi masnooi kaam nahi hai. roz marra ki zindagi mein dawat chalti rehti hai.</w:t>
      </w:r>
    </w:p>
    <w:p>
      <w:pPr>
        <w:jc w:val="right"/>
      </w:pPr>
      <w:r>
        <w:t>اسکےبارےمیںبت ائیں۔" دیکھیے،دعوتکاجو کامہے،وہ کوئی مصنوعیکامنہیںہے۔ روز مرہکیزندگی میں دعوتچلتیرہتیہے۔</w:t>
      </w:r>
    </w:p>
    <w:p>
      <w:r>
        <w:rPr>
          <w:b/>
        </w:rPr>
        <w:t xml:space="preserve">[1:06:22] </w:t>
      </w:r>
      <w:r>
        <w:t>is zamane mein bohat aasan ho jayega jab ke hum print press ke zamane mein hain. kitabein chhapi hui maujood hain, Qur'an ka translation aur doosri kitabein.</w:t>
      </w:r>
    </w:p>
    <w:p>
      <w:pPr>
        <w:jc w:val="right"/>
      </w:pPr>
      <w:r>
        <w:t>اس زمان ےمیںبہت آسانہوگاجب کہہم پریڈکٹپریسکےزمانےمیںہیں۔ کتاب یں چھپیہوئیموجود ہیں، قرآنکا ٹرانسیشن اور دوسریکتاب یں۔</w:t>
      </w:r>
    </w:p>
    <w:p>
      <w:r>
        <w:rPr>
          <w:b/>
        </w:rPr>
        <w:t xml:space="preserve">[1:06:33] </w:t>
      </w:r>
      <w:r>
        <w:t>to har aurat aur mard rakhe apne paas in kitabon ko, aur jahan bhi kisi se mulaqat ho, unko de de. abhi ek khatoon ka telephone aaya tha mere paas,</w:t>
      </w:r>
    </w:p>
    <w:p>
      <w:pPr>
        <w:jc w:val="right"/>
      </w:pPr>
      <w:r>
        <w:t>توہر عورتاور مرد رکھےاپنےپاس انکتاب وںکو، اور جہاںبھیکسیسےملاقاتہو،انکودےدے۔ اب ھیایکخاتون کاٹیلیفونآیاتھامیرےپاس،</w:t>
      </w:r>
    </w:p>
    <w:p>
      <w:r>
        <w:rPr>
          <w:b/>
        </w:rPr>
        <w:t xml:space="preserve">[1:06:46] </w:t>
      </w:r>
      <w:r>
        <w:t>unho ne kaha ke mein ek doctor se ilaaj karti thi,</w:t>
      </w:r>
    </w:p>
    <w:p>
      <w:pPr>
        <w:jc w:val="right"/>
      </w:pPr>
      <w:r>
        <w:t>انہوںنےکہاکہمیں ایک ڈاکٹرسے علاجکرتیتھی،</w:t>
      </w:r>
    </w:p>
    <w:p>
      <w:r>
        <w:rPr>
          <w:b/>
        </w:rPr>
        <w:t xml:space="preserve">[1:06:51] </w:t>
      </w:r>
      <w:r>
        <w:t>woh woh ghair Muslim doctor, woh top ka tha. woh to mein usko Qur'an dekhne mein hichkahati thi ke woh pata nahi kya samjhe. usko ke ek din mein ne unhein, unka woh ilaaj karne ki jaati thi, uske haan ek din mein ne himmat karke usko Qur'an pesh kar diya.</w:t>
      </w:r>
    </w:p>
    <w:p>
      <w:pPr>
        <w:jc w:val="right"/>
      </w:pPr>
      <w:r>
        <w:t>وہ وہ غیر مسلمڈاکٹر، وہٹاپکاتھا۔وہتومیں اسکو قرآندیکھنےمیںہچکہوتیتھیکہوہ پتہنہیںکیا سمجھے۔اسکو کہایکدنمیںنے انہیں،انکا وہ علاجکرنےکیجاتیتھی،اسکےہاں ایکدن میںنے ہمتکرکے اسکو قرآن پیش کردیا۔</w:t>
      </w:r>
    </w:p>
    <w:p>
      <w:r>
        <w:rPr>
          <w:b/>
        </w:rPr>
        <w:t xml:space="preserve">[1:07:11] </w:t>
      </w:r>
      <w:r>
        <w:t>to woh doctor, jo bohat hi bada doctor tha, woh khada ho gaya bilkul ke yeh Qur'an hai, aur usko to aise kiya,</w:t>
      </w:r>
    </w:p>
    <w:p>
      <w:pPr>
        <w:jc w:val="right"/>
      </w:pPr>
      <w:r>
        <w:t>تووہ ڈاکٹر،جو بہت ہی بڑا ڈاکٹرتھا،وہکھڑاہوگیابالکل کہیہقرآنہے، اوراسکو تو ایسےکیا ،</w:t>
      </w:r>
    </w:p>
    <w:p>
      <w:r>
        <w:rPr>
          <w:b/>
        </w:rPr>
        <w:t xml:space="preserve">[1:07:21] </w:t>
      </w:r>
      <w:r>
        <w:t>woh chhup gaya. woh to aap doctor ke paas jaate hain, aap shopping ke liye jaate hain, yaani tarah tarah se ab female ke log milte hain aapas mein.</w:t>
      </w:r>
    </w:p>
    <w:p>
      <w:pPr>
        <w:jc w:val="right"/>
      </w:pPr>
      <w:r>
        <w:t>وہچھپگیا۔ وہ توآپ ڈاکٹر کےپاسجاتےہیں، آپ شاپنگکےلیے جاتےہیں، یعنی طرح طرح سے ابفیملیکےلوگملتےہیںآپسے۔</w:t>
      </w:r>
    </w:p>
    <w:p>
      <w:r>
        <w:rPr>
          <w:b/>
        </w:rPr>
        <w:t xml:space="preserve">[1:07:32] </w:t>
      </w:r>
      <w:r>
        <w:t>jo mile, usko kitaab dein. Sabse aasaan kaam kitaabein dena hai. Hamare yahan sar, har zabaan mein kitaabein chhapi hui hain, chhoti badi, har qism ki.</w:t>
      </w:r>
    </w:p>
    <w:p>
      <w:pPr>
        <w:jc w:val="right"/>
      </w:pPr>
      <w:r>
        <w:t>جو ملے،اسکوکتاب یںدیجئے۔سبسے آسانکام کتابیںدیناہے۔ ہمارےہاںسر، ہر زبان میںکتابیںچھپیہوئیہیں،چھوٹی بڑی، ہرقسم کی۔</w:t>
      </w:r>
    </w:p>
    <w:p>
      <w:r>
        <w:rPr>
          <w:b/>
        </w:rPr>
        <w:t xml:space="preserve">[1:07:46] </w:t>
      </w:r>
      <w:r>
        <w:t>To har aadmi apni paak top mein, apne bag mein, apne purse mein kitaabein rakhe, aur jahan koi mile, usko deta rahe. Is zamane mein to bahut aasaan hai dawat ka kaam karna, kyunke hum print press ke zamane mein hain.</w:t>
      </w:r>
    </w:p>
    <w:p>
      <w:pPr>
        <w:jc w:val="right"/>
      </w:pPr>
      <w:r>
        <w:t>تو ہرآدمی اپنیپاک ٹمیں، اپنےبیگمیں،اپنے پرسمیںکتاب یںرکھے، اور جہاںکوئیملے،اسکودیتارہے۔ اسزمانےمیںتوبہت آسانہےدعوتیکامکرنا، کیونکہہمپریڈکٹپریسکے زمان ےمیںہیں۔</w:t>
      </w:r>
    </w:p>
    <w:p>
      <w:r>
        <w:rPr>
          <w:b/>
        </w:rPr>
        <w:t xml:space="preserve">[1:08:00] </w:t>
      </w:r>
      <w:r>
        <w:t>Pehle zamane mein mushkil hota tha ke khud hi khud karna padta tha. Ab to kitaabein rakhi hain, woh dete rahein. Sabse aasaan kaam hai, aap safar mein hain, tab bhi dein, kahin bhi hain, dein, dete rahein inko.</w:t>
      </w:r>
    </w:p>
    <w:p>
      <w:pPr>
        <w:jc w:val="right"/>
      </w:pPr>
      <w:r>
        <w:t>پہلے زمانےمیںمشکلہوتاتھا کہ خودہیخودکرناپڑتاتھا۔ ابتوکتاب یںرکھیہیں،وہدیتےرہیے۔ سبسےآ سانکام ہے، آپ سفرمیںہیں،تببھیدیجئے، کہیںبھیہیں، دیجئے،دیتےرہیےانکو ۔</w:t>
      </w:r>
    </w:p>
    <w:p>
      <w:r>
        <w:rPr>
          <w:b/>
        </w:rPr>
        <w:t xml:space="preserve">[1:08:17] </w:t>
      </w:r>
      <w:r>
        <w:t>Maulana, agla sawal Srinagar Kashmir se hai Ashfiq Ahmed Dar sahab ka. Unhone likha hai: "What does Islam say about dreams and interpretation of dreams?" Khwab ji,</w:t>
      </w:r>
    </w:p>
    <w:p>
      <w:pPr>
        <w:jc w:val="right"/>
      </w:pPr>
      <w:r>
        <w:t>مولانا،اگلاسوال سری نگر کشمیرسےہے اہشفیع احمد ڈارصاحبکا ۔ انہوںنےلکھاہے: "واٹڈز اسلام سے اباؤٹ ڈریمزاینڈ انٹرپریٹیشناف ڈریمز؟" خواب جی،</w:t>
      </w:r>
    </w:p>
    <w:p>
      <w:r>
        <w:rPr>
          <w:b/>
        </w:rPr>
        <w:t xml:space="preserve">[1:08:35] </w:t>
      </w:r>
      <w:r>
        <w:t>Dekhiye, yeh hadith mein aata hai ke nabuwat uth gayi, lekin iska chaliswan darja hi baqi hai.</w:t>
      </w:r>
    </w:p>
    <w:p>
      <w:pPr>
        <w:jc w:val="right"/>
      </w:pPr>
      <w:r>
        <w:t>دیکھیے، یہ حدیثمیںآتاہےکہ نبوت اٹھگئی ،لیکن اسکا چالیسواںدرجہہیباقیہے۔</w:t>
      </w:r>
    </w:p>
    <w:p>
      <w:r>
        <w:rPr>
          <w:b/>
        </w:rPr>
        <w:t xml:space="preserve">[1:08:47] </w:t>
      </w:r>
      <w:r>
        <w:t>To khwab nabuwat ka chaliswan darja hai, yaani Allah taala khwab ke zariye se aadmi ko batate hain apni man sha.</w:t>
      </w:r>
    </w:p>
    <w:p>
      <w:pPr>
        <w:jc w:val="right"/>
      </w:pPr>
      <w:r>
        <w:t>تو خواب نبوتکا چالیسواںدرجہہے، یعنیاللہ تعالیٰ خوابکےذریعےسے آدمیکو بتاتےہیں اپنی من شا۔</w:t>
      </w:r>
    </w:p>
    <w:p>
      <w:r>
        <w:rPr>
          <w:b/>
        </w:rPr>
        <w:t xml:space="preserve">[1:09:00] </w:t>
      </w:r>
      <w:r>
        <w:t>Lekin hadith mein abhi aaya tha, aaya hai ke khwab ki teen teen shakalain hain: hadith an-nafs, takhfif ash-shaitan, bushra min Allah.</w:t>
      </w:r>
    </w:p>
    <w:p>
      <w:pPr>
        <w:jc w:val="right"/>
      </w:pPr>
      <w:r>
        <w:t>لیکن حدیثمیںابھیآیاتھا،آیاہےکہخوابکیتین تینشکلیںہیں: حدیث النفس ،تخفیف الشیطان،بش امناللہ ۔</w:t>
      </w:r>
    </w:p>
    <w:p>
      <w:r>
        <w:rPr>
          <w:b/>
        </w:rPr>
        <w:t xml:space="preserve">[1:09:12] </w:t>
      </w:r>
      <w:r>
        <w:t>Yaani ek hai ke aapne dil ki baat le dekh le, aadmi jo dil mein hai, wohi khwab mein aa</w:t>
      </w:r>
    </w:p>
    <w:p>
      <w:pPr>
        <w:jc w:val="right"/>
      </w:pPr>
      <w:r>
        <w:t>یعنیایکہےکہآپنےدلکیبات لےدیکھلے،آدمی جودلمیںہے،وہیخوابمیںآ</w:t>
      </w:r>
    </w:p>
    <w:p>
      <w:r>
        <w:rPr>
          <w:b/>
        </w:rPr>
        <w:t xml:space="preserve">[1:09:17] </w:t>
      </w:r>
      <w:r>
        <w:t>jaye, woh hadith an-nafs hai. Ek hai ke shaitan ka draava, shaitan draave ke taur par khwab dikhata hai, aur ek hai bushra min Allah, Allah ki taraf se bushara.</w:t>
      </w:r>
    </w:p>
    <w:p>
      <w:pPr>
        <w:jc w:val="right"/>
      </w:pPr>
      <w:r>
        <w:t>جائے، وہحدیثالنفسہے۔ ایکیہہےکہشیطانکاڈراوا، شیطان ڈراوےکےطورپرخوابدکھاتاہے، اورایک ہے بشامن اللہ ،اللہ کیطرفسےبش ارت۔</w:t>
      </w:r>
    </w:p>
    <w:p>
      <w:r>
        <w:rPr>
          <w:b/>
        </w:rPr>
        <w:t xml:space="preserve">[1:09:29] </w:t>
      </w:r>
      <w:r>
        <w:t>To khwab ka jo nature hota hai, khwab ki jo surat hoti hai, us par gaur karke aap jaan sakte hain ke teenon category mein se kis category mein aata hai mera khwab.</w:t>
      </w:r>
    </w:p>
    <w:p>
      <w:pPr>
        <w:jc w:val="right"/>
      </w:pPr>
      <w:r>
        <w:t>تو خوابکاجو نیچرہوتاہے، خوابکیجو صورت ہوتیہے، اسپرغورکرکے آپجان سکتےہیں کہ تینوںکیٹگری میں سے کسکیٹگریمیںآتاہے میراخواب ۔</w:t>
      </w:r>
    </w:p>
    <w:p>
      <w:r>
        <w:rPr>
          <w:b/>
        </w:rPr>
        <w:t xml:space="preserve">[1:09:41] </w:t>
      </w:r>
      <w:r>
        <w:t>Yaani woh hadith an-nafs hai ya takhfif ash-shaitan hai ya bushra min Allah hai. To khwab, yaani hadith mein aata hai ke Rasool Allah (SAW) fajr ke baad logon se poochha karte the ke tumne koi khwab dekha? Kisi ne? Phir aap uski interpretation batate the.</w:t>
      </w:r>
    </w:p>
    <w:p>
      <w:pPr>
        <w:jc w:val="right"/>
      </w:pPr>
      <w:r>
        <w:t>یعنیوہحدیث النفس ہے یا تخفیفالشیطانہے یا بشامناللہ ہے۔ تو خواب ،یعنی حدیث میںآتاہےکہرسولاللہصلیاللہعلیہوسلمفجرکےبعد لوگوںسےپوچھاکرتے تھے کہتم نےکوئیخوابدیکھا؟کسی نے ؟پھرآپاسکی انٹرپریشنبتاتےتھے۔</w:t>
      </w:r>
    </w:p>
    <w:p>
      <w:r>
        <w:rPr>
          <w:b/>
        </w:rPr>
        <w:t xml:space="preserve">[1:09:57] </w:t>
      </w:r>
      <w:r>
        <w:t>To khwab behta achhi cheez hai, lekin khwab teen qism ke hote hain, aur jo paak baaz log hain, jinke yaani paak yaza zindagi jinki ho, to to woh aam taur par achha hi khwab dekhte hain. Woh</w:t>
      </w:r>
    </w:p>
    <w:p>
      <w:pPr>
        <w:jc w:val="right"/>
      </w:pPr>
      <w:r>
        <w:t>تو خواببہتاچھیچیزہے،لیکن خوابتینقسم کےہوتےہیں، اور جو پاک باز لوگ ہیں،جنکے یعنی پاک یزہزندگی جنکیہو،تو تووہعامطورپراچھاہیخوابدیکھتےہیں۔وہ</w:t>
      </w:r>
    </w:p>
    <w:p>
      <w:r>
        <w:rPr>
          <w:b/>
        </w:rPr>
        <w:t xml:space="preserve">[1:10:13] </w:t>
      </w:r>
      <w:r>
        <w:t>Maulana, unka ek aur sawal hai, unhone likha hai: "Maulana sahib, do you think the Quran should be interpreted on scientific bases?</w:t>
      </w:r>
    </w:p>
    <w:p>
      <w:pPr>
        <w:jc w:val="right"/>
      </w:pPr>
      <w:r>
        <w:t>مولانا،انکاایکاور سوال ہے، انہوں نےلکھاہے: "مولاناصاحب،ڈویوتھنک دی ٹ قرآن شوڈبی انٹرپریٹڈان سائنٹیفکبیسز؟</w:t>
      </w:r>
    </w:p>
    <w:p>
      <w:r>
        <w:rPr>
          <w:b/>
        </w:rPr>
        <w:t xml:space="preserve">[1:10:24] </w:t>
      </w:r>
      <w:r>
        <w:t>The data should address new mindset to glorify the existence of God?" Dekhiye, Quran jo hai, science ki kitaab nahi hai.</w:t>
      </w:r>
    </w:p>
    <w:p>
      <w:pPr>
        <w:jc w:val="right"/>
      </w:pPr>
      <w:r>
        <w:t>دیٹاٹشوڈایڈریس نیوایجمائنڈسیٹ ٹوگلوریفائیداایگزسٹنساف گاڈ؟" دیکھیے، قرآنجوہے، سائنسکیکتاب نہیںہے۔</w:t>
      </w:r>
    </w:p>
    <w:p>
      <w:r>
        <w:rPr>
          <w:b/>
        </w:rPr>
        <w:t xml:space="preserve">[1:10:36] </w:t>
      </w:r>
      <w:r>
        <w:t>Jo log aisa kehte hain, woh bhi galat kehte hain. Galat! Quran jo hai, science ki kitaab nahi hai. Quran to hidayat ki kitaab hai,</w:t>
      </w:r>
    </w:p>
    <w:p>
      <w:pPr>
        <w:jc w:val="right"/>
      </w:pPr>
      <w:r>
        <w:t>جولوگ ایساکہتےہیں،وہبھی غلطکہتےہیں۔غلط! قرآنجوہے، سائنسکیکتاب نہیںہے۔ قرآنتوہدایتکیکتاب ہے،</w:t>
      </w:r>
    </w:p>
    <w:p>
      <w:r>
        <w:rPr>
          <w:b/>
        </w:rPr>
        <w:t xml:space="preserve">[1:10:44] </w:t>
      </w:r>
      <w:r>
        <w:t>lekin hidayat Allah taala ne reason based ki hai. Reason based, yaani daleel ke zariye se hidayat ko logon ke liye qabil-e-fehm banana, usko understandable, understandable banane ke liye ke insaan us par yaqeen kar sake.</w:t>
      </w:r>
    </w:p>
    <w:p>
      <w:pPr>
        <w:jc w:val="right"/>
      </w:pPr>
      <w:r>
        <w:t>لیکن ہدایت اللہ تعالیٰنے ریزنبیسڈکیہے۔ریزنبیسڈ، یعنیدلیلکےذریعےسےہدایتکو لوگوںکےلیےقابل فہمبنانا، اسکو انڈرسٹی بل ،انڈرسٹیڈیبلبنانےکےلیے کہانسان اسپری قینکرسکے۔</w:t>
      </w:r>
    </w:p>
    <w:p>
      <w:r>
        <w:rPr>
          <w:b/>
        </w:rPr>
        <w:t xml:space="preserve">[1:11:01] </w:t>
      </w:r>
      <w:r>
        <w:t>Daleelein di jaati hain, daleelein to Quran mein aisi daleelein hain kai jo science se ta'alluq rakhti hain.</w:t>
      </w:r>
    </w:p>
    <w:p>
      <w:pPr>
        <w:jc w:val="right"/>
      </w:pPr>
      <w:r>
        <w:t>دلیلیںدیجاتیہیں،دلیلیں تو قرآنمیں ایسی دلیلیںہیںکئی جو سائنسسےتعلق رکھتیہیں۔</w:t>
      </w:r>
    </w:p>
    <w:p>
      <w:r>
        <w:rPr>
          <w:b/>
        </w:rPr>
        <w:t xml:space="preserve">[1:11:09] </w:t>
      </w:r>
      <w:r>
        <w:t>Matlab, science ka matlab hai ke physics science, chemistry, geology waghera. To ismein reference ke taur par aisi baatein hain, yaani tafseel nahi hai, detail mein nahi hai.</w:t>
      </w:r>
    </w:p>
    <w:p>
      <w:pPr>
        <w:jc w:val="right"/>
      </w:pPr>
      <w:r>
        <w:t>مطلب، سائنسکامطلبہےکہفزیکلسائنس،کیمسٹری، جیولوجی وغیرہ۔ تو اسمیں ریفرنسکےطورپرایسیباتیںہیں، یعنیتفصیلنہیںہے، ڈیٹیلمیںنہیںہے۔</w:t>
      </w:r>
    </w:p>
    <w:p>
      <w:r>
        <w:rPr>
          <w:b/>
        </w:rPr>
        <w:t xml:space="preserve">[1:11:22] </w:t>
      </w:r>
      <w:r>
        <w:t>To reference ke taur par baatein hain. To wahan par hum science se humein ek madad milti hai ke uski tafseel janne ke liye.</w:t>
      </w:r>
    </w:p>
    <w:p>
      <w:pPr>
        <w:jc w:val="right"/>
      </w:pPr>
      <w:r>
        <w:t>تو ریفرنسکےطورپرباتیںہیں۔ تو وہاںپرہم سائنسسےہمیںایک مد دملتیہےکہاسکیتفصیل جاننےکےلیے۔</w:t>
      </w:r>
    </w:p>
    <w:p>
      <w:r>
        <w:rPr>
          <w:b/>
        </w:rPr>
        <w:t xml:space="preserve">[1:11:33] </w:t>
      </w:r>
      <w:r>
        <w:t>Misal ke taur par dekhiye, Quran mein ek ayat hai: "Wa nazzalna min as-samaa'i ma'an mubarakan" Humne utara aasman se pani, mubarak pani.</w:t>
      </w:r>
    </w:p>
    <w:p>
      <w:pPr>
        <w:jc w:val="right"/>
      </w:pPr>
      <w:r>
        <w:t>مثالکےطورپردیکھیے، قرآنمیںایکآیتہے: ون زلنامن السماء ماءمبارک ہمنے اتارا آسمانسے پانی ،مبارکپانی۔</w:t>
      </w:r>
    </w:p>
    <w:p>
      <w:r>
        <w:rPr>
          <w:b/>
        </w:rPr>
        <w:t xml:space="preserve">[1:11:46] </w:t>
      </w:r>
      <w:r>
        <w:t>Mubarak pani ka matlab kya hai? Purified pani. Purified pani ka matlab kya hai? Desalinated pani. To ismein ek ishara hai ke Allah taala ek nizam hai, universal desalination ka,</w:t>
      </w:r>
    </w:p>
    <w:p>
      <w:pPr>
        <w:jc w:val="right"/>
      </w:pPr>
      <w:r>
        <w:t>مبارکپانی کامطلب کیاہے؟ پیوریفائیڈپانی۔ پیوریفائیڈپانیکامطلبکیاہے؟ ڈی سیلینٹڈپانی ۔ تواسمیں ایک اشار ہہے کہ اللہ تعالیٰ ایک نظام ہے،یونیورسل ڈی سیلینیشنکا،</w:t>
      </w:r>
    </w:p>
    <w:p>
      <w:r>
        <w:rPr>
          <w:b/>
        </w:rPr>
        <w:t xml:space="preserve">[1:12:03] </w:t>
      </w:r>
      <w:r>
        <w:t>yaani namkeen pani ko meetha banane ka. To yeh ishara hai ismein. To Quran mein jo jo hai, woh ishare ki zabaan mein hai. Uski detail janne ke liye humko science se madad milti hai.</w:t>
      </w:r>
    </w:p>
    <w:p>
      <w:pPr>
        <w:jc w:val="right"/>
      </w:pPr>
      <w:r>
        <w:t>یعنینم کینپانیکو میٹھابنانےکا ۔ تو یہ اشارہہےاسمیں۔ تو قرآنمیں جو جو ہے،وہ اشار ےکیزبان میںہے۔اسکیڈیٹیلجاننےکےلیےہمکو سائنسسے مددملتیہے۔</w:t>
      </w:r>
    </w:p>
    <w:p>
      <w:r>
        <w:rPr>
          <w:b/>
        </w:rPr>
        <w:t xml:space="preserve">[1:12:18] </w:t>
      </w:r>
      <w:r>
        <w:t>Is ma'ane mein science se hamari muwafiqat hai. Baqi yeh nahi ke Quran khud science ki kitaab hai. Yeh samajhna bilkul bilkul ridiculous baat hai yeh,</w:t>
      </w:r>
    </w:p>
    <w:p>
      <w:pPr>
        <w:jc w:val="right"/>
      </w:pPr>
      <w:r>
        <w:t>اس معنیمیںسائنس سےہماریموافقہے۔ باقییہنہیںکہقرآنخود سائنسکیکتاب ہے۔ یہسمجھنا بالکل بالکل ریڈیکولسباتہےیہ،</w:t>
      </w:r>
    </w:p>
    <w:p>
      <w:r>
        <w:rPr>
          <w:b/>
        </w:rPr>
        <w:t xml:space="preserve">[1:12:28] </w:t>
      </w:r>
      <w:r>
        <w:t>kyunke jahan jahan references hain, zameen o aasman ke aur nature ke, uloom-e-fitrat ke, wahan par humein us isharat ko mufassar karne ke liye, un isharat ki detail janne ke liye humein science se bahut madad milti hai.</w:t>
      </w:r>
    </w:p>
    <w:p>
      <w:pPr>
        <w:jc w:val="right"/>
      </w:pPr>
      <w:r>
        <w:t>کیونکہجہاںجہاں ریفر نسزہیں، زمین وآسمان کے اور نیچرکے، علوم فطرتکے ،وہاںپر ہمیںاس اشار اتکو مفسرکرنے کےلیے،اناشار ات کیکیڈیٹیلجاننےکےلیےہمیں سائنسسےبہت مد دملتیہے۔</w:t>
      </w:r>
    </w:p>
    <w:p>
      <w:r>
        <w:rPr>
          <w:b/>
        </w:rPr>
        <w:t xml:space="preserve">[1:12:46] </w:t>
      </w:r>
      <w:r>
        <w:t>Is ma'ane mein woh hamare liye imaan mein izafe ka zariya hai.</w:t>
      </w:r>
    </w:p>
    <w:p>
      <w:pPr>
        <w:jc w:val="right"/>
      </w:pPr>
      <w:r>
        <w:t>اس معنیمیںوہ ہمارےلیے ایمانمیںاضافےکاذریعہہے۔</w:t>
      </w:r>
    </w:p>
    <w:p>
      <w:r>
        <w:rPr>
          <w:b/>
        </w:rPr>
        <w:t xml:space="preserve">[1:12:54] </w:t>
      </w:r>
      <w:r>
        <w:t>Maulana, agla sawal Kashmir se hai Aamir Jin Sahib ka. Unhon ne likha hai: "It is mentioned in Quran, the two people who do not believe in faith, will get severe punishment in this world and in the hereafter, but we can see people who do not believe in God and His religion, get all the success of this world.</w:t>
      </w:r>
    </w:p>
    <w:p>
      <w:pPr>
        <w:jc w:val="right"/>
      </w:pPr>
      <w:r>
        <w:t>مولانا،اگلاسوال کشمیرسےہے عامر جنصاحبکا۔ انہوںنےلکھاہے: "اٹاز مینشنڈان قرآن دی ٹ دوستپیپلہوڈوناٹ بیلیوان فیتھ ،ول گیٹ سی ورپنشمنٹان دسورلڈ اینڈانداہیرافٹر، بٹویکینسی پیپلہو ڈوناٹبیلیوان گاڈاینڈہزریلیجن، گیٹ ال دا سکسیساف دسورلڈ۔</w:t>
      </w:r>
    </w:p>
    <w:p>
      <w:r>
        <w:rPr>
          <w:b/>
        </w:rPr>
        <w:t xml:space="preserve">[1:13:19] </w:t>
      </w:r>
      <w:r>
        <w:t>maulana sahib, kindly comment on this.</w:t>
      </w:r>
    </w:p>
    <w:p>
      <w:pPr>
        <w:jc w:val="right"/>
      </w:pPr>
      <w:r>
        <w:t>"مول اناصاحب، کائنڈلیکمنٹان دس۔</w:t>
      </w:r>
    </w:p>
    <w:p>
      <w:r>
        <w:rPr>
          <w:b/>
        </w:rPr>
        <w:t xml:space="preserve">[1:13:24] </w:t>
      </w:r>
      <w:r>
        <w:t>dekhiye, belief ki baat nahi hai, yeh personality development ki baat hai. musalman samajhte hain ke jo kalma parha hai, woh jannat mein jayega. yeh bilkul galat hai.</w:t>
      </w:r>
    </w:p>
    <w:p>
      <w:pPr>
        <w:jc w:val="right"/>
      </w:pPr>
      <w:r>
        <w:t>دیکھیے،بیلیفکیباتنہیںہے، یہ پرسنیلٹیڈیویلپمنٹکیباتہے۔ مسلمانسمجھتےہیںکہجوکلمہپڑھاہے، وہ جنتمیںجائےگا۔ یہبالکل غلطہے۔</w:t>
      </w:r>
    </w:p>
    <w:p>
      <w:r>
        <w:rPr>
          <w:b/>
        </w:rPr>
        <w:t xml:space="preserve">[1:13:35] </w:t>
      </w:r>
      <w:r>
        <w:t>kalma go ke liye jannat hai, yeh yeh nazariya bilkul galat hai. yeh yeh dunya mein humein sirsari isliye aaya hai ke apni personality development ke liye.</w:t>
      </w:r>
    </w:p>
    <w:p>
      <w:pPr>
        <w:jc w:val="right"/>
      </w:pPr>
      <w:r>
        <w:t>کلمہگوکےلیےجنتہے،یہ یہنظریہبالکلغلطہے۔یہ یہدنیا میںہممیں سر سری اسلیےآیاہےکہ اپنی پرسنیلٹی ڈیویلپمنٹکےلیے۔</w:t>
      </w:r>
    </w:p>
    <w:p>
      <w:r>
        <w:rPr>
          <w:b/>
        </w:rPr>
        <w:t xml:space="preserve">[1:13:44] </w:t>
      </w:r>
      <w:r>
        <w:t>tazkiya, isko quran mein kaha hai. tazkiya, zaka jaza ma taq ,</w:t>
      </w:r>
    </w:p>
    <w:p>
      <w:pPr>
        <w:jc w:val="right"/>
      </w:pPr>
      <w:r>
        <w:t>تزکیہ،اسکوقرآنمیںکہاہے۔تزکیہ، ذالکجزا مت ق ،</w:t>
      </w:r>
    </w:p>
    <w:p>
      <w:r>
        <w:rPr>
          <w:b/>
        </w:rPr>
        <w:t xml:space="preserve">[1:13:49] </w:t>
      </w:r>
      <w:r>
        <w:t>yani quran mein bataya gaya hai ke jannat mein jayenge jinhon ne apna tazkiya kiya ho, apna purify kiya ho, apne aap ko rabbani andaaz mein develop kiya ho .</w:t>
      </w:r>
    </w:p>
    <w:p>
      <w:pPr>
        <w:jc w:val="right"/>
      </w:pPr>
      <w:r>
        <w:t>یعنیقرآن میںبتایاگیاہےکہ جنتمیںجائیںگے جنہوںنےاپناتزکیہکیاہو ، اپنا پیوریفائیکیاہو، اپنےآپکو ربانی اندازمیںڈیویلپکیاہو ۔</w:t>
      </w:r>
    </w:p>
    <w:p>
      <w:r>
        <w:rPr>
          <w:b/>
        </w:rPr>
        <w:t xml:space="preserve">[1:14:01] </w:t>
      </w:r>
      <w:r>
        <w:t>yeh kalma parhne ki baat nahi hai. log aam taur par faith ka lafz is is ma'ne mein le lete hain ke jisne kalma parh lia, usko faith mil gaya aur phir woh jannat mein jayega. aisa kuch bhi nahi hai.</w:t>
      </w:r>
    </w:p>
    <w:p>
      <w:pPr>
        <w:jc w:val="right"/>
      </w:pPr>
      <w:r>
        <w:t>یہ کلمہپڑھنےکیباتنہیںہے۔ لوگ عامطورپرفیتھکالفظ اس اسمعنیمیںلےلیتےہیںکہجسنےکلمہپڑھلیا،اسکوفیتھملگیا اورپھروہجنتمیںجائےگا۔ایساکچھبھینہیںہے۔</w:t>
      </w:r>
    </w:p>
    <w:p>
      <w:r>
        <w:rPr>
          <w:b/>
        </w:rPr>
        <w:t xml:space="preserve">[1:14:13] </w:t>
      </w:r>
      <w:r>
        <w:t>zaka jaza man taq a.</w:t>
      </w:r>
    </w:p>
    <w:p>
      <w:pPr>
        <w:jc w:val="right"/>
      </w:pPr>
      <w:r>
        <w:t>ذالکجزا منت ز کا۔</w:t>
      </w:r>
    </w:p>
    <w:p>
      <w:r>
        <w:rPr>
          <w:b/>
        </w:rPr>
        <w:t xml:space="preserve">[1:14:18] </w:t>
      </w:r>
      <w:r>
        <w:t>to ab jisne apne aap ko purify kiya, purify ka matlab kya hai? jisne apne aap ko misuse of free will se bachaya, jisne aap ko hate se bachaya, jisne apne aap ko dushmani se aur tashaddud se aur yeh maar kaard se bachaya, apne aap ko . jisne apne andar khair khwahi paida ki, apne andar allah ka khauf paida kiya, apne andar allah se mohabbat paida ki,</w:t>
      </w:r>
    </w:p>
    <w:p>
      <w:pPr>
        <w:jc w:val="right"/>
      </w:pPr>
      <w:r>
        <w:t>تو اب جسنےاپنےآپکوپیوریفائیکیا، پیوریفائیکامطلب کیاہے؟ جسنےاپنے آپکو مس یوزاففریڈمسےبچایا، جسنےآپکوہیٹسےبچایا، جسنےاپنے آپکو دشمنی سے اور تشددسے اور یہ مار کارڈسےبچایا،اپنےآپکو ۔جسنےاپنے اندرخیرخواہیپیدا کی، اپنےاندراللہ کاخوفپیدا کیا، اپنےاندر اللہ سے محبتپیدا کی،</w:t>
      </w:r>
    </w:p>
    <w:p>
      <w:r>
        <w:rPr>
          <w:b/>
        </w:rPr>
        <w:t xml:space="preserve">[1:14:46] </w:t>
      </w:r>
      <w:r>
        <w:t>jisne insano ke liye dawat allah ka kaam kiya, us se personality banti hai.</w:t>
      </w:r>
    </w:p>
    <w:p>
      <w:pPr>
        <w:jc w:val="right"/>
      </w:pPr>
      <w:r>
        <w:t>جسنے انسانوںکےلیے دعوت اللہکاکامکیا، اسسے پرسنیلٹیبنتیہے۔</w:t>
      </w:r>
    </w:p>
    <w:p>
      <w:r>
        <w:rPr>
          <w:b/>
        </w:rPr>
        <w:t xml:space="preserve">[1:14:52] </w:t>
      </w:r>
      <w:r>
        <w:t>to jannat un logon ke liye hai jinhon ne apne andar rabbani shakhsiyat banai ho, rabbani personality banai ho. mat kalma yani parh lene se unko jannat nahi milegi.</w:t>
      </w:r>
    </w:p>
    <w:p>
      <w:pPr>
        <w:jc w:val="right"/>
      </w:pPr>
      <w:r>
        <w:t>تو جنت انلوگوںکےلیےہےجنہوںنےاپنےاندرربانی شخص یتبنانیہو، ربانیپرسنیلٹیبنائیہو۔ مت کلمہ یعنی پڑھلینےسے انکوجنتنہیںملےگی۔</w:t>
      </w:r>
    </w:p>
    <w:p>
      <w:r>
        <w:rPr>
          <w:b/>
        </w:rPr>
        <w:t xml:space="preserve">[1:15:10] </w:t>
      </w:r>
      <w:r>
        <w:t>maulana, agla sawal delhi se hai doctor tahir mustafa sahib ka. unhon ne likha hai: "how should we greet non muslims?</w:t>
      </w:r>
    </w:p>
    <w:p>
      <w:pPr>
        <w:jc w:val="right"/>
      </w:pPr>
      <w:r>
        <w:t>مولانا،اگلاسوال دلیسےہے ڈاکٹر طاہ مصطفیصاحبکا۔ انہوںنےلکھاہے: "ہاؤشوڈوی گریٹ نانمس لمز؟</w:t>
      </w:r>
    </w:p>
    <w:p>
      <w:r>
        <w:rPr>
          <w:b/>
        </w:rPr>
        <w:t xml:space="preserve">[1:15:20] </w:t>
      </w:r>
      <w:r>
        <w:t>should we say assalamualikum or secular greetings like good morning or good afternoon, especially at the places where we work ?</w:t>
      </w:r>
    </w:p>
    <w:p>
      <w:pPr>
        <w:jc w:val="right"/>
      </w:pPr>
      <w:r>
        <w:t>شوڈویسے السلامعلیکم اور سیکولرگریٹنگزلائک گڈمار ننگاورگڈاف ٹرنون، اسپیشلی ایٹ دا پلیسویرویورک ؟</w:t>
      </w:r>
    </w:p>
    <w:p>
      <w:r>
        <w:rPr>
          <w:b/>
        </w:rPr>
        <w:t xml:space="preserve">[1:15:30] </w:t>
      </w:r>
      <w:r>
        <w:t>kindly advise. "dekhiye, jaisa mauqa ho, aap waisa kijiye. lekin assalamualikum wa rahmatullah kehna bilkul sahi hai aur bilkul theek hai. is mein koi harj ki baat nahi hai.</w:t>
      </w:r>
    </w:p>
    <w:p>
      <w:pPr>
        <w:jc w:val="right"/>
      </w:pPr>
      <w:r>
        <w:t>کائنڈلیایڈوائس۔ "دیکھیے،جیساموقعہو ، آپ ویساکیجئے۔ لیکن السلامعلیکم ورحمۃاللہ کہنابالکل صحیحہے اور بالکلٹھیکہے۔اسمیںکوئیحرجکیباتنہیںہے۔</w:t>
      </w:r>
    </w:p>
    <w:p>
      <w:r>
        <w:rPr>
          <w:b/>
        </w:rPr>
        <w:t xml:space="preserve">[1:15:45] </w:t>
      </w:r>
      <w:r>
        <w:t>aap assalam ko mahaul jaisa hai, agar wahan par mahaul hai assalamualikum kehne ka to woh kahiye. nahi to aap good morning ka mauqa ho to good morning kahiye.</w:t>
      </w:r>
    </w:p>
    <w:p>
      <w:pPr>
        <w:jc w:val="right"/>
      </w:pPr>
      <w:r>
        <w:t>آپ السلام کو ماحولجیساہے، اگروہاںپرماحولہے السلامعلیکمکہنےکاتو وہ کہیے۔ نہیںتوآپ گڈمارننگکاموقعہوتوگڈمارننگکہیے۔</w:t>
      </w:r>
    </w:p>
    <w:p>
      <w:r>
        <w:rPr>
          <w:b/>
        </w:rPr>
        <w:t xml:space="preserve">[1:15:54] </w:t>
      </w:r>
      <w:r>
        <w:t>yani assalamualikum kehne mein harghiz harghiz koi harj nahi hai, bilkul harj nahi hai. is mein aap keh sakte hain. pichli baar maine yeh baat kahi thi pichle sunday mein ke namaz hum parhte hain jab to hum munh pher ke kehte hain: "assalamualikum wa rahmatullah" . assalamualikum wa rahmatullah to galat taur par yeh log samajhte hain ke hum farishton ko salam kar rahe hain.</w:t>
      </w:r>
    </w:p>
    <w:p>
      <w:pPr>
        <w:jc w:val="right"/>
      </w:pPr>
      <w:r>
        <w:t>یعنیالسلام علیکمکہنےمیں ہرگزہرگزکوئیحرجنہیںہے، بالکل حرجنہیںہے۔اسمیںآپکہہسکتےہیں۔ پچھلیبار میںنے یہباتکہیتھی پچھلےسنڈےمیں کہ نمازہمپڑھتےہیںجب توہم منہپھیرکےکہتےہیں:"السلامعلیکمورحمۃاللہ" ۔السلامعلیکمورحمۃاللہ تو غلططورپریہلوگسمجھتےہیںکہہمفرشتوںکوسلامکررہےہیں۔</w:t>
      </w:r>
    </w:p>
    <w:p>
      <w:r>
        <w:rPr>
          <w:b/>
        </w:rPr>
        <w:t xml:space="preserve">[1:16:17] </w:t>
      </w:r>
      <w:r>
        <w:t>nahi, sare insano ko salam kar rahe hain. to har namaz mein aap yani practically yeh hi karte hain ke sare insano ko kehte hain ke: "assalamualikum" . peace be upon you, peace be upon you.</w:t>
      </w:r>
    </w:p>
    <w:p>
      <w:pPr>
        <w:jc w:val="right"/>
      </w:pPr>
      <w:r>
        <w:t>نہیں ، سارےانسانوںکوسلامکررہےہیں۔ تو ہرنمازمیںآپ یعنی پریکٹیکلییہیکرتے ہیں کہ سارےانسانوںکوکہتےہیںکہ:"السلامعلیکم"۔پیسبیاپیو،پیسبیاپ یو۔</w:t>
      </w:r>
    </w:p>
    <w:p>
      <w:r>
        <w:rPr>
          <w:b/>
        </w:rPr>
        <w:t xml:space="preserve">[1:16:31] </w:t>
      </w:r>
      <w:r>
        <w:t>to wohi aap jab place pe bhi kar sakte hain, lekin yeh nahi ke aap khwamkhwah assalamualikum kahein, kyunke is se aap aadmi samjhe ke aap fundamentalist hain.</w:t>
      </w:r>
    </w:p>
    <w:p>
      <w:pPr>
        <w:jc w:val="right"/>
      </w:pPr>
      <w:r>
        <w:t>تو وہیآپ جاب پلیسبھیکرسکتےہیں، لیکن یہنہیںکہآپ خوامخواہالسلامعلیکم کہیں، کیونکہ اسسےآپ آدمیسمجھےکہآپ فنڈامینٹلسٹہیں۔</w:t>
      </w:r>
    </w:p>
    <w:p>
      <w:r>
        <w:rPr>
          <w:b/>
        </w:rPr>
        <w:t xml:space="preserve">[1:16:42] </w:t>
      </w:r>
      <w:r>
        <w:t>agar wahan matlab hai ke aap fundamentalist samjha jaye aap ko to harghiz mat kahiye. aap</w:t>
      </w:r>
    </w:p>
    <w:p>
      <w:pPr>
        <w:jc w:val="right"/>
      </w:pPr>
      <w:r>
        <w:t>اگر وہاں مطلبہےکہآپفنڈامینٹلسٹسمجھاجائےآپکوتوہرگزمتکہیے۔آپ</w:t>
      </w:r>
    </w:p>
    <w:p>
      <w:r>
        <w:rPr>
          <w:b/>
        </w:rPr>
        <w:t xml:space="preserve">[1:16:47] </w:t>
      </w:r>
      <w:r>
        <w:t>phir to aap good morning kahiye. agar is qism ke ka mauqa ho ke ke yeh bada fundamentalist hai to fundamentalism, extremism, ghuliyyat to buri cheezein hain.</w:t>
      </w:r>
    </w:p>
    <w:p>
      <w:pPr>
        <w:jc w:val="right"/>
      </w:pPr>
      <w:r>
        <w:t>پھرتوآپ گڈمارننگکہیے۔ اگر اس قسم کے کا موقع ہوکہ کہیہبڑافنڈامینٹلسٹہے تو فنڈامینٹلزم،ایکسٹریمزم،غولییہتوبریچیزیںہیں۔</w:t>
      </w:r>
    </w:p>
    <w:p>
      <w:r>
        <w:rPr>
          <w:b/>
        </w:rPr>
        <w:t xml:space="preserve">[1:17:02] </w:t>
      </w:r>
      <w:r>
        <w:t>to mauqa ke lehaz se aap kar sakte hain. baqi ghair muslimon ko assalamualikum kehne mein koi harj nahi hai. maulana, unka ek aur</w:t>
      </w:r>
    </w:p>
    <w:p>
      <w:pPr>
        <w:jc w:val="right"/>
      </w:pPr>
      <w:r>
        <w:t>تو موقع کےلحاظسےآپ کرسکتےہیں۔ باقی غیر مسلموںکو السلامعلیکمکہنےمیںکوئیحرجنہیںہے۔ مولانا،انکا ایکاور</w:t>
      </w:r>
    </w:p>
    <w:p>
      <w:r>
        <w:rPr>
          <w:b/>
        </w:rPr>
        <w:t xml:space="preserve">[1:17:12] </w:t>
      </w:r>
      <w:r>
        <w:t>sawal hai. unhon ne aapse poocha hai ke: "should husband pay for wife's zakat? "for example, zakat on jewelry.</w:t>
      </w:r>
    </w:p>
    <w:p>
      <w:pPr>
        <w:jc w:val="right"/>
      </w:pPr>
      <w:r>
        <w:t>سوال ہے۔ انہوںنےآپسےپوچھاہےکہ: "شوڈ ہسبینڈ پےفار وائفز کوۃ؟ "فار ایگزامپل، زکوۃ ان جیولری۔</w:t>
      </w:r>
    </w:p>
    <w:p>
      <w:r>
        <w:rPr>
          <w:b/>
        </w:rPr>
        <w:t xml:space="preserve">[1:17:21] </w:t>
      </w:r>
      <w:r>
        <w:t>iske bare mein batayein. kya matlab? ke maulana, hum apni wife ki taraf se kya husband ko zakat kya woh pay kar sakte hain? zakat jaise khaas kar jo jewelry hoti hai, to uske liye kya woh de sakte hain zakat? kya matlab?</w:t>
      </w:r>
    </w:p>
    <w:p>
      <w:pPr>
        <w:jc w:val="right"/>
      </w:pPr>
      <w:r>
        <w:t>اسکےبارےمیں بتائیں۔ کیا مطلب ؟کہ مولانا، ہم اپنی وائفکیطرف سےکیا ہسبینڈکو زکوۃ کیا وہپےکرسکتےہیں؟زکوۃ جیسے خاص کرجوجیولریہوتیہے، تو اسکےلیےکیا وہ دےسکتےہیںزکوۃ ؟کیا مطلب ؟</w:t>
      </w:r>
    </w:p>
    <w:p>
      <w:r>
        <w:rPr>
          <w:b/>
        </w:rPr>
        <w:t xml:space="preserve">[1:17:36] </w:t>
      </w:r>
      <w:r>
        <w:t>samjha nahi maine. kya matlab? isko</w:t>
      </w:r>
    </w:p>
    <w:p>
      <w:pPr>
        <w:jc w:val="right"/>
      </w:pPr>
      <w:r>
        <w:t>سمجھا نہیںمیں۔ کیا مطلب؟اسکو</w:t>
      </w:r>
    </w:p>
    <w:p>
      <w:r>
        <w:rPr>
          <w:b/>
        </w:rPr>
        <w:t xml:space="preserve">[1:17:42] </w:t>
      </w:r>
      <w:r>
        <w:t>bhai dekhiye, zakat jo hai jis par wajib hai, woh de tab zakat ada hogi. koi aur kar de to ada nahi hogi. matlab agar farz kiye biwi par wajib hai aur biwi khud to deti nahi aur shohar ne de diya to us se zakat ada nahi hogi.</w:t>
      </w:r>
    </w:p>
    <w:p>
      <w:pPr>
        <w:jc w:val="right"/>
      </w:pPr>
      <w:r>
        <w:t>بھئیدیکھیے،زکوۃجوہے جسپر واجبہے، وہ دےتبزکوۃاداہوگی۔ کوئیاورکردےتوادانہیںہوگی۔ مطلباگر فرضکیےبیویپرواجبہے اوربیویخودتودیتینہیں اور شوہرنےدےدیا تو اسسےزکوۃ ادانہیںہوگی۔</w:t>
      </w:r>
    </w:p>
    <w:p>
      <w:r>
        <w:rPr>
          <w:b/>
        </w:rPr>
        <w:t xml:space="preserve">[1:17:59] </w:t>
      </w:r>
      <w:r>
        <w:t>jiske opr farz hai, mislan namaz hai, namaz jis par farz hai, woh namaz parhe to namaz ada ho gi. iske bande ko koi namaz dosra parh de to namaz ada nahi hui .</w:t>
      </w:r>
    </w:p>
    <w:p>
      <w:pPr>
        <w:jc w:val="right"/>
      </w:pPr>
      <w:r>
        <w:t>جسکےاوپر فرضہے، مثلاًنمازہے، نماز جسپرفرضہے،وہنمازپڑھےتونمازاداہوگی۔ اسکےبندےکوئینمازدوسراپڑھدےتو نمازادانہیںہوئی ۔</w:t>
      </w:r>
    </w:p>
    <w:p>
      <w:r>
        <w:rPr>
          <w:b/>
        </w:rPr>
        <w:t xml:space="preserve">[1:18:08] </w:t>
      </w:r>
      <w:r>
        <w:t>to tamam jis tarah islam ke jitne bhi aamal hain, chahe namaz ho ya zakat ho ya kuch bhi ho , roza ho , jis par wajib hai, woh kare ga tab ada ho gi.</w:t>
      </w:r>
    </w:p>
    <w:p>
      <w:pPr>
        <w:jc w:val="right"/>
      </w:pPr>
      <w:r>
        <w:t>توتمام جس طرح اسلام کےجتنےبھیاعمالہیں، چاہےنمازہویازکوۃہویاکچھبھیہو ، روزہہو ، جسپر واجبہے، وہ کرےگاتباداہوگی۔</w:t>
      </w:r>
    </w:p>
    <w:p>
      <w:r>
        <w:rPr>
          <w:b/>
        </w:rPr>
        <w:t xml:space="preserve">[1:18:19] </w:t>
      </w:r>
      <w:r>
        <w:t>iske badle koi aur kar de to ada nahi ho gi.</w:t>
      </w:r>
    </w:p>
    <w:p>
      <w:pPr>
        <w:jc w:val="right"/>
      </w:pPr>
      <w:r>
        <w:t>اسکےبدلےکوئیاورکردے تو ادانہیںہوگی۔</w:t>
      </w:r>
    </w:p>
    <w:p>
      <w:r>
        <w:rPr>
          <w:b/>
        </w:rPr>
        <w:t xml:space="preserve">[1:18:24] </w:t>
      </w:r>
      <w:r>
        <w:t>sirf haj badal aik cheez hai jis mein exception hai, lekin mehdood maano mein hai. yani jab marne wale ne wasiyat ki ho aur maal chora ho ke mere badle kar dena, tab woh haj badal banega. yani aaj kal jo rawaj hai ke haj badal log karwate hain, woh to bilkul bekari hai.</w:t>
      </w:r>
    </w:p>
    <w:p>
      <w:pPr>
        <w:jc w:val="right"/>
      </w:pPr>
      <w:r>
        <w:t>صرفحج بدل ایکچیزہےجسمیں ایکسیپشنہے،لیکن محدودمعنیمیںہے۔ یعنیجب مرنےوالے نے وصیتکیہو اور مال چھوڑاہو کہمیرےبد لے کردینا، تب وہحجبدلبنےگا۔یعنیآجکلجورواجہے کہحجبدللوگکرواتےہیں،وہتوبالکل بیکارہے۔</w:t>
      </w:r>
    </w:p>
    <w:p>
      <w:r>
        <w:rPr>
          <w:b/>
        </w:rPr>
        <w:t xml:space="preserve">[1:18:42] </w:t>
      </w:r>
      <w:r>
        <w:t>woh hargiz hargiz woh haj haj</w:t>
      </w:r>
    </w:p>
    <w:p>
      <w:pPr>
        <w:jc w:val="right"/>
      </w:pPr>
      <w:r>
        <w:t>وہ ہرگزہرگزوہحجحج</w:t>
      </w:r>
    </w:p>
    <w:p>
      <w:r>
        <w:rPr>
          <w:b/>
        </w:rPr>
        <w:t xml:space="preserve">[1:18:44] </w:t>
      </w:r>
      <w:r>
        <w:t>nahi hai. haj badal bohat hi mehdood maano mein hai. iske shart hai ke is aadmi ne do shartain hain. aik yeh ke is aadmi ne wasiyat ki ho aur dosra maal chora ho.</w:t>
      </w:r>
    </w:p>
    <w:p>
      <w:pPr>
        <w:jc w:val="right"/>
      </w:pPr>
      <w:r>
        <w:t>نہیںہے۔ حج بدلبہتہی محدودمعنیمیںہے۔ اسکے شرطہےکہ اس آدمینے دوشرطیںہیں۔ ایک یہکہاسآدمینےوصیتکیہو اوردوسرا مالچھوڑاہو۔</w:t>
      </w:r>
    </w:p>
    <w:p>
      <w:r>
        <w:rPr>
          <w:b/>
        </w:rPr>
        <w:t xml:space="preserve">[1:18:57] </w:t>
      </w:r>
      <w:r>
        <w:t>yani to wasiyat ki ho ke meri taraf se kar dena, mein to mar raha hoon, mein nahi kar paoonga, aur is maal ko le kar haj kar dena. to woh woh haj badal hai, aur woh haj badal ka sawab hai.</w:t>
      </w:r>
    </w:p>
    <w:p>
      <w:pPr>
        <w:jc w:val="right"/>
      </w:pPr>
      <w:r>
        <w:t>یعنی تو وصیت کیہوکہ میریطرفسےکردینا،میںتومررہاہوں، میںنہیں کرپاؤںگا، اوراس مالکو لےکر حجکردینا۔تووہوہحج بدلہے، اوروہحجبدلکا ثوابہے۔</w:t>
      </w:r>
    </w:p>
    <w:p>
      <w:r>
        <w:rPr>
          <w:b/>
        </w:rPr>
        <w:t xml:space="preserve">[1:19:10] </w:t>
      </w:r>
      <w:r>
        <w:t>baqi aaj kal jo haj badal karwate hain log , woh to bilkul abas hai, besilis hai. iska koi sawab kuch nahi hai. woh to aik rawaj hai.</w:t>
      </w:r>
    </w:p>
    <w:p>
      <w:pPr>
        <w:jc w:val="right"/>
      </w:pPr>
      <w:r>
        <w:t>باقیآج کلجوحجبدلکراتےہیںلوگ ،وہتوبالکل عبثہے، بیسلیسہے۔ اسکاکوئیثواب کچھنہیں ہے۔ وہتوایکرواجہے۔</w:t>
      </w:r>
    </w:p>
    <w:p>
      <w:r>
        <w:rPr>
          <w:b/>
        </w:rPr>
        <w:t xml:space="preserve">[1:19:22] </w:t>
      </w:r>
      <w:r>
        <w:t>maulana, agar yeh sawal anant naak kashmir se hai muhammad saleem sahib ka . unho ne aap se poocha hai: "should the daa gift preference to conversion or conviction while doing da'wah work?</w:t>
      </w:r>
    </w:p>
    <w:p>
      <w:pPr>
        <w:jc w:val="right"/>
      </w:pPr>
      <w:r>
        <w:t>مولانا،اگلاسوال اننت ناک کشمیرسےہے محمد سلیم صاحبکا ۔ انہوںنے آپسےپوچھاہے: "شوڈدا دائیگفٹپریفرنس ٹوکنور ژن اور کن وکشن وائلڈوئنگ دعویٰورک؟</w:t>
      </w:r>
    </w:p>
    <w:p>
      <w:r>
        <w:rPr>
          <w:b/>
        </w:rPr>
        <w:t xml:space="preserve">[1:19:37] </w:t>
      </w:r>
      <w:r>
        <w:t>"iske bare mein bataein.</w:t>
      </w:r>
    </w:p>
    <w:p>
      <w:pPr>
        <w:jc w:val="right"/>
      </w:pPr>
      <w:r>
        <w:t>"اسکےبارےمیںبت ائیں۔</w:t>
      </w:r>
    </w:p>
    <w:p>
      <w:r>
        <w:rPr>
          <w:b/>
        </w:rPr>
        <w:t xml:space="preserve">[1:19:39] </w:t>
      </w:r>
      <w:r>
        <w:t>dekhein, hamara target conversion nahi hai. hum ne bari bari yeh baat kahi hai. conversion nahi hai. hamara da'wah , hamara jo target hai, woh sachai logon tak pohanchana.</w:t>
      </w:r>
    </w:p>
    <w:p>
      <w:pPr>
        <w:jc w:val="right"/>
      </w:pPr>
      <w:r>
        <w:t>دیکھیں،ہمارا ٹارگٹکنورژننہیںہے۔ ہمنےبار باریہباتکہیہے۔ کنورژننہیںہے۔ہمارادعویٰ ،ہماراجوٹارگٹہے، وہ سچائیلوگوںتکپہنچانا۔</w:t>
      </w:r>
    </w:p>
    <w:p>
      <w:r>
        <w:rPr>
          <w:b/>
        </w:rPr>
        <w:t xml:space="preserve">[1:19:49] </w:t>
      </w:r>
      <w:r>
        <w:t>woh unka apne choice ki baat hai. conversion aadmi ka apne choice ki baat hai. woh hamara target nahi hai. farq samjhein is baat ko ke conversion woh hamara target nahi hai, is aadmi ke choice ki baat hai ke woh kia choice leta hai apne liye.</w:t>
      </w:r>
    </w:p>
    <w:p>
      <w:pPr>
        <w:jc w:val="right"/>
      </w:pPr>
      <w:r>
        <w:t>وہ انکااپنے چوائسکیباتہے۔ کن ورژنآدمیکااپنےچوائسکیبات ہے۔وہہماراٹارگٹنہیںہے۔ فرقسمجھئےاسباتکو کہ کن ورژنجوہماراٹارگٹنہیںہے، اس آدمیکےچوائسکیباتہےکہ وہکیا چوائسلیتاہےاپنےلیے۔</w:t>
      </w:r>
    </w:p>
    <w:p>
      <w:r>
        <w:rPr>
          <w:b/>
        </w:rPr>
        <w:t xml:space="preserve">[1:20:06] </w:t>
      </w:r>
      <w:r>
        <w:t>h</w:t>
      </w:r>
    </w:p>
    <w:p>
      <w:pPr>
        <w:jc w:val="right"/>
      </w:pPr>
      <w:r>
        <w:t>ہ</w:t>
      </w:r>
    </w:p>
    <w:p>
      <w:r>
        <w:rPr>
          <w:b/>
        </w:rPr>
        <w:t xml:space="preserve">[1:20:07] </w:t>
      </w:r>
      <w:r>
        <w:t>matlab sirf pohanchate hain, pohanchate hain, pohanchate hain bas. aur aur hamara koi target nahi hai.</w:t>
      </w:r>
    </w:p>
    <w:p>
      <w:pPr>
        <w:jc w:val="right"/>
      </w:pPr>
      <w:r>
        <w:t>متوصرفپہنچاتےہیں،پہنچاتےہیں،پہنچاتےہیںبس۔ اور اورہماراکوئیٹارگٹنہیںہے۔</w:t>
      </w:r>
    </w:p>
    <w:p>
      <w:r>
        <w:rPr>
          <w:b/>
        </w:rPr>
        <w:t xml:space="preserve">[1:20:15] </w:t>
      </w:r>
      <w:r>
        <w:t>maulana, agar yeh sawal dilli se hai aprateeq, mr prateek sharma ka. unho ne likha hai: "i am extremely delighted and thankful to allah since i have accepted islam .</w:t>
      </w:r>
    </w:p>
    <w:p>
      <w:pPr>
        <w:jc w:val="right"/>
      </w:pPr>
      <w:r>
        <w:t>مولانا،اگلاسوال دلیسےہے اہپرتیق،مسٹرپرتیقشرماکا۔انہوںنےلکھاہے: "آئیایمایکسٹریملیڈیلائٹڈاینڈتھینکفلٹواللہ سنسآئیہیو ایکسیپٹڈاسلام ۔</w:t>
      </w:r>
    </w:p>
    <w:p>
      <w:r>
        <w:rPr>
          <w:b/>
        </w:rPr>
        <w:t xml:space="preserve">[1:20:28] </w:t>
      </w:r>
      <w:r>
        <w:t>being a muslim, tomorrow what is my first birthday. should i do anything on this day</w:t>
      </w:r>
    </w:p>
    <w:p>
      <w:pPr>
        <w:jc w:val="right"/>
      </w:pPr>
      <w:r>
        <w:t>بینگامسلم ،ٹومارواٹسمائیفرسٹ برتھڈے۔ شوڈآئیڈواینیتھنگان دسڈے</w:t>
      </w:r>
    </w:p>
    <w:p>
      <w:r>
        <w:rPr>
          <w:b/>
        </w:rPr>
        <w:t xml:space="preserve">[1:20:35] </w:t>
      </w:r>
      <w:r>
        <w:t>? i am not very punctual in offering the five prayers on a daily basis, but i am punctual in doing da'wah work.</w:t>
      </w:r>
    </w:p>
    <w:p>
      <w:pPr>
        <w:jc w:val="right"/>
      </w:pPr>
      <w:r>
        <w:t>؟ آئیایمناٹویری پنچ ولان افرنگ دا فائیوپریئرز اناڈیلیبیسس، بٹآئیایمپنچ ولان ڈوئنگ دعویٰورک۔</w:t>
      </w:r>
    </w:p>
    <w:p>
      <w:r>
        <w:rPr>
          <w:b/>
        </w:rPr>
        <w:t xml:space="preserve">[1:20:45] </w:t>
      </w:r>
      <w:r>
        <w:t>i always keep quran on my bag. molana sahib, i want to be very patient about islam, but negativity around me , my community , my family discourages me.</w:t>
      </w:r>
    </w:p>
    <w:p>
      <w:pPr>
        <w:jc w:val="right"/>
      </w:pPr>
      <w:r>
        <w:t>آئیالویزکیپقرآنانمائیبیگ۔ مول اناصاحب،آئیوانٹٹوبیویریپیشن ٹاباؤٹاسلام ،بٹ نیگیٹیوٹیاراؤنڈمی ، مائیکمیونٹی ،مائیفیملی ڈسکر جزمی۔</w:t>
      </w:r>
    </w:p>
    <w:p>
      <w:r>
        <w:rPr>
          <w:b/>
        </w:rPr>
        <w:t xml:space="preserve">[1:20:57] </w:t>
      </w:r>
      <w:r>
        <w:t>what should i do in this situation?" kuch nahi, bas aap</w:t>
      </w:r>
    </w:p>
    <w:p>
      <w:pPr>
        <w:jc w:val="right"/>
      </w:pPr>
      <w:r>
        <w:t>واٹشوڈآئیڈواندسسچویشن؟" کچھنہیں،بسآپ</w:t>
      </w:r>
    </w:p>
    <w:p>
      <w:r>
        <w:rPr>
          <w:b/>
        </w:rPr>
        <w:t xml:space="preserve">[1:21:03] </w:t>
      </w:r>
      <w:r>
        <w:t>yeh kitab padhein aur dua karein. aur koi iski dosra tareeqa nahi hai. apni study barhaein, apni study barhaein, aur jo maslay hain unki dua karein.</w:t>
      </w:r>
    </w:p>
    <w:p>
      <w:pPr>
        <w:jc w:val="right"/>
      </w:pPr>
      <w:r>
        <w:t>یہکتاب یںپڑھیےاور دعاکیجئے۔ اور کوئیاسکی دوسراطریقہنہیںہے۔ اپنی اسٹڈیبڑھائیے، اپنی اسٹڈیبڑھائیے، اور جو مسئلےہیںانکودعاکیجئے۔</w:t>
      </w:r>
    </w:p>
    <w:p>
      <w:r>
        <w:rPr>
          <w:b/>
        </w:rPr>
        <w:t xml:space="preserve">[1:21:16] </w:t>
      </w:r>
      <w:r>
        <w:t>aur teesra koi baat nahi hai.</w:t>
      </w:r>
    </w:p>
    <w:p>
      <w:pPr>
        <w:jc w:val="right"/>
      </w:pPr>
      <w:r>
        <w:t>اور تیسریکوئیباتنہیںہے۔</w:t>
      </w:r>
    </w:p>
    <w:p>
      <w:r>
        <w:rPr>
          <w:b/>
        </w:rPr>
        <w:t xml:space="preserve">[1:21:21] </w:t>
      </w:r>
      <w:r>
        <w:t>maulana, agar yeh sawal dilli se hai abdul rehman sahib ka .</w:t>
      </w:r>
    </w:p>
    <w:p>
      <w:pPr>
        <w:jc w:val="right"/>
      </w:pPr>
      <w:r>
        <w:t>مولانا،اگلاسوال دلیسےہے عبد الرحمنصاحبکا ۔</w:t>
      </w:r>
    </w:p>
    <w:p>
      <w:r>
        <w:rPr>
          <w:b/>
        </w:rPr>
        <w:t xml:space="preserve">[1:21:25] </w:t>
      </w:r>
      <w:r>
        <w:t>unho ne likha hai: "molana sahib, kindly make us comprehend what is respect, self respect and insult.</w:t>
      </w:r>
    </w:p>
    <w:p>
      <w:pPr>
        <w:jc w:val="right"/>
      </w:pPr>
      <w:r>
        <w:t>انہوںنےلکھاہے: "مول اناصاحب،کائنڈلی میکاس کمپریہینڈ واٹاز ریسپیکٹ ،سیلفریسپیکٹ اینڈ انسلٹ۔</w:t>
      </w:r>
    </w:p>
    <w:p>
      <w:r>
        <w:rPr>
          <w:b/>
        </w:rPr>
        <w:t xml:space="preserve">[1:21:34] </w:t>
      </w:r>
      <w:r>
        <w:t>also please explain the meaning of Quranic verse. "t yzmn tish o tzlo mntish a.</w:t>
      </w:r>
    </w:p>
    <w:p>
      <w:pPr>
        <w:jc w:val="right"/>
      </w:pPr>
      <w:r>
        <w:t>الس وپلیزایکسپلیندامیننگاف قرآنک ورس۔ "ت یزمن تش او تزلو منتش ا۔</w:t>
      </w:r>
    </w:p>
    <w:p>
      <w:r>
        <w:rPr>
          <w:b/>
        </w:rPr>
        <w:t xml:space="preserve">[1:21:44] </w:t>
      </w:r>
      <w:r>
        <w:t>dekhein, self respect to mein nahi manta. islam mein hargiz nahi hai. self respect jo hai, woh</w:t>
      </w:r>
    </w:p>
    <w:p>
      <w:pPr>
        <w:jc w:val="right"/>
      </w:pPr>
      <w:r>
        <w:t>دیکھیں،سیلفریسپیکٹتو میںنہیںمانتا۔ اسلام میںہرگزنہیںہے۔ سیلفریسپیکٹجوہے، وہ</w:t>
      </w:r>
    </w:p>
    <w:p>
      <w:r>
        <w:rPr>
          <w:b/>
        </w:rPr>
        <w:t xml:space="preserve">[1:21:51] </w:t>
      </w:r>
      <w:r>
        <w:t>selfpride hai. is selfrespect, selfpride ka ek beautiful naam hai. dekhen, islam mein jo bari cheez mani jati hai, woh modesty hai.</w:t>
      </w:r>
    </w:p>
    <w:p>
      <w:pPr>
        <w:jc w:val="right"/>
      </w:pPr>
      <w:r>
        <w:t>سیلفپرائیڈہے۔ اس سیلفریسپیکٹ،سیلفپرائیڈکا ایکبیوٹیفلنامہے۔ دیکھیں،اسلام میںجو بڑیچیزمانیجاتیہے،وہماڈیسٹیہے۔</w:t>
      </w:r>
    </w:p>
    <w:p>
      <w:r>
        <w:rPr>
          <w:b/>
        </w:rPr>
        <w:t xml:space="preserve">[1:22:03] </w:t>
      </w:r>
      <w:r>
        <w:t>modesty to modesty logon mein hoti nahin, aur pride hota hai. to ek beautiful lafz bana rakha hai: selfrespect, selfrespect, selfesteem.</w:t>
      </w:r>
    </w:p>
    <w:p>
      <w:pPr>
        <w:jc w:val="right"/>
      </w:pPr>
      <w:r>
        <w:t>ماڈیسٹی تو ماڈیسٹیلوگوںمیںہوتینہیں، اورپرائیڈہوتاہے۔ تو ایکبیوٹیفللفظبنارکھاہے:سیلفریسپیکٹ،سیلفریسپیکٹ،سیلفاسٹیم۔</w:t>
      </w:r>
    </w:p>
    <w:p>
      <w:r>
        <w:rPr>
          <w:b/>
        </w:rPr>
        <w:t xml:space="preserve">[1:22:14] </w:t>
      </w:r>
      <w:r>
        <w:t>yeh bilkul islam mein nahin hai. main isko bilkul hi yani khurafat samajhta hoon.</w:t>
      </w:r>
    </w:p>
    <w:p>
      <w:pPr>
        <w:jc w:val="right"/>
      </w:pPr>
      <w:r>
        <w:t>یہ بالکل اسلام میںنہیںہے۔ میںاسکوبالکلہی یعنی خرافاتسمجھتاہوں۔</w:t>
      </w:r>
    </w:p>
    <w:p>
      <w:r>
        <w:rPr>
          <w:b/>
        </w:rPr>
        <w:t xml:space="preserve">[1:22:20] </w:t>
      </w:r>
      <w:r>
        <w:t>is lafz se hi mujhe wahshat hoti hai: selfrespect aur selfesteem. modesty kahiye, modesty. insaan ke andar jo sifat honi chahiye, woh modesty ki, tawazu ki.</w:t>
      </w:r>
    </w:p>
    <w:p>
      <w:pPr>
        <w:jc w:val="right"/>
      </w:pPr>
      <w:r>
        <w:t>اسلفظہیسےمجھےوحشتہوتیہے: سیلفریسپیکٹاورسیلفاسٹیم۔ ماڈیسٹیکہیے،ماڈیسٹی۔ انسان کےاندرجو صفتہونیچاہیے،وہماڈیسٹیکی ،تواضعکی۔</w:t>
      </w:r>
    </w:p>
    <w:p>
      <w:r>
        <w:rPr>
          <w:b/>
        </w:rPr>
        <w:t xml:space="preserve">[1:22:33] </w:t>
      </w:r>
      <w:r>
        <w:t>bas yeh, yeh, yeh, yeh selfrespect aur selfesteem ka lafz jo hai, ismein munafiqat ki boo aati hai. mujhe munafiqat ki, mujhe bilkul yeh pasand nahin hai. maine islam mein kahin bhi kisi quran o hadith mein nahin paya ke yeh bhi koi cheez hai.</w:t>
      </w:r>
    </w:p>
    <w:p>
      <w:pPr>
        <w:jc w:val="right"/>
      </w:pPr>
      <w:r>
        <w:t>بس یہ،یہ، یہ،یہ سیلفریسپیکٹ اورسیلفاسٹیم کالفظجوہے، اسمیںمنافقتکیبوآتیہے۔مجھے منافقت کی، مجھےبالکل یہ پسندنہیںہے۔میںنےاسلام میںکہیں بھی کسی قرآنوحدیثمیںنہیںپایا کہیہبھیکوئیچیزہے۔</w:t>
      </w:r>
    </w:p>
    <w:p>
      <w:r>
        <w:rPr>
          <w:b/>
        </w:rPr>
        <w:t xml:space="preserve">[1:22:50] </w:t>
      </w:r>
      <w:r>
        <w:t>selfrespect aur selfesteem ka jo concept hai, woh maine quran o hadith mein kahin nahin paya. maulana, agla sawal delhi se hai shah imran hasan sahab ka.</w:t>
      </w:r>
    </w:p>
    <w:p>
      <w:pPr>
        <w:jc w:val="right"/>
      </w:pPr>
      <w:r>
        <w:t>سیلفریسپیکٹاورسیلفاسٹیم کاجو کانسیپٹہے، وہ میںنےقرآنوحدیثمیںکہیںنہیںپایا۔ مولانا،اگلاسوال دلیسےہے شاہ عمران حسنصاحبکا ۔</w:t>
      </w:r>
    </w:p>
    <w:p>
      <w:r>
        <w:rPr>
          <w:b/>
        </w:rPr>
        <w:t xml:space="preserve">[1:23:00] </w:t>
      </w:r>
      <w:r>
        <w:t>unhone likha hai ke quran ke chapter 18, verse number 54 mein aaya hai ke insaan jhagralu hai.</w:t>
      </w:r>
    </w:p>
    <w:p>
      <w:pPr>
        <w:jc w:val="right"/>
      </w:pPr>
      <w:r>
        <w:t>انہوںنےلکھاہے کہ قرآنکے چیپٹر 18 ،ورسنمبر 5 4 میںآیاہے کہ انسان جھگڑالوہے۔</w:t>
      </w:r>
    </w:p>
    <w:p>
      <w:r>
        <w:rPr>
          <w:b/>
        </w:rPr>
        <w:t xml:space="preserve">[1:23:10] </w:t>
      </w:r>
      <w:r>
        <w:t>iska kya matlab hai aur isko kaise explain kiya jaye? jhagralu ka matlab bahut simple hai</w:t>
      </w:r>
    </w:p>
    <w:p>
      <w:pPr>
        <w:jc w:val="right"/>
      </w:pPr>
      <w:r>
        <w:t>اسکاکیا مطلب ہےاور اسکو کیسے ایکسپلینکیا جائے ؟ جھگڑالوکامطلببہتسمپلہے</w:t>
      </w:r>
    </w:p>
    <w:p>
      <w:r>
        <w:rPr>
          <w:b/>
        </w:rPr>
        <w:t xml:space="preserve">[1:23:17] </w:t>
      </w:r>
      <w:r>
        <w:t>baat ko manta nahin, khwamkhwah حجت karta hai. aur basic baat hai apni ghalti ko na manna. jab ghalti aap nahin manenge to idhar udhar ki baatein karenge, jhooti baatein nikalenge, jhoote shoshe nikalenge.</w:t>
      </w:r>
    </w:p>
    <w:p>
      <w:pPr>
        <w:jc w:val="right"/>
      </w:pPr>
      <w:r>
        <w:t>: باتکومانتانہیں ، خوامخواہ حجتکرتاہے۔ اوربیسکباتہےاپنی غلطیکونہماننا۔ جب غلطیآپنہیں مانیںگے تو ادھرادھرکیباتیںکریںگے، جھوٹیباتیںنکالیںگے، جھوٹےشوشےنکالیںگے۔</w:t>
      </w:r>
    </w:p>
    <w:p>
      <w:r>
        <w:rPr>
          <w:b/>
        </w:rPr>
        <w:t xml:space="preserve">[1:23:33] </w:t>
      </w:r>
      <w:r>
        <w:t>iska khulasa ismein yahi hai ke aadmi ghalti ko manta nahin. i was wrong, yeh yeh keh nahin pata to doosre ko ghalat sabit karta hai.</w:t>
      </w:r>
    </w:p>
    <w:p>
      <w:pPr>
        <w:jc w:val="right"/>
      </w:pPr>
      <w:r>
        <w:t>اسکاخلاصہاسمیںیہیہےکہآدمی غلطیکومانتانہیں۔ آئیوازرونگ،یہ یہکہہنہیںپاتا تو دوسرےکوغلطثابتکرتاہے۔</w:t>
      </w:r>
    </w:p>
    <w:p>
      <w:r>
        <w:rPr>
          <w:b/>
        </w:rPr>
        <w:t xml:space="preserve">[1:23:43] </w:t>
      </w:r>
      <w:r>
        <w:t>jhagralu ke maani yeh hain ke apne ko ghalat na mankar ke doosre ko ghalat sabit karta hai. woh halanke isko kehna chahiye ke i was wrong.</w:t>
      </w:r>
    </w:p>
    <w:p>
      <w:pPr>
        <w:jc w:val="right"/>
      </w:pPr>
      <w:r>
        <w:t>جھگڑالوکےمعنییہہیںکہاپنے کوغلطنہمانکرکے دوسرے کو غلطثابتکرتاہے۔وہ حالانکہاسکوکہناچاہیےکہآئیوازرونگ۔</w:t>
      </w:r>
    </w:p>
    <w:p>
      <w:r>
        <w:rPr>
          <w:b/>
        </w:rPr>
        <w:t xml:space="preserve">[1:23:54] </w:t>
      </w:r>
      <w:r>
        <w:t>to jhagralu ke maani yahi hain ke etiraf na karke doosre ko ghalat sabit karna, apni apni ghalti ko na mankar ke doosre ko ghalat sabit karna.</w:t>
      </w:r>
    </w:p>
    <w:p>
      <w:pPr>
        <w:jc w:val="right"/>
      </w:pPr>
      <w:r>
        <w:t>تو جھگڑالوکےمعنییہیہیںکہ اعت راف نہکرکے دوسرےکو غلطثابت کرنا، اپنی اپنیغلطیکونہ مانکرکےدوسرےکوغلطثابتکرنا۔</w:t>
      </w:r>
    </w:p>
    <w:p>
      <w:r>
        <w:rPr>
          <w:b/>
        </w:rPr>
        <w:t xml:space="preserve">[1:24:04] </w:t>
      </w:r>
      <w:r>
        <w:t>yeh allah ke nazdeek jhagralu parhne hain.</w:t>
      </w:r>
    </w:p>
    <w:p>
      <w:pPr>
        <w:jc w:val="right"/>
      </w:pPr>
      <w:r>
        <w:t>یہ اللہ کےنزدیک جھگڑوپڑھنےہیں۔</w:t>
      </w:r>
    </w:p>
    <w:p>
      <w:r>
        <w:rPr>
          <w:b/>
        </w:rPr>
        <w:t xml:space="preserve">[1:24:10] </w:t>
      </w:r>
      <w:r>
        <w:t>maulana, agla sawal delhi se hai miss naghma siddiqui ka. unhone likha hai: "der is no contradiction between islam and science.</w:t>
      </w:r>
    </w:p>
    <w:p>
      <w:pPr>
        <w:jc w:val="right"/>
      </w:pPr>
      <w:r>
        <w:t>مولانا،اگلاسوال دلیسےہے مس نغمہ صدی قیکا۔انہوںنےلکھاہے: "دیرازنو کانٹراڈکشن بٹوین اسلام اینڈ سائنس۔</w:t>
      </w:r>
    </w:p>
    <w:p>
      <w:r>
        <w:rPr>
          <w:b/>
        </w:rPr>
        <w:t xml:space="preserve">[1:24:21] </w:t>
      </w:r>
      <w:r>
        <w:t>so why muslims do not understand this? and if they do, they understand on a very little level." asal mein dekhiye, hua yeh ke jab science ka zamana aaya to usi waqt ek aur cheez aayi</w:t>
      </w:r>
    </w:p>
    <w:p>
      <w:pPr>
        <w:jc w:val="right"/>
      </w:pPr>
      <w:r>
        <w:t>سو وائی مسلمز ڈوناٹانڈرسٹینڈ دس ؟اینڈافدےڈو، دےانڈ رسٹینڈ اناویری لٹللیول۔" اصلمیںدیکھیے،ہوا یہکہ جب سائنسکا زمان ہآیاتواسیوقت ایکاورچیزآئی</w:t>
      </w:r>
    </w:p>
    <w:p>
      <w:r>
        <w:rPr>
          <w:b/>
        </w:rPr>
        <w:t xml:space="preserve">[1:24:36] </w:t>
      </w:r>
      <w:r>
        <w:t>woh hai colonialism, western colonialism. yani jo log science discover kar rahe the, to discover science dan kar rahe the.</w:t>
      </w:r>
    </w:p>
    <w:p>
      <w:pPr>
        <w:jc w:val="right"/>
      </w:pPr>
      <w:r>
        <w:t>، وہہے کل ونیل زم، ویسٹرنکل ونیلزم۔ یعنی جو لوگ سائنس ڈسکوریکررہےتھے، تو ڈسکوریسائنسدانکررہےتھے۔</w:t>
      </w:r>
    </w:p>
    <w:p>
      <w:r>
        <w:rPr>
          <w:b/>
        </w:rPr>
        <w:t xml:space="preserve">[1:24:50] </w:t>
      </w:r>
      <w:r>
        <w:t>science dan ka koi palt kar gaya aim nahin tha, to woh to apna laboratory mein kaam kar rahe hain. lekin usi mulk mein jo politicians the, unhone isko technology ko istemal kiya apne expression ke liye.</w:t>
      </w:r>
    </w:p>
    <w:p>
      <w:pPr>
        <w:jc w:val="right"/>
      </w:pPr>
      <w:r>
        <w:t>سائنسدان کا کوئیپلٹکرگیا ایمنہیںتھا، تووہتواپنا لیبارٹریمیںکامکررہےہیں۔ لیکن اسیملکمیںجوپولیٹیشنزتھے، انہوں نے اسکو کیٹیکنالوجیکواستعمال کیااپنےایکسپریشنکےلیے۔</w:t>
      </w:r>
    </w:p>
    <w:p>
      <w:r>
        <w:rPr>
          <w:b/>
        </w:rPr>
        <w:t xml:space="preserve">[1:25:05] </w:t>
      </w:r>
      <w:r>
        <w:t>is se woh cheez aayi, isko hum kehte hain nawabadiyat ya nizam ya colonialism. to log dono ko alag karke soch nahin paate, kyunke dono west se, west se aaya colonialism bhi aur west se aaya modern science bhi.</w:t>
      </w:r>
    </w:p>
    <w:p>
      <w:pPr>
        <w:jc w:val="right"/>
      </w:pPr>
      <w:r>
        <w:t>اسسے وہچیزآئی،اسکوہمکہتےہیںنوابادیاتینظام یا کلونیلزم۔ تولوگ دونوںکو الگکرکےسوچنہیںپاتے ،کیونکہدونوںاراء ویسٹسے، ویسٹ ہیسےآیاکل ونیلزمبھی اورویسٹہیسےآیا ماڈرنسائنسبھی۔</w:t>
      </w:r>
    </w:p>
    <w:p>
      <w:r>
        <w:rPr>
          <w:b/>
        </w:rPr>
        <w:t xml:space="preserve">[1:25:24] </w:t>
      </w:r>
      <w:r>
        <w:t>to alag nahin kar paate. iski wajeh se confusion ki bina par yeh aisa hota hai. agar alag karke sochen ke woh alag cheez hai, woh alag cheez hai,</w:t>
      </w:r>
    </w:p>
    <w:p>
      <w:pPr>
        <w:jc w:val="right"/>
      </w:pPr>
      <w:r>
        <w:t>توالگنہیںکرپاتے۔ اسیکیوجہسے کنفیوژنکیبناپریہایساہوتاہے۔ اگر الگکرکےسوچیں کہوہ الگچیزہے،وہالگچیزہے،</w:t>
      </w:r>
    </w:p>
    <w:p>
      <w:r>
        <w:rPr>
          <w:b/>
        </w:rPr>
        <w:t xml:space="preserve">[1:25:38] </w:t>
      </w:r>
      <w:r>
        <w:t>to alag karke nahin soch paate. iski ek misaal maine di thi saal mein, agar aapne padha ho ke daur e awwal mein, nihayat umar farooq ke zamane mein, jab musalman dakhil hue iran mein, to woh jo the irani hukmaran,</w:t>
      </w:r>
    </w:p>
    <w:p>
      <w:pPr>
        <w:jc w:val="right"/>
      </w:pPr>
      <w:r>
        <w:t>توالگکرکےنہیںسوچپاتے۔ اسکیایکمثال میںنےدیتھیرسالےمیں،اگرآپنےپڑھاہو کہ دور اول میں ،نہایتعمر فاروقکےزمان ےمیں،جب مسلمان داخلہوئے ایران میں، تو وہجو تھے ایر انی حک مران،</w:t>
      </w:r>
    </w:p>
    <w:p>
      <w:r>
        <w:rPr>
          <w:b/>
        </w:rPr>
        <w:t xml:space="preserve">[1:25:57] </w:t>
      </w:r>
      <w:r>
        <w:t>wahan jo is zamane mein jo tha badshah, aur yeh uska woh tha</w:t>
      </w:r>
    </w:p>
    <w:p>
      <w:pPr>
        <w:jc w:val="right"/>
      </w:pPr>
      <w:r>
        <w:t>وہاں جو اسزمانےمیںجوتھا بادشاہ ،اور یہ اسکا وہتھا ر</w:t>
      </w:r>
    </w:p>
    <w:p>
      <w:r>
        <w:rPr>
          <w:b/>
        </w:rPr>
        <w:t xml:space="preserve">[1:26:04] </w:t>
      </w:r>
      <w:r>
        <w:t>sitam, woh log yeh samjhe ke aaye hain apne expression ke liye, apne political expression ke liye, yahan hamare upar hukumat karna chahte hain. yeh to unhone ek waqt mein baat jo ek waqt gaya tha sahaba ka explain karne ke liye surah taha ko, to usmein unhone jo jumla kaha tha, woh bahut hi ba maani jumla hai ke hum yahan aaye hain hukumat ke liye nahin, aaye hain h</w:t>
      </w:r>
    </w:p>
    <w:p>
      <w:pPr>
        <w:jc w:val="right"/>
      </w:pPr>
      <w:r>
        <w:t>ستم، وہلوگیہسمجھےکہآئےہیںاپنے ایکسپریشنکےلیے،اپنے پولیٹیکلایکسپریشنکےلیے، یہاںہمارےاوپرحکومت کرناچاہتےہیں۔یہ تو انہوں نے ایک وقت میں باتجو ایک وقت گیاتھا صحابہ کا ایکسپلینکرنےکےلیے سورۃطہکو ،تواسمیںانہوںنےجوجملہکہاتھا،وہبہتہیبامعنیجملہہے کہہمیہاںآئےہیں حکومت کےلیےنہیں،آئےہیں ہ</w:t>
      </w:r>
    </w:p>
    <w:p>
      <w:r>
        <w:rPr>
          <w:b/>
        </w:rPr>
        <w:t xml:space="preserve">[1:26:31] </w:t>
      </w:r>
      <w:r>
        <w:t>masle aaye hain ke hum allah ke ka jo yani allah ki baat ko pahunchane ke liye. to unka lafz yeh tha ke ke .lil kharaj min shahr min ibad al ibad allah ke insaanon ki ghulami se nikal kar allah ke ki ghulami mein dena.</w:t>
      </w:r>
    </w:p>
    <w:p>
      <w:pPr>
        <w:jc w:val="right"/>
      </w:pPr>
      <w:r>
        <w:t>ماسلیےآئےہیںکہہم اللہ کے کاجو یعنی اللہ کیباتکوپہنچانےکےلیے۔توانکالفظیہتھاکہ کہ ۔لیلالخرجمن شاہ من عباد العباد العب اد اللہ کہ انسان وںکیغلامیسےنکالکر اللہ کے کیغلامیمیںدینا۔</w:t>
      </w:r>
    </w:p>
    <w:p>
      <w:r>
        <w:rPr>
          <w:b/>
        </w:rPr>
        <w:t xml:space="preserve">[1:26:54] </w:t>
      </w:r>
      <w:r>
        <w:t>matlab log shirk mein phanse hue hain, log ghair allah mein phanse hue hain. is se nikalna taake unko allah ki sa'adat mile, allah ki jannat mile.</w:t>
      </w:r>
    </w:p>
    <w:p>
      <w:pPr>
        <w:jc w:val="right"/>
      </w:pPr>
      <w:r>
        <w:t>مطلب لوگ شرکمیںپھنسےہوئےہیں، لوگ غیر اللہمیںپھنسےہوئےہیں۔ اسسےنکالنا تاکہانکواللہ کے سعادتملے، اللہ کیجنتملے۔</w:t>
      </w:r>
    </w:p>
    <w:p>
      <w:r>
        <w:rPr>
          <w:b/>
        </w:rPr>
        <w:t xml:space="preserve">[1:27:05] </w:t>
      </w:r>
      <w:r>
        <w:t>to is liye hum aaye hain, yeh rabbani tehzeeb ke liye hum aaye hain. to yeh hi maamla yahan tha, yeh maamla yahan tha.</w:t>
      </w:r>
    </w:p>
    <w:p>
      <w:pPr>
        <w:jc w:val="right"/>
      </w:pPr>
      <w:r>
        <w:t>تواسلیےہمآئےہیں ،یہ ربانی تہذیبکےلیےہمآئےہیں۔ تویہیمعاملہیہاںتھا، یہمعاملہیہاںتھا۔</w:t>
      </w:r>
    </w:p>
    <w:p>
      <w:r>
        <w:rPr>
          <w:b/>
        </w:rPr>
        <w:t xml:space="preserve">[1:27:16] </w:t>
      </w:r>
      <w:r>
        <w:t>to logon ne alag karke nahin dekha, alag karke na dekhne ki wajah se yeh masla paida hua.</w:t>
      </w:r>
    </w:p>
    <w:p>
      <w:pPr>
        <w:jc w:val="right"/>
      </w:pPr>
      <w:r>
        <w:t>تو لوگوںنے الگکرکےنہیںدیکھا، الگکرکےنہدیکھنےکیوجہسےیہمسئلہپیدا ہوا۔</w:t>
      </w:r>
    </w:p>
    <w:p>
      <w:r>
        <w:rPr>
          <w:b/>
        </w:rPr>
        <w:t xml:space="preserve">[1:27:25] </w:t>
      </w:r>
      <w:r>
        <w:t>Maulana, agla sawal lene se pehle ek comment padhna chahenge jo abhi abhi Karachi Pakistan se aaya hai. Miss Saira Latif ka, unhon ne likha hai: "Main jab se Al-Risala se wabasta hui to meri manfi soch musbat mein badal gayi.</w:t>
      </w:r>
    </w:p>
    <w:p>
      <w:pPr>
        <w:jc w:val="right"/>
      </w:pPr>
      <w:r>
        <w:t>مولانا،اگلا سواللینےسےپہلے ایک کمنٹپڑھناچاہیںگےجو ابھیابھی کراچی پاکستان سےآیاہے۔ مس سائرہ لطیفکا ،انہوںنےلکھاہے: "میںجب سے الرسالہسے واب ستہہوئیں تو میری من فی سوچ مث بت میں بدلگئی ۔</w:t>
      </w:r>
    </w:p>
    <w:p>
      <w:r>
        <w:rPr>
          <w:b/>
        </w:rPr>
        <w:t xml:space="preserve">[1:27:44] </w:t>
      </w:r>
      <w:r>
        <w:t>Ab mera yeh haal hai ke mere dil mein kisi insan ke liye zara barabar bhi nafrat nahin,</w:t>
      </w:r>
    </w:p>
    <w:p>
      <w:pPr>
        <w:jc w:val="right"/>
      </w:pPr>
      <w:r>
        <w:t>ابمیرا یہ حال ہے کہمیرےدل میں کسی انسان کےلیے ذرہبرابربھی نفرتنہیں ،</w:t>
      </w:r>
    </w:p>
    <w:p>
      <w:r>
        <w:rPr>
          <w:b/>
        </w:rPr>
        <w:t xml:space="preserve">[1:27:51] </w:t>
      </w:r>
      <w:r>
        <w:t>yahan tak ke main Hinduo aur Yahudiyon se bhi nafrat ko haram samajhti hoon. Nazr Britania aur America walon se bhi nafrat ki bajaye mere dil mein unke liye mohabbat hai, kyunke unki koshishon se aaj hamein dawat il Allah ke kaam mein sahuliyat aur aasani paida ho gayi hai.</w:t>
      </w:r>
    </w:p>
    <w:p>
      <w:pPr>
        <w:jc w:val="right"/>
      </w:pPr>
      <w:r>
        <w:t>یہاںتک کہ میں ہندو ؤںاور یہ ودیوںسے بھی نفرتکو حرامسمجھتیہوں۔ نیز بر طانیہاور امریک ہوالوںسےبھی نفرت کیبجائے میرےدل میں انکے لیے محبت ہے، کیونکہ انکی کوششوںسے آج ہمیں دعوت الا اللہکےکام میں سہولیتاور آسانی پیدا ہوگئیہے۔</w:t>
      </w:r>
    </w:p>
    <w:p>
      <w:r>
        <w:rPr>
          <w:b/>
        </w:rPr>
        <w:t xml:space="preserve">[1:28:14] </w:t>
      </w:r>
      <w:r>
        <w:t>Maulana sahib, yeh soch mujhe Al-Risala mission se mili, aur dunya mein mere ilm ki had tak aisi musbat soch wali team puray dunya mein maujood nahin hai.</w:t>
      </w:r>
    </w:p>
    <w:p>
      <w:pPr>
        <w:jc w:val="right"/>
      </w:pPr>
      <w:r>
        <w:t>مول اناصاحب،یہ سوچ مجھے الرسالہمشنسےملی ، اور دنیا میں میرے علم کی حد تک ایسی مث بت سوچوالی ٹیم پوریدنیا میں موجود نہیں ہے۔</w:t>
      </w:r>
    </w:p>
    <w:p>
      <w:r>
        <w:rPr>
          <w:b/>
        </w:rPr>
        <w:t xml:space="preserve">[1:28:27] </w:t>
      </w:r>
      <w:r>
        <w:t>Is par hamein Allah Ta'ala ka bohat bohat shukriya ada karna chahiye. JazakAllah. Maulana, agla sawal Rohtak se hai, Sajid Anwar sahib ka,</w:t>
      </w:r>
    </w:p>
    <w:p>
      <w:pPr>
        <w:jc w:val="right"/>
      </w:pPr>
      <w:r>
        <w:t>اسپرہمیںاللہ تعالیکا بہت بہت شکریہ اداکرناچاہیے۔ جزاکماللہ۔ مولانا،اگلاسوال روڑکیسےہے، ساجدانورصاحبکا ،</w:t>
      </w:r>
    </w:p>
    <w:p>
      <w:r>
        <w:rPr>
          <w:b/>
        </w:rPr>
        <w:t xml:space="preserve">[1:28:40] </w:t>
      </w:r>
      <w:r>
        <w:t>unhon ne likha hai: "Maulana sahib, foran dadi, how important is it to be professionally satisfied?" Bhai, satisfaction to momin ka bhi hota nahin, yeh baat karega tab bhi nahin hota.</w:t>
      </w:r>
    </w:p>
    <w:p>
      <w:pPr>
        <w:jc w:val="right"/>
      </w:pPr>
      <w:r>
        <w:t>انہوںنےلکھاہے: "مول اناصاحب،فوراًدائی ،ہاؤ امپورٹنٹازاٹٹوبیپروفیشن لی سیٹسفائیڈ؟" بھئی،سیٹسفیکشنتو مومنکابھیہوتاہینہیں،یہباتکرےگاتبھینہیںہوتا۔</w:t>
      </w:r>
    </w:p>
    <w:p>
      <w:r>
        <w:rPr>
          <w:b/>
        </w:rPr>
        <w:t xml:space="preserve">[1:28:52] </w:t>
      </w:r>
      <w:r>
        <w:t>Ab namaz padhenge to kya aap samjhenge ke maine khoob khoob namaz padh li? Bahut shandar namaz padh li. Maulana, apne kaam ko le ke unhon ne poocha hai, kaam mein bhi wohi samajh lijiye. Ji, yeh kaam karna hai.</w:t>
      </w:r>
    </w:p>
    <w:p>
      <w:pPr>
        <w:jc w:val="right"/>
      </w:pPr>
      <w:r>
        <w:t>ابنمازپڑھیںگےتوکیاآپسمجھیںگےکہمیںنےخوبخوبنمازپڑھلی؟بہتشاندارنمازپڑھ لی۔مولانا،اپنےکامکولےکےانہوںنےپوچھاہے،کاممیںبھیوہیسمجھلیجئے۔ جی، یہ کام کرناہے۔</w:t>
      </w:r>
    </w:p>
    <w:p>
      <w:r>
        <w:rPr>
          <w:b/>
        </w:rPr>
        <w:t xml:space="preserve">[1:29:02] </w:t>
      </w:r>
      <w:r>
        <w:t>Bhai, dunya mein humein har aadmi ko kaam to karna hi hai.</w:t>
      </w:r>
    </w:p>
    <w:p>
      <w:pPr>
        <w:jc w:val="right"/>
      </w:pPr>
      <w:r>
        <w:t>بھئی،دنیا میں ہم یں ہرآدمیکوکامتوکرناہیہے۔</w:t>
      </w:r>
    </w:p>
    <w:p>
      <w:r>
        <w:rPr>
          <w:b/>
        </w:rPr>
        <w:t xml:space="preserve">[1:29:08] </w:t>
      </w:r>
      <w:r>
        <w:t>Maine kaha ke koi aqeeda ya Islam ki baat nahin hai, apni duty ke taur par karna chahiye. Ji, yeh profession hai, ek duty ka masla hai. Duty to duty mein kami nahin karna chahiye aadmi ko.</w:t>
      </w:r>
    </w:p>
    <w:p>
      <w:pPr>
        <w:jc w:val="right"/>
      </w:pPr>
      <w:r>
        <w:t>میں نےکہاکہکوئیعقیدہیا اسلام کیباتنہیں ہے، اپنی ڈیوٹیکےطورپرکرناچاہیے۔ جی، یہ پروفیشنجوہے، ایکڈیوٹیکامسئلہہے۔ڈیوٹی تو ڈیوٹیمیںکمینہیںکرناچاہیےآدمیکو۔</w:t>
      </w:r>
    </w:p>
    <w:p>
      <w:r>
        <w:rPr>
          <w:b/>
        </w:rPr>
        <w:t xml:space="preserve">[1:29:21] </w:t>
      </w:r>
      <w:r>
        <w:t>Ji ji, kya khayal hai aap ka? Ji, Maulana. Maulana, agla sawal lete hain jo Delhi se hai, Muhammad Anas sahib ka, unhon ne likha hai: "Maulana, main commerce ka student hoon, science se mera koi talluq nahin.</w:t>
      </w:r>
    </w:p>
    <w:p>
      <w:pPr>
        <w:jc w:val="right"/>
      </w:pPr>
      <w:r>
        <w:t>جی جی، کیا خیالہےآپکا؟جی،مول انا۔ مولانا،اگلاسواللیتےہیںجو دلیسےہے، محمد انسصاحبکا ،انہوںنےلکھاہے: "مولانا،میں کام رسکا سٹوڈنٹہوں، سائنسسےمیراکوئی تعلقنہیں ۔</w:t>
      </w:r>
    </w:p>
    <w:p>
      <w:r>
        <w:rPr>
          <w:b/>
        </w:rPr>
        <w:t xml:space="preserve">[1:29:38] </w:t>
      </w:r>
      <w:r>
        <w:t>Business, accounts, law wagera subjects hamein padhne padte hain. Maulana sahib, commerce hi mera ab final subject hai, to main ab science science mein sahi se education hasil karne se mehroom hoon.</w:t>
      </w:r>
    </w:p>
    <w:p>
      <w:pPr>
        <w:jc w:val="right"/>
      </w:pPr>
      <w:r>
        <w:t>بزنس ، اکاؤنٹس، لاءوغیرہ سبجیکٹس ہمیںپڑھنےپڑتےہیں۔ مولاناصاحب،کام رسہیمیرا اب فائنل سبجیکٹہے، تومیں اب سائنس سائنسمیں صحیحسے ایجوکیشن حاصل کرنے سے محرومہوں۔</w:t>
      </w:r>
    </w:p>
    <w:p>
      <w:r>
        <w:rPr>
          <w:b/>
        </w:rPr>
        <w:t xml:space="preserve">[1:29:55] </w:t>
      </w:r>
      <w:r>
        <w:t>Kya main ab shaoor hasil nahin kar sakta? Is ke bare mein bataein." Nahin nahin, aisa nahin hai, aisa harghaz nahin hai. Dekhein, science ke jo books hote hain, do qism ki ho</w:t>
      </w:r>
    </w:p>
    <w:p>
      <w:pPr>
        <w:jc w:val="right"/>
      </w:pPr>
      <w:r>
        <w:t>کیا میں اب شعورحاصل نہیں کرسکتا ؟ اسکےبارےمیںبت ائیں۔" نہیںنہیں، ایسانہیںہے،ایساہرگزنہیںہے۔ دیکھیں، سائنس کےجو بکسہوتےہیں،دوقسم کیہوت</w:t>
      </w:r>
    </w:p>
    <w:p>
      <w:r>
        <w:rPr>
          <w:b/>
        </w:rPr>
        <w:t xml:space="preserve">[1:30:07] </w:t>
      </w:r>
      <w:r>
        <w:t>hain. Ek hai technical science ko le kar, ek hai popular science. To technical science jo hai, woh pai jati hai collegeon mein, universityon mein.</w:t>
      </w:r>
    </w:p>
    <w:p>
      <w:pPr>
        <w:jc w:val="right"/>
      </w:pPr>
      <w:r>
        <w:t>یہیں۔ ایکہے ٹیکنیکلسائنسکولےکر،ایکہےپاپولرسائنس ۔ تو ٹیکنیکلسائنسجوہے،وہ پائیجاتیہےکالجوںمیں،یونیورسٹیوںمیں۔</w:t>
      </w:r>
    </w:p>
    <w:p>
      <w:r>
        <w:rPr>
          <w:b/>
        </w:rPr>
        <w:t xml:space="preserve">[1:30:17] </w:t>
      </w:r>
      <w:r>
        <w:t>Aap ko harghaz us ki zaroorat nahin hai. Aap ko technical science harghaz nahin padhna hai. Popular science par kitabein bohat maujood hain, har zaban mein: Urdu mein, Hindi mein, Arabi mein, Angrezi mein, har zaban</w:t>
      </w:r>
    </w:p>
    <w:p>
      <w:pPr>
        <w:jc w:val="right"/>
      </w:pPr>
      <w:r>
        <w:t>آپکوہرگزاسکیضرورتنہیںہے۔ آپکو ٹیکنیکلسائنس ہرگزنہیںپڑھناہے۔ پاپولرسائنسپہکتاب یںبہت موجود ہیں،ہرزبان میں: اردومیں،ہندیمیں،ع ربیمیں،انگریزیمیں،ہرزبان</w:t>
      </w:r>
    </w:p>
    <w:p>
      <w:r>
        <w:rPr>
          <w:b/>
        </w:rPr>
        <w:t xml:space="preserve">[1:30:31] </w:t>
      </w:r>
      <w:r>
        <w:t>mein. France mein, French mein, German mein. To aap technical science ka sochein hi mat ke us ko padhna hai. Aap ko nahin, aap popular science wali kitabein padhein jo hazaron hazar hain.</w:t>
      </w:r>
    </w:p>
    <w:p>
      <w:pPr>
        <w:jc w:val="right"/>
      </w:pPr>
      <w:r>
        <w:t>میں ۔ فرانس میں،فرنسیمیں، جرمنمیں۔ توآپ ٹیکنیکلسائنس کاسوچیںہیمتکہاسکوپڑھناہے۔آپکو نہیں ، آپ پاپولرسائنسوالی کتابیںپڑھیںجوہزاروںہزارہیں۔</w:t>
      </w:r>
    </w:p>
    <w:p>
      <w:r>
        <w:rPr>
          <w:b/>
        </w:rPr>
        <w:t xml:space="preserve">[1:30:43] </w:t>
      </w:r>
      <w:r>
        <w:t>Kisi bhi library mein aap jayen, aur bohat aasan zaban mein hoti hain, bohat easy language mein.</w:t>
      </w:r>
    </w:p>
    <w:p>
      <w:pPr>
        <w:jc w:val="right"/>
      </w:pPr>
      <w:r>
        <w:t>کسی بھی لائبریریمیںآپجائیں، اوربہت آسانزبان میںہوتیہیں، بہت ایزیلینگویجمیں۔</w:t>
      </w:r>
    </w:p>
    <w:p>
      <w:r>
        <w:rPr>
          <w:b/>
        </w:rPr>
        <w:t xml:space="preserve">[1:30:50] </w:t>
      </w:r>
      <w:r>
        <w:t>To aap jo subject padh rahe hain, bilkul theek hai. Subject us ko padhiye, us ko aap profession mein jayen, us ko le kar ke.</w:t>
      </w:r>
    </w:p>
    <w:p>
      <w:pPr>
        <w:jc w:val="right"/>
      </w:pPr>
      <w:r>
        <w:t>تو آپ جو سبجیکٹپڑھرہےہیں،بالکلٹھیکہے۔سبجیکٹاسکوپڑھیے، اسکوآپپروفیشن میںجائیے،اسکولےکرکے۔</w:t>
      </w:r>
    </w:p>
    <w:p>
      <w:r>
        <w:rPr>
          <w:b/>
        </w:rPr>
        <w:t xml:space="preserve">[1:30:59] </w:t>
      </w:r>
      <w:r>
        <w:t>Aur sath sath aap popular jo books hain science ke mauzu par, us ko padhte rahen. Woh bohat aasan hoti hai, bohat easy hoti hai, bohat aasan se samajh sakte hain. Aap yeh tareeqa sahi hai.</w:t>
      </w:r>
    </w:p>
    <w:p>
      <w:pPr>
        <w:jc w:val="right"/>
      </w:pPr>
      <w:r>
        <w:t>اور ساتھساتھ آپ پاپولرجو بکسہیں سائنسکےموضوعپر،اسکوپڑھتےرہیے۔وہبہت آسانہوتیہے،بہتایزیہوتیہے، بہت آس انیسےسم جھسکتےہیں۔آپ یہطریقہصحیحہے۔</w:t>
      </w:r>
    </w:p>
    <w:p>
      <w:r>
        <w:rPr>
          <w:b/>
        </w:rPr>
        <w:t xml:space="preserve">[1:31:15] </w:t>
      </w:r>
      <w:r>
        <w:t>Ya'ni science ko as a technical subject padhne ki zaroorat nahin hai.</w:t>
      </w:r>
    </w:p>
    <w:p>
      <w:pPr>
        <w:jc w:val="right"/>
      </w:pPr>
      <w:r>
        <w:t>یعنیسائنسکو ایزاے ٹیکنیکلسبجیکٹپڑھنےکیضرورتنہیںہے۔</w:t>
      </w:r>
    </w:p>
    <w:p>
      <w:r>
        <w:rPr>
          <w:b/>
        </w:rPr>
        <w:t xml:space="preserve">[1:31:20] </w:t>
      </w:r>
      <w:r>
        <w:t>General knowledge chahiye. General knowledge, general knowledge aap ko popular books mein ho jati hai.</w:t>
      </w:r>
    </w:p>
    <w:p>
      <w:pPr>
        <w:jc w:val="right"/>
      </w:pPr>
      <w:r>
        <w:t>جنرلنالجچاہیے۔جنرلنالج،جنرلنالجآپکو پاپولربکسمیںہوجاتیہے۔</w:t>
      </w:r>
    </w:p>
    <w:p>
      <w:r>
        <w:rPr>
          <w:b/>
        </w:rPr>
        <w:t xml:space="preserve">[1:31:28] </w:t>
      </w:r>
      <w:r>
        <w:t>Maulana, agla sawal Shah Imran Hasan sahib ka hai, Delhi se. Unhon ne likha hai: "Aaj Muharram ki dasveen tareekh hai.</w:t>
      </w:r>
    </w:p>
    <w:p>
      <w:pPr>
        <w:jc w:val="right"/>
      </w:pPr>
      <w:r>
        <w:t>مولانا،اگلاسوال شاہ عمران حسنصاحبکاہے، دلیسے۔ انہوںنےلکھاہے: "آج مح رمکی دسویں تاریخ ہے۔</w:t>
      </w:r>
    </w:p>
    <w:p>
      <w:r>
        <w:rPr>
          <w:b/>
        </w:rPr>
        <w:t xml:space="preserve">[1:31:39] </w:t>
      </w:r>
      <w:r>
        <w:t>Ashura ke din maine dekha ke logon ne rozay rakhe hain.</w:t>
      </w:r>
    </w:p>
    <w:p>
      <w:pPr>
        <w:jc w:val="right"/>
      </w:pPr>
      <w:r>
        <w:t>عاشورہکےدن میںنےدیکھا کہ لوگوںنے روز ےرکھےہیں۔</w:t>
      </w:r>
    </w:p>
    <w:p>
      <w:r>
        <w:rPr>
          <w:b/>
        </w:rPr>
        <w:t xml:space="preserve">[1:31:43] </w:t>
      </w:r>
      <w:r>
        <w:t>Islam ke hawale se aap bataein ke Ashura ka rozah rakhna, Muharram manana, aur shahadat Hussain ka jaloos nikalna kaise hai?</w:t>
      </w:r>
    </w:p>
    <w:p>
      <w:pPr>
        <w:jc w:val="right"/>
      </w:pPr>
      <w:r>
        <w:t>اسلام کے حوال ےسے آپ بت ائیں کہ عاشورہکاروز ہرکھنا، مح رم منانا، اور شہادت حس ینکا جلوسنکالنا کیسےہے ؟</w:t>
      </w:r>
    </w:p>
    <w:p>
      <w:r>
        <w:rPr>
          <w:b/>
        </w:rPr>
        <w:t xml:space="preserve">[1:31:54] </w:t>
      </w:r>
      <w:r>
        <w:t>Aap ne Al-Risala mein Fateh Al-Bari ko hawale se likha hai ke Ashura ke rozay ka maqsad Madine se Yahud ki ta'leef qalb ke liye tha.</w:t>
      </w:r>
    </w:p>
    <w:p>
      <w:pPr>
        <w:jc w:val="right"/>
      </w:pPr>
      <w:r>
        <w:t>آپنے الرسالہمیں فتح الباریکوحوالےسے لکھاہے کہ عاشورہکےروز ےکامق صد مدینےسے یہودکی تالیف قلبکےلیےتھا۔</w:t>
      </w:r>
    </w:p>
    <w:p>
      <w:r>
        <w:rPr>
          <w:b/>
        </w:rPr>
        <w:t xml:space="preserve">[1:32:04] </w:t>
      </w:r>
      <w:r>
        <w:t>isko aap explain karen.</w:t>
      </w:r>
    </w:p>
    <w:p>
      <w:pPr>
        <w:jc w:val="right"/>
      </w:pPr>
      <w:r>
        <w:t>اسکو آپ ایکسپلینکریں۔</w:t>
      </w:r>
    </w:p>
    <w:p>
      <w:r>
        <w:rPr>
          <w:b/>
        </w:rPr>
        <w:t xml:space="preserve">[1:32:07] </w:t>
      </w:r>
      <w:r>
        <w:t>"dekhen, roz har khana mein to koi harj nahin hai, lekin woh nafl ka roza hai, woh farz farz roza nahin hai. woh baqi aur jo rasmein hain, woh to bid'at hain. woh to roza aap rakhen na rakhen, woh nafl hain. woh woh koi aisa nahin ke woh farz ho.</w:t>
      </w:r>
    </w:p>
    <w:p>
      <w:pPr>
        <w:jc w:val="right"/>
      </w:pPr>
      <w:r>
        <w:t>"دیکھیں،روز ہرکھنامیںتوکوئیحرجنہیںہے، لیکن وہ نفلکاروزہہے،وہ فرض فرض روزہنہیںہے۔وہ باقیاورجورسمیںہیں، وہ توبدعتہیں۔وہتو روزہآپرکھیںنہرکھیں،وہ نفلہے۔وہ وہ کوئی ایسانہیںکہوہفرضہو۔</w:t>
      </w:r>
    </w:p>
    <w:p>
      <w:r>
        <w:rPr>
          <w:b/>
        </w:rPr>
        <w:t xml:space="preserve">[1:32:25] </w:t>
      </w:r>
      <w:r>
        <w:t>aur baqi jo rasmein dhoom dhaam machate hain, woh to bid'at hain. woh to yani iska to koi islam se koi matlab nahin hai.</w:t>
      </w:r>
    </w:p>
    <w:p>
      <w:pPr>
        <w:jc w:val="right"/>
      </w:pPr>
      <w:r>
        <w:t>اور باقیجورسمیں دھومدھاممچاتےہیں،وہتوبد عتہیں۔وہتو یعنی اسکاتوکوئیاسلام سےکوئیمطلبنہیںہے۔</w:t>
      </w:r>
    </w:p>
    <w:p>
      <w:r>
        <w:rPr>
          <w:b/>
        </w:rPr>
        <w:t xml:space="preserve">[1:32:36] </w:t>
      </w:r>
      <w:r>
        <w:t>maulana, agla sawal tamil nadu se hai, maulana israr umri sahib ka. unhon ne likha hai: "maulana, ek sahib islam ko janne ke liye mujh se mile to main ne unhein quran aur al risala literature parhne ko diya.</w:t>
      </w:r>
    </w:p>
    <w:p>
      <w:pPr>
        <w:jc w:val="right"/>
      </w:pPr>
      <w:r>
        <w:t>مولانا،اگلاسوال تملناڈوسےہے، مول انا اسرار عمریصاحبکا۔انہوںنےلکھاہے: "مولانا،ایک صاحب اسلام کو جاننےکےلیےمجھسےملے تو میںنےانہیں قرآناور الرسالہ لٹریچرپڑھنےکودیا ۔</w:t>
      </w:r>
    </w:p>
    <w:p>
      <w:r>
        <w:rPr>
          <w:b/>
        </w:rPr>
        <w:t xml:space="preserve">[1:32:51] </w:t>
      </w:r>
      <w:r>
        <w:t>woh bohat mutasir hue. unhon ne apna goalab mujhe yeh bataya ke un ki yeh khwahish hai ke woh khuda ke naam par jo violence ho raha hai, is ko woh brotherhood mein tabdeel karen ge.</w:t>
      </w:r>
    </w:p>
    <w:p>
      <w:pPr>
        <w:jc w:val="right"/>
      </w:pPr>
      <w:r>
        <w:t>وہ بہت متاثرہوئے۔ انہوںنے اپنا گولابمجھےیہبتایا کہ انکییہ خواہشہےکہوہ خداکےنام پرجو وائلنس ہورہاہے، اسکو وہ برادرہڈ میںتبدیلکریںگے۔</w:t>
      </w:r>
    </w:p>
    <w:p>
      <w:r>
        <w:rPr>
          <w:b/>
        </w:rPr>
        <w:t xml:space="preserve">[1:33:05] </w:t>
      </w:r>
      <w:r>
        <w:t>maulana sahib, aap hamein bataen ke ham in ko aur kaise guide karen?"</w:t>
      </w:r>
    </w:p>
    <w:p>
      <w:pPr>
        <w:jc w:val="right"/>
      </w:pPr>
      <w:r>
        <w:t>مول اناصاحب،آپہمیںبتائیںکہہمانکو اور کیسے گائیڈکریں؟"</w:t>
      </w:r>
    </w:p>
    <w:p>
      <w:r>
        <w:rPr>
          <w:b/>
        </w:rPr>
        <w:t xml:space="preserve">[1:33:15] </w:t>
      </w:r>
      <w:r>
        <w:t>aap kitab mein dijiye, jaise prophet of peace ism ism lan hai, woh dijiye in ko, aur quran ki commentary dijiye.</w:t>
      </w:r>
    </w:p>
    <w:p>
      <w:pPr>
        <w:jc w:val="right"/>
      </w:pPr>
      <w:r>
        <w:t>آپ کتاب یںدیجئے، جیسے پرافٹآفپیسمس لنہے، وہدیجئےانکو ، اور قرآنکیکمنٹریدیجئے۔</w:t>
      </w:r>
    </w:p>
    <w:p>
      <w:r>
        <w:rPr>
          <w:b/>
        </w:rPr>
        <w:t xml:space="preserve">[1:33:27] </w:t>
      </w:r>
      <w:r>
        <w:t>yeh sab kitaben hain, bohat sari kitaben hain</w:t>
      </w:r>
    </w:p>
    <w:p>
      <w:pPr>
        <w:jc w:val="right"/>
      </w:pPr>
      <w:r>
        <w:t>یہیسبکتاب یںہیں،بہتساریکتاب یںہیں</w:t>
      </w:r>
    </w:p>
    <w:p>
      <w:r>
        <w:rPr>
          <w:b/>
        </w:rPr>
        <w:t xml:space="preserve">[1:33:30] </w:t>
      </w:r>
      <w:r>
        <w:t>jo un ke lihaz se hon. ab yeh nahin bata sakte aap ko, yeh aap hi samajh sakte hain. aap in ko jante hain to aap in ko in ke read kijiye, aur un ke aitbar se kitaben dijiye.</w:t>
      </w:r>
    </w:p>
    <w:p>
      <w:pPr>
        <w:jc w:val="right"/>
      </w:pPr>
      <w:r>
        <w:t>جو انکےلحاظسےہوں۔ابیہہمنہیںبتاسکتےآپکو ،یہآپہیسمجھسکتےہیں۔ آپ انکوجانتےہیں توآپ انکو انکوریڈکیجئے، اورانکےاعتبارسےکتاب یںدیجئے۔</w:t>
      </w:r>
    </w:p>
    <w:p>
      <w:r>
        <w:rPr>
          <w:b/>
        </w:rPr>
        <w:t xml:space="preserve">[1:33:43] </w:t>
      </w:r>
      <w:r>
        <w:t>hamein yahan baith ke nahin bata sakte ke aap ko konsi kitab dena chahiye. kitaben to sankron hain, aap us mein se muntakhib karke dete rahiye.</w:t>
      </w:r>
    </w:p>
    <w:p>
      <w:pPr>
        <w:jc w:val="right"/>
      </w:pPr>
      <w:r>
        <w:t>ہمیہاں بیٹھکےنہیںبتاسکتےکہآپکوکونسیکتاب دیناچاہیے۔ کتاب یںتو سینکڑوںہیں،آپاسمیںسے منتخب کرکے دیتےرہیے۔</w:t>
      </w:r>
    </w:p>
    <w:p>
      <w:r>
        <w:rPr>
          <w:b/>
        </w:rPr>
        <w:t xml:space="preserve">[1:33:56] </w:t>
      </w:r>
      <w:r>
        <w:t>Maulana, अगला सवाल गाज़ीपुर से है, गुलाम साबिर खान साहिब का। उन्होंने लिखा है: "NDTV के चैनल पर मैंने एक news में एक interview देखा, उसमें आपका भी बयान था।</w:t>
      </w:r>
    </w:p>
    <w:p>
      <w:pPr>
        <w:jc w:val="right"/>
      </w:pPr>
      <w:r>
        <w:t>مولانا،اگلاسوال غازی پورسےہے، غلام صابر خان صاحبکا ۔ انہوںنےلکھاہے: "اینڈیٹیویکےچینلپر میںنے ایک نیوزمیں ایک انٹرویودیکھا، اسمیں آپ کابھی بیانتھا۔</w:t>
      </w:r>
    </w:p>
    <w:p>
      <w:r>
        <w:rPr>
          <w:b/>
        </w:rPr>
        <w:t xml:space="preserve">[1:34:10] </w:t>
      </w:r>
      <w:r>
        <w:t>aap ne doctor zakir naik ke bare mein farmaya ke woh baqayda islam ka scholar nahin hain, in ko islam ke issues par nahin bolna chahiye.</w:t>
      </w:r>
    </w:p>
    <w:p>
      <w:pPr>
        <w:jc w:val="right"/>
      </w:pPr>
      <w:r>
        <w:t>آپنے ڈاکٹرذاکرنائیککےبارےمیں فرمایا کہوہ باقاعدہ اسلام ک سکالرنہیں ہیں ، انکو اسلام ک ایشوزپرنہیں بول ناچاہیے۔</w:t>
      </w:r>
    </w:p>
    <w:p>
      <w:r>
        <w:rPr>
          <w:b/>
        </w:rPr>
        <w:t xml:space="preserve">[1:34:21] </w:t>
      </w:r>
      <w:r>
        <w:t>mera sawal yeh hai ke kya da'wa work karne ke liye aalmi scholar hona zaroori hai?" yeh kyun nahin zaroori hai? kyun nahin zaroori hai?</w:t>
      </w:r>
    </w:p>
    <w:p>
      <w:pPr>
        <w:jc w:val="right"/>
      </w:pPr>
      <w:r>
        <w:t>میراسوال یہہے کہکیا دعویٰورککرنےکےلیے عالمیا سک الرہوناضروری ہے ؟ "یہکیوںنہیںضروریہے ؟کیوںنہیںضروریہے؟</w:t>
      </w:r>
    </w:p>
    <w:p>
      <w:r>
        <w:rPr>
          <w:b/>
        </w:rPr>
        <w:t xml:space="preserve">[1:34:29] </w:t>
      </w:r>
      <w:r>
        <w:t>ab woh debate karte hain. agar islam ka scholar hon to samjhen ke debate karna islam mein hai hi nahin. islam dekhen, da'wa aur debate mein farq hai.</w:t>
      </w:r>
    </w:p>
    <w:p>
      <w:pPr>
        <w:jc w:val="right"/>
      </w:pPr>
      <w:r>
        <w:t>ابوہڈیبیٹکرتےہیں۔ اگر اسلام کسکالرہوںتوسمجھیںکہڈیبیٹکرنااسلام میںہےہینہیں ۔ اسلام دیکھیں،دعوت اورڈیبیٹمیںفرقہے۔</w:t>
      </w:r>
    </w:p>
    <w:p>
      <w:r>
        <w:rPr>
          <w:b/>
        </w:rPr>
        <w:t xml:space="preserve">[1:34:40] </w:t>
      </w:r>
      <w:r>
        <w:t>debate ka maqsad hota hai doosre ko necha dikhana, apni superiority ko establish karna. yeh islam hai hi nahin. islam jo hai, woh doosre ki khair khwahi ke liye hota hai.</w:t>
      </w:r>
    </w:p>
    <w:p>
      <w:pPr>
        <w:jc w:val="right"/>
      </w:pPr>
      <w:r>
        <w:t>ڈیبیٹکامقصدہوتاہےدوسرےکونیچادکھانا، اپنی سپیریسٹی کواسٹیبلشکرنا ۔ یہ اسلام ہےہینہیں۔ اسلام جوہے،وہ دوسرےکیخیرخواہیکےلیےہوتاہے۔</w:t>
      </w:r>
    </w:p>
    <w:p>
      <w:r>
        <w:rPr>
          <w:b/>
        </w:rPr>
        <w:t xml:space="preserve">[1:34:50] </w:t>
      </w:r>
      <w:r>
        <w:t>in ko kul kamnasah hai. agar ek shakhs jo islam ka sahi poora aalim ho, woh jaane ke da'wa allah ka jo khair khwahi ki taraf hota hai, apni supreme, apni barai establish karne ke liye nahin hota hai.</w:t>
      </w:r>
    </w:p>
    <w:p>
      <w:pPr>
        <w:jc w:val="right"/>
      </w:pPr>
      <w:r>
        <w:t>ان کو لکمناسہے۔ اگر ایکشخص جواسلام کا صحیح پوراعالمہو، وہ جانےکہدعوت اللہ کام جوخیرخواہیکیطرف ہوتاہے، اپنی سپ ریم،اپنی بڑائی اسٹیبلشکرنےکےلیےنہیںہوتاہے۔</w:t>
      </w:r>
    </w:p>
    <w:p>
      <w:r>
        <w:rPr>
          <w:b/>
        </w:rPr>
        <w:t xml:space="preserve">[1:35:04] </w:t>
      </w:r>
      <w:r>
        <w:t>yeh to debate hai. debate islam mein hai hi nahin.</w:t>
      </w:r>
    </w:p>
    <w:p>
      <w:pPr>
        <w:jc w:val="right"/>
      </w:pPr>
      <w:r>
        <w:t>یہتوڈیبیٹہے۔ڈیبیٹاسلام میںہےہینہیں۔</w:t>
      </w:r>
    </w:p>
    <w:p>
      <w:r>
        <w:rPr>
          <w:b/>
        </w:rPr>
        <w:t xml:space="preserve">[1:35:08] </w:t>
      </w:r>
      <w:r>
        <w:t>woh debate karte hain. yeh to sadah si baat hai ke debate dos different bitween debate and da'wa. main debate ko islam nahin samajhta.</w:t>
      </w:r>
    </w:p>
    <w:p>
      <w:pPr>
        <w:jc w:val="right"/>
      </w:pPr>
      <w:r>
        <w:t>وہڈیبیٹکرتے ہیں۔ یہتوسادہسیباتہےکہڈیبیٹ دسڈیفرنسبٹوینڈیبیٹاینڈدعویٰ۔ میںڈیبیٹکواسلام نہیںسمجھتا ۔</w:t>
      </w:r>
    </w:p>
    <w:p>
      <w:r>
        <w:rPr>
          <w:b/>
        </w:rPr>
        <w:t xml:space="preserve">[1:35:19] </w:t>
      </w:r>
      <w:r>
        <w:t>yeh to qoumi log, log qoumi jazbat jeete hain, taliyan bajate hain. in ki apni barai establish ho, taliyan bajate hain. jis jalsay mein taliyan bajti hon, samajh lijiye ke woh islami jalsa nahin hai.</w:t>
      </w:r>
    </w:p>
    <w:p>
      <w:pPr>
        <w:jc w:val="right"/>
      </w:pPr>
      <w:r>
        <w:t>یہتوقومی لوگ ، لوگ قومیجذباتجیتےہیں،تالیاںبجاتےہیں۔ انکی اپنی بڑائی اسٹیبلشہو،تالیاںبجاتےہیں۔ جس جلسےمیںتالیاںبجتیہوں،سمجھلیجئےکہوہاسلامی جلسہنہیںہے۔</w:t>
      </w:r>
    </w:p>
    <w:p>
      <w:r>
        <w:rPr>
          <w:b/>
        </w:rPr>
        <w:t xml:space="preserve">[1:35:34] </w:t>
      </w:r>
      <w:r>
        <w:t>jahan bhi taliyan bajti hon, kyun? is liye ke rasool allah sallallahu alaihi wasallam sahaba kiram ke darmiyan bolte the. to mujhe ek bhi waqea bataiye ke sahaba taliyan bajate the.</w:t>
      </w:r>
    </w:p>
    <w:p>
      <w:pPr>
        <w:jc w:val="right"/>
      </w:pPr>
      <w:r>
        <w:t>جہاںبھیتالیاںبجتیہوں، کیوں؟اسلیےکہرسولاللہصلیاللہعلیہوسلم صحابہکرامکےدرمیانبولتےتھے۔ تو مجھےایکبھیواقعہبتائیےکہ صحابہتالیاںبجاتےتھے۔</w:t>
      </w:r>
    </w:p>
    <w:p>
      <w:r>
        <w:rPr>
          <w:b/>
        </w:rPr>
        <w:t xml:space="preserve">[1:35:47] </w:t>
      </w:r>
      <w:r>
        <w:t>koi ek waqea bata dijiye ke</w:t>
      </w:r>
    </w:p>
    <w:p>
      <w:pPr>
        <w:jc w:val="right"/>
      </w:pPr>
      <w:r>
        <w:t>کوئیایک واقعہبتادیجئےکہ</w:t>
      </w:r>
    </w:p>
    <w:p>
      <w:r>
        <w:rPr>
          <w:b/>
        </w:rPr>
        <w:t xml:space="preserve">[1:35:50] </w:t>
      </w:r>
      <w:r>
        <w:t>sahaba jab rasool allah ki taqreer sunte the to taliyan bajate the. aaj kal taliyan bajti hain. taliyan jahan bajti hon, woh islam hi hai hi nahin. woh to, woh to islam se koi ta'alluq is ka nahin jahan taliyan bajti hon.</w:t>
      </w:r>
    </w:p>
    <w:p>
      <w:pPr>
        <w:jc w:val="right"/>
      </w:pPr>
      <w:r>
        <w:t>صحابہ جب رسولاللہکیتقریرسنتےتھےتوتالیاںبجاتےتھے۔ آجکلتالیاںبجتیہیں۔تالیاںجہاںبجتیہوں،وہاسلامہیہےہینہیں۔وہتو ،وہتواسلام سےکوئیتعلق اسکانہیںجہاںتالیاںبجتیہوں۔</w:t>
      </w:r>
    </w:p>
    <w:p>
      <w:r>
        <w:rPr>
          <w:b/>
        </w:rPr>
        <w:t xml:space="preserve">[1:36:00] </w:t>
      </w:r>
      <w:r>
        <w:t>yeh to fakhr, fakhr qoumi fakhr. taliyan bajate hain log qoumi fakhr ke liye. qoumi fakhr islam mein hai hi nahin. maulana, agla sawal raipur se hai, miss shabana ne kiya hai.</w:t>
      </w:r>
    </w:p>
    <w:p>
      <w:pPr>
        <w:jc w:val="right"/>
      </w:pPr>
      <w:r>
        <w:t>یہتوفخر ،فخر قومیفخر ۔ تالیاںبجاتےہیںلوگقومیفخرکےلیے۔ قومیفخر اسلاممیںہےہینہیں۔ مولانا،اگلاسوال رائےپورسےہے، مس شبانہنےکیاہے۔</w:t>
      </w:r>
    </w:p>
    <w:p>
      <w:r>
        <w:rPr>
          <w:b/>
        </w:rPr>
        <w:t xml:space="preserve">[1:36:13] </w:t>
      </w:r>
      <w:r>
        <w:t>unhon ne likha hai: "what is the background of prophets practice of fasting during muharram</w:t>
      </w:r>
    </w:p>
    <w:p>
      <w:pPr>
        <w:jc w:val="right"/>
      </w:pPr>
      <w:r>
        <w:t>انہوںنےلکھاہے: "واٹازدابیکگراؤنڈاف پرافٹس پریکٹساف فاسٹنگڈیورنگ مح رم</w:t>
      </w:r>
    </w:p>
    <w:p>
      <w:r>
        <w:rPr>
          <w:b/>
        </w:rPr>
        <w:t xml:space="preserve">[1:36:19] </w:t>
      </w:r>
      <w:r>
        <w:t>?" also, please guide us about ashura prayer. yeh koi shakhs ki haqiqat nahin hai. nafl hai, rakhiye, na rakhiye.</w:t>
      </w:r>
    </w:p>
    <w:p>
      <w:pPr>
        <w:jc w:val="right"/>
      </w:pPr>
      <w:r>
        <w:t>؟ "الس و،پلیزگائیڈاس اباؤٹ عاشورہ پریر۔ یہ کوئیشخص کیحقیقتنہیںہے۔ نفلہے، رکھیے ،نہ رکھیے۔</w:t>
      </w:r>
    </w:p>
    <w:p>
      <w:r>
        <w:rPr>
          <w:b/>
        </w:rPr>
        <w:t xml:space="preserve">[1:36:29] </w:t>
      </w:r>
      <w:r>
        <w:t>is schoolog itna barhate charate hain, woh galat hai. woh aap rakhein ya na rakhein, woh nafl hai. baqi aur jo rasmein hain, woh bilashuba yaani woh sab bid'at hain.</w:t>
      </w:r>
    </w:p>
    <w:p>
      <w:pPr>
        <w:jc w:val="right"/>
      </w:pPr>
      <w:r>
        <w:t>اسکولوگ اتنابڑھاتےچراتےہیں،وہغلطہے۔وہ آپرکھیںیانہرکھیں،وہنفلہے۔ باقیاورجو رسمیںہیں،وہ بلاشبہ یعنیوہ سببدعتہیں۔</w:t>
      </w:r>
    </w:p>
    <w:p>
      <w:r>
        <w:rPr>
          <w:b/>
        </w:rPr>
        <w:t xml:space="preserve">[1:36:43] </w:t>
      </w:r>
      <w:r>
        <w:t>maulana, agla sawal raipur se hai, idrees sahib ka.</w:t>
      </w:r>
    </w:p>
    <w:p>
      <w:pPr>
        <w:jc w:val="right"/>
      </w:pPr>
      <w:r>
        <w:t>مولانا،اگلاسوال رائےپورسےہے، ادریسصاحبکا۔</w:t>
      </w:r>
    </w:p>
    <w:p>
      <w:r>
        <w:rPr>
          <w:b/>
        </w:rPr>
        <w:t xml:space="preserve">[1:36:47] </w:t>
      </w:r>
      <w:r>
        <w:t>unhon ne likha hai: "af religion is the ultimate truth and science as a journey which started from ignorance and gradually approaching towards the discovery of the ultimate truth.</w:t>
      </w:r>
    </w:p>
    <w:p>
      <w:pPr>
        <w:jc w:val="right"/>
      </w:pPr>
      <w:r>
        <w:t>انہوںنےلکھاہے: "اف ریلیجن ازدی الٹیمیٹ ٹرتھ اینڈ سائنساز اجرنی وچسٹارٹڈفراماگنورنس اینڈگریجولیاپروچنگ ٹورڈزداڈسکوریاف دیالٹیمیٹٹرتھ۔</w:t>
      </w:r>
    </w:p>
    <w:p>
      <w:r>
        <w:rPr>
          <w:b/>
        </w:rPr>
        <w:t xml:space="preserve">[1:37:00] </w:t>
      </w:r>
      <w:r>
        <w:t>and during the journey at various points, science has an intermediate knowledge which sometimes is a mismatch with ultimate knowledge.</w:t>
      </w:r>
    </w:p>
    <w:p>
      <w:pPr>
        <w:jc w:val="right"/>
      </w:pPr>
      <w:r>
        <w:t>دینڈیورنگدا جرنی ایٹویریسپوائنٹس، سائنسہیزانانٹرمیڈیٹنال ج وچسم ٹائمزاز ا مس میچ ود الٹیمیٹنالج۔</w:t>
      </w:r>
    </w:p>
    <w:p>
      <w:r>
        <w:rPr>
          <w:b/>
        </w:rPr>
        <w:t xml:space="preserve">[1:37:12] </w:t>
      </w:r>
      <w:r>
        <w:t>how my question is: how religious people pursuing scientific work should manage this mismatch ?</w:t>
      </w:r>
    </w:p>
    <w:p>
      <w:pPr>
        <w:jc w:val="right"/>
      </w:pPr>
      <w:r>
        <w:t>ہاؤ مائیکوئسچناز:ہاؤریلیجیسپیپل پرسوئنگ سائنٹیفک و رک شوڈ می نج دسمس میچ ؟</w:t>
      </w:r>
    </w:p>
    <w:p>
      <w:r>
        <w:rPr>
          <w:b/>
        </w:rPr>
        <w:t xml:space="preserve">[1:37:20] </w:t>
      </w:r>
      <w:r>
        <w:t>and how religious authorities should manage issues like galileo and copernicus?" nahin, dekhein, yeh koi sawal nahin hai.</w:t>
      </w:r>
    </w:p>
    <w:p>
      <w:pPr>
        <w:jc w:val="right"/>
      </w:pPr>
      <w:r>
        <w:t>اینڈہاؤریلیجیساتھار ٹیز شوڈ مینج ایشوز لائکگل یلیواینڈاف کوپرنیکس؟" نہیں،دیکھیں،یہکوئیسوالنہیںہے۔</w:t>
      </w:r>
    </w:p>
    <w:p>
      <w:r>
        <w:rPr>
          <w:b/>
        </w:rPr>
        <w:t xml:space="preserve">[1:37:30] </w:t>
      </w:r>
      <w:r>
        <w:t>is science ko hum quran nahin samajhte hain, lekin science ne</w:t>
      </w:r>
    </w:p>
    <w:p>
      <w:pPr>
        <w:jc w:val="right"/>
      </w:pPr>
      <w:r>
        <w:t>اسسائنسکوہمقرآننہیںسمجھتےہیں، لیکن سائنسنے</w:t>
      </w:r>
    </w:p>
    <w:p>
      <w:r>
        <w:rPr>
          <w:b/>
        </w:rPr>
        <w:t xml:space="preserve">[1:37:38] </w:t>
      </w:r>
      <w:r>
        <w:t>yaani nature par research kiya.</w:t>
      </w:r>
    </w:p>
    <w:p>
      <w:pPr>
        <w:jc w:val="right"/>
      </w:pPr>
      <w:r>
        <w:t>یعنینیچرپر ریسرچکیا۔</w:t>
      </w:r>
    </w:p>
    <w:p>
      <w:r>
        <w:rPr>
          <w:b/>
        </w:rPr>
        <w:t xml:space="preserve">[1:37:41] </w:t>
      </w:r>
      <w:r>
        <w:t>to nature woh hai, woh aap jante hain ke alterable nahin hai. nature to woh hai jo hai. to jab science wahan pahunch jayegi jo nature ka haqeeqatan jo law hai, to woh to, woh woh badalne wala nahin hai.</w:t>
      </w:r>
    </w:p>
    <w:p>
      <w:pPr>
        <w:jc w:val="right"/>
      </w:pPr>
      <w:r>
        <w:t>تو نیچرجوہے، وہ آپجانتےہیںکہ الٹریبلنہیںہے۔نیچرتو وہیہے جوہے۔ تو جب سائنسوہاںپہنچجائےگی جونیچرکاواقعتا جو لاءہے،تو وہتو، وہ وہبدلنےوالانہیںہے۔</w:t>
      </w:r>
    </w:p>
    <w:p>
      <w:r>
        <w:rPr>
          <w:b/>
        </w:rPr>
        <w:t xml:space="preserve">[1:37:55] </w:t>
      </w:r>
      <w:r>
        <w:t>aisa nahin hai ke woh badal jaye. woh baqi, woh to yaani yeh to ilm to bila inteha hai, woh chalta chalta</w:t>
      </w:r>
    </w:p>
    <w:p>
      <w:pPr>
        <w:jc w:val="right"/>
      </w:pPr>
      <w:r>
        <w:t>ایسانہیںکہوہبدلجائے۔وہ باقی، وہتو یعنی یہتوعلم تو بلا بےانتہاہے،وہ چلچلتا</w:t>
      </w:r>
    </w:p>
    <w:p>
      <w:r>
        <w:rPr>
          <w:b/>
        </w:rPr>
        <w:t xml:space="preserve">[1:38:04] </w:t>
      </w:r>
      <w:r>
        <w:t>rahega. jante rahenge. quran ki tafseeron mein bhi aap jante hain ke log tehqeeq karte hain aur baad ka elan karte hain ke bhai, woh jo meri rai thi, woh theek nahin thi.</w:t>
      </w:r>
    </w:p>
    <w:p>
      <w:pPr>
        <w:jc w:val="right"/>
      </w:pPr>
      <w:r>
        <w:t>رہےگا۔ جانتےرہیںگے۔قرآنکیتفسیروںمیںبھیآپجانتےہیں کہلوگ تحقیقکرتےہیں اور بعدکااعلانکرتےہیںکہبھئی،وہجومیری رائےتھی،وہٹھیکنہیںتھی۔</w:t>
      </w:r>
    </w:p>
    <w:p>
      <w:r>
        <w:rPr>
          <w:b/>
        </w:rPr>
        <w:t xml:space="preserve">[1:38:12] </w:t>
      </w:r>
      <w:r>
        <w:t>ab maine yeh jana hai ke is ayat ka yeh matlab hai. to woh to chalta rehta hai. ek process quran mein bhi chalta hai, hadith mein bhi chalta hai, woh science mein bhi chal raha hai.</w:t>
      </w:r>
    </w:p>
    <w:p>
      <w:pPr>
        <w:jc w:val="right"/>
      </w:pPr>
      <w:r>
        <w:t>ابمیںنےیہجاناہےکہ اسآیتکایہمطلبہے۔ تووہتوچلتارہتاہے۔ایکپراسیس قرآنمیںبھیچلتاہے،حدیثمیںبھیچلتاہے، وہ سائنسمیںبھیچلرہاہے۔</w:t>
      </w:r>
    </w:p>
    <w:p>
      <w:r>
        <w:rPr>
          <w:b/>
        </w:rPr>
        <w:t xml:space="preserve">[1:38:23] </w:t>
      </w:r>
      <w:r>
        <w:t>lekin jahan aap dekhein ke woh science ki ek daryaft quran ki daryaft se collaborate kar rahi hai, to usko sachchai samjhiye, us se apne iman mein izafa</w:t>
      </w:r>
    </w:p>
    <w:p>
      <w:pPr>
        <w:jc w:val="right"/>
      </w:pPr>
      <w:r>
        <w:t>لیکن جہاںآپدیکھیںکہ وہ سائنسکیایکدریا فت قرآنکیدریافتسے کولیبریٹکررہیہے،تواسکوسچائیسمجھیے، اسسےاپنےایمانمیںاضاف</w:t>
      </w:r>
    </w:p>
    <w:p>
      <w:r>
        <w:rPr>
          <w:b/>
        </w:rPr>
        <w:t xml:space="preserve">[1:38:34] </w:t>
      </w:r>
      <w:r>
        <w:t>kijiye. jahan collaborate kar rahi hai, usko main keh raha hoon. baqi yeh na samjhein ke haan, science koi yaani aakhri daryaft kar liya. science ne to hadith quran mein bhi aakhri daryaft nahin hui hai.</w:t>
      </w:r>
    </w:p>
    <w:p>
      <w:pPr>
        <w:jc w:val="right"/>
      </w:pPr>
      <w:r>
        <w:t>ہکیجئے۔ جہاں کولیبریٹکررہیہے،اسکومیںکہہرہاہوں۔ باقی یہنہسمجھیںکہ ہاں، سائنسکوئی یعنی آخریدریافت کرلیا۔سائنسنے تو حدیثقرآنمیںبھیآخریدریافتنہیںہوئی ہے۔</w:t>
      </w:r>
    </w:p>
    <w:p>
      <w:r>
        <w:rPr>
          <w:b/>
        </w:rPr>
        <w:t xml:space="preserve">[1:38:49] </w:t>
      </w:r>
      <w:r>
        <w:t>la tan qazi jaibahu quran aur hadith mein bhi is ek process chalta rehta hai ilm ka, woh wahan bhi chal raha hai. process ka yeh koi bhayanak cheez nahin hai. yeh</w:t>
      </w:r>
    </w:p>
    <w:p>
      <w:pPr>
        <w:jc w:val="right"/>
      </w:pPr>
      <w:r>
        <w:t>لا تن قضیعجائبہ قرآناورحدیثمیںبھی اس ایک پراسیسچلتارہتاہے علم کا،وہاسوہاںبھیچلرہاہے۔پراسیسکا یہکوئیبھیانکچیزنہیںہے۔یہ</w:t>
      </w:r>
    </w:p>
    <w:p>
      <w:r>
        <w:rPr>
          <w:b/>
        </w:rPr>
        <w:t xml:space="preserve">[1:39:02] </w:t>
      </w:r>
      <w:r>
        <w:t>maulana agla sawal anees sahib ka hai. unhon ne likha hai: "maulana sahib, in your book i can search for today topic ?" kya matlab ?</w:t>
      </w:r>
    </w:p>
    <w:p>
      <w:pPr>
        <w:jc w:val="right"/>
      </w:pPr>
      <w:r>
        <w:t>مول انااگلاسوال انیسصاحبکاہے۔انہوںنےلکھاہے: "مول اناصاحب،انوچافیوربک آئیکین سرچ فار ٹوڈے ٹاپک ؟" کیا مطلب ؟</w:t>
      </w:r>
    </w:p>
    <w:p>
      <w:r>
        <w:rPr>
          <w:b/>
        </w:rPr>
        <w:t xml:space="preserve">[1:39:12] </w:t>
      </w:r>
      <w:r>
        <w:t>jo maulana aaj ka aap ka topic tha, physical science aur divine science, to woh kaun si kitab mein is ke bare mein aur jaan sakte hain?</w:t>
      </w:r>
    </w:p>
    <w:p>
      <w:pPr>
        <w:jc w:val="right"/>
      </w:pPr>
      <w:r>
        <w:t>جو مولاناآجکا آپکا ٹاپکتھا، فزیکل سائنساورڈیوائنسائنس،تو وہ کونسیکتاب میں اسکےبارےمیں اور جان سکتےہیں؟</w:t>
      </w:r>
    </w:p>
    <w:p>
      <w:r>
        <w:rPr>
          <w:b/>
        </w:rPr>
        <w:t xml:space="preserve">[1:39:22] </w:t>
      </w:r>
      <w:r>
        <w:t>koi to aap bat</w:t>
      </w:r>
    </w:p>
    <w:p>
      <w:pPr>
        <w:jc w:val="right"/>
      </w:pPr>
      <w:r>
        <w:t>کوئی تو آپبت</w:t>
      </w:r>
    </w:p>
    <w:p>
      <w:r>
        <w:rPr>
          <w:b/>
        </w:rPr>
        <w:t xml:space="preserve">[1:39:23] </w:t>
      </w:r>
      <w:r>
        <w:t>aiye. maulana hain, jo god arises hai aur kitab marifat hai, woh cps ki website pe uploaded hai. to aap usko download karke padh sakte hain.</w:t>
      </w:r>
    </w:p>
    <w:p>
      <w:pPr>
        <w:jc w:val="right"/>
      </w:pPr>
      <w:r>
        <w:t>ائیے۔ مولانا ہیں ،جو گاڈارائز زہےاور کتاب معرفتہے، وہ سیپیایسکیویبسائٹپہاپلوڈڈہے۔توآپاسکو ڈاؤنلوڈکرکےپڑھسکتےہیں۔</w:t>
      </w:r>
    </w:p>
    <w:p>
      <w:r>
        <w:rPr>
          <w:b/>
        </w:rPr>
        <w:t xml:space="preserve">[1:39:34] </w:t>
      </w:r>
      <w:r>
        <w:t>theek hai. so, we will end this session now. thank you.</w:t>
      </w:r>
    </w:p>
    <w:p>
      <w:pPr>
        <w:jc w:val="right"/>
      </w:pPr>
      <w:r>
        <w:t>ٹھیکہے۔ سو،ویویلاینڈدیسیشنناؤ۔تھینکیو۔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