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Tajdeed-e-Deen Book by Maulana Wahiduddin Khan</w:t>
      </w:r>
    </w:p>
    <w:p>
      <w:r>
        <w:t>https://www.youtube.com/watch?v=IPf3V74gGr4</w:t>
      </w:r>
    </w:p>
    <w:p>
      <w:r>
        <w:rPr>
          <w:b/>
        </w:rPr>
        <w:t xml:space="preserve">[00:02] </w:t>
      </w:r>
      <w:r>
        <w:t>kar-e-tajdeed, kitab "tajdeed-e-deen" Maulana Wahiduddin Khan, safha number 5.</w:t>
      </w:r>
    </w:p>
    <w:p>
      <w:pPr>
        <w:jc w:val="right"/>
      </w:pPr>
      <w:r>
        <w:t>کارِ تجدید، کتاب "تجدیدِ دین" مولانا وحید الدین خان، صفحہ نمبر 5۔</w:t>
      </w:r>
    </w:p>
    <w:p>
      <w:r>
        <w:rPr>
          <w:b/>
        </w:rPr>
        <w:t xml:space="preserve">[00:14] </w:t>
      </w:r>
      <w:r>
        <w:t>tajdeed ya jaddeh ke maani hain naya karna, yaani to renew. kisi cheez par baat ko pesh aane wale bigaad ko khatm kar ke usko apni pehli soorat par le aana.</w:t>
      </w:r>
    </w:p>
    <w:p>
      <w:pPr>
        <w:jc w:val="right"/>
      </w:pPr>
      <w:r>
        <w:t>تجدید یا جددہ کے معنی ہیں نیا کرنا، یعنی to renew۔ کسی چیز پر بات کو پیش آنے والے بگاڑ کو ختم کر کے اس کو اپنی پہلی صورت پر لے آنا۔</w:t>
      </w:r>
    </w:p>
    <w:p>
      <w:r>
        <w:rPr>
          <w:b/>
        </w:rPr>
        <w:t xml:space="preserve">[00:27] </w:t>
      </w:r>
      <w:r>
        <w:t>yeh tajdeed ba-aitbaar-e-tabyeen, yaani fikri wazahat murad hai, na ke ba-aitbaar-e-tanfeez, yaani amli iqamat.</w:t>
      </w:r>
    </w:p>
    <w:p>
      <w:pPr>
        <w:jc w:val="right"/>
      </w:pPr>
      <w:r>
        <w:t>یہ تجدید بااعتبارِ تبیین، یعنی فکری وضاحت مراد ہے، نہ کہ بااعتبارِ تنفیض، یعنی عملی اقامت۔</w:t>
      </w:r>
    </w:p>
    <w:p>
      <w:r>
        <w:rPr>
          <w:b/>
        </w:rPr>
        <w:t xml:space="preserve">[00:36] </w:t>
      </w:r>
      <w:r>
        <w:t>chunanche is silsile mein hadith ki kitabon mein jo riwayatein aayi hain, un mein baaz riwayaton mein tajdeed ka lafz hai aur baaz riwayaton mein tabyin ka lafz.</w:t>
      </w:r>
    </w:p>
    <w:p>
      <w:pPr>
        <w:jc w:val="right"/>
      </w:pPr>
      <w:r>
        <w:t>چنانچہ اس سلسلے میں حدیث کی کتابوں میں جو روایتیں آئی ہیں، ان میں بعض روایات میں تجدید کا لفظ ہے اور بعض روایات میں تبیین کا لفظ۔</w:t>
      </w:r>
    </w:p>
    <w:p>
      <w:r>
        <w:rPr>
          <w:b/>
        </w:rPr>
        <w:t xml:space="preserve">[00:47] </w:t>
      </w:r>
      <w:r>
        <w:t>tajdeed ka matlab yeh nahi hai ke deen mein koi nayi cheez nikali jaye. maujooda zamane mein kuch log paida hue jinhone Islam ko modernise karne ki koshish ki.</w:t>
      </w:r>
    </w:p>
    <w:p>
      <w:pPr>
        <w:jc w:val="right"/>
      </w:pPr>
      <w:r>
        <w:t>تجدید کا مطلب یہ نہیں ہے کہ دین میں کوئی نئی چیز نکالی جائے۔ موجودہ زمانے میں کچھ لوگ پیدا ہوئے جنہوں نے اسلام کو ماڈرنائز کرنے کی کوشش کی۔</w:t>
      </w:r>
    </w:p>
    <w:p>
      <w:r>
        <w:rPr>
          <w:b/>
        </w:rPr>
        <w:t xml:space="preserve">[00:58] </w:t>
      </w:r>
      <w:r>
        <w:t>misalan unhone kaha ke Islam mein aqeedah abadi hai aur qanoon, yaani shariyat, zamani.</w:t>
      </w:r>
    </w:p>
    <w:p>
      <w:pPr>
        <w:jc w:val="right"/>
      </w:pPr>
      <w:r>
        <w:t>مثلاً انہوں نے کہا کہ اسلام میں عقیدہ ابدی ہے اور قانون، یعنی شریعت، زمانی۔</w:t>
      </w:r>
    </w:p>
    <w:p>
      <w:r>
        <w:rPr>
          <w:b/>
        </w:rPr>
        <w:t xml:space="preserve">[01:06] </w:t>
      </w:r>
      <w:r>
        <w:t>ek tabqe ne aise logon ko mujaddid kehna shuru kiya, magar yeh bilkul lagho baat hai. yeh log mujaddid nahi balkeh mutajaddid thay, aur mutajaddid ki islam mein koi ganjaisgh nahi thi.</w:t>
      </w:r>
    </w:p>
    <w:p>
      <w:pPr>
        <w:jc w:val="right"/>
      </w:pPr>
      <w:r>
        <w:t>ایک طبقے نے ایسے لوگوں کو مجدد کہنا شروع کیا، مگر یہ بالکل لغو بات ہے۔ یہ لوگ مجدد نہیں بلکہ متجدد تھے، اور متجدد کی اسلام میں کوئی گنجائش نہیں۔</w:t>
      </w:r>
    </w:p>
    <w:p>
      <w:r>
        <w:rPr>
          <w:b/>
        </w:rPr>
        <w:t xml:space="preserve">[01:20] </w:t>
      </w:r>
      <w:r>
        <w:t>isi tarah kuch logon ne dekha keh maujooda zamaney ke musalman siyasi maghloobiyat ya maashi inhitat mein mubtala hain. unhon ne qom ko siyasi aur maashi aitbar se uthaney ki koshish ki.</w:t>
      </w:r>
    </w:p>
    <w:p>
      <w:pPr>
        <w:jc w:val="right"/>
      </w:pPr>
      <w:r>
        <w:t>اسی طرح کچھ لوگوں نے دیکھا کہ موجودہ زمانے کے مسلمان سیاسی مغلوبیت یا معاشی انحطاط میں مبتلا ہیں۔ انہوں نے قوم کو سیاسی اور معاشی اعتبار سے اٹھانے کی کوشش کی۔</w:t>
      </w:r>
    </w:p>
    <w:p>
      <w:r>
        <w:rPr>
          <w:b/>
        </w:rPr>
        <w:t xml:space="preserve">[01:33] </w:t>
      </w:r>
      <w:r>
        <w:t>aise logon ko bhi mujaddid kaha janey laga, magar is qism ke ek kaam ko qomi khidmat to kaha ja sakta hai magar is ko tajdeed ka naam nahi diya ja sakta.</w:t>
      </w:r>
    </w:p>
    <w:p>
      <w:pPr>
        <w:jc w:val="right"/>
      </w:pPr>
      <w:r>
        <w:t>ایسے لوگوں کو بھی مجدد کہا جانے لگا، مگر اس قسم کے ایک کام کو قومی خدمت تو کہا جا سکتا ہے مگر اس کو تجدید کا نام نہیں دیا جا سکتا۔</w:t>
      </w:r>
    </w:p>
    <w:p>
      <w:r>
        <w:rPr>
          <w:b/>
        </w:rPr>
        <w:t xml:space="preserve">[01:46] </w:t>
      </w:r>
      <w:r>
        <w:t>is</w:t>
      </w:r>
    </w:p>
    <w:p>
      <w:pPr>
        <w:jc w:val="right"/>
      </w:pPr>
      <w:r>
        <w:t>اس</w:t>
      </w:r>
    </w:p>
    <w:p>
      <w:r>
        <w:rPr>
          <w:b/>
        </w:rPr>
        <w:t xml:space="preserve">[01:47] </w:t>
      </w:r>
      <w:r>
        <w:t>tarah kuch mufakireen ne islam ko alamgir siyasi nizam ke taur par pesh karna shuru kiya. is maqsad ke liye woh hukmaranon se takraye.</w:t>
      </w:r>
    </w:p>
    <w:p>
      <w:pPr>
        <w:jc w:val="right"/>
      </w:pPr>
      <w:r>
        <w:t>ی طرح کچھ مفکرین نے اسلام کو عالمگیر سیاسی نظام کے طور پر پیش کرنا شروع کیا۔ اس مقصد کے لیے وہ حکمرانوں سے ٹکرا گئے۔</w:t>
      </w:r>
    </w:p>
    <w:p>
      <w:r>
        <w:rPr>
          <w:b/>
        </w:rPr>
        <w:t xml:space="preserve">[01:57] </w:t>
      </w:r>
      <w:r>
        <w:t>unhon ne mukhtalif mulkon mein opposition ki siyasat jaari kar di, aur islam ke naam par dunya mein riyasati aur tamadduni inqilab ka jhanda le kar khare ho gaye.</w:t>
      </w:r>
    </w:p>
    <w:p>
      <w:pPr>
        <w:jc w:val="right"/>
      </w:pPr>
      <w:r>
        <w:t>انہوں نے مختلف ملکوں میں اپوزیشن کی سیاست جاری کر دی، اور اسلام کے نام پر دنیا میں ریاستی اور تمدنی انقلاب کا جھنڈا لے کر کھڑے ہو گئے۔</w:t>
      </w:r>
    </w:p>
    <w:p>
      <w:r>
        <w:rPr>
          <w:b/>
        </w:rPr>
        <w:t xml:space="preserve">[02:08] </w:t>
      </w:r>
      <w:r>
        <w:t>aise logon ko bhi kuch log mujaddid ke lafz se pukarte hain, magar yeh bhi sarasar galat hai.</w:t>
      </w:r>
    </w:p>
    <w:p>
      <w:pPr>
        <w:jc w:val="right"/>
      </w:pPr>
      <w:r>
        <w:t>ایسے لوگوں کو بھی کچھ لوگ مجدد کے لفظ سے پکارتے ہیں، مگر یہ بھی سراسر غلط ہے۔</w:t>
      </w:r>
    </w:p>
    <w:p>
      <w:r>
        <w:rPr>
          <w:b/>
        </w:rPr>
        <w:t xml:space="preserve">[02:15] </w:t>
      </w:r>
      <w:r>
        <w:t>is qism ki nazariya saazi ya siyasi akheer pachad bhi woh cheez nahi jis ko hadith mein tajdeed kaha gaya hai. hadith mein jis tajdeedi amal ka zikr hai, us se murad yeh hai keh deen ki taleemat ko az sar-e-nau us ki asal soorat mein wazeh karna.</w:t>
      </w:r>
    </w:p>
    <w:p>
      <w:pPr>
        <w:jc w:val="right"/>
      </w:pPr>
      <w:r>
        <w:t>اس قسم کی نظریہ سازی یا سیاسی اکھیڑ پچھاڑ بھی وہ چیز نہیں جس کو حدیث میں تجدید کہا گیا ہے۔ حدیث میں جس تجدیدی عمل کا ذکر ہے، اس سے مراد یہ ہے کہ دین کی تعلیمات کو از سرِ نو اس کی اصل صورت میں واضح کرنا۔</w:t>
      </w:r>
    </w:p>
    <w:p>
      <w:r>
        <w:rPr>
          <w:b/>
        </w:rPr>
        <w:t xml:space="preserve">[02:34] </w:t>
      </w:r>
      <w:r>
        <w:t>deen ko insani milawaton se pak kar ke us ko us ibtidai soorat mein samney le aana jaisa keh paighambar ne us ko apne zamaney mein pesh kiya tha.</w:t>
      </w:r>
    </w:p>
    <w:p>
      <w:pPr>
        <w:jc w:val="right"/>
      </w:pPr>
      <w:r>
        <w:t>دین کو انسانی ملاوٹوں سے پاک کر کے اس کو اس ابتدائی صورت میں سامنے لے آنا جیسا کہ پیغمبر نے اس کو اپنے زمانے میں پیش کیا تھا۔</w:t>
      </w:r>
    </w:p>
    <w:p>
      <w:r>
        <w:rPr>
          <w:b/>
        </w:rPr>
        <w:t xml:space="preserve">[02:45] </w:t>
      </w:r>
      <w:r>
        <w:t>quran mein hai keh hum ne tumhare upar yaad dahani utari hai taa keh tum logon par is cheez ko wazeh kar do jo un ki taraf utari gayi hai.</w:t>
      </w:r>
    </w:p>
    <w:p>
      <w:pPr>
        <w:jc w:val="right"/>
      </w:pPr>
      <w:r>
        <w:t>قرآن میں ہے کہ ہم نے تمہارے اوپر یاد دہانی اتاری ہے تاکہ تم لوگوں پر اس چیز کو واضح کر دو جو ان کی طرف اتاری گئی تھی۔</w:t>
      </w:r>
    </w:p>
    <w:p>
      <w:r>
        <w:rPr>
          <w:b/>
        </w:rPr>
        <w:t xml:space="preserve">[02:55] </w:t>
      </w:r>
      <w:r>
        <w:t>wa anzalna ilayka al-dhikra li tubayyina lil-nasi ma nuzzila ilayhim surah al-nahl ayat 44.</w:t>
      </w:r>
    </w:p>
    <w:p>
      <w:pPr>
        <w:jc w:val="right"/>
      </w:pPr>
      <w:r>
        <w:t>وَأَنْزَلْنَا إِلَيْكَ الذِّكْرَ لِتُبَيِّنَ لِلنَّاسِ مَا نُزِّلَ إِلَيْهِمْ سورۃ النحل آیت 44۔</w:t>
      </w:r>
    </w:p>
    <w:p>
      <w:r>
        <w:rPr>
          <w:b/>
        </w:rPr>
        <w:t xml:space="preserve">[03:05] </w:t>
      </w:r>
      <w:r>
        <w:t>dhikr manzil ki isi tabyeen-e-nau ka naam tajdeed hai. yahan tajdeed se mutalliq kuch hadithain naqal ki jati hain.</w:t>
      </w:r>
    </w:p>
    <w:p>
      <w:pPr>
        <w:jc w:val="right"/>
      </w:pPr>
      <w:r>
        <w:t>ذکر منزل کی اسی تبیینِ نو کا نام تجدید ہے۔ یہاں تجدید سے متعلق کچھ حدیثیں نقل کی جاتی ہیں۔</w:t>
      </w:r>
    </w:p>
    <w:p>
      <w:r>
        <w:rPr>
          <w:b/>
        </w:rPr>
        <w:t xml:space="preserve">[03:15] </w:t>
      </w:r>
      <w:r>
        <w:t>inna allaha yab'athu li hadhihi al-ummah 'ala ra'si kulli mi'ati sanatin man yujaddidu laha dinaha.</w:t>
      </w:r>
    </w:p>
    <w:p>
      <w:pPr>
        <w:jc w:val="right"/>
      </w:pPr>
      <w:r>
        <w:t>إِنَّ اللَّهَ يَبْعَثُ لِهَذِهِ الْأُمَّةِ عَلَى رَأْسِ كُلِّ مِئَةِ سَنَةٍ مَنْ يُجَدِّدُ لَهَا دِينَهَا۔</w:t>
      </w:r>
    </w:p>
    <w:p>
      <w:r>
        <w:rPr>
          <w:b/>
        </w:rPr>
        <w:t xml:space="preserve">[03:23] </w:t>
      </w:r>
      <w:r>
        <w:t>allah is ummat ke liye har sau saal ke siray par kisi ko bhejega jo is ke deen ki tajdeed karega. inna allaha yab'athu li hadhihi al-ummah 'ala ra'si kulli mi'ati sanatin man yujaddidu laha amra dinaha.</w:t>
      </w:r>
    </w:p>
    <w:p>
      <w:pPr>
        <w:jc w:val="right"/>
      </w:pPr>
      <w:r>
        <w:t>اللہ اس امت کے لیے ہر سو سال کے سرے پر کسی کو بھیجے گا جو اس کے دین کی تجدید کرے گا۔ إِنَّ اللَّهَ يَبْعَثُ لِهَذِهِ الْأُمَّةِ عَلَى رَأْسِ كُلِّ مِئَةِ سَنَةٍ مَنْ يُجَدِّدُ لَهَا أَمْرَ دِينِهَا۔</w:t>
      </w:r>
    </w:p>
    <w:p>
      <w:r>
        <w:rPr>
          <w:b/>
        </w:rPr>
        <w:t xml:space="preserve">[03:40] </w:t>
      </w:r>
      <w:r>
        <w:t>allah is ummat ke liye har sau saal ke siray par kisi ko bhejega jo is ke mamle ki tajdeed karega. inna allaha yab'athu 'ala ra'si kulli mi'ati sanatin man yujaddidu li hadhihi al-ummah amra dinaha</w:t>
      </w:r>
    </w:p>
    <w:p>
      <w:pPr>
        <w:jc w:val="right"/>
      </w:pPr>
      <w:r>
        <w:t>اللہ اس امت کے لیے ہر سو سال کے سرے پر کسی کو بھیجے گا جو اس کے معاملے کی تجدید کرے گا۔ إِنَّ اللَّهَ يَبْعَثُ عَلَى رَأْسِ كُلِّ مِئَةِ سَنَةٍ مَنْ يُجَدِّدُ لِهَذِهِ الْأُمَّةِ أَمْرَ دِينِهَا</w:t>
      </w:r>
    </w:p>
    <w:p>
      <w:r>
        <w:rPr>
          <w:b/>
        </w:rPr>
        <w:t xml:space="preserve">[03:55] </w:t>
      </w:r>
      <w:r>
        <w:t>. allah har sau saal ke siray par kisi ko bhejega jo is ummat ke deeni mamle ki tajdeed karega. inna allaha 'azza wa jalla yab'athu li hadhihi al-ummah 'ala ra'si kulli mi'ati sanatin rajulan yuqimu laha amra dinaha.</w:t>
      </w:r>
    </w:p>
    <w:p>
      <w:pPr>
        <w:jc w:val="right"/>
      </w:pPr>
      <w:r>
        <w:t>۔ اللہ ہر سو سال کے سرے پر کسی کو بھیجے گا جو اس امت کے دینی معاملے کی تجدید کرے گا۔ إِنَّ اللَّهَ عَزَّ وَجَلَّ يَبْعَثُ لِهَذِهِ الْأُمَّةِ عَلَى رَأْسِ كُلِّ مِئَةِ سَنَةٍ رَجُلًا يُقِيمُ لَهَا أَمْرَ دِينِهَا۔</w:t>
      </w:r>
    </w:p>
    <w:p>
      <w:r>
        <w:rPr>
          <w:b/>
        </w:rPr>
        <w:t xml:space="preserve">[04:12] </w:t>
      </w:r>
      <w:r>
        <w:t>allah taala is ummat ke liye har sau saal ke siray par ek shakhs ko bhejega jo is ke liye is ke deeni mamle ko durust karega.</w:t>
      </w:r>
    </w:p>
    <w:p>
      <w:pPr>
        <w:jc w:val="right"/>
      </w:pPr>
      <w:r>
        <w:t>اللہ تعالی اس امت کے لیے ہر سو سال کے سرے پر ایک شخص کو بھیجے گا جو اس کے لیے اس کے دینی معاملے کو درست کرے گا۔</w:t>
      </w:r>
    </w:p>
    <w:p>
      <w:r>
        <w:rPr>
          <w:b/>
        </w:rPr>
        <w:t xml:space="preserve">[04:22] </w:t>
      </w:r>
      <w:r>
        <w:t>inna allaha yamunnu 'ala ahli dinihi fi ra'si kulli mi'ati sanatin bi rajulin min ahli bayti fa yubayyinu lahum amra dinahim.</w:t>
      </w:r>
    </w:p>
    <w:p>
      <w:pPr>
        <w:jc w:val="right"/>
      </w:pPr>
      <w:r>
        <w:t>إِنَّ اللَّهَ يَمُنُّ عَلَى أَهْلِ دِينِهِ فِي رَأْسِ كُلِّ مِئَةِ سَنَةٍ بِرَجُلٍ مِنْ أَهْلِ بَيْتِي فَيُبَيِّنُ لَهُمْ أَمْرَ دِينِهِمْ۔</w:t>
      </w:r>
    </w:p>
    <w:p>
      <w:r>
        <w:rPr>
          <w:b/>
        </w:rPr>
        <w:t xml:space="preserve">[04:33] </w:t>
      </w:r>
      <w:r>
        <w:t>allah har sau saal ke siray par apne deen ke logon par mere ahle bait ke ek aadmi ke zariye ehsan karega. woh un ke liye un ke deen ke mamle ko bayan karega.</w:t>
      </w:r>
    </w:p>
    <w:p>
      <w:pPr>
        <w:jc w:val="right"/>
      </w:pPr>
      <w:r>
        <w:t>اللہ ہر سو سال کے سرے پر اپنے دین کے لوگوں پر میرے اہل بیت کے ایک آدمی کے ذریعے احسان کرے گا۔ وہ ان کے لیے ان کے دین کے معاملے کو بیان کرے گا۔</w:t>
      </w:r>
    </w:p>
    <w:p>
      <w:r>
        <w:rPr>
          <w:b/>
        </w:rPr>
        <w:t xml:space="preserve">[04:45] </w:t>
      </w:r>
      <w:r>
        <w:t>dawat al-haq, al-ribat, rabi al-awwal, 1405 hijri. tajdeed deen ki riwayat alfaaz ke mamooli farq ke sath jis tarah hadith ki kitabon mein aayi hai, us ko hum ne upar naqal kar diya</w:t>
      </w:r>
    </w:p>
    <w:p>
      <w:pPr>
        <w:jc w:val="right"/>
      </w:pPr>
      <w:r>
        <w:t>دعوت الحق، الرباط، ربیع الاول، 1405 ہجری۔ تجدید دین کی روایت الفاظ کے معمولی فرق کے ساتھ جس طرح حدیث کی کتابوں میں آئی ہے، اس کو ہم نے اوپر نقل کر دیا</w:t>
      </w:r>
    </w:p>
    <w:p>
      <w:r>
        <w:rPr>
          <w:b/>
        </w:rPr>
        <w:t xml:space="preserve">[05:00] </w:t>
      </w:r>
      <w:r>
        <w:t>hai. un ko mila kar dekhne se andaza hota hai keh tajdeed darasal tabyeen ke hum ma'ni hai. tajdeed deen se murad hai deen ko khalis soorat mein bayan kar dena.</w:t>
      </w:r>
    </w:p>
    <w:p>
      <w:pPr>
        <w:jc w:val="right"/>
      </w:pPr>
      <w:r>
        <w:t>ہے۔ ان کو ملا کر دیکھنے سے اندازہ ہوتا ہے کہ تجدید دراصل تبیین کے ہم معنی ہے۔ تجدید دین سے مراد ہے دین کو خالص صورت میں بیان کر دینا۔</w:t>
      </w:r>
    </w:p>
    <w:p>
      <w:r>
        <w:rPr>
          <w:b/>
        </w:rPr>
        <w:t xml:space="preserve">[05:12] </w:t>
      </w:r>
      <w:r>
        <w:t>chunki is deen ko qayamat tak ke liye baqi rehna hai, is liye allah taala ne yeh ehtimam farmaya keh har sadi mein kam az kam ek aisa shakhs paida hota rahe jo logon ke samney deen ko us ki sahi aur be-ghalut soorat mein bayan kar de.</w:t>
      </w:r>
    </w:p>
    <w:p>
      <w:pPr>
        <w:jc w:val="right"/>
      </w:pPr>
      <w:r>
        <w:t>چونکہ اس دین کو قیامت تک کے لیے باقی رہنا ہے، اس لیے اللہ تعالی نے یہ اہتمام فرمایا کہ ہر صدی میں کم از کم ایک ایسا شخص پیدا ہوتا رہے جو لوگوں کے سامنے دین کو اس کی صحیح اور بے عام صورت میں بیان کر دے۔</w:t>
      </w:r>
    </w:p>
    <w:p>
      <w:r>
        <w:rPr>
          <w:b/>
        </w:rPr>
        <w:t xml:space="preserve">[05:29] </w:t>
      </w:r>
      <w:r>
        <w:t>woh haq ko nahq se juda kar de taa keh jis ko paney ki talab hai woh pa le aur jis ko paney ki talab nahi hai us ka ghair talib hona sabit ho jaye.</w:t>
      </w:r>
    </w:p>
    <w:p>
      <w:pPr>
        <w:jc w:val="right"/>
      </w:pPr>
      <w:r>
        <w:t>وہ حق کو ناحق سے جدا کر دے تاکہ جس کو پانے کی طلب ہے وہ پا لے اور جس کو پانے کی طلب نہیں ہے اس کا غیر طالب ہونا ثابت ہو جائے۔</w:t>
      </w:r>
    </w:p>
    <w:p>
      <w:r>
        <w:rPr>
          <w:b/>
        </w:rPr>
        <w:t xml:space="preserve">[05:40] </w:t>
      </w:r>
      <w:r>
        <w:t>deen ka naam kabhi dunya se khatm nahi hota. jo cheez dunya se khatm hoti hai woh rasool allah sallallahu alayhi wasallam ki sachi sunnat hai.</w:t>
      </w:r>
    </w:p>
    <w:p>
      <w:pPr>
        <w:jc w:val="right"/>
      </w:pPr>
      <w:r>
        <w:t>دین کا نام کبھی دنیا سے ختم نہیں ہوتا۔ جو چیز دنیا سے ختم ہوتی ہے وہ رسول اللہ صلی اللہ علیہ وسلم کی سچی سنت ہے۔</w:t>
      </w:r>
    </w:p>
    <w:p>
      <w:r>
        <w:rPr>
          <w:b/>
        </w:rPr>
        <w:t xml:space="preserve">[05:49] </w:t>
      </w:r>
      <w:r>
        <w:t>ek riwayat ke mutabiq rasool allah sallallahu alayhi wasallam ne farmaya: "man tamassaka bisunnati 'inda fasadi ummati falahu ajru mi'ati sha</w:t>
      </w:r>
    </w:p>
    <w:p>
      <w:pPr>
        <w:jc w:val="right"/>
      </w:pPr>
      <w:r>
        <w:t>ایک روایت کے مطابق رسول اللہ صلی اللہ علیہ وسلم نے فرمایا: "من تمسک بسنت عند فساد امتی فلہ اجر مئۃ شہ</w:t>
      </w:r>
    </w:p>
    <w:p>
      <w:r>
        <w:rPr>
          <w:b/>
        </w:rPr>
        <w:t xml:space="preserve">[05:58] </w:t>
      </w:r>
      <w:r>
        <w:t>Hadees: Meri ummat mein bigaad ke waqt jisne meri sunnat ko pakda uske liye sau shaheedon ka sawab hai. Islam ki raah mein lad kar apni jaan de dena ek aisa amal hai jis ka Allah taala ke yahan bada inaam hai.</w:t>
      </w:r>
    </w:p>
    <w:p>
      <w:pPr>
        <w:jc w:val="right"/>
      </w:pPr>
      <w:r>
        <w:t>ید"۔ الحدیث: میری امت میں بگاڑ کے وقت جس نے میری سنت کو پکڑا اس کے لیے سو شہیدوں کا ثواب ہے۔ اسلام کی راہ میں لڑ کر اپنی جان دے دینا ایک ایسا عمل ہے جس کا اللہ تعالی کے یہاں بڑا انعام ہے۔</w:t>
      </w:r>
    </w:p>
    <w:p>
      <w:r>
        <w:rPr>
          <w:b/>
        </w:rPr>
        <w:t xml:space="preserve">[06:14] </w:t>
      </w:r>
      <w:r>
        <w:t>Magar bigaad ke zamane mein apne aap ko sachche deen par qaim karne ka ajar is se sau guna zyada bataya gaya hai. Is ki wajah yeh hai ke awwal uz zikr apne aap ko ek din qurbaan karta hai,</w:t>
      </w:r>
    </w:p>
    <w:p>
      <w:pPr>
        <w:jc w:val="right"/>
      </w:pPr>
      <w:r>
        <w:t>مگر بگاڑ کے زمانے میں اپنے آپ کو سچے دین پر قائم کرنے کا اجر اس سے سو گنا زیادہ بتایا گیا ہے۔ اس کی وجہ یہ ہے کہ اول الذکر اپنے آپ کو ایک دن قربان کرتا ہے،</w:t>
      </w:r>
    </w:p>
    <w:p>
      <w:r>
        <w:rPr>
          <w:b/>
        </w:rPr>
        <w:t xml:space="preserve">[06:27] </w:t>
      </w:r>
      <w:r>
        <w:t>jabke saani uz zikr ko har roz apne aap ko qurbaan karna padta hai. Ummat ke andar jab bigaad aata hai to us waqt yeh haal ho jata hai ke ek bigde hue mazhab ka naam deen ban jata hai.</w:t>
      </w:r>
    </w:p>
    <w:p>
      <w:pPr>
        <w:jc w:val="right"/>
      </w:pPr>
      <w:r>
        <w:t>جبکہ ثانی الذکر کو ہر روز اپنے آپ کو قربان کرنا پڑتا ہے۔ امت کے اندر جب بگاڑ آتا ہے تو اس وقت یہ حال ہو جاتا ہے کہ ایک بگڑے ہوئے مذہب کا نام دین بن جاتا ہے۔</w:t>
      </w:r>
    </w:p>
    <w:p>
      <w:r>
        <w:rPr>
          <w:b/>
        </w:rPr>
        <w:t xml:space="preserve">[06:41] </w:t>
      </w:r>
      <w:r>
        <w:t>Saare deeni idare, tamam deeni aezazat isi bigde hue mazhab se wabasta ho jate hain. Deen ke tamam shobon mein aise log qabza pa lete hain jo deen ko tijarat bana chuke hote hain.</w:t>
      </w:r>
    </w:p>
    <w:p>
      <w:pPr>
        <w:jc w:val="right"/>
      </w:pPr>
      <w:r>
        <w:t>سارے دینی ادارے، تمام دینی اعزازات اسی بگڑے ہوئے مذہب سے وابستہ ہو جاتے ہیں۔ دین کے تمام شعبوں میں ایسے لوگ قبضہ پا لیتے ہیں جو دین کو تجارت بنا چکے ہوتے ہیں۔</w:t>
      </w:r>
    </w:p>
    <w:p>
      <w:r>
        <w:rPr>
          <w:b/>
        </w:rPr>
        <w:t xml:space="preserve">[06:55] </w:t>
      </w:r>
      <w:r>
        <w:t>Khawas apne masaleh ke bana par aur awam apni jahalat ki bana par isi bigde hue deen ko mazbooti se pakde hue hote hain.</w:t>
      </w:r>
    </w:p>
    <w:p>
      <w:pPr>
        <w:jc w:val="right"/>
      </w:pPr>
      <w:r>
        <w:t>خواص اپنے مصالح کے بنا پر اور عوام اپنی جہالت کی بنا پر اسی بگڑے ہوئے دین کو مضبوطی سے پکڑے ہوئے ہوتے ہیں۔</w:t>
      </w:r>
    </w:p>
    <w:p>
      <w:r>
        <w:rPr>
          <w:b/>
        </w:rPr>
        <w:t xml:space="preserve">[07:04] </w:t>
      </w:r>
      <w:r>
        <w:t>Aisi halat mein jab koi banda Khuda ke sachche aur be-amez deen ko le kar uthta hai to saare log mehsoos karte hain ke is shakhs ka deen un ke apne deen ko be-aitbaar bana raha hai.</w:t>
      </w:r>
    </w:p>
    <w:p>
      <w:pPr>
        <w:jc w:val="right"/>
      </w:pPr>
      <w:r>
        <w:t>ایسی حالت میں جب کوئی بندہ خدا کے سچے اور بے آمیز دین کو لے کر اٹھتا ہے تو سارے لوگ محسوس کرتے ہیں کہ اس شخص کا دین ان کے اپنے دین کو بے اعتبار بنا رہا ہے۔</w:t>
      </w:r>
    </w:p>
    <w:p>
      <w:r>
        <w:rPr>
          <w:b/>
        </w:rPr>
        <w:t xml:space="preserve">[07:20] </w:t>
      </w:r>
      <w:r>
        <w:t>Woh foran us ke mukhalif ban jate</w:t>
      </w:r>
    </w:p>
    <w:p>
      <w:pPr>
        <w:jc w:val="right"/>
      </w:pPr>
      <w:r>
        <w:t>وہ فوراً اس کے مخالف بن جاتے</w:t>
      </w:r>
    </w:p>
    <w:p>
      <w:r>
        <w:rPr>
          <w:b/>
        </w:rPr>
        <w:t xml:space="preserve">[07:22] </w:t>
      </w:r>
      <w:r>
        <w:t>hain. Is ka nateeja yeh hota hai ke Rasool Khuda wale tareeqe ko pakadne wala aadmi khud apne mashre mein be-jagah ho jata hai.</w:t>
      </w:r>
    </w:p>
    <w:p>
      <w:pPr>
        <w:jc w:val="right"/>
      </w:pPr>
      <w:r>
        <w:t>ہیں۔ اس کا نتیجہ یہ ہوتا ہے کہ رسول خدا والے طریقے کو پکڑنے والا آدمی خود اپنے معاشرے میں بے جگہ ہو جاتا ہے۔</w:t>
      </w:r>
    </w:p>
    <w:p>
      <w:r>
        <w:rPr>
          <w:b/>
        </w:rPr>
        <w:t xml:space="preserve">[07:31] </w:t>
      </w:r>
      <w:r>
        <w:t>Woh sab ke darmiyan ek ghair matloob shakhs ban jata hai. Bigaad ke zamane mein yeh hota hai ke waqti aur rasmi amal ko log jannat ka ticket samajh lete hain.</w:t>
      </w:r>
    </w:p>
    <w:p>
      <w:pPr>
        <w:jc w:val="right"/>
      </w:pPr>
      <w:r>
        <w:t>وہ سب کے درمیان ایک غیر مطلوب شخص بن جاتا ہے۔ بگاڑ کے زمانے میں یہ ہوتا ہے کہ وقتی اور رسمی عملیات کو لوگ جنت کا ٹکٹ سمجھ لیتے ہیں۔</w:t>
      </w:r>
    </w:p>
    <w:p>
      <w:r>
        <w:rPr>
          <w:b/>
        </w:rPr>
        <w:t xml:space="preserve">[07:42] </w:t>
      </w:r>
      <w:r>
        <w:t>Is ke muqable mein sunnat e Rasool ko pakadne wala aadmi haqeeqi aemal par jannat ka madar rakhta hai.</w:t>
      </w:r>
    </w:p>
    <w:p>
      <w:pPr>
        <w:jc w:val="right"/>
      </w:pPr>
      <w:r>
        <w:t>اس کے مقابلے میں سنت رسول کو پکڑنے والا آدمی حقیقی اعمال پر جنت کا مدار رکھتا ہے۔</w:t>
      </w:r>
    </w:p>
    <w:p>
      <w:r>
        <w:rPr>
          <w:b/>
        </w:rPr>
        <w:t xml:space="preserve">[07:49] </w:t>
      </w:r>
      <w:r>
        <w:t>Log mazhabi munazre aur siyasi mujadle ke mashghalon ko deeni karname samajhne lagte hain. Woh batata hai ke sabr aur qurbaani ke tareeqon ko ikhtiyar karne ka naam deen hai.</w:t>
      </w:r>
    </w:p>
    <w:p>
      <w:pPr>
        <w:jc w:val="right"/>
      </w:pPr>
      <w:r>
        <w:t>لوگ مذہبی مناظرے اور سیاسی مجادلے کے مشغلوں کو دینی کارنامے سمجھنے لگتے ہیں۔ وہ بتاتا ہے کہ صبر اور قربانی کے طریقوں کو اختیار کرنے کا نام دین ہے۔</w:t>
      </w:r>
    </w:p>
    <w:p>
      <w:r>
        <w:rPr>
          <w:b/>
        </w:rPr>
        <w:t xml:space="preserve">[08:01] </w:t>
      </w:r>
      <w:r>
        <w:t>Log apne duniyavi hangamon ko deen ka unwan diye hue hote hain. Woh kehta hai ke aakhirat ke liye jeene aur marne ka naam deen hai.</w:t>
      </w:r>
    </w:p>
    <w:p>
      <w:pPr>
        <w:jc w:val="right"/>
      </w:pPr>
      <w:r>
        <w:t>لوگ اپنے دنیاوی ہنگاموں کو دین کا عنوان دیے ہوئے ہوتے ہیں۔ وہ کہتا ہے کہ آخرت کے لیے جینے اور مرنے کا نام دین ہے۔</w:t>
      </w:r>
    </w:p>
    <w:p>
      <w:r>
        <w:rPr>
          <w:b/>
        </w:rPr>
        <w:t xml:space="preserve">[08:11] </w:t>
      </w:r>
      <w:r>
        <w:t>Log ahbar o rehan ke deen ko pakde hue hote hain. Woh kehta hai ke deen woh hai jo Khuda aur Rasool se mila ho.</w:t>
      </w:r>
    </w:p>
    <w:p>
      <w:pPr>
        <w:jc w:val="right"/>
      </w:pPr>
      <w:r>
        <w:t>لوگ احبار و رہبان کے دین کو پکڑے ہوئے ہوتے ہیں۔ وہ کہتا ہے کہ دین وہ ہے جو خدا اور رسول سے ملا ہو۔</w:t>
      </w:r>
    </w:p>
    <w:p>
      <w:r>
        <w:rPr>
          <w:b/>
        </w:rPr>
        <w:t xml:space="preserve">[08:19] </w:t>
      </w:r>
      <w:r>
        <w:t>Log apne buzurgon ke arshad o malfoozat se lipte hue hote hain. Woh kehta hai ke Quran o Sunnat wale deen ko apna deen banao.</w:t>
      </w:r>
    </w:p>
    <w:p>
      <w:pPr>
        <w:jc w:val="right"/>
      </w:pPr>
      <w:r>
        <w:t>لوگ اپنے بزرگوں کے ارشادات و ملفوظات سے لپٹے ہوئے ہوتے ہیں۔ وہ کہتا ہے کہ قرآن و سنت والے دین کو اپنا دین بناؤ۔</w:t>
      </w:r>
    </w:p>
    <w:p>
      <w:r>
        <w:rPr>
          <w:b/>
        </w:rPr>
        <w:t xml:space="preserve">[08:28] </w:t>
      </w:r>
      <w:r>
        <w:t>Log qisse kahaniyon ke zariye apna ek deeni edition tayyar kar ke us ki tilawat mein mashgool hote hain. Woh kehta hai ke is ke bajaye muhkam ayat aur sabit shuda sunnat e Rasool par apne deen ki buniyad rakho.</w:t>
      </w:r>
    </w:p>
    <w:p>
      <w:pPr>
        <w:jc w:val="right"/>
      </w:pPr>
      <w:r>
        <w:t>لوگ قصے کہانیوں کے ذریعے اپنا ایک دینی ایڈیشن تیار کر کے اس کی تلاوت میں مشغول ہوتے ہیں۔ وہ کہتا ہے کہ اس کے بجائے محکم آیات اور ثابت شدہ سنت رسول پر اپنے دین کی بنیاد رکھو۔</w:t>
      </w:r>
    </w:p>
    <w:p>
      <w:r>
        <w:rPr>
          <w:b/>
        </w:rPr>
        <w:t xml:space="preserve">[08:41] </w:t>
      </w:r>
      <w:r>
        <w:t>Log apne taur par mukhtalif qism ki mazhabi mashkafiyan ijad karte hain aur us ko deen ka qaim muqam bana lete hain. Woh kehta hai ke is saaf aur seedhe deen ko ikhtiyar karo jo Khuda aur Rasool ne bataya hai aur jo ashab e Rasool ke zariye hum ko pahuncha hai.</w:t>
      </w:r>
    </w:p>
    <w:p>
      <w:pPr>
        <w:jc w:val="right"/>
      </w:pPr>
      <w:r>
        <w:t>لوگ اپنے طور پر مختلف قسم کی مذہبی مشکافیاں ایجاد کرتے ہیں اور اس کو دین کا قائم مقام بنا لیتے ہیں۔ وہ کہتا ہے کہ اس صاف اور سیدھے دین کو اختیار کرو جو خدا اور رسول نے بتایا ہے اور جو اصحاب رسول کے ذریعے ہم کو پہنچا ہے۔</w:t>
      </w:r>
    </w:p>
    <w:p>
      <w:r>
        <w:rPr>
          <w:b/>
        </w:rPr>
        <w:t xml:space="preserve">[08:59] </w:t>
      </w:r>
      <w:r>
        <w:t>Jo shakhs is qism ka deen bigde hue zamane mein le kar uthe woh logon ki nazar mein kafir o mushrik se bhi zyada mabghooz ho jata hai kyunke woh un ki deeni hesiyat ko be buniyad sabit karta hai.</w:t>
      </w:r>
    </w:p>
    <w:p>
      <w:pPr>
        <w:jc w:val="right"/>
      </w:pPr>
      <w:r>
        <w:t>جو شخص اس قسم کا دین بگڑے ہوئے زمانے میں لے کر اٹھے وہ لوگوں کی نظر میں کافر و مشرک سے بھی زیادہ مبغوض ہو جاتا ہے کیونکہ وہ ان کی دینی حیثیت کو بے بنیاد ثابت کرتا ہے۔</w:t>
      </w:r>
    </w:p>
    <w:p>
      <w:r>
        <w:rPr>
          <w:b/>
        </w:rPr>
        <w:t xml:space="preserve">[09:13] </w:t>
      </w:r>
      <w:r>
        <w:t>Is se un ko apni qiyadat par zarb padti hui dikhai deti hai. Is se un ke maashi mafadat darham barham hote hain. Is se un ki gadiyan chinti hui nazar aati hain.</w:t>
      </w:r>
    </w:p>
    <w:p>
      <w:pPr>
        <w:jc w:val="right"/>
      </w:pPr>
      <w:r>
        <w:t>اس سے ان کو اپنی قیادت پر ضرب پڑتی ہوئی دکھائی دیتی ہے۔ اس سے ان کے معاشی مفادات درہم برہم ہوتے ہیں۔ اس سے ان کی گدیاں چھنتی ہوئی نظر آتی ہیں۔</w:t>
      </w:r>
    </w:p>
    <w:p>
      <w:r>
        <w:rPr>
          <w:b/>
        </w:rPr>
        <w:t xml:space="preserve">[09:24] </w:t>
      </w:r>
      <w:r>
        <w:t>Is</w:t>
      </w:r>
    </w:p>
    <w:p>
      <w:pPr>
        <w:jc w:val="right"/>
      </w:pPr>
      <w:r>
        <w:t>اس</w:t>
      </w:r>
    </w:p>
    <w:p>
      <w:r>
        <w:rPr>
          <w:b/>
        </w:rPr>
        <w:t xml:space="preserve">[09:25] </w:t>
      </w:r>
      <w:r>
        <w:t>ko manna apne aap ko jamay hue mafadat se mahroom karne ke hum maani ban jata hai. Aisa shakhs ek taraf awam ke aafiyat kosh zindagi ke liye taziyana ban jata hai aur doosri taraf khawas ko yeh mehsoos hota hai ke woh un ke sheh sawar Islam hone ko mushtabah bana raha hai.</w:t>
      </w:r>
    </w:p>
    <w:p>
      <w:pPr>
        <w:jc w:val="right"/>
      </w:pPr>
      <w:r>
        <w:t>کو ماننا اپنے آپ کو جمے ہوئے مفادات سے محروم کرنے کے ہم معنی بن جاتا ہے۔ ایسا شخص ایک طرف عوام کے عافیت کوشش زندگی کے لیے تازیانہ بن جاتا ہے اور دوسری طرف خواص کو یہ محسوس ہوتا ہے کہ وہ ان کے شہ سوار اسلام ہونے کو مشتبہ بنا رہا ہے۔</w:t>
      </w:r>
    </w:p>
    <w:p>
      <w:r>
        <w:rPr>
          <w:b/>
        </w:rPr>
        <w:t xml:space="preserve">[09:43] </w:t>
      </w:r>
      <w:r>
        <w:t>Yeh cheezen is shakhs ko itni be shumar qism ki mukhalifaton aur mushkilat mein mubtala kar deti hain ke is ke muqable mein ek din maidan e jang mein lad kar mar jana koi haqiqat nahi rakhta.</w:t>
      </w:r>
    </w:p>
    <w:p>
      <w:pPr>
        <w:jc w:val="right"/>
      </w:pPr>
      <w:r>
        <w:t>یہ چیزیں اس شخص کو اتنی بے شمار قسم کی مخالفتوں اور مشکلات میں مبتلا کر دیتی ہیں کہ اس کے مقابلے میں ایک دن میدان جنگ میں لڑ کر مر جانا کوئی حقیقت نہیں رکھتا۔</w:t>
      </w:r>
    </w:p>
    <w:p>
      <w:r>
        <w:rPr>
          <w:b/>
        </w:rPr>
        <w:t xml:space="preserve">[09:57] </w:t>
      </w:r>
      <w:r>
        <w:t>In mukhalifaton mein sab se zyada shadeed mukhalafat in qaaidain ki taraf se samne aati hai jo deen ke naam par duniyavi faide hasil kiye hue hote hain.</w:t>
      </w:r>
    </w:p>
    <w:p>
      <w:pPr>
        <w:jc w:val="right"/>
      </w:pPr>
      <w:r>
        <w:t>ان مخالفتوں میں سب سے زیادہ شدید مخالفت ان قائدین کی طرف سے سامنے آتی ہے جو دین کے نام پر دنیاوی فائدے حاصل کیے ہوئے ہوتے ہیں۔</w:t>
      </w:r>
    </w:p>
    <w:p>
      <w:r>
        <w:rPr>
          <w:b/>
        </w:rPr>
        <w:t xml:space="preserve">[10:07] </w:t>
      </w:r>
      <w:r>
        <w:t>In ki qiyadat ka raaz sahi deen ka alambardar banna nahi hota. Woh yeh karte hain ke bigaad ke zamane mein pai jane wali deeni shaklon mein apni jagah bana lete hain.</w:t>
      </w:r>
    </w:p>
    <w:p>
      <w:pPr>
        <w:jc w:val="right"/>
      </w:pPr>
      <w:r>
        <w:t>ان کی قیادت کا راز صحیح دین کا علمبردار بننا نہیں ہوتا۔ وہ یہ کرتے ہیں کہ بگاڑ کے زمانے میں پائی جانے والی دینی شکلوں میں اپنی جگہ بنا لیتے ہیں۔</w:t>
      </w:r>
    </w:p>
    <w:p>
      <w:r>
        <w:rPr>
          <w:b/>
        </w:rPr>
        <w:t xml:space="preserve">[10:19] </w:t>
      </w:r>
      <w:r>
        <w:t>Woh yeh karte hain ke bigaad ke zamane mein pai jane wali deeni shaklon mein apni jagah bana lete hain. Koi kisi idare ki gadi par baith jata hai.</w:t>
      </w:r>
    </w:p>
    <w:p>
      <w:pPr>
        <w:jc w:val="right"/>
      </w:pPr>
      <w:r>
        <w:t>وہ یہ کرتے ہیں کہ بگاڑ کے زمانے میں پائی جانے والی دینی شکلوں میں اپنی جگہ بنا لیتے ہیں۔ کوئی کسی ادارے کی گدی پر بیٹھ جاتا ہے۔</w:t>
      </w:r>
    </w:p>
    <w:p>
      <w:r>
        <w:rPr>
          <w:b/>
        </w:rPr>
        <w:t xml:space="preserve">[10:28] </w:t>
      </w:r>
      <w:r>
        <w:t>Koi deeni jashnon aur taqribon mein khitabat ka johar dikha kar marja e khalaiq ban jata hai. Koi deen ko raij ul waqt peymanon mein dhal kar logon ke darmiyan maqbooliyat hasil kar leta hai.</w:t>
      </w:r>
    </w:p>
    <w:p>
      <w:pPr>
        <w:jc w:val="right"/>
      </w:pPr>
      <w:r>
        <w:t>کوئی دینی جشنوں اور تقریبوں میں خطابت کا جوہر دکھا کر مرجع خلائق بن جاتا ہے۔ کوئی دین کو رائج الوقت پیمانوں میں ڈھال کر لوگوں کے درمیان مقبولیت حاصل کر لیتا ہے۔</w:t>
      </w:r>
    </w:p>
    <w:p>
      <w:r>
        <w:rPr>
          <w:b/>
        </w:rPr>
        <w:t xml:space="preserve">[10:41] </w:t>
      </w:r>
      <w:r>
        <w:t>koi guzri hui muqaddas shakhsiyaton ka sahara le kar un ke naam par apna karobar chala raha hota hai. koi deen ke aise saste nuskho ki kamyab tijarat kar raha hota hai jis mein logon ko apni zindagi ka</w:t>
      </w:r>
    </w:p>
    <w:p>
      <w:pPr>
        <w:jc w:val="right"/>
      </w:pPr>
      <w:r>
        <w:t>کوئی گزری ہوئی مقدس شخصیتوں کا سہارا لے کر ان کے نام پر اپنا کاروبار چلا رہا ہوتا ہے۔ کوئی دین کے ایسے سستے نسخوں کی کامیاب تجارت کر رہا ہوتا ہے جس میں لوگوں کو اپنی زندگی کا</w:t>
      </w:r>
    </w:p>
    <w:p>
      <w:r>
        <w:rPr>
          <w:b/>
        </w:rPr>
        <w:t xml:space="preserve">[10:54] </w:t>
      </w:r>
      <w:r>
        <w:t>dhancha badle baghair jannat ki basharatain mil rahi hain. sahi deeni dawat ka uthna is qism ke tamam logon ke liye challenge ban jata hai.</w:t>
      </w:r>
    </w:p>
    <w:p>
      <w:pPr>
        <w:jc w:val="right"/>
      </w:pPr>
      <w:r>
        <w:t>ڈھانچہ بدلے بغیر جنت کی بشارتیں مل رہی ہوں۔ صحیح دینی دعوت کا اٹھنا اس قسم کے تمام لوگوں کے لیے چیلنج بن جاتا ہے۔</w:t>
      </w:r>
    </w:p>
    <w:p>
      <w:r>
        <w:rPr>
          <w:b/>
        </w:rPr>
        <w:t xml:space="preserve">[11:04] </w:t>
      </w:r>
      <w:r>
        <w:t>is ke farogh mein is ko apna izzat o iqtadar mita hua nazar aata hai. mazeed yeh ke ek arse tak izzat o istiqbal ke jalwe mein rehne ke nateejay mein is ke andar ek qism ka deeni kibr paida ho jata hai.</w:t>
      </w:r>
    </w:p>
    <w:p>
      <w:pPr>
        <w:jc w:val="right"/>
      </w:pPr>
      <w:r>
        <w:t>اس کے فروغ میں اس کو اپنا عزت و اقتدار مٹتا ہوا نظر آتا ہے۔ مزید یہ کہ ایک عرصے تک عزت و استقبال کے جلوے میں رہنے کے نتیجے میں اس کے اندر ایک قسم کا دینی کبر پیدا ہو جاتا ہے۔</w:t>
      </w:r>
    </w:p>
    <w:p>
      <w:r>
        <w:rPr>
          <w:b/>
        </w:rPr>
        <w:t xml:space="preserve">[11:20] </w:t>
      </w:r>
      <w:r>
        <w:t>mazeed yeh ke ek arse tak izzat o istiqbal ke jalwe mein rehne ke nateejay mein un ke andar ek qism ka deeni kibr paida ho jata hai. woh apni zaat ko aur deen ko hum maani samajh lete hain.</w:t>
      </w:r>
    </w:p>
    <w:p>
      <w:pPr>
        <w:jc w:val="right"/>
      </w:pPr>
      <w:r>
        <w:t>مزید یہ کہ ایک عرصے تک عزت و استقبال کے جلوے میں رہنے کے نتیجے میں ان کے اندر ایک قسم کا دینی کبر پیدا ہو جاتا ہے۔ وہ اپنی ذات کو اور دین کو ہم معنی سمجھ لیتے ہیں۔</w:t>
      </w:r>
    </w:p>
    <w:p>
      <w:r>
        <w:rPr>
          <w:b/>
        </w:rPr>
        <w:t xml:space="preserve">[11:32] </w:t>
      </w:r>
      <w:r>
        <w:t>fitri taur par woh ek aise shakhs ka eteraf karne ke liye tayyar nahi hote jo un ki imtiyazi hesiyat ko be aitbar sabit kare. aazam o akabir ki yeh mukhalifat sachay deen ke ilamdar ke liye intehai shadeed masail paida kar deti hai.</w:t>
      </w:r>
    </w:p>
    <w:p>
      <w:pPr>
        <w:jc w:val="right"/>
      </w:pPr>
      <w:r>
        <w:t>فطری طور پر وہ ایک ایسے شخص کا اعتراف کرنے کے لیے تیار نہیں ہوتے جو ان کی امتیازی حیثیت کو بے اعتبار ثابت کرے۔ اعظم و اکابر کی یہ مخالفت سچے دین کے علمبردار کے لیے انتہائی شدید مسائل پیدا کر دیتی ہے۔</w:t>
      </w:r>
    </w:p>
    <w:p>
      <w:r>
        <w:rPr>
          <w:b/>
        </w:rPr>
        <w:t xml:space="preserve">[11:50] </w:t>
      </w:r>
      <w:r>
        <w:t>waqt ke deeni halqon ki taraf se is ka boycott kiya jata hai. is ki bedini ke fatwe diye jate hain. is ki maishiyat ko barbad kiya jata hai.</w:t>
      </w:r>
    </w:p>
    <w:p>
      <w:pPr>
        <w:jc w:val="right"/>
      </w:pPr>
      <w:r>
        <w:t>وقت کے دینی حلقوں کی طرف سے اس کا بائیکاٹ کیا جاتا ہے۔ اس کی بے دینی کے فتوے دیے جاتے ہیں۔ اس کی معاشیات کو برباد کیا جاتا ہے۔</w:t>
      </w:r>
    </w:p>
    <w:p>
      <w:r>
        <w:rPr>
          <w:b/>
        </w:rPr>
        <w:t xml:space="preserve">[12:01] </w:t>
      </w:r>
      <w:r>
        <w:t>is ko mahol mein be jagah banane ki koshish ki jati hai. is ke khilaf har qism ki muhandana karrawaiyon ko jaiz samajh liya jata hai.</w:t>
      </w:r>
    </w:p>
    <w:p>
      <w:pPr>
        <w:jc w:val="right"/>
      </w:pPr>
      <w:r>
        <w:t>اس کو ماحول میں بے جگہ بنانے کی کوشش کی جاتی ہے۔ اس کے خلاف ہر قسم کی معاندانہ کارروائیوں کو جائز سمجھ لیا جاتا ہے۔</w:t>
      </w:r>
    </w:p>
    <w:p>
      <w:r>
        <w:rPr>
          <w:b/>
        </w:rPr>
        <w:t xml:space="preserve">[12:11] </w:t>
      </w:r>
      <w:r>
        <w:t>akabir qom ki mukhalifat se asaghir qom ko mazeed jurat hoti hai. bil akhir yahan tak nabat pohanchti hai ke apni qom ke andar rehna is ke liye angaron ke darmiyan rehne ke hum maani ban jata hai.</w:t>
      </w:r>
    </w:p>
    <w:p>
      <w:pPr>
        <w:jc w:val="right"/>
      </w:pPr>
      <w:r>
        <w:t>اکابر قوم کی مخالفت سے اصاغر قوم کو مزید جرات ہوتی ہے۔ بالاخر یہاں تک نوبت پہنچتی ہے کہ اپنی قوم کے اندر رہنا اس کے لیے انگاروں کے درمیان رہنے کے ہم معنی بن جاتا ہے۔</w:t>
      </w:r>
    </w:p>
    <w:p>
      <w:r>
        <w:rPr>
          <w:b/>
        </w:rPr>
        <w:t xml:space="preserve">[12:25] </w:t>
      </w:r>
      <w:r>
        <w:t>in halaat mein fasad ummat ke waqt sunnat e rasool ko zinda karne ke liye uthna itni be panah mushkilat ka sabab ban jata hai jo so bar qatal hone ke barabar hain.</w:t>
      </w:r>
    </w:p>
    <w:p>
      <w:pPr>
        <w:jc w:val="right"/>
      </w:pPr>
      <w:r>
        <w:t>ان حالات میں فساد امت کے وقت سنت رسول کو زندہ کرنے کے لیے اٹھنا اتنی بے پناہ مشکلات کا سبب بن جاتا ہے جو سو بار قتل ہونے کے برابر ہیں۔</w:t>
      </w:r>
    </w:p>
    <w:p>
      <w:r>
        <w:rPr>
          <w:b/>
        </w:rPr>
        <w:t xml:space="preserve">[12:38] </w:t>
      </w:r>
      <w:r>
        <w:t>isi bana par aap ne farmaya ke aise shakhs ke liye Allah ke yahan so shaheedon ka ajr hai. jis tarah Khuda ki koi had nahi isi tarah Khuda ke deen ki rah mein aage badhne ki bhi koi had nahi.</w:t>
      </w:r>
    </w:p>
    <w:p>
      <w:pPr>
        <w:jc w:val="right"/>
      </w:pPr>
      <w:r>
        <w:t>اسی بنا پر آپ نے فرمایا کہ ایسے شخص کے لیے اللہ کے یہاں سو شہیدوں کا اجر ہے۔ جس طرح خدا کی کوئی حد نہیں اسی طرح خدا کے دین کی راہ میں آگے بڑھنے کی بھی کوئی حد نہیں۔</w:t>
      </w:r>
    </w:p>
    <w:p>
      <w:r>
        <w:rPr>
          <w:b/>
        </w:rPr>
        <w:t xml:space="preserve">[12:53] </w:t>
      </w:r>
      <w:r>
        <w:t>Khuda ka deen goya dunya mein rizq elahi ka ek azeem dasterkhwan hai. is rizq ka sab se bara hissa isi ko milta hai jo is rah mein apne ko miliyamet karne ke liye tayyar ho.</w:t>
      </w:r>
    </w:p>
    <w:p>
      <w:pPr>
        <w:jc w:val="right"/>
      </w:pPr>
      <w:r>
        <w:t>خدا کا دین گویا دنیا میں رزق الہی کا ایک عظیم دسترخوان ہے۔ اس رزق کا سب سے بڑا حصہ اسی کو ملتا ہے جو اس راہ میں اپنے کو ملیامیٹ کرنے کے لیے تیار ہو۔</w:t>
      </w:r>
    </w:p>
    <w:p>
      <w:r>
        <w:rPr>
          <w:b/>
        </w:rPr>
        <w:t xml:space="preserve">[13:06] </w:t>
      </w:r>
      <w:r>
        <w:t>yeh izzat o shohrat ka stage nahi barbadi ke maqamat hain. in maqamat ko tay karna bilashuba suli par charhne se zyada sakht hai.</w:t>
      </w:r>
    </w:p>
    <w:p>
      <w:pPr>
        <w:jc w:val="right"/>
      </w:pPr>
      <w:r>
        <w:t>یہ عزت و شہرت کا اسٹیج نہیں بربادی کے مقامات ہیں۔ ان مقامات کو طے کرنا بلاشبہ سولی پر چڑھنے سے زیادہ سخت ہے۔</w:t>
      </w:r>
    </w:p>
    <w:p>
      <w:r>
        <w:rPr>
          <w:b/>
        </w:rPr>
        <w:t xml:space="preserve">[13:16] </w:t>
      </w:r>
      <w:r>
        <w:t>magar is mein bhi koi shaq nahi ke aadmi deen ko is ki aala satah par is waqt tak pa nahi sakta jab tak woh qurbaniyon ki qeemat par deen ko hasil karne ke liye tayyar na ho.</w:t>
      </w:r>
    </w:p>
    <w:p>
      <w:pPr>
        <w:jc w:val="right"/>
      </w:pPr>
      <w:r>
        <w:t>مگر اس میں بھی کوئی شک نہیں کہ آدمی دین کو اس کی اعلیٰ سطح پر اس وقت تک پا نہیں سکتا جب تک وہ قربانیوں کی قیمت پر دین کو حاصل کرنے کے لیے تیار نہ ہو۔</w:t>
      </w:r>
    </w:p>
    <w:p>
      <w:r>
        <w:rPr>
          <w:b/>
        </w:rPr>
        <w:t xml:space="preserve">[13:30] </w:t>
      </w:r>
      <w:r>
        <w:t>wa yulqaha illa allazina sabaru wa ma yulqaha illa zu hawzin azeem. surah ham sajda ayat 35.</w:t>
      </w:r>
    </w:p>
    <w:p>
      <w:pPr>
        <w:jc w:val="right"/>
      </w:pPr>
      <w:r>
        <w:t>وما یلقاها الا الذین صبروا وما یلقاها الا ذو حوض عظیم۔ سورہ حام سجدہ آیت 35۔</w:t>
      </w:r>
    </w:p>
    <w:p>
      <w:r>
        <w:rPr>
          <w:b/>
        </w:rPr>
        <w:t xml:space="preserve">[13:43] </w:t>
      </w:r>
      <w:r>
        <w:t>tajdeedi kaam. kitab tajdeed deen Maulana Wahiduddin Khan safha number 10.</w:t>
      </w:r>
    </w:p>
    <w:p>
      <w:pPr>
        <w:jc w:val="right"/>
      </w:pPr>
      <w:r>
        <w:t>تجدیدی کام۔ کتاب تجدید دین مولانا وحید الدین خان صفحہ نمبر 10۔</w:t>
      </w:r>
    </w:p>
    <w:p>
      <w:r>
        <w:rPr>
          <w:b/>
        </w:rPr>
        <w:t xml:space="preserve">[13:55] </w:t>
      </w:r>
      <w:r>
        <w:t>taj</w:t>
      </w:r>
    </w:p>
    <w:p>
      <w:pPr>
        <w:jc w:val="right"/>
      </w:pPr>
      <w:r>
        <w:t>تج</w:t>
      </w:r>
    </w:p>
    <w:p>
      <w:r>
        <w:rPr>
          <w:b/>
        </w:rPr>
        <w:t xml:space="preserve">[13:56] </w:t>
      </w:r>
      <w:r>
        <w:t>deed o ahyae deen ko baaz logon ne iqamat nizam aur siyasi inqilab ke hum maani qarar diya hai. yeh taabeer lughviat ki had tak ghalat hai.</w:t>
      </w:r>
    </w:p>
    <w:p>
      <w:pPr>
        <w:jc w:val="right"/>
      </w:pPr>
      <w:r>
        <w:t>دید و احیائے دین کو بعض لوگوں نے اقامت نظام اور سیاسی انقلاب کے ہم معنی قرار دیا ہے۔ یہ تعبیر لغویت کی حد تک غلط ہے۔</w:t>
      </w:r>
    </w:p>
    <w:p>
      <w:r>
        <w:rPr>
          <w:b/>
        </w:rPr>
        <w:t xml:space="preserve">[14:07] </w:t>
      </w:r>
      <w:r>
        <w:t>tajdeed se murad rooh Islami ko az sar e nau zinda karna hai na ke kisi qism ka siyasi inqilab barpa karna. yahan mukhtasar taur par baaz tajdeedi kamon ki tafseel darj ki jati hai jo ke maujooda zamane ke lehaz se matloob hai.</w:t>
      </w:r>
    </w:p>
    <w:p>
      <w:pPr>
        <w:jc w:val="right"/>
      </w:pPr>
      <w:r>
        <w:t>تجدید سے مراد روح اسلامی کو از سر نو زندہ کرنا ہے نہ کہ کسی قسم کا سیاسی انقلاب برپا کرنا۔ یہاں مختصر طور پر بعض تجدیدی کاموں کی تفصیل درج کی جاتی ہے جو کہ موجودہ زمانے کے لحاظ سے مطلوب ہے۔</w:t>
      </w:r>
    </w:p>
    <w:p>
      <w:r>
        <w:rPr>
          <w:b/>
        </w:rPr>
        <w:t xml:space="preserve">[14:27] </w:t>
      </w:r>
      <w:r>
        <w:t>number ek: maujooda zamane mein talaffuz kalme ko iman samajha jaane laga hai. ab zarurat hai ke is haqeeqat ko logon ke samne achi tarah wazeh kiya jaye ke marifat kalme ka naam iman hai na ke mujarrad talaffuz kalme ka.</w:t>
      </w:r>
    </w:p>
    <w:p>
      <w:pPr>
        <w:jc w:val="right"/>
      </w:pPr>
      <w:r>
        <w:t>نمبر ایک: موجودہ زمانے میں تلفظ کلمے کو ایمان سمجھا جانے لگا ہے۔ اب ضرورت ہے کہ اس حقیقت کو لوگوں کے سامنے اچھی طرح واضح کیا جائے کہ معرفت کلمے کا نام ایمان ہے نہ کہ مجرد تلفظ کلمے کا۔</w:t>
      </w:r>
    </w:p>
    <w:p>
      <w:r>
        <w:rPr>
          <w:b/>
        </w:rPr>
        <w:t xml:space="preserve">[14:45] </w:t>
      </w:r>
      <w:r>
        <w:t>number do: maujooda zamane mein quran ko kitab tilawat bana diya gaya hai. maujooda zamane mein quran ko kitab tilawat bana diya gaya hai.</w:t>
      </w:r>
    </w:p>
    <w:p>
      <w:pPr>
        <w:jc w:val="right"/>
      </w:pPr>
      <w:r>
        <w:t>نمبر دو: موجودہ زمانے میں قرآن کو کتاب تلاوت بنا دیا گیا ہے۔ موجودہ زمانے میں قرآن کو کتاب تلاوت بنا دیا گیا ہے۔</w:t>
      </w:r>
    </w:p>
    <w:p>
      <w:r>
        <w:rPr>
          <w:b/>
        </w:rPr>
        <w:t xml:space="preserve">[14:56] </w:t>
      </w:r>
      <w:r>
        <w:t>is mamle mein tajdeedi kaam yeh hai ke quran ko dobara logon ke liye naseehat aur tadabbur ki kitab banane ki koshish ki jaye. number teen:</w:t>
      </w:r>
    </w:p>
    <w:p>
      <w:pPr>
        <w:jc w:val="right"/>
      </w:pPr>
      <w:r>
        <w:t>اس معاملے میں تجدیدی کام یہ ہے کہ قرآن کو دوبارہ لوگوں کے لیے نصیحت اور تدبر کی کتاب بنانے کی کوشش کی جائے۔ نمبر تین:</w:t>
      </w:r>
    </w:p>
    <w:p>
      <w:r>
        <w:rPr>
          <w:b/>
        </w:rPr>
        <w:t xml:space="preserve">[15:06] </w:t>
      </w:r>
      <w:r>
        <w:t>maujooda deeni madaris mein hadith ko amalan fiqh ke tabe kar diya gaya hai. ab zarurat hai ke hadith ko khud ek mustaqil ilm ki hesiyat se parhane ka riwaj dala jaye.</w:t>
      </w:r>
    </w:p>
    <w:p>
      <w:pPr>
        <w:jc w:val="right"/>
      </w:pPr>
      <w:r>
        <w:t>موجودہ دینی مدارس میں حدیث کو عملاً فقہ کے تابع کر دیا گیا ہے۔ اب ضرورت ہے کہ حدیث کو خود ایک مستقل علم کی حیثیت سے پڑھانے کا رواج ڈالا جائے۔</w:t>
      </w:r>
    </w:p>
    <w:p>
      <w:r>
        <w:rPr>
          <w:b/>
        </w:rPr>
        <w:t xml:space="preserve">[15:18] </w:t>
      </w:r>
      <w:r>
        <w:t>number char: maujooda zamane mein ibadat ko masail par mabni qarar de diya gaya hai. zarurat hai ke dobara sahi tasawwur ibadat ko numayan kiya jaye jis mein ibadat ko khushu par mabni qarar diya gaya ho.</w:t>
      </w:r>
    </w:p>
    <w:p>
      <w:pPr>
        <w:jc w:val="right"/>
      </w:pPr>
      <w:r>
        <w:t>نمبر چار: موجودہ زمانے میں عبادت کو مسائل پر مبنی قرار دے دیا گیا ہے۔ ضرورت ہے کہ دوبارہ صحیح تصور عبادت کو نمایاں کیا جائے جس میں عبادت کو خشوع پر مبنی قرار دیا گیا ہو۔</w:t>
      </w:r>
    </w:p>
    <w:p>
      <w:r>
        <w:rPr>
          <w:b/>
        </w:rPr>
        <w:t xml:space="preserve">[15:33] </w:t>
      </w:r>
      <w:r>
        <w:t>number panch: maujooda zamane mein kuch aisi tehreekein uthi hain jinhon ne Islam ki is tarah taabeer ki goya Islam ka nishana ijtamai nizam hai.</w:t>
      </w:r>
    </w:p>
    <w:p>
      <w:pPr>
        <w:jc w:val="right"/>
      </w:pPr>
      <w:r>
        <w:t>نمبر پانچ: موجودہ زمانے میں کچھ ایسی تحریکیں اٹھی ہیں جنہوں نے اسلام کی اس طرح تعبیر کی گویا اسلام کا نشانہ اجتماعی نظام ہے۔</w:t>
      </w:r>
    </w:p>
    <w:p>
      <w:r>
        <w:rPr>
          <w:b/>
        </w:rPr>
        <w:t xml:space="preserve">[15:44] </w:t>
      </w:r>
      <w:r>
        <w:t>is taabeeri ghalati ko wazeh karte hue yeh batana ke Islam ka asal nishana fard ke andar tabdili lana hai na ke ijtamai nizam badalne ke naam par siyasi akheer pachad karna.</w:t>
      </w:r>
    </w:p>
    <w:p>
      <w:pPr>
        <w:jc w:val="right"/>
      </w:pPr>
      <w:r>
        <w:t>اس تعبیری غلطی کو واضح کرتے ہوئے یہ بتانا کہ اسلام کا اصل نشانہ فرد کے اندر تبدیلی لانا ہے نہ کہ اجتماعی نظام بدلنے کے نام پر سیاسی اکھیڑ پچھاڑ کرنا۔</w:t>
      </w:r>
    </w:p>
    <w:p>
      <w:r>
        <w:rPr>
          <w:b/>
        </w:rPr>
        <w:t xml:space="preserve">[15:58] </w:t>
      </w:r>
      <w:r>
        <w:t>number chhay: maujooda zamanay kay musalman apni daa'iyana zimmedari ko bhool chukay hain</w:t>
      </w:r>
    </w:p>
    <w:p>
      <w:pPr>
        <w:jc w:val="right"/>
      </w:pPr>
      <w:r>
        <w:t>نمبر چھ: موجودہ زمانے کے مسلمان اپنی داعیانہ ذمہ داری کو بھول چکے ہیں</w:t>
      </w:r>
    </w:p>
    <w:p>
      <w:r>
        <w:rPr>
          <w:b/>
        </w:rPr>
        <w:t xml:space="preserve">[16:04] </w:t>
      </w:r>
      <w:r>
        <w:t>hata kay unhon nay doosray doosray kamon ko dawat ka unwan day rakha hai. is soorat-e-haal ko khatm karna aur dawat o shahadat kay kaam ko us ki asal rooh kay sath zinda karna.</w:t>
      </w:r>
    </w:p>
    <w:p>
      <w:pPr>
        <w:jc w:val="right"/>
      </w:pPr>
      <w:r>
        <w:t>حتیٰ کہ انہوں نے دوسرے دوسرے کاموں کو دعوت کا عنوان دے رکھا ہے۔ اس صورتحال کو ختم کرنا اور دعوت و شہادت کے کام کو اس کی اصل روح کے ساتھ زندہ کرنا۔</w:t>
      </w:r>
    </w:p>
    <w:p>
      <w:r>
        <w:rPr>
          <w:b/>
        </w:rPr>
        <w:t xml:space="preserve">[16:17] </w:t>
      </w:r>
      <w:r>
        <w:t>number saat: rasool kay maamlay mein musalmanon ko itba-e-rasool ka hukum diya gaya hai magar is ko unhon nay ishq-e-rasool kay hum ma'ni bana diya hai.</w:t>
      </w:r>
    </w:p>
    <w:p>
      <w:pPr>
        <w:jc w:val="right"/>
      </w:pPr>
      <w:r>
        <w:t>نمبر سات: رسول کے معاملے میں مسلمانوں کو اتباع رسول کا حکم دیا گیا ہے مگر اس کو انہوں نے عشق رسول کے ہم معنی بنا دیا ہے۔</w:t>
      </w:r>
    </w:p>
    <w:p>
      <w:r>
        <w:rPr>
          <w:b/>
        </w:rPr>
        <w:t xml:space="preserve">[16:27] </w:t>
      </w:r>
      <w:r>
        <w:t>is mubtadiyana aqeedah-e-risalat ko khatm karna aur sahih Qurani aqeeday ko zinda karna.</w:t>
      </w:r>
    </w:p>
    <w:p>
      <w:pPr>
        <w:jc w:val="right"/>
      </w:pPr>
      <w:r>
        <w:t>اس مبتدیانہ عقیدہ رسالت کو ختم کرنا اور صحیح قرآنی عقیدے کو زندہ کرنا۔</w:t>
      </w:r>
    </w:p>
    <w:p>
      <w:r>
        <w:rPr>
          <w:b/>
        </w:rPr>
        <w:t xml:space="preserve">[16:34] </w:t>
      </w:r>
      <w:r>
        <w:t>number aath: maujooda musalmanon mein bohat baray peymanay par khud Khuda parasti kay naam par akabir parasti raaij ho gayi hai.</w:t>
      </w:r>
    </w:p>
    <w:p>
      <w:pPr>
        <w:jc w:val="right"/>
      </w:pPr>
      <w:r>
        <w:t>نمبر آٹھ: موجودہ مسلمانوں میں بہت بڑے پیمانے پر خود خدا پرستی کے نام پر اکابر پرستی رائج ہو گئی ہے۔</w:t>
      </w:r>
    </w:p>
    <w:p>
      <w:r>
        <w:rPr>
          <w:b/>
        </w:rPr>
        <w:t xml:space="preserve">[16:43] </w:t>
      </w:r>
      <w:r>
        <w:t>is gumrahi ko khatm kar kay musalmanon ko sachi Khuda parasti par qaim karna. number nau: seerat aur Islami tareekh ki maujooda kitabon mein jangon ko sab say ziyada numayan kiya gaya hai.</w:t>
      </w:r>
    </w:p>
    <w:p>
      <w:pPr>
        <w:jc w:val="right"/>
      </w:pPr>
      <w:r>
        <w:t>اس گمراہی کو ختم کر کے مسلمانوں کو سچی خدا پرستی پر قائم کرنا۔ نمبر نو: سیرت اور اسلامی تاریخ کی موجودہ کتابوں میں جنگوں کو سب سے زیادہ نمایاں کیا گیا ہے۔</w:t>
      </w:r>
    </w:p>
    <w:p>
      <w:r>
        <w:rPr>
          <w:b/>
        </w:rPr>
        <w:t xml:space="preserve">[16:56] </w:t>
      </w:r>
      <w:r>
        <w:t>is kay bajaye seerat aur tareekh par aisi kitaben tayyar karna jin mein dawat ko numayan hesiyat say bayan kiya gaya ho.</w:t>
      </w:r>
    </w:p>
    <w:p>
      <w:pPr>
        <w:jc w:val="right"/>
      </w:pPr>
      <w:r>
        <w:t>اس کے بجائے سیرت اور تاریخ پر ایسی کتابیں تیار کرنا جن میں دعوت کو نمایاں حیثیت سے بیان کیا گیا ہو۔</w:t>
      </w:r>
    </w:p>
    <w:p>
      <w:r>
        <w:rPr>
          <w:b/>
        </w:rPr>
        <w:t xml:space="preserve">[17:05] </w:t>
      </w:r>
      <w:r>
        <w:t>number das: maujooda zamanay mein aik rawayati mazhabi dhancha ban gaya hai. musalman isi ko deen samajhtay hain.</w:t>
      </w:r>
    </w:p>
    <w:p>
      <w:pPr>
        <w:jc w:val="right"/>
      </w:pPr>
      <w:r>
        <w:t>نمبر دس: موجودہ زمانے میں ایک روایتی مذہبی ڈھانچہ بن گیا ہے۔ مسلمان اسی کو دین سمجھتے ہیں۔</w:t>
      </w:r>
    </w:p>
    <w:p>
      <w:r>
        <w:rPr>
          <w:b/>
        </w:rPr>
        <w:t xml:space="preserve">[17:14] </w:t>
      </w:r>
      <w:r>
        <w:t>musalmanon ko is khud-sakhtah dhanchay say nikalna aur un ko Khuda o Rasool walay asal deen say wabastah karna.</w:t>
      </w:r>
    </w:p>
    <w:p>
      <w:pPr>
        <w:jc w:val="right"/>
      </w:pPr>
      <w:r>
        <w:t>مسلمانوں کو اس خود ساختہ ڈھانچے سے نکالنا اور ان کو خدا و رسول والے اصل دین سے وابستہ کرنا۔</w:t>
      </w:r>
    </w:p>
    <w:p>
      <w:r>
        <w:rPr>
          <w:b/>
        </w:rPr>
        <w:t xml:space="preserve">[17:24] </w:t>
      </w:r>
      <w:r>
        <w:t>itba-e-sirat, itba-e-subul. kitab tajdeed-e-deen Maulana Wahiduddin Khan safha number 12.</w:t>
      </w:r>
    </w:p>
    <w:p>
      <w:pPr>
        <w:jc w:val="right"/>
      </w:pPr>
      <w:r>
        <w:t>اتباع صراط، اتباع سبل۔ کتاب تجدید دین مولانا وحید الدین خان صفحہ نمبر 12۔</w:t>
      </w:r>
    </w:p>
    <w:p>
      <w:r>
        <w:rPr>
          <w:b/>
        </w:rPr>
        <w:t xml:space="preserve">[17:37] </w:t>
      </w:r>
      <w:r>
        <w:t>Qur'an mein hukum diya gaya hai kay deen ki iqamat karo is mein tafriq ka tareeqa ikhtiyar na karo. Ash-Shura 13. doosri jagah yahi baat in lafzon mein kahi gayi hai:</w:t>
      </w:r>
    </w:p>
    <w:p>
      <w:pPr>
        <w:jc w:val="right"/>
      </w:pPr>
      <w:r>
        <w:t>قرآن میں حکم دیا گیا ہے کہ الدین کی اقامت کرو اس میں تفرق کا طریقہ اختیار نہ کرو۔ الشوریٰ 13۔ دوسری جگہ یہی بات ان لفظوں میں کہی گئی ہے:</w:t>
      </w:r>
    </w:p>
    <w:p>
      <w:r>
        <w:rPr>
          <w:b/>
        </w:rPr>
        <w:t xml:space="preserve">[17:49] </w:t>
      </w:r>
      <w:r>
        <w:t>WA ANNA HAA SIRAA-TEE MUSTAQEEMAN FA-TTABI-UOH WA LA TAT-TABI-U-SSUBULA FA-TAFARRAQA BIKUM AN SABEELEH. ZALIKUM WASSAKUM BIHEE LA-ALLAKUM TAT-TAQOON. Al-An'am 154.</w:t>
      </w:r>
    </w:p>
    <w:p>
      <w:pPr>
        <w:jc w:val="right"/>
      </w:pPr>
      <w:r>
        <w:t>وَأَنَّهَذَا صِرَاطِى مُسْتَقِيمًا فَاتَّبِعُوهُ وَلَا تَتَّبِعُوا الصُّبُلَ فَتَفَرَّقَ بِكُمْ عَنْ سَبِيلِهِ ذَلِكُمْ وَصَّاكُمْ بِهِ لَعَلَّكُمْ تَتَّقُونَ الانعام 154۔</w:t>
      </w:r>
    </w:p>
    <w:p>
      <w:r>
        <w:rPr>
          <w:b/>
        </w:rPr>
        <w:t xml:space="preserve">[18:06] </w:t>
      </w:r>
      <w:r>
        <w:t>aur Allah nay hukum diya hai kay yeh meri seedhi shahrah hai, pas isi par chalo aur doosray raston par na chalo kay woh tum ko Allah kay rastay say juda kar dain gi</w:t>
      </w:r>
    </w:p>
    <w:p>
      <w:pPr>
        <w:jc w:val="right"/>
      </w:pPr>
      <w:r>
        <w:t>اور اللہ نے حکم دیا ہے کہ یہ میری سیدھی شاہراہ ہے، پس اسی پر چلو اور دوسرے راستوں پر نہ چلو کہ وہ تم کو اللہ کے راستے سے جدا کر دیں گی</w:t>
      </w:r>
    </w:p>
    <w:p>
      <w:r>
        <w:rPr>
          <w:b/>
        </w:rPr>
        <w:t xml:space="preserve">[18:17] </w:t>
      </w:r>
      <w:r>
        <w:t>. yeh Allah nay tum ko hukum diya hai takay tum bachtay raho. deen kay maamlay ko yahan rastay ki misaal say wazeh kiya gaya hai.</w:t>
      </w:r>
    </w:p>
    <w:p>
      <w:pPr>
        <w:jc w:val="right"/>
      </w:pPr>
      <w:r>
        <w:t>۔ یہ اللہ نے تم کو حکم دیا ہے تاکہ تم بچتے رہو۔ دین کے معاملے کو یہاں راستے کی مثال سے واضح کیا گیا ہے۔</w:t>
      </w:r>
    </w:p>
    <w:p>
      <w:r>
        <w:rPr>
          <w:b/>
        </w:rPr>
        <w:t xml:space="preserve">[18:27] </w:t>
      </w:r>
      <w:r>
        <w:t>safar karnay kay liye aik seedhi aur chaori sarak hoti hai, doosri taraf is sarak kay ird gird pagdandiyan hoti hain. jo aadmi seedhi aur chaori sarak par apna safar tay karay, woh bhatkay baghair apni manzil par pohanch jata hai.</w:t>
      </w:r>
    </w:p>
    <w:p>
      <w:pPr>
        <w:jc w:val="right"/>
      </w:pPr>
      <w:r>
        <w:t>سفر کرنے کے لیے ایک سیدھی اور چوڑی سڑک ہوتی ہے، دوسری طرف اس سڑک کے ارد گرد پگڈنڈیاں ہوتی ہیں۔ جو آدمی سیدھی اور چوڑی سڑک پر اپنا سفر طے کرے، وہ بھٹکے بغیر اپنی منزل پر پہنچ جاتا ہے۔</w:t>
      </w:r>
    </w:p>
    <w:p>
      <w:r>
        <w:rPr>
          <w:b/>
        </w:rPr>
        <w:t xml:space="preserve">[18:42] </w:t>
      </w:r>
      <w:r>
        <w:t>is kay baraks jo aadmi atraf ki pagdandiyon par chalay, us kay mutalliq sakht andeshah hai kay woh idhar udhar bhatak jaye ga, woh apni matloobah manzil par nahi pohanchay ga.</w:t>
      </w:r>
    </w:p>
    <w:p>
      <w:pPr>
        <w:jc w:val="right"/>
      </w:pPr>
      <w:r>
        <w:t>اس کے برعکس جو آدمی اطراف کی پگڈنڈیوں پر چلے، اس کے متعلق سخت اندیشہ ہے کہ وہ ادھر ادھر بھٹک جائے گا، وہ اپنی مطلوبہ منزل پر نہیں پہنچے گا۔</w:t>
      </w:r>
    </w:p>
    <w:p>
      <w:r>
        <w:rPr>
          <w:b/>
        </w:rPr>
        <w:t xml:space="preserve">[18:54] </w:t>
      </w:r>
      <w:r>
        <w:t>isi tarah deen mein kuch buniyadi usool hain, woh muttafiq alaih hain, un mein koi shubah ya ikhtilaf nahi. isi kay sath kuch juz'i aur furo'i umoor hain, yeh doosray qism kay umoor qiyas aur istinbat kay zariye nikale jatay hain aur un mein hamesha aik say ziyada raaye hoti hain.</w:t>
      </w:r>
    </w:p>
    <w:p>
      <w:pPr>
        <w:jc w:val="right"/>
      </w:pPr>
      <w:r>
        <w:t>اسی طرح دین میں کچھ بنیادی اصول ہیں، وہ متفق علیہ ہیں، ان میں کوئی شبہ یا اختلاف نہیں۔ اسی کے ساتھ کچھ جزی اور فروعی امور ہیں، یہ دوسرے قسم کے امور قیاس اور استنباط کے ذریعے نکالے جاتے ہیں اور ان میں ہمیشہ ایک سے زیادہ رائیں ہوتی ہیں۔</w:t>
      </w:r>
    </w:p>
    <w:p>
      <w:r>
        <w:rPr>
          <w:b/>
        </w:rPr>
        <w:t xml:space="preserve">[19:14] </w:t>
      </w:r>
      <w:r>
        <w:t>ikhtilaf hamesha unhi doosray qism kay umoor mein paida hota hai.</w:t>
      </w:r>
    </w:p>
    <w:p>
      <w:pPr>
        <w:jc w:val="right"/>
      </w:pPr>
      <w:r>
        <w:t>اختلاف ہمیشہ انہی دوسرے قسم کے امور میں پیدا ہوتا ہے۔</w:t>
      </w:r>
    </w:p>
    <w:p>
      <w:r>
        <w:rPr>
          <w:b/>
        </w:rPr>
        <w:t xml:space="preserve">[19:18] </w:t>
      </w:r>
      <w:r>
        <w:t>Allah Ta'ala ka hukum hai kay ahle Islam sab say ziyada dhiyan asasi umoor par dain jin ko deen kaha gaya hai aur jo goya deen ki shahrah hain, woh juz'i aur furo'i umoor ko harghiz apni asal tawajjuh ka markaz na bana'ain.</w:t>
      </w:r>
    </w:p>
    <w:p>
      <w:pPr>
        <w:jc w:val="right"/>
      </w:pPr>
      <w:r>
        <w:t>اللہ تعالیٰ کا حکم ہے کہ اہل اسلام سب سے زیادہ دھیان اثاثی امور پر دیں جن کو الدین کہا گیا ہے اور جو گویا دین کی شاہراہ ہیں، وہ جزی اور فروعی امور کو ہرگز اپنی اصل توجہ کا مرکز نہ بنائیں۔</w:t>
      </w:r>
    </w:p>
    <w:p>
      <w:r>
        <w:rPr>
          <w:b/>
        </w:rPr>
        <w:t xml:space="preserve">[19:35] </w:t>
      </w:r>
      <w:r>
        <w:t>tamam zor aur taakeed ittifaqi baton par ho na kay ikhtilafi baton par. awwal-uz-zikr ka naam itba-e-sirat hai aur thani-uz-zikr ka naam itba-e-subul.</w:t>
      </w:r>
    </w:p>
    <w:p>
      <w:pPr>
        <w:jc w:val="right"/>
      </w:pPr>
      <w:r>
        <w:t>تمام زور اور تاکید اتفاقی باتوں پر ہو نہ کہ اختلافی باتوں پر۔ اول الذکر کا نام اتباع صراط ہے اور ثانی الذکر کا نام اتباع سبل۔</w:t>
      </w:r>
    </w:p>
    <w:p>
      <w:r>
        <w:rPr>
          <w:b/>
        </w:rPr>
        <w:t xml:space="preserve">[19:47] </w:t>
      </w:r>
      <w:r>
        <w:t>itba-e-subul ain wohi cheez hai jis ko intiqal-e-tawakkud yaani shift of emphasis kaha jata hai.</w:t>
      </w:r>
    </w:p>
    <w:p>
      <w:pPr>
        <w:jc w:val="right"/>
      </w:pPr>
      <w:r>
        <w:t>اتباع سبل عین وہی چیز ہے جس کو انتقال تاکید یعنی شفٹ آف ایمفیسز کہا جاتا ہے۔</w:t>
      </w:r>
    </w:p>
    <w:p>
      <w:r>
        <w:rPr>
          <w:b/>
        </w:rPr>
        <w:t xml:space="preserve">[19:54] </w:t>
      </w:r>
      <w:r>
        <w:t>yaani jis cheez par haqeeqatan zor dena chahiye, us ko chhod kar kisi aur cheez par zor denay lagna. jis cheez ko aslan qabil-e-tawajjuh banana chahiye, us say hat kar kisi aur cheez ko qabil-e-tawajjuh bana laina.</w:t>
      </w:r>
    </w:p>
    <w:p>
      <w:pPr>
        <w:jc w:val="right"/>
      </w:pPr>
      <w:r>
        <w:t>یعنی جس چیز پر حقیقتاً زور دینا چاہیے، اس کو چھوڑ کر کسی اور چیز پر زور دینے لگنا۔ جس چیز کو اصلاً قابل توجہ بنانا چاہیے، اس سے ہٹ کر کسی اور چیز کو قابل توجہ بنا لینا۔</w:t>
      </w:r>
    </w:p>
    <w:p>
      <w:r>
        <w:rPr>
          <w:b/>
        </w:rPr>
        <w:t xml:space="preserve">[20:08] </w:t>
      </w:r>
      <w:r>
        <w:t>misalan iman mein asal ahmiyat ki cheez ma'rifat-e-Rabb hai magar ma'rifat ko chhod kar kalmay kay sehat-e-talaffuz par zor denay lagna.</w:t>
      </w:r>
    </w:p>
    <w:p>
      <w:pPr>
        <w:jc w:val="right"/>
      </w:pPr>
      <w:r>
        <w:t>مثلاً ایمان میں اصل اہمیت کی چیز معرفت رب ہے مگر معرفت کو چھوڑ کر کلمے کے صحت تلفظ پر زور دینے لگنا۔</w:t>
      </w:r>
    </w:p>
    <w:p>
      <w:r>
        <w:rPr>
          <w:b/>
        </w:rPr>
        <w:t xml:space="preserve">[20:18] </w:t>
      </w:r>
      <w:r>
        <w:t>zikr mein yaad-e-Khuda wandi kay bajaye takrar-e-alfaz ki behas karna. namaz mein khushu' kay bajaye zahiri adab par sari guftagu murattakaz kar dena.</w:t>
      </w:r>
    </w:p>
    <w:p>
      <w:pPr>
        <w:jc w:val="right"/>
      </w:pPr>
      <w:r>
        <w:t>ذکر میں یاد خداوندی کے بجائے تکرار الفاظ کی بحث کرنا۔ نماز میں خشوع کے بجائے ظاہری آداب پر ساری گفتگو مرتکز کر دینا۔</w:t>
      </w:r>
    </w:p>
    <w:p>
      <w:r>
        <w:rPr>
          <w:b/>
        </w:rPr>
        <w:t xml:space="preserve">[20:28] </w:t>
      </w:r>
      <w:r>
        <w:t>deen kay a'maal ko kaifiyat kay bajaye kammiyat kay aitbar say janchana. aqeedah-e-Khuda kay maamlay mein ta'alluq billah kay bajaye kalami mooshgaafiyan paida karna.</w:t>
      </w:r>
    </w:p>
    <w:p>
      <w:pPr>
        <w:jc w:val="right"/>
      </w:pPr>
      <w:r>
        <w:t>دینی اعمال کو کیفیت کے بجائے کمیت کے اعتبار سے جانچنا۔ عقیدہ خدا کے معاملے میں تعلق باللہ کے بجائے کلامی موش گافیاں پیدا کرنا۔</w:t>
      </w:r>
    </w:p>
    <w:p>
      <w:r>
        <w:rPr>
          <w:b/>
        </w:rPr>
        <w:t xml:space="preserve">[20:39] </w:t>
      </w:r>
      <w:r>
        <w:t>risalat ke bab mein itteba rasool ke bajaye ishq rasool ki dhoom machana. haqeeqi burai ki islaah mein mehnat karne ke bajaye kuch shakhsiyaton ko bura qarar de kar un ke khilaaf jhanda uthana waghera.</w:t>
      </w:r>
    </w:p>
    <w:p>
      <w:pPr>
        <w:jc w:val="right"/>
      </w:pPr>
      <w:r>
        <w:t>رسالت کے باب میں اتباع رسول کے بجائے عشق رسول کی دھوم مچانا۔ حقیقی برائی کی اصلاح میں محنت کرنے کے بجائے کچھ شخصیتوں کو برا قرار دے کر ان کے خلاف جھنڈا اٹھانا وغیرہ۔</w:t>
      </w:r>
    </w:p>
    <w:p>
      <w:r>
        <w:rPr>
          <w:b/>
        </w:rPr>
        <w:t xml:space="preserve">[20:53] </w:t>
      </w:r>
      <w:r>
        <w:t>yeh aur is tarah ki doosri tamam cheezen namutloob intiqal taakeed yaani shift of emphasis ke hukm mein dakhil hain.</w:t>
      </w:r>
    </w:p>
    <w:p>
      <w:pPr>
        <w:jc w:val="right"/>
      </w:pPr>
      <w:r>
        <w:t>یہ اور اس طرح کی دوسری تمام چیزیں نامطلوب انتقال تاکید یعنی شفٹ آف ایمفیسز کے حکم میں داخل ہیں۔</w:t>
      </w:r>
    </w:p>
    <w:p>
      <w:r>
        <w:rPr>
          <w:b/>
        </w:rPr>
        <w:t xml:space="preserve">[21:02] </w:t>
      </w:r>
      <w:r>
        <w:t>pichhli ummaten isi qism ki ghair mutalliq bahason aur sargarmiyon mein mubtala ho kar sirat e mustaqeem se bhatak gayeen. yahi andesha dobara ummat e muslema ke liye bhi hai.</w:t>
      </w:r>
    </w:p>
    <w:p>
      <w:pPr>
        <w:jc w:val="right"/>
      </w:pPr>
      <w:r>
        <w:t>پچھلی امتیں اسی قسم کی غیر متعلق بحثوں اور سرگرمیوں میں مبتلا ہو کر صراط مستقیم سے بھٹک گئیں۔ یہی اندیشہ دوبارہ امت مسلمہ کے لیے بھی ہے۔</w:t>
      </w:r>
    </w:p>
    <w:p>
      <w:r>
        <w:rPr>
          <w:b/>
        </w:rPr>
        <w:t xml:space="preserve">[21:13] </w:t>
      </w:r>
      <w:r>
        <w:t>yahi wajah hai ke ummat e muslema ko quran o hadees mein bar bar aagah kiya gaya hai ke woh is gumrahi mein padne se bachen. woh deen ki asal shahrah ko chhod kar is ke mutfarriq aur zimni pehluon mein na kho jaye warna woh bhi isi tarah gumrahi ka shikar ho jayegi jis tarah pichhli ummaten gumrahi ka shikar huin aur aakhir kar khuda ki rehmat se door ho gayeen.</w:t>
      </w:r>
    </w:p>
    <w:p>
      <w:pPr>
        <w:jc w:val="right"/>
      </w:pPr>
      <w:r>
        <w:t>یہی وجہ ہے کہ امت مسلمہ کو قرآن و حدیث میں بار بار آگاہ کیا گیا ہے کہ وہ اس گمراہی میں پڑنے سے بچیں۔ وہ دین کی اصل شاہراہ کو چھوڑ کر اس کے متفرق اور ضمنی پہلوؤں میں نہ کھو جائے ورنہ وہ بھی اسی طرح گمراہی کا شکار ہو جائے گی جس طرح پچھلی امتیں گمراہی کا شکار ہوئیں اور آخر کار خدا کی رحمت سے دور ہو گئیں۔</w:t>
      </w:r>
    </w:p>
    <w:p>
      <w:r>
        <w:rPr>
          <w:b/>
        </w:rPr>
        <w:t xml:space="preserve">[21:38] </w:t>
      </w:r>
      <w:r>
        <w:t>intiqal taakeed se kya kharabi paida hoti hai? is ko ek aam misaal ke zariye samjha ja sakta hai. do aadmi mil kar ek dukaan kholnein.</w:t>
      </w:r>
    </w:p>
    <w:p>
      <w:pPr>
        <w:jc w:val="right"/>
      </w:pPr>
      <w:r>
        <w:t>انتقال تاکید سے کیا خرابی پیدا ہوتی ہے؟ اس کو ایک عام مثال کے ذریعے سمجھا جا سکتا ہے۔ دو آدمی مل کر ایک دکان کھولیں۔</w:t>
      </w:r>
    </w:p>
    <w:p>
      <w:r>
        <w:rPr>
          <w:b/>
        </w:rPr>
        <w:t xml:space="preserve">[21:48] </w:t>
      </w:r>
      <w:r>
        <w:t>ab ek shakal yeh hai ke woh apni sari tawajjuh dukaan ke tijarti pehluon par lagayen. dukaan ko waqt par kholna, saman ki sahi andaaz se kharidari, gahakon ko mutmaen karne ki koshishen, mutalliq shobon se rabit qaim karna,</w:t>
      </w:r>
    </w:p>
    <w:p>
      <w:pPr>
        <w:jc w:val="right"/>
      </w:pPr>
      <w:r>
        <w:t>اب ایک شکل یہ ہے کہ وہ اپنی ساری توجہ دکان کے تجارتی پہلوؤں پر لگائیں۔ دکان کو وقت پر کھولنا، سامان کی صحیح انداز سے خریداری، گاہکوں کو مطمئن کرنے کی کوششیں، متعلق شعبوں سے روابط قائم کرنا،</w:t>
      </w:r>
    </w:p>
    <w:p>
      <w:r>
        <w:rPr>
          <w:b/>
        </w:rPr>
        <w:t xml:space="preserve">[22:04] </w:t>
      </w:r>
      <w:r>
        <w:t>hisab kitab ko durust karna waghera. in</w:t>
      </w:r>
    </w:p>
    <w:p>
      <w:pPr>
        <w:jc w:val="right"/>
      </w:pPr>
      <w:r>
        <w:t>حساب کتاب کو درست کرنا وغیرہ۔ ان</w:t>
      </w:r>
    </w:p>
    <w:p>
      <w:r>
        <w:rPr>
          <w:b/>
        </w:rPr>
        <w:t xml:space="preserve">[22:08] </w:t>
      </w:r>
      <w:r>
        <w:t>amoor par tawajjuh dena dhandari ke asasi pehluon par tawajjuh dena hai aur jo log in pehluon par tawajjuh den, woh zaroor apni tijarat mein kamyabi hasil karte hain.</w:t>
      </w:r>
    </w:p>
    <w:p>
      <w:pPr>
        <w:jc w:val="right"/>
      </w:pPr>
      <w:r>
        <w:t>امور پر توجہ دینا دکانداری کے اثاثی پہلوؤں پر توجہ دینا ہے اور جو لوگ ان پہلوؤں پر توجہ دیں، وہ ضرور اپنی تجارت میں کامیابی حاصل کرتے ہیں۔</w:t>
      </w:r>
    </w:p>
    <w:p>
      <w:r>
        <w:rPr>
          <w:b/>
        </w:rPr>
        <w:t xml:space="preserve">[22:19] </w:t>
      </w:r>
      <w:r>
        <w:t>doosri soorat yeh hai ke dono aadmi in baaton par la-mutanahi bahasen karen ke dukaan ki deewaron par printing kis rang ki ho, sign board kitna bada ho, kaun sa furniture wahan rakha jaye, farsh ki jagah qaleen ho ya sang e marmar.</w:t>
      </w:r>
    </w:p>
    <w:p>
      <w:pPr>
        <w:jc w:val="right"/>
      </w:pPr>
      <w:r>
        <w:t>دوسری صورت یہ ہے کہ دونوں آدمی ان باتوں پر لامتناہی بحثیں کریں کہ دکان کی دیواروں پر پرنٹنگ کس رنگ کی ہو، سائن بورڈ کتنا بڑا ہو، کون سا فرنیچر وہاں رکھا جائے، فرش کی جگہ قالین ہو یا سنگ مرمر۔</w:t>
      </w:r>
    </w:p>
    <w:p>
      <w:r>
        <w:rPr>
          <w:b/>
        </w:rPr>
        <w:t xml:space="preserve">[22:35] </w:t>
      </w:r>
      <w:r>
        <w:t>yeh tamam juzi aur furui baaten hain. jo log is tarah ki baaton par bahs o takrar karne lagen, woh kabhi kamyab tajir nahin ban sakte. tijarat aur dhandari ke mamle mein koi aisi nadani nahin karega magar deen ke mamle mein aaj tamam log isi qism ki nadani mein mubtala hain.</w:t>
      </w:r>
    </w:p>
    <w:p>
      <w:pPr>
        <w:jc w:val="right"/>
      </w:pPr>
      <w:r>
        <w:t>یہ تمام جزی اور فروعی باتیں ہیں۔ جو لوگ اس طرح کی باتوں پر بحث و تکرار کرنے لگیں، وہ کبھی کامیاب تاجر نہیں بن سکتے۔ تجارت اور دکانداری کے معاملے میں کوئی ایسی نادانی نہیں کرے گا مگر دین کے معاملے میں آج تمام لوگ اسی قسم کی نادانی میں مبتلا ہیں۔</w:t>
      </w:r>
    </w:p>
    <w:p>
      <w:r>
        <w:rPr>
          <w:b/>
        </w:rPr>
        <w:t xml:space="preserve">[22:54] </w:t>
      </w:r>
      <w:r>
        <w:t>woh asasi umoor ko chhod kar juzi umoor ki dhoom macha rahe hain. yahi wajah hai ke beshumar hangamon ke bawajood maujooda zamane mein ab tak deen ka ehya na ho saka.</w:t>
      </w:r>
    </w:p>
    <w:p>
      <w:pPr>
        <w:jc w:val="right"/>
      </w:pPr>
      <w:r>
        <w:t>وہ اثاثی امور کو چھوڑ کر جزی امور کی دھوم مچا رہے ہیں۔ یہی وجہ ہے کہ بے شمار ہنگاموں کے باوجود موجودہ زمانے میں اب تک دین کا احیاء نہ ہو سکا۔</w:t>
      </w:r>
    </w:p>
    <w:p>
      <w:r>
        <w:rPr>
          <w:b/>
        </w:rPr>
        <w:t xml:space="preserve">[23:06] </w:t>
      </w:r>
      <w:r>
        <w:t>maujooda zamane mein musalman aam taur par is hukm quraani se door ho gaye hain. maujooda musalmanon ka haal yeh hai ke un ke deeni madrason mein jab namaz ka bab padha jata hai to namaz ke khushu o khuzu par koi khaas kalam nahin kiya jata.</w:t>
      </w:r>
    </w:p>
    <w:p>
      <w:pPr>
        <w:jc w:val="right"/>
      </w:pPr>
      <w:r>
        <w:t>موجودہ زمانے میں مسلمان عام طور پر اس حکم قرآنی سے دور ہو گئے ہیں۔ موجودہ مسلمانوں کا حال یہ ہے کہ ان کے دینی مدرسوں میں جب نماز کا باب پڑھا جاتا ہے تو نماز کے خشوع و خضوع پر کوئی خاص کلام نہیں کیا جاتا۔</w:t>
      </w:r>
    </w:p>
    <w:p>
      <w:r>
        <w:rPr>
          <w:b/>
        </w:rPr>
        <w:t xml:space="preserve">[23:22] </w:t>
      </w:r>
      <w:r>
        <w:t>albatta namaz ke fiqhi masail par pure taleemi saal ke dauran bahasen jari rehti hain. musalmanon ke ijtimaat hote hain to un mein musalmanon ki dakhli kamzoriyon par unhen mutanabbeh nahin kiya jata.</w:t>
      </w:r>
    </w:p>
    <w:p>
      <w:pPr>
        <w:jc w:val="right"/>
      </w:pPr>
      <w:r>
        <w:t>البتہ نماز کے فقہی مسائل پر پورے تعلیمی سال کے دوران بحثیں جاری رہتی ہیں۔ مسلمانوں کے اجتماعات ہوتے ہیں تو ان میں مسلمانوں کی داخلی کمزوریوں پر انہیں متنبہ نہیں کیا جاتا۔</w:t>
      </w:r>
    </w:p>
    <w:p>
      <w:r>
        <w:rPr>
          <w:b/>
        </w:rPr>
        <w:t xml:space="preserve">[23:34] </w:t>
      </w:r>
      <w:r>
        <w:t>albatta doosri qaumon ke zulm aur sazish ka unkaashaf kar ke un par dhuan daar taqreeren hoti hain. muslim mulkon mein islaah e fard aur islaah e muashre ki koi haqeeqi muhim jari nahin ki jati.</w:t>
      </w:r>
    </w:p>
    <w:p>
      <w:pPr>
        <w:jc w:val="right"/>
      </w:pPr>
      <w:r>
        <w:t>البتہ دوسری قوموں کے ظلم اور سازش کا انکشاف کر کے ان پر دھواں دار تقریریں ہوتی ہیں۔ مسلم ملکوں میں اصلاح فرد اور اصلاح معاشرے کو کوئی حقیقت مسلم ملکوں میں اصلاح فرد اور اصلاح معاشرے کی کوئی حقیقی مہم جاری نہیں کی جاتی۔</w:t>
      </w:r>
    </w:p>
    <w:p>
      <w:r>
        <w:rPr>
          <w:b/>
        </w:rPr>
        <w:t xml:space="preserve">[23:55] </w:t>
      </w:r>
      <w:r>
        <w:t>albatta inqilab hukoomat ke naam par har chhota bada leader siyasi mujahid bana hua nazar aata hai. yeh tamam sooraten raaste se bhatakne ki sooraten hain.</w:t>
      </w:r>
    </w:p>
    <w:p>
      <w:pPr>
        <w:jc w:val="right"/>
      </w:pPr>
      <w:r>
        <w:t>البتہ انقلاب حکومت کے نام پر ہر چھوٹا بڑا لیڈر سیاسی مجاہد بنا ہوا نظر آتا ہے۔ یہ تمام صورتیں راستے سے بھٹکنے کی صورتیں ہیں۔</w:t>
      </w:r>
    </w:p>
    <w:p>
      <w:r>
        <w:rPr>
          <w:b/>
        </w:rPr>
        <w:t xml:space="preserve">[24:05] </w:t>
      </w:r>
      <w:r>
        <w:t>yeh itteba e sirat ko chhod kar itteba e subul ke tareeqe par daudna hai aur jo log aisa karen, un ke liye khuda ki kitab ka faisla hai ke woh hamesha ghair mutalliq rahon mein bhatakte ra</w:t>
      </w:r>
    </w:p>
    <w:p>
      <w:pPr>
        <w:jc w:val="right"/>
      </w:pPr>
      <w:r>
        <w:t>یہ اتباع صراط کو چھوڑ کر اتباع سبل کے طریقے پر دوڑنا ہے اور جو لوگ ایسا کریں، ان کے لیے خدا کی کتاب کا فیصلہ ہے کہ وہ ہمیشہ غیر متعلق راہوں میں بھٹکتے رہ</w:t>
      </w:r>
    </w:p>
    <w:p>
      <w:r>
        <w:rPr>
          <w:b/>
        </w:rPr>
        <w:t xml:space="preserve">[24:18] </w:t>
      </w:r>
      <w:r>
        <w:t>hen ge. woh kabhi manzil e maqsood tak nahin pahunchen ge. ek shakhs khalis zehan ho kar quran ko padhe aur yeh dekhe ke woh islam kya hai jis ko quran mein pesh kiya gaya hai.</w:t>
      </w:r>
    </w:p>
    <w:p>
      <w:pPr>
        <w:jc w:val="right"/>
      </w:pPr>
      <w:r>
        <w:t>یں گے۔ وہ کبھی منزل مقصود تک نہیں پہنچیں گے۔ ایک شخص خالص ذہن ہو کر قرآن کو پڑھے اور یہ دیکھے کہ وہ اسلام کیا ہے جس کو قرآن میں پیش کیا گیا ہے۔</w:t>
      </w:r>
    </w:p>
    <w:p>
      <w:r>
        <w:rPr>
          <w:b/>
        </w:rPr>
        <w:t xml:space="preserve">[24:30] </w:t>
      </w:r>
      <w:r>
        <w:t>doosri taraf woh is islam ka mushahida kare jo maujooda musalmanon mein raaij hai to woh dono ke darmiyan zabardast farq payega.</w:t>
      </w:r>
    </w:p>
    <w:p>
      <w:pPr>
        <w:jc w:val="right"/>
      </w:pPr>
      <w:r>
        <w:t>دوسری طرف وہ اس اسلام کا مشاہدہ کرے جو موجودہ مسلمانوں میں رائج ہے تو وہ دونوں کے درمیان زبردست فرق پائے گا۔</w:t>
      </w:r>
    </w:p>
    <w:p>
      <w:r>
        <w:rPr>
          <w:b/>
        </w:rPr>
        <w:t xml:space="preserve">[24:39] </w:t>
      </w:r>
      <w:r>
        <w:t>hata ke woh yeh rai qaim karne par majboor hoga ke maujooda zamane ke musalman ain usi bigaad mein mubtala ho chuke hain jis ki nishandahi quran ki mazkoorah ayat mein ki gayi thi.</w:t>
      </w:r>
    </w:p>
    <w:p>
      <w:pPr>
        <w:jc w:val="right"/>
      </w:pPr>
      <w:r>
        <w:t>حتیٰ کہ وہ یہ رائے قائم کرنے پر مجبور ہوگا کہ موجودہ زمانے کے مسلمان عین اسی بگاڑ میں مبتلا ہو چکے ہیں جس کی نشاندہی قرآن کی مذکورہ آیت میں کی گئی تھی۔</w:t>
      </w:r>
    </w:p>
    <w:p>
      <w:r>
        <w:rPr>
          <w:b/>
        </w:rPr>
        <w:t xml:space="preserve">[24:52] </w:t>
      </w:r>
      <w:r>
        <w:t>quran ki roshni mein dekha jaye to yeh manna padta hai ke aaj ke musalman itteba e sirat par qaim nahin, woh itteba e subul mein mubtala hain.</w:t>
      </w:r>
    </w:p>
    <w:p>
      <w:pPr>
        <w:jc w:val="right"/>
      </w:pPr>
      <w:r>
        <w:t>قرآن کی روشنی میں دیکھا جائے تو یہ ماننا پڑتا ہے کہ آج کے مسلمان اتباع صراط پر قائم نہیں، وہ اتباع سبل میں مبتلا ہیں۔</w:t>
      </w:r>
    </w:p>
    <w:p>
      <w:r>
        <w:rPr>
          <w:b/>
        </w:rPr>
        <w:t xml:space="preserve">[25:01] </w:t>
      </w:r>
      <w:r>
        <w:t>quran mein jo deen hai, us mein sara zor haqeeqat par diya gaya hai jabke maujooda zamane ke musalmanon ke yahan sara zor mazahir par diya jaane laga hai.</w:t>
      </w:r>
    </w:p>
    <w:p>
      <w:pPr>
        <w:jc w:val="right"/>
      </w:pPr>
      <w:r>
        <w:t>قرآن میں جو دین ہے، اس میں سارا زور حقیقت پر دیا گیا ہے جبکہ موجودہ زمانے کے مسلمانوں کے یہاں سارا زور مظاہر پر دیا جانے لگا ہے۔</w:t>
      </w:r>
    </w:p>
    <w:p>
      <w:r>
        <w:rPr>
          <w:b/>
        </w:rPr>
        <w:t xml:space="preserve">[25:11] </w:t>
      </w:r>
      <w:r>
        <w:t>quran mein ibadat ki buniyad khushu par hai aur musalmanon ke yahan ibadat ki buniyad masail par. quran ke mutabiq rasool par iman ka miyar itteba e rasool hai aur musalmanon ke yahan rasool par iman ka miyar ishq e rasool.</w:t>
      </w:r>
    </w:p>
    <w:p>
      <w:pPr>
        <w:jc w:val="right"/>
      </w:pPr>
      <w:r>
        <w:t>قرآن میں عبادت کی بنیاد خشوع پر ہے اور مسلمانوں کے یہاں عبادت کی بنیاد مسائل پر۔ قرآن کے مطابق رسول پر ایمان کا معیار اتباع رسول ہے اور مسلمانوں کے یہاں رسول پر ایمان کا معیار عشق رسول۔</w:t>
      </w:r>
    </w:p>
    <w:p>
      <w:r>
        <w:rPr>
          <w:b/>
        </w:rPr>
        <w:t xml:space="preserve">[25:26] </w:t>
      </w:r>
      <w:r>
        <w:t>quran ke mutabiq islam tawazu ka unwan hai aur musalmanon ke nazdeek islam fakhr ka unwan. quran ke nazdeek dawat e najat e insani ki nasehana jiddo jehad hai aur musalmanon ke nazdeek dawat e qaumi jhagdon ke liye maerka aaraai.</w:t>
      </w:r>
    </w:p>
    <w:p>
      <w:pPr>
        <w:jc w:val="right"/>
      </w:pPr>
      <w:r>
        <w:t>قرآن کے مطابق اسلام تواضع کا عنوان ہے اور مسلمانوں کے نزدیک اسلام فخر کا عنوان۔ قرآن کے نزدیک دعوت نجات انسانی کی ناصحانہ جدوجہد ہے اور مسلمانوں کے نزدیک دعوت قومی جھگڑوں کے لیے معرکہ آرائی۔</w:t>
      </w:r>
    </w:p>
    <w:p>
      <w:r>
        <w:rPr>
          <w:b/>
        </w:rPr>
        <w:t xml:space="preserve">[25:43] </w:t>
      </w:r>
      <w:r>
        <w:t>quran ke nazdeek akhirat ki kamyabi ka inhisaar amal e saleh par hai aur musalmanon ke nazdeek akhirat ki kamyabi ka inhisaar kalma goyi par.</w:t>
      </w:r>
    </w:p>
    <w:p>
      <w:pPr>
        <w:jc w:val="right"/>
      </w:pPr>
      <w:r>
        <w:t>قرآن کے نزدیک آخرت کی کامیابی کا انحصار عمل صالح پر ہے اور مسلمانوں کے نزدیک آخرت کی کامیابی کا انحصار کلمہ گوئی پر۔</w:t>
      </w:r>
    </w:p>
    <w:p>
      <w:r>
        <w:rPr>
          <w:b/>
        </w:rPr>
        <w:t xml:space="preserve">[25:54] </w:t>
      </w:r>
      <w:r>
        <w:t>quran ke nazdeek islami tehreek fard ki islaah ka naam hai aur musalmanon ke nazdeek islami tehreek hukmaranon se siyasi takrao karne ka.</w:t>
      </w:r>
    </w:p>
    <w:p>
      <w:pPr>
        <w:jc w:val="right"/>
      </w:pPr>
      <w:r>
        <w:t>قرآن کے نزدیک اسلامی تحریک فرد کی اصلاح کا نام ہے اور مسلمانوں کے نزدیک اسلامی تحریک حکمرانوں سے سیاسی ٹکراؤ کرنے کا۔</w:t>
      </w:r>
    </w:p>
    <w:p>
      <w:r>
        <w:rPr>
          <w:b/>
        </w:rPr>
        <w:t xml:space="preserve">[26:03] </w:t>
      </w:r>
      <w:r>
        <w:t>quran ka deen akhirat rakhi yaani akhirat oriented hai aur musalmanon ka deen siyasat rakhi yaani politics oriented.</w:t>
      </w:r>
    </w:p>
    <w:p>
      <w:pPr>
        <w:jc w:val="right"/>
      </w:pPr>
      <w:r>
        <w:t>قرآن کا دین آخرت رخی یعنی آخرت اورینٹڈ ہے اور مسلمانوں کا دین سیاست رخی یعنی پولیٹکس اورینٹڈ۔</w:t>
      </w:r>
    </w:p>
    <w:p>
      <w:r>
        <w:rPr>
          <w:b/>
        </w:rPr>
        <w:t xml:space="preserve">[26:12] </w:t>
      </w:r>
      <w:r>
        <w:t>is tarah ke beshumar farq hain jo quran ke bataye hue deen mein aur musalmanon ke marwaja deen mein paida ho gaye hain. quran itteba sirat ki taakeed karta hai aur maujudah musalman itteba sabil mein pade hue hain.</w:t>
      </w:r>
    </w:p>
    <w:p>
      <w:pPr>
        <w:jc w:val="right"/>
      </w:pPr>
      <w:r>
        <w:t>اس طرح کے بے شمار فرق ہیں جو قرآن کے بتائے ہوئے دین میں اور مسلمانوں کے مروجہ دین میں پیدا ہو گئے ہیں۔ قرآن اتباع صراط کی تاکید کرتا ہے اور موجودہ مسلمان اتباع سبل میں پڑے ہوئے ہیں۔</w:t>
      </w:r>
    </w:p>
    <w:p>
      <w:r>
        <w:rPr>
          <w:b/>
        </w:rPr>
        <w:t xml:space="preserve">[26:27] </w:t>
      </w:r>
      <w:r>
        <w:t>yeh soorat e haal intehai had tak tashweesh nak hai. musalmanon par laazim hai ke woh apni is rawaish ko badlen. agar unhon ne aisa nahi kiya to yaqeeni taur par woh khuda ki rehmat se door ho jayenge aur jo log khuda ki rehmat se door ho jayen, un ke liye khuda ki duniya mein barbadi ke siwa koi aur anjam muqaddar nahi.</w:t>
      </w:r>
    </w:p>
    <w:p>
      <w:pPr>
        <w:jc w:val="right"/>
      </w:pPr>
      <w:r>
        <w:t>یہ صورتحال انتہائی حد تک تشویش ناک ہے۔ مسلمانوں پر لازم ہے کہ وہ اپنی اس روش کو بدلیں۔ اگر انہوں نے ایسا نہیں کیا تو یقینی طور پر وہ خدا کی رحمت سے دور ہو جائیں گے اور جو لوگ خدا کی رحمت سے دور ہو جائیں، ان کے لیے خدا کی دنیا میں بربادی کے سوا کوئی اور انجام مقدر نہیں۔</w:t>
      </w:r>
    </w:p>
    <w:p>
      <w:r>
        <w:rPr>
          <w:b/>
        </w:rPr>
        <w:t xml:space="preserve">[26:49] </w:t>
      </w:r>
      <w:r>
        <w:t>quran ka yeh hukum kyun? kitab tajdeed deen maulana wahiduddin khan safha number 15.</w:t>
      </w:r>
    </w:p>
    <w:p>
      <w:pPr>
        <w:jc w:val="right"/>
      </w:pPr>
      <w:r>
        <w:t>قرآن کا یہ حکم کیوں؟ کتاب تجدید دین مولانا وحید الدین خان صفحہ نمبر 15۔</w:t>
      </w:r>
    </w:p>
    <w:p>
      <w:r>
        <w:rPr>
          <w:b/>
        </w:rPr>
        <w:t xml:space="preserve">[27:02] </w:t>
      </w:r>
      <w:r>
        <w:t>quran mein kyun hukum diya gaya hai ke zor o taakeed ka saara mamla asasaat deen ke sath kiya jaye na ke furoaat deen ke sath?</w:t>
      </w:r>
    </w:p>
    <w:p>
      <w:pPr>
        <w:jc w:val="right"/>
      </w:pPr>
      <w:r>
        <w:t>قرآن میں کیوں حکم دیا گیا ہے کہ زور و تاکید کا سارا معاملہ اثاثات دین کے ساتھ کیا جائے نہ کہ فروعات دین کے ساتھ؟</w:t>
      </w:r>
    </w:p>
    <w:p>
      <w:r>
        <w:rPr>
          <w:b/>
        </w:rPr>
        <w:t xml:space="preserve">[27:11] </w:t>
      </w:r>
      <w:r>
        <w:t>is ka khaas sabab hai.</w:t>
      </w:r>
    </w:p>
    <w:p>
      <w:pPr>
        <w:jc w:val="right"/>
      </w:pPr>
      <w:r>
        <w:t>اس کا خاص سبب ہے۔</w:t>
      </w:r>
    </w:p>
    <w:p>
      <w:r>
        <w:rPr>
          <w:b/>
        </w:rPr>
        <w:t xml:space="preserve">[27:13] </w:t>
      </w:r>
      <w:r>
        <w:t>is mein yeh hikmat hai ke asaas se faraa nikalti hai magar faraa se asaas paida nahi hoti. ek shakhs darakht ki kuch patiyan aur shakhain le aaye aur un par ziraati mehnat shuru kar de, woh un ko pani de, un mein khad dale, un ko zameen mein nasb kare to yeh be faida kaam hoga.</w:t>
      </w:r>
    </w:p>
    <w:p>
      <w:pPr>
        <w:jc w:val="right"/>
      </w:pPr>
      <w:r>
        <w:t>اس میں یہ حکمت ہے کہ اثاث سے فراع نکلتی ہے مگر فراع سے اثاث پیدا نہیں ہوتی۔ ایک شخص درخت کی کچھ پتیاں اور شاخیں لے آئے اور ان پر زراعتی محنت شروع کر دے، وہ ان کو پانی دے، ان میں کھاد ڈالے، ان کو زمین میں نصب کرے تو یہ بے فائدہ کام ہوگا۔</w:t>
      </w:r>
    </w:p>
    <w:p>
      <w:r>
        <w:rPr>
          <w:b/>
        </w:rPr>
        <w:t xml:space="preserve">[27:33] </w:t>
      </w:r>
      <w:r>
        <w:t>is ki tamam mehnaton ke bawajood patiyan aur shakhain sokhti rahengi. woh shadab darakht ki soorat ikhtiyar nahi kar saktin. lekin jab aap ek beej le kar zameen mein boyen to us ke baad woh barhna shuru hota ho jata hai,</w:t>
      </w:r>
    </w:p>
    <w:p>
      <w:pPr>
        <w:jc w:val="right"/>
      </w:pPr>
      <w:r>
        <w:t>اس کی تمام محنتوں کے باوجود پتیاں اور شاخیں سوکھتی رہیں گی۔ وہ شاداب درخت کی صورت اختیار نہیں کر سکتیں۔ لیکن جب آپ ایک بیج لے کر زمین میں بوئیں تو اس کے بعد وہ بڑھنا شروع ہوتا ہو جاتا ہے،</w:t>
      </w:r>
    </w:p>
    <w:p>
      <w:r>
        <w:rPr>
          <w:b/>
        </w:rPr>
        <w:t xml:space="preserve">[27:49] </w:t>
      </w:r>
      <w:r>
        <w:t>yahan tak ke ek roz woh sar sabz o shadab darakht ki soorat ikhtiyar kar leta hai.</w:t>
      </w:r>
    </w:p>
    <w:p>
      <w:pPr>
        <w:jc w:val="right"/>
      </w:pPr>
      <w:r>
        <w:t>یہاں تک کہ ایک روز وہ سرسبز و شاداب درخت کی صورت اختیار کر لیتا ہے۔</w:t>
      </w:r>
    </w:p>
    <w:p>
      <w:r>
        <w:rPr>
          <w:b/>
        </w:rPr>
        <w:t xml:space="preserve">[27:55] </w:t>
      </w:r>
      <w:r>
        <w:t>woh har qism ki shakhon aur patiyon se bhar jata hai. yahi mamla deen ka hai. agar aap faro deen par tawajjuh den to sari mehnat ke bawajood koi haqeeqi nateeja baramad na hoga.</w:t>
      </w:r>
    </w:p>
    <w:p>
      <w:pPr>
        <w:jc w:val="right"/>
      </w:pPr>
      <w:r>
        <w:t>وہ ہر قسم کی شاخوں اور پتیوں سے بھر جاتا ہے۔ یہی معاملہ دین کا ہے۔ اگر آپ فروع دین پر توجہ دیں تو ساری محنت کے باوجود کوئی حقیقی نتیجہ برآمد نہ ہوگا۔</w:t>
      </w:r>
    </w:p>
    <w:p>
      <w:r>
        <w:rPr>
          <w:b/>
        </w:rPr>
        <w:t xml:space="preserve">[28:09] </w:t>
      </w:r>
      <w:r>
        <w:t>hata ke khud woh faro bhi barpa nahi honge jin par aap apni quwwat sarf kar rahe thay. lekin</w:t>
      </w:r>
    </w:p>
    <w:p>
      <w:pPr>
        <w:jc w:val="right"/>
      </w:pPr>
      <w:r>
        <w:t>حتیٰ کہ خود وہ فروع بھی برپا نہیں ہوں گے جن پر آپ اپنی قوت صرف کر رہے تھے۔ لیکن</w:t>
      </w:r>
    </w:p>
    <w:p>
      <w:r>
        <w:rPr>
          <w:b/>
        </w:rPr>
        <w:t xml:space="preserve">[28:16] </w:t>
      </w:r>
      <w:r>
        <w:t>agar aap asasaat deen par mehnat karen to is ke baad deen ka asasi pehlu bhi mustahkam hoga aur isi ke sath deen ki tamam shakhain bhi apne aap zahir hoti chali jayengi.</w:t>
      </w:r>
    </w:p>
    <w:p>
      <w:pPr>
        <w:jc w:val="right"/>
      </w:pPr>
      <w:r>
        <w:t>اگر آپ اثاثات دین پر محنت کریں تو اس کے بعد دین کا اثاثی پہلو بھی مستحکم ہوگا اور اسی کے ساتھ دین کی تمام شاخیں بھی اپنے آپ ظاہر ہوتی چلی جائیں گی۔</w:t>
      </w:r>
    </w:p>
    <w:p>
      <w:r>
        <w:rPr>
          <w:b/>
        </w:rPr>
        <w:t xml:space="preserve">[28:29] </w:t>
      </w:r>
      <w:r>
        <w:t>itteba sirat ki rawaish ikhtiyar karne se sirat bhi hasil hoti hai aur sabil bhi. magar itteba sabil ki rawaish ikhtiyar ki jaye to aadmi sirat ko bhi kho deta hai aur isi ke sath sabil ko bhi.</w:t>
      </w:r>
    </w:p>
    <w:p>
      <w:pPr>
        <w:jc w:val="right"/>
      </w:pPr>
      <w:r>
        <w:t>اتباع صراط کی روش اختیار کرنے سے صراط بھی حاصل ہوتی ہے اور سبل بھی۔ مگر اتباع سبل کی روش اختیار کی جائے تو آدمی صراط کو بھی کھو دیتا ہے اور اسی کے ساتھ سبل کو بھی۔</w:t>
      </w:r>
    </w:p>
    <w:p>
      <w:r>
        <w:rPr>
          <w:b/>
        </w:rPr>
        <w:t xml:space="preserve">[28:42] </w:t>
      </w:r>
      <w:r>
        <w:t>woh darakht se bhi mehroom rehta hai aur darakht ki shakhon aur patiyon se bhi. tajdeedi kaam kitab tajdeed deen maulana wahiduddin khan safha number 16.</w:t>
      </w:r>
    </w:p>
    <w:p>
      <w:pPr>
        <w:jc w:val="right"/>
      </w:pPr>
      <w:r>
        <w:t>وہ درخت سے بھی محروم رہتا ہے اور درخت کی شاخوں اور پتیوں سے بھی۔ تجدیدی کام کتاب تجدید دین مولانا وحید الدین خان صفحہ نمبر 16۔</w:t>
      </w:r>
    </w:p>
    <w:p>
      <w:r>
        <w:rPr>
          <w:b/>
        </w:rPr>
        <w:t xml:space="preserve">[29:02] </w:t>
      </w:r>
      <w:r>
        <w:t>ummat e muslema ke andar aaj deen ke naam par beshumar sar garniyan pai jati hain</w:t>
      </w:r>
    </w:p>
    <w:p>
      <w:pPr>
        <w:jc w:val="right"/>
      </w:pPr>
      <w:r>
        <w:t>امت مسلمہ کے اندر آج دین کے نام پر بے شمار سرگرمیاں پائی جاتی ہیں</w:t>
      </w:r>
    </w:p>
    <w:p>
      <w:r>
        <w:rPr>
          <w:b/>
        </w:rPr>
        <w:t xml:space="preserve">[29:08] </w:t>
      </w:r>
      <w:r>
        <w:t>magar yeh sar garniyan taqreeban sab ke sab itteba sabil ya furoaat deen ke maidan mein jari hain. aaj sab se bara tajdeedi kaam yeh hai ke ummat ko dobara asasaat deen par khara kiya jaye.</w:t>
      </w:r>
    </w:p>
    <w:p>
      <w:pPr>
        <w:jc w:val="right"/>
      </w:pPr>
      <w:r>
        <w:t>مگر یہ سرگرمیاں تقریباً سب کے سب اتباع سبل یا فروعات دین کے میدان میں جاری ہیں۔ آج سب سے بڑا تجدیدی کام یہ ہے کہ امت کو دوبارہ اثاثات دین پر کھڑا کیا جائے۔</w:t>
      </w:r>
    </w:p>
    <w:p>
      <w:r>
        <w:rPr>
          <w:b/>
        </w:rPr>
        <w:t xml:space="preserve">[29:22] </w:t>
      </w:r>
      <w:r>
        <w:t>yeh bilashuba mushkil tareen kaam hai magar is mushkil tareen kaam ko anjam dene ke siwa tajdeed o ahya ki aur koi soorat nahi.</w:t>
      </w:r>
    </w:p>
    <w:p>
      <w:pPr>
        <w:jc w:val="right"/>
      </w:pPr>
      <w:r>
        <w:t>یہ بلاشبہ مشکل ترین کام ہے مگر اس مشکل ترین کام کو انجام دینے کے سوا تجدید و احیاء کی اور کوئی صورت نہیں۔</w:t>
      </w:r>
    </w:p>
    <w:p>
      <w:r>
        <w:rPr>
          <w:b/>
        </w:rPr>
        <w:t xml:space="preserve">[29:32] </w:t>
      </w:r>
      <w:r>
        <w:t>is kaam ke mushkil hone ka sabab yeh hai ke is mein khud apni qaum ke khilaf uthna padta hai.</w:t>
      </w:r>
    </w:p>
    <w:p>
      <w:pPr>
        <w:jc w:val="right"/>
      </w:pPr>
      <w:r>
        <w:t>اس کام کے مشکل ہونے کا سبب یہ ہے کہ اس میں خود اپنی قوم کے خلاف اٹھنا پڑتا ہے۔</w:t>
      </w:r>
    </w:p>
    <w:p>
      <w:r>
        <w:rPr>
          <w:b/>
        </w:rPr>
        <w:t xml:space="preserve">[29:38] </w:t>
      </w:r>
      <w:r>
        <w:t>doosri qaum ke khilaf uthna aadmi ko leader banata hai aur apni qaum ke khilaf uthne wala shakhs hasil shuda leaderi ko bhi kho deta hai.</w:t>
      </w:r>
    </w:p>
    <w:p>
      <w:pPr>
        <w:jc w:val="right"/>
      </w:pPr>
      <w:r>
        <w:t>دوسری قوم کے خلاف اٹھنا آدمی کو لیڈر بناتا ہے اور اپنی قوم کے خلاف اٹھنے والا شخص حاصل شدہ لیڈری کو بھی کھو دیتا ہے۔</w:t>
      </w:r>
    </w:p>
    <w:p>
      <w:r>
        <w:rPr>
          <w:b/>
        </w:rPr>
        <w:t xml:space="preserve">[29:49] </w:t>
      </w:r>
      <w:r>
        <w:t>doosron ko dushman bata kar un ke khilaf taqreeren karne wala aadmi foran apni qaum ke andar maqbooliyat hasil kar leta hai. magar jo shakhs yeh nishandahi kare ke dushman khud tumhare andar hai, tumhare bahar dushman ka koi wajood nahi</w:t>
      </w:r>
    </w:p>
    <w:p>
      <w:pPr>
        <w:jc w:val="right"/>
      </w:pPr>
      <w:r>
        <w:t>دوسروں کو دشمن بتا کر ان کے خلاف تقریریں کرنے والا آدمی فوراً اپنی قوم کے اندر مقبولیت حاصل کر لیتا ہے۔ مگر جو شخص یہ نشاندہی کرے کہ دشمن خود تمہارے اندر ہے، تمہارے باہر دشمن کا کوئی وجود نہیں</w:t>
      </w:r>
    </w:p>
    <w:p>
      <w:r>
        <w:rPr>
          <w:b/>
        </w:rPr>
        <w:t xml:space="preserve">[30:04] </w:t>
      </w:r>
      <w:r>
        <w:t>, aisa shakhs apnon ke andar bhi izzat o maqbooliyat kho deta hai aur bahar walon ke andar izzat o maqbooliyat milne ka to koi sawal hi nahi.</w:t>
      </w:r>
    </w:p>
    <w:p>
      <w:pPr>
        <w:jc w:val="right"/>
      </w:pPr>
      <w:r>
        <w:t>، ایسا شخص اپنوں کے اندر بھی عزت و مقبولیت کھو دیتا ہے اور باہر والوں کے اندر عزت و مقبولیت ملنے کا تو کوئی سوال ہی نہیں۔</w:t>
      </w:r>
    </w:p>
    <w:p>
      <w:r>
        <w:rPr>
          <w:b/>
        </w:rPr>
        <w:t xml:space="preserve">[30:16] </w:t>
      </w:r>
      <w:r>
        <w:t>tajdeed deen aur ahya e millat ke kaam ki ek hi lazmi qeemat hai: apni qaum ke andar ghair maqbool aur be hesiyat ho jana.</w:t>
      </w:r>
    </w:p>
    <w:p>
      <w:pPr>
        <w:jc w:val="right"/>
      </w:pPr>
      <w:r>
        <w:t>تجدید دین اور احیائے ملت کے کام کی ایک ہی لازمی قیمت ہے: اپنی قوم کے اندر غیر مقبول اور بے حیثیت ہو جانا۔</w:t>
      </w:r>
    </w:p>
    <w:p>
      <w:r>
        <w:rPr>
          <w:b/>
        </w:rPr>
        <w:t xml:space="preserve">[30:26] </w:t>
      </w:r>
      <w:r>
        <w:t>is zaroori qeemat ko ada kiye baghair na pehle kabhi tajdeed ka kaam hua hai aur na aaj ho sakta hai aur na aindah kabhi hoga, yahan tak ke qayamat aa jaye.</w:t>
      </w:r>
    </w:p>
    <w:p>
      <w:pPr>
        <w:jc w:val="right"/>
      </w:pPr>
      <w:r>
        <w:t>اس ضروری قیمت کو ادا کیے بغیر نہ پہلے کبھی تجدید کا کام ہوا ہے اور نہ آج ہو سکتا ہے اور نہ آئندہ کبھی ہوگا، یہاں تک کہ قیامت آ جائے۔</w:t>
      </w:r>
    </w:p>
    <w:p>
      <w:r>
        <w:rPr>
          <w:b/>
        </w:rPr>
        <w:t xml:space="preserve">[30:39] </w:t>
      </w:r>
      <w:r>
        <w:t>tajdeed deen kitab tajdeed deen maulana wahiduddin khan safha number 17.</w:t>
      </w:r>
    </w:p>
    <w:p>
      <w:pPr>
        <w:jc w:val="right"/>
      </w:pPr>
      <w:r>
        <w:t>تجدید دین کتاب تجدید دین مولانا وحید الدین خان صفحہ نمبر 17۔</w:t>
      </w:r>
    </w:p>
    <w:p>
      <w:r>
        <w:rPr>
          <w:b/>
        </w:rPr>
        <w:t xml:space="preserve">[30:51] </w:t>
      </w:r>
      <w:r>
        <w:t>tajdeed ke mani hain naya</w:t>
      </w:r>
    </w:p>
    <w:p>
      <w:pPr>
        <w:jc w:val="right"/>
      </w:pPr>
      <w:r>
        <w:t>تجدید کے معنی ہیں نیا</w:t>
      </w:r>
    </w:p>
    <w:p>
      <w:r>
        <w:rPr>
          <w:b/>
        </w:rPr>
        <w:t xml:space="preserve">[30:53] </w:t>
      </w:r>
      <w:r>
        <w:t>karna. tajdeed deen ka matlab yeh hai ke deen ke oopar jab gard o ghubar par jaye to us ko saaf kar ke dobara deen ko us ke asli rang mein pesh kar diya jaye ga.</w:t>
      </w:r>
    </w:p>
    <w:p>
      <w:pPr>
        <w:jc w:val="right"/>
      </w:pPr>
      <w:r>
        <w:t>کرنا۔ تجدید دین کا مطلب یہ ہے کہ دین کے اوپر جب گرد و غبار پڑ جائے تو اس کو صاف کر کے دوبارہ دین کو اس کے اصلی رنگ میں پیش کر دیا جائے۔</w:t>
      </w:r>
    </w:p>
    <w:p>
      <w:r>
        <w:rPr>
          <w:b/>
        </w:rPr>
        <w:t xml:space="preserve">[31:05] </w:t>
      </w:r>
      <w:r>
        <w:t>deen ke oopar gard o ghubar ki wajah hamesha aik hi rahi hai aur woh hai aasmani matan mein insani izafa. yeh izafa ibtidaan waqti muharrikat ke tehat wajood mein aata hai aur is ke baad rafta rafta muqaddas ban kar asal khudai mazhab ka juz ban jata hai.</w:t>
      </w:r>
    </w:p>
    <w:p>
      <w:pPr>
        <w:jc w:val="right"/>
      </w:pPr>
      <w:r>
        <w:t>دین کے اوپر گرد و غبار کی وجہ ہمیشہ ایک ہی رہی ہے اور وہ ہے آسمانی متن میں انسانی اضافہ۔ یہ اضافہ ابتداءً وقتی محرکات کے تحت وجود میں آتا ہے اور اس کے بعد رفتہ رفتہ مقدس بن کر اصل خدائی مذہب کا جز بن جاتا ہے۔</w:t>
      </w:r>
    </w:p>
    <w:p>
      <w:r>
        <w:rPr>
          <w:b/>
        </w:rPr>
        <w:t xml:space="preserve">[31:24] </w:t>
      </w:r>
      <w:r>
        <w:t>is ko log isi tarah mannay lagte hain jis tarah khudai wahi ko manna chahiye.</w:t>
      </w:r>
    </w:p>
    <w:p>
      <w:pPr>
        <w:jc w:val="right"/>
      </w:pPr>
      <w:r>
        <w:t>اس کو لوگ اسی طرح ماننے لگتے ہیں جس طرح خدائی وحی کو ماننا چاہیے۔</w:t>
      </w:r>
    </w:p>
    <w:p>
      <w:r>
        <w:rPr>
          <w:b/>
        </w:rPr>
        <w:t xml:space="preserve">[31:29] </w:t>
      </w:r>
      <w:r>
        <w:t>quran ke alfaaz mein woh apne ahbar o rebaan ko khuda ke siwa apna rab bana lete hain. surah toubah ayat 31. is izafe ke muharrikat aam taur par do qism ke hote hain:</w:t>
      </w:r>
    </w:p>
    <w:p>
      <w:pPr>
        <w:jc w:val="right"/>
      </w:pPr>
      <w:r>
        <w:t>قرآن کے الفاظ میں وہ اپنے احبار و رہبان کو خدا کے سوا اپنا رب بنا لیتے ہیں۔ سورہ توبہ آیت 31۔ اس اضافے کے محرکات عام طور پر دو قسم کے ہوتے ہیں:</w:t>
      </w:r>
    </w:p>
    <w:p>
      <w:r>
        <w:rPr>
          <w:b/>
        </w:rPr>
        <w:t xml:space="preserve">[31:44] </w:t>
      </w:r>
      <w:r>
        <w:t>aik mazhab ki haqeeqat ko kharji taur par mutayyan karne ki koshish yani externalization, do mazhab ki taleemat ko aqli istalahon mein bayan karna yani rationalization.</w:t>
      </w:r>
    </w:p>
    <w:p>
      <w:pPr>
        <w:jc w:val="right"/>
      </w:pPr>
      <w:r>
        <w:t>ایک مذہب کی حقیقت کو خارجی طور پر متعین کرنے کی کوشش یعنی ایکسٹرنلائزیشن، دو مذہب کی تعلیمات کو عقلی اصطلاحوں میں بیان کرنا یعنی ریشنلائزیشن۔</w:t>
      </w:r>
    </w:p>
    <w:p>
      <w:r>
        <w:rPr>
          <w:b/>
        </w:rPr>
        <w:t xml:space="preserve">[32:02] </w:t>
      </w:r>
      <w:r>
        <w:t>pehli ghalati ki aik misaal bible yani puranay ahad namay ke ibtidai abwab hain jo qurbani ki intehai jazi tafseelat se bhare hue hain.</w:t>
      </w:r>
    </w:p>
    <w:p>
      <w:pPr>
        <w:jc w:val="right"/>
      </w:pPr>
      <w:r>
        <w:t>پہلی غلطی کی ایک مثال بائبل یعنی پرانے عہد نامے کے ابتدائی ابواب ہیں جو قربانی کی انتہائی جزی تفصیلات سے بھرے ہوئے ہیں۔</w:t>
      </w:r>
    </w:p>
    <w:p>
      <w:r>
        <w:rPr>
          <w:b/>
        </w:rPr>
        <w:t xml:space="preserve">[32:11] </w:t>
      </w:r>
      <w:r>
        <w:t>yeh beshumar aadab aur tareeqay ya quran ke alfaaz mein asr o aghlal surah aaraaf ayat 156 jo maujooda bible mein darj hain, un ka haqeeqi moosavi shariyat se koi talluq na tha.</w:t>
      </w:r>
    </w:p>
    <w:p>
      <w:pPr>
        <w:jc w:val="right"/>
      </w:pPr>
      <w:r>
        <w:t>یہ بے شمار آداب اور طریقے یا قرآن کے الفاظ میں اثر و اغلال سورہ اعراف آیت 156 جو موجودہ بائبل میں درج ہیں، ان کا حقیقی موسوی شریعت سے کوئی تعلق نہ تھا۔</w:t>
      </w:r>
    </w:p>
    <w:p>
      <w:r>
        <w:rPr>
          <w:b/>
        </w:rPr>
        <w:t xml:space="preserve">[32:26] </w:t>
      </w:r>
      <w:r>
        <w:t>yeh baad ki yahoodi ulama ki paida kardah fiqah thi jis ko kitab muqaddas mein shamil kar diya gaya. isi tarah woh bid'at surah hadid ayat 27 jo masihiyat mein rehbaniyat ke naam se raaij hui,</w:t>
      </w:r>
    </w:p>
    <w:p>
      <w:pPr>
        <w:jc w:val="right"/>
      </w:pPr>
      <w:r>
        <w:t>یہ بعد کی یہودی علماء کی پیدا کردہ فقہ تھی جس کو کتاب مقدس میں شامل کر دیا گیا۔ اسی طرح وہ بدعت سورہ حدید آیت 27 جو مسیحیت میں رہبانیت کے نام سے رائج ہوئی،</w:t>
      </w:r>
    </w:p>
    <w:p>
      <w:r>
        <w:rPr>
          <w:b/>
        </w:rPr>
        <w:t xml:space="preserve">[32:39] </w:t>
      </w:r>
      <w:r>
        <w:t>woh bhi baad ko paida honay wala maseehi tasawwuf tha jis ka hazrat maseeh ne kabhi hukum nahi diya tha. yeh cheezen jo ibtidaan yahoodi ibadat ya maseehi rohaniyat ka kharji dhancha bananay ki koshish ke silsilay mein wajood mein aain,</w:t>
      </w:r>
    </w:p>
    <w:p>
      <w:pPr>
        <w:jc w:val="right"/>
      </w:pPr>
      <w:r>
        <w:t>وہ بھی بعد کو پیدا ہونے والا مسیحی تصوف تھا جس کا حضرت مسیح نے کبھی حکم نہیں دیا تھا۔ یہ چیزیں جو ابتداءً یہودی عبادت یا مسیحی روحانیت کا خارجی ڈھانچہ بنانے کی کوشش کے سلسلے میں وجود میں آئیں،</w:t>
      </w:r>
    </w:p>
    <w:p>
      <w:r>
        <w:rPr>
          <w:b/>
        </w:rPr>
        <w:t xml:space="preserve">[32:55] </w:t>
      </w:r>
      <w:r>
        <w:t>dheere dheere khud yahoodiyat aur masihiyat ka juz ban gayeen, yahan tak ke un ke hajoom mein asal deen khudawandi gum ho kar reh gaya.</w:t>
      </w:r>
    </w:p>
    <w:p>
      <w:pPr>
        <w:jc w:val="right"/>
      </w:pPr>
      <w:r>
        <w:t>دھیرے دھیرے خود یہودیت اور مسیحیت کا جز بن گئیں، یہاں تک کہ ان کے ہجوم میں اصل دین خداوندی گم ہو کر رہ گیا۔</w:t>
      </w:r>
    </w:p>
    <w:p>
      <w:r>
        <w:rPr>
          <w:b/>
        </w:rPr>
        <w:t xml:space="preserve">[33:06] </w:t>
      </w:r>
      <w:r>
        <w:t>doosray bigar ki misaal maujooda masihiyat ke aqaaid taslees, kufarah, ibniyat maseeh waghera hain.</w:t>
      </w:r>
    </w:p>
    <w:p>
      <w:pPr>
        <w:jc w:val="right"/>
      </w:pPr>
      <w:r>
        <w:t>دوسرے بگاڑ کی مثال موجودہ مسیحیت کے عقائد تثلیث، کفارہ، ابنیت مسیح وغیرہ ہیں۔</w:t>
      </w:r>
    </w:p>
    <w:p>
      <w:r>
        <w:rPr>
          <w:b/>
        </w:rPr>
        <w:t xml:space="preserve">[33:13] </w:t>
      </w:r>
      <w:r>
        <w:t>yeh aqaaid na sirf yeh ke hazrat maseeh ne kabhi talqeen nahi kiye balkay aaj bhi woh mate, marqas, luqa aur anjeel ki luqa aur yuhanna ki anjeelon mein nahi paaye jatay.</w:t>
      </w:r>
    </w:p>
    <w:p>
      <w:pPr>
        <w:jc w:val="right"/>
      </w:pPr>
      <w:r>
        <w:t>یہ عقائد نہ صرف یہ کہ حضرت مسیح نے کبھی تلقین نہیں کیے بلکہ آج بھی وہ متی، مرقس، لوقا اور انجیل کی لوقا اور یوحنا کی انجیلوں میں نہیں پائے جاتے۔</w:t>
      </w:r>
    </w:p>
    <w:p>
      <w:r>
        <w:rPr>
          <w:b/>
        </w:rPr>
        <w:t xml:space="preserve">[33:29] </w:t>
      </w:r>
      <w:r>
        <w:t>kufarah ka aqeedah saint paul ne ijad kiya, taham taslees is ke yahan bhi nahi. yeh sab maseehi mutakallimeen ki baaten theen jo baad ke daur mein wajood mein aayeen.</w:t>
      </w:r>
    </w:p>
    <w:p>
      <w:pPr>
        <w:jc w:val="right"/>
      </w:pPr>
      <w:r>
        <w:t>کفارے کا عقیدہ سینٹ پال نے ایجاد کیا، تاہم تثلیث اس کے یہاں بھی نہیں۔ یہ سب مسیحی متکلمین کی باتیں تھیں جو بعد کے دور میں وجود میں آئیں۔</w:t>
      </w:r>
    </w:p>
    <w:p>
      <w:r>
        <w:rPr>
          <w:b/>
        </w:rPr>
        <w:t xml:space="preserve">[33:40] </w:t>
      </w:r>
      <w:r>
        <w:t>masihiyat jab masihiyat jab sham se bahar nikli to doosri qomon, khasoosan misriyon aur yunaniyon ko maseehi bananay ki khatir maseehi ulama ne yeh kiya ke apni taleemat ko un ki manoos zaban mein bayan karna shuru kiya jis ko quran mein mudahāt surah toubah ayat 31 kaha gaya hai.</w:t>
      </w:r>
    </w:p>
    <w:p>
      <w:pPr>
        <w:jc w:val="right"/>
      </w:pPr>
      <w:r>
        <w:t>مسیحیت جب مسیحیت جب شام سے باہر نکلی تو دوسری قوموں، خاص طور پر مصریوں اور یونانیوں کو مسیحی بنانے کی خاطر مسیحی علماء نے یہ کیا کہ اپنی تعلیمات کو ان کی مانوس زبان میں بیان کرنا شروع کیا جس کو قرآن میں مضاحات سورہ توبہ آیت 31 کہا گیا ہے۔</w:t>
      </w:r>
    </w:p>
    <w:p>
      <w:r>
        <w:rPr>
          <w:b/>
        </w:rPr>
        <w:t xml:space="preserve">[34:02] </w:t>
      </w:r>
      <w:r>
        <w:t>maseehi buzurgon ki yeh baaten dheere dheere muqaddas hoti chali gayeen, yahan tak ke romi shehanshah qastuntun awwal ke zamanay mein jab un ko siyasi himayat bhi hasil ho gayi to niqiyah council 325 ke zariye is khud sakhta masihiyat ko unhon ne haqeeqi masihiyat ki hesiyat se bazor raaij kar diya.</w:t>
      </w:r>
    </w:p>
    <w:p>
      <w:pPr>
        <w:jc w:val="right"/>
      </w:pPr>
      <w:r>
        <w:t>مسیحی بزرگوں کی یہ باتیں دھیرے دھیرے مقدس ہوتی چلی گئیں، یہاں تک کہ رومی شہنشاہ قسطنطین اول کے زمانے میں جب ان کو سیاسی حمایت بھی حاصل ہوگئی تو نیقیہ کونسل 325 کے ذریعے اس خود ساختہ مسیحیت کو انہوں نے حقیقی مسیحیت کی حیثیت سے بزور رائج کر دیا۔</w:t>
      </w:r>
    </w:p>
    <w:p>
      <w:r>
        <w:rPr>
          <w:b/>
        </w:rPr>
        <w:t xml:space="preserve">[34:25] </w:t>
      </w:r>
      <w:r>
        <w:t>goya woh cheez jis ko aaj maseehi aqaaid kaha jata hai, woh darhaqeeqat kisi zamanay ka maseehi ilm kalam tha jo bil akhir masihiyat ka juz balkay asal masihiyat ban gaya.</w:t>
      </w:r>
    </w:p>
    <w:p>
      <w:pPr>
        <w:jc w:val="right"/>
      </w:pPr>
      <w:r>
        <w:t>گویا وہ چیز جس کو آج مسیحی عقائد کہا جاتا ہے، وہ درحقیقت کسی زمانے کا مسیحی علم کلام تھا جو بالاخر مسیحیت کا جز بلکہ اصل مسیحیت بن گیا۔</w:t>
      </w:r>
    </w:p>
    <w:p>
      <w:r>
        <w:rPr>
          <w:b/>
        </w:rPr>
        <w:t xml:space="preserve">[34:39] </w:t>
      </w:r>
      <w:r>
        <w:t>aaj islam par yeh saaray gard o ghubar isi tarah par chukay hain jis tarah woh pichli ummaton ke deen par paray thay. islam ki tajdeed ka kaam sab se pehle in aamizishon ko is se alag karna hai.</w:t>
      </w:r>
    </w:p>
    <w:p>
      <w:pPr>
        <w:jc w:val="right"/>
      </w:pPr>
      <w:r>
        <w:t>آج اسلام پر یہ سارے گرد و غبار اسی طرح پڑ چکے ہیں جس طرح وہ پچھلی امتوں کے دین پر پڑے تھے۔ اسلام کی تجدید کا کام سب سے پہلے ان آمیزشوں کو اس سے الگ کرنا ہے۔</w:t>
      </w:r>
    </w:p>
    <w:p>
      <w:r>
        <w:rPr>
          <w:b/>
        </w:rPr>
        <w:t xml:space="preserve">[34:52] </w:t>
      </w:r>
      <w:r>
        <w:t>khuda ke deen ko asr noo zindah karne ki koi koshish us waqt tak kamyab nahi ho sakti jab tak us ko insani gard o ghubar se pak na kar diya jaye.</w:t>
      </w:r>
    </w:p>
    <w:p>
      <w:pPr>
        <w:jc w:val="right"/>
      </w:pPr>
      <w:r>
        <w:t>خدا کے دین کو اثر نوع زندہ کرنے کی کوئی کوشش اس وقت تک کامیاب نہیں ہو سکتی جب تک اس کو انسانی گرد و غبار سے پاک نہ کر دیا جائے۔</w:t>
      </w:r>
    </w:p>
    <w:p>
      <w:r>
        <w:rPr>
          <w:b/>
        </w:rPr>
        <w:t xml:space="preserve">[35:03] </w:t>
      </w:r>
      <w:r>
        <w:t>paighambar-e-islam ne mukhtalif andaaz se apni ummat ko wazeh tanbeeh kar di thi ke woh iss fitne</w:t>
      </w:r>
    </w:p>
    <w:p>
      <w:pPr>
        <w:jc w:val="right"/>
      </w:pPr>
      <w:r>
        <w:t>پیغمبر اسلام نے مختلف انداز سے اپنی امت کو واضح تنبیہ کر دی تھی کہ وہ اس فتنے</w:t>
      </w:r>
    </w:p>
    <w:p>
      <w:r>
        <w:rPr>
          <w:b/>
        </w:rPr>
        <w:t xml:space="preserve">[35:08] </w:t>
      </w:r>
      <w:r>
        <w:t>se bachein. Duniya se jaate hue aap ne jo aakhri naseehat ki woh yeh thi: "taraktufikum amrain, lan</w:t>
      </w:r>
    </w:p>
    <w:p>
      <w:pPr>
        <w:jc w:val="right"/>
      </w:pPr>
      <w:r>
        <w:t>سے بچیں۔ دنیا سے جاتے ہوئے آپ نے جو آخری نصیحت کی وہ یہ تھی: "ترکتفیکم امرین، لن</w:t>
      </w:r>
    </w:p>
    <w:p>
      <w:r>
        <w:rPr>
          <w:b/>
        </w:rPr>
        <w:t xml:space="preserve">[35:16] </w:t>
      </w:r>
      <w:r>
        <w:t>tazillu ma tamasaktum bihma, kitab Allah wa sunnat rasulih."</w:t>
      </w:r>
    </w:p>
    <w:p>
      <w:pPr>
        <w:jc w:val="right"/>
      </w:pPr>
      <w:r>
        <w:t>تضلوا ما تمسکتم بہما، کتاب اللہ وسنت رسولہ۔"</w:t>
      </w:r>
    </w:p>
    <w:p>
      <w:r>
        <w:rPr>
          <w:b/>
        </w:rPr>
        <w:t xml:space="preserve">[35:21] </w:t>
      </w:r>
      <w:r>
        <w:t>muwatta imam malik: "main tumhare darmiyan do cheezein chhod raha hoon jab tak tum un ko pakde raho</w:t>
      </w:r>
    </w:p>
    <w:p>
      <w:pPr>
        <w:jc w:val="right"/>
      </w:pPr>
      <w:r>
        <w:t>مؤطہ امام مالک: "میں تمہارے درمیان دو چیزیں چھوڑ رہا ہوں جب تک تم ان کو پکڑے رہو</w:t>
      </w:r>
    </w:p>
    <w:p>
      <w:r>
        <w:rPr>
          <w:b/>
        </w:rPr>
        <w:t xml:space="preserve">[35:27] </w:t>
      </w:r>
      <w:r>
        <w:t>ge, gumrah na hoge: Khuda ki kitab aur uss ke rasool ki sunnat."</w:t>
      </w:r>
    </w:p>
    <w:p>
      <w:pPr>
        <w:jc w:val="right"/>
      </w:pPr>
      <w:r>
        <w:t>گے، گمراہ نہ ہو گے: خدا کی کتاب اور اس کے رسول کی سنت۔"</w:t>
      </w:r>
    </w:p>
    <w:p>
      <w:r>
        <w:rPr>
          <w:b/>
        </w:rPr>
        <w:t xml:space="preserve">[35:33] </w:t>
      </w:r>
      <w:r>
        <w:t>magar baad ke daur mein, jaisa ke khud paighambar-e-islam ne peshangoi farma di thi,</w:t>
      </w:r>
    </w:p>
    <w:p>
      <w:pPr>
        <w:jc w:val="right"/>
      </w:pPr>
      <w:r>
        <w:t>مگر بعد کے دور میں، جیسا کہ خود پیغمبر اسلام نے پیشن گوئی فرما دی تھی،</w:t>
      </w:r>
    </w:p>
    <w:p>
      <w:r>
        <w:rPr>
          <w:b/>
        </w:rPr>
        <w:t xml:space="preserve">[35:38] </w:t>
      </w:r>
      <w:r>
        <w:t>is wirasat e nabwi par izafay shuru ho gaye, hatta ke nabat yahan tak pahunchi ke islam ki fehrist mein bhi nihayat masoomana taur par woh sari cheezen shamil kar di gayeen jinhon ne doosray mazahib ko bigar dala tha.</w:t>
      </w:r>
    </w:p>
    <w:p>
      <w:pPr>
        <w:jc w:val="right"/>
      </w:pPr>
      <w:r>
        <w:t>اس وراثت نبوی پر اضافے شروع ہوگئے، حتیٰ کہ نوبت یہاں تک پہنچی کہ اسلام کی فہرست میں بھی نہایت معصومانہ طور پر وہ ساری چیزیں شامل کر دی گئیں جنہوں نے دوسرے مذاہب کو بگاڑ ڈالا تھا۔</w:t>
      </w:r>
    </w:p>
    <w:p>
      <w:r>
        <w:rPr>
          <w:b/>
        </w:rPr>
        <w:t xml:space="preserve">[35:52] </w:t>
      </w:r>
      <w:r>
        <w:t>taham dono misalon mein aik zabardast naui farq hai. deegar mazahib mein fiqah o tasawwuf ya ilm kalam ke izafay un ke asal aasmani matan ka hissa ban gaye, yahan tak ke ab yeh maloom karna hi namumkin ho gaya ke un</w:t>
      </w:r>
    </w:p>
    <w:p>
      <w:pPr>
        <w:jc w:val="right"/>
      </w:pPr>
      <w:r>
        <w:t>تاہم دونوں مثالوں میں ایک زبردست نوعی فرق ہے۔ دیگر مذاہب میں فقہ و تصوف یا علم کلام کے اضافے ان کے اصل آسمانی متن کا حصہ بن گئے، یہاں تک کہ اب یہ معلوم کرنا ہی ناممکن ہو گیا کہ ان</w:t>
      </w:r>
    </w:p>
    <w:p>
      <w:r>
        <w:rPr>
          <w:b/>
        </w:rPr>
        <w:t xml:space="preserve">[36:06] </w:t>
      </w:r>
      <w:r>
        <w:t>ki kitab muqaddas ka kon sa juz woh hai jo khuda ne un ke rasool par utara tha aur kon sa woh hai jo baad ke logon ne izafa kar ke is mein shamil kar diya.</w:t>
      </w:r>
    </w:p>
    <w:p>
      <w:pPr>
        <w:jc w:val="right"/>
      </w:pPr>
      <w:r>
        <w:t>کی کتاب مقدس کا کون سا جز وہ ہے جو خدا نے ان کے رسول پر اتارا تھا اور کون سا وہ ہے جو بعد کے لوگوں نے اضافہ کر کے اس میں شامل کر دیا۔</w:t>
      </w:r>
    </w:p>
    <w:p>
      <w:r>
        <w:rPr>
          <w:b/>
        </w:rPr>
        <w:t xml:space="preserve">[36:16] </w:t>
      </w:r>
      <w:r>
        <w:t>is ke bar aks islam is qism ke izafon ka shikar honay ke bawajood asal khudai matan yani quran ko aaj bhi mukammal taur par mehfooz kiye hue hai aur kisi bhi shakhs ke liye mumkin hai woh insani izafon ko alag kar ke asal khudai deen ko daryaft kar sakay.</w:t>
      </w:r>
    </w:p>
    <w:p>
      <w:pPr>
        <w:jc w:val="right"/>
      </w:pPr>
      <w:r>
        <w:t>اس کے برعکس اسلام اس قسم کے اضافوں کا شکار ہونے کے باوجود اصل خدائی متن یعنی قرآن کو آج بھی مکمل طور پر محفوظ کیے ہوئے ہے اور کسی بھی شخص کے لیے ممکن ہے وہ انسانی اضافوں کو الگ کر کے اصل خدائی دین کو دریافت کر سکے۔</w:t>
      </w:r>
    </w:p>
    <w:p>
      <w:r>
        <w:rPr>
          <w:b/>
        </w:rPr>
        <w:t xml:space="preserve">[36:36] </w:t>
      </w:r>
      <w:r>
        <w:t>jubair bin nufair ne oaf bin malik ashja'i ke wastay se naqal kiya hai, woh kehte hain ke aik roz hum nabi sallallahu alaihi wasallam ke paas baithe hue thay.</w:t>
      </w:r>
    </w:p>
    <w:p>
      <w:pPr>
        <w:jc w:val="right"/>
      </w:pPr>
      <w:r>
        <w:t>جبیر بن نفیر نے عوف ابن مالک اشجعی کے واسطے سے نقل کیا ہے، وہ کہتے ہیں کہ ایک روز ہم نبی صلی اللہ علیہ وسلم کے پاس بیٹھے ہوئے تھے۔</w:t>
      </w:r>
    </w:p>
    <w:p>
      <w:r>
        <w:rPr>
          <w:b/>
        </w:rPr>
        <w:t xml:space="preserve">[36:45] </w:t>
      </w:r>
      <w:r>
        <w:t>aap ne aasman ki taraf nazar ki aur farmaya: "woh waqt aanay wala hai jab ke ilm utha liya jaye ga." ansar mein se aik shakhs ne kaha jis ka naam ziyad bin labeed tha: "ae khuda ke rasool!</w:t>
      </w:r>
    </w:p>
    <w:p>
      <w:pPr>
        <w:jc w:val="right"/>
      </w:pPr>
      <w:r>
        <w:t>آپ نے آسمان کی طرف نظر کی اور فرمایا: "وہ وقت آنے والا ہے جب کہ علم اٹھا لیا جائے گا۔" انصار میں سے ایک شخص نے کہا جس کا نام زیاد ابن لبید تھا: "اے خدا کے رسول!</w:t>
      </w:r>
    </w:p>
    <w:p>
      <w:r>
        <w:rPr>
          <w:b/>
        </w:rPr>
        <w:t xml:space="preserve">[36:57] </w:t>
      </w:r>
      <w:r>
        <w:t>kya ilm hum se utha liya jayega halankay hamare darmiyan Khuda ki kitab hai aur hum apne bachon aur auraton ko is ki taleem de rahe hain?" Nabi sallallahu alaihi wasallam ne farmaya: "mein tum ko madinay ka samajhdar aadmi janta tha.</w:t>
      </w:r>
    </w:p>
    <w:p>
      <w:pPr>
        <w:jc w:val="right"/>
      </w:pPr>
      <w:r>
        <w:t>کیا علم ہم سے اٹھا لیا جائے گا حالانکہ ہمارے درمیان خدا کی کتاب ہے اور ہم اپنے بچوں اور عورتوں کو اس کی تعلیم دے رہے ہیں؟" نبی صلی اللہ علیہ وسلم نے فرمایا: "میں تم کو مدینے کا سمجھدار آدمی جانتا تھا۔</w:t>
      </w:r>
    </w:p>
    <w:p>
      <w:r>
        <w:rPr>
          <w:b/>
        </w:rPr>
        <w:t xml:space="preserve">[37:11] </w:t>
      </w:r>
      <w:r>
        <w:t>yahood o nasara kya torait o injeel nahi parhte, phir bhi un ki kitabon par un ka amal nahi hai." Jubair ibn Nufair ki mulaqat Shaddad ibn Aus se hui.</w:t>
      </w:r>
    </w:p>
    <w:p>
      <w:pPr>
        <w:jc w:val="right"/>
      </w:pPr>
      <w:r>
        <w:t>یہود و نصاری کیا تورات و انجیل نہیں پڑھتے، پھر بھی ان کی کتابوں پر ان کا عمل نہیں ہے۔" جبیر ابن نفیر کی ملاقات شداد ابن اوس سے ہوئی۔</w:t>
      </w:r>
    </w:p>
    <w:p>
      <w:r>
        <w:rPr>
          <w:b/>
        </w:rPr>
        <w:t xml:space="preserve">[37:22] </w:t>
      </w:r>
      <w:r>
        <w:t>unhon ne un ko yeh hadith sunai. unhon ne kaha: "Auf ne sach kaha." phir Shaddad ne kaha: "jante ho ilm ka uth jana kya hai?" unhon ne kaha: "nahi." Shaddad ne kaha: "is ke bartan ka chala jana." zahab aw'itah.</w:t>
      </w:r>
    </w:p>
    <w:p>
      <w:pPr>
        <w:jc w:val="right"/>
      </w:pPr>
      <w:r>
        <w:t>انہوں نے ان کو یہ حدیث سنائی۔ انہوں نے کہا: "عوف نے سچ کہا۔" پھر شداد نے کہا: "جانتے ہو علم کا اٹھ جانا کیا ہے؟" انہوں نے کہا: "نہیں۔" شداد نے کہا: "اس کے برتن کا چلا جانا۔" ذہاب اوعیتہ۔</w:t>
      </w:r>
    </w:p>
    <w:p>
      <w:r>
        <w:rPr>
          <w:b/>
        </w:rPr>
        <w:t xml:space="preserve">[37:37] </w:t>
      </w:r>
      <w:r>
        <w:t>is ke baad Shaddad ne kaha: "hal tudri ay al-ilm yurfa?" qala: "qult la adri." qala: "al-khushu hatta la yura khashi'."</w:t>
      </w:r>
    </w:p>
    <w:p>
      <w:pPr>
        <w:jc w:val="right"/>
      </w:pPr>
      <w:r>
        <w:t>اس کے بعد شداد نے کہا: "ہل تدری ای العلم یرفع؟" قال: "قلت لا ادری۔" قال: "الخشوع حتیٰ لا یرا خاشع۔"</w:t>
      </w:r>
    </w:p>
    <w:p>
      <w:r>
        <w:rPr>
          <w:b/>
        </w:rPr>
        <w:t xml:space="preserve">[37:47] </w:t>
      </w:r>
      <w:r>
        <w:t>ibn abdul barr jami' bayan al-ilm wa fazl juz awwal safha 153: "kya tum jante ho kon sa ilm utha liya jayega?" unhon ne kaha: "nahi." farmaya: "khushu utha liya jayega, yahan tak ke koi khashi' dikhai na de ga." jis giroh ke pas Khuda ki kitab ho, us par jab deeni zawal ata hai to aisa nahi hota ke dindari ki sooraten mit jati ya is ka charcha baqi nahi rehta.</w:t>
      </w:r>
    </w:p>
    <w:p>
      <w:pPr>
        <w:jc w:val="right"/>
      </w:pPr>
      <w:r>
        <w:t>ابن عبدالبر جامع بیان العلم وفضل جز اول صفحہ 153: "کیا تم جانتے ہو کون سا علم اٹھا لیا جائے گا؟" انہوں نے کہا: "نہیں۔" فرمایا: "خشوع اٹھا لیا جائے گا، یہاں تک کہ کوئی خاشع دکھائی نہ دے گا۔" جس گروہ کے پاس خدا کی کتاب ہو، اس پر جب دینی زوال آتا ہے تو ایسا نہیں ہوتا کہ دینداری کی صورتیں مٹ جاتی یا اس کا چرچہ باقی نہیں رہتا۔</w:t>
      </w:r>
    </w:p>
    <w:p>
      <w:r>
        <w:rPr>
          <w:b/>
        </w:rPr>
        <w:t xml:space="preserve">[38:14] </w:t>
      </w:r>
      <w:r>
        <w:t>aisa tareekh mein kabhi nahi hua.</w:t>
      </w:r>
    </w:p>
    <w:p>
      <w:pPr>
        <w:jc w:val="right"/>
      </w:pPr>
      <w:r>
        <w:t>ایسا تاریخ میں کبھی نہیں ہوا۔</w:t>
      </w:r>
    </w:p>
    <w:p>
      <w:r>
        <w:rPr>
          <w:b/>
        </w:rPr>
        <w:t xml:space="preserve">[38:17] </w:t>
      </w:r>
      <w:r>
        <w:t>un ka zawal darasal yeh hai ke deen un ke yahan qasawat ki satah par baqi ho, khushu ki satah par woh khatm ho jaye. surah hadid ayat 16: "khushu wali dindari qalb par utri hui hoti hai." khushu wali dindari qalb mein utri hui hoti hai jabke qasawat wali dindari sirf aza o jawarh ko choti hai, woh shu'oor ka hissa nahi hoti,</w:t>
      </w:r>
    </w:p>
    <w:p>
      <w:pPr>
        <w:jc w:val="right"/>
      </w:pPr>
      <w:r>
        <w:t>ان کا زوال دراصل یہ ہے کہ دین ان کے یہاں قساوت کی سطح پر باقی ہو، خشوع کی سطح پر وہ ختم ہو جائے۔ سورہ حدید آیت 16: "خشوع والی دینداری قلب پر اتری ہوئی ہوتی ہے۔" خشوع والی دینداری قلب میں اتری ہوئی ہوتی ہے جبکہ قساوت والی دینداری صرف اعضاء و جوارح کو چھوتی ہے، وہ شعور کا حصہ نہیں ہوتی،</w:t>
      </w:r>
    </w:p>
    <w:p>
      <w:r>
        <w:rPr>
          <w:b/>
        </w:rPr>
        <w:t xml:space="preserve">[38:42] </w:t>
      </w:r>
      <w:r>
        <w:t>woh aadmi ke andarooni wajood mein aag nahi lagati. hamal kitab qaum mein yeh zawal us waqt ata hai jabke Khuda ke deen ko fun bana diya gaya ho.</w:t>
      </w:r>
    </w:p>
    <w:p>
      <w:pPr>
        <w:jc w:val="right"/>
      </w:pPr>
      <w:r>
        <w:t>وہ آدمی کے اندرونی وجود میں آگ نہیں لگاتی۔ حامل کتاب قوم میں یہ زوال اس وقت آتا ہے جبکہ خدا کے دین کو فن بنا دیا گیا ہو۔</w:t>
      </w:r>
    </w:p>
    <w:p>
      <w:r>
        <w:rPr>
          <w:b/>
        </w:rPr>
        <w:t xml:space="preserve">[38:51] </w:t>
      </w:r>
      <w:r>
        <w:t>fun naam hai kisi haqeeqat ko nap toal ki zaban mein mutayyan karne ka.</w:t>
      </w:r>
    </w:p>
    <w:p>
      <w:pPr>
        <w:jc w:val="right"/>
      </w:pPr>
      <w:r>
        <w:t>فن نام ہے کسی حقیقت کو ناپ تول کی زبان میں متعین کرنے کا۔</w:t>
      </w:r>
    </w:p>
    <w:p>
      <w:r>
        <w:rPr>
          <w:b/>
        </w:rPr>
        <w:t xml:space="preserve">[38:57] </w:t>
      </w:r>
      <w:r>
        <w:t>ab chunke andarooni haqeeqat nap toal ki giraft mein nahi ati, woh sirf baz zahiri pehluon ko bayan kar sakti hai. is liye jab kisi qaum ke andar is qism ke funoon taraqqi karte hain to zahiri bahason wale deen ke mahireen to un ke yahan khoob paida hote hain,</w:t>
      </w:r>
    </w:p>
    <w:p>
      <w:pPr>
        <w:jc w:val="right"/>
      </w:pPr>
      <w:r>
        <w:t>اب چونکہ اندرونی حقیقت ناپ تول کی گرفت میں نہیں آتی، وہ صرف بعض ظاہری پہلوؤں کو بیان کر سکتی ہے۔ اس لیے جب کسی قوم کے اندر اس قسم کے فنون ترقی کرتے ہیں تو ظاہری بحثوں والے دین کے ماہرین تو ان کے یہاں خوب پیدا ہوتے ہیں،</w:t>
      </w:r>
    </w:p>
    <w:p>
      <w:r>
        <w:rPr>
          <w:b/>
        </w:rPr>
        <w:t xml:space="preserve">[39:14] </w:t>
      </w:r>
      <w:r>
        <w:t>magar aise log napaeed ho jate hain jo kaifiyat wale deen se ashna hon. ibadat jo dil ki ghulawat ka naam hai, fiqhi nap toal ke ek zahiri amal ka naam reh jati hai.</w:t>
      </w:r>
    </w:p>
    <w:p>
      <w:pPr>
        <w:jc w:val="right"/>
      </w:pPr>
      <w:r>
        <w:t>مگر ایسے لوگ ناپید ہو جاتے ہیں جو کیفیت والے دین سے آشنا ہوں۔ عبادت جو دل کی گھلاوٹ کا نام ہے، فقہی ناپ تول کے ایک ظاہری عمل کا نام رہ جاتی ہے۔</w:t>
      </w:r>
    </w:p>
    <w:p>
      <w:r>
        <w:rPr>
          <w:b/>
        </w:rPr>
        <w:t xml:space="preserve">[39:27] </w:t>
      </w:r>
      <w:r>
        <w:t>rohaniyat jo Khuda aur akhirat ki satah par jeene ka naam hai, is ke maqamat amliyati warzishon se tay hone lagte hain. dawat deen jo darasal bndon ke sath khair khwahi ka izhar hai,</w:t>
      </w:r>
    </w:p>
    <w:p>
      <w:pPr>
        <w:jc w:val="right"/>
      </w:pPr>
      <w:r>
        <w:t>روحانیت جو خدا اور آخرت کی سطح پر جینے کا نام ہے، اس کے مقامات عملیاتی ورزشوں سے طے ہونے لگتے ہیں۔ دعوت دین جو دراصل بندوں کے ساتھ خیر خواہی کا اظہار ہے،</w:t>
      </w:r>
    </w:p>
    <w:p>
      <w:r>
        <w:rPr>
          <w:b/>
        </w:rPr>
        <w:t xml:space="preserve">[39:40] </w:t>
      </w:r>
      <w:r>
        <w:t>woh taqreer o tehreer, munazra aur ihtijaj, hatta ke hardbong aur tod phod ki soorat ikhtiyar kar leti hai waghera.</w:t>
      </w:r>
    </w:p>
    <w:p>
      <w:pPr>
        <w:jc w:val="right"/>
      </w:pPr>
      <w:r>
        <w:t>وہ تقریر و تحریر، مناظرہ اور احتجاج، حتیٰ کہ ہڑبونگ اور توڑ پھوڑ کی صورت اختیار کر لیتی ہے وغیرہ۔</w:t>
      </w:r>
    </w:p>
    <w:p>
      <w:r>
        <w:rPr>
          <w:b/>
        </w:rPr>
        <w:t xml:space="preserve">[39:49] </w:t>
      </w:r>
      <w:r>
        <w:t>kitab ilahi ka koi hamal giroh jab qasawat ki satah par aa jaye to us ko dobara khushu ki satah par lane ki tadbeer sirf yeh hai ke deen ko insani aamizishon se pak kiya jaye.</w:t>
      </w:r>
    </w:p>
    <w:p>
      <w:pPr>
        <w:jc w:val="right"/>
      </w:pPr>
      <w:r>
        <w:t>کتاب الہی کا کوئی حامل گروہ جب قساوت کی سطح پر آ جائے تو اس کو دوبارہ خشوع کی سطح پر لانے کی تدبیر صرف یہ ہے کہ دین کو انسانی آمیزشوں سے پاک کیا جائے۔</w:t>
      </w:r>
    </w:p>
    <w:p>
      <w:r>
        <w:rPr>
          <w:b/>
        </w:rPr>
        <w:t xml:space="preserve">[40:02] </w:t>
      </w:r>
      <w:r>
        <w:t>haqeeqi dindari Khuda o Rasool ke bataye hue deen se aa sakti hai, na ke insanon ke waza kiye hue deen se. tajdeed deen ek lafz mein deen ko insani azafon se pak kar ke us ko ibtidai rabani soorat mein numayan karna hai</w:t>
      </w:r>
    </w:p>
    <w:p>
      <w:pPr>
        <w:jc w:val="right"/>
      </w:pPr>
      <w:r>
        <w:t>حقیقی دینداری خدا و رسول کے بتائے ہوئے دین سے آ سکتی ہے، نہ کہ انسانوں کے وضع کیے ہوئے دین سے۔ تجدید دین ایک لفظ میں دین کو انسانی اضافوں سے پاک کر کے اس کو ابتدائی ربانی صورت میں نمایاں کرنا ہے</w:t>
      </w:r>
    </w:p>
    <w:p>
      <w:r>
        <w:rPr>
          <w:b/>
        </w:rPr>
        <w:t xml:space="preserve">[40:17] </w:t>
      </w:r>
      <w:r>
        <w:t>tahke insaan barah-e-rast Khuda se mabsoot ho jaye, tahke Khuda aur insaan ke darmiyan koi aur cheez hael na rahe. fiqh kitab tajdeed deen Maulana Wahiduddin Khan safha number 21.</w:t>
      </w:r>
    </w:p>
    <w:p>
      <w:pPr>
        <w:jc w:val="right"/>
      </w:pPr>
      <w:r>
        <w:t>تاکہ انسان براہ راست خدا سے مربوط ہو جائے، تاکہ خدا اور انسان کے درمیان کوئی اور چیز حائل نہ رہے۔ فقہ کتاب تجدید دین مولانا وحید الدین خان صفحہ نمبر 21۔</w:t>
      </w:r>
    </w:p>
    <w:p>
      <w:r>
        <w:rPr>
          <w:b/>
        </w:rPr>
        <w:t xml:space="preserve">[40:39] </w:t>
      </w:r>
      <w:r>
        <w:t>baad ke zamanay mein jab ahadith ko baqayda jama kiya gaya to maloom hua ke sahaba ki rawayaton mein baz umoor mein ittefaq hai aur baz umoor mein ikhtilaf.</w:t>
      </w:r>
    </w:p>
    <w:p>
      <w:pPr>
        <w:jc w:val="right"/>
      </w:pPr>
      <w:r>
        <w:t>بعد کے زمانے میں جب احادیث کو باقاعدہ جمع کیا گیا تو معلوم ہوا کہ صحابہ کی روایتوں میں بعض امور میں اتفاق ہے اور بعض امور میں اختلاف۔</w:t>
      </w:r>
    </w:p>
    <w:p>
      <w:r>
        <w:rPr>
          <w:b/>
        </w:rPr>
        <w:t xml:space="preserve">[40:51] </w:t>
      </w:r>
      <w:r>
        <w:t>misal panj waqtah namazon ki tadad rak'at ke baray mein tamam sahaba ka bayan ek tha, magar is mamlay mein ikhtilaf tha ke aap ne ameen ahista se kahi ya buland awaz se.</w:t>
      </w:r>
    </w:p>
    <w:p>
      <w:pPr>
        <w:jc w:val="right"/>
      </w:pPr>
      <w:r>
        <w:t>مثلاً پنج وقتہ نمازوں کی تعداد رکعت کے بارے میں تمام صحابہ کا بیان ایک تھا، مگر اس معاملے میں اختلاف تھا کہ آپ نے آمین آہستہ سے کہی یا بلند آواز سے۔</w:t>
      </w:r>
    </w:p>
    <w:p>
      <w:r>
        <w:rPr>
          <w:b/>
        </w:rPr>
        <w:t xml:space="preserve">[41:04] </w:t>
      </w:r>
      <w:r>
        <w:t>ab ahl-e-ilm ke darmiyan do giroh ho gaye:</w:t>
      </w:r>
    </w:p>
    <w:p>
      <w:pPr>
        <w:jc w:val="right"/>
      </w:pPr>
      <w:r>
        <w:t>اب اہل علم کے درمیان دو گروہ ہو گئے:</w:t>
      </w:r>
    </w:p>
    <w:p>
      <w:r>
        <w:rPr>
          <w:b/>
        </w:rPr>
        <w:t xml:space="preserve">[41:07] </w:t>
      </w:r>
      <w:r>
        <w:t>ek muhaddiseen ka, jis ka kehna tha ke jin umoor mein sahaba ki rawayaten mukhtalif hain, woh juz'i umoor hain aur juz'i umoor mein tawassu matloob hai.</w:t>
      </w:r>
    </w:p>
    <w:p>
      <w:pPr>
        <w:jc w:val="right"/>
      </w:pPr>
      <w:r>
        <w:t>ایک محدثین کا، جس کا کہنا تھا کہ جن امور میں صحابہ کی روایتیں مختلف ہیں، وہ جزی امور ہیں اور جزی امور میں توسع مطلوب ہے۔</w:t>
      </w:r>
    </w:p>
    <w:p>
      <w:r>
        <w:rPr>
          <w:b/>
        </w:rPr>
        <w:t xml:space="preserve">[41:19] </w:t>
      </w:r>
      <w:r>
        <w:t>dosri taraf fuqaha thay jo asasi umoor ke sath juz'i umoor mein bhi tawhidd ke qail thay.</w:t>
      </w:r>
    </w:p>
    <w:p>
      <w:pPr>
        <w:jc w:val="right"/>
      </w:pPr>
      <w:r>
        <w:t>دوسری طرف فقہاء تھے جو اثاثی امور کے ساتھ جزی امور میں بھی توحد کے قائل تھے۔</w:t>
      </w:r>
    </w:p>
    <w:p>
      <w:r>
        <w:rPr>
          <w:b/>
        </w:rPr>
        <w:t xml:space="preserve">[41:25] </w:t>
      </w:r>
      <w:r>
        <w:t>chunanche unhon ne in ikhtilafi rawayaton par zabardast bahasen keen aur yeh sabit karne ki koshish ki ke falan riwayat rajeh hai aur is ke siwa jo riwayat hai, woh marjooh hai waghera.</w:t>
      </w:r>
    </w:p>
    <w:p>
      <w:pPr>
        <w:jc w:val="right"/>
      </w:pPr>
      <w:r>
        <w:t>چنانچہ انہوں نے ان اختلافی روایتوں پر زبردست بحثیں کیں اور یہ ثابت کرنے کی کوشش کی کہ فلاں روایت راجح ہے اور اس کے سوا جو روایت ہے، وہ مرجوع ہے وغیرہ۔</w:t>
      </w:r>
    </w:p>
    <w:p>
      <w:r>
        <w:rPr>
          <w:b/>
        </w:rPr>
        <w:t xml:space="preserve">[41:40] </w:t>
      </w:r>
      <w:r>
        <w:t>tahum chunke amal'an zakhira-e-hadith mein har qism ki rawayaten mojood theen, is liye ek fiqh banane ki koshish mein kai fiqhen paida ho gayeen.</w:t>
      </w:r>
    </w:p>
    <w:p>
      <w:pPr>
        <w:jc w:val="right"/>
      </w:pPr>
      <w:r>
        <w:t>تاہم چونکہ عملاً ذخیرہ حدیث میں ہر قسم کی روایتیں موجود تھیں، اس لیے ایک فقہ بنانے کی کوشش میں کئی فقہیں پیدا ہوگئیں۔</w:t>
      </w:r>
    </w:p>
    <w:p>
      <w:r>
        <w:rPr>
          <w:b/>
        </w:rPr>
        <w:t xml:space="preserve">[41:49] </w:t>
      </w:r>
      <w:r>
        <w:t>is</w:t>
      </w:r>
    </w:p>
    <w:p>
      <w:pPr>
        <w:jc w:val="right"/>
      </w:pPr>
      <w:r>
        <w:t>اس</w:t>
      </w:r>
    </w:p>
    <w:p>
      <w:r>
        <w:rPr>
          <w:b/>
        </w:rPr>
        <w:t xml:space="preserve">[41:50] </w:t>
      </w:r>
      <w:r>
        <w:t>mamlay mein Imam Shafi'i ka yeh qaul bohat ba-ma'ni hai ke: "rayi thawab yahtamil al-khata, wa rayi ghayri khata yahtamil al-thawab." meri rai sahih hai is ihtimal ke sath ke woh ghalat ho aur doosre ki rai ghalat hai is ihtimal ke sath ke woh sahih ho.</w:t>
      </w:r>
    </w:p>
    <w:p>
      <w:pPr>
        <w:jc w:val="right"/>
      </w:pPr>
      <w:r>
        <w:t>معاملے میں امام شافعی کا یہ قول بہت بامعنی ہے کہ: "رائی ثواب یحتمل الخطا، ورائی غیری خطا یحتمل الثواب۔" میری رائے درست ہے اس احتمال کے ساتھ کہ وہ غلط ہو اور دوسرے کی رائے غلط ہے اس احتمال کے ساتھ کہ وہ درست ہو۔</w:t>
      </w:r>
    </w:p>
    <w:p>
      <w:r>
        <w:rPr>
          <w:b/>
        </w:rPr>
        <w:t xml:space="preserve">[42:09] </w:t>
      </w:r>
      <w:r>
        <w:t>yani jis tarah mere paas apne haq mein riwayat hai, usi tarah doosre ke paas bhi apne haq mein riwayat hai.</w:t>
      </w:r>
    </w:p>
    <w:p>
      <w:pPr>
        <w:jc w:val="right"/>
      </w:pPr>
      <w:r>
        <w:t>یعنی جس طرح میرے پاس اپنے حق میں روایت ہے، اسی طرح دوسرے کے پاس بھی اپنے حق میں روایت ہے۔</w:t>
      </w:r>
    </w:p>
    <w:p>
      <w:r>
        <w:rPr>
          <w:b/>
        </w:rPr>
        <w:t xml:space="preserve">[42:16] </w:t>
      </w:r>
      <w:r>
        <w:t>is liye dono ke liye khata ka imkan bhi hai aur sawab ka imkan bhi. is ajeeb o ghareeb tadfeeq se kahin zyada behtar hai ke yeh maan liya jaye ke jin umoor mein riwayaton mein ikhtilaf hai, woh darasal taus'a ki bina par hai, woh haqeeqi ikhtilaf nahin.</w:t>
      </w:r>
    </w:p>
    <w:p>
      <w:pPr>
        <w:jc w:val="right"/>
      </w:pPr>
      <w:r>
        <w:t>اس لیے دونوں کے لیے خطا کا امکان بھی ہے اور ثواب کا امکان بھی۔ اس عجیب و غریب تدبیق سے کہیں زیادہ بہتر ہے کہ یہ مان لیا جائے کہ جن امور میں روایتوں میں اختلاف ہے، وہ دراصل توسع کی بنا پر ہے، وہ حقیقی اختلاف نہیں۔</w:t>
      </w:r>
    </w:p>
    <w:p>
      <w:r>
        <w:rPr>
          <w:b/>
        </w:rPr>
        <w:t xml:space="preserve">[42:36] </w:t>
      </w:r>
      <w:r>
        <w:t>fiqh ke rastay se jo kharabi aayi, us ki babat Shah Waliullah Dehlvi ne likha hai:</w:t>
      </w:r>
    </w:p>
    <w:p>
      <w:pPr>
        <w:jc w:val="right"/>
      </w:pPr>
      <w:r>
        <w:t>فقہ کے راستے سے جو خرابی آئی، اس کی بابت شاہ ولی اللہ دہلوی نے لکھا ہے:</w:t>
      </w:r>
    </w:p>
    <w:p>
      <w:r>
        <w:rPr>
          <w:b/>
        </w:rPr>
        <w:t xml:space="preserve">[42:42] </w:t>
      </w:r>
      <w:r>
        <w:t>"rasool Allah salallahu alaihi wasallam ke zamane mein fiqh ki tadween nahi hui thi aur na iss</w:t>
      </w:r>
    </w:p>
    <w:p>
      <w:pPr>
        <w:jc w:val="right"/>
      </w:pPr>
      <w:r>
        <w:t>"رسول اللہ صلی اللہ علیہ وسلم کے زمانے میں فقہ کی تدوین نہیں ہوئی تھی اور نہ اس</w:t>
      </w:r>
    </w:p>
    <w:p>
      <w:r>
        <w:rPr>
          <w:b/>
        </w:rPr>
        <w:t xml:space="preserve">[42:47] </w:t>
      </w:r>
      <w:r>
        <w:t>waqt masail mein aisi bahtein hoti thin jaisi yeh fuqaha karte hain ke nihayat koshish se arkan o</w:t>
      </w:r>
    </w:p>
    <w:p>
      <w:pPr>
        <w:jc w:val="right"/>
      </w:pPr>
      <w:r>
        <w:t>وقت مسائل میں ایسی بحثیں ہوتی تھیں جیسی یہ فقہاء کرتے ہیں کہ نہایت کوشش سے ارکان و</w:t>
      </w:r>
    </w:p>
    <w:p>
      <w:r>
        <w:rPr>
          <w:b/>
        </w:rPr>
        <w:t xml:space="preserve">[42:54] </w:t>
      </w:r>
      <w:r>
        <w:t>shuroot aur har shai ke adaab ek doosre se juda juda ma dalail bayan karte hain aur suratein</w:t>
      </w:r>
    </w:p>
    <w:p>
      <w:pPr>
        <w:jc w:val="right"/>
      </w:pPr>
      <w:r>
        <w:t>شروط اور ہر شے کے آداب ایک دوسرے سے جدا جدا مع دلائل بیان کرتے ہیں اور سورتیں</w:t>
      </w:r>
    </w:p>
    <w:p>
      <w:r>
        <w:rPr>
          <w:b/>
        </w:rPr>
        <w:t xml:space="preserve">[43:01] </w:t>
      </w:r>
      <w:r>
        <w:t>farz kar ke un mafroozah suraton mein guftagu karte hain aur jo had had ke qabil hai, uss</w:t>
      </w:r>
    </w:p>
    <w:p>
      <w:pPr>
        <w:jc w:val="right"/>
      </w:pPr>
      <w:r>
        <w:t>فرض کر کے ان مفروضہ سورتوں میں گفتگو کرتے ہیں اور جو حد حد کے قابل ہے، اس</w:t>
      </w:r>
    </w:p>
    <w:p>
      <w:r>
        <w:rPr>
          <w:b/>
        </w:rPr>
        <w:t xml:space="preserve">[43:07] </w:t>
      </w:r>
      <w:r>
        <w:t>ki had bayan karte hain aur jo hasr ke qabil hai, uss uss ka hasr karte hain aur</w:t>
      </w:r>
    </w:p>
    <w:p>
      <w:pPr>
        <w:jc w:val="right"/>
      </w:pPr>
      <w:r>
        <w:t>کی حد بیان کرتے ہیں اور جو حصر کے قابل ہے، اس اس کا حصر کرتے ہیں اور</w:t>
      </w:r>
    </w:p>
    <w:p>
      <w:r>
        <w:rPr>
          <w:b/>
        </w:rPr>
        <w:t xml:space="preserve">[43:13] </w:t>
      </w:r>
      <w:r>
        <w:t>isi qism ke doosre umoor karte hain.</w:t>
      </w:r>
    </w:p>
    <w:p>
      <w:pPr>
        <w:jc w:val="right"/>
      </w:pPr>
      <w:r>
        <w:t>اسی قسم کے دوسرے امور کرتے ہیں۔</w:t>
      </w:r>
    </w:p>
    <w:p>
      <w:r>
        <w:rPr>
          <w:b/>
        </w:rPr>
        <w:t xml:space="preserve">[43:15] </w:t>
      </w:r>
      <w:r>
        <w:t>m</w:t>
      </w:r>
    </w:p>
    <w:p>
      <w:pPr>
        <w:jc w:val="right"/>
      </w:pPr>
      <w:r>
        <w:t>م</w:t>
      </w:r>
    </w:p>
    <w:p>
      <w:r>
        <w:rPr>
          <w:b/>
        </w:rPr>
        <w:t xml:space="preserve">[43:16] </w:t>
      </w:r>
      <w:r>
        <w:t>agar Rasool Allah Sal Allah Alaihi Wasallam ke ahad mein yeh tha ke aap wuzu karte the, pas sahaba aap ke wuzu ko dekhte aur khud bhi waisa hi karte</w:t>
      </w:r>
    </w:p>
    <w:p>
      <w:pPr>
        <w:jc w:val="right"/>
      </w:pPr>
      <w:r>
        <w:t>گر رسول اللہ صلی اللہ علیہ وسلم کے عہد میں یہ تھا کہ آپ وضو کرتے تھے، پس صحابہ آپ کے وضو کو دیکھتے اور خود بھی ویسا ہی کرتے</w:t>
      </w:r>
    </w:p>
    <w:p>
      <w:r>
        <w:rPr>
          <w:b/>
        </w:rPr>
        <w:t xml:space="preserve">[43:25] </w:t>
      </w:r>
      <w:r>
        <w:t>, baghair is ke ke aap yeh kehte ke yeh rukan hai, woh mustahab hai aur aap namaz parhte, pas sahaba aap ki namaz ko dekhte aur khud bhi isi tarah namaz parhte jis tarah aap ko namaz parhte dekha tha.</w:t>
      </w:r>
    </w:p>
    <w:p>
      <w:pPr>
        <w:jc w:val="right"/>
      </w:pPr>
      <w:r>
        <w:t>، بغیر اس کے کہ آپ یہ کہیں کہ یہ رکن ہے، وہ مستحب ہے اور آپ نماز پڑھتے، پس صحابہ آپ کی نماز کو دیکھتے اور خود بھی اسی طرح نماز پڑھتے جس طرح آپ کو نماز پڑھتے دیکھا تھا۔</w:t>
      </w:r>
    </w:p>
    <w:p>
      <w:r>
        <w:rPr>
          <w:b/>
        </w:rPr>
        <w:t xml:space="preserve">[43:39] </w:t>
      </w:r>
      <w:r>
        <w:t>aur aap ne hajj kiya, pas logon ne aap ke hajj ko dekha aur waisa hi kiya jaisa aap ne kiya tha. yahi Rasool Allah Sal Allah Alaihi Wasallam ka ghalib haal</w:t>
      </w:r>
    </w:p>
    <w:p>
      <w:pPr>
        <w:jc w:val="right"/>
      </w:pPr>
      <w:r>
        <w:t>اور آپ نے حج کیا، پس لوگوں نے آپ کے حج کو دیکھا اور ویسا ہی کیا جیسا آپ نے کیا تھا۔ یہی رسول اللہ صلی اللہ علیہ وسلم کا غالب حال</w:t>
      </w:r>
    </w:p>
    <w:p>
      <w:r>
        <w:rPr>
          <w:b/>
        </w:rPr>
        <w:t xml:space="preserve">[43:49] </w:t>
      </w:r>
      <w:r>
        <w:t>tha. aap ne yeh bayan nahin kiya ke wuzu mein farz chhay ya char hain aur na aap ne is imkan ko farz kiya ke insan baghair pedarpe ke wuzu kare taake is ke sahih ya fasid hone ka hukm kiya jaye,</w:t>
      </w:r>
    </w:p>
    <w:p>
      <w:pPr>
        <w:jc w:val="right"/>
      </w:pPr>
      <w:r>
        <w:t>تھا۔ آپ نے یہ بیان نہیں کیا کہ وضو میں فرائض چھ یا چار ہیں اور نہ آپ نے اس احتمال کو فرض کیا کہ انسان بغیر پیدرپے کے وضو کرے تاکہ اس کے صحیح یا فاسد ہونے کا حکم کیا جائے،</w:t>
      </w:r>
    </w:p>
    <w:p>
      <w:r>
        <w:rPr>
          <w:b/>
        </w:rPr>
        <w:t xml:space="preserve">[44:04] </w:t>
      </w:r>
      <w:r>
        <w:t>illa ma sha Allah. aur sahaba is qism ki baatein aap se bohat kam daryaft karte the. Abdullah Ibn Abbas se marwi hai ke maine ashabe Rasool Sal Allah Alaihi Wasallam se behtar log nahin dekhe.</w:t>
      </w:r>
    </w:p>
    <w:p>
      <w:pPr>
        <w:jc w:val="right"/>
      </w:pPr>
      <w:r>
        <w:t>الا ماشاءاللہ۔ اور صحابہ اس قسم کی باتیں آپ سے بہت کم دریافت کرتے تھے۔ عبداللہ ابن عباس سے مروی ہے کہ میں نے اصحاب رسول صلی اللہ علیہ وسلم سے بہتر لوگ نہیں دیکھے۔</w:t>
      </w:r>
    </w:p>
    <w:p>
      <w:r>
        <w:rPr>
          <w:b/>
        </w:rPr>
        <w:t xml:space="preserve">[44:16] </w:t>
      </w:r>
      <w:r>
        <w:t>unhone aap se sirf 13 masail daryaft kiye, yahan tak ke aap ki wafat ho gayi. Hujjat Allah Al-Baligha jild awwal bab asbab ikhtilaf al-sahaba wa al-tabi'een fi al-furoo.</w:t>
      </w:r>
    </w:p>
    <w:p>
      <w:pPr>
        <w:jc w:val="right"/>
      </w:pPr>
      <w:r>
        <w:t>انہوں نے آپ سے صرف 13 مسئلے دریافت کیے، یہاں تک کہ آپ کی وفات ہوگئی۔ حجت اللہ البالغہ جلد اول باب اس اسباب اختلاف الصحابۃ والتابعین فی الفروع۔</w:t>
      </w:r>
    </w:p>
    <w:p>
      <w:r>
        <w:rPr>
          <w:b/>
        </w:rPr>
        <w:t xml:space="preserve">[44:31] </w:t>
      </w:r>
      <w:r>
        <w:t>fiqh ka lafz apne maujooda istilahi mafhoom mein Quran o Hadees mein istemal nahin hua hai. Bahaise fun, is ki tadween ka aghaz qarn awwal ke baad hua jabke masail ne nayi wus'at ikhtiyar</w:t>
      </w:r>
    </w:p>
    <w:p>
      <w:pPr>
        <w:jc w:val="right"/>
      </w:pPr>
      <w:r>
        <w:t>فقہ کا لفظ اپنے موجودہ اصطلاحی مفہوم میں قرآن و حدیث میں استعمال نہیں ہوا ہے۔ بحیثیت فن، اس کی تدوین کا آغاز قرن اول کے بعد ہوا جبکہ مسائل نے نئی وسعت اختیار</w:t>
      </w:r>
    </w:p>
    <w:p>
      <w:r>
        <w:rPr>
          <w:b/>
        </w:rPr>
        <w:t xml:space="preserve">[44:45] </w:t>
      </w:r>
      <w:r>
        <w:t>kar li. Islam phailta ja raha tha, yahan tak ke woh Cheen ki sarhadon se le kar France ki sarhadon tak ja pahuncha. Beshumar naye log Islam mein dakhil ho gaye aur un ki wajah se naye naye sawalat paida hone lagay.</w:t>
      </w:r>
    </w:p>
    <w:p>
      <w:pPr>
        <w:jc w:val="right"/>
      </w:pPr>
      <w:r>
        <w:t>کر لی۔ اسلام پھیلتا جا رہا تھا، یہاں تک کہ وہ چین کی سرحدوں سے لے کر فرانس کی سرحدوں تک جا پہنچا۔ بے شمار نئے لوگ اسلام میں داخل ہوگئے اور ان کی وجہ سے نئے نئے سوالات پیدا ہونے لگے۔</w:t>
      </w:r>
    </w:p>
    <w:p>
      <w:r>
        <w:rPr>
          <w:b/>
        </w:rPr>
        <w:t xml:space="preserve">[44:59] </w:t>
      </w:r>
      <w:r>
        <w:t>us waqt in sawalat ka jawab dene ka pehla markaz Iraq bana. Iraqi fuqaha ne qiyas aur istikhraj ke zariye naye sawalat ke jawabat dene shuru kiye.</w:t>
      </w:r>
    </w:p>
    <w:p>
      <w:pPr>
        <w:jc w:val="right"/>
      </w:pPr>
      <w:r>
        <w:t>اس وقت ان سوالات کا جواب دینے کا پہلا مرکز عراق بنا۔ عراقی فقہاء نے قیاس اور استخراج کے ذریعے نئے سوالات کے جوابات دینے شروع کیے۔</w:t>
      </w:r>
    </w:p>
    <w:p>
      <w:r>
        <w:rPr>
          <w:b/>
        </w:rPr>
        <w:t xml:space="preserve">[45:09] </w:t>
      </w:r>
      <w:r>
        <w:t>us waqt hadeesain tadween na hui thin, is liye kisi faqih ke paas sara zakhira hadees is tarah maujood na tha jaise woh aaj hum ko apne kutub khane mein rakha hua nazar aata hai.</w:t>
      </w:r>
    </w:p>
    <w:p>
      <w:pPr>
        <w:jc w:val="right"/>
      </w:pPr>
      <w:r>
        <w:t>اس وقت حدیثیں مدون نہ ہوئی تھیں، اس لیے کسی فقیہ کے پاس سارا ذخیرہ حدیث اس طرح موجود نہ تھا جیسے وہ آج ہم کو اپنے کتب خانے میں رکھا ہوا نظر آتا ہے۔</w:t>
      </w:r>
    </w:p>
    <w:p>
      <w:r>
        <w:rPr>
          <w:b/>
        </w:rPr>
        <w:t xml:space="preserve">[45:20] </w:t>
      </w:r>
      <w:r>
        <w:t xml:space="preserve">yahi wajah hai ke ibtidaai fuqaha ke yahan kasrat se apni sabaq raaye se rujoo milta hai. Fiqh ki kitabon mein is qism ke indrajat se bhari hui hain. Haza ra'yi Abu Hanifa al-awwal wa annahu raja'a anh. </w:t>
      </w:r>
    </w:p>
    <w:p>
      <w:pPr>
        <w:jc w:val="right"/>
      </w:pPr>
      <w:r>
        <w:t>یہی وجہ ہے کہ ابتدائی فقہاء کے یہاں کثرت سے اپنی سابق رائے سے رجوع ملتا ہے۔ فقہ کی کتابیں اس قسم کے اندراجات سے بھری ہوئی ہیں۔ھذا رائی ابی حنیفۃ الاول وانہ رجع عنہ۔</w:t>
      </w:r>
    </w:p>
    <w:p>
      <w:r>
        <w:rPr>
          <w:b/>
        </w:rPr>
        <w:t xml:space="preserve">[45:37] </w:t>
      </w:r>
      <w:r>
        <w:t>Haza mazhab al-Shafi'i al-qadeem wa huwa fi al-Iraq wa haza mazhabuhu al-jadeed fi Misr. Haza ahad al-riwayat 'an Malik aw 'an Ahmad bin Hanbal wa inna hunaka riwayat ukhra.</w:t>
      </w:r>
    </w:p>
    <w:p>
      <w:pPr>
        <w:jc w:val="right"/>
      </w:pPr>
      <w:r>
        <w:t>ھذا مذہب الشافعی القدیم وھو فی العراق وھذا مذہبہ الجدید فی مصر۔ھذا احد الروایات عن مالک او عن احمد بن حنبل وان ہناک روایات اخری۔</w:t>
      </w:r>
    </w:p>
    <w:p>
      <w:r>
        <w:rPr>
          <w:b/>
        </w:rPr>
        <w:t xml:space="preserve">[45:52] </w:t>
      </w:r>
      <w:r>
        <w:t>Hadees ki jam'a o tartib ka kaam jo numayan shakal mein doosri sadi hijri ke nisf thani mein shuru hua, us ki bari wajah woh radde amal tha jo arbab hadees ke darmiyan Iraqi fuqaha ke khilaf paida ho gaya tha.</w:t>
      </w:r>
    </w:p>
    <w:p>
      <w:pPr>
        <w:jc w:val="right"/>
      </w:pPr>
      <w:r>
        <w:t>حدیث کی جمع و ترتیب کا کام جو نمایاں شکل میں دوسری صدی ہجری کے نصف ثانی میں شروع ہوا، اس کی بڑی وجہ وہ ردعمل تھا جو ارباب حدیث کے درمیان عراقی فقہاء کے خلاف پیدا ہوگیا تھا۔</w:t>
      </w:r>
    </w:p>
    <w:p>
      <w:r>
        <w:rPr>
          <w:b/>
        </w:rPr>
        <w:t xml:space="preserve">[46:05] </w:t>
      </w:r>
      <w:r>
        <w:t>goya hadees ki tadween is tehreek ka ek juz thi ke masail ki buniyad raaye ke bajaye ahadees o athar par honi chahiye. Yahi wajah hai ke ibtidaai daur ki hadees ki kitabon mein wahi hadeesain jama ki gayin jin se fiqhi ahkam maloom hote the.</w:t>
      </w:r>
    </w:p>
    <w:p>
      <w:pPr>
        <w:jc w:val="right"/>
      </w:pPr>
      <w:r>
        <w:t>گویا حدیث کی تدوین اس تحریک کا ایک جز تھی کہ مسائل کی بنیاد رائے کے بجائے احادیث و آثار پر ہونی چاہیے۔ یہی وجہ ہے کہ ابتدائی دور کی حدیث کی کتابوں میں وہی حدیثیں جمع کی گئیں جن سے فقہی احکام معلوم ہوتے تھے۔</w:t>
      </w:r>
    </w:p>
    <w:p>
      <w:r>
        <w:rPr>
          <w:b/>
        </w:rPr>
        <w:t xml:space="preserve">[46:23] </w:t>
      </w:r>
      <w:r>
        <w:t>is ki ek misal Muwatta Imam Malik hai. Baad ki kutub hadees jin mein har qism ki hadeesain jama ki gayin, un mein bhi abwab ki tartib fiqhi tarz par nazar aati hai.</w:t>
      </w:r>
    </w:p>
    <w:p>
      <w:pPr>
        <w:jc w:val="right"/>
      </w:pPr>
      <w:r>
        <w:t>اس کی ایک مثال معطی امام مالک ہے۔ بعد کی کتب حدیث جن میں ہر قسم کی حدیثیں جمع کی گئیں، ان میں بھی ابواب کی ترتیب فقہی طرز پر نظر آتی ہے۔</w:t>
      </w:r>
    </w:p>
    <w:p>
      <w:r>
        <w:rPr>
          <w:b/>
        </w:rPr>
        <w:t xml:space="preserve">[46:33] </w:t>
      </w:r>
      <w:r>
        <w:t>isi ka asar tha ke Imam Bukhari ne apni kitab ki talif se pehle yeh naqsha banaya ke ek zabta qanoon mein kya kya abwab hone chahiye.</w:t>
      </w:r>
    </w:p>
    <w:p>
      <w:pPr>
        <w:jc w:val="right"/>
      </w:pPr>
      <w:r>
        <w:t>اسی کا اثر تھا کہ امام بخاری نے اپنی کتاب کی تالیف سے پہلے یہ نقشہ بنایا کہ ایک ضابطہ قانون میں کیا کیا ابواب ہونے چاہیے۔</w:t>
      </w:r>
    </w:p>
    <w:p>
      <w:r>
        <w:rPr>
          <w:b/>
        </w:rPr>
        <w:t xml:space="preserve">[46:42] </w:t>
      </w:r>
      <w:r>
        <w:t>ek zabta qanoon mein kya kya abwab honi chahiye aur us ke mutabiq pesh kiye abwab muqarrar kiye. Chunancha Sahih Bukhari mein bohat se unwanat ke tehat to kai kai riwayatein milti hain.</w:t>
      </w:r>
    </w:p>
    <w:p>
      <w:pPr>
        <w:jc w:val="right"/>
      </w:pPr>
      <w:r>
        <w:t>ایک ضابطہ قانون میں کیا کیا ابواب ہونی چاہیے اور اس کے مطابق پیش کیے ابواب مقرر کیے۔ چنانچہ صحیح بخاری میں بہت سے عنوانات کے تحت تو کئی کئی روایتیں ملتی ہیں۔</w:t>
      </w:r>
    </w:p>
    <w:p>
      <w:r>
        <w:rPr>
          <w:b/>
        </w:rPr>
        <w:t xml:space="preserve">[46:55] </w:t>
      </w:r>
      <w:r>
        <w:t>ba'z unwan ke tehat sirf Quran ki ek aayat darj hai aur ba'z unwanat dono se khali hain.</w:t>
      </w:r>
    </w:p>
    <w:p>
      <w:pPr>
        <w:jc w:val="right"/>
      </w:pPr>
      <w:r>
        <w:t>بعض عنوان کے تحت صرف قرآن کی ایک آیت درج ہے اور بعض عنوانات دونوں سے خالی ہیں۔</w:t>
      </w:r>
    </w:p>
    <w:p>
      <w:r>
        <w:rPr>
          <w:b/>
        </w:rPr>
        <w:t xml:space="preserve">[47:01] </w:t>
      </w:r>
      <w:r>
        <w:t>taham jahan tak fiqh ka sawal hai, hadees ki jam'a o tartib ke baad bhi is ki zaroorat baqi thi. Ibadat ke tareeqay agarche buniyadi taur par tamam sahaba ke yahan ek hi the, magar hadees ne bataya ke is ke zimni pehluon mein mukhtalif sahaba ke amal mein ba'z farq paya jata hai.</w:t>
      </w:r>
    </w:p>
    <w:p>
      <w:pPr>
        <w:jc w:val="right"/>
      </w:pPr>
      <w:r>
        <w:t>تاہم جہاں تک فقہ کا سوال ہے، حدیث کی جمع و ترتیب کے بعد بھی اس کی ضرورت باقی تھی۔ عبادت کے طریقے اگرچہ بنیادی طور پر تمام صحابہ کے یہاں ایک ہی تھے، مگر حدیث نے بتایا کہ اس کے ضمنی پہلوؤں میں مختلف صحابہ کے عمل میں بعض فرق پایا جاتا ہے۔</w:t>
      </w:r>
    </w:p>
    <w:p>
      <w:r>
        <w:rPr>
          <w:b/>
        </w:rPr>
        <w:t xml:space="preserve">[47:20] </w:t>
      </w:r>
      <w:r>
        <w:t>ab sawal tha ke kya kiya jaye aur ibadat ka kaun sa dhancha muqarrar kiya jaye. Yahan logon ki do raaye ho gayin. Ek taraf muhaddiseen the, doosri taraf fuqaha.</w:t>
      </w:r>
    </w:p>
    <w:p>
      <w:pPr>
        <w:jc w:val="right"/>
      </w:pPr>
      <w:r>
        <w:t>اب سوال تھا کہ کیا کیا جائے اور عبادت کا کون سا ڈھانچہ مقرر کیا جائے۔ یہاں لوگوں کی دو رائیں ہو گئیں۔ ایک طرف محدثین تھے، دوسری طرف فقہاء۔</w:t>
      </w:r>
    </w:p>
    <w:p>
      <w:r>
        <w:rPr>
          <w:b/>
        </w:rPr>
        <w:t xml:space="preserve">[47:33] </w:t>
      </w:r>
      <w:r>
        <w:t>muhaddiseen ki rai yeh thi ke asahaba kull ma'dul ke mutabiq kisi bhi sahabi ki rai par amal kiya ja sakta hai.</w:t>
      </w:r>
    </w:p>
    <w:p>
      <w:pPr>
        <w:jc w:val="right"/>
      </w:pPr>
      <w:r>
        <w:t>محدثین کی رائے یہ تھی کہ الصحابۃ کل معدول کے مطابق کسی بھی صحابی کی رائے پر عمل کیا جا سکتا ہے۔</w:t>
      </w:r>
    </w:p>
    <w:p>
      <w:r>
        <w:rPr>
          <w:b/>
        </w:rPr>
        <w:t xml:space="preserve">[47:40] </w:t>
      </w:r>
      <w:r>
        <w:t>usama bin zaid kehte hain: "maine qasim bin muhammad ibn abubakar se poocha: ghair jahri namaz mein imam ke peeche qirat kaisi hai?" farmaya: "qirat karo, tab bhi ashabe rasool Allah mein tumhare liye uswa hai aur na karo, tab bhi ashabe Muhammad mein uswa hai." umar ibn abdulaziz ka qaul hai: "har sahabi imam hai aur har sahabi ki pairwi durust hai."</w:t>
      </w:r>
    </w:p>
    <w:p>
      <w:pPr>
        <w:jc w:val="right"/>
      </w:pPr>
      <w:r>
        <w:t>اسامہ بن زید کہتے ہیں: "میں نے قاسم بن محمد ابن ابوبکر سے پوچھا: غیر جہری نماز میں امام کے پیچھے قرأت کیسی ہے؟" فرمایا: "قرأت کرو، تب بھی اصحاب رسول اللہ میں تمہارے لیے اسوہ ہے اور نہ کرو، تب بھی اصحاب محمد میں اسوہ ہے۔" عمر ابن عبدالعزیز کا قول ہے: "ہر صحابی امام ہے اور ہر صحابی کی پیروی درست ہے۔"</w:t>
      </w:r>
    </w:p>
    <w:p>
      <w:r>
        <w:rPr>
          <w:b/>
        </w:rPr>
        <w:t xml:space="preserve">[48:04] </w:t>
      </w:r>
      <w:r>
        <w:t>muhammad ibn abdulrahman seerofi bayan karte hain ke maine imam ahmad bin hanbal se poocha: "agar kisi masle mein sahaba ka ikhtilaf ho to kya tanqeed o tamhees karna chahiye taake jis ke sath haq nazar aaye, us ki pairwi ki jaye?" jawab diya: "nahin." unhon ne kaha: "phir kya karein?" kaha: "jis sahabi ke qaul ko chaho le lo." taqallud ayyahum ahbabt.</w:t>
      </w:r>
    </w:p>
    <w:p>
      <w:pPr>
        <w:jc w:val="right"/>
      </w:pPr>
      <w:r>
        <w:t>محمد ابن عبدالرحمن سیروفی بیان کرتے ہیں کہ میں نے امام احمد بن حنبل سے پوچھا: "اگر کسی مسئلے میں صحابہ کا اختلاف ہو تو کیا تنقید و تمحیص کرنا چاہیے تاکہ جس کے ساتھ حق نظر آئے، اس کی پیروی کی جائے؟" جواب دیا: "نہیں۔" انہوں نے کہا: "پھر کیا کریں؟" کہا: "جس صحابی کے قول کو چاہو لے لو۔" تقلد ایہم احببت۔</w:t>
      </w:r>
    </w:p>
    <w:p>
      <w:r>
        <w:rPr>
          <w:b/>
        </w:rPr>
        <w:t xml:space="preserve">[48:31] </w:t>
      </w:r>
      <w:r>
        <w:t>aimma hadith ke fiqhi maslak ke baray mein ulama ke darmiyan jo ikhtilaf hai, us ki wajah yahi hai kyunke maroof ma'non mein un ka koi ek fiqhi maslak hi na tha: jame bayan al-ilm juz thani.</w:t>
      </w:r>
    </w:p>
    <w:p>
      <w:pPr>
        <w:jc w:val="right"/>
      </w:pPr>
      <w:r>
        <w:t>ائمہ حدیث کے فقہی مسلک کے بارے میں علماء کے درمیان جو اختلاف ہے، اس کی وجہ یہی ہے کیونکہ معروف معنوں میں ان کا کوئی ایک فقہی مسلک ہی نہ تھا: جامع بیان العلم جز ثانی۔</w:t>
      </w:r>
    </w:p>
    <w:p>
      <w:r>
        <w:rPr>
          <w:b/>
        </w:rPr>
        <w:t xml:space="preserve">[48:45] </w:t>
      </w:r>
      <w:r>
        <w:t>magar fuqaha ki rai is se mukhtalif thi.</w:t>
      </w:r>
    </w:p>
    <w:p>
      <w:pPr>
        <w:jc w:val="right"/>
      </w:pPr>
      <w:r>
        <w:t>مگر فقہاء کی رائے اس سے مختلف تھی۔</w:t>
      </w:r>
    </w:p>
    <w:p>
      <w:r>
        <w:rPr>
          <w:b/>
        </w:rPr>
        <w:t xml:space="preserve">[48:48] </w:t>
      </w:r>
      <w:r>
        <w:t>abu umar kehte hain ke imam shafi, lais ibn saad, awza'i, abu thur aur deegar fuqaha ki rai yeh hai ke jab ek hi masle mein do mutzad qaul hon to dono haq nahi ho sakte.</w:t>
      </w:r>
    </w:p>
    <w:p>
      <w:pPr>
        <w:jc w:val="right"/>
      </w:pPr>
      <w:r>
        <w:t>ابو عمر کہتے ہیں کہ امام شافعی، لیس ابن سعد، اوزاعی، ابو ثور اور دیگر فقہاء کی رائے یہ ہے کہ جب ایک ہی مسئلے میں دو متضاد قول ہوں تو دونوں حق نہیں ہو سکتے۔</w:t>
      </w:r>
    </w:p>
    <w:p>
      <w:r>
        <w:rPr>
          <w:b/>
        </w:rPr>
        <w:t xml:space="preserve">[49:01] </w:t>
      </w:r>
      <w:r>
        <w:t>lazmi taur par ek hi sahih hoga, doosra galat. mal haq illa wahid.</w:t>
      </w:r>
    </w:p>
    <w:p>
      <w:pPr>
        <w:jc w:val="right"/>
      </w:pPr>
      <w:r>
        <w:t>لازمی طور پر ایک ہی صحیح ہوگا، دوسرا غلط۔ مال حق الا واحد۔</w:t>
      </w:r>
    </w:p>
    <w:p>
      <w:r>
        <w:rPr>
          <w:b/>
        </w:rPr>
        <w:t xml:space="preserve">[49:09] </w:t>
      </w:r>
      <w:r>
        <w:t>aisi surat mein zaroori hai ke kitab o sunnat, ijma ummat aur usool musallama par qiyas karke ek ko rajih aur doosre ko marjooh qarar diya jaye.</w:t>
      </w:r>
    </w:p>
    <w:p>
      <w:pPr>
        <w:jc w:val="right"/>
      </w:pPr>
      <w:r>
        <w:t>82 ایسی صورت میں ضروری ہے کہ کتاب و سنت، اجماع امت اور اصول مسلمہ پر قیاس کر کے ایک کو راجح اور دوسرے کو مرجوع قرار دیا جائے۔</w:t>
      </w:r>
    </w:p>
    <w:p>
      <w:r>
        <w:rPr>
          <w:b/>
        </w:rPr>
        <w:t xml:space="preserve">[49:21] </w:t>
      </w:r>
      <w:r>
        <w:t>is bahs mein haq bilashuba muhaddiseen ki taraf tha.</w:t>
      </w:r>
    </w:p>
    <w:p>
      <w:pPr>
        <w:jc w:val="right"/>
      </w:pPr>
      <w:r>
        <w:t>اس بحث میں حق بلاشبہ محدثین کی طرف تھا۔</w:t>
      </w:r>
    </w:p>
    <w:p>
      <w:r>
        <w:rPr>
          <w:b/>
        </w:rPr>
        <w:t xml:space="preserve">[49:25] </w:t>
      </w:r>
      <w:r>
        <w:t>ba'z umoor aise zaroor hain jin mein farq ka mamla haq aur na-haq ka mamla hota hai, magar har farq ki noiyat yahi nahi hoti.</w:t>
      </w:r>
    </w:p>
    <w:p>
      <w:pPr>
        <w:jc w:val="right"/>
      </w:pPr>
      <w:r>
        <w:t>بعض امور ایسے ضرور ہیں جن میں فرق کا معاملہ حق اور ناحق کا معاملہ ہوتا ہے، مگر ہر فرق کی نوعیت یہی نہیں ہوتی۔</w:t>
      </w:r>
    </w:p>
    <w:p>
      <w:r>
        <w:rPr>
          <w:b/>
        </w:rPr>
        <w:t xml:space="preserve">[49:34] </w:t>
      </w:r>
      <w:r>
        <w:t>misal ke taur par, ba'z riwayat ke mutabiq nabi sallallahu alaihi wasallam ka guman tha ke ba'z janwar, maslan chuha, goh, yahood ki masakh shuda naslon ki aulad hain.</w:t>
      </w:r>
    </w:p>
    <w:p>
      <w:pPr>
        <w:jc w:val="right"/>
      </w:pPr>
      <w:r>
        <w:t>مثال کے طور پر، بعض روایات کے مطابق نبی صلی اللہ علیہ وسلم کا گمان تھا کہ بعض جانور، مثلاً چوہا، گوہ، یہود کی مسخ شدہ نسلوں کی اولاد ہیں۔</w:t>
      </w:r>
    </w:p>
    <w:p>
      <w:r>
        <w:rPr>
          <w:b/>
        </w:rPr>
        <w:t xml:space="preserve">[49:45] </w:t>
      </w:r>
      <w:r>
        <w:t>la'allahu min al-qurun allati musikhat. muslim magar doosri riwayat ke mutabiq aap ne farmaya ke tamam janwar pehle se hain.</w:t>
      </w:r>
    </w:p>
    <w:p>
      <w:pPr>
        <w:jc w:val="right"/>
      </w:pPr>
      <w:r>
        <w:t>لعلہ من القرون التي مسخت۔ مسلم مگر دوسری روایت کے مطابق آپ نے فرمایا کہ تمام جانور پہلے سے ہیں۔</w:t>
      </w:r>
    </w:p>
    <w:p>
      <w:r>
        <w:rPr>
          <w:b/>
        </w:rPr>
        <w:t xml:space="preserve">[49:55] </w:t>
      </w:r>
      <w:r>
        <w:t>koi janwar kisi masakh shuda qaum ki nasal se nahi. innallaha lam yal'an qawman qatt fa kana lahum naslun walakinnaha khalqun kan.</w:t>
      </w:r>
    </w:p>
    <w:p>
      <w:pPr>
        <w:jc w:val="right"/>
      </w:pPr>
      <w:r>
        <w:t>کوئی جانور کسی مسخ شدہ قوم کی نسل سے نہیں۔ ان اللہ لمیلعن قوما قط فکان لہم نسل ولكنھذا خلق کان۔</w:t>
      </w:r>
    </w:p>
    <w:p>
      <w:r>
        <w:rPr>
          <w:b/>
        </w:rPr>
        <w:t xml:space="preserve">[50:09] </w:t>
      </w:r>
      <w:r>
        <w:t>abu dawud</w:t>
      </w:r>
    </w:p>
    <w:p>
      <w:pPr>
        <w:jc w:val="right"/>
      </w:pPr>
      <w:r>
        <w:t>ابو داؤد</w:t>
      </w:r>
    </w:p>
    <w:p>
      <w:r>
        <w:rPr>
          <w:b/>
        </w:rPr>
        <w:t xml:space="preserve">[50:10] </w:t>
      </w:r>
      <w:r>
        <w:t>zahiri hai ke in dono mein se koi ek hi baat sahih ho sakti hai, is liye hum majboor hain ke ek riwayat ko tark karke doosri ko ikhtiyar karein.</w:t>
      </w:r>
    </w:p>
    <w:p>
      <w:pPr>
        <w:jc w:val="right"/>
      </w:pPr>
      <w:r>
        <w:t>ظاہر ہے کہ ان دونوں میں سے کوئی ایک ہی بات صحیح ہو سکتی ہے، اس لیے ہم مجبور ہیں کہ ایک روایت کو ترک کر کے دوسری کو اختیار کریں۔</w:t>
      </w:r>
    </w:p>
    <w:p>
      <w:r>
        <w:rPr>
          <w:b/>
        </w:rPr>
        <w:t xml:space="preserve">[50:20] </w:t>
      </w:r>
      <w:r>
        <w:t>isi tarah ba'z riwayat ke mutabiq aulad mushrikeen ke baray mein farmaya ke woh apne aba ke sath jahannum mein honge. hum ma'a abaihim.</w:t>
      </w:r>
    </w:p>
    <w:p>
      <w:pPr>
        <w:jc w:val="right"/>
      </w:pPr>
      <w:r>
        <w:t>اسی طرح بعض روایات کے مطابق اولاد مشرکین کے بارے میں فرمایا کہ وہ اپنے ابا کے ساتھ جہنم میں ہوں گے۔ ہم مع ابائہم۔</w:t>
      </w:r>
    </w:p>
    <w:p>
      <w:r>
        <w:rPr>
          <w:b/>
        </w:rPr>
        <w:t xml:space="preserve">[50:29] </w:t>
      </w:r>
      <w:r>
        <w:t>ibn kathir doosri taraf aisi bhi riwayat hain ke aap ne farmaya ke koi bachcha halat tifl mein mar jaye to woh jannat mein jayega.</w:t>
      </w:r>
    </w:p>
    <w:p>
      <w:pPr>
        <w:jc w:val="right"/>
      </w:pPr>
      <w:r>
        <w:t>ابن کثیر دوسری طرف ایسی بھی روایات ہیں کہ آپ نے فرمایا کہ کوئی بچہ حالت طفلی میں مر جائے تو وہ جنت میں جائے گا۔</w:t>
      </w:r>
    </w:p>
    <w:p>
      <w:r>
        <w:rPr>
          <w:b/>
        </w:rPr>
        <w:t xml:space="preserve">[50:39] </w:t>
      </w:r>
      <w:r>
        <w:t>al-mawludu fil jannah. ahmad tabrani ki ek riwayat ke mutabiq aap se atfal mushrikeen ke baray mein poocha gaya to aap ne farmaya: "wo ahle jannat ke khadim honge." hum khuddam ahl al-jannah zahiri hai ke ek ladka ba'ik waqt jannat aur dozakh dono jagah nahi ho sakta,</w:t>
      </w:r>
    </w:p>
    <w:p>
      <w:pPr>
        <w:jc w:val="right"/>
      </w:pPr>
      <w:r>
        <w:t>المولود فی الجنہ۔ احمد طبرانی کی ایک روایت کے مطابق آپ سے اطفال مشرکین کے بارے میں پوچھا گیا تو آپ نے فرمایا: "وہ اہل جنت کے خادم ہوں گے۔" ہم خدم اہل الجنہ ظاہر ہے کہ ایک لڑکا بیک وقت جنت اور دوزخ دونوں جگہ نہیں ہو سکتا،</w:t>
      </w:r>
    </w:p>
    <w:p>
      <w:r>
        <w:rPr>
          <w:b/>
        </w:rPr>
        <w:t xml:space="preserve">[50:58] </w:t>
      </w:r>
      <w:r>
        <w:t>is liye hamara farz hoga ke dono qism ki riwayat ki chhanbeen karke sahih tar qaul ko talash karein. magar jahan tak ibadat ke tareeqon mein mazkoor farq ka talluq hai, woh na sirf intehai zamni aur furui hain balki ek aise daire se talluq rakhte hain jahan farq ke ma'ni lazman yeh nahi hain ke ek sahih hai aur doosra galat</w:t>
      </w:r>
    </w:p>
    <w:p>
      <w:pPr>
        <w:jc w:val="right"/>
      </w:pPr>
      <w:r>
        <w:t>اس لیے ہمارا فرض ہوگا کہ دونوں قسم کی روایات کی چھان بین کر کے صحیح تر قول کو تلاش کریں۔ مگر جہاں تک عبادت کے طریقوں میں مذکورہ فرق کا تعلق ہے، وہ نہ صرف انتہائی ضمنی اور فروعی ہیں بلکہ ایک ایسے دائرے سے تعلق رکھتے ہیں جہاں فرق کے معنی لازماً یہ نہیں ہیں کہ ایک صحیح ہے اور دوسرا غلط</w:t>
      </w:r>
    </w:p>
    <w:p>
      <w:r>
        <w:rPr>
          <w:b/>
        </w:rPr>
        <w:t xml:space="preserve">[51:22] </w:t>
      </w:r>
      <w:r>
        <w:t>. is mamle mein farq darasal tanawwu aur taus'a ko batata hai, na ke haq aur na-haq ko. yahi wajah hai ke hum ek ek hi sahabi ko ba'auqat mukhtalif amal karte hue paate hain.</w:t>
      </w:r>
    </w:p>
    <w:p>
      <w:pPr>
        <w:jc w:val="right"/>
      </w:pPr>
      <w:r>
        <w:t>۔ اس معاملے میں فرق دراصل تنوع اور توسع کو بتاتا ہے، نہ کہ حق اور ناحق کو۔ یہی وجہ ہے کہ ہم ایک ایک ہی صحابی کو بسا اوقات مختلف عمل کرتے ہوئے پاتے ہیں۔</w:t>
      </w:r>
    </w:p>
    <w:p>
      <w:r>
        <w:rPr>
          <w:b/>
        </w:rPr>
        <w:t xml:space="preserve">[51:35] </w:t>
      </w:r>
      <w:r>
        <w:t>misal ke taur par, imam malik aur imam shafi ne barviyat urwa naqal kiya hai ke hazrat umar farooq ne mimbar par ayat sajda tilawat ki aur utar kar sajda kiya, aur aap ke sath doosron ne bhi kiya.</w:t>
      </w:r>
    </w:p>
    <w:p>
      <w:pPr>
        <w:jc w:val="right"/>
      </w:pPr>
      <w:r>
        <w:t>مثال کے طور پر، امام مالک اور امام شافعی نے بروایت عروہ نقل کیا ہے کہ حضرت عمر فاروق نے ممبر پر آیت سجدہ تلاوت کی اور اتر کر سجدہ کیا، اور آپ کے ساتھ دوسروں نے بھی کیا۔</w:t>
      </w:r>
    </w:p>
    <w:p>
      <w:r>
        <w:rPr>
          <w:b/>
        </w:rPr>
        <w:t xml:space="preserve">[51:49] </w:t>
      </w:r>
      <w:r>
        <w:t>agle juma ko dobara aap ne ayat sajda tilawat ki aur sajda nahi kiya. logon ne qasd kiya ke sajda karein to mana farmaya aur kaha ke apni jagah baithe raho.</w:t>
      </w:r>
    </w:p>
    <w:p>
      <w:pPr>
        <w:jc w:val="right"/>
      </w:pPr>
      <w:r>
        <w:t>اگلے جمعہ کو دوبارہ آپ نے آیت سجدہ تلاوت کی اور سجدہ نہیں کیا۔ لوگوں نے قصد کیا کہ سجدہ کریں تو منع فرمایا اور کہا کہ اپنی جگہ بیٹھے رہو۔</w:t>
      </w:r>
    </w:p>
    <w:p>
      <w:r>
        <w:rPr>
          <w:b/>
        </w:rPr>
        <w:t xml:space="preserve">[51:59] </w:t>
      </w:r>
      <w:r>
        <w:t>azalat al-khuffa. maqsad doyam. safha 169 hazrat umar masjid mein dakhil hue aur do rakat namaz padhi.</w:t>
      </w:r>
    </w:p>
    <w:p>
      <w:pPr>
        <w:jc w:val="right"/>
      </w:pPr>
      <w:r>
        <w:t>ازالت الخفاء۔ مقصد دوم۔ صفحہ 169 حضرت عمر مسجد میں داخل ہوئے اور دو رکعت نماز پڑھی۔</w:t>
      </w:r>
    </w:p>
    <w:p>
      <w:r>
        <w:rPr>
          <w:b/>
        </w:rPr>
        <w:t xml:space="preserve">[52:08] </w:t>
      </w:r>
      <w:r>
        <w:t>aur imam shafi yeh bhi riwayat karte hain ke agle din aap masjid mein aaye aur ek rakat namaz padhkar salam pa</w:t>
      </w:r>
    </w:p>
    <w:p>
      <w:pPr>
        <w:jc w:val="right"/>
      </w:pPr>
      <w:r>
        <w:t>اور امام شافعی یہ بھی روایت کرتے ہیں کہ اگلے دن آپ مسجد میں آئے اور ایک رکعت نماز پڑھ کر سلام پ</w:t>
      </w:r>
    </w:p>
    <w:p>
      <w:r>
        <w:rPr>
          <w:b/>
        </w:rPr>
        <w:t xml:space="preserve">[52:15] </w:t>
      </w:r>
      <w:r>
        <w:t>hir diya. kaha gaya: "aap ne ek hi rakat namaz padhi." farmaya: "yeh nafl thi, jo chahe zyada padhe aur jo chahe kam." 178 isi tarah hazrat umar ke baray mein riwayat kiya gaya hai</w:t>
      </w:r>
    </w:p>
    <w:p>
      <w:pPr>
        <w:jc w:val="right"/>
      </w:pPr>
      <w:r>
        <w:t>ھیر دیا۔ کہا گیا: "آپ نے ایک ہی رکعت نماز پڑھی۔" فرمایا: "یہ نافلہ تھی، جو چاہے زیادہ پڑھے اور جو چاہے کم۔" 178 اسی طرح حضرت عمر کے بارے میں روایت کیا گیا ہے</w:t>
      </w:r>
    </w:p>
    <w:p>
      <w:r>
        <w:rPr>
          <w:b/>
        </w:rPr>
        <w:t xml:space="preserve">[52:29] </w:t>
      </w:r>
      <w:r>
        <w:t>keh namaz mein aap bismillah-hir-rehman-nir-rahim aam taur par ba awaz buland nahi parhte the, magar kabhi kabhi aap ne bismillah ba awaz buland bhi parhi.</w:t>
      </w:r>
    </w:p>
    <w:p>
      <w:pPr>
        <w:jc w:val="right"/>
      </w:pPr>
      <w:r>
        <w:t>کہ نماز میں آپ بسم اللہ الرحمن الرحیم عام طور پر با آواز بلند نہیں پڑھتے تھے، مگر کبھی کبھی آپ نے بسم اللہ با آواز بلند بھی پڑھا۔</w:t>
      </w:r>
    </w:p>
    <w:p>
      <w:r>
        <w:rPr>
          <w:b/>
        </w:rPr>
        <w:t xml:space="preserve">[52:39] </w:t>
      </w:r>
      <w:r>
        <w:t>162 Hazrat Abdullah Ibn Abbas ko maloom tha ke rasool Allah salallahu alaihi wasallam ne baaz auqat</w:t>
      </w:r>
    </w:p>
    <w:p>
      <w:pPr>
        <w:jc w:val="right"/>
      </w:pPr>
      <w:r>
        <w:t>162 حضرت عبداللہ ابن عباس کو معلوم تھا کہ رسول اللہ صلی اللہ علیہ وسلم نے بعض اوقات</w:t>
      </w:r>
    </w:p>
    <w:p>
      <w:r>
        <w:rPr>
          <w:b/>
        </w:rPr>
        <w:t xml:space="preserve">[52:45] </w:t>
      </w:r>
      <w:r>
        <w:t>barish ke mauqe par munadi ke zariye ailan karaya tha ke "ala sallo fil rihal."</w:t>
      </w:r>
    </w:p>
    <w:p>
      <w:pPr>
        <w:jc w:val="right"/>
      </w:pPr>
      <w:r>
        <w:t>بارش کے موقع پر منادی کے ذریعے اعلان کرایا تھا کہ "الا صلو فی الرحال۔"</w:t>
      </w:r>
    </w:p>
    <w:p>
      <w:r>
        <w:rPr>
          <w:b/>
        </w:rPr>
        <w:t xml:space="preserve">[52:50] </w:t>
      </w:r>
      <w:r>
        <w:t>iss ke bawajood un ke bare mein riwayat mein aata hai ke</w:t>
      </w:r>
    </w:p>
    <w:p>
      <w:pPr>
        <w:jc w:val="right"/>
      </w:pPr>
      <w:r>
        <w:t>اس کے باوجود ان کے بارے میں روایات میں آتا ہے کہ</w:t>
      </w:r>
    </w:p>
    <w:p>
      <w:r>
        <w:rPr>
          <w:b/>
        </w:rPr>
        <w:t xml:space="preserve">[52:54] </w:t>
      </w:r>
      <w:r>
        <w:t>Hazrat Ibn Abbas ne jumma ke roz barish ke din apne muazzin se kaha: "jab tum azan mein</w:t>
      </w:r>
    </w:p>
    <w:p>
      <w:pPr>
        <w:jc w:val="right"/>
      </w:pPr>
      <w:r>
        <w:t>حضرت ابن عباس نے جمعہ کے روز بارش کے دن اپنے موذن سے کہا: "جب تم اذان میں</w:t>
      </w:r>
    </w:p>
    <w:p>
      <w:r>
        <w:rPr>
          <w:b/>
        </w:rPr>
        <w:t xml:space="preserve">[53:00] </w:t>
      </w:r>
      <w:r>
        <w:t>ashhadu anna Muhammad rasool Allah kaho to uss ke baad hayya alas salah mat kehna, balke yeh fiqra</w:t>
      </w:r>
    </w:p>
    <w:p>
      <w:pPr>
        <w:jc w:val="right"/>
      </w:pPr>
      <w:r>
        <w:t>اشھد ان محمد رسول اللہ کہو تو اس کے بعد حی علی الصلاح مت کہنا، بلکہ یہ فقرہ</w:t>
      </w:r>
    </w:p>
    <w:p>
      <w:r>
        <w:rPr>
          <w:b/>
        </w:rPr>
        <w:t xml:space="preserve">[53:08] </w:t>
      </w:r>
      <w:r>
        <w:t>kehna: sallo fi buyutikum."</w:t>
      </w:r>
    </w:p>
    <w:p>
      <w:pPr>
        <w:jc w:val="right"/>
      </w:pPr>
      <w:r>
        <w:t>کہنا: صلو فی بیوتکم۔"</w:t>
      </w:r>
    </w:p>
    <w:p>
      <w:r>
        <w:rPr>
          <w:b/>
        </w:rPr>
        <w:t xml:space="preserve">[53:10] </w:t>
      </w:r>
      <w:r>
        <w:t>apne gharon mein namaz parh lo.</w:t>
      </w:r>
    </w:p>
    <w:p>
      <w:pPr>
        <w:jc w:val="right"/>
      </w:pPr>
      <w:r>
        <w:t>اپنے گھروں میں نماز پڑھ لو۔</w:t>
      </w:r>
    </w:p>
    <w:p>
      <w:r>
        <w:rPr>
          <w:b/>
        </w:rPr>
        <w:t xml:space="preserve">[53:12] </w:t>
      </w:r>
      <w:r>
        <w:t>muazzin ne jab is tarah azan di to logon ko ajib maloom hua. ibn Abbas ne farmaya: "yeh us hasti ne kiya hai jo mujh se behtar, mujh se bohat behtar tha</w:t>
      </w:r>
    </w:p>
    <w:p>
      <w:pPr>
        <w:jc w:val="right"/>
      </w:pPr>
      <w:r>
        <w:t>موذن نے جب اس طرح اذان دی تو لوگوں کو عجیب معلوم ہوا۔ ابن عباس نے فرمایا: "یہ اس ہستی نے کیا ہے جو مجھ سے بہتر، مجھ سے بہت بہتر تھا</w:t>
      </w:r>
    </w:p>
    <w:p>
      <w:r>
        <w:rPr>
          <w:b/>
        </w:rPr>
        <w:t xml:space="preserve">[53:22] </w:t>
      </w:r>
      <w:r>
        <w:t>, yani rasool Allah sal-lal-lahu alaihi wasallam." unhon ne kaha: "mujhe pasand nahi hua keh tum ko kechar aur phislan mein ghar se nikalun."</w:t>
      </w:r>
    </w:p>
    <w:p>
      <w:pPr>
        <w:jc w:val="right"/>
      </w:pPr>
      <w:r>
        <w:t>، یعنی رسول اللہ صلی اللہ علیہ وسلم۔" انہوں نے کہا: "مجھے پسند نہیں ہوا کہ تم کو کیچڑ اور پھسلن میں گھر سے نکالوں۔"</w:t>
      </w:r>
    </w:p>
    <w:p>
      <w:r>
        <w:rPr>
          <w:b/>
        </w:rPr>
        <w:t xml:space="preserve">[53:34] </w:t>
      </w:r>
      <w:r>
        <w:t>nabi sal-lal-lahu alaihi wasallam aur aap ke ashaab ki zindagi ke mutale se maloom hota hai keh Khuda ki ibadat apne buniyadi dhanchay ke aitbar se ek muqarrar amal hone ke bawajood apni sari tafsilat mein ek makhsus amal ki yaksaan takrar ka naam na thi.</w:t>
      </w:r>
    </w:p>
    <w:p>
      <w:pPr>
        <w:jc w:val="right"/>
      </w:pPr>
      <w:r>
        <w:t>نبی صلی اللہ علیہ وسلم اور آپ کے اصحاب کی زندگی کے مطالعے سے معلوم ہوتا ہے کہ خدا کی عبادت اپنے بنیادی ڈھانچے کے اعتبار سے ایک مقرر عمل ہونے کے باوجود اپنی ساری تفصیلات میں ایک مخصوص عمل کی یکساں تکرار کا نام نہ تھی۔</w:t>
      </w:r>
    </w:p>
    <w:p>
      <w:r>
        <w:rPr>
          <w:b/>
        </w:rPr>
        <w:t xml:space="preserve">[53:50] </w:t>
      </w:r>
      <w:r>
        <w:t>jaisa keh aaj ek shakhs ko apne maslak ki madawwan fiqh mein nazar aata hai, bilashubah is ki ek mutayyan shakal thi, magar mukhtalif wajuh se is mein bar bar farq bhi paida ho jata tha.</w:t>
      </w:r>
    </w:p>
    <w:p>
      <w:pPr>
        <w:jc w:val="right"/>
      </w:pPr>
      <w:r>
        <w:t>جیسا کہ آج ایک شخص کو اپنے مسلک کی مدون فقہ میں نظر آتا ہے، بلاشبہ اس کی ایک متعین شکل تھی، مگر مختلف وجوہ سے اس میں بار بار فرق بھی پیدا ہو جاتا تھا۔</w:t>
      </w:r>
    </w:p>
    <w:p>
      <w:r>
        <w:rPr>
          <w:b/>
        </w:rPr>
        <w:t xml:space="preserve">[54:03] </w:t>
      </w:r>
      <w:r>
        <w:t>farq ki ek wajah woh hai jo kisi ittefaqi sabab se paida hui. misal ke taur par, tawaf-e-Kaaba ke waqt ramal yani kandhon ko hilate hue chalna.</w:t>
      </w:r>
    </w:p>
    <w:p>
      <w:pPr>
        <w:jc w:val="right"/>
      </w:pPr>
      <w:r>
        <w:t>فرق کی ایک وجہ وہ ہے جو کسی اتفاقی سبب سے پیدا ہوئی۔ مثال کے طور پر، طواف کعبہ کے وقت رمل یعنی کندھوں کو ہلاتے ہوئے چلنا۔</w:t>
      </w:r>
    </w:p>
    <w:p>
      <w:r>
        <w:rPr>
          <w:b/>
        </w:rPr>
        <w:t xml:space="preserve">[54:13] </w:t>
      </w:r>
      <w:r>
        <w:t>agarche baaz fuqaha ke nazdeek sunnat hai, magar abdullah ibn Abbas ka qaul hai keh aap ne is ko waqti maslehat ki bina par ikhtiyar kiya tha.</w:t>
      </w:r>
    </w:p>
    <w:p>
      <w:pPr>
        <w:jc w:val="right"/>
      </w:pPr>
      <w:r>
        <w:t>اگرچہ بات کے فقہاء کے نزدیک سنت ہے، مگر عبداللہ ابن عباس کا قول ہے کہ آپ نے اس کو وقتی مصلحت کی بنا پر اختیار کیا تھا۔</w:t>
      </w:r>
    </w:p>
    <w:p>
      <w:r>
        <w:rPr>
          <w:b/>
        </w:rPr>
        <w:t xml:space="preserve">[54:24] </w:t>
      </w:r>
      <w:r>
        <w:t>nabi sal-lal-lahu alaihi wasallam ne is ko mahaz ittefaqi taur par ek amr-e-aariz ki wajah se kiya tha, aur woh yeh keh mushrikeen-e-Makkah ne kaha tha keh musalmanon ko Madine ke bukhar ne kamzor kar diya hai, warna tawaf mein tawaf mein ramal karna mustaqil sunnat nahi hai.</w:t>
      </w:r>
    </w:p>
    <w:p>
      <w:pPr>
        <w:jc w:val="right"/>
      </w:pPr>
      <w:r>
        <w:t>نبی صلی اللہ علیہ وسلم نے اس کو محض اتفاقی طور پر ایک امر عارض کی وجہ سے کیا تھا، اور وہ یہ کہ مشرکین مکہ نے کہا تھا کہ مسلمانوں کو مدینے کے بخار نے کمزور کر دیا ہے، ورنہ طواف میں طواف میں رمل کرنا مستقل سنت نہیں ہے۔</w:t>
      </w:r>
    </w:p>
    <w:p>
      <w:r>
        <w:rPr>
          <w:b/>
        </w:rPr>
        <w:t xml:space="preserve">[54:42] </w:t>
      </w:r>
      <w:r>
        <w:t>hujjat-ul-lah-il-balighah isi tarah ek farq woh hai jo kaifiyat-e-ibadat ke wufur se paida hota hai.</w:t>
      </w:r>
    </w:p>
    <w:p>
      <w:pPr>
        <w:jc w:val="right"/>
      </w:pPr>
      <w:r>
        <w:t>حجت اللہ البالغہ اسی طرح ایک فرق وہ ہے جو کیفیت عبادت کے وفور سے پیدا ہوتا ہے۔</w:t>
      </w:r>
    </w:p>
    <w:p>
      <w:r>
        <w:rPr>
          <w:b/>
        </w:rPr>
        <w:t xml:space="preserve">[54:49] </w:t>
      </w:r>
      <w:r>
        <w:t>Tirmizi Abu Daud Nasai ne riwayat kiya hai keh Rifa'a ibn Rafi' ne nabi sal-lal-lahu alaihi wasallam ke peeche namaz parhi. darmiyan mein unhein chheenk aa gayi to un ki zuban se ba awaz buland nikla: "alhamdulillah hamdan kasiran tayyiban mubarakan fihi kama yuhibbu Rabbuna wa yarda." aap ne salam pherne ke baad poocha: "namaz mein kaun bola tha?" man al-mutakallim fi-s-salat?</w:t>
      </w:r>
    </w:p>
    <w:p>
      <w:pPr>
        <w:jc w:val="right"/>
      </w:pPr>
      <w:r>
        <w:t>ترمذی ابو داؤد نسائی نے روایت کیا ہے کہ رفاع ابن رافع نے نبی صلی اللہ علیہ وسلم کے پیچھے نماز پڑھی۔ درمیان میں انہیں چھینک آ گئی تو ان کی زبان سے با آواز بلند نکلا: "الحمدللہ حمدا کثیرا طیبا مبارکا فیہ کما یحب ربنا ویرضا۔" آپ نے سلام پھیرنے کے بعد پوچھا: "نماز میں کون بولا تھا؟" من المتکلم فی الصلاۃ؟</w:t>
      </w:r>
    </w:p>
    <w:p>
      <w:r>
        <w:rPr>
          <w:b/>
        </w:rPr>
        <w:t xml:space="preserve">[55:16] </w:t>
      </w:r>
      <w:r>
        <w:t>kisi ne jawab na diya. aakhir teesri bar poochne par Rifa'a ne kaha keh: "ana ya rasool Allah!" main aey Khuda ke Rasool</w:t>
      </w:r>
    </w:p>
    <w:p>
      <w:pPr>
        <w:jc w:val="right"/>
      </w:pPr>
      <w:r>
        <w:t>کسی نے جواب نہ دیا۔ آخر تیسری بار پوچھنے پر رفاع نے کہا کہ: "انا یا رسول اللہ!" میں اے خدا کے رسول</w:t>
      </w:r>
    </w:p>
    <w:p>
      <w:r>
        <w:rPr>
          <w:b/>
        </w:rPr>
        <w:t xml:space="preserve">[55:24] </w:t>
      </w:r>
      <w:r>
        <w:t>! aap ne farmaya: "is zaat ki qasam jis ke qabze mein meri jaan hai, is kalme ko lene ke liye 30 se ziyada farishte daud pade the." Mishkat: Mala yajuz fi-s-salat wa ma yubah.</w:t>
      </w:r>
    </w:p>
    <w:p>
      <w:pPr>
        <w:jc w:val="right"/>
      </w:pPr>
      <w:r>
        <w:t>! آپ نے فرمایا: "اس ذات کی قسم جس کے قبضے میں میری جان ہے، اس کلمے کو لینے کے لیے 30 سے زیادہ فرشتے دوڑ پڑے تھے۔" مشکات: مالا یجوز فی الصلاۃ وما یباح۔</w:t>
      </w:r>
    </w:p>
    <w:p>
      <w:r>
        <w:rPr>
          <w:b/>
        </w:rPr>
        <w:t xml:space="preserve">[55:36] </w:t>
      </w:r>
      <w:r>
        <w:t>91 safha number 91 isi tarah farq ki ek wajah yeh hui keh Islam mein asal ahmiyat haqiqat-e-ibadat ki hai, na keh shakal-e-ibadat ki.</w:t>
      </w:r>
    </w:p>
    <w:p>
      <w:pPr>
        <w:jc w:val="right"/>
      </w:pPr>
      <w:r>
        <w:t>91 صفحہ نمبر 91 اسی طرح فرق کی ایک وجہ یہ ہوئی کہ اسلام میں اصل اہمیت حقیقت عبادت کی ہے، نہ کہ شکل عبادت کی۔</w:t>
      </w:r>
    </w:p>
    <w:p>
      <w:r>
        <w:rPr>
          <w:b/>
        </w:rPr>
        <w:t xml:space="preserve">[55:48] </w:t>
      </w:r>
      <w:r>
        <w:t>is liye ibadat ki adaiygi ke dauran agar is ki shakal mein mamooli farq ho gaya to aap ne is ko nazar andaz kiya aur ibadat ki asal haqiqat par zor diya.</w:t>
      </w:r>
    </w:p>
    <w:p>
      <w:pPr>
        <w:jc w:val="right"/>
      </w:pPr>
      <w:r>
        <w:t>اس لیے عبادت کی ادائیگی کے دوران اگر اس کی شکل میں معمولی فرق ہو گیا تو آپ نے اس کو نظر انداز کیا اور عبادت کی اصل حقیقت پر زور دیا۔</w:t>
      </w:r>
    </w:p>
    <w:p>
      <w:r>
        <w:rPr>
          <w:b/>
        </w:rPr>
        <w:t xml:space="preserve">[56:01] </w:t>
      </w:r>
      <w:r>
        <w:t>Usama ibn Sharik kehte hain keh nabi mein nabi sal-lal-lahu alaihi wasallam ke sath hajj ke liye nikla, pas log aap ke pas aate. koi kehta: "ya rasool Allah!</w:t>
      </w:r>
    </w:p>
    <w:p>
      <w:pPr>
        <w:jc w:val="right"/>
      </w:pPr>
      <w:r>
        <w:t>اسامہ بن شریک کہتے ہیں کہ نبی میں نبی صلی اللہ علیہ وسلم کے ساتھ حج کے لیے نکلا، پس لوگ آپ کے پاس آتے۔ کوئی کہتا: "یا رسول اللہ!</w:t>
      </w:r>
    </w:p>
    <w:p>
      <w:r>
        <w:rPr>
          <w:b/>
        </w:rPr>
        <w:t xml:space="preserve">[56:09] </w:t>
      </w:r>
      <w:r>
        <w:t>main ne tawaf se pehle sa'i kar liya." koi kehta: "main ne falan cheez pehle kar li." main ne falan cheez baad mein ki.</w:t>
      </w:r>
    </w:p>
    <w:p>
      <w:pPr>
        <w:jc w:val="right"/>
      </w:pPr>
      <w:r>
        <w:t>میں نے طواف سے پہلے سعی کر لیا۔" کوئی کہتا: "میں نے فلاں چیز پہلے کر لی۔" میں نے فلاں چیز بعد میں کی۔</w:t>
      </w:r>
    </w:p>
    <w:p>
      <w:r>
        <w:rPr>
          <w:b/>
        </w:rPr>
        <w:t xml:space="preserve">[56:17] </w:t>
      </w:r>
      <w:r>
        <w:t>aap un ko jawab dete: "is mein koi harj nahi." harj ki baat aur halak karne wali baat to yeh hai keh koi shakhs apne Musalman bhai ki izzat par hamla kare.</w:t>
      </w:r>
    </w:p>
    <w:p>
      <w:pPr>
        <w:jc w:val="right"/>
      </w:pPr>
      <w:r>
        <w:t>آپ ان کو جواب دیتے: "اس میں کوئی حرج نہیں۔" حرج کی بات اور ہلاک کرنے والی بات تو یہ ہے کہ کوئی شخص اپنے مسلمان بھائی کی عزت پر حملہ کرے۔</w:t>
      </w:r>
    </w:p>
    <w:p>
      <w:r>
        <w:rPr>
          <w:b/>
        </w:rPr>
        <w:t xml:space="preserve">[56:28] </w:t>
      </w:r>
      <w:r>
        <w:t>Mishkat: Kitab al-Manasik Quran mein namaz ki adaiygi par behad zor diya gaya hai, magar namaz ki mutayyan surat nahi batai gayi hai.</w:t>
      </w:r>
    </w:p>
    <w:p>
      <w:pPr>
        <w:jc w:val="right"/>
      </w:pPr>
      <w:r>
        <w:t>مشکات: کتاب المناسک قرآن میں نماز کی ادائیگی پر بے حد زور دیا گیا ہے، مگر نماز کی متعین صورت نہیں بتائی گئی ہے۔</w:t>
      </w:r>
    </w:p>
    <w:p>
      <w:r>
        <w:rPr>
          <w:b/>
        </w:rPr>
        <w:t xml:space="preserve">[56:39] </w:t>
      </w:r>
      <w:r>
        <w:t>hadith se namaz ki shakal maloom hoti hai,</w:t>
      </w:r>
    </w:p>
    <w:p>
      <w:pPr>
        <w:jc w:val="right"/>
      </w:pPr>
      <w:r>
        <w:t>حدیث سے نماز کی شکل معلوم ہوتی ہے،</w:t>
      </w:r>
    </w:p>
    <w:p>
      <w:r>
        <w:rPr>
          <w:b/>
        </w:rPr>
        <w:t xml:space="preserve">[56:42] </w:t>
      </w:r>
      <w:r>
        <w:t>magar isi ke sath hadith yeh bhi batati hai keh namaz ki zimni shakalon mein tanawwu aur taus'a hai. yeh koi kami ki baat nahi hai jis ki talafi ke liye hamein ek naya fun ijad karne ki zaroorat ho.</w:t>
      </w:r>
    </w:p>
    <w:p>
      <w:pPr>
        <w:jc w:val="right"/>
      </w:pPr>
      <w:r>
        <w:t>مگر اسی کے ساتھ حدیث یہ بھی بتاتی ہے کہ نماز کی ضمنی شکلوں میں تنوع اور توسع ہے۔ یہ کوئی کمی کی بات نہیں ہے جس کی تلافی کے لیے ہمیں ایک نیا فن ایجاد کرنے کی ضرورت ہو۔</w:t>
      </w:r>
    </w:p>
    <w:p>
      <w:r>
        <w:rPr>
          <w:b/>
        </w:rPr>
        <w:t xml:space="preserve">[56:54] </w:t>
      </w:r>
      <w:r>
        <w:t>yeh darasal is baat ka saboot hai keh namaz ek zinda amal hai, aur zinda amal kabhi bhi mashini yaksaaniyat ka paband nahi hota. fiqh ne bilkul ghair zaroori taur par yeh yeh koshish ki keh is fitri taus'a aur tanawwu ko khatm kar ke ibadat ka yaksaan nizam banaye.</w:t>
      </w:r>
    </w:p>
    <w:p>
      <w:pPr>
        <w:jc w:val="right"/>
      </w:pPr>
      <w:r>
        <w:t>یہ دراصل اس بات کا ثبوت ہے کہ نماز ایک زندہ عمل ہے، اور زندہ عمل کبھی بھی مشینی یکسانیت کا پابند نہیں ہوتا۔ فقہ نے بالکل غیر ضروری طور پر یہ یہ کوشش کی کہ اس فطری توسع اور تنوع کو ختم کر کے عبادت کا یکساں نظام بنائے۔</w:t>
      </w:r>
    </w:p>
    <w:p>
      <w:r>
        <w:rPr>
          <w:b/>
        </w:rPr>
        <w:t xml:space="preserve">[57:12] </w:t>
      </w:r>
      <w:r>
        <w:t>is masnooi tadbeer ne namaziyon ko namaz ke haqiqi faide se mahroom kar diya.</w:t>
      </w:r>
    </w:p>
    <w:p>
      <w:pPr>
        <w:jc w:val="right"/>
      </w:pPr>
      <w:r>
        <w:t>اس مصنوعی تدبیر نے نمازیوں کو نماز کے حقیقی فائدے سے محروم کر دیا۔</w:t>
      </w:r>
    </w:p>
    <w:p>
      <w:r>
        <w:rPr>
          <w:b/>
        </w:rPr>
        <w:t xml:space="preserve">[57:17] </w:t>
      </w:r>
      <w:r>
        <w:t>woh namaz ko ek qism ka amliyati zameema samajhne lage, na keh ek rabbani sar-chashma jo zindagi aur hararat ki khorak lene ke liye taqeen kiya gaya ho.</w:t>
      </w:r>
    </w:p>
    <w:p>
      <w:pPr>
        <w:jc w:val="right"/>
      </w:pPr>
      <w:r>
        <w:t>وہ نماز کو ایک قسم کا عملیاتی ضمیمہ سمجھنے لگے، نہ کہ ایک ربانی سرچشمہ جو زندگی اور حرارت کی خوراک لینے کے لیے تلقین کیا گیا ہو۔</w:t>
      </w:r>
    </w:p>
    <w:p>
      <w:r>
        <w:rPr>
          <w:b/>
        </w:rPr>
        <w:t xml:space="preserve">[57:29] </w:t>
      </w:r>
      <w:r>
        <w:t>taham agar faroogh-e-ibadat mein tarjeeh dhoondna aur yaksaaniyat paida karna zaroori ho, jab bhi is ka woh tareeqa kisi tarah sahi na tha jo fuqaha ne ikhtiyar kiya, unhon ne yeh kiya keh ba-taur-e-khud apne apne madaris-e-fikr qaim ki</w:t>
      </w:r>
    </w:p>
    <w:p>
      <w:pPr>
        <w:jc w:val="right"/>
      </w:pPr>
      <w:r>
        <w:t>تاہم اگر فروغ عبادت میں ترجیح ڈھونڈنا اور یکسانیت پیدا کرنا ضروری ہو، جب بھی اس کا وہ طریقہ کسی طرح صحیح نہ تھا جو فقہاء نے اختیار کیا، انہوں نے یہ کیا کہ بطور خود اپنے اپنے مدارس فکر قائم کی</w:t>
      </w:r>
    </w:p>
    <w:p>
      <w:r>
        <w:rPr>
          <w:b/>
        </w:rPr>
        <w:t xml:space="preserve">[57:44] </w:t>
      </w:r>
      <w:r>
        <w:t>e aur har ek zaati taur par tarjeeh talash karne mein lag gaya. ab chunke ba-taur waqea ibaadaat mein tanawwo paaya ja raha tha, kulli yaksaaniyat ki talash mukhtalif tabaa'e ko ek hi nateeje par nahi pahuncha sakti thi.</w:t>
      </w:r>
    </w:p>
    <w:p>
      <w:pPr>
        <w:jc w:val="right"/>
      </w:pPr>
      <w:r>
        <w:t>ے اور ہر ایک ذاتی طور پر ترجیح تلاش کرنے میں لگ گیا۔ اب چونکہ بطور واقعہ عبادات میں تنوع پایا جا رہا تھا، کلی یکسانیت کی تلاش مختلف طبائع کو ایک ہی نتیجے پر نہیں پہنچا سکتی تھی۔</w:t>
      </w:r>
    </w:p>
    <w:p>
      <w:r>
        <w:rPr>
          <w:b/>
        </w:rPr>
        <w:t xml:space="preserve">[57:58] </w:t>
      </w:r>
      <w:r>
        <w:t>kisi ne ek tareeqe ko tarjeeh di, kisi ne doosre tareeqe ko. is tarah ek dhaancha banane ki koshish mein kai dhaanche wajood mein aa gaye.</w:t>
      </w:r>
    </w:p>
    <w:p>
      <w:pPr>
        <w:jc w:val="right"/>
      </w:pPr>
      <w:r>
        <w:t>کسی نے ایک طریقے کو ترجیح دی، کسی نے دوسرے طریقے کو۔ اس طرح ایک ڈھانچہ بنانے کی کوشش میں کئی ڈھانچے وجود میں آگئے۔</w:t>
      </w:r>
    </w:p>
    <w:p>
      <w:r>
        <w:rPr>
          <w:b/>
        </w:rPr>
        <w:t xml:space="preserve">[58:08] </w:t>
      </w:r>
      <w:r>
        <w:t>Musaib bin Rafe Tabai kehte hain ke agle zamane mein dastoor tha ke aisa koi muamla pesh aata jis ka hukm kitaab o sunnat mein na milta to aise muamle ko Saffaf al-Umara yaani umara ka maidan kehte thay.</w:t>
      </w:r>
    </w:p>
    <w:p>
      <w:pPr>
        <w:jc w:val="right"/>
      </w:pPr>
      <w:r>
        <w:t>مسیب ابن رافع تابعی کہتے ہیں کہ اگلے زمانے میں دستور تھا کہ ایسا کوئی معاملہ پیش آتا جس کا حکم کتاب و سنت میں نہ ملتا تو ایسے معاملے کو صواف الامراء یعنی امراء کا میدان کہتے تھے۔</w:t>
      </w:r>
    </w:p>
    <w:p>
      <w:r>
        <w:rPr>
          <w:b/>
        </w:rPr>
        <w:t xml:space="preserve">[58:22] </w:t>
      </w:r>
      <w:r>
        <w:t>hukkam ko itla di jaati, woh ulama ko jama karte aur un ke muttafiqa faisle par amal kiya jaata. Jam'e Bayaan al-Ilm juz saani 144 yeh tareeqa aisa hai jis mein ikhtilaf nahi hota.</w:t>
      </w:r>
    </w:p>
    <w:p>
      <w:pPr>
        <w:jc w:val="right"/>
      </w:pPr>
      <w:r>
        <w:t>حکام کو اطلاع دی جاتی، وہ علماء کو جمع کرتے اور ان کے متفقہ فیصلے پر عمل کیا جاتا۔ جامع بیان العلم جز ثانی 144 یہ طریقہ ایسا ہے جس میں اختلاف نہیں ہوتا۔</w:t>
      </w:r>
    </w:p>
    <w:p>
      <w:r>
        <w:rPr>
          <w:b/>
        </w:rPr>
        <w:t xml:space="preserve">[58:37] </w:t>
      </w:r>
      <w:r>
        <w:t>hukumat ka zor intishar o ikhtilaf ko khatam karne ka zaamin ban jaata hai. Sadar awwal mein Quran ki tadween ke silsile mein isi par amal kiya gaya.</w:t>
      </w:r>
    </w:p>
    <w:p>
      <w:pPr>
        <w:jc w:val="right"/>
      </w:pPr>
      <w:r>
        <w:t>حکومت کا زور انتشار و اختلاف کو ختم کرنے کا ضامن بن جاتا ہے۔ صدر اول میں قرآن کی تدوین کے سلسلے میں اسی پر عمل کیا گیا۔</w:t>
      </w:r>
    </w:p>
    <w:p>
      <w:r>
        <w:rPr>
          <w:b/>
        </w:rPr>
        <w:t xml:space="preserve">[58:45] </w:t>
      </w:r>
      <w:r>
        <w:t>yeh kaam agar hukumat ki sarparasti mein anjaam na paata aur log apne apne taur par saheefa-e-ilahi ko murattab karte to shadeed ikhtilafat ka andesha tha.</w:t>
      </w:r>
    </w:p>
    <w:p>
      <w:pPr>
        <w:jc w:val="right"/>
      </w:pPr>
      <w:r>
        <w:t>یہ کام اگر حکومت کی سرپرستی میں انجام نہ پاتا اور لوگ اپنے اپنے طور پر صحیفہ الہی کو مرتب کرتے تو شدید اختلافات کا اندیشہ تھا۔</w:t>
      </w:r>
    </w:p>
    <w:p>
      <w:r>
        <w:rPr>
          <w:b/>
        </w:rPr>
        <w:t xml:space="preserve">[58:56] </w:t>
      </w:r>
      <w:r>
        <w:t>isi tarah fiqh mein agar ba-farz yaksaan dhaancha banana zaroori ho to is ka tareeqa bhi yahi tha ke yeh kaam hukumat ki matahati mein waahid idare ke tehat anjaam paata.</w:t>
      </w:r>
    </w:p>
    <w:p>
      <w:pPr>
        <w:jc w:val="right"/>
      </w:pPr>
      <w:r>
        <w:t>اسی طرح فقہ میں اگر بالفرض یکساں ڈھانچہ بنانا ضروری ہو تو اس کا طریقہ بھی یہی تھا کہ یہ کام حکومت کی ماتحتی میں واحد ادارے کے تحت انجام پاتا۔</w:t>
      </w:r>
    </w:p>
    <w:p>
      <w:r>
        <w:rPr>
          <w:b/>
        </w:rPr>
        <w:t xml:space="preserve">[59:07] </w:t>
      </w:r>
      <w:r>
        <w:t>is ki baaz misalein bhi maujood hain. Masalan takbeeraat-e-janaza ki tadaad par sahaba ke darmiyan ikhtilaf hua to Hazrat Umar ne sab ko chaar takbeeron par jama kar diya.</w:t>
      </w:r>
    </w:p>
    <w:p>
      <w:pPr>
        <w:jc w:val="right"/>
      </w:pPr>
      <w:r>
        <w:t>اس کی بعض مثالیں بھی موجود ہیں۔ مثلاً تکبیرات جنازے کی تعداد پر صحابہ کے درمیان اختلاف ہوا تو حضرت عمر نے سب کو چار تکبیروں پر جمع کر دیا۔</w:t>
      </w:r>
    </w:p>
    <w:p>
      <w:r>
        <w:rPr>
          <w:b/>
        </w:rPr>
        <w:t xml:space="preserve">[59:18] </w:t>
      </w:r>
      <w:r>
        <w:t>85 Abdullah Ibn Muqaffa ne Khalifa Mansoor Abbasi ko targhib di, targhib di thi ke woh ek muttafiqa qanoon muqarrar kar ke riyasat ki taraf se jaari kar de.</w:t>
      </w:r>
    </w:p>
    <w:p>
      <w:pPr>
        <w:jc w:val="right"/>
      </w:pPr>
      <w:r>
        <w:t>85 عبداللہ ابن مقفع نے خلیفہ منصور عباسی کو ترغیب دی، ترغیب دی تھی کہ وہ ایک متفقہ قانون مقرر کر کے ریاست کی طرف سے جاری کر دے۔</w:t>
      </w:r>
    </w:p>
    <w:p>
      <w:r>
        <w:rPr>
          <w:b/>
        </w:rPr>
        <w:t xml:space="preserve">[59:31] </w:t>
      </w:r>
      <w:r>
        <w:t>Risalat al-Sahaba fiqh apne pehle marhale mein mukhtalif riwayat ke darmiyan tarjeeh talash karne ka naam thi, magar sawaalaat badh rahe thay.</w:t>
      </w:r>
    </w:p>
    <w:p>
      <w:pPr>
        <w:jc w:val="right"/>
      </w:pPr>
      <w:r>
        <w:t>رسالت الصحابہ فقہ اپنے پہلے مرحلے میں مختلف روایات کے درمیان ترجیح تلاش کرنے کا نام تھی، مگر سوالات بڑھ رہے تھے۔</w:t>
      </w:r>
    </w:p>
    <w:p>
      <w:r>
        <w:rPr>
          <w:b/>
        </w:rPr>
        <w:t xml:space="preserve">[59:40] </w:t>
      </w:r>
      <w:r>
        <w:t>logon ko mehsoos hua ke jama shuda aasaar o ahadees mein tamam sawaalaat ka jawab nahi hai. Ab unhone maloom ahkaam ki buniyad par mazeed istikhraaj ka tareeqa ikhtiyar kiya.</w:t>
      </w:r>
    </w:p>
    <w:p>
      <w:pPr>
        <w:jc w:val="right"/>
      </w:pPr>
      <w:r>
        <w:t>لوگوں کو محسوس ہوا کہ جمع شدہ آثار و احادیث میں تمام سوالات کا جواب نہیں ہے۔ اب انہوں نے معلوم احکام کی بنیاد پر مزید استخراج کا طریقہ اختیار کیا۔</w:t>
      </w:r>
    </w:p>
    <w:p>
      <w:r>
        <w:rPr>
          <w:b/>
        </w:rPr>
        <w:t xml:space="preserve">[59:52] </w:t>
      </w:r>
      <w:r>
        <w:t>is tarah fiqh ka doosra marhala shuru hua aur woh daur-e-tarjeeh se guzar kar daur-e-istikhraaj mein dakhil ho gayi. Shah Waliullah likhte hain: "Jab ulama ne fiqh ko in qawaid par murattab kiya to un masaa'il mein se jin mein qudama ne kalam kiya tha aur woh jo un ke zamane mein waqe hue thay, koi</w:t>
      </w:r>
    </w:p>
    <w:p>
      <w:pPr>
        <w:jc w:val="right"/>
      </w:pPr>
      <w:r>
        <w:t>اس طرح فقہ کا دوسرا مرحلہ شروع ہوا اور وہ دور ترجیح سے گزر کر دور تخریج میں داخل ہوگئی۔ شاہ ولی اللہ لکھتے ہیں: "جب علماء نے فقہ کو ان قواعد پر مرتب کیا تو ان مسائل میں سے جن میں قدماء نے کلام کیا تھا اور وہ جو ان کے زمانے میں واقع ہوئے تھے، کوئی</w:t>
      </w:r>
    </w:p>
    <w:p>
      <w:r>
        <w:rPr>
          <w:b/>
        </w:rPr>
        <w:t xml:space="preserve">[1:00:11] </w:t>
      </w:r>
      <w:r>
        <w:t>mas'ala aisa na tha jis ke mutalliq koi na koi hadees unhone na paayi ho." Is ke baad Allah ne ek doosre, is ke baad Allah ne ek doosre zamane ki paidaish ki.</w:t>
      </w:r>
    </w:p>
    <w:p>
      <w:pPr>
        <w:jc w:val="right"/>
      </w:pPr>
      <w:r>
        <w:t>مسئلہ ایسا نہ تھا جس کے متعلق کوئی نہ کوئی حدیث انہوں نے نہ پائی ہو۔" اس کے بعد اللہ نے ایک دوسرے، اس کے بعد اللہ نے ایک دوسرے زمانے کی پیدائش کی۔</w:t>
      </w:r>
    </w:p>
    <w:p>
      <w:r>
        <w:rPr>
          <w:b/>
        </w:rPr>
        <w:t xml:space="preserve">[1:00:23] </w:t>
      </w:r>
      <w:r>
        <w:t>pas hadees, fiqh aur masaa'il ko doosre tarz par madawwan karne ki zaroorat waqe hui, aur yeh is waaste ke un ke paas itni ahadees aur aasaar na thay jin se un usoolon ke muwafiq jin ko arbaab-e-hadees ne pasand kiya hai,</w:t>
      </w:r>
    </w:p>
    <w:p>
      <w:pPr>
        <w:jc w:val="right"/>
      </w:pPr>
      <w:r>
        <w:t>پس حدیث، فقہ اور مسائل کو دوسرے طرز پر مدون کرنے کی ضرورت واقع ہوئی، اور یہ اس واسطے کہ ان کے پاس اتنی احادیث اور آثار نہ تھے جن سے ان اصولوں کے موافق جن کو ارباب حدیث نے پسند کیا ہے،</w:t>
      </w:r>
    </w:p>
    <w:p>
      <w:r>
        <w:rPr>
          <w:b/>
        </w:rPr>
        <w:t xml:space="preserve">[1:00:38] </w:t>
      </w:r>
      <w:r>
        <w:t>istimbat-e-fiqh par qadir hotay.</w:t>
      </w:r>
    </w:p>
    <w:p>
      <w:pPr>
        <w:jc w:val="right"/>
      </w:pPr>
      <w:r>
        <w:t>استنباط فقہ پر قادر ہوتے۔</w:t>
      </w:r>
    </w:p>
    <w:p>
      <w:r>
        <w:rPr>
          <w:b/>
        </w:rPr>
        <w:t xml:space="preserve">[1:00:41] </w:t>
      </w:r>
      <w:r>
        <w:t>chunancha unhone istikhraaj ke qa'ide par fiqh ki tartib di. Hujjat Allah al-Baligha jild awwal 53 safha 53 348</w:t>
      </w:r>
    </w:p>
    <w:p>
      <w:pPr>
        <w:jc w:val="right"/>
      </w:pPr>
      <w:r>
        <w:t>چنانچہ انہوں نے تخریج کے قاعدے پر فقہ کی ترتیب دی۔ حجت اللہ البالغہ جلد اول 53 صفحہ 53 348</w:t>
      </w:r>
    </w:p>
    <w:p>
      <w:r>
        <w:rPr>
          <w:b/>
        </w:rPr>
        <w:t xml:space="preserve">[1:00:53] </w:t>
      </w:r>
      <w:r>
        <w:t>istikhraaj ke qa'ide par fiqh ki tadween mu'amlaat aur qanooni masaa'il ki had tak sahih thi, kyunke qanooni aur mu'amalati umoor mein hamesha naye naye sawaalaat paida hotay hain aur un mein qiyas o ijtihad ke baghair chaara nahi.</w:t>
      </w:r>
    </w:p>
    <w:p>
      <w:pPr>
        <w:jc w:val="right"/>
      </w:pPr>
      <w:r>
        <w:t>تخریج کے قاعدے پر فقہ کی تدوین معاملات اور قانونی مسائل کی حد تک صحیح تھی، کیونکہ قانونی اور معاملاتی امور میں ہمیشہ نئے نئے سوالات پیدا ہوتے ہیں اور ان میں قیاس و اجتہاد کے بغیر چارہ نہیں۔</w:t>
      </w:r>
    </w:p>
    <w:p>
      <w:r>
        <w:rPr>
          <w:b/>
        </w:rPr>
        <w:t xml:space="preserve">[1:01:07] </w:t>
      </w:r>
      <w:r>
        <w:t>magar ibaadati umoor tak is ki tausee bila-shubah ek ijtihadi ghalati thi jis ne ibaadat ko ek fun bana diya. Aap ne farmaya tha ke "Main seedhi, main seedhe saade aasan deen ko le kar bheja gaya hoon." Ba'uththu bil-hanifiyyat al-samha magar ibaadati umoor mein naye naye fiqhi masaa'il ijad karne ka yeh nateeja hua ke deen ek aisa pecheeda fun ban gaya jis ko fun-e-fiqh ka muttasis hi jaan sakta tha.</w:t>
      </w:r>
    </w:p>
    <w:p>
      <w:pPr>
        <w:jc w:val="right"/>
      </w:pPr>
      <w:r>
        <w:t>مگر عباداتی امور تک اس کی توسیع بلاشبہ ایک اجتہادی غلطی تھی جس نے عبادت کو ایک فن بنا دیا۔ آپ نے فرمایا تھا کہ "میں سیدھی، میں سیدھے سادے آسان دین کو لے کر بھیجا گیا ہوں۔" بعثت بالحنیفیت السمحہ مگر عباداتی امور میں نئے نئے فقہی مسائل ایجاد کرنے کا یہ نتیجہ ہوا کہ دین ایک ایسا پیچیدہ فن بن گیا جس کو فن فقہ کا متخصص ہی جان سکتا ہو۔</w:t>
      </w:r>
    </w:p>
    <w:p>
      <w:r>
        <w:rPr>
          <w:b/>
        </w:rPr>
        <w:t xml:space="preserve">[1:01:36] </w:t>
      </w:r>
      <w:r>
        <w:t>jis tarah funoon mein mushkafiyan ki jaati hain aur nayi nayi bareekiyan paida kar ke qanoon waz' kiye jaate hain, usi tarah ibaadaat mein bareekiyon ki talash shuru ho gayi.</w:t>
      </w:r>
    </w:p>
    <w:p>
      <w:pPr>
        <w:jc w:val="right"/>
      </w:pPr>
      <w:r>
        <w:t>جس طرح فنون میں مشکافیاں کی جاتی ہیں اور نئی نئی باریکیاں پیدا کر کے قانون وضع کیے جاتے ہیں، اسی طرح عبادات میں باریکیوں کی تلاش شروع ہوگئی۔</w:t>
      </w:r>
    </w:p>
    <w:p>
      <w:r>
        <w:rPr>
          <w:b/>
        </w:rPr>
        <w:t xml:space="preserve">[1:01:48] </w:t>
      </w:r>
      <w:r>
        <w:t>is mein se ek, is mein se yeh hai ke aksar log har fun ki bareek bini ki taraf mutawajjah ho gaye. Ba'az ne ahl-e-usool-e-fiqh ke mutalliq bari qeel o qal ki, pas nihayat darja chhaan been ki, har amr ki taareef o taqseem ki.</w:t>
      </w:r>
    </w:p>
    <w:p>
      <w:pPr>
        <w:jc w:val="right"/>
      </w:pPr>
      <w:r>
        <w:t>اس میں سے ایک، اس میں سے یہ ہے کہ اکثر لوگ ہر فن کی باریک بینی کی طرف متوجہ ہو گئے۔ بعض نے اہل اصول فقہ کے متعلق بڑی قیل و قال کی، پس نہایت درجہ چھان بین کی، ہر امر کی تعریف و تقسیم کی۔</w:t>
      </w:r>
    </w:p>
    <w:p>
      <w:r>
        <w:rPr>
          <w:b/>
        </w:rPr>
        <w:t xml:space="preserve">[1:02:06] </w:t>
      </w:r>
      <w:r>
        <w:t>is ka nateeja yeh hua ke ibaadaat mein aisi bahasein hone lagin jin ka sahaba ke zamane mein koi wajood na tha. Imam Shafi'i 150 ta 204 hijri pehli baar Kufa pahunche to masjid mein ek naujawan ki namaz unhein theek dikhai na di.</w:t>
      </w:r>
    </w:p>
    <w:p>
      <w:pPr>
        <w:jc w:val="right"/>
      </w:pPr>
      <w:r>
        <w:t>اس کا نتیجہ یہ ہوا کہ عبادات میں ایسی بحثیں ہونے لگیں جن کا صحابہ کے زمانے میں کوئی وجود نہ تھا۔ امام شافعی 150 تا 204 ہجری پہلی بار کوفہ پہنچے تو مسجد میں ایک نوجوان کی نماز انہیں ٹھیک دکھائی نہ دی۔</w:t>
      </w:r>
    </w:p>
    <w:p>
      <w:r>
        <w:rPr>
          <w:b/>
        </w:rPr>
        <w:t xml:space="preserve">[1:02:24] </w:t>
      </w:r>
      <w:r>
        <w:t>unhone kaha: "Namaz theek tarah parha karo taake Khuda tumhare haseen chehre ko azaab-e-dozakh se mubtala na karay."</w:t>
      </w:r>
    </w:p>
    <w:p>
      <w:pPr>
        <w:jc w:val="right"/>
      </w:pPr>
      <w:r>
        <w:t>انہوں نے کہا: "نماز ٹھیک طرح پڑھا کرو تاکہ خدا تمہارے حسین چہرے کو عذاب دوزخ سے میں مبتلا نہ کرے۔"</w:t>
      </w:r>
    </w:p>
    <w:p>
      <w:r>
        <w:rPr>
          <w:b/>
        </w:rPr>
        <w:t xml:space="preserve">[1:02:33] </w:t>
      </w:r>
      <w:r>
        <w:t>naujawan ne kaha: "Main pandrah baras se isi masjid mein Muhammad bin Hasan 189 hijri aur Abu Yusuf 182 hijri ke saamne namaz parh raha hoon.</w:t>
      </w:r>
    </w:p>
    <w:p>
      <w:pPr>
        <w:jc w:val="right"/>
      </w:pPr>
      <w:r>
        <w:t>نوجوان نے کہا: "میں پندرہ برس سے اسی مسجد میں محمد ابن حسن 189 ہجری اور ابو یوسف 182 ہجری کے سامنے نماز پڑھ رہا ہوں۔</w:t>
      </w:r>
    </w:p>
    <w:p>
      <w:r>
        <w:rPr>
          <w:b/>
        </w:rPr>
        <w:t xml:space="preserve">[1:02:47] </w:t>
      </w:r>
      <w:r>
        <w:t>in imamon ne kabhi kuch nahi kaha aur tum meri namaz par aitraaz karte ho." Dono imam ittefaq se us waqt masjid ke bahar maujood thay.</w:t>
      </w:r>
    </w:p>
    <w:p>
      <w:pPr>
        <w:jc w:val="right"/>
      </w:pPr>
      <w:r>
        <w:t>ان اماموں نے کبھی کچھ نہیں کہا اور تم میری نماز پر اعتراض کرتے ہو۔" دونوں امام اتفاق سے اس وقت مسجد کے باہر موجود تھے۔</w:t>
      </w:r>
    </w:p>
    <w:p>
      <w:r>
        <w:rPr>
          <w:b/>
        </w:rPr>
        <w:t xml:space="preserve">[1:02:56] </w:t>
      </w:r>
      <w:r>
        <w:t>naujawan ne ja kar un se kaha: "aap logon ne meri namaz mein kabhi koi kharabi dekhi hai?"</w:t>
      </w:r>
    </w:p>
    <w:p>
      <w:pPr>
        <w:jc w:val="right"/>
      </w:pPr>
      <w:r>
        <w:t>نوجوان نے جا کر ان سے کہا: "آپ لوگوں نے میری نماز میں کبھی کوئی خرابی دیکھی ہے؟"</w:t>
      </w:r>
    </w:p>
    <w:p>
      <w:r>
        <w:rPr>
          <w:b/>
        </w:rPr>
        <w:t xml:space="preserve">[1:03:02] </w:t>
      </w:r>
      <w:r>
        <w:t>unhon ne jawab diya: "khudaya, kabhi nahin."</w:t>
      </w:r>
    </w:p>
    <w:p>
      <w:pPr>
        <w:jc w:val="right"/>
      </w:pPr>
      <w:r>
        <w:t>انہوں نے جواب دیا: "خدایا، کبھی نہیں۔"</w:t>
      </w:r>
    </w:p>
    <w:p>
      <w:r>
        <w:rPr>
          <w:b/>
        </w:rPr>
        <w:t xml:space="preserve">[1:03:05] </w:t>
      </w:r>
      <w:r>
        <w:t>naujawan ne kaha: "magar masjid mein ek shakhs baitha hai jis ne meri namaz par aitraz kiya hai."</w:t>
      </w:r>
    </w:p>
    <w:p>
      <w:pPr>
        <w:jc w:val="right"/>
      </w:pPr>
      <w:r>
        <w:t>نوجوان نے کہا: "مگر مسجد میں ایک شخص بیٹھا ہے جس نے میری نماز پر اعتراض کیا ہے۔"</w:t>
      </w:r>
    </w:p>
    <w:p>
      <w:r>
        <w:rPr>
          <w:b/>
        </w:rPr>
        <w:t xml:space="preserve">[1:03:11] </w:t>
      </w:r>
      <w:r>
        <w:t>donon imamon ne kaha: "tum is shakhs ke paas jao aur sawal karo ke namaz mein tum kis</w:t>
      </w:r>
    </w:p>
    <w:p>
      <w:pPr>
        <w:jc w:val="right"/>
      </w:pPr>
      <w:r>
        <w:t>دونوں اماموں نے کہا: "تم اس شخص کے پاس جاؤ اور سوال کرو کہ نماز میں تم کس</w:t>
      </w:r>
    </w:p>
    <w:p>
      <w:r>
        <w:rPr>
          <w:b/>
        </w:rPr>
        <w:t xml:space="preserve">[1:03:16] </w:t>
      </w:r>
      <w:r>
        <w:t>tarah dakhil hote ho."</w:t>
      </w:r>
    </w:p>
    <w:p>
      <w:pPr>
        <w:jc w:val="right"/>
      </w:pPr>
      <w:r>
        <w:t>طرح داخل ہوتے ہو۔"</w:t>
      </w:r>
    </w:p>
    <w:p>
      <w:r>
        <w:rPr>
          <w:b/>
        </w:rPr>
        <w:t xml:space="preserve">[1:03:18] </w:t>
      </w:r>
      <w:r>
        <w:t>naujawan masjid mein wapas aaya aur imam shafi se kaha: "ae woh shakhs jis ne meri namaz par</w:t>
      </w:r>
    </w:p>
    <w:p>
      <w:pPr>
        <w:jc w:val="right"/>
      </w:pPr>
      <w:r>
        <w:t>نوجوان مسجد میں واپس آیا اور امام شافعی سے کہا: "اے وہ شخص جس نے میری نماز پر</w:t>
      </w:r>
    </w:p>
    <w:p>
      <w:r>
        <w:rPr>
          <w:b/>
        </w:rPr>
        <w:t xml:space="preserve">[1:03:23] </w:t>
      </w:r>
      <w:r>
        <w:t>aitraz kiya hai, batao ke tum namaz mein kis tarah dakhil hote ho?"</w:t>
      </w:r>
    </w:p>
    <w:p>
      <w:pPr>
        <w:jc w:val="right"/>
      </w:pPr>
      <w:r>
        <w:t>اعتراض کیا ہے، بتاؤ کہ تم نماز میں کس طرح داخل ہوتے ہو؟"</w:t>
      </w:r>
    </w:p>
    <w:p>
      <w:r>
        <w:rPr>
          <w:b/>
        </w:rPr>
        <w:t xml:space="preserve">[1:03:29] </w:t>
      </w:r>
      <w:r>
        <w:t>ya man abbi al-salat bima tadkhul fi al-salat?</w:t>
      </w:r>
    </w:p>
    <w:p>
      <w:pPr>
        <w:jc w:val="right"/>
      </w:pPr>
      <w:r>
        <w:t>یا من عبی الصلاۃ بما تدخل فی الصلاۃ؟</w:t>
      </w:r>
    </w:p>
    <w:p>
      <w:r>
        <w:rPr>
          <w:b/>
        </w:rPr>
        <w:t xml:space="preserve">[1:03:32] </w:t>
      </w:r>
      <w:r>
        <w:t>imam shafi ne jawab diya: "bafarzin wa sunnat, do farz aur aik sunnat ke sath namaz mein dakhil hota hoon."</w:t>
        <w:br/>
        <w:t>naujawan ne yeh jawab imam muhammad ibn hasan aur imam abu yusuf ko pohanchaya to unhon ne jawab diya.</w:t>
      </w:r>
    </w:p>
    <w:p>
      <w:pPr>
        <w:jc w:val="right"/>
      </w:pPr>
      <w:r>
        <w:t>امام شافعی نے جواب دیا: "بفرضین وسنت، دو فرض اور ایک سنت کے ساتھ نماز میں داخل ہوتا ہوں۔" نوجوان نے یہ جواب امام محمد ابن حسن اور امام ابو یوسف کو پہنچایا تو انہوں نے جواب دیا۔</w:t>
      </w:r>
    </w:p>
    <w:p>
      <w:r>
        <w:rPr>
          <w:b/>
        </w:rPr>
        <w:t xml:space="preserve">[1:03:46] </w:t>
      </w:r>
      <w:r>
        <w:t>unhon ne kaha: "jawab aisay aadmi ka hai jis ki ilm par nazar hai."</w:t>
        <w:br/>
        <w:t>ab unhon ne larkay ko dobara bheja</w:t>
      </w:r>
    </w:p>
    <w:p>
      <w:pPr>
        <w:jc w:val="right"/>
      </w:pPr>
      <w:r>
        <w:t>انہوں نے کہا: "جواب ایسے آدمی کا ہے جس کی علم پر نظر ہے۔" اب انہوں نے لڑکے کو دوبارہ بھیجا</w:t>
      </w:r>
    </w:p>
    <w:p>
      <w:r>
        <w:rPr>
          <w:b/>
        </w:rPr>
        <w:t xml:space="preserve">[1:03:54] </w:t>
      </w:r>
      <w:r>
        <w:t>ke jao poocho woh dono farz aur sunnat kya hain.</w:t>
        <w:br/>
        <w:t>us ne aa kar poocha to imam shafi ne kaha: "pehla farz niyat hai, doosra farz takbeer tehreema hai, aur sunnat dono hathon ka uthana hai."</w:t>
        <w:br/>
        <w:t>rehalat ul imam shafi almatbata alsalafiya qahira 11350 hijri safhaat 13 ta 14</w:t>
      </w:r>
    </w:p>
    <w:p>
      <w:pPr>
        <w:jc w:val="right"/>
      </w:pPr>
      <w:r>
        <w:t>کہ جاؤ پوچھو وہ دونوں فرض اور سنت کیا ہیں۔ اس نے آ کر پوچھا تو امام شافعی نے کہا: "پہلا فرض نیت ہے، دوسرا فرض تکبیر تحریمہ ہے، اور سنت دونوں ہاتھوں کا اٹھانا ہے۔" رحلت الامام شافعی المطبعۃ السلفیہ قاہرہ 11350 ہجری صفحات 13 تا 14</w:t>
      </w:r>
    </w:p>
    <w:p>
      <w:r>
        <w:rPr>
          <w:b/>
        </w:rPr>
        <w:t xml:space="preserve">[1:04:18] </w:t>
      </w:r>
      <w:r>
        <w:t>yahi waqia agar do sahabi ke darmiyan hota to kya un ka sawal o jawab bhi isi qism ka hota?</w:t>
        <w:br/>
        <w:t>fazl ibn musa ka bayan hai ke mashhoor muhaddis aamash 147 hijri bimar paray aur imam abu hanifa 80 ta 150 hijri un ki ayadat ke liye gaye.</w:t>
      </w:r>
    </w:p>
    <w:p>
      <w:pPr>
        <w:jc w:val="right"/>
      </w:pPr>
      <w:r>
        <w:t>یہی واقعہ اگر دو صحابی کے درمیان ہوتا تو کیا ان کا سوال و جواب بھی اسی قسم کا ہوتا؟ فضل ابن موسی کا بیان ہے کہ مشہور محدث اعمش 147 ہجری بیمار پڑے اور امام ابو حنیفہ 80 تا 150 ہجری ان کی عیادت کے لیے گئے۔</w:t>
      </w:r>
    </w:p>
    <w:p>
      <w:r>
        <w:rPr>
          <w:b/>
        </w:rPr>
        <w:t xml:space="preserve">[1:04:39] </w:t>
      </w:r>
      <w:r>
        <w:t>mein bhi</w:t>
      </w:r>
    </w:p>
    <w:p>
      <w:pPr>
        <w:jc w:val="right"/>
      </w:pPr>
      <w:r>
        <w:t>میں بھی</w:t>
      </w:r>
    </w:p>
    <w:p>
      <w:r>
        <w:rPr>
          <w:b/>
        </w:rPr>
        <w:t xml:space="preserve">[1:04:40] </w:t>
      </w:r>
      <w:r>
        <w:t>sath tha. imam abu hanifa ne aamash se kaha: "abu muhammad! yeh khayal na hota ke bar bar aanay se aap ko takleef hogi to mein jald jald ayadat ko aata."</w:t>
        <w:br/>
        <w:t>aamash ne jawab diya: "jab aap apne ghar mein hotay hain, us waqt bhi mere oopar bojh hotay hain.</w:t>
      </w:r>
    </w:p>
    <w:p>
      <w:pPr>
        <w:jc w:val="right"/>
      </w:pPr>
      <w:r>
        <w:t>ساتھ تھا۔ امام ابو حنیفہ نے اعمش سے کہا: "ابو محمد! یہ خیال نہ ہوتا کہ بار بار آنے سے آپ کو تکلیف ہوگی تو میں جلد جلد عیادت کو آتا۔" اعمش نے جواب دیا: "جب آپ اپنے گھر میں ہوتے ہیں، اس وقت بھی میرے اوپر بوجھ ہوتے ہیں۔</w:t>
      </w:r>
    </w:p>
    <w:p>
      <w:r>
        <w:rPr>
          <w:b/>
        </w:rPr>
        <w:t xml:space="preserve">[1:04:58] </w:t>
      </w:r>
      <w:r>
        <w:t>ayadat ka kya zikr?"</w:t>
      </w:r>
    </w:p>
    <w:p>
      <w:pPr>
        <w:jc w:val="right"/>
      </w:pPr>
      <w:r>
        <w:t>عیادت کا کیا ذکر؟"</w:t>
      </w:r>
    </w:p>
    <w:p>
      <w:r>
        <w:rPr>
          <w:b/>
        </w:rPr>
        <w:t xml:space="preserve">[1:05:00] </w:t>
      </w:r>
      <w:r>
        <w:t>fazl ka bayan hai ke wapsi par imam abu hanifa ne mujh se kaha: "aamash ka kabhi na koi roz, aamash ka kabhi na koi roza sahih hua hai, na ghusal janabat."</w:t>
        <w:br/>
        <w:t>fazl kehtay hain ke sehri aur ghusal ke baray mein imam aamash ka maslak imam abu hanifa se mukhtalif tha.</w:t>
      </w:r>
    </w:p>
    <w:p>
      <w:pPr>
        <w:jc w:val="right"/>
      </w:pPr>
      <w:r>
        <w:t>فضل کا بیان ہے کہ واپسی پر امام ابو حنیفہ نے مجھ سے کہا: "اعمش کا کبھی نہ کوئی روز، اعمش کا کبھی نہ کوئی روزہ صحیح ہوا ہے، نہ غسل جنابت۔" فضل کہتے ہیں کہ سحری اور غسل کے بارے میں امام اعمش کا مسلک امام ابو حنیفہ سے مختلف تھا۔</w:t>
      </w:r>
    </w:p>
    <w:p>
      <w:r>
        <w:rPr>
          <w:b/>
        </w:rPr>
        <w:t xml:space="preserve">[1:05:20] </w:t>
      </w:r>
      <w:r>
        <w:t>ibn abdul barr ibn abdul barr jami ul bayan ul ilm wa fazli juz dثani safha 15</w:t>
      </w:r>
    </w:p>
    <w:p>
      <w:pPr>
        <w:jc w:val="right"/>
      </w:pPr>
      <w:r>
        <w:t>ابن عبدالبر ابن عبدالبر جامع بیان العلم وفضلی جز ثانی صفحہ 15</w:t>
      </w:r>
    </w:p>
    <w:p>
      <w:r>
        <w:rPr>
          <w:b/>
        </w:rPr>
        <w:t xml:space="preserve">[1:05:28] </w:t>
      </w:r>
      <w:r>
        <w:t>7 kya kisi sahabi se tawaqqo ki ja sakti hai ke mahaz furooi masail mein farq ki wajah se woh kisi ke roze aur ghusal ki sehat aur adam sehat ke baray mein is qism ka hukum lagata?</w:t>
      </w:r>
    </w:p>
    <w:p>
      <w:pPr>
        <w:jc w:val="right"/>
      </w:pPr>
      <w:r>
        <w:t>7 کیا کسی صحابی سے توقع کی جا سکتی ہے کہ محض فروعی مسائل میں فرق کی وجہ سے وہ کسی کے روزے اور غسل کی صحت اور عدم صحت کے بارے میں اس قسم کا حکم لگاتا؟</w:t>
      </w:r>
    </w:p>
    <w:p>
      <w:r>
        <w:rPr>
          <w:b/>
        </w:rPr>
        <w:t xml:space="preserve">[1:05:41] </w:t>
      </w:r>
      <w:r>
        <w:t>is qism ke mabahis o masail ka nateeja yeh hua ke fiqh islami, fiqh islami ke naam se aik aisa fun wajood mein aa gaya jis se ashaab rasool bhi nawaqif thay.</w:t>
      </w:r>
    </w:p>
    <w:p>
      <w:pPr>
        <w:jc w:val="right"/>
      </w:pPr>
      <w:r>
        <w:t>اس قسم کے مباحث و مسائل کا نتیجہ یہ ہوا کہ فقہ اسلامی، فقہ اسلامی کے نام سے ایک ایسا فن وجود میں آگیا جس سے اصحاب رسول بھی ناواقف تھے۔</w:t>
      </w:r>
    </w:p>
    <w:p>
      <w:r>
        <w:rPr>
          <w:b/>
        </w:rPr>
        <w:t xml:space="preserve">[1:05:52] </w:t>
      </w:r>
      <w:r>
        <w:t>kisi sahabi ko khabar thi ke wuzu mein mislan chaar farz hain, yeh 13 sunnatain hain aur aath mustahabaat. ilm deen ke baray mein fiqh ke eejad kardah is fanni mayar ne baaz auqaat bari napasandeeda cheezain paida kar dein.</w:t>
      </w:r>
    </w:p>
    <w:p>
      <w:pPr>
        <w:jc w:val="right"/>
      </w:pPr>
      <w:r>
        <w:t>کسی صحابی کو خبر تھی کہ وضو میں مثلاً چار فرض ہیں، یہ 13 سنتیں ہیں اور آٹھ مستحبات۔ علم دین کے بارے میں فقہ کے ایجاد کردہ اس فنی معیار نے بعض اوقات بڑی ناپسندیدہ چیزیں پیدا کر دیں۔</w:t>
      </w:r>
    </w:p>
    <w:p>
      <w:r>
        <w:rPr>
          <w:b/>
        </w:rPr>
        <w:t xml:space="preserve">[1:06:08] </w:t>
      </w:r>
      <w:r>
        <w:t>kaha jata hai ke imam abu hanifa ne imam awzai</w:t>
      </w:r>
    </w:p>
    <w:p>
      <w:pPr>
        <w:jc w:val="right"/>
      </w:pPr>
      <w:r>
        <w:t>کہا جاتا ہے کہ امام ابو حنیفہ نے امام اوزاعی</w:t>
      </w:r>
    </w:p>
    <w:p>
      <w:r>
        <w:rPr>
          <w:b/>
        </w:rPr>
        <w:t xml:space="preserve">[1:06:12] </w:t>
      </w:r>
      <w:r>
        <w:t>157 hijri se kaha tha: "lula fazl al sahaba la qultu innal qamah afqahu min abdullah ibn umar."</w:t>
        <w:br/>
        <w:t>hujjatullah safha 327 agar sahabi honay ki fazilat abdullah ibn umar mein na hoti to mein kehta ke alqamah abdullah ibn umar se ziyada fiqeh hain.</w:t>
      </w:r>
    </w:p>
    <w:p>
      <w:pPr>
        <w:jc w:val="right"/>
      </w:pPr>
      <w:r>
        <w:t>157 ہجری سے کہا تھا: "لولا فضل الصحابۃ لقلت ان القمۃ افقہ من عبداللہ ابن عمر۔" حجت اللہ صفحہ 327 اگر صحابی ہونے کی فضیلت عبداللہ ابن عمر میں نہ ہوتی تو میں کہتا کہ القمہ عبداللہ ابن عمر سے زیادہ فقیہ ہیں۔</w:t>
      </w:r>
    </w:p>
    <w:p>
      <w:r>
        <w:rPr>
          <w:b/>
        </w:rPr>
        <w:t xml:space="preserve">[1:06:34] </w:t>
      </w:r>
      <w:r>
        <w:t>imam abu hanifa ke zehn mein yeh baat isi liye aai ke fiqh un ke zamanay mein jis fun ka naam ban gaya tha, us fun mein unhein abdullah ibn umar sahabi alqamah tabi se peechay nazar atay thay.</w:t>
      </w:r>
    </w:p>
    <w:p>
      <w:pPr>
        <w:jc w:val="right"/>
      </w:pPr>
      <w:r>
        <w:t>امام ابو حنیفہ کے ذہن میں یہ بات اسی لیے آئی کہ فقہ ان کے زمانے میں جس فن کا نام بن گیا تھا، اس فن میں انہیں عبداللہ ابن عمر صحابی القمہ تابعی سے پیچھے نظر آتے تھے۔</w:t>
      </w:r>
    </w:p>
    <w:p>
      <w:r>
        <w:rPr>
          <w:b/>
        </w:rPr>
        <w:t xml:space="preserve">[1:06:46] </w:t>
      </w:r>
      <w:r>
        <w:t>baaz auqaat yeh zehn aur bhi ziyada napasandeeda shakal mein zahir hua. dhahhak mushk ko makrooh samajhtay thay. logon ne kaha: "magar ashaab muhammad to mushk ka istemal kartay thay."</w:t>
        <w:br/>
        <w:t>dhahhak ne jawab diya: "hum ashaab muhammad se ziyada jantay hain."</w:t>
      </w:r>
    </w:p>
    <w:p>
      <w:pPr>
        <w:jc w:val="right"/>
      </w:pPr>
      <w:r>
        <w:t>بعض اوقات یہ ذہن اور بھی زیادہ ناپسندیدہ شکل میں ظاہر ہوا۔ ضحاک مشک کو مکروہ سمجھتے تھے۔ لوگوں نے کہا: "مگر اصحاب محمد تو مشک کا استعمال کرتے تھے۔" ضحاک نے جواب دیا: "ہم اصحاب محمد سے زیادہ جانتے ہیں۔"</w:t>
      </w:r>
    </w:p>
    <w:p>
      <w:r>
        <w:rPr>
          <w:b/>
        </w:rPr>
        <w:t xml:space="preserve">[1:07:03] </w:t>
      </w:r>
      <w:r>
        <w:t>nahnu aalam minhum juz dثani 155 sahaba sawalat ka jawab denay se bachnay ki koshish kartay aur naye naye sawalat ki hosla shikni kartay thay.</w:t>
      </w:r>
    </w:p>
    <w:p>
      <w:pPr>
        <w:jc w:val="right"/>
      </w:pPr>
      <w:r>
        <w:t>نحن اعلم منہم جز ثانی 155 صحابہ سوالات کا جواب دینے سے بچنے کی کوشش کرتے اور نئے نئے سوالات کی حوصلہ شکنی کرتے تھے۔</w:t>
      </w:r>
    </w:p>
    <w:p>
      <w:r>
        <w:rPr>
          <w:b/>
        </w:rPr>
        <w:t xml:space="preserve">[1:07:13] </w:t>
      </w:r>
      <w:r>
        <w:t>ab aisay log paida ho gaye jo be baki ke sath naye naye sawalat kar detay. ab aisay log paida ho gaye jo be baki ke sath naye naye sawalat kuredtay aur un ka jawab hasil karnay ki koshish kartay</w:t>
      </w:r>
    </w:p>
    <w:p>
      <w:pPr>
        <w:jc w:val="right"/>
      </w:pPr>
      <w:r>
        <w:t>اب ایسے لوگ پیدا ہوگئے جو بے باکی کے ساتھ نئے نئے سوالات کر دیتے۔ اب ایسے لوگ پیدا ہوگئے جو بے باکی کے ساتھ نئے نئے سوالات کریدتے اور ان کا جواب حاصل کرنے کی کوشش کرت</w:t>
      </w:r>
    </w:p>
    <w:p>
      <w:r>
        <w:rPr>
          <w:b/>
        </w:rPr>
        <w:t xml:space="preserve">[1:07:31] </w:t>
      </w:r>
      <w:r>
        <w:t>hain. misaal ke tor par imam khujandi se poocha, kisi ne poocha ke aik shakhs shafi al mazhab ne aik saal ya do saal ki namaz tark kar di, us ke baad us ne abu hanifa ka mazhab ikhtiyar kar liya to us par kis tarah se qaza wajib hai?</w:t>
      </w:r>
    </w:p>
    <w:p>
      <w:pPr>
        <w:jc w:val="right"/>
      </w:pPr>
      <w:r>
        <w:t>ے۔ مثال کے طور پر امام خجندی سے پوچھا، کسی نے پوچھا کہ ایک شخص شافع المذہب نے ایک سال یا دو سال کی نماز ترک کر دی، اس کے بعد اس نے ابو حنیفہ کا مذہب اختیار کر لیا تو اس پر کس طرح سے قضا واجب ہے؟</w:t>
      </w:r>
    </w:p>
    <w:p>
      <w:r>
        <w:rPr>
          <w:b/>
        </w:rPr>
        <w:t xml:space="preserve">[1:07:49] </w:t>
      </w:r>
      <w:r>
        <w:t>aaya imam shafi ke mazhab ke muwafiq qaza namaz ada karay ya imam abu hanifa ke mazhab ke muwafiq? حجتullah al baligha jild awwal safha 378 is qism ki baatein sahaba ke zamanay mein maadoom theen.</w:t>
      </w:r>
    </w:p>
    <w:p>
      <w:pPr>
        <w:jc w:val="right"/>
      </w:pPr>
      <w:r>
        <w:t>آیا امام شافعی کے مذہب کے موافق قضا نماز ادا کرے یا امام ابو حنیفہ کے مذہب کے موافق؟ حجت اللہ البالغہ جلد اول صفحہ 378 اس قسم کی باتیں صحابہ کے زمانے میں معدوم تھیں۔</w:t>
      </w:r>
    </w:p>
    <w:p>
      <w:r>
        <w:rPr>
          <w:b/>
        </w:rPr>
        <w:t xml:space="preserve">[1:08:05] </w:t>
      </w:r>
      <w:r>
        <w:t>hata ke koi shakhs agar kisi sahabi se aisa sawal karta to woh uska jawab denay ke bajaye us par lanat bhejta ke "kya tum deen muhammadi ko deen yahoodiyat banana chahtay ho</w:t>
      </w:r>
    </w:p>
    <w:p>
      <w:pPr>
        <w:jc w:val="right"/>
      </w:pPr>
      <w:r>
        <w:t>حتی کہ کوئی شخص اگر کسی صحابی سے ایسا سوال کرتا تو وہ اس کا جواب دینے کے بجائے اس پر لعنت بھیجتا کہ "کیا تم دین محمدی کو دین یہودیت بنانا چاہتے ہو</w:t>
      </w:r>
    </w:p>
    <w:p>
      <w:r>
        <w:rPr>
          <w:b/>
        </w:rPr>
        <w:t xml:space="preserve">[1:08:16] </w:t>
      </w:r>
      <w:r>
        <w:t>?" magar baat ko yeh haal hua ke log nihayat dili re ke sath is qism ke sawalat kartay aur jawab denay walay fakhr ke sath un ka jawab detay kyun ke fiqh un ke nazdeek sab se bara ilm tha.</w:t>
      </w:r>
    </w:p>
    <w:p>
      <w:pPr>
        <w:jc w:val="right"/>
      </w:pPr>
      <w:r>
        <w:t>؟" مگر بات کو یہ حال ہوا کہ لوگ نہایت دلیری کے ساتھ اس قسم کے سوالات کرتے اور جواب دینے والے فخر کے ساتھ ان کا جواب دیتے کیونکہ فقہ ان کے نزدیک سب سے بڑا علم تھا۔</w:t>
      </w:r>
    </w:p>
    <w:p>
      <w:r>
        <w:rPr>
          <w:b/>
        </w:rPr>
        <w:t xml:space="preserve">[1:08:30] </w:t>
      </w:r>
      <w:r>
        <w:t>un ke baad aisay log huay jo masail ko bayan karnay mein koi burai mehsoos nahi kartay thay aur fatwa denay se khauf nahi kartay thay. woh kehtay thay ke deen ki buniyad hi fiqh par hai, is liye is ki ishaat zaroor honi chahiye.</w:t>
      </w:r>
    </w:p>
    <w:p>
      <w:pPr>
        <w:jc w:val="right"/>
      </w:pPr>
      <w:r>
        <w:t>ان کے بعد ایسے لوگ ہوئے جو مسائل کو بیان کرنے میں کوئی برائی محسوس نہیں کرتے تھے اور فتوی دینے سے خوف نہیں کرتے تھے۔ وہ کہتے تھے کہ دین کی بنیاد ہی فقہ پر ہے، اس لیے اس کی اشاعت ضرور ہونی چاہیے۔</w:t>
      </w:r>
    </w:p>
    <w:p>
      <w:r>
        <w:rPr>
          <w:b/>
        </w:rPr>
        <w:t xml:space="preserve">[1:08:45] </w:t>
      </w:r>
      <w:r>
        <w:t>hujjatullah al baligha safha 352 yahi woh zamanah hai jabke ashaab hadith aur ashaab raaye yani fuqaha ke darmiyan zabardast ikhtilaf paida hua.</w:t>
      </w:r>
    </w:p>
    <w:p>
      <w:pPr>
        <w:jc w:val="right"/>
      </w:pPr>
      <w:r>
        <w:t>حجت اللہ البالغہ صفحہ 352 یہی وہ زمانہ ہے جبکہ اصحاب حدیث اور اصحاب رائے یعنی فقہاء کے درمیان زبردست اختلاف پیدا ہوا۔</w:t>
      </w:r>
    </w:p>
    <w:p>
      <w:r>
        <w:rPr>
          <w:b/>
        </w:rPr>
        <w:t xml:space="preserve">[1:08:57] </w:t>
      </w:r>
      <w:r>
        <w:t>hazrat abu huraira ki yeh riwayat muhaddiseen ke darmiyan khoob phaili ke nabi sallallahu alaihi wasallam ne farmaya: "yeh ummat kuch zamanay tak kitabullah aur kuch zamanay tak sunnat rasoolullah par chalay gi, phir raaye par amal shuru hoga aur usi waqt se gumrahi mein par jaye gi."</w:t>
      </w:r>
    </w:p>
    <w:p>
      <w:pPr>
        <w:jc w:val="right"/>
      </w:pPr>
      <w:r>
        <w:t>حضرت ابوہریرہ کی یہ روایت محدثین کے درمیان خوب پھیلی کہ نبی صلی اللہ علیہ وسلم نے فرمایا: "یہ امت کچھ زمانے تک کتاب اللہ اور کچھ زمانے تک سنت رسول اللہ پر چلے گی، پھر رائے پر عمل شروع ہوگا اور اسی وقت سے گمراہی میں پڑ جائے گی۔"</w:t>
      </w:r>
    </w:p>
    <w:p>
      <w:r>
        <w:rPr>
          <w:b/>
        </w:rPr>
        <w:t xml:space="preserve">[1:09:15] </w:t>
      </w:r>
      <w:r>
        <w:t>jami bayan al ilm juz sani safha 134 qasim ibn muhammad ne muhammad ibn abubakar ne fiqhi khoj ke khilaf ihtijaj karte hue kaha: "tum aisi baatein daryaft karte ho jin ko hum sahaba se daryaft nahi karte the aur aisi baaton ki tafteesh karte ho jin ki hum tafteesh nahi karte thay." hujjat allah al baligha safha 317</w:t>
      </w:r>
    </w:p>
    <w:p>
      <w:pPr>
        <w:jc w:val="right"/>
      </w:pPr>
      <w:r>
        <w:t>جامع بیان العلم جز ثانی صفحہ 134 قاسم ابن محمد نے محمد ابن ابوبکر نے فقہی خوض کے خلاف احتجاج کرتے ہوئے کہا: "تم ایسی باتیں دریافت کرتے ہو جن کو ہم صحابہ سے دریافت نہیں کرتے تھے اور ایسی باتوں کی تفتیش کرتے ہو جن کی ہم تفتیش نہیں کرتے تھے۔" حجت اللہ البالغہ صفحہ 317</w:t>
      </w:r>
    </w:p>
    <w:p>
      <w:r>
        <w:rPr>
          <w:b/>
        </w:rPr>
        <w:t xml:space="preserve">[1:09:42] </w:t>
      </w:r>
      <w:r>
        <w:t>fiqhi khoj ke nateejay mein jab ibadat ilahi ke aisay aisay ahkam o masail wajood mein aaye jin se ashab rasool allah bhi nawaqif thay to ahl nazar chekh uthay.</w:t>
      </w:r>
    </w:p>
    <w:p>
      <w:pPr>
        <w:jc w:val="right"/>
      </w:pPr>
      <w:r>
        <w:t>فقہی خوض کے نتیجے میں جب عبادت الہی کے ایسے ایسے احکام و مسائل وجود میں آئے جن سے اصحاب رسول اللہ بھی ناواقف تھے تو اہل نظر چیخ اٹھے۔</w:t>
      </w:r>
    </w:p>
    <w:p>
      <w:r>
        <w:rPr>
          <w:b/>
        </w:rPr>
        <w:t xml:space="preserve">[1:09:52] </w:t>
      </w:r>
      <w:r>
        <w:t>baqiyya ibn al walid ka bayan hai ke imam auza'i 157 hijri ne mujh se kaha: "ae baqiyya! ilm wahi hai jo ashab muhammad se pohncha hai aur jo kuch ashab muhammad se nahi pohncha woh ilm hi nahi."</w:t>
      </w:r>
    </w:p>
    <w:p>
      <w:pPr>
        <w:jc w:val="right"/>
      </w:pPr>
      <w:r>
        <w:t>بقیہ ابن الولید کا بیان ہے کہ امام اوزاعی 157 ہجری نے مجھ سے کہا: "اے بقیہ! علم وہی ہے جو اصحاب محمد سے پہنچا ہے اور جو کچھ اصحاب محمد سے نہیں پہنچا وہ علم ہی نہیں۔"</w:t>
      </w:r>
    </w:p>
    <w:p>
      <w:r>
        <w:rPr>
          <w:b/>
        </w:rPr>
        <w:t xml:space="preserve">[1:10:08] </w:t>
      </w:r>
      <w:r>
        <w:t>sani 29 saeed ibn jibr tabai 95 hijri ne jab kaha: "jo baat ashab badr ko nahi maloom woh deen bhi nahi." malumun ya'rifu al badriyyuna falaysa min ad-deen.</w:t>
      </w:r>
    </w:p>
    <w:p>
      <w:pPr>
        <w:jc w:val="right"/>
      </w:pPr>
      <w:r>
        <w:t>ثانی 29 سعید ابن جبر تابعی 95 ہجری نے جب کہا: "جو بات اصحاب بدر کو نہیں معلوم وہ دین بھی نہیں۔" معلم یعرف البدریون فلیس من الدین۔</w:t>
      </w:r>
    </w:p>
    <w:p>
      <w:r>
        <w:rPr>
          <w:b/>
        </w:rPr>
        <w:t xml:space="preserve">[1:10:23] </w:t>
      </w:r>
      <w:r>
        <w:t>97 shu'ara ne is par nazmein likhein. ek sha'ir apni taweel nazm mein kehta hai: "qad naqara al-nas hatta ahdatha bid'an fi ad-deen 9</w:t>
      </w:r>
    </w:p>
    <w:p>
      <w:pPr>
        <w:jc w:val="right"/>
      </w:pPr>
      <w:r>
        <w:t>97 شعراء نے اس پر نظمیں لکھیں۔ ایک شاعر اپنی طویل نظم میں کہتا ہے: "قد نقر الناس حتی احدث بدعا فی الدین 9</w:t>
      </w:r>
    </w:p>
    <w:p>
      <w:r>
        <w:rPr>
          <w:b/>
        </w:rPr>
        <w:t xml:space="preserve">[1:10:35] </w:t>
      </w:r>
      <w:r>
        <w:t>8 logon ne khod khareed ki yahan tak ke deen mein aisi nai cheezein nikalein jinhein peghambar nahi laye thay." abdullah ibn muslima qanbi ka bayan hai ke ek martaba mein imam malik ke paas gaya to dekha ke ro rahe hain.</w:t>
      </w:r>
    </w:p>
    <w:p>
      <w:pPr>
        <w:jc w:val="right"/>
      </w:pPr>
      <w:r>
        <w:t>8 لوگوں نے کھود کرید کی یہاں تک کہ دین میں ایسی نئی چیزیں نکالیں جنہیں پیغمبر نہیں لائے تھے۔" عبداللہ ابن مسلمہ قانبی کا بیان ہے کہ ایک مرتبہ میں امام مالک کے پاس گیا تو دیکھا کہ رو رہے ہیں۔</w:t>
      </w:r>
    </w:p>
    <w:p>
      <w:r>
        <w:rPr>
          <w:b/>
        </w:rPr>
        <w:t xml:space="preserve">[1:10:51] </w:t>
      </w:r>
      <w:r>
        <w:t>mein ne salam kiya, unhon ne jawab to diya magar roty rahe. mein ne kaha: "abu abdullah! kyun aap is qadar ro rahe hain?" farmaya: "mera mamla ab khuda ke hath mein hai, mujh se bohat ziyadati hui.</w:t>
      </w:r>
    </w:p>
    <w:p>
      <w:pPr>
        <w:jc w:val="right"/>
      </w:pPr>
      <w:r>
        <w:t>میں نے سلام کیا، انہوں نے جواب تو دیا مگر روتے رہے۔ میں نے کہا: "ابو عبداللہ! کیوں آپ اس قدر رو رہے ہیں؟" فرمایا: "میرا معاملہ اب خدا کے ہاتھ میں ہے، مجھ سے بہت زیادتی ہوئی۔</w:t>
      </w:r>
    </w:p>
    <w:p>
      <w:r>
        <w:rPr>
          <w:b/>
        </w:rPr>
        <w:t xml:space="preserve">[1:11:05] </w:t>
      </w:r>
      <w:r>
        <w:t>kash is mamle mein mere lafz lafz par ek ek kora mujhe mara jata aur maine apni</w:t>
      </w:r>
    </w:p>
    <w:p>
      <w:pPr>
        <w:jc w:val="right"/>
      </w:pPr>
      <w:r>
        <w:t>کاش اس معاملے میں میرے لفظ لفظ پر ایک ایک کوڑا مجھے مارا جاتا اور میں نے اپنی</w:t>
      </w:r>
    </w:p>
    <w:p>
      <w:r>
        <w:rPr>
          <w:b/>
        </w:rPr>
        <w:t xml:space="preserve">[1:11:10] </w:t>
      </w:r>
      <w:r>
        <w:t>rai se kuch na kaha hota.</w:t>
      </w:r>
    </w:p>
    <w:p>
      <w:pPr>
        <w:jc w:val="right"/>
      </w:pPr>
      <w:r>
        <w:t>رائے سے کچھ نہ کہا ہوتا۔</w:t>
      </w:r>
    </w:p>
    <w:p>
      <w:r>
        <w:rPr>
          <w:b/>
        </w:rPr>
        <w:t xml:space="preserve">[1:11:13] </w:t>
      </w:r>
      <w:r>
        <w:t>itne ziyada fatwe na diye hote."</w:t>
      </w:r>
    </w:p>
    <w:p>
      <w:pPr>
        <w:jc w:val="right"/>
      </w:pPr>
      <w:r>
        <w:t>اتنے زیادہ فتوے نہ دیے ہوتے۔"</w:t>
      </w:r>
    </w:p>
    <w:p>
      <w:r>
        <w:rPr>
          <w:b/>
        </w:rPr>
        <w:t xml:space="preserve">[1:11:15] </w:t>
      </w:r>
      <w:r>
        <w:t>juz sani safha 145</w:t>
      </w:r>
    </w:p>
    <w:p>
      <w:pPr>
        <w:jc w:val="right"/>
      </w:pPr>
      <w:r>
        <w:t>جز ثانی صفحہ 145</w:t>
      </w:r>
    </w:p>
    <w:p>
      <w:r>
        <w:rPr>
          <w:b/>
        </w:rPr>
        <w:t xml:space="preserve">[1:11:20] </w:t>
      </w:r>
      <w:r>
        <w:t>imam malik kehte hain: "agle log jin ko maine dekha, un ka yeh dastoor na tha ke</w:t>
      </w:r>
    </w:p>
    <w:p>
      <w:pPr>
        <w:jc w:val="right"/>
      </w:pPr>
      <w:r>
        <w:t>امام مالک کہتے ہیں: "اگلے لوگ جن کو میں نے دیکھا، ان کا یہ دستور نہ تھا کہ</w:t>
      </w:r>
    </w:p>
    <w:p>
      <w:r>
        <w:rPr>
          <w:b/>
        </w:rPr>
        <w:t xml:space="preserve">[1:11:25] </w:t>
      </w:r>
      <w:r>
        <w:t>be dharaq keh dein: yeh halal hai, woh haram hai."</w:t>
      </w:r>
    </w:p>
    <w:p>
      <w:pPr>
        <w:jc w:val="right"/>
      </w:pPr>
      <w:r>
        <w:t>بے دھڑک کہہ دیں: یہ حلال ہے، وہ حرام ہے۔"</w:t>
      </w:r>
    </w:p>
    <w:p>
      <w:r>
        <w:rPr>
          <w:b/>
        </w:rPr>
        <w:t xml:space="preserve">[1:11:28] </w:t>
      </w:r>
      <w:r>
        <w:t>ma kano yajtaru'una 'ala dhalika wa innama kano yaquluna nakrahu hadha wa narahu hadha hasanan.</w:t>
      </w:r>
    </w:p>
    <w:p>
      <w:pPr>
        <w:jc w:val="right"/>
      </w:pPr>
      <w:r>
        <w:t>ما کانو یجترعون علی ذالک وانما کانو یقولون نکرہھذا ونراھذا حسنا۔</w:t>
      </w:r>
    </w:p>
    <w:p>
      <w:r>
        <w:rPr>
          <w:b/>
        </w:rPr>
        <w:t xml:space="preserve">[1:11:37] </w:t>
      </w:r>
      <w:r>
        <w:t>juz sani safha 146 abdullah ibn muslima qurshi se riwayat hai ke imam malik ne kaha: "yeh mamla barabar ustuwar raha yahan tak ke abu hanifa zahir hue aur musalmanon mein rai ko riwaj de gaye." khalid khalid ibn nizar ne imam malik ka yeh qaul naqal kiya hai ke abu hanifa talwar le kar is ummat par toot padte</w:t>
      </w:r>
    </w:p>
    <w:p>
      <w:pPr>
        <w:jc w:val="right"/>
      </w:pPr>
      <w:r>
        <w:t>جز ثانی صفحہ 146 عبداللہ ابن مسلمہ قرشی سے روایت ہے کہ امام مالک نے کہا: "یہ معاملہ برابر استوار رہا یہاں تک کہ ابو حنیفہ ظاہر ہوئے اور مسلمانوں میں رائے کو رواج دے گئے۔" خالد خالد ابن نزار نے امام مالک کا یہ قول نقل کیا ہے کہ ابو حنیفہ تلوار لے اس امت پر ٹوٹ پڑتے</w:t>
      </w:r>
    </w:p>
    <w:p>
      <w:r>
        <w:rPr>
          <w:b/>
        </w:rPr>
        <w:t xml:space="preserve">[1:12:02] </w:t>
      </w:r>
      <w:r>
        <w:t>to itna nuqsan na pohncha sakte jitna apni rai o qiyas se pohncha gaye. ibn uyayna ne kaha: "koofa ka mamla durust raha yahan tak ke abu abu hanifa ka zahoor hua." juz sani safha 147</w:t>
      </w:r>
    </w:p>
    <w:p>
      <w:pPr>
        <w:jc w:val="right"/>
      </w:pPr>
      <w:r>
        <w:t>تو اتنا نقصان نہ پہنچا سکتے جتنا اپنی رائے و قیاس سے پہنچا گئے۔ ابن عینہ نے کہا: "کوفہ کا معاملہ درست رہا یہاں تک کہ ابو ابو حنیفہ کا ظہور ہوا۔" جز ثانی صفحہ 147</w:t>
      </w:r>
    </w:p>
    <w:p>
      <w:r>
        <w:rPr>
          <w:b/>
        </w:rPr>
        <w:t xml:space="preserve">[1:12:20] </w:t>
      </w:r>
      <w:r>
        <w:t>imam abu yusuf 182 hijri ne jab abbasi saltanat mein qanoon ka uhda sambhala to fiqh ke phailao ke liye ek madi muharrik bhi paida ho gaya.</w:t>
      </w:r>
    </w:p>
    <w:p>
      <w:pPr>
        <w:jc w:val="right"/>
      </w:pPr>
      <w:r>
        <w:t>امام ابو یوسف 182 ہجری نے جب عباسی سلطنت میں قانون کا عہدہ سنبھالا تو فقہ کے پھیلاؤ کے لیے ایک مادی محرک بھی پیدا ہوگیا۔</w:t>
      </w:r>
    </w:p>
    <w:p>
      <w:r>
        <w:rPr>
          <w:b/>
        </w:rPr>
        <w:t xml:space="preserve">[1:12:33] </w:t>
      </w:r>
      <w:r>
        <w:t>imam abu hanifa ke shagirdon mein sab se mashhoor imam abu yusuf hain. woh haroon rasheed ke ahad mein qazi al quzzat muqarrar kiye gaye.</w:t>
      </w:r>
    </w:p>
    <w:p>
      <w:pPr>
        <w:jc w:val="right"/>
      </w:pPr>
      <w:r>
        <w:t>امام ابو حنیفہ کے شاگردوں میں سب سے مشہور امام ابو یوسف ہیں۔ وہ ہارون رشید کے عہد میں قاضی القضات مقرر کیے گئے۔</w:t>
      </w:r>
    </w:p>
    <w:p>
      <w:r>
        <w:rPr>
          <w:b/>
        </w:rPr>
        <w:t xml:space="preserve">[1:12:42] </w:t>
      </w:r>
      <w:r>
        <w:t>pas woh imam abu hanifa ke mazhab ki shohrat ka aur atraf iraq, khurasan aur mawara al nahr mein mamool bhi hone ka sabab ban gaye.</w:t>
      </w:r>
    </w:p>
    <w:p>
      <w:pPr>
        <w:jc w:val="right"/>
      </w:pPr>
      <w:r>
        <w:t>پس وہ امام ابو حنیفہ کے مذہب کی شہرت کا اور اطراف عراق، خراسان اور ماوراء النہر میں معمول بھی ہونے کا سبب بن گئے۔</w:t>
      </w:r>
    </w:p>
    <w:p>
      <w:r>
        <w:rPr>
          <w:b/>
        </w:rPr>
        <w:t xml:space="preserve">[1:12:51] </w:t>
      </w:r>
      <w:r>
        <w:t>hujjat allah al baligha safha 334 imam abu yusuf ko islam mein sab se pehle qazi al quzzat kaha gaya. woh teen abbasi khulafa mahdi, hadi aur haroon al rasheed ke zamanay mein qazi ke mansab par faiz rahe.</w:t>
      </w:r>
    </w:p>
    <w:p>
      <w:pPr>
        <w:jc w:val="right"/>
      </w:pPr>
      <w:r>
        <w:t>حجت اللہ البالغہ صفحہ 334 امام ابو یوسف کو اسلام میں سب سے پہلے قاضی القضات کہا گیا۔ وہ تین عباسی خلفاء مہدی، ہادی اور ہارون الرشید کے زمانے میں قاضی کے منصب پر فائز رہے۔</w:t>
      </w:r>
    </w:p>
    <w:p>
      <w:r>
        <w:rPr>
          <w:b/>
        </w:rPr>
        <w:t xml:space="preserve">[1:13:07] </w:t>
      </w:r>
      <w:r>
        <w:t>is zamanay ke lihaz se un ka uhda ba'iq waqt chief justice aur wazir qanoon dono ka tha. chunancha poori hukoomat islami mein fiqh, khaas tor par fiqh hanfi ko khoob tarraqi hui.</w:t>
      </w:r>
    </w:p>
    <w:p>
      <w:pPr>
        <w:jc w:val="right"/>
      </w:pPr>
      <w:r>
        <w:t>اس زمانے کے لحاظ سے ان کا عہدہ بیک وقت چیف جسٹس اور وزیر قانون دونوں کا تھا۔ چنانچہ پوری حکومت اسلامی میں فقہ، خاص طور پر فقہ حنفی کو خوب ترقی ہوئی۔</w:t>
      </w:r>
    </w:p>
    <w:p>
      <w:r>
        <w:rPr>
          <w:b/>
        </w:rPr>
        <w:t xml:space="preserve">[1:13:19] </w:t>
      </w:r>
      <w:r>
        <w:t>nobat yahan tak pohnchi ke log hukoomat ke uhdon ke liye fiqh mein maharat hasil karne lage.</w:t>
      </w:r>
    </w:p>
    <w:p>
      <w:pPr>
        <w:jc w:val="right"/>
      </w:pPr>
      <w:r>
        <w:t>نوبت یہاں تک پہنچی کہ لوگ حکومت کے عہدوں کے لیے فقہ میں مہارت حاصل کرنے لگے۔</w:t>
      </w:r>
    </w:p>
    <w:p>
      <w:r>
        <w:rPr>
          <w:b/>
        </w:rPr>
        <w:t xml:space="preserve">[1:13:26] </w:t>
      </w:r>
      <w:r>
        <w:t>mahmood waraq 845 isvi ki ek taweel nazm ke chand ash'ar yeh hain: jami' bayan al ilm wa fazli juz awwal safha 166: "rakibu al marakiba wa'gtadaw zumaran ila bab al khaleefa subah hui aur sawar ho kar khalifa ki deori ki taraf daure.</w:t>
      </w:r>
    </w:p>
    <w:p>
      <w:pPr>
        <w:jc w:val="right"/>
      </w:pPr>
      <w:r>
        <w:t>محمود وراق 845 عیسوی کی ایک طویل نظم کے چند شعر یہ ہیں: جامع بیان العلم وفضلی جز اول صفحہ 166: "رکبوا المراکب واغتدوا زمرا الی باب الخلیفہ صبح ہوئی اور سوار ہو کر خلیفہ کی دیوڑی کی طرف دوڑے۔"</w:t>
      </w:r>
    </w:p>
    <w:p>
      <w:r>
        <w:rPr>
          <w:b/>
        </w:rPr>
        <w:t xml:space="preserve">[1:13:48] </w:t>
      </w:r>
      <w:r>
        <w:t>wasala al bukuru ila al rawahi li yuballighu al rutba al sharifa oonche uhdon ki talab mein raat din ek kar dete hain.</w:t>
      </w:r>
    </w:p>
    <w:p>
      <w:pPr>
        <w:jc w:val="right"/>
      </w:pPr>
      <w:r>
        <w:t>وصل البکور الی الرواح لیبلغوا الرتبہ الشریفہ اونچے عہدوں کی طلب میں رات دن ایک کر دیتے ہیں۔</w:t>
      </w:r>
    </w:p>
    <w:p>
      <w:r>
        <w:rPr>
          <w:b/>
        </w:rPr>
        <w:t xml:space="preserve">[1:13:58] </w:t>
      </w:r>
      <w:r>
        <w:t>dhqat qubur al qawmi wa tas'at qusuruhum al manifa un ki qabrein to tang ho chuki hain magar oonche mahal khoob wasee hain.</w:t>
      </w:r>
    </w:p>
    <w:p>
      <w:pPr>
        <w:jc w:val="right"/>
      </w:pPr>
      <w:r>
        <w:t>ذاقت قبور القوم وتسعت قصورہم المنیفہ ان کی قبریں تو تنگ ہو چکی ہیں مگر اونچے محل خوب وسیع ہیں۔</w:t>
      </w:r>
    </w:p>
    <w:p>
      <w:r>
        <w:rPr>
          <w:b/>
        </w:rPr>
        <w:t xml:space="preserve">[1:14:08] </w:t>
      </w:r>
      <w:r>
        <w:t>muttafiq jami' al hadith ila qiyas abi hanifa</w:t>
      </w:r>
    </w:p>
    <w:p>
      <w:pPr>
        <w:jc w:val="right"/>
      </w:pPr>
      <w:r>
        <w:t>متفقہ جمع الحدیث الی قیاس ابی حنیفہ</w:t>
      </w:r>
    </w:p>
    <w:p>
      <w:r>
        <w:rPr>
          <w:b/>
        </w:rPr>
        <w:t xml:space="preserve">[1:14:14] </w:t>
      </w:r>
      <w:r>
        <w:t>muttafiq hain unhon ne ahadith ko qiyas abu hanifa ke mutabiq kar liya hai.</w:t>
      </w:r>
    </w:p>
    <w:p>
      <w:pPr>
        <w:jc w:val="right"/>
      </w:pPr>
      <w:r>
        <w:t>متفقہ ہیں انہوں نے احادیث کو قیاس ابو حنیفہ کے مطابق کر لیا ہے۔</w:t>
      </w:r>
    </w:p>
    <w:p>
      <w:r>
        <w:rPr>
          <w:b/>
        </w:rPr>
        <w:t xml:space="preserve">[1:14:22] </w:t>
      </w:r>
      <w:r>
        <w:t>is mein koi shakk nahi ke mazahib fiqh ke ibtidai baniyon ke zehn mein har giz woh tafreeqi shiddat na thi jo baat ko wuqoo mein aayi magar yeh bhi ek waqia hai ke ibadati fiqh ko mukhtalif mazahib mein taqseem karne ka koi doosra nateeja bhi nikal na sakta tha.</w:t>
      </w:r>
    </w:p>
    <w:p>
      <w:pPr>
        <w:jc w:val="right"/>
      </w:pPr>
      <w:r>
        <w:t>اس میں کوئی شک نہیں کہ مذاہب فقہ کے ابتدائی بانیوں کے ذہن میں ہرگز وہ تفریقی شدت نہ تھی جو بات کو وقوع میں آئی مگر یہ بھی ایک واقعہ ہے کہ عبادتی فقہ کو مختلف مذاہب میں تقسیم کرنے کا کوئی دوسرا نتیجہ بھی نکل نہ سکتا تھا۔</w:t>
      </w:r>
    </w:p>
    <w:p>
      <w:r>
        <w:rPr>
          <w:b/>
        </w:rPr>
        <w:t xml:space="preserve">[1:14:39] </w:t>
      </w:r>
      <w:r>
        <w:t>sari tareekh batati ke ma ba'd taba'i'i umoor mein doosre lafzon mein woh umoor jin ki sadaqat ko aqli taur par jaancha na ja sakta ho insan be had hassas waqe hua hai.</w:t>
      </w:r>
    </w:p>
    <w:p>
      <w:pPr>
        <w:jc w:val="right"/>
      </w:pPr>
      <w:r>
        <w:t>ساری تاریخ بتاتی کہ ما بعد طبیعیاتی امور میں دوسرے لفظوں میں وہ امور جن کی صداقت کو عقلی طور پر جانچا نہ جا سکتا ہو انسان بے حد حساس واقع ہوا ہے۔</w:t>
      </w:r>
    </w:p>
    <w:p>
      <w:r>
        <w:rPr>
          <w:b/>
        </w:rPr>
        <w:t xml:space="preserve">[1:14:52] </w:t>
      </w:r>
      <w:r>
        <w:t>is qism ke umoor mein mamooli ikhtilaf bhi do insani girohon ke darmiyan na qabil e uboor deewar khari kar dene ke liye kafi hai. misaal ke taur par qisas ke baray mein imam shafi'i ne surah hajj ki ayat 60 se istidlal kiya hai ke kisi shakhs se qiyas usi khaas dhang par liya jayega jis dhang par us ne zulm kiya ho.</w:t>
      </w:r>
    </w:p>
    <w:p>
      <w:pPr>
        <w:jc w:val="right"/>
      </w:pPr>
      <w:r>
        <w:t>اس قسم کے امور میں معمولی اختلاف بھی دو انسانی گروہوں کے درمیان ناقابل عبور دیوار کھڑی کر دینے کے لیے کافی ہے۔ مثال کے طور پر قصاص کے بارے میں امام شافعی نے سورہ حج کی آیت 60 سے استدلال کیا ہے کہ کسی شخص سے قیاس اسی خاص ڈھنگ پر لیا جائے گا جس ڈھنگ پر اس نے ظلم کیا ہو۔</w:t>
      </w:r>
    </w:p>
    <w:p>
      <w:r>
        <w:rPr>
          <w:b/>
        </w:rPr>
        <w:t xml:space="preserve">[1:15:14] </w:t>
      </w:r>
      <w:r>
        <w:t>misalan kisi ne agar ek aadmi ko pani mein duba kar mara hai to us ko bhi duba kar hi mara jayega. kisi ne aag mein jala kar mara hai to us ko bhi jala kar mara jayega</w:t>
      </w:r>
    </w:p>
    <w:p>
      <w:pPr>
        <w:jc w:val="right"/>
      </w:pPr>
      <w:r>
        <w:t>مثلاً کسی نے اگر ایک آدمی کو پانی میں ڈبا کر مارا ہے تو اس کو بھی ڈبا کر ہی مارا جائے گا۔ کسی نے آگ میں جلا کر مارا ہے تو اس کو بھی جلا کر مارا جائے گا</w:t>
      </w:r>
    </w:p>
    <w:p>
      <w:r>
        <w:rPr>
          <w:b/>
        </w:rPr>
        <w:t xml:space="preserve">[1:15:25] </w:t>
      </w:r>
      <w:r>
        <w:t>magar hanfiya is ke qail nahin. un ka kehna hai ke qatl khwah kisi tareeqay se kiya gaya ho qatil se qisas ek hi maroof tareeqay par liya jayega.</w:t>
      </w:r>
    </w:p>
    <w:p>
      <w:pPr>
        <w:jc w:val="right"/>
      </w:pPr>
      <w:r>
        <w:t>مگر حنفیہ اس کے قائل نہیں۔ ان کا کہنا ہے کہ قتل خواہ کسی طریقے سے کیا گیا ہو قاتل سے قصاص ایک ہی معروف طریقے پر لیا جائے گا۔</w:t>
      </w:r>
    </w:p>
    <w:p>
      <w:r>
        <w:rPr>
          <w:b/>
        </w:rPr>
        <w:t xml:space="preserve">[1:15:37] </w:t>
      </w:r>
      <w:r>
        <w:t>qanoon ke mahireen aur ulama ke darmiyan qanoon ki taabeer mein is qism ke ikhtilafat hamesha hote hain magar yeh ikhtilaf firqabandi aur bahami taassub paida nahin karta.</w:t>
      </w:r>
    </w:p>
    <w:p>
      <w:pPr>
        <w:jc w:val="right"/>
      </w:pPr>
      <w:r>
        <w:t>قانون کے ماہرین اور علماء کے درمیان قانون کی تعبیر میں اس قسم کے اختلافات ہمیشہ ہوتے ہیں مگر یہ اختلاف فرقہ بندی اور باہمی تعصب پیدا نہیں کرتا۔</w:t>
      </w:r>
    </w:p>
    <w:p>
      <w:r>
        <w:rPr>
          <w:b/>
        </w:rPr>
        <w:t xml:space="preserve">[1:15:48] </w:t>
      </w:r>
      <w:r>
        <w:t>is ke</w:t>
      </w:r>
    </w:p>
    <w:p>
      <w:pPr>
        <w:jc w:val="right"/>
      </w:pPr>
      <w:r>
        <w:t>اس کے</w:t>
      </w:r>
    </w:p>
    <w:p>
      <w:r>
        <w:rPr>
          <w:b/>
        </w:rPr>
        <w:t xml:space="preserve">[1:15:49] </w:t>
      </w:r>
      <w:r>
        <w:t>baraks ibadati umoor mein itna sa ikhtilaf bhi ek hi jagah ibadatgahain banwa deta hai ke namaz bajamat ke liye takbeer kahi jaye to muqtadiyon ko shuru hi mein saf banakar khara ho jana chahiye ya us waqt jab mukabir qad qamat al-salat kahe.</w:t>
      </w:r>
    </w:p>
    <w:p>
      <w:pPr>
        <w:jc w:val="right"/>
      </w:pPr>
      <w:r>
        <w:t>برعکس عباداتی امور میں اتنا سا اختلاف بھی ایک ہی جگہ عبادت گاہیں بنوا دیتا ہے کہ نماز باجماعت کے لیے تکبیر کہی جائے تو مقتدیوں کو شروع ہی میں صف بنا کر کھڑا ہو جانا چاہیے یا اس وقت جب مکبر قد قامت الصلاۃ کہے۔</w:t>
      </w:r>
    </w:p>
    <w:p>
      <w:r>
        <w:rPr>
          <w:b/>
        </w:rPr>
        <w:t xml:space="preserve">[1:16:06] </w:t>
      </w:r>
      <w:r>
        <w:t>isi liye kaha gaya hai: "al-khilaf fi al-deen yantij min al-khusumat akthar mimma yantij al-khilaf fi al-siyasah"</w:t>
      </w:r>
    </w:p>
    <w:p>
      <w:pPr>
        <w:jc w:val="right"/>
      </w:pPr>
      <w:r>
        <w:t>اسی لیے کہا گیا ہے: "الخلاف فی الدینینتیج من الخصومت اکثر مماینتیج الخلاف فی السیاسہ"</w:t>
      </w:r>
    </w:p>
    <w:p>
      <w:r>
        <w:rPr>
          <w:b/>
        </w:rPr>
        <w:t xml:space="preserve">[1:16:15] </w:t>
      </w:r>
      <w:r>
        <w:t>yeh kehna mubalgha na hoga ke musalmanon mein bahami ikhtilaf ki wahid sab se bari wajah woh ibadati ikhtilaf hai jis ko alag alag fiqh ki shakal mein murattab kiya gaya.</w:t>
      </w:r>
    </w:p>
    <w:p>
      <w:pPr>
        <w:jc w:val="right"/>
      </w:pPr>
      <w:r>
        <w:t>یہ کہنا مبالغہ نہ ہوگا کہ مسلمانوں میں باہمی اختلاف کی واحد سب سے بڑی وجہ وہ عبادتی اختلاف ہے جس کو الگ الگ فقہ کی شکل میں مرتب کیا گیا۔</w:t>
      </w:r>
    </w:p>
    <w:p>
      <w:r>
        <w:rPr>
          <w:b/>
        </w:rPr>
        <w:t xml:space="preserve">[1:16:27] </w:t>
      </w:r>
      <w:r>
        <w:t>halankeh yeh ikhtilaf jo haqeeqatan intehai zimni tha ba-e'tebar haqeeqat koi ahmiyat na rakhta tha. woh cheez jis ko fuqaha muta'ariz riwayat mein tarjeeh ya afzaliyat talash karna ke</w:t>
      </w:r>
    </w:p>
    <w:p>
      <w:pPr>
        <w:jc w:val="right"/>
      </w:pPr>
      <w:r>
        <w:t>حالانکہ یہ اختلاف جو حقیقتاً انتہائی ضمنی تھا باعتبار حقیقت کوئی اہمیت نہ رکھتا تھا۔ وہ چیز جس کو فقہاء متعارض روایتوں میں ترجیح یا افضلیت تلاش کرنا کہ</w:t>
      </w:r>
    </w:p>
    <w:p>
      <w:r>
        <w:rPr>
          <w:b/>
        </w:rPr>
        <w:t xml:space="preserve">[1:16:39] </w:t>
      </w:r>
      <w:r>
        <w:t>te hain ibadati umoor mein aksar auqat ghair zaroori hota hai kyunke yeh ta'aruz haqeeqatan ibadat ki zimni shakalon mein tanawwu ki tasdeeq karta hai na ke ikhtilaf ko batata hai jis ko khatam karne ke liye kisi ilmi mushaqqat ki zaroorat ho.</w:t>
      </w:r>
    </w:p>
    <w:p>
      <w:pPr>
        <w:jc w:val="right"/>
      </w:pPr>
      <w:r>
        <w:t>تے ہیں عباداتی امور میں اکثر اوقات غیر ضروری ہوتا ہے کیونکہ یہ تعارض حقیقتاً عبادت کی ضمنی شکلوں میں تنوع کی تصدیق کرتا ہے نہ کہ اختلاف کو بتاتا ہے جس کو ختم کرنے کے لیے کسی علمی مشقت کی ضرورت ہو۔</w:t>
      </w:r>
    </w:p>
    <w:p>
      <w:r>
        <w:rPr>
          <w:b/>
        </w:rPr>
        <w:t xml:space="preserve">[1:16:54] </w:t>
      </w:r>
      <w:r>
        <w:t>isi ke sath ek nuqsan aur bhi hua in juziyat ya doosre lafzon mein takmeeli ahkam ki ahmiyat ibtidai fuqaha ke nazdeek agarche is se zyada na thi ke awam ko ek bana banaya mukammal dhancha de diya jaye taake woh ba-asani in ibadati ko ada kar sakain magar yahan bhi insan ki tareekhi kamzori un ke masoom iradon par ghalib aa gayi.</w:t>
      </w:r>
    </w:p>
    <w:p>
      <w:pPr>
        <w:jc w:val="right"/>
      </w:pPr>
      <w:r>
        <w:t>اسی کے ساتھ ایک نقصان اور بھی ہوا ان جزئیات یا دوسرے لفظوں میں تکمیلی احکام کی اہمیت ابتدائی فقہاء کے نزدیک اگرچہ اس سے زیادہ نہ تھی کہ عوام کو ایک بنا بنایا مکمل ڈھانچہ دے دیا جائے تاکہ وہ باسانی ان عبادات کو ادا کر سکیں مگر یہاں بھی انسان کی تاریخی کمزوری ان کے معصوم ارادوں پر غالب آ گئی۔</w:t>
      </w:r>
    </w:p>
    <w:p>
      <w:r>
        <w:rPr>
          <w:b/>
        </w:rPr>
        <w:t xml:space="preserve">[1:17:18] </w:t>
      </w:r>
      <w:r>
        <w:t>logon ne yeh samjha ke ibadat ek intehai muqarrar amal ko yaksaaniyat ke sath dohrane ka naam hai. is tarah agarche e'teqadi taur par nahin magar amli taur par haqeeqat ibadat ke bajaye shakal ibadat logon ka maqsood ban gaya.</w:t>
      </w:r>
    </w:p>
    <w:p>
      <w:pPr>
        <w:jc w:val="right"/>
      </w:pPr>
      <w:r>
        <w:t>لوگوں نے یہ سمجھا کہ عبادت ایک انتہائی مقررہ عمل کو یکسانیت کے ساتھ دہرانے کا نام ہے۔ اس طرح اگرچہ اعتقادی طور پر نہیں مگر عملی طور پر حقیقت عبادت کے بجائے شکل عبادت لوگوں کا مقصود بن گیا۔</w:t>
      </w:r>
    </w:p>
    <w:p>
      <w:r>
        <w:rPr>
          <w:b/>
        </w:rPr>
        <w:t xml:space="preserve">[1:17:33] </w:t>
      </w:r>
      <w:r>
        <w:t>mojudah ibadati fiqh ne is tarah ba'e'k waqt musalmanon ko do tohfe diye hain: ek ikhtilaf doosre mazhabi jamood. ahl-e-hadith ka giroh isi fiqhi kharabi ko khatam karne ke liye wajood mein aaya tha magar woh khud ek shadeed tar qism ka fiqhi giroh paida karne ka sabab ban gaya.</w:t>
      </w:r>
    </w:p>
    <w:p>
      <w:pPr>
        <w:jc w:val="right"/>
      </w:pPr>
      <w:r>
        <w:t>موجودہ عبادتی فقہ نے اس طرح بیک وقت مسلمانوں کو دو تحفے دیے ہیں: ایک اختلاف دوسرے مذہبی جمود۔ اہل حدیث کا گروہ اسی فقہی خرابی کو ختم کرنے کے لیے وجود میں آیا تھا مگر وہ خود ایک شدید تر قسم کا فقہی گروہ پیدا کرنے کا سبب بن گیا۔</w:t>
      </w:r>
    </w:p>
    <w:p>
      <w:r>
        <w:rPr>
          <w:b/>
        </w:rPr>
        <w:t xml:space="preserve">[1:17:50] </w:t>
      </w:r>
      <w:r>
        <w:t>is ki wajah yeh hai ke unhon ne bhi wahi ghalti ki jo un ke pesh ro'on ne</w:t>
      </w:r>
    </w:p>
    <w:p>
      <w:pPr>
        <w:jc w:val="right"/>
      </w:pPr>
      <w:r>
        <w:t>اس کی وجہ یہ ہے کہ انہوں نے بھی وہی غلطی کی جو ان کے پیش روؤں نے</w:t>
      </w:r>
    </w:p>
    <w:p>
      <w:r>
        <w:rPr>
          <w:b/>
        </w:rPr>
        <w:t xml:space="preserve">[1:17:54] </w:t>
      </w:r>
      <w:r>
        <w:t>ki thi. amin ahista kahi jaye ya buland awaz se imam ke peeche fateha padhi jaye ya na</w:t>
      </w:r>
    </w:p>
    <w:p>
      <w:pPr>
        <w:jc w:val="right"/>
      </w:pPr>
      <w:r>
        <w:t>کی تھی۔ امین آہستہ کہی جائے یا بلند آواز سے امام کے پیچھے فاتحہ پڑھی جائے یا نہ</w:t>
      </w:r>
    </w:p>
    <w:p>
      <w:r>
        <w:rPr>
          <w:b/>
        </w:rPr>
        <w:t xml:space="preserve">[1:18:00] </w:t>
      </w:r>
      <w:r>
        <w:t>padhi jaye is qism ke zimni furo' jo ibadati af'al ke bare mein riwayat mein milte hain un</w:t>
      </w:r>
    </w:p>
    <w:p>
      <w:pPr>
        <w:jc w:val="right"/>
      </w:pPr>
      <w:r>
        <w:t>پڑھی جائے اس قسم کے ضمنی فروغ جو عبادتی افعال کے بارے میں روایات میں ملتے ہیں ان</w:t>
      </w:r>
    </w:p>
    <w:p>
      <w:r>
        <w:rPr>
          <w:b/>
        </w:rPr>
        <w:t xml:space="preserve">[1:18:07] </w:t>
      </w:r>
      <w:r>
        <w:t>mein se har ek ko tasleem karne ke bajaye woh dobara is koshish mein lag gaye ke ek</w:t>
      </w:r>
    </w:p>
    <w:p>
      <w:pPr>
        <w:jc w:val="right"/>
      </w:pPr>
      <w:r>
        <w:t>میں سے ہر ایک کو تسلیم کرنے کے بجائے وہ دوبارہ اس کوشش میں لگ گئے کہ ایک</w:t>
      </w:r>
    </w:p>
    <w:p>
      <w:r>
        <w:rPr>
          <w:b/>
        </w:rPr>
        <w:t xml:space="preserve">[1:18:12] </w:t>
      </w:r>
      <w:r>
        <w:t>ko rajih qarar de kar baqi ko marjo' sabit karen aur is tarah doosron ke muqabil khud apna</w:t>
      </w:r>
    </w:p>
    <w:p>
      <w:pPr>
        <w:jc w:val="right"/>
      </w:pPr>
      <w:r>
        <w:t>کو راجح قرار دے کر بقیہ کو مرجوع ثابت کریں اور اس طرح دوسروں کے بالمقابل خود اپنا</w:t>
      </w:r>
    </w:p>
    <w:p>
      <w:r>
        <w:rPr>
          <w:b/>
        </w:rPr>
        <w:t xml:space="preserve">[1:18:19] </w:t>
      </w:r>
      <w:r>
        <w:t>ek sahih tar nizam-e-ibadat muqarrar karen.</w:t>
      </w:r>
    </w:p>
    <w:p>
      <w:pPr>
        <w:jc w:val="right"/>
      </w:pPr>
      <w:r>
        <w:t>ایک صحیح تر نظام عبادت مقرر کریں۔</w:t>
      </w:r>
    </w:p>
    <w:p>
      <w:r>
        <w:rPr>
          <w:b/>
        </w:rPr>
        <w:t xml:space="preserve">[1:18:21] </w:t>
      </w:r>
      <w:r>
        <w:t>is qism ki koshish sirf ek naya fiqhi firqa wajood mein la sakti thi aur is ne wahi anjam diya. is surat-e-hal ki islaah ki surat yeh hai ke ibadati fiqh ko muamlti fiqh se alag kar diya jaye jaisa ke woh doosri sadi hijri se pehle tak alag thi.</w:t>
      </w:r>
    </w:p>
    <w:p>
      <w:pPr>
        <w:jc w:val="right"/>
      </w:pPr>
      <w:r>
        <w:t>اس قسم کی کوشش صرف ایک نیا فقہی فرقہ وجود میں لا سکتی تھی اور اس نے وہی انجام دیا۔ اس صورتحال کی اصلاح کی صورت یہ ہے کہ عبادتی فقہ کو معاملاتی فقہ سے الگ کر دیا جائے جیسا کہ وہ دوسری صدی ہجری سے پہلے تک الگ تھی۔</w:t>
      </w:r>
    </w:p>
    <w:p>
      <w:r>
        <w:rPr>
          <w:b/>
        </w:rPr>
        <w:t xml:space="preserve">[1:18:40] </w:t>
      </w:r>
      <w:r>
        <w:t>muamlti fiqh mein ijtihadi tafseelat ya mazeed ta'ayyunat na sirf jaiz balke zaroori hain magar ibadati fiqh ko sirf unhi tareeqon ko jama tartib tak</w:t>
      </w:r>
    </w:p>
    <w:p>
      <w:pPr>
        <w:jc w:val="right"/>
      </w:pPr>
      <w:r>
        <w:t>معاملاتی فقہ میں اجتہادی تفصیلات یا مزید تعینات نہ صرف جائز بلکہ ضروری ہیں مگر عبادتی فقہ کو صرف انہی طریقوں کو جمع ترتیب تک</w:t>
      </w:r>
    </w:p>
    <w:p>
      <w:r>
        <w:rPr>
          <w:b/>
        </w:rPr>
        <w:t xml:space="preserve">[1:18:50] </w:t>
      </w:r>
      <w:r>
        <w:t>jama o tartib tak mehdood rehna chahiye jo sahih riwayat mein maujood hain. yahan na tarjeeh pasandeeda hai na takhreej. jahan ek se zyada tareeqay milen wahan zaroori hawalaat ke sath tamam tareeqon ko riwaj de wahan zaroori hawalaat ke sath tamam tareeqon ko darj kar dena chahiye.</w:t>
      </w:r>
    </w:p>
    <w:p>
      <w:pPr>
        <w:jc w:val="right"/>
      </w:pPr>
      <w:r>
        <w:t>جمع و ترتیب تک محدود رہنا چاہیے جو صحیح روایات میں موجود ہیں۔ یہاں نہ ترجیح پسندیدہ ہے نہ تخریج۔ جہاں ایک سے زیادہ طریقے ملیں وہاں ضروری حوالوں کے ساتھ تمام طریقوں کو رواج دے وہاں ضروری حوالوں کے ساتھ تمام طریقوں کو درج کر دینا چاہیے۔</w:t>
      </w:r>
    </w:p>
    <w:p>
      <w:r>
        <w:rPr>
          <w:b/>
        </w:rPr>
        <w:t xml:space="preserve">[1:19:10] </w:t>
      </w:r>
      <w:r>
        <w:t>jahan ek se zyada tareeqay milen wahan zaroori hawalaat ke sath tamam tareeqon ko darj kar dena chahiye</w:t>
      </w:r>
    </w:p>
    <w:p>
      <w:pPr>
        <w:jc w:val="right"/>
      </w:pPr>
      <w:r>
        <w:t>جہاں ایک سے زیادہ طریقے ملیں وہاں ضروری حوالوں کے ساتھ تمام طریقوں کو درج کر دینا چاہیے</w:t>
      </w:r>
    </w:p>
    <w:p>
      <w:r>
        <w:rPr>
          <w:b/>
        </w:rPr>
        <w:t xml:space="preserve">[1:19:17] </w:t>
      </w:r>
      <w:r>
        <w:t>bajaye is ke ke ek ko rajeh aur doosre ko marjooh sabit karne ki koshish ki jaye. khaleefa haroon rasheed ne ek bar irada kiya ke tamam logon ko hukum de diya jaye ke woh masail mein sirf imam malik ki fiqhi raiyon par amal karen.</w:t>
      </w:r>
    </w:p>
    <w:p>
      <w:pPr>
        <w:jc w:val="right"/>
      </w:pPr>
      <w:r>
        <w:t>بجائے اس کے کہ ایک کو راجح اور دوسرے کو مرجوع ثابت کرنے کی کوشش کی جائے۔ خلیفہ ہارون رشید نے ایک بار ارادہ کیا کہ تمام لوگوں کو حکم دے دیا جائے کہ وہ مسائل میں صرف امام مالک کی فقہی رائیوں پر عمل کریں۔</w:t>
      </w:r>
    </w:p>
    <w:p>
      <w:r>
        <w:rPr>
          <w:b/>
        </w:rPr>
        <w:t xml:space="preserve">[1:19:32] </w:t>
      </w:r>
      <w:r>
        <w:t>imam moosuf ne khaleefa ko rok diya aur farmaya ke aisa na karo kyunke rasool Allah sal Allah alayhi wa sallam ke ashaab furuaat mein mukhtalif hue hain.</w:t>
      </w:r>
    </w:p>
    <w:p>
      <w:pPr>
        <w:jc w:val="right"/>
      </w:pPr>
      <w:r>
        <w:t>امام موصوف نے خلیفہ کو روک دیا اور فرمایا کہ ایسا نہ کرو کیونکہ رسول اللہ صلی اللہ علیہ وسلم کے اصحاب فروعات میں مختلف ہوئے ہیں۔</w:t>
      </w:r>
    </w:p>
    <w:p>
      <w:r>
        <w:rPr>
          <w:b/>
        </w:rPr>
        <w:t xml:space="preserve">[1:19:42] </w:t>
      </w:r>
      <w:r>
        <w:t>la taf'al fa'inna ashab rasool Allah sal Allah alayhi wa sallam ikhtalafu fi al-furu' hujjat Allah. faru'i ikhtilaf agar sahaba ke liye ijtima'i ibadat guzari mein ma'ni na tha to hamare liye woh kyun ma'ni ho jayega ke awami zaroorat ke naam par deen mein aise azafe karen jo Khuda aur Rasool ke diye hue tawassu'at ka darwaza band kar de.</w:t>
      </w:r>
    </w:p>
    <w:p>
      <w:pPr>
        <w:jc w:val="right"/>
      </w:pPr>
      <w:r>
        <w:t>لا تفعل فان اصحاب رسول اللہ صلی اللہ علیہ وسلم اختلفوا فی الفروع حجت اللہ۔ فروعی اختلاف اگر صحابہ کے لیے اجتماعی عبادت گزاری میں معنی نہ تھا تو ہمارے لیے وہ کیوں معنی ہو جائے گا کہ عوامی ضرورت کے نام پر دین میں ایسے اضافے کریں جو خدا اور رسول کے دیے ہوئے توسعات کا دروازہ بند کر دے۔</w:t>
      </w:r>
    </w:p>
    <w:p>
      <w:r>
        <w:rPr>
          <w:b/>
        </w:rPr>
        <w:t xml:space="preserve">[1:20:04] </w:t>
      </w:r>
      <w:r>
        <w:t>is</w:t>
      </w:r>
    </w:p>
    <w:p>
      <w:pPr>
        <w:jc w:val="right"/>
      </w:pPr>
      <w:r>
        <w:t>اس</w:t>
      </w:r>
    </w:p>
    <w:p>
      <w:r>
        <w:rPr>
          <w:b/>
        </w:rPr>
        <w:t xml:space="preserve">[1:20:05] </w:t>
      </w:r>
      <w:r>
        <w:t>ka ghair matloob hona is tareekhi waqe'ay se sabit hai ke in ikhtilafat ke bawajood sahaba ka yeh haal tha ke woh bunyad marsoos bunyad marsoos surah al-saff banay hue thay aur jab ikhtilafat ko khatam kar ke yaksaan ibadati nizam banaya gaya to ummat mein aisa ikhtilaf pada ke aaj tak khatam na hua.</w:t>
      </w:r>
    </w:p>
    <w:p>
      <w:pPr>
        <w:jc w:val="right"/>
      </w:pPr>
      <w:r>
        <w:t>کا غیر مطلوب ہونا اس تاریخی واقعے سے ثابت ہے کہ ان اختلافات کے باوجود صحابہ کا یہ حال تھا کہ وہ بنیاد مرصوص بنیاد مرصوص سورہ الصف بنے ہوئے تھے اور جب اختلافات کو ختم کر کے یکساں عبادتی نظام بنایا گیا تو امت میں ایسا اختلاف پڑا کہ اج تک ختم نہ ہوا۔</w:t>
      </w:r>
    </w:p>
    <w:p>
      <w:r>
        <w:rPr>
          <w:b/>
        </w:rPr>
        <w:t xml:space="preserve">[1:20:24] </w:t>
      </w:r>
      <w:r>
        <w:t>doosri intehai zaroori cheez madaris-e-deenia mein taleem ke mojudah nahj ki tabdeeli hai. is burai ko ummat ke andar musalsal baqi rakhne ka wahid mu'assir aamil yahi idarah hai.</w:t>
      </w:r>
    </w:p>
    <w:p>
      <w:pPr>
        <w:jc w:val="right"/>
      </w:pPr>
      <w:r>
        <w:t>دوسری انتہائی ضروری چیز مدارس دینیہ میں تعلیم کے موجودہ نہج کی تبدیلی ہے۔ اس برائی کو امت کے اندر مسلسل باقی رکھنے کا واحد مؤثر عامل یہی ادارہ ہے۔</w:t>
      </w:r>
    </w:p>
    <w:p>
      <w:r>
        <w:rPr>
          <w:b/>
        </w:rPr>
        <w:t xml:space="preserve">[1:20:36] </w:t>
      </w:r>
      <w:r>
        <w:t>hamare dar-ul-uloom mojudah halaat mein sirf is baat ka zariya ban gaye hain ke apne مخصوص fiqhi maslak ko Quran o Sunnat ke mutabiq sabit kar kar dikhaen.</w:t>
      </w:r>
    </w:p>
    <w:p>
      <w:pPr>
        <w:jc w:val="right"/>
      </w:pPr>
      <w:r>
        <w:t>ہمارے دارالعلوم موجودہ حالات میں صرف اس بات کا ذریعہ بن گئے ہیں کہ اپنے مخصوص فقہی مسلک کو قران و سنت کے مطابق ثابت کر کر دکھائیں۔</w:t>
      </w:r>
    </w:p>
    <w:p>
      <w:r>
        <w:rPr>
          <w:b/>
        </w:rPr>
        <w:t xml:space="preserve">[1:20:46] </w:t>
      </w:r>
      <w:r>
        <w:t>1330 hijri mein rasheed raza misri hindustan aaye thay. is silsile mein woh dar-ul-uloom deoband bhi gaye. wahan un ke khair maqdam ke liye ek jalsa hua.</w:t>
      </w:r>
    </w:p>
    <w:p>
      <w:pPr>
        <w:jc w:val="right"/>
      </w:pPr>
      <w:r>
        <w:t>1330 ہجری میں رشید رضا مصری ہندوستان آئے تھے۔ اس سلسلے میں وہ دارالعلوم دیوبند بھی گئے۔ وہاں ان کے خیر مقدم کے لیے ایک جلسہ ہوا۔</w:t>
      </w:r>
    </w:p>
    <w:p>
      <w:r>
        <w:rPr>
          <w:b/>
        </w:rPr>
        <w:t xml:space="preserve">[1:20:56] </w:t>
      </w:r>
      <w:r>
        <w:t>is mauqe par moosuf ne dar-ul-uloom ke ek ustad se poocha ke yahan hadith ke dars ka tareeqa kya hai. unhon ne bataya ke jab hadith padhi jati hai to muhaddis pehle is ke ilmi nikat ko bayan karta hai.</w:t>
      </w:r>
    </w:p>
    <w:p>
      <w:pPr>
        <w:jc w:val="right"/>
      </w:pPr>
      <w:r>
        <w:t>اس موقع پر موصوف نے دارالعلوم کے ایک استاد سے پوچھا کہ یہاں حدیث کے درس کا طریقہ کیا ہے۔ انہوں نے بتایا کہ جب حدیث پڑھی جاتی ہے تو محدث پہلے اس کے علمی نکات کو بیان کرتا ہے۔</w:t>
      </w:r>
    </w:p>
    <w:p>
      <w:r>
        <w:rPr>
          <w:b/>
        </w:rPr>
        <w:t xml:space="preserve">[1:21:10] </w:t>
      </w:r>
      <w:r>
        <w:t>agar badar raaye mein hadith imam abu hanifa ke maslak ke khilaf hoti hai to muhaddis hanafi maslak se is ki mutabiqat sabit karta hai.</w:t>
      </w:r>
    </w:p>
    <w:p>
      <w:pPr>
        <w:jc w:val="right"/>
      </w:pPr>
      <w:r>
        <w:t>اگر بادر رائے میں حدیث امام ابو حنیفہ کے مسلک کے خلاف ہوتی ہے تو محدث حنفی مسلک سے اس کی مطابقت ثابت کرتا ہے۔</w:t>
      </w:r>
    </w:p>
    <w:p>
      <w:r>
        <w:rPr>
          <w:b/>
        </w:rPr>
        <w:t xml:space="preserve">[1:21:19] </w:t>
      </w:r>
      <w:r>
        <w:t>rashid raza ne yeh sun kar kaha kya yahi tamam ahadees mein hota hai? Kaha gaya haan. Unhein yeh baat bohat ajeeb maloom hui.</w:t>
      </w:r>
    </w:p>
    <w:p>
      <w:pPr>
        <w:jc w:val="right"/>
      </w:pPr>
      <w:r>
        <w:t>رشید رضا نے یہ سن کر کہا کیا یہی تمام احادیث میں ہوتا ہے؟ کہا گیا ہاں۔ انہیں یہ بات بہت عجیب معلوم ہوئی۔</w:t>
      </w:r>
    </w:p>
    <w:p>
      <w:r>
        <w:rPr>
          <w:b/>
        </w:rPr>
        <w:t xml:space="preserve">[1:21:28] </w:t>
      </w:r>
      <w:r>
        <w:t>maulana muhammad yusuf naburi 1908 ta 1977 ki riwayat ke mutabiq nafkhah al-anbar safha 7</w:t>
      </w:r>
    </w:p>
    <w:p>
      <w:pPr>
        <w:jc w:val="right"/>
      </w:pPr>
      <w:r>
        <w:t>مولانا محمد یوسف نبوری 1908 تا 1977 کی روایت کے مطابق نفخۃ العنبر صفحہ 7</w:t>
      </w:r>
    </w:p>
    <w:p>
      <w:r>
        <w:rPr>
          <w:b/>
        </w:rPr>
        <w:t xml:space="preserve">[1:21:40] </w:t>
      </w:r>
      <w:r>
        <w:t>1 unhon ne kaha: "hal al-hadith hanafi wa kaifa yumkin dhalik wa hal hadha al-asabiyyah ma laha min sultan?" Kya hadith bhi hanafi hai?</w:t>
      </w:r>
    </w:p>
    <w:p>
      <w:pPr>
        <w:jc w:val="right"/>
      </w:pPr>
      <w:r>
        <w:t>1 انہوں نے کہا: "حل الحدیث حنفی وکيفیمکن ذالک وھلذا الا عصبیۃ ما لہا من سلطان؟" کیا حدیث بھی حنفی ہے؟</w:t>
      </w:r>
    </w:p>
    <w:p>
      <w:r>
        <w:rPr>
          <w:b/>
        </w:rPr>
        <w:t xml:space="preserve">[1:21:52] </w:t>
      </w:r>
      <w:r>
        <w:t>aisa kis tarah ho sakta hai? Yeh to mahaz asabiyyah hai jis ke liye koi daleel nahin. Maulana anwar anwar shah kashmiri is zamane mein darul uloom mein hadith ke ustad thay.</w:t>
      </w:r>
    </w:p>
    <w:p>
      <w:pPr>
        <w:jc w:val="right"/>
      </w:pPr>
      <w:r>
        <w:t>ایسا کس طرح ہو سکتا ہے؟ یہ تو محض عصبیہ ہے جس کے لیے کوئی دلیل نہیں۔ مولانا انور انور شاہ کشمیری اس زمانے میں دارالعلوم میں حدیث کے استاد تھے۔</w:t>
      </w:r>
    </w:p>
    <w:p>
      <w:r>
        <w:rPr>
          <w:b/>
        </w:rPr>
        <w:t xml:space="preserve">[1:22:03] </w:t>
      </w:r>
      <w:r>
        <w:t>unhein yeh khabar pahunchi to unhon ne apni ghair muqaddami unhon ne apni khair muqaddami taqreer mein isi ko apna mozu banaya aur sabit kar diya ke tamam hadiseen fiqh hanafi ke mutabiq hain.</w:t>
      </w:r>
    </w:p>
    <w:p>
      <w:pPr>
        <w:jc w:val="right"/>
      </w:pPr>
      <w:r>
        <w:t>انہیں یہ خبر پہنچی تو انہوں نے اپنی غیر مقدمی انہوں نے اپنی خیر مقدمی تقریر میں اسی کو اپنا موضوع بنایا اور ثابت کر دیا کہ تمام حدیثیں فقہ حنفی کے مطابق ہیں۔</w:t>
      </w:r>
    </w:p>
    <w:p>
      <w:r>
        <w:rPr>
          <w:b/>
        </w:rPr>
        <w:t xml:space="preserve">[1:22:18] </w:t>
      </w:r>
      <w:r>
        <w:t>tahum anwar shah kashmiri 1875 ta 1934 ko aakhir umr mein is tareeq taleem ki khami ka ehsas ho gaya.</w:t>
      </w:r>
    </w:p>
    <w:p>
      <w:pPr>
        <w:jc w:val="right"/>
      </w:pPr>
      <w:r>
        <w:t>تاہم انور شاہ کشمیری 1875 تا 1934 کو اخر عمر میں اس طریق تعلیم کی خامی کا احساس ہو گیا۔</w:t>
      </w:r>
    </w:p>
    <w:p>
      <w:r>
        <w:rPr>
          <w:b/>
        </w:rPr>
        <w:t xml:space="preserve">[1:22:31] </w:t>
      </w:r>
      <w:r>
        <w:t>tahum anwar shah kashmiri 1875 ta 1934 ko aakhir umr mein is tareeq taleem ki khami ka ehsas ho gaya tha.</w:t>
      </w:r>
    </w:p>
    <w:p>
      <w:pPr>
        <w:jc w:val="right"/>
      </w:pPr>
      <w:r>
        <w:t>تاہم انور شاہ کشمیری 1875 تا 1934 کو اخر عمر میں اس طریق تعلیم کی خامی کا احساس ہو گیا تھا۔</w:t>
      </w:r>
    </w:p>
    <w:p>
      <w:r>
        <w:rPr>
          <w:b/>
        </w:rPr>
        <w:t xml:space="preserve">[1:22:42] </w:t>
      </w:r>
      <w:r>
        <w:t>moosuf ke shagird Maulana Mufti Muhammad Shafi 1897 ta 1976</w:t>
      </w:r>
    </w:p>
    <w:p>
      <w:pPr>
        <w:jc w:val="right"/>
      </w:pPr>
      <w:r>
        <w:t>موصوف کے شاگرد مولانا مفتی محمد شفیع 1897 تا 1976</w:t>
      </w:r>
    </w:p>
    <w:p>
      <w:r>
        <w:rPr>
          <w:b/>
        </w:rPr>
        <w:t xml:space="preserve">[1:22:52] </w:t>
      </w:r>
      <w:r>
        <w:t>na qabil naqal hain ke Maulana Kashmiri ne un se kaha: "hamari tamam qad o kawish ka khulasa yeh raha hai ke doosre maslakon par hanfiya ki tarjeeh qaim karein magar kya hasil hai is ka?</w:t>
      </w:r>
    </w:p>
    <w:p>
      <w:pPr>
        <w:jc w:val="right"/>
      </w:pPr>
      <w:r>
        <w:t>ناقابل ناقل ہیں کہ مولانا کشمیری نے ان سے کہا: "ہماری تمام قد و کاوش کا خلاصہ یہ رہا ہے کہ دوسرے مسلکوں پر حنفیہ کی ترجیح قائم کریں مگر کیا حاصل ہے اس کا؟</w:t>
      </w:r>
    </w:p>
    <w:p>
      <w:r>
        <w:rPr>
          <w:b/>
        </w:rPr>
        <w:t xml:space="preserve">[1:23:06] </w:t>
      </w:r>
      <w:r>
        <w:t>is ke siwa kuch nahin ke hum ziyada se ziyada apne maslak ko sawab muhtamal al-khata sabit karein aur doosre maslak ko khata muhtamal al-thawab kahein.</w:t>
      </w:r>
    </w:p>
    <w:p>
      <w:pPr>
        <w:jc w:val="right"/>
      </w:pPr>
      <w:r>
        <w:t>اس کے سوا کچھ نہیں کہ ہم زیادہ سے زیادہ اپنے مسلک کو ثواب محتمل الخطا ثابت کریں اور دوسرے مسلک کو خطا محتمل الثواب کہیں۔</w:t>
      </w:r>
    </w:p>
    <w:p>
      <w:r>
        <w:rPr>
          <w:b/>
        </w:rPr>
        <w:t xml:space="preserve">[1:23:19] </w:t>
      </w:r>
      <w:r>
        <w:t>hum tamam tar tehqeeq o kawish ke baad yahi keh sakte hain ke yeh sahih hai lekin ihtimal maujood hai ke yeh khata ho aur woh khata hai is ihtimal ke sath ke woh sawab ho.</w:t>
      </w:r>
    </w:p>
    <w:p>
      <w:pPr>
        <w:jc w:val="right"/>
      </w:pPr>
      <w:r>
        <w:t>ہم تمام تر تحقیق و کاوش کے بعد یہی کہہ سکتے ہیں کہ یہ صحیح ہے لیکن احتمال موجود ہے کہ یہ خطا ہو اور وہ خطا ہے اس احتمال کے ساتھ کہ وہ ثواب ہو۔</w:t>
      </w:r>
    </w:p>
    <w:p>
      <w:r>
        <w:rPr>
          <w:b/>
        </w:rPr>
        <w:t xml:space="preserve">[1:23:30] </w:t>
      </w:r>
      <w:r>
        <w:t>qabr mein munkar nakeer yeh nahin poochein ge ke rafa yadain haq tha ya tark rafa yadain haq tha? Ameen bil jahr haq thi ya bil sirr haq thi?</w:t>
      </w:r>
    </w:p>
    <w:p>
      <w:pPr>
        <w:jc w:val="right"/>
      </w:pPr>
      <w:r>
        <w:t>قبر میں منکر نکیر یہ نہیں پوچھیں گے کہ رفع دین حق تھا یا ترک رفع دین حق تھا؟ امین بالجہر حق تھی یا بالسر حق تھی؟</w:t>
      </w:r>
    </w:p>
    <w:p>
      <w:r>
        <w:rPr>
          <w:b/>
        </w:rPr>
        <w:t xml:space="preserve">[1:23:39] </w:t>
      </w:r>
      <w:r>
        <w:t>jis cheez ko na dunya mein nikharna hai na mehshar mein is ke peeche parh kar hum ne apni umr zaya kar di aur jo sahih islam ki dawat thi jis ki dawat anbiya کرام le kar aaye thay aaj woh dawat to nahin di ja rahi.</w:t>
      </w:r>
    </w:p>
    <w:p>
      <w:pPr>
        <w:jc w:val="right"/>
      </w:pPr>
      <w:r>
        <w:t>جس چیز کو نہ دنیا میں نکھرنا ہے نہ محشر میں اس کے پیچھے پڑھ کر ہم نے اپنی عمر ضائع کر دی اور جو صحیح اسلام کی دعوت تھی جس کی دعوت انبیاء کرام لے کر آئے تھے اج وہ دعوت تو نہیں دی جا رہی۔</w:t>
      </w:r>
    </w:p>
    <w:p>
      <w:r>
        <w:rPr>
          <w:b/>
        </w:rPr>
        <w:t xml:space="preserve">[1:23:55] </w:t>
      </w:r>
      <w:r>
        <w:t>hum lage hue hain in furui bahason mein</w:t>
      </w:r>
    </w:p>
    <w:p>
      <w:pPr>
        <w:jc w:val="right"/>
      </w:pPr>
      <w:r>
        <w:t>ہم لگے ہوئے ہیں ان فروعی بحثوں میں</w:t>
      </w:r>
    </w:p>
    <w:p>
      <w:r>
        <w:rPr>
          <w:b/>
        </w:rPr>
        <w:t xml:space="preserve">[1:23:58] </w:t>
      </w:r>
      <w:r>
        <w:t>. wahdat-e-ummat safha 20 hamare arabi madaris khwah woh kisi bhi maslak ke tehat qaim hue hon un mein sheikh al-hadith ka mansab isi qism ki fiqhi pehalwani ke liye khaas ho gaya hai.</w:t>
      </w:r>
    </w:p>
    <w:p>
      <w:pPr>
        <w:jc w:val="right"/>
      </w:pPr>
      <w:r>
        <w:t>۔ وحدت امت صفحہ 20 ہمارے عربی مدارس خواہ وہ کسی بھی مسلک کے تحت قائم ہوئے ہوں ان میں شیخ الحدیث کا منصب اسی قسم کی فقہی پہلوانی کے لیے خاص ہو گیا ہے۔</w:t>
      </w:r>
    </w:p>
    <w:p>
      <w:r>
        <w:rPr>
          <w:b/>
        </w:rPr>
        <w:t xml:space="preserve">[1:24:11] </w:t>
      </w:r>
      <w:r>
        <w:t>yahan aise log paida hote hain jo bazahir aalim-e-deen ki sanad le kar niklte hain magar haqiqatan woh aalim-e-ikhtilaf hotay hain.</w:t>
      </w:r>
    </w:p>
    <w:p>
      <w:pPr>
        <w:jc w:val="right"/>
      </w:pPr>
      <w:r>
        <w:t>یہاں ایسے لوگ پیدا ہوتے ہیں جو بظاہر عالم دین کی سند لے کر نکلتے ہیں مگر حقیقتاً وہ عالم اختلاف ہوتے ہیں۔</w:t>
      </w:r>
    </w:p>
    <w:p>
      <w:r>
        <w:rPr>
          <w:b/>
        </w:rPr>
        <w:t xml:space="preserve">[1:24:20] </w:t>
      </w:r>
      <w:r>
        <w:t>woh ilm-e-deen ka kamal yeh samajhte hain ke doosre fiqhi mazahib ke muqable mein apni fiqh ko sahih sabit kar dikhayein.</w:t>
      </w:r>
    </w:p>
    <w:p>
      <w:pPr>
        <w:jc w:val="right"/>
      </w:pPr>
      <w:r>
        <w:t>وہ علم دین کا کمال یہ سمجھتے ہیں کہ دوسرے فقہی مذاہب کے مقابلے میں اپنی فقہ کو صحیح ثابت کر دکھائیں۔</w:t>
      </w:r>
    </w:p>
    <w:p>
      <w:r>
        <w:rPr>
          <w:b/>
        </w:rPr>
        <w:t xml:space="preserve">[1:24:28] </w:t>
      </w:r>
      <w:r>
        <w:t>woh chhote chhote deeni furu ko le kar un ki buniyad par akhare qaim karte hain aur sari ummat ko aise jadal o niza mein uljha dete hain jo kabhi khatam hone wala nahin.</w:t>
      </w:r>
    </w:p>
    <w:p>
      <w:pPr>
        <w:jc w:val="right"/>
      </w:pPr>
      <w:r>
        <w:t>وہ چھوٹے چھوٹے دینی فروغ کو لے کر ان کی بنیاد پر اکھاڑے قائم کرتے ہیں اور ساری امت کو ایسے جدال و نظام میں الجھا دیتے ہیں جو کبھی ختم ہونے والا نہیں۔</w:t>
      </w:r>
    </w:p>
    <w:p>
      <w:r>
        <w:rPr>
          <w:b/>
        </w:rPr>
        <w:t xml:space="preserve">[1:24:41] </w:t>
      </w:r>
      <w:r>
        <w:t>mazeed yeh ke ghair aham fiqhi furu ko aham tareen deeni masla bana kar woh awam ke andar yeh zehan paida karte hain ke ibadat is ke siwa aur kuch nahin ke falan makhsoos ashkal ke bajaye falan makhsoos ashkal ke sath is ko dohra liya jaye.</w:t>
      </w:r>
    </w:p>
    <w:p>
      <w:pPr>
        <w:jc w:val="right"/>
      </w:pPr>
      <w:r>
        <w:t>مزید یہ کہ غیر اہم فقہی فروغ کو اہم ترین دینی مسئلہ بنا کر وہ عوام کے اندر یہ ذہن پیدا کرتے ہیں کہ عبادت اس کے سوا اور کچھ نہیں کہ فلاں مخصوص اشکال کے بجائے فلاں مخصوص اشکال کے ساتھ اس کو دہرا لیا جائے۔</w:t>
      </w:r>
    </w:p>
    <w:p>
      <w:r>
        <w:rPr>
          <w:b/>
        </w:rPr>
        <w:t xml:space="preserve">[1:24:57] </w:t>
      </w:r>
      <w:r>
        <w:t>madaris-e-deeniya mein jab tak is qism ki nasal paida karne ka silsila band na kiya jaye awam ki islaah nahin ho sakti. In madaris ke silsile mein kam se kam jo baat kahi ja sakti hai woh yeh hai ke ummat-e-wahidah ko unhon ne ummat-e-muttariqah mein tabdeel kar ke rakh diya hai.</w:t>
      </w:r>
    </w:p>
    <w:p>
      <w:pPr>
        <w:jc w:val="right"/>
      </w:pPr>
      <w:r>
        <w:t>مدارس دینیہ میں جب تک اس قسم کی نسل پیدا کرنے کا سلسلہ بند نہ کیا جائے عوام کی اصلاح نہیں ہو سکتی۔ ان مدارس کے سلسلے میں کم سے کم جو بات کہی جا سکتی ہے وہ یہ کہ امت واحدہ کو انہوں نے امت متفرقہ میں تبدیل کر کے رکھ دیا ہے۔</w:t>
      </w:r>
    </w:p>
    <w:p>
      <w:r>
        <w:rPr>
          <w:b/>
        </w:rPr>
        <w:t xml:space="preserve">[1:25:14] </w:t>
      </w:r>
      <w:r>
        <w:t>alladhina farraqu dinahum wa kanu shiya' kullu hizbin bima ladayhim farihun surah ar-rum ayat 32</w:t>
      </w:r>
    </w:p>
    <w:p>
      <w:pPr>
        <w:jc w:val="right"/>
      </w:pPr>
      <w:r>
        <w:t>الذین فرقوا دینہم وکانوا شیعہ کل حزب بما لديہم فرحون سورہ الروم ایت 32</w:t>
      </w:r>
    </w:p>
    <w:p>
      <w:r>
        <w:rPr>
          <w:b/>
        </w:rPr>
        <w:t xml:space="preserve">[1:25:23] </w:t>
      </w:r>
      <w:r>
        <w:t>jinhon ne tukre tukre kar liya apne deen ko aur ho gaye firqe firqe. Har giroh isi mein khush hai jo is ke paas hai. Imam Ahmad bin Hanbal ke bare mein riwayat kiya gaya hai ke unhon ne juzviyat ahkam mein ikhtilaf ko wusat qarar diya tha.</w:t>
      </w:r>
    </w:p>
    <w:p>
      <w:pPr>
        <w:jc w:val="right"/>
      </w:pPr>
      <w:r>
        <w:t>جنہوں نے ٹکڑے ٹکڑے کر لیا اپنے دین کو اور ہو گئے فرقے فرقے۔ ہر گروہ اسی میں خوش ہے جو اس کے پاس ہے۔ امام احمد بن حنبل کے بارے میں روایت کیا گیا ہے کہ انہوں نے جزئیات احکام میں اختلاف کو وسعت قرار دیا تھا۔</w:t>
      </w:r>
    </w:p>
    <w:p>
      <w:r>
        <w:rPr>
          <w:b/>
        </w:rPr>
        <w:t xml:space="preserve">[1:25:40] </w:t>
      </w:r>
      <w:r>
        <w:t>innahu summi al-khilafu wus'atan yahi ta'abudi masail mein ikhtilaf ka sahih tareen shar'i hal hai. Yeh tamam ikhtilafat zahir ibadat ke juzwi adab se ta'alluq rakhte hain aur in mein farq o ikhtilaf hona ain fitri hai.</w:t>
      </w:r>
    </w:p>
    <w:p>
      <w:pPr>
        <w:jc w:val="right"/>
      </w:pPr>
      <w:r>
        <w:t>انہ سمی الخلاف سعتا یہی تعبدی مسائل میں اختلاف کا صحیح ترین شرعی حل ہے۔ یہ تمام اختلافات ظاہر عبادت کے جزئی اداب سے تعلق رکھتے ہیں اور ان میں فرق و اختلاف ہونا عین فطری ہے۔</w:t>
      </w:r>
    </w:p>
    <w:p>
      <w:r>
        <w:rPr>
          <w:b/>
        </w:rPr>
        <w:t xml:space="preserve">[1:25:56] </w:t>
      </w:r>
      <w:r>
        <w:t>sahaba کرام ka in umoor mein mukhtalif hona batata hai ke yeh ikhtilafat isi ke sath shar'i buniyad bhi rakhte hain.</w:t>
      </w:r>
    </w:p>
    <w:p>
      <w:pPr>
        <w:jc w:val="right"/>
      </w:pPr>
      <w:r>
        <w:t>صحابہ کرام کا ان امور میں مختلف ہونا بتاتا ہے کہ یہ اختلافات اسی کے ساتھ شرعی بنیاد بھی رکھتے ہیں۔</w:t>
      </w:r>
    </w:p>
    <w:p>
      <w:r>
        <w:rPr>
          <w:b/>
        </w:rPr>
        <w:t xml:space="preserve">[1:26:04] </w:t>
      </w:r>
      <w:r>
        <w:t>aisi halat mein in ko tausee par mahmool karna hi sahih maslak hai aur yahi tamam muhaddiseen ka maslak tha jaisa ke upar bayan hua.</w:t>
      </w:r>
    </w:p>
    <w:p>
      <w:pPr>
        <w:jc w:val="right"/>
      </w:pPr>
      <w:r>
        <w:t>ایسی حالت میں ان کو توسع پر محمول کرنا ہی صحیح مسلک ہے اور یہی تمام محدثین کا مسلک تھا جیسا کہ اوپر بیان ہوا۔</w:t>
      </w:r>
    </w:p>
    <w:p>
      <w:r>
        <w:rPr>
          <w:b/>
        </w:rPr>
        <w:t xml:space="preserve">[1:26:14] </w:t>
      </w:r>
      <w:r>
        <w:t>tasawwuf kitab tajdeed deen Maulana Wahiduddin Khan safha number 39</w:t>
      </w:r>
    </w:p>
    <w:p>
      <w:pPr>
        <w:jc w:val="right"/>
      </w:pPr>
      <w:r>
        <w:t>تصوف کتاب تجدید دین مولانا وحید الدین خان صفحہ نمبر 39</w:t>
      </w:r>
    </w:p>
    <w:p>
      <w:r>
        <w:rPr>
          <w:b/>
        </w:rPr>
        <w:t xml:space="preserve">[1:26:26] </w:t>
      </w:r>
      <w:r>
        <w:t>tasawwuf ek rohani fan ki hesiyat se Quran o Hadees mein ajnabi hai.</w:t>
      </w:r>
    </w:p>
    <w:p>
      <w:pPr>
        <w:jc w:val="right"/>
      </w:pPr>
      <w:r>
        <w:t>تصوف ایک روحانی فن کی حیثیت سے قران و حدیث میں اجنبی ہے۔</w:t>
      </w:r>
    </w:p>
    <w:p>
      <w:r>
        <w:rPr>
          <w:b/>
        </w:rPr>
        <w:t xml:space="preserve">[1:26:32] </w:t>
      </w:r>
      <w:r>
        <w:t>tasawwuf ke naam se sulook aur tazkiya ke jis fan ko kitabon mein madawwan kiya gaya hai ya shuyookh apne muridon ko jis ki taleem dete rahe hain woh tamam tar ek izafa hai.</w:t>
      </w:r>
    </w:p>
    <w:p>
      <w:pPr>
        <w:jc w:val="right"/>
      </w:pPr>
      <w:r>
        <w:t>تصوف کے نام سے سلوک اور تزکیہ کے جس فن کو کتابوں میں مدون کیا گیا ہے یا شیوخ اپنے مریدوں کو جس کی تعلیم دیتے رہے ہیں وہ تمام تر ایک اضافہ ہے۔</w:t>
      </w:r>
    </w:p>
    <w:p>
      <w:r>
        <w:rPr>
          <w:b/>
        </w:rPr>
        <w:t xml:space="preserve">[1:26:45] </w:t>
      </w:r>
      <w:r>
        <w:t>apni maujooda shakal mein woh Quran o Sunnat ke andar maujood nahin. Pehla shakhs jis ko Islam ki tareekh mein sufi ke lafz se pukara gaya woh ghaleban Abu Hashim al-Sufi mutawaffi 150 Hijri tha.</w:t>
      </w:r>
    </w:p>
    <w:p>
      <w:pPr>
        <w:jc w:val="right"/>
      </w:pPr>
      <w:r>
        <w:t>اپنی موجودہ شکل میں وہ قران و سنت کے اندر موجود نہیں۔ پہلا شخص جس کو اسلام کی تاریخ میں صوفی کے لفظ سے پکارا گیا وہ غالبا ابو ہاشم الصوفی متوفی 150 ہجری تھے۔</w:t>
      </w:r>
    </w:p>
    <w:p>
      <w:r>
        <w:rPr>
          <w:b/>
        </w:rPr>
        <w:t xml:space="preserve">[1:27:00] </w:t>
      </w:r>
      <w:r>
        <w:t>tahum is waqt tak sufi ke mani sirf yeh thay ke woh shakhs jo zuhd aur ibadat mein ghulu kare. Chunke yeh log achhe libas ko chhod kar soof yani oon ke mamooli kapde apne jism par lapet lete thay is liye unhein sufi kaha jaane laga.</w:t>
      </w:r>
    </w:p>
    <w:p>
      <w:pPr>
        <w:jc w:val="right"/>
      </w:pPr>
      <w:r>
        <w:t>تاہم اس وقت تک صوفی کے معنی صرف یہ تھے کہ وہ شخص جو زہد اور عبادت میں غلو کرے۔ چونکہ یہ لوگ اچھے لباس کو چھوڑ کر صوف یعنی اون کے معمولی کپڑے اپنے جسم پر لپیٹ لیتے تھے اس لیے انہیں صوفی کہا جانے لگا۔</w:t>
      </w:r>
    </w:p>
    <w:p>
      <w:r>
        <w:rPr>
          <w:b/>
        </w:rPr>
        <w:t xml:space="preserve">[1:27:17] </w:t>
      </w:r>
      <w:r>
        <w:t>is ke baad is ke qawaid aur istilahaat banne lage</w:t>
      </w:r>
    </w:p>
    <w:p>
      <w:pPr>
        <w:jc w:val="right"/>
      </w:pPr>
      <w:r>
        <w:t>اس کے بعد اس کے قواعد اور اصطلاحات بننے لگے</w:t>
      </w:r>
    </w:p>
    <w:p>
      <w:r>
        <w:rPr>
          <w:b/>
        </w:rPr>
        <w:t xml:space="preserve">[1:27:21] </w:t>
      </w:r>
      <w:r>
        <w:t>yahan tak ke teesri sadi Hijri mein pahunch kar tasawwuf ne Islami rohaniyat ke ek baqayeda fan ki shakal ikhtiyar kar li. Ashraqi falsafa rehbaniyat aur Vedant mein is ke liye kafi mawad tha.</w:t>
      </w:r>
    </w:p>
    <w:p>
      <w:pPr>
        <w:jc w:val="right"/>
      </w:pPr>
      <w:r>
        <w:t>یہاں تک کہ تیسری صدی ہجری میں پہنچ کر تصوف نے اسلامی روحانیات کے ایک باقاعدہ فن کی شکل اختیار کر لی۔ اشرقی فلسفہ رہبانیت اور ویدانت میں اس کے لیے کافی مواد تھا۔</w:t>
      </w:r>
    </w:p>
    <w:p>
      <w:r>
        <w:rPr>
          <w:b/>
        </w:rPr>
        <w:t xml:space="preserve">[1:27:35] </w:t>
      </w:r>
      <w:r>
        <w:t>is tarah mukhtalif bayroni asar ki madad se ek aisi cheez wajood mein aayi jis par agarche Islam ka label laga hua tha magar apni haqeeqat ke aitbar se woh ek mutawazi mazhab tha jo Islam ke andar Islam ke muqabil banaya gaya.</w:t>
      </w:r>
    </w:p>
    <w:p>
      <w:pPr>
        <w:jc w:val="right"/>
      </w:pPr>
      <w:r>
        <w:t>اس طرح مختلف بیرونی عناصر کی مدد سے ایک ایسی چیز وجود میں آئی جس پر اگرچہ اسلام کا لیبل لگا ہوا تھا مگر اپنی حقیقت کے اعتبار سے وہ ایک متوازی مذہب تھا جو اسلام کے اندر اسلام کے بالمقابل بنایا گیا۔</w:t>
      </w:r>
    </w:p>
    <w:p>
      <w:r>
        <w:rPr>
          <w:b/>
        </w:rPr>
        <w:t xml:space="preserve">[1:27:53] </w:t>
      </w:r>
      <w:r>
        <w:t>tasawwuf ki ek qism woh hai jis ko batiniya kaha jata hai. Teesri sadi Hijri mein khaas taur par Iran mein kuch log aise paida hue jin ka kehna tha: "Ana lil Quran zahiran wa batinan wal murad batunah" Quran ka ek zahir hai aur ek batin hai aur maqsood batin hi hai.</w:t>
      </w:r>
    </w:p>
    <w:p>
      <w:pPr>
        <w:jc w:val="right"/>
      </w:pPr>
      <w:r>
        <w:t>تصوف کی ایک قسم وہ ہے جس کو باطنیہ کہا جاتا ہے۔ تیسری صدی ہجری میں خاص طور پر ایران میں کچھ لوگ ایسے پیدا ہوئے جن کا کہنا تھا: "انا للقران ظاہرا وباطنا والمراد باطنہ" قران کا ایک ظاہر ہے اور ایک باطن ہے اور مقصود باطن ہی ہے۔</w:t>
      </w:r>
    </w:p>
    <w:p>
      <w:r>
        <w:rPr>
          <w:b/>
        </w:rPr>
        <w:t xml:space="preserve">[1:28:14] </w:t>
      </w:r>
      <w:r>
        <w:t>isi liye woh batiniya ke naam se mashhoor hue. Ulama ke muttafiqa faisle ke mutabiq yeh zanadaqa ka giroh tha jis ne apni ibahat aur be-amli ko chhipane ke liye yeh nazariya gadh liya tha.</w:t>
      </w:r>
    </w:p>
    <w:p>
      <w:pPr>
        <w:jc w:val="right"/>
      </w:pPr>
      <w:r>
        <w:t>اسی لیے وہ باطنیہ کے نام سے مشہور ہوئے۔ علماء کے متفقہ فیصلے کے مطابق یہ زنادقہ کا گروہ تھا جس نے اپنی اباحیت اور بے عملی کو چھپانے کے لیے یہ نظریہ گڑھ لیا تھا۔</w:t>
      </w:r>
    </w:p>
    <w:p>
      <w:r>
        <w:rPr>
          <w:b/>
        </w:rPr>
        <w:t xml:space="preserve">[1:28:28] </w:t>
      </w:r>
      <w:r>
        <w:t>woh kehte thay ke al-sufi la mazhaba lah yani sufi ka koi mazhab nahin. Is firqe ke ek shakhs se kaha gaya: "Tum namaz nahin padhte ala tusalli?" Us ne jawab diya: "Antum ma'a uradikum wa nahnu ma'a waridatina" Tum apni apne apne urad mein ho aur hum apni waridat mein.</w:t>
      </w:r>
    </w:p>
    <w:p>
      <w:pPr>
        <w:jc w:val="right"/>
      </w:pPr>
      <w:r>
        <w:t>وہ کہتے تھے کہ الصوفی لا مذہب لہ یعنی صوفی کا کوئی مذہب نہیں۔ اس فرقے کے ایک شخص سے کہا گیا: "تم نماز نہیں پڑھتے الا تصلی؟" اس نے جواب دیا: "انتم مع اورادکم ونحن مع وارداتنا" تم اپنی اپنے اپنے اوراد میں ہو اور ہم اپنی واردات میں۔</w:t>
      </w:r>
    </w:p>
    <w:p>
      <w:r>
        <w:rPr>
          <w:b/>
        </w:rPr>
        <w:t xml:space="preserve">[1:28:53] </w:t>
      </w:r>
      <w:r>
        <w:t>"Antum ma'a uradikum wa nahnu ma'a waridatina"</w:t>
      </w:r>
    </w:p>
    <w:p>
      <w:pPr>
        <w:jc w:val="right"/>
      </w:pPr>
      <w:r>
        <w:t>"انتم مع اورادکم ونحن مع واردات</w:t>
      </w:r>
    </w:p>
    <w:p>
      <w:r>
        <w:rPr>
          <w:b/>
        </w:rPr>
        <w:t xml:space="preserve">[1:28:57] </w:t>
      </w:r>
      <w:r>
        <w:t>tum apne urad mein ho aur hum apni waridat mein. Un ka aqeeda tha ke shariat ke mukallaf awam hain na ke khawas.</w:t>
      </w:r>
    </w:p>
    <w:p>
      <w:pPr>
        <w:jc w:val="right"/>
      </w:pPr>
      <w:r>
        <w:t>نا" تم اپنے اوراد میں ہو اور ہم اپنی واردات میں۔ ان کا عقیدہ تھا کہ شریعت کے مکلف عوام ہیں نہ کہ خواص۔</w:t>
      </w:r>
    </w:p>
    <w:p>
      <w:r>
        <w:rPr>
          <w:b/>
        </w:rPr>
        <w:t xml:space="preserve">[1:29:07] </w:t>
      </w:r>
      <w:r>
        <w:t>"Anta takleef khass bil awam saqit bil khawas" Isi tarah woh log jo hulool aur ittehad ke qail thay aur kehte thay ke salik jab apne sulook ki aakhri manzil par pahunchta hai to Khuda us ke andar utar aata hai.</w:t>
      </w:r>
    </w:p>
    <w:p>
      <w:pPr>
        <w:jc w:val="right"/>
      </w:pPr>
      <w:r>
        <w:t>"انت تکلیف خاص بالعوام ساقط بالخواص" اسی طرح وہ لوگ جو حلول اور اتحاد کے قائل تھے اور کہتے تھے کہ سالک جب اپنے سلوک کی اخری منزل پر پہنچتا ہے تو خدا اس کے اندر اتر اتا ہے۔</w:t>
      </w:r>
    </w:p>
    <w:p>
      <w:r>
        <w:rPr>
          <w:b/>
        </w:rPr>
        <w:t xml:space="preserve">[1:29:23] </w:t>
      </w:r>
      <w:r>
        <w:t>is waqt bande aur Khuda mein koi farq baqi nahin rehta</w:t>
      </w:r>
    </w:p>
    <w:p>
      <w:pPr>
        <w:jc w:val="right"/>
      </w:pPr>
      <w:r>
        <w:t>اس وقت بندے اور خدا میں کوئی فرق باقی نہیں رہتا</w:t>
      </w:r>
    </w:p>
    <w:p>
      <w:r>
        <w:rPr>
          <w:b/>
        </w:rPr>
        <w:t xml:space="preserve">[1:29:27] </w:t>
      </w:r>
      <w:r>
        <w:t>hata ke us ke liye yeh kehna sahih ho jata hai ke "Huwa ana wa ana huwa" Woh main hoon main woh hoon. Isi tarah wahdat al-wujood ka nazariya jis ke tehat Abu al-Husayn al-Hallaj ne kaha tha: "Ma fil jibt illa Allah" Chunanche ulama ne un ke irtidad ka fatwa diya aur woh al-Muqtadir ki khilafat mein 301 Hijri mein qatl kar diye gaye.</w:t>
      </w:r>
    </w:p>
    <w:p>
      <w:pPr>
        <w:jc w:val="right"/>
      </w:pPr>
      <w:r>
        <w:t>حتی کہ اس کے لیے یہ کہنا صحیح ہو جاتا ہے کہ "ہوا انا وانا ہوا" وہ میں ہے میں وہ ہوں۔ اسی طرح وحدت الوجود کا نظریہ جس کے تحت ابو حسین الحجاج نے کہا تھا: "ما فی الجبت الا اللہ" چنانچہ علماء نے ان کے ارتداد کا فتوی دیا اور وہ مقتدر کی خلافت میں 301 ہجری میں قتل کر دیے گئے۔</w:t>
      </w:r>
    </w:p>
    <w:p>
      <w:r>
        <w:rPr>
          <w:b/>
        </w:rPr>
        <w:t xml:space="preserve">[1:29:53] </w:t>
      </w:r>
      <w:r>
        <w:t>isi tarah tasawwuf ke woh tareeqe jo samaa aur raqs ko Khuda tak pahunchne ka zariya batate hain hatta ke aise log bhi hain jo amrat parasti ko qurbat qurb ilahi ka sabab samajhte hain.</w:t>
      </w:r>
    </w:p>
    <w:p>
      <w:pPr>
        <w:jc w:val="right"/>
      </w:pPr>
      <w:r>
        <w:t>اسی طرح تصوف کے وہ طریقے جو سماع اور رقص کو خدا تک پہنچنے کا ذریعہ بتاتے ہیں حتی کہ ایسے لوگ بھی ہیں جو امرت پرستی کو قربت قرب الہی کا سبب سمجھتے ہیں۔</w:t>
      </w:r>
    </w:p>
    <w:p>
      <w:r>
        <w:rPr>
          <w:b/>
        </w:rPr>
        <w:t xml:space="preserve">[1:30:06] </w:t>
      </w:r>
      <w:r>
        <w:t>is ke jawaz ke liye unhone ek hadees bhi gadh rakhi hai aur woh yeh hai ke maine apne Rab ko jawan mard ki surat mein dekha: "Ra'aytu Rabbi fi surat-i shabb-in amrad"</w:t>
      </w:r>
    </w:p>
    <w:p>
      <w:pPr>
        <w:jc w:val="right"/>
      </w:pPr>
      <w:r>
        <w:t>اس کے جواز کے لیے انہوں نے ایک حدیث بھی گڑھ رکھی ہے اور وہ یہ ہے کہ میں نے اپنے رب کو جوان مرد کی صورت میں دیکھا: "رائیت ربی فی صورت انشاب بن امرت"</w:t>
      </w:r>
    </w:p>
    <w:p>
      <w:r>
        <w:rPr>
          <w:b/>
        </w:rPr>
        <w:t xml:space="preserve">[1:30:18] </w:t>
      </w:r>
      <w:r>
        <w:t>tahum tasawwuf ki in shaklon par yahan hum koi guftagu nahin karenge kyunke ulama muttafiqa taur par un ki zalalat ka fatwa de chuke hain.</w:t>
      </w:r>
    </w:p>
    <w:p>
      <w:pPr>
        <w:jc w:val="right"/>
      </w:pPr>
      <w:r>
        <w:t>تاہم تصوف کی ان شکلوں پر یہاں ہم کوئی گفتگو نہیں کریں گے کیونکہ علماء متفقہ طور پر ان کی ذلالت کا فتوی دے چکے ہیں۔</w:t>
      </w:r>
    </w:p>
    <w:p>
      <w:r>
        <w:rPr>
          <w:b/>
        </w:rPr>
        <w:t xml:space="preserve">[1:30:27] </w:t>
      </w:r>
      <w:r>
        <w:t>hamari guftagu tamam tar tasawwuf ke un tareeqon tak mehdood hogi jin ko ummat ke andar qubooliyat aam hui aur jin ko ab tak beshumar log nijat ka sab se qareebi zariya samjhe hue hain.</w:t>
      </w:r>
    </w:p>
    <w:p>
      <w:pPr>
        <w:jc w:val="right"/>
      </w:pPr>
      <w:r>
        <w:t>ہماری گفتگو تمام تر تصوف کے ان طریقوں تک محدود ہوگی جن کو امت کے اندر قبولیت عام حاصل ہوا اور جن کو اب تک بے شمار لوگ نجات کا سب سے قریبی ذریعہ سمجھے ہوئے ہیں۔</w:t>
      </w:r>
    </w:p>
    <w:p>
      <w:r>
        <w:rPr>
          <w:b/>
        </w:rPr>
        <w:t xml:space="preserve">[1:30:42] </w:t>
      </w:r>
      <w:r>
        <w:t>is tasawwuf ki do qismein hain: ek masnoon ta'abdi tareeqon mein miqdari izafa, doosre masnoon ta'abdi tareeqon mein nau'i izafa.</w:t>
      </w:r>
    </w:p>
    <w:p>
      <w:pPr>
        <w:jc w:val="right"/>
      </w:pPr>
      <w:r>
        <w:t>اس تصوف کی دو قسمیں ہیں: ایک مسنون تعبدی طریقوں میں مقداری اضافہ، دوسرے مسنون تعبدی طریقوں میں نوعی اضافہ۔</w:t>
      </w:r>
    </w:p>
    <w:p>
      <w:r>
        <w:rPr>
          <w:b/>
        </w:rPr>
        <w:t xml:space="preserve">[1:30:52] </w:t>
      </w:r>
      <w:r>
        <w:t>pehla tareeqa ke baray mein Abu al-Qasim al-Junayd al-Baghdadi 297 Hijri ne kaha hai: "Madhhabuna hadha muqayyad bil Kitab wa al-Sunnah" Hamara yeh tareeqa Kitab o Sunnat ke sath muqayyad hai.</w:t>
      </w:r>
    </w:p>
    <w:p>
      <w:pPr>
        <w:jc w:val="right"/>
      </w:pPr>
      <w:r>
        <w:t>پہلے طریقے کے بارے میں ابو القاسم جنید بغدادی 297 ہجری نے کہا ہے: "مذہبناھذا مقید بالکتاب والسنة" ہمارا یہ طریقہ کتاب و سنت کے ساتھ مقید ہے۔</w:t>
      </w:r>
    </w:p>
    <w:p>
      <w:r>
        <w:rPr>
          <w:b/>
        </w:rPr>
        <w:t xml:space="preserve">[1:31:07] </w:t>
      </w:r>
      <w:r>
        <w:t>ibtidayi daur ke sufiyya agar unhein yeh laqab</w:t>
      </w:r>
    </w:p>
    <w:p>
      <w:pPr>
        <w:jc w:val="right"/>
      </w:pPr>
      <w:r>
        <w:t>ابتدائی دور کے صوفیاء اگر انہیں یہ لقب</w:t>
      </w:r>
    </w:p>
    <w:p>
      <w:r>
        <w:rPr>
          <w:b/>
        </w:rPr>
        <w:t xml:space="preserve">[1:31:10] </w:t>
      </w:r>
      <w:r>
        <w:t>diya ja sake mein yahi pehli qism ka tasawwuf raaij tha. In logon ne namaz, roza, tilawat Quran waghera jo bazat khud masnoon tareeqa ibadat hain un ki miqdar mein woh hadbandi baqi na rakhi jo Nabi sallallahu alayhi wa sallam se sabit thi.</w:t>
      </w:r>
    </w:p>
    <w:p>
      <w:pPr>
        <w:jc w:val="right"/>
      </w:pPr>
      <w:r>
        <w:t>دیا جا سکے میں یہی پہلی قسم کا تصوف رائج تھا۔ ان لوگوں نے نماز، روزہ، تلاوت قران وغیرہ جو بذات خود مسنون طریقہ عبادت ہیں ان کی مقدار میں وہ حد بندی باقی نہ رکھی جو نبی صلی اللہ علیہ وسلم سے ثابت تھی۔</w:t>
      </w:r>
    </w:p>
    <w:p>
      <w:r>
        <w:rPr>
          <w:b/>
        </w:rPr>
        <w:t xml:space="preserve">[1:31:27] </w:t>
      </w:r>
      <w:r>
        <w:t>misla panj waqtah namazon ke ilawa aap raat ke pichle pehar ki kuch rakatein yani aksar gyarah rakatein ada farmate thay. un buzurgon ne sari raat namaz parhni shuru kardi.</w:t>
      </w:r>
    </w:p>
    <w:p>
      <w:pPr>
        <w:jc w:val="right"/>
      </w:pPr>
      <w:r>
        <w:t>مثلا پنج وقتہ نمازوں کے علاوہ آپ رات کے پچھلے پہر کی کچھ رکعتیں یعنی اکثر گیارہ رکعتیں ادا فرماتے تھے۔ ان بزرگوں نے ساری رات نماز پڑھنی شروع کر دی۔</w:t>
      </w:r>
    </w:p>
    <w:p>
      <w:r>
        <w:rPr>
          <w:b/>
        </w:rPr>
        <w:t xml:space="preserve">[1:31:39] </w:t>
      </w:r>
      <w:r>
        <w:t>aap farz rozon ke ilawa mahine mein chand din mazeed roza rakh lete thay. un hazrat ne musalsal rozay rakhne shuru kar diye jis ko saum o wisal kaha jata hai.</w:t>
      </w:r>
    </w:p>
    <w:p>
      <w:pPr>
        <w:jc w:val="right"/>
      </w:pPr>
      <w:r>
        <w:t>آپ فرض روزوں کے علاوہ مہینے میں چند دن مزید روزہ رکھ لیتے تھے۔ ان حضرات نے مسلسل روزے رکھنے شروع کر دیے جس کو صوم وصال کہا جاتا ہے۔</w:t>
      </w:r>
    </w:p>
    <w:p>
      <w:r>
        <w:rPr>
          <w:b/>
        </w:rPr>
        <w:t xml:space="preserve">[1:31:52] </w:t>
      </w:r>
      <w:r>
        <w:t>aap makhsoos auqat mein quran ka koi hissa parh liya karte thay.</w:t>
      </w:r>
    </w:p>
    <w:p>
      <w:pPr>
        <w:jc w:val="right"/>
      </w:pPr>
      <w:r>
        <w:t>آپ مخصوص اوقات میں قران کا کوئی حصہ پڑھ لیا کرتے تھے۔</w:t>
      </w:r>
    </w:p>
    <w:p>
      <w:r>
        <w:rPr>
          <w:b/>
        </w:rPr>
        <w:t xml:space="preserve">[1:31:56] </w:t>
      </w:r>
      <w:r>
        <w:t>unhon ne har waqt bas quran hi parhna shuru kiya hatta ke agar imam nabwi ka bayan sahi hai woh ho to un mein se un mein aisay log bhi hue jo har roz ath baar quran pura quran khatam kar lete thay waghera.</w:t>
      </w:r>
    </w:p>
    <w:p>
      <w:pPr>
        <w:jc w:val="right"/>
      </w:pPr>
      <w:r>
        <w:t>انہوں نے ہر وقت بس قران ہی پڑھنا شروع کیا حتی کہ اگر امام نبوی کا بیان صحیح ہے وہ ہو تو ان میں سے ان میں ایسے لوگ بھی ہوئے جو ہر روز اٹھ بار قران پورا قران ختم کر لیتے تھے وغیرہ۔</w:t>
      </w:r>
    </w:p>
    <w:p>
      <w:r>
        <w:rPr>
          <w:b/>
        </w:rPr>
        <w:t xml:space="preserve">[1:32:12] </w:t>
      </w:r>
      <w:r>
        <w:t>ibadat ke masnoon tareeqon mein is qism ka izafa sarahatan mamno' qarar diya gaya tha.</w:t>
      </w:r>
    </w:p>
    <w:p>
      <w:pPr>
        <w:jc w:val="right"/>
      </w:pPr>
      <w:r>
        <w:t>عبادت کے مسنون طریقوں میں اس قسم کا اضافہ صراحتاً ممنوع قرار دیا گیا تھا۔</w:t>
      </w:r>
    </w:p>
    <w:p>
      <w:r>
        <w:rPr>
          <w:b/>
        </w:rPr>
        <w:t xml:space="preserve">[1:32:18] </w:t>
      </w:r>
      <w:r>
        <w:t>bukhari o muslim ne Hazrat Anas se riwayat kiya hai: "ja thalatha al-abwa' ilaa buyoot azwaj al-nabi sallallahu</w:t>
      </w:r>
    </w:p>
    <w:p>
      <w:pPr>
        <w:jc w:val="right"/>
      </w:pPr>
      <w:r>
        <w:t>بخاری و مسلم نے حضرت انس سے روایت کیا ہے: "جا ثلاثۃ الہ الا بیوت ازواج النبی صلی</w:t>
      </w:r>
    </w:p>
    <w:p>
      <w:r>
        <w:rPr>
          <w:b/>
        </w:rPr>
        <w:t xml:space="preserve">[1:32:24] </w:t>
      </w:r>
      <w:r>
        <w:t>alallahu 'alayhi wa sallam yas'aluna 'an 'ibadat al-nabi sallallahu alallahu 'alayhi wa sallam falamma ukhbiru ka'annahum taqalluha faqaalu wa'ayna rasool</w:t>
      </w:r>
    </w:p>
    <w:p>
      <w:pPr>
        <w:jc w:val="right"/>
      </w:pPr>
      <w:r>
        <w:t>اللہ علیہ وسلم یسعلون عن عبادت النبی صلی اللہ علیہ وسلم فلما اخبرو کانہم تقالوہا فقالوین من رسول</w:t>
      </w:r>
    </w:p>
    <w:p>
      <w:r>
        <w:rPr>
          <w:b/>
        </w:rPr>
        <w:t xml:space="preserve">[1:32:34] </w:t>
      </w:r>
      <w:r>
        <w:t>Allah wa qad ghafar Allah ma taqaddam min zanbihi wa ma ta'akhkhar faqaala ahaduhum amma ana fa usalli al-layla abadan wa qaala</w:t>
      </w:r>
    </w:p>
    <w:p>
      <w:pPr>
        <w:jc w:val="right"/>
      </w:pPr>
      <w:r>
        <w:t>اللہ وقد غفر اللہ ما تقدم من ذنبہ وما تاخر فقال احدهم اما انا فاصلی اللیل ابدا وقال</w:t>
      </w:r>
    </w:p>
    <w:p>
      <w:r>
        <w:rPr>
          <w:b/>
        </w:rPr>
        <w:t xml:space="preserve">[1:32:44] </w:t>
      </w:r>
      <w:r>
        <w:t>aakhar ana asoomu al-dahra ab la afțuru wa qaala aakhar ana a'tazilu al-nisaa'a fala atazawwaju abadan faja'a rasool Allah</w:t>
      </w:r>
    </w:p>
    <w:p>
      <w:pPr>
        <w:jc w:val="right"/>
      </w:pPr>
      <w:r>
        <w:t>اخر انا اصوم الدهر اب لا افطر وقال اخر انا اعتزل النساء فلا اتزوج ابدا فجاء رسول اللہ</w:t>
      </w:r>
    </w:p>
    <w:p>
      <w:r>
        <w:rPr>
          <w:b/>
        </w:rPr>
        <w:t xml:space="preserve">[1:32:52] </w:t>
      </w:r>
      <w:r>
        <w:t>sallallahu 'alayhi wa sallam faqaala antum alladheena qultum kadha wa kadha amma wallahi</w:t>
      </w:r>
    </w:p>
    <w:p>
      <w:pPr>
        <w:jc w:val="right"/>
      </w:pPr>
      <w:r>
        <w:t>صلی اللہ علیہ وسلم فقال انتم الذین قلتم کذا وكذا اما واللہ</w:t>
      </w:r>
    </w:p>
    <w:p>
      <w:r>
        <w:rPr>
          <w:b/>
        </w:rPr>
        <w:t xml:space="preserve">[1:32:58] </w:t>
      </w:r>
      <w:r>
        <w:t>la'inni akhshakumullaha</w:t>
      </w:r>
    </w:p>
    <w:p>
      <w:pPr>
        <w:jc w:val="right"/>
      </w:pPr>
      <w:r>
        <w:t>لانی اخشاکم اللہ</w:t>
      </w:r>
    </w:p>
    <w:p>
      <w:r>
        <w:rPr>
          <w:b/>
        </w:rPr>
        <w:t xml:space="preserve">[1:33:01] </w:t>
      </w:r>
      <w:r>
        <w:t>wa atqakum lah lakini asumu wa aftiru wa usalli wa arqadu wa atazawwaj al-nisa' faman raghiba an sunnati falaysa minni teen musalman azwaj rasool ke gharon par aaye aur aap ki ibadat ke baray mein daryaft kiya.</w:t>
      </w:r>
    </w:p>
    <w:p>
      <w:pPr>
        <w:jc w:val="right"/>
      </w:pPr>
      <w:r>
        <w:t>واتقاكم له لکنی اصوم وافطر واصلی وارقد واتزوج النساء فمن رغب عن سنتی فلیس منی تین مسلمان ازواج رسول کے گھروں پر ائے اور آپ کی عبادت کے بارے میں دریافت کیا۔</w:t>
      </w:r>
    </w:p>
    <w:p>
      <w:r>
        <w:rPr>
          <w:b/>
        </w:rPr>
        <w:t xml:space="preserve">[1:33:16] </w:t>
      </w:r>
      <w:r>
        <w:t>jab unhein pata jab unhein bataya gaya to unhein aap ki ibadat bohat kam maloom hui. unhon ne kaha: "rasool allahi sallallahu alayhi wa sallam se hamara kya muqabla?</w:t>
      </w:r>
    </w:p>
    <w:p>
      <w:pPr>
        <w:jc w:val="right"/>
      </w:pPr>
      <w:r>
        <w:t>جب انہیں پتہ جب انہیں بتایا گیا تو انہیں آپ کی عبادت بہت کم معلوم ہوئی۔ انہوں نے کہا: "رسول اللہ صلی اللہ علیہ وسلم سے ہمارا کیا مقابلہ؟</w:t>
      </w:r>
    </w:p>
    <w:p>
      <w:r>
        <w:rPr>
          <w:b/>
        </w:rPr>
        <w:t xml:space="preserve">[1:33:26] </w:t>
      </w:r>
      <w:r>
        <w:t>aap ke to tamam aglay pichlay gunah maaf kar diye gaye</w:t>
      </w:r>
    </w:p>
    <w:p>
      <w:pPr>
        <w:jc w:val="right"/>
      </w:pPr>
      <w:r>
        <w:t>آپ کے تو تمام اگلے پچھلے گناہ معاف کر دیے گئے</w:t>
      </w:r>
    </w:p>
    <w:p>
      <w:r>
        <w:rPr>
          <w:b/>
        </w:rPr>
        <w:t xml:space="preserve">[1:33:30] </w:t>
      </w:r>
      <w:r>
        <w:t>hain." phir un mein se ek ne kaha: "main to raat bhar namazein parhunga." doosre ne kaha: "main musalsal rozay rakhunga." teesre ne kaha: "main tajarrud ki zindagi ikhtiyar karunga aur auraton se koi talluq na rakhunga." phir rasool allahi sallallahu alayhi wa sallam tashreef laye.</w:t>
      </w:r>
    </w:p>
    <w:p>
      <w:pPr>
        <w:jc w:val="right"/>
      </w:pPr>
      <w:r>
        <w:t>ہیں۔" پھر ان میں سے ایک نے کہا: "میں تو رات بھر نمازیں پڑھوں گا۔" دوسرے نے کہا: "میں مسلسل روزے رکھوں گا۔" تیسرے نے کہا: "میں تجرد کی زندگی اختیار کروں گا اور عورتوں سے کوئی تعلق نہ رکھوں گا۔" پھر رسول اللہ صلی اللہ علیہ وسلم تشریف لائے۔</w:t>
      </w:r>
    </w:p>
    <w:p>
      <w:r>
        <w:rPr>
          <w:b/>
        </w:rPr>
        <w:t xml:space="preserve">[1:33:46] </w:t>
      </w:r>
      <w:r>
        <w:t>aap ne farmaya: "kya tum hi woh log ho jinhon ne aisa aur aisa kaha hai</w:t>
      </w:r>
    </w:p>
    <w:p>
      <w:pPr>
        <w:jc w:val="right"/>
      </w:pPr>
      <w:r>
        <w:t>آپ نے فرمایا: "کیا تم ہی وہ لوگ ہو جنہوں نے ایسا اور ایسا کہا ہے</w:t>
      </w:r>
    </w:p>
    <w:p>
      <w:r>
        <w:rPr>
          <w:b/>
        </w:rPr>
        <w:t xml:space="preserve">[1:33:51] </w:t>
      </w:r>
      <w:r>
        <w:t>? suno! khuda ki qasam! main tum mein main tum mein khuda ki qasam! main tum sab mein zyada khuda se darne wala aur muttaqi hoon magar main roza bhi rakhta hoon aur nahin bhi rakhta.</w:t>
      </w:r>
    </w:p>
    <w:p>
      <w:pPr>
        <w:jc w:val="right"/>
      </w:pPr>
      <w:r>
        <w:t>؟ سنو! خدا کی قسم! میں تم میں میں تم میں خدا کی قسم! میں تم سب میں زیادہ خدا سے ڈرنے والا اور متقی ہوں مگر میں روزہ بھی رکھتا ہوں اور نہیں بھی رکھتا۔</w:t>
      </w:r>
    </w:p>
    <w:p>
      <w:r>
        <w:rPr>
          <w:b/>
        </w:rPr>
        <w:t xml:space="preserve">[1:34:05] </w:t>
      </w:r>
      <w:r>
        <w:t>namaz bhi parhta hoon aur sota bhi hoon aur auraton se nikah karta hoon. yeh meri sunnat hai aur jo meri sunnat ko chhoday woh mujh se nahin."</w:t>
      </w:r>
    </w:p>
    <w:p>
      <w:pPr>
        <w:jc w:val="right"/>
      </w:pPr>
      <w:r>
        <w:t>نماز بھی پڑھتا ہوں اور سوتا بھی ہوں اور عورتوں سے نکاح کرتا ہوں۔ یہ میری سنت ہے اور جو میری سنت کو چھوڑے وہ مجھ سے نہیں۔"</w:t>
      </w:r>
    </w:p>
    <w:p>
      <w:r>
        <w:rPr>
          <w:b/>
        </w:rPr>
        <w:t xml:space="preserve">[1:34:15] </w:t>
      </w:r>
      <w:r>
        <w:t>ek aur riwayat is tarah se hai: aap ke ashaab mein se kuch logon ne irada kiya ke dunya ko tark kar dein aur auraton se qata talluq kar lein aur rahib ban jayein.</w:t>
      </w:r>
    </w:p>
    <w:p>
      <w:pPr>
        <w:jc w:val="right"/>
      </w:pPr>
      <w:r>
        <w:t>ایک اور روایت اس طرح سے ہے: آپ کے اصحاب میں سے کچھ لوگوں نے ارادہ کیا کہ دنیا کو ترک کر دیں اور عورتوں سے قطع تعلق کر لیں اور راہب بن جائیں۔</w:t>
      </w:r>
    </w:p>
    <w:p>
      <w:r>
        <w:rPr>
          <w:b/>
        </w:rPr>
        <w:t xml:space="preserve">[1:34:27] </w:t>
      </w:r>
      <w:r>
        <w:t>rasool allahi sallallahu alayhi wa sallam ko maloom hua to aap wa'z ke liye khade hue aur un ke mutalliq sakht guftagu farmayi. aap ne kaha: "tum se pehle jo log halak hue woh isi qism ki shiddat ki wajah se halak hue.</w:t>
      </w:r>
    </w:p>
    <w:p>
      <w:pPr>
        <w:jc w:val="right"/>
      </w:pPr>
      <w:r>
        <w:t>رسول اللہ صلی اللہ علیہ وسلم کو معلوم ہوا تو آپ وعظ کے لیے کھڑے ہوئے اور ان کے متعلق سخت گفتگو فرمائی۔ آپ نے کہا: "تم سے پہلے جو لوگ ہلاک ہوئے وہ اسی قسم کی شدت کی وجہ سے ہلاک ہوئے۔</w:t>
      </w:r>
    </w:p>
    <w:p>
      <w:r>
        <w:rPr>
          <w:b/>
        </w:rPr>
        <w:t xml:space="preserve">[1:34:42] </w:t>
      </w:r>
      <w:r>
        <w:t>unhon</w:t>
      </w:r>
    </w:p>
    <w:p>
      <w:pPr>
        <w:jc w:val="right"/>
      </w:pPr>
      <w:r>
        <w:t>انہوں</w:t>
      </w:r>
    </w:p>
    <w:p>
      <w:r>
        <w:rPr>
          <w:b/>
        </w:rPr>
        <w:t xml:space="preserve">[1:34:43] </w:t>
      </w:r>
      <w:r>
        <w:t>ne apne upar shiddat ki to Allah ne bhi un par shiddat ki. unhi ki baqaya hai jo sawami mein hai. tum log Allah ki ibadat karo, us ke sath kisi cheez ko shareek na karo.</w:t>
      </w:r>
    </w:p>
    <w:p>
      <w:pPr>
        <w:jc w:val="right"/>
      </w:pPr>
      <w:r>
        <w:t>نے اپنے اوپر شدت کی تو اللہ نے بھی ان پر شدت کی۔ انہی کی بقایہ ہے جو سوامع میں ہے۔ تم لوگ اللہ کی عبادت کرو، اس کے ساتھ کسی چیز کو شریک نہ کرو۔</w:t>
      </w:r>
    </w:p>
    <w:p>
      <w:r>
        <w:rPr>
          <w:b/>
        </w:rPr>
        <w:t xml:space="preserve">[1:34:56] </w:t>
      </w:r>
      <w:r>
        <w:t>hajj karo, umrah karo aur seedhay raho. tumhare sath seedha muamla kiya jayega."</w:t>
      </w:r>
    </w:p>
    <w:p>
      <w:pPr>
        <w:jc w:val="right"/>
      </w:pPr>
      <w:r>
        <w:t>حج کرو، عمرہ کرو اور سیدھے رہو۔ تمہارے ساتھ سیدھا معاملہ کیا جائے گا۔"</w:t>
      </w:r>
    </w:p>
    <w:p>
      <w:r>
        <w:rPr>
          <w:b/>
        </w:rPr>
        <w:t xml:space="preserve">[1:35:04] </w:t>
      </w:r>
      <w:r>
        <w:t>in abad al-duhaat ki madafaat mein jo literature tayar hua uska khulasa Maulana Abdul Hai Lakhnavi 1264 ta 1304 hijri ki kitab "Iqamat al-Hujjat ala anna al-Ikthar fi al-Ta'abbud laysa bi-Bid'ah Halab" 1966 mein dekha ja sakta hai.</w:t>
      </w:r>
    </w:p>
    <w:p>
      <w:pPr>
        <w:jc w:val="right"/>
      </w:pPr>
      <w:r>
        <w:t>ان عباد الضحات کی مدافعات میں جو لٹریچر تیار ہوا اس کا خلاصہ مولانا عبدالحی لکنوی 1264 تا 1304 ہجری کی کتاب "اقامۃ الحجت علی ان الاكثار فی التعبد لیس ببدع حلب" 1966 میں دیکھا جا سکتا ہے۔</w:t>
      </w:r>
    </w:p>
    <w:p>
      <w:r>
        <w:rPr>
          <w:b/>
        </w:rPr>
        <w:t xml:space="preserve">[1:35:26] </w:t>
      </w:r>
      <w:r>
        <w:t>taham is mein koi shakk nahin ke in tamam dalail ki qadar o qeemat sirf is waqt tak hai jab ke mutalliqah akabir ke amal ka lazman sahi hona ba'urv-e-peshgi mufroza ke maan liya jaye.</w:t>
      </w:r>
    </w:p>
    <w:p>
      <w:pPr>
        <w:jc w:val="right"/>
      </w:pPr>
      <w:r>
        <w:t>تاہم اس میں کوئی شک نہیں کہ ان تمام دلائل کی قدر و قیمت صرف اس وقت تک ہے جب کہ متعلقہ اکابر کے عمل کا لازماً صحیح ہونا بطور پیشگی مفروضے کے مان لیا جائے۔</w:t>
      </w:r>
    </w:p>
    <w:p>
      <w:r>
        <w:rPr>
          <w:b/>
        </w:rPr>
        <w:t xml:space="preserve">[1:35:40] </w:t>
      </w:r>
      <w:r>
        <w:t>agar is mufroza ko zehn se nikal diya jaye to maloom hoga ke in tawjihat ke ilmi aitbar se koi haqiqat</w:t>
      </w:r>
    </w:p>
    <w:p>
      <w:pPr>
        <w:jc w:val="right"/>
      </w:pPr>
      <w:r>
        <w:t>اگر اس مفروضے کو ذہن سے نکال دیا جائے تو معلوم ہوگا کہ ان توجیحات کے علمی اعتبار سے کوئی حقی</w:t>
      </w:r>
    </w:p>
    <w:p>
      <w:r>
        <w:rPr>
          <w:b/>
        </w:rPr>
        <w:t xml:space="preserve">[1:35:47] </w:t>
      </w:r>
      <w:r>
        <w:t>nahin. misal ke taur par kaha jata hai ke paighambar e Islam ne apni ummat par shafqat ki wajah se kam ibadatein kiñ kyunke aap agar zyada ibadat karte to sari ummat par waisa hi karna farz ho jata.</w:t>
      </w:r>
    </w:p>
    <w:p>
      <w:pPr>
        <w:jc w:val="right"/>
      </w:pPr>
      <w:r>
        <w:t>قت نہیں۔ مثال کے طور پر کہا جاتا ہے کہ پیغمبر اسلام نے اپنی امت پر شفقت کی وجہ سے کم عبادتیں کیں کیونکہ آپ اگر زیادہ عبادت کرتے تو ساری امت پر ویسا ہی کرنا فرض ہو جاتا۔</w:t>
      </w:r>
    </w:p>
    <w:p>
      <w:r>
        <w:rPr>
          <w:b/>
        </w:rPr>
        <w:t xml:space="preserve">[1:36:01] </w:t>
      </w:r>
      <w:r>
        <w:t>kan yatroku kuthra al-ibadat shafqatan ala ummati wa rahmatan ala ittaba'ihi liyataharraju fi ittiba'ihi fi dhalika.</w:t>
      </w:r>
    </w:p>
    <w:p>
      <w:pPr>
        <w:jc w:val="right"/>
      </w:pPr>
      <w:r>
        <w:t>کان یترک کثرت العبادات شفقت علی امتی ورحمت علی اتباعہ لیتحرجو باتباع فی ذالک۔</w:t>
      </w:r>
    </w:p>
    <w:p>
      <w:r>
        <w:rPr>
          <w:b/>
        </w:rPr>
        <w:t xml:space="preserve">[1:36:13] </w:t>
      </w:r>
      <w:r>
        <w:t>is istidlal ki kamzori is waqe se sabit hoti hai ke ibadaton mein tashaddud ke bajaye aap ka etidal agar ummat par shafqat ki wajah se tha to aap ne doosre mamle mein "la'allaka baqi'un nafsaka li Allahi yakuna al-mu'minun" shua'arat teen ka uswa apni ummat ke liye kyun chhoda?</w:t>
      </w:r>
    </w:p>
    <w:p>
      <w:pPr>
        <w:jc w:val="right"/>
      </w:pPr>
      <w:r>
        <w:t>اس استدلال کی کمزوری اس واقعے سے ثابت ہوتی ہے کہ عبادات میں تشدد کے بجائے آپ کا اعتدال اگر امت پر شفقت کی وجہ سے تھا تو آپ نے دوسرے معاملے میں "لعلک باقع نفسک اللہ یکون مومنین" شعارات تین کا اسوہ اپنی امت کے لیے کیوں چھوڑا؟</w:t>
      </w:r>
    </w:p>
    <w:p>
      <w:r>
        <w:rPr>
          <w:b/>
        </w:rPr>
        <w:t xml:space="preserve">[1:36:32] </w:t>
      </w:r>
      <w:r>
        <w:t>haqeeqat yeh hai ke Allah taala ko apne momin bondon se yeh matloob hi nahin ke woh is qism ke karishme dikhayeñ ke maghrib ke wuzu se fajar ki namaz pachas saal tak parh</w:t>
      </w:r>
    </w:p>
    <w:p>
      <w:pPr>
        <w:jc w:val="right"/>
      </w:pPr>
      <w:r>
        <w:t>حقیقت یہ ہے کہ اللہ تعالی کو اپنے مومن بندوں سے یہ مطلوب ہی نہیں کہ وہ اس قسم کے کرشمے دکھائیں کہ مغرب کے وضو سے فجر کی نماز پچاس سال تک پڑ</w:t>
      </w:r>
    </w:p>
    <w:p>
      <w:r>
        <w:rPr>
          <w:b/>
        </w:rPr>
        <w:t xml:space="preserve">[1:36:43] </w:t>
      </w:r>
      <w:r>
        <w:t>hatay rahen aur rozana uth uth bar quran khatm kar dalen. apne jism ko ghair zaruri mashaqqat mein dalna ya raat din kuch ashkal ibadat ko dohrate rehna woh cheez nahin jo Allah taala ko matloob ho.</w:t>
      </w:r>
    </w:p>
    <w:p>
      <w:pPr>
        <w:jc w:val="right"/>
      </w:pPr>
      <w:r>
        <w:t>ھتے رہیں اور روزانہ اٹھ اٹھ بار قران ختم کر ڈالیں۔ اپنے جسم کو غیر ضروری مشقت میں ڈالنا یا رات دن کچھ اشکال عبادت کو دہراتے رہنا وہ چیز نہیں جو اللہ تعالی کو مطلوب ہو۔</w:t>
      </w:r>
    </w:p>
    <w:p>
      <w:r>
        <w:rPr>
          <w:b/>
        </w:rPr>
        <w:t xml:space="preserve">[1:36:57] </w:t>
      </w:r>
      <w:r>
        <w:t>is ko jo cheez is ko jo cheez matloob hai woh andaruni taur par yeh hai ke is ke bande is ki mohabbat aur khauf se sarshar hon aur kharji taur par yeh ke ek taraf apne amal ko zindagi ek taraf apne amal ko zindagi ki tamam sargarmion mein khudai taleem ke mutabiq banayen aur doosri taraf doosre bandagar khuda ko Allah ke daire mein lanay ki koshish karen.</w:t>
      </w:r>
    </w:p>
    <w:p>
      <w:pPr>
        <w:jc w:val="right"/>
      </w:pPr>
      <w:r>
        <w:t>اس کو جو چیز اس کو جو چیز مطلوب ہے وہ اندرونی طور پر یہ ہے کہ اس کے بندے اس کی محبت اور خوف سے سرشار ہوں اور خارجی طور پر یہ کہ ایک طرف اپنے عمل کو زندگی ایک طرف اپنے عمل کو زندگی کی تمام سرگرمیوں میں خدائی تعلیم کے مطابق بنائیں اور دوسری طرف دوسرے بندگار خدا کو اللہ کے دائرے میں لانے کی کوشش کریں۔</w:t>
      </w:r>
    </w:p>
    <w:p>
      <w:r>
        <w:rPr>
          <w:b/>
        </w:rPr>
        <w:t xml:space="preserve">[1:37:23] </w:t>
      </w:r>
      <w:r>
        <w:t>baat ke buzurgon ke bare mein kasrat ibadat ke afsanay agar bil farz sahi hon jab bhi yeh woh deen nahin jo peghambar arabi Hazrat Muhammad Sallallahu Alaihi Wasallam Khuda ki taraf se laye aur jo Quran o Sunnat ki shakal mein ab bhi hamare paas poori tarah mehfooz hai.</w:t>
      </w:r>
    </w:p>
    <w:p>
      <w:pPr>
        <w:jc w:val="right"/>
      </w:pPr>
      <w:r>
        <w:t>بات کے بزرگوں کے بارے میں کثرت عبادت کے افسانے اگر بالفرض صحیح ہوں جب بھی یہ وہ دین نہیں جو پیغمبر عربی حضرت محمد صلی اللہ علیہ وسلم خدا کی طرف سے لائے اور جو قران و سنت کی شکل میں اب بھی ہمارے پاس پوری طرح محفوظ ہے۔</w:t>
      </w:r>
    </w:p>
    <w:p>
      <w:r>
        <w:rPr>
          <w:b/>
        </w:rPr>
        <w:t xml:space="preserve">[1:37:39] </w:t>
      </w:r>
      <w:r>
        <w:t>is qism ke kamalat jo baat ke logon se manqool hain bilashuba un ka hadiya Muhammadi se koi taalluq nahin. bilashuba un ka hadiya Muhammadi se koi taalluq nahin magar door zawal ki alamaton se ek alamat yeh bhi hai ke apne rijal par tanqeed ki jurrat khatm ho jati hai.</w:t>
      </w:r>
    </w:p>
    <w:p>
      <w:pPr>
        <w:jc w:val="right"/>
      </w:pPr>
      <w:r>
        <w:t>اس قسم کے کمالات جو بات کے لوگوں سے منقول ہیں بلاشبہ ان کا ہدیہ محمدی سے کوئی تعلق نہیں۔ بلاشبہ ان کا ہدیہ محمدی سے کوئی تعلق نہیں مگر دور زوال کی علامتوں سے ایک علامت یہ بھی ہے کہ اپنے رجال پر تنقید کی جرات ختم ہو جاتی ہے۔</w:t>
      </w:r>
    </w:p>
    <w:p>
      <w:r>
        <w:rPr>
          <w:b/>
        </w:rPr>
        <w:t xml:space="preserve">[1:37:59] </w:t>
      </w:r>
      <w:r>
        <w:t>chunanche is qism ke aamal par nakeer ke bajaye un ki tawjeeh balkeh tahseen shuru hog</w:t>
      </w:r>
    </w:p>
    <w:p>
      <w:pPr>
        <w:jc w:val="right"/>
      </w:pPr>
      <w:r>
        <w:t>چنانچہ اس قسم کے اعمال پر نکیر کے بجائے ان کی توجیح بلکہ تحسین شروع ہوگ</w:t>
      </w:r>
    </w:p>
    <w:p>
      <w:r>
        <w:rPr>
          <w:b/>
        </w:rPr>
        <w:t xml:space="preserve">[1:38:05] </w:t>
      </w:r>
      <w:r>
        <w:t>yi hatta ke rafta rafta woh is qadar muqaddas ho gaye ke ab kisi ke liye yeh sochna bhi muhal ho gaya ke un mein koi nuqs hai.</w:t>
      </w:r>
    </w:p>
    <w:p>
      <w:pPr>
        <w:jc w:val="right"/>
      </w:pPr>
      <w:r>
        <w:t>ئی حتی کہ رفتہ رفتہ وہ اس قدر مقدس ہو گئے کہ اب کسی کے لیے یہ سوچنا بھی محال ہو گیا کہ ان میں کوئی نقص ہے۔</w:t>
      </w:r>
    </w:p>
    <w:p>
      <w:r>
        <w:rPr>
          <w:b/>
        </w:rPr>
        <w:t xml:space="preserve">[1:38:14] </w:t>
      </w:r>
      <w:r>
        <w:t>حافظ ذہبی 748 hijri aur Ibn Taymiyyah 728 hijri ka tashaddud Sufiyyah ke bare mein mashhoor hai magar un ka bhi yeh haal hai ke kisi ki madah o sanaish ke zail mein kasrat ibadat ke qisse naqd o jarh ke baghair naqal kar dete hain</w:t>
      </w:r>
    </w:p>
    <w:p>
      <w:pPr>
        <w:jc w:val="right"/>
      </w:pPr>
      <w:r>
        <w:t>حافظ ذہبی 748 ہجری اور ابن تیمیہ 728 ہجری کا تشدد صوفیاء کے بارے میں مشہور ہے مگر ان کا بھی یہ حال ہے کہ کسی کی مدح و ستائش کے ذیل میں کثرت عبادت کے قصے نقد و جرح کے بغیر نقل کر دیتے ہیں</w:t>
      </w:r>
    </w:p>
    <w:p>
      <w:r>
        <w:rPr>
          <w:b/>
        </w:rPr>
        <w:t xml:space="preserve">[1:38:33] </w:t>
      </w:r>
      <w:r>
        <w:t>halankeh yeh qisse ba aitbar waqea bhi aksar na qabil aitbar hote hain aur deen ki haqeeqat se to un ka koi taalluq hi nahin. yahi haal hamari aksar kitabon ka hai.</w:t>
      </w:r>
    </w:p>
    <w:p>
      <w:pPr>
        <w:jc w:val="right"/>
      </w:pPr>
      <w:r>
        <w:t>حالانکہ یہ قصے باعتبار واقعہ بھی اکثر ناقابل اعتبار ہوتے ہیں اور دین کی حقیقت سے تو ان کا کوئی تعلق ہی نہیں۔ یہی حال ہماری اکثر کتابوں کا ہے۔</w:t>
      </w:r>
    </w:p>
    <w:p>
      <w:r>
        <w:rPr>
          <w:b/>
        </w:rPr>
        <w:t xml:space="preserve">[1:38:46] </w:t>
      </w:r>
      <w:r>
        <w:t>tasawwuf ki doosri shakal taabudi umoor mein naui izafe ka maamla pehli shakal se bhi ziyada shadeed hai.</w:t>
      </w:r>
    </w:p>
    <w:p>
      <w:pPr>
        <w:jc w:val="right"/>
      </w:pPr>
      <w:r>
        <w:t>تصوف کی دوسری شکل تعبدی امور میں نوعی اضافے کا معاملہ پہلی شکل سے بھی زیادہ شدید ہے۔</w:t>
      </w:r>
    </w:p>
    <w:p>
      <w:r>
        <w:rPr>
          <w:b/>
        </w:rPr>
        <w:t xml:space="preserve">[1:38:54] </w:t>
      </w:r>
      <w:r>
        <w:t>pehla agar Quran ke alfaaz mein itdaa Surah Aaraaf Ayat 55 hai to doosra ibtida Surah Hadid Ayat 27 aur maloom hai ke deen mein ihdath aur ibtida khwah woh achhi niyat hi se kyun na ho qatan mardood hai.</w:t>
      </w:r>
    </w:p>
    <w:p>
      <w:pPr>
        <w:jc w:val="right"/>
      </w:pPr>
      <w:r>
        <w:t>پہلا اگر قران کے الفاظ میں اعتداء سورہ اعراف ایت 55 ہے تو دوسرا ابتداء سورہ حدید ایت 27 اور معلوم ہے کہ دین میں احداث اور ابتداء خواہ وہ اچھی نیت ہی سے کیوں نہ ہو قطعا مردود ہے۔</w:t>
      </w:r>
    </w:p>
    <w:p>
      <w:r>
        <w:rPr>
          <w:b/>
        </w:rPr>
        <w:t xml:space="preserve">[1:39:10] </w:t>
      </w:r>
      <w:r>
        <w:t>Bukhari o Muslim ne Nabi Sallallahu Alaihi Wasallam ka irshad naqal kiya hai: "man ahdatha fi amrina hadha ma laysa minhu" jo hamare deen mein koi nayi cheez laye woh radd hai.</w:t>
      </w:r>
    </w:p>
    <w:p>
      <w:pPr>
        <w:jc w:val="right"/>
      </w:pPr>
      <w:r>
        <w:t>بخاری و مسلم نے نبی صلی اللہ علیہ وسلم کا ارشاد نقل کیا ہے: "من احدث فی امرناھذا ما لیس منہ فور جو ہمارے دین میں کوئی نئی چیز لائے وہ رد ہے۔"</w:t>
      </w:r>
    </w:p>
    <w:p>
      <w:r>
        <w:rPr>
          <w:b/>
        </w:rPr>
        <w:t xml:space="preserve">[1:39:22] </w:t>
      </w:r>
      <w:r>
        <w:t>Imam Zadah Jughi Samarqandi 573 hijri ne apni kitab "Shariatul Islam" mein Sahaba ke bare mein likha hai: "وقانت وقد کان الصحابۃینکرون اشد الانکار علی من احدث او ابتدع رسما لمیتعہدو فی عہد النبوت ذالک او کثرا او کبرا صفنو۔"</w:t>
      </w:r>
    </w:p>
    <w:p>
      <w:pPr>
        <w:jc w:val="right"/>
      </w:pPr>
      <w:r>
        <w:t>امام زادہ جوغی سمرقندی 573 ہجری نے اپنی کتاب "شرعت الاسلام" میں صحابہ کے بارے میں لکھا ہے: "وقانت وقد کان الصحابۃینکرون اشد الانکار علی من احدث او ابتدع رسما لمیتعہدو فی عہد النبوت ذالک او کثرا او کبرا صفنو۔"</w:t>
      </w:r>
    </w:p>
    <w:p>
      <w:r>
        <w:rPr>
          <w:b/>
        </w:rPr>
        <w:t xml:space="preserve">[1:39:50] </w:t>
      </w:r>
      <w:r>
        <w:t>Sahaba is shakhs ke khilaf shadeed tareen inkar karte the jo koi aisa tareeqa nikale jis ko unhon ne nubowat ke zamane mein na dekha ho khwah woh kam ho ya ziyada chhota ho ya bada.</w:t>
      </w:r>
    </w:p>
    <w:p>
      <w:pPr>
        <w:jc w:val="right"/>
      </w:pPr>
      <w:r>
        <w:t>صحابہ اس شخص کے خلاف شدید ترین انکار کرتے تھے جو کوئی ایسا طریقہ نکالے جس کو انہوں نے نبوت کے زمانے میں نہ دیکھا ہو خواہ وہ کم ہو یا زیادہ چھوٹا ہو یا بڑا۔</w:t>
      </w:r>
    </w:p>
    <w:p>
      <w:r>
        <w:rPr>
          <w:b/>
        </w:rPr>
        <w:t xml:space="preserve">[1:40:02] </w:t>
      </w:r>
      <w:r>
        <w:t>Sahaba ka yeh shadeed ravaiyah ibadat ke bare mein tha maamlat ke bare mein na tha. maamlat insani ka bohat gehra taalluq dunya ke amli halaat se hai jo hamesha yaksaan nahin rehte is liye is mein sarahatan nayi faislon ki ijazat di gayi hai jis ko Quran mein istinbat Surah Nisa Ayat 83</w:t>
      </w:r>
    </w:p>
    <w:p>
      <w:pPr>
        <w:jc w:val="right"/>
      </w:pPr>
      <w:r>
        <w:t>صحابہ کا یہ شدید رویہ عبادات کے بارے میں تھا معاملات کے بارے میں نہ تھا۔ معاملات انسانی کا بہت گہرا تعلق دنیا کے عملی حالات سے ہے جو ہمیشہ یکساں نہیں رہتے اس لیے اس میں صراحتاً نئے فیصلوں کی اجازت دی گئی ہے جس کو قران میں استنبات سورہ نساء ایت 83</w:t>
      </w:r>
    </w:p>
    <w:p>
      <w:r>
        <w:rPr>
          <w:b/>
        </w:rPr>
        <w:t xml:space="preserve">[1:40:24] </w:t>
      </w:r>
      <w:r>
        <w:t>aur Hadees mein ijtihad Muaz Ibn Jabal kaha gaya hai magar ibadat ka taalluq azli aur azli o abadi hasti ke sath insaan ke ravaiye se hai is liye is mein kisi tabdeeli aur izafe ka sawal nahin.</w:t>
      </w:r>
    </w:p>
    <w:p>
      <w:pPr>
        <w:jc w:val="right"/>
      </w:pPr>
      <w:r>
        <w:t>اور حدیث میں اجتہاد معاذ ابن جبل کہا گیا ہے مگر عبادت کا تعلق ازلی اور ازلی و ابدی ہستی کے ساتھ انسان کے رویے سے ہے اس لیے اس میں کسی تبدیلی اور اضافے کا سوال نہیں۔</w:t>
      </w:r>
    </w:p>
    <w:p>
      <w:r>
        <w:rPr>
          <w:b/>
        </w:rPr>
        <w:t xml:space="preserve">[1:40:39] </w:t>
      </w:r>
      <w:r>
        <w:t>tadreeji hikmat ya mazori ki bina par kisi ke sath riayat to ki ja sakti hai magar apni taraf se qiyasi izafa nahin kiya ja sakta.</w:t>
      </w:r>
    </w:p>
    <w:p>
      <w:pPr>
        <w:jc w:val="right"/>
      </w:pPr>
      <w:r>
        <w:t>تدریجی حکمت یا معذوری کی بنا پر کسی کے ساتھ رعایت تو کی جا سکتی ہے مگر اپنی طرف سے قیاسی اضافہ نہیں کیا جا سکتا۔</w:t>
      </w:r>
    </w:p>
    <w:p>
      <w:r>
        <w:rPr>
          <w:b/>
        </w:rPr>
        <w:t xml:space="preserve">[1:40:50] </w:t>
      </w:r>
      <w:r>
        <w:t>ibadat ke maamle mein sirf it</w:t>
      </w:r>
    </w:p>
    <w:p>
      <w:pPr>
        <w:jc w:val="right"/>
      </w:pPr>
      <w:r>
        <w:t>عبادات کے معاملے میں صرف ات</w:t>
      </w:r>
    </w:p>
    <w:p>
      <w:r>
        <w:rPr>
          <w:b/>
        </w:rPr>
        <w:t xml:space="preserve">[1:40:52] </w:t>
      </w:r>
      <w:r>
        <w:t>baa'ah hai. Abdullah Ibn Abdullah Ibn Masood ne farmaya: "ittaba'a wala tubtadi'" yani ittaba karo nayi cheez na nikalo.</w:t>
      </w:r>
    </w:p>
    <w:p>
      <w:pPr>
        <w:jc w:val="right"/>
      </w:pPr>
      <w:r>
        <w:t>باع ہے۔ عبداللہ ابن عبداللہ ابن مسعود نے فرمایا: "اتبع ولا تبتدع" یعنی اتباع کرو نئی چیز نہ نکالو۔</w:t>
      </w:r>
    </w:p>
    <w:p>
      <w:r>
        <w:rPr>
          <w:b/>
        </w:rPr>
        <w:t xml:space="preserve">[1:41:00] </w:t>
      </w:r>
      <w:r>
        <w:t>maamlat ke bab mein musalsal ijtihad kiya gaya m</w:t>
      </w:r>
    </w:p>
    <w:p>
      <w:pPr>
        <w:jc w:val="right"/>
      </w:pPr>
      <w:r>
        <w:t>معاملات کے باب میں مسلسل اجتہاد کیا گیا م</w:t>
      </w:r>
    </w:p>
    <w:p>
      <w:r>
        <w:rPr>
          <w:b/>
        </w:rPr>
        <w:t xml:space="preserve">[1:41:04] </w:t>
      </w:r>
      <w:r>
        <w:t>gar kisi sahabi ne nakeer na ki magar ibadat mein zara sa naya pan bhi un ke liye</w:t>
      </w:r>
    </w:p>
    <w:p>
      <w:pPr>
        <w:jc w:val="right"/>
      </w:pPr>
      <w:r>
        <w:t>گر کسی صحابی نے نکیر نہ کی مگر عبادات میں ذرا سا نیا پن بھی ان کے لیے</w:t>
      </w:r>
    </w:p>
    <w:p>
      <w:r>
        <w:rPr>
          <w:b/>
        </w:rPr>
        <w:t xml:space="preserve">[1:41:09] </w:t>
      </w:r>
      <w:r>
        <w:t>naqabil bardasht hota tha.</w:t>
      </w:r>
    </w:p>
    <w:p>
      <w:pPr>
        <w:jc w:val="right"/>
      </w:pPr>
      <w:r>
        <w:t>ناقابل برداشت ہوتا تھا۔</w:t>
      </w:r>
    </w:p>
    <w:p>
      <w:r>
        <w:rPr>
          <w:b/>
        </w:rPr>
        <w:t xml:space="preserve">[1:41:11] </w:t>
      </w:r>
      <w:r>
        <w:t>Abdullah ibn Mughaffal ke sahibzaday kehte hain: "Samani abi wa ana fi al-salati aqoolu Bismillah al-Rahman al-Rahim faqaala</w:t>
      </w:r>
    </w:p>
    <w:p>
      <w:pPr>
        <w:jc w:val="right"/>
      </w:pPr>
      <w:r>
        <w:t>عبداللہ ابن مغفل کے صاحبزادے کہتے ہیں: "سمعنی ابی وانا فی الصلاۃ اقول بسم اللہ الرحمن الرحیم فقال</w:t>
      </w:r>
    </w:p>
    <w:p>
      <w:r>
        <w:rPr>
          <w:b/>
        </w:rPr>
        <w:t xml:space="preserve">[1:41:20] </w:t>
      </w:r>
      <w:r>
        <w:t>li ya bunayya muhdath iyyaka wa al-muhdath."</w:t>
      </w:r>
    </w:p>
    <w:p>
      <w:pPr>
        <w:jc w:val="right"/>
      </w:pPr>
      <w:r>
        <w:t>لی اے بنی محدث ایاک والحدث۔"</w:t>
      </w:r>
    </w:p>
    <w:p>
      <w:r>
        <w:rPr>
          <w:b/>
        </w:rPr>
        <w:t xml:space="preserve">[1:41:25] </w:t>
      </w:r>
      <w:r>
        <w:t>Tirmidhi Nasai Ibn Majah Bayhaqi: "Mere baap ne mujh ko namaz mein kehte hue suna Bismillah al-Rahman</w:t>
      </w:r>
    </w:p>
    <w:p>
      <w:pPr>
        <w:jc w:val="right"/>
      </w:pPr>
      <w:r>
        <w:t>ترمذی نسائی ابن ماجہ بیہقی: "میرے باپ نے مجھ کو نماز میں کہتے ہوئے سنا بسم اللہ الرحمن</w:t>
      </w:r>
    </w:p>
    <w:p>
      <w:r>
        <w:rPr>
          <w:b/>
        </w:rPr>
        <w:t xml:space="preserve">[1:41:31] </w:t>
      </w:r>
      <w:r>
        <w:t>al-Rahim to mujh se kaha: Aye mere bete yeh nayi cheez hai aur tum ko chahiye ke nayi</w:t>
      </w:r>
    </w:p>
    <w:p>
      <w:pPr>
        <w:jc w:val="right"/>
      </w:pPr>
      <w:r>
        <w:t>الرحیم تو مجھ سے کہا: اے میرے بیٹے یہ نئی چیز ہے اور تم کو چاہیے کہ نئی</w:t>
      </w:r>
    </w:p>
    <w:p>
      <w:r>
        <w:rPr>
          <w:b/>
        </w:rPr>
        <w:t xml:space="preserve">[1:41:37] </w:t>
      </w:r>
      <w:r>
        <w:t>cheez se bacho."</w:t>
      </w:r>
    </w:p>
    <w:p>
      <w:pPr>
        <w:jc w:val="right"/>
      </w:pPr>
      <w:r>
        <w:t>چیز سے بچو۔"</w:t>
      </w:r>
    </w:p>
    <w:p>
      <w:r>
        <w:rPr>
          <w:b/>
        </w:rPr>
        <w:t xml:space="preserve">[1:41:41] </w:t>
      </w:r>
      <w:r>
        <w:t>Muamalat insani ki noiyat chunke dunyawi halat ki tabdili se badalti rehti hai is liye is mein ijtihad</w:t>
      </w:r>
    </w:p>
    <w:p>
      <w:pPr>
        <w:jc w:val="right"/>
      </w:pPr>
      <w:r>
        <w:t>معاملات انسانی کی نوعیت چونکہ دنیاوی حالات کی تبدیلی سے بدلتی رہتی ہے اس لیے اس میں اجتہاد</w:t>
      </w:r>
    </w:p>
    <w:p>
      <w:r>
        <w:rPr>
          <w:b/>
        </w:rPr>
        <w:t xml:space="preserve">[1:41:48] </w:t>
      </w:r>
      <w:r>
        <w:t>ki ijazat di gayi thi magar</w:t>
      </w:r>
    </w:p>
    <w:p>
      <w:pPr>
        <w:jc w:val="right"/>
      </w:pPr>
      <w:r>
        <w:t>کی اجازت دی گئی تھی مگر</w:t>
      </w:r>
    </w:p>
    <w:p>
      <w:r>
        <w:rPr>
          <w:b/>
        </w:rPr>
        <w:t xml:space="preserve">[1:41:49] </w:t>
      </w:r>
      <w:r>
        <w:t>ibadat o rohaniyat ke pehlu se jo kuch matloob hai us mein kami beshi ka sawal nahin is mein sirf ittaba hai.</w:t>
      </w:r>
    </w:p>
    <w:p>
      <w:pPr>
        <w:jc w:val="right"/>
      </w:pPr>
      <w:r>
        <w:t>عبادات و روحانیات کے پہلو سے جو کچھ مطلوب ہے اس میں کمی بیشی کا سوال نہیں اس میں صرف اتباع ہے۔</w:t>
      </w:r>
    </w:p>
    <w:p>
      <w:r>
        <w:rPr>
          <w:b/>
        </w:rPr>
        <w:t xml:space="preserve">[1:41:58] </w:t>
      </w:r>
      <w:r>
        <w:t>Ibn Abd al-Barr ne Jami' Bayan al-'Ilm wa Fadlihi mein Saeed Ibn Musayyib se naqal kiya hai ke Hazrat Umar ne khutba diya aur us mein farmaya: "Ya ayyuha al-nas innahu qad sunnat lakum al-sunan wa faridhat lakum al-fara'id wa turiktum ala al-wadeha al-antazallu bil-nasimina wa shamala." Juz thani safha 187: "Aye logon!</w:t>
      </w:r>
    </w:p>
    <w:p>
      <w:pPr>
        <w:jc w:val="right"/>
      </w:pPr>
      <w:r>
        <w:t>ابن عبدالبر نے جامع بیان العلمی وفضلی میں سعید ابن مسید سے نقل کیا ہے کہ حضرت عمر نے خطبہ دیا اور اس میں فرمایا: "یا ایہا الناس انہ قد سنت لکم السنن وفرضت لکم الفرائض وترکتم علی الواضح الا انتظلوا بالناسیمینا و شمالا۔" جز ثانی صفحہ 187: "اے لوگوں!</w:t>
      </w:r>
    </w:p>
    <w:p>
      <w:r>
        <w:rPr>
          <w:b/>
        </w:rPr>
        <w:t xml:space="preserve">[1:42:23] </w:t>
      </w:r>
      <w:r>
        <w:t>tumhare liye tareeqay jari kar diye gaye aur tumhare liye farayiz muqarrar kar diye gaye aur tum ek wazeh amar par chhod diye gaye. khabardar!</w:t>
      </w:r>
    </w:p>
    <w:p>
      <w:pPr>
        <w:jc w:val="right"/>
      </w:pPr>
      <w:r>
        <w:t>تمہارے لیے طریقے جاری کر دیے گئے اور تمہارے لیے فرائض مقرر کر دیے گئے اور تم ایک واضح امر پر چھوڑ دیے گئے۔ خبردار!</w:t>
      </w:r>
    </w:p>
    <w:p>
      <w:r>
        <w:rPr>
          <w:b/>
        </w:rPr>
        <w:t xml:space="preserve">[1:42:32] </w:t>
      </w:r>
      <w:r>
        <w:t>logon ke sath dayen bayen na bhatak jana." Nubowat ke baad ummat Muslimah ke andar jo fitnay paida hue un ko Shah Waliullah ne 30 tak shumar kiya hai.</w:t>
      </w:r>
    </w:p>
    <w:p>
      <w:pPr>
        <w:jc w:val="right"/>
      </w:pPr>
      <w:r>
        <w:t>لوگوں کے ساتھ دائیں بائیں نہ بھٹک جانا۔" نبوت کے بعد امت مسلمہ کے اندر جو فتنے پیدا ہوئے ان کو شاہ ولی اللہ نے 30 تک شمار کیا ہے۔</w:t>
      </w:r>
    </w:p>
    <w:p>
      <w:r>
        <w:rPr>
          <w:b/>
        </w:rPr>
        <w:t xml:space="preserve">[1:42:42] </w:t>
      </w:r>
      <w:r>
        <w:t>daswan fitna un ke alfaaz mein yeh hai: "Sunnat masoora mein jo awrad o wazaif aa gaye hain un</w:t>
      </w:r>
    </w:p>
    <w:p>
      <w:pPr>
        <w:jc w:val="right"/>
      </w:pPr>
      <w:r>
        <w:t>دسواں فتنہ ان کے الفاظ میں یہ ہے: "سنت معصورہ میں جو اوراد و وظائف اگئے ہیں ان</w:t>
      </w:r>
    </w:p>
    <w:p>
      <w:r>
        <w:rPr>
          <w:b/>
        </w:rPr>
        <w:t xml:space="preserve">[1:42:50] </w:t>
      </w:r>
      <w:r>
        <w:t>ke ilawa apni taraf se mazeed awrad o wazaif ka yeh awrad o wazaif ka biniyat taqarrub ila</w:t>
      </w:r>
    </w:p>
    <w:p>
      <w:pPr>
        <w:jc w:val="right"/>
      </w:pPr>
      <w:r>
        <w:t>کے علاوہ اپنی طرف سے مزید اوراد و وظائف کا یہ اوراد و وظائف کا بنیت تقرب الی</w:t>
      </w:r>
    </w:p>
    <w:p>
      <w:r>
        <w:rPr>
          <w:b/>
        </w:rPr>
        <w:t xml:space="preserve">[1:42:58] </w:t>
      </w:r>
      <w:r>
        <w:t>Allah 'azza wa jall yaani sawab paane ki gharz se ikhtiraa karna aur umoor mustahibba ko</w:t>
      </w:r>
    </w:p>
    <w:p>
      <w:pPr>
        <w:jc w:val="right"/>
      </w:pPr>
      <w:r>
        <w:t>اللہ عزوجل یعنی ثواب پانے کی غرض سے اختراع کرنا اور امور مستحبہ کو</w:t>
      </w:r>
    </w:p>
    <w:p>
      <w:r>
        <w:rPr>
          <w:b/>
        </w:rPr>
        <w:t xml:space="preserve">[1:43:06] </w:t>
      </w:r>
      <w:r>
        <w:t>aur umoor mustahibba ko misl wajibat ke apne zimme laazim kar lena aur logon mein in wazaif ke</w:t>
      </w:r>
    </w:p>
    <w:p>
      <w:pPr>
        <w:jc w:val="right"/>
      </w:pPr>
      <w:r>
        <w:t>اور امور مستحبہ کو مثل واجبات کے اپنے ذمے لازم کر لینا اور لوگوں میں ان وظائف کے</w:t>
      </w:r>
    </w:p>
    <w:p>
      <w:r>
        <w:rPr>
          <w:b/>
        </w:rPr>
        <w:t xml:space="preserve">[1:43:14] </w:t>
      </w:r>
      <w:r>
        <w:t>phailane ki raghbat ka dilon mein paida hona."</w:t>
      </w:r>
    </w:p>
    <w:p>
      <w:pPr>
        <w:jc w:val="right"/>
      </w:pPr>
      <w:r>
        <w:t>پھیلانے کی رغبت کا دلوں میں پیدا ہونا۔"</w:t>
      </w:r>
    </w:p>
    <w:p>
      <w:r>
        <w:rPr>
          <w:b/>
        </w:rPr>
        <w:t xml:space="preserve">[1:43:18] </w:t>
      </w:r>
      <w:r>
        <w:t>azalat ul khufa: shah sahab ne is silsile mein jo riwayatain naqal ki hain un mein se aik yeh hai: darmi ne hukum ibn mubarak se riwayat ki hai.</w:t>
      </w:r>
    </w:p>
    <w:p>
      <w:pPr>
        <w:jc w:val="right"/>
      </w:pPr>
      <w:r>
        <w:t>ازالت الخفاء: شاہ صاحب نے اس سلسلے میں جو روایتیں نقل کی ہیں ان میں سے ایک یہ ہے: دارمی نے حکم ابن مبارک سے روایت کی ہے۔</w:t>
      </w:r>
    </w:p>
    <w:p>
      <w:r>
        <w:rPr>
          <w:b/>
        </w:rPr>
        <w:t xml:space="preserve">[1:43:29] </w:t>
      </w:r>
      <w:r>
        <w:t>wo kehte thay: "hamein umar ibn yahya ne khabar di." wo kehte thay: "main ne apne walid se suna." wo apne walid se naqal karte thay. wo kehte thay ke: "hum namaz e fajar se pehle abdullah ibn masood ke darwazay par ja kar baith baith rehte baith rehte thay.</w:t>
      </w:r>
    </w:p>
    <w:p>
      <w:pPr>
        <w:jc w:val="right"/>
      </w:pPr>
      <w:r>
        <w:t>وہ کہتے تھے: "ہمیں عمر ابن یحیی نے خبر دی۔" وہ کہتے تھے: "میں نے اپنے والد سے سنا۔" وہ اپنے والد سے نقل کرتے تھے۔ وہ کہتے تھے کہ: "ہم نماز فجر سے پہلے عبداللہ ابن مسعود کے دروازے پر جا کر بیٹھ بیٹھ رہے رہتے بیٹھ رہتے تھے۔</w:t>
      </w:r>
    </w:p>
    <w:p>
      <w:r>
        <w:rPr>
          <w:b/>
        </w:rPr>
        <w:t xml:space="preserve">[1:43:46] </w:t>
      </w:r>
      <w:r>
        <w:t>jab wo apne ghar se nikaltay to hum un ke sath masjid mein jatay thay. aik roz ibn masood ke makan par boqt e mauhood abu musa ashari aaye aur hum se poocha ke: "kya abu abdul rehman yani abdullah ibn masood ghar se niklay?" hum ne jawab diya ke: "abhi nahi niklay." yeh sun kar wo humare pas baith gaye yahan tak ke abdullah ibn masood ghar se baramad hue aur hum log un ke sath uth kar chalay.</w:t>
      </w:r>
    </w:p>
    <w:p>
      <w:pPr>
        <w:jc w:val="right"/>
      </w:pPr>
      <w:r>
        <w:t>جب وہ اپنے گھر سے نکلتے تو ہم ان کے ساتھ مسجد میں جاتے تھے۔ ایک روز ابن مسعود کے مکان پر بوقت معہود ابو موسی اشعری ائے اور ہم سے پوچھا کہ: "کیا ابو عبدالرحمن یعنی عبداللہ ابن مسعود گھر سے نکلے؟" ہم نے جواب دیا کہ: "ابھی نہیں نکلے۔" یہ سن کر وہ ہمارے پاس بیٹھ گئے یہاں تک کہ عبداللہ ابن مسعود گھر سے برآمد ہوئے اور ہم لوگ ان کے ساتھ اٹھ کر چلے۔</w:t>
      </w:r>
    </w:p>
    <w:p>
      <w:r>
        <w:rPr>
          <w:b/>
        </w:rPr>
        <w:t xml:space="preserve">[1:44:13] </w:t>
      </w:r>
      <w:r>
        <w:t>phir un se abu musa ne kaha:</w:t>
      </w:r>
    </w:p>
    <w:p>
      <w:pPr>
        <w:jc w:val="right"/>
      </w:pPr>
      <w:r>
        <w:t>پھر ان سے ابو موسی نے کہا:</w:t>
      </w:r>
    </w:p>
    <w:p>
      <w:r>
        <w:rPr>
          <w:b/>
        </w:rPr>
        <w:t xml:space="preserve">[1:44:15] </w:t>
      </w:r>
      <w:r>
        <w:t>"ae ab ae abu abdul rehman! main ne abhi masjid mein aik nai baat dekhi magar alhamdulillah main ne achi baat dekhi." abdullah ibn masood ne poocha: "tum ne kya dekha?" abu musa ne kaha ke: "agar masjid pohnchnay tak aap zinda rahay to aap bhi dekh leingay." phir kaha: "main ne masjid mein logon ko dekha ke wo juda juda halqay kar ke baithe hain aur namaz ka intazar kar rahay hain.</w:t>
      </w:r>
    </w:p>
    <w:p>
      <w:pPr>
        <w:jc w:val="right"/>
      </w:pPr>
      <w:r>
        <w:t>"اے اب اے ابو عبدالرحمن! میں نے ابھی مسجد میں ایک نئی بات دیکھی مگر الحمدللہ میں نے اچھی بات دیکھی۔" عبداللہ ابن مسعود نے پوچھا: "تم نے کیا دیکھا؟" ابو موسی نے کہا کہ: "اگر مسجد پہنچنے تک آپ زندہ رہے تو آپ بھی دیکھ لیں گے۔" پھر کہا: "میں نے مسجد میں لوگوں کو دیکھا کہ وہ جدا جدا حلقے کر کے بیٹھے ہیں اور نماز کا انتظار کر رہے ہیں۔</w:t>
      </w:r>
    </w:p>
    <w:p>
      <w:r>
        <w:rPr>
          <w:b/>
        </w:rPr>
        <w:t xml:space="preserve">[1:44:40] </w:t>
      </w:r>
      <w:r>
        <w:t>har halqay mein aik aik shakhs hai jis ke hath mein sangrezay hain.</w:t>
      </w:r>
    </w:p>
    <w:p>
      <w:pPr>
        <w:jc w:val="right"/>
      </w:pPr>
      <w:r>
        <w:t>ہر حلقے میں ایک ایک شخص ہے جس کے ہاتھ میں سنگریزیں ہیں۔</w:t>
      </w:r>
    </w:p>
    <w:p>
      <w:r>
        <w:rPr>
          <w:b/>
        </w:rPr>
        <w:t xml:space="preserve">[1:44:45] </w:t>
      </w:r>
      <w:r>
        <w:t>wo kehta hai: "sau martaba Allah o Akbar kaho." sab log sau bar Allah o Akbar kehte hain aur in sangrezon par ginte jatay hain.</w:t>
      </w:r>
    </w:p>
    <w:p>
      <w:pPr>
        <w:jc w:val="right"/>
      </w:pPr>
      <w:r>
        <w:t>وہ کہتا ہے: "سو مرتبہ اللہ اکبر کہو۔" سب لوگ سو بار اللہ اکبر کہتے ہیں اور ان سنگریزوں پر گنتے جاتے ہیں۔</w:t>
      </w:r>
    </w:p>
    <w:p>
      <w:r>
        <w:rPr>
          <w:b/>
        </w:rPr>
        <w:t xml:space="preserve">[1:44:54] </w:t>
      </w:r>
      <w:r>
        <w:t>phir wo kehta hai: "sau bar la ilaha illallah kaho." sab log sau bar la ilaha illallah kehte hain. phir wo kehta hai: "sau bar subhan Allah kaho." sab log sau bar subhan Allah kehte hain.</w:t>
      </w:r>
    </w:p>
    <w:p>
      <w:pPr>
        <w:jc w:val="right"/>
      </w:pPr>
      <w:r>
        <w:t>پھر وہ کہتا ہے: "سو بار لا الہ الا اللہ کہو۔" سب لوگ سو بار لا الہ الا اللہ کہتے ہیں۔ پھر وہ کہتا ہے: "سو بار سبحان اللہ کہو۔" سب لوگ سو بار سبحان اللہ کہتے ہیں۔</w:t>
      </w:r>
    </w:p>
    <w:p>
      <w:r>
        <w:rPr>
          <w:b/>
        </w:rPr>
        <w:t xml:space="preserve">[1:45:07] </w:t>
      </w:r>
      <w:r>
        <w:t>yeh sun kar abdullah ibn masood ne poocha ke: "phir tum ne un se kya kaha?"</w:t>
      </w:r>
    </w:p>
    <w:p>
      <w:pPr>
        <w:jc w:val="right"/>
      </w:pPr>
      <w:r>
        <w:t>یہ سن کر عبداللہ ابن مسعود نے پوچھا کہ: "پھر تم نے ان سے کیا کہا؟"</w:t>
      </w:r>
    </w:p>
    <w:p>
      <w:r>
        <w:rPr>
          <w:b/>
        </w:rPr>
        <w:t xml:space="preserve">[1:45:13] </w:t>
      </w:r>
      <w:r>
        <w:t>abu musa ne jawab diya: "aap ki rai aur aap ke hukum ke intazar mein main ne un se kuch nahi kaha." unhon ne kaha: "tum ne kyun na un ko hukum diya ke in sangrezon par takbeer o tahleel o tasbeeh ke bajaye wo log apne apne gunahon ko shumar karein?</w:t>
      </w:r>
    </w:p>
    <w:p>
      <w:pPr>
        <w:jc w:val="right"/>
      </w:pPr>
      <w:r>
        <w:t>ابو موسی نے جواب دیا: "آپ کی رائے اور آپ کے حکم کے انتظار میں میں نے ان سے کچھ نہیں کہا۔" انہوں نے کہا: "تم نے کیوں نہ ان کو حکم دیا کہ ان سنگریزوں پر تکبیر و تحلیل و تسبیح کے بجائے وہ لوگ اپنے اپنے گناہوں کو شمار کریں؟</w:t>
      </w:r>
    </w:p>
    <w:p>
      <w:r>
        <w:rPr>
          <w:b/>
        </w:rPr>
        <w:t xml:space="preserve">[1:45:29] </w:t>
      </w:r>
      <w:r>
        <w:t>aur tum ne un se is baat ki zimmedari kyun na li ke un ki nekiyon mein se kuch zaya na hoga? shumar karna bekar hai." yeh keh kar ibn masood chalay aur hum sab un ke sath chalay</w:t>
      </w:r>
    </w:p>
    <w:p>
      <w:pPr>
        <w:jc w:val="right"/>
      </w:pPr>
      <w:r>
        <w:t>اور تم نے ان سے اس بات کی ذمہ داری کیوں نہ لی کہ ان کی نیکیوں میں سے کچھ ضائع نہ ہوگا؟ شمار کرنا بیکار ہے۔" یہ کہہ کر ابن مسعود چلے اور ہم سب ان کے ساتھ چلے</w:t>
      </w:r>
    </w:p>
    <w:p>
      <w:r>
        <w:rPr>
          <w:b/>
        </w:rPr>
        <w:t xml:space="preserve">[1:45:42] </w:t>
      </w:r>
      <w:r>
        <w:t>yahan tak ke wo in halqon mein se aik halqay ke pas pohnch kar theher gaye aur un logon se poocha ke: "tum kya kar rahay ho?" unhon ne jawab diya: "ae ae abu abdul rehman!</w:t>
      </w:r>
    </w:p>
    <w:p>
      <w:pPr>
        <w:jc w:val="right"/>
      </w:pPr>
      <w:r>
        <w:t>یہاں تک کہ وہ ان حلقوں میں سے ایک حلقے کے پاس پہنچ کر ٹھہر گئے اور ان لوگوں سے پوچھا کہ: "تم کیا کر رہے ہو؟" انہوں نے جواب دیا: "اے اے ابو عبدالرحمن!</w:t>
      </w:r>
    </w:p>
    <w:p>
      <w:r>
        <w:rPr>
          <w:b/>
        </w:rPr>
        <w:t xml:space="preserve">[1:45:54] </w:t>
      </w:r>
      <w:r>
        <w:t>hum in sangrezon se takbeer aur tahleel aur tasbeeh ke kalmat shumar karte hain."</w:t>
      </w:r>
    </w:p>
    <w:p>
      <w:pPr>
        <w:jc w:val="right"/>
      </w:pPr>
      <w:r>
        <w:t>ہم ان سنگریزوں سے تکبیر اور تحلیل اور تسبیح کے کلمات شمار کرتے ہیں۔"</w:t>
      </w:r>
    </w:p>
    <w:p>
      <w:r>
        <w:rPr>
          <w:b/>
        </w:rPr>
        <w:t xml:space="preserve">[1:46:00] </w:t>
      </w:r>
      <w:r>
        <w:t>ibn masood ne kaha: "is ke bajaye tum log apne apne gunahon ko shumar karo aur main zaman hota hoon ke tumhari nekiyon mein se koi neki zaya na hogi." ae ummat e Muhammad!</w:t>
      </w:r>
    </w:p>
    <w:p>
      <w:pPr>
        <w:jc w:val="right"/>
      </w:pPr>
      <w:r>
        <w:t>ابن مسعود نے کہا: "اس کے بجائے تم لوگ اپنے اپنے گناہوں کو شمار کرو اور میں ضامن ہوتا ہوں کہ تمہاری نیکیوں میں سے کوئی نیکی ضائع نہ ہوگی۔" اے امت محمد!</w:t>
      </w:r>
    </w:p>
    <w:p>
      <w:r>
        <w:rPr>
          <w:b/>
        </w:rPr>
        <w:t xml:space="preserve">[1:46:12] </w:t>
      </w:r>
      <w:r>
        <w:t>tumhara bura ho, tumhari halakat kitni jald aa gayi? abhi tumhare nabi ke sahaba kasrat se maujood hain, tumhare nabi ke kapray abhi bosaida nahi hue aur aap ke bartan abhi nahi toote, magar tum abhi se bidatein ijad karne</w:t>
      </w:r>
    </w:p>
    <w:p>
      <w:pPr>
        <w:jc w:val="right"/>
      </w:pPr>
      <w:r>
        <w:t>تمہارا برا ہو، تمہاری ہلاکت کتنی جلد اگئی؟ ابھی تمہارے نبی کے اصحاب کثرت سے موجود ہیں، تمہارے نبی کے کپڑے ابھی بوسیدہ نہیں ہوئے اور آپ کے برتن ابھی نہیں ٹوٹے، مگر تم ابھی سے بدعتیں ایجاد کرنے</w:t>
      </w:r>
    </w:p>
    <w:p>
      <w:r>
        <w:rPr>
          <w:b/>
        </w:rPr>
        <w:t xml:space="preserve">[1:46:27] </w:t>
      </w:r>
      <w:r>
        <w:t>lagay. qasam us ki jis ke hath mein meri jan hai! ya to tum aik aisay deen par ho jo Muhammad (SAW) ke deen se zyada rah e rast par hai, ya tum gumrahi ke darwazay par puhanch gaye ho aur wo darwaza khulnay wala hai.</w:t>
      </w:r>
    </w:p>
    <w:p>
      <w:pPr>
        <w:jc w:val="right"/>
      </w:pPr>
      <w:r>
        <w:t>لگے۔ قسم اس کی جس کے ہاتھ میں میری جان ہے! یا تو تم ایک ایسے دین پر ہو جو محمد صلی اللہ علیہ وسلم کے دین سے زیادہ راہ راست پر ہے، یا تم گمراہی کے دروازے پر پہنچ گئے ہو اور وہ دروازہ کھلنے والا ہے۔</w:t>
      </w:r>
    </w:p>
    <w:p>
      <w:r>
        <w:rPr>
          <w:b/>
        </w:rPr>
        <w:t xml:space="preserve">[1:46:42] </w:t>
      </w:r>
      <w:r>
        <w:t>in logon ne jawab diya: "ae abu abdul rehman! Khuda ki qasam, hum is feal se neki hi ka irada rakhte hain." ibn masood ne kaha: "bohat se neki ka irada karne walay aisay hain ke unhein neki nahi milti.</w:t>
      </w:r>
    </w:p>
    <w:p>
      <w:pPr>
        <w:jc w:val="right"/>
      </w:pPr>
      <w:r>
        <w:t>ان لوگوں نے جواب دیا: "اے ابو عبدالرحمن! خدا کی قسم، ہم اس فعل سے نیکی ہی کا ارادہ رکھتے ہیں۔" ابن مسعود نے کہا: "بہت سے نیکی کا ارادہ کرنے والے ایسے ہیں کہ انہیں نیکی نہیں ملتی۔</w:t>
      </w:r>
    </w:p>
    <w:p>
      <w:r>
        <w:rPr>
          <w:b/>
        </w:rPr>
        <w:t xml:space="preserve">[1:46:57] </w:t>
      </w:r>
      <w:r>
        <w:t>rasool e Khuda (SAW) ne hum se farmaya hai ke bohat se log Quran parheingay, magar Quran un ke gale se tajawuz na karega.</w:t>
      </w:r>
    </w:p>
    <w:p>
      <w:pPr>
        <w:jc w:val="right"/>
      </w:pPr>
      <w:r>
        <w:t>رسول خدا صلی اللہ علیہ وسلم نے ہم سے فرمایا ہے کہ بہت سے لوگ قرآن پڑھیں گے، مگر قرآن ان کے گلے سے تجاوز نہ کرے گا۔</w:t>
      </w:r>
    </w:p>
    <w:p>
      <w:r>
        <w:rPr>
          <w:b/>
        </w:rPr>
        <w:t xml:space="preserve">[1:47:06] </w:t>
      </w:r>
      <w:r>
        <w:t>Khuda ki qasam, main nahi janta, shayad tum mein aksar aisay log hon." azalut ul khufa an khulafa an khilafat ul khulafa maqsad maqsad awwal yeh riwayat jis ko darmi ke ilawa tabrani ne aur abu naeem ne hilyat ul awliya mein mukhtalif alfaaz ke sath naqal kiya hai, yeh batane ke liye kafi hai ke ibadati umoor mein sahaba kis qadar hassas thay aur mamooli ijadat ko bhi intehai taur par napasand karte thay.</w:t>
      </w:r>
    </w:p>
    <w:p>
      <w:pPr>
        <w:jc w:val="right"/>
      </w:pPr>
      <w:r>
        <w:t>خدا کی قسم، میں نہیں جانتا، شاید تم میں اکثر ایسے لوگ ہوں۔" ازالت الخفاء عن خلفاء عن خلافت الخلفاء مقصد مقصد اول یہ روایت جس کو دارمی کے علاوہ طبرانی نے اور ابو نعیم نے حلیۃ الاولیاء میں مختلف الفاظ کے ساتھ نقل کیا ہے، یہ بتانے کے لیے کافی ہے کہ عبادتی امور میں صحابہ کس قدر حساس تھے اور معمولی جدت کو بھی انتہائی طور پر ناپسند کرتے تھے۔</w:t>
      </w:r>
    </w:p>
    <w:p>
      <w:r>
        <w:rPr>
          <w:b/>
        </w:rPr>
        <w:t xml:space="preserve">[1:47:34] </w:t>
      </w:r>
      <w:r>
        <w:t>kija ke yeh izafay itnay zyada ho jayen ke wo mutawazi mazhab ban jaye</w:t>
      </w:r>
    </w:p>
    <w:p>
      <w:pPr>
        <w:jc w:val="right"/>
      </w:pPr>
      <w:r>
        <w:t>کجا کہ یہ اضافے اتنے زیادہ ہو جائیں کہ وہ متوازی مذہب بن جائے</w:t>
      </w:r>
    </w:p>
    <w:p>
      <w:r>
        <w:rPr>
          <w:b/>
        </w:rPr>
        <w:t xml:space="preserve">[1:47:39] </w:t>
      </w:r>
      <w:r>
        <w:t>aur baqayda is ke mahireen aur taleemeen paida hone lagain. aur aaj bad qismati se ummat e muslema ki surat e hal yahi hai.</w:t>
      </w:r>
    </w:p>
    <w:p>
      <w:pPr>
        <w:jc w:val="right"/>
      </w:pPr>
      <w:r>
        <w:t>اور باقاعدہ اس کے ماہرین اور معلمین پیدا ہونے لگیں۔ اور آج بدقسمتی سے امت مسلمہ کی صورتحال یہی ہے۔</w:t>
      </w:r>
    </w:p>
    <w:p>
      <w:r>
        <w:rPr>
          <w:b/>
        </w:rPr>
        <w:t xml:space="preserve">[1:47:51] </w:t>
      </w:r>
      <w:r>
        <w:t>wasfi zaban kitab tajdeed deen Maulana Wahiduddin Khan safha number 47</w:t>
      </w:r>
    </w:p>
    <w:p>
      <w:pPr>
        <w:jc w:val="right"/>
      </w:pPr>
      <w:r>
        <w:t>وصفی زبان کتاب تجدید دین مولانا وحید الدین خان صفحہ نمبر 47</w:t>
      </w:r>
    </w:p>
    <w:p>
      <w:r>
        <w:rPr>
          <w:b/>
        </w:rPr>
        <w:t xml:space="preserve">[1:48:03] </w:t>
      </w:r>
      <w:r>
        <w:t>tasawwuf ka ibtidai muharrik yeh tha ke fiqh zahir ki tarah aik fiqh e batin banai jaye aur is ke qawaid waza kiye jayen, magar yeh aik kaifi haqeeqat ko wasfi zaban yani descriptive language mein bayan karna tha.</w:t>
      </w:r>
    </w:p>
    <w:p>
      <w:pPr>
        <w:jc w:val="right"/>
      </w:pPr>
      <w:r>
        <w:t>تصوف کا ابتدائی محرک یہ تھا کہ فقہ ظاہر کی طرح ایک فقہ باطن بنائی جائے اور اس کے قواعد وضع کیے جائیں، مگر یہ ایک کیفی حقیقت کو وصفی زبان یعنی ڈسکرپٹیو لینگویج میں بیان کرنا تھا۔</w:t>
      </w:r>
    </w:p>
    <w:p>
      <w:r>
        <w:rPr>
          <w:b/>
        </w:rPr>
        <w:t xml:space="preserve">[1:48:20] </w:t>
      </w:r>
      <w:r>
        <w:t>fanni istilahaat ki zaban kisi shai ke sirf kharji pehluon ka ahata kar sakti hai, is liye bande aur Khuda ke darmiyan ta'alluq jaisay mamle ko fun ka mozu banana deen mein aik qism ke amal e tafreeq ko jagah dena tha.</w:t>
      </w:r>
    </w:p>
    <w:p>
      <w:pPr>
        <w:jc w:val="right"/>
      </w:pPr>
      <w:r>
        <w:t>فنی اصطلاحات کی زبان کسی شے کے صرف خارجی پہلوؤں کا احاطہ کر سکتی ہے، اس لیے بندے اور خدا کے درمیان تعلق جیسے معاملے کو فن کا موضوع بنانا دین میں ایک قسم کے عمل تفریق کو جگہ دینا تھا۔</w:t>
      </w:r>
    </w:p>
    <w:p>
      <w:r>
        <w:rPr>
          <w:b/>
        </w:rPr>
        <w:t xml:space="preserve">[1:48:36] </w:t>
      </w:r>
      <w:r>
        <w:t>yeh aisa hi tha jaise kaifiyat e mohabbat ke bayan ke liye riyaziati zaban ko istemal kiya jaye. is koshish ne ibadat e ilahi ke kaifi pehlu ko is ke kharji mazahir se alag kar diya.</w:t>
      </w:r>
    </w:p>
    <w:p>
      <w:pPr>
        <w:jc w:val="right"/>
      </w:pPr>
      <w:r>
        <w:t>یہ ایسا ہی تھا جیسے کیفیت محبت کے بیان کے لیے ریاضیاتی زبان کو استعمال کیا جائے۔ اس کوشش نے عبادت الہی کے کیفی پہلو کو اس کے خارجی مظاہر سے الگ کر دیا۔</w:t>
      </w:r>
    </w:p>
    <w:p>
      <w:r>
        <w:rPr>
          <w:b/>
        </w:rPr>
        <w:t xml:space="preserve">[1:48:50] </w:t>
      </w:r>
      <w:r>
        <w:t>zikr ne wird ki soorat ikhtiyar kar li aur kasrat zikr ke mani yeh ho gaye ke kuch makhsoos alfaz ko tasbeeh ke danon par baqadr e teqrar dohraya jata rahe.</w:t>
      </w:r>
    </w:p>
    <w:p>
      <w:pPr>
        <w:jc w:val="right"/>
      </w:pPr>
      <w:r>
        <w:t>ذکر نے ورد کی صورت اختیار کر لی اور کثرت ذکر کے معنی یہ ہو گئے کہ کچھ مخصوص الفاظ کو تسبیح کے دانوں پر بتقرار دہرایا جاتا رہے۔</w:t>
      </w:r>
    </w:p>
    <w:p>
      <w:r>
        <w:rPr>
          <w:b/>
        </w:rPr>
        <w:t xml:space="preserve">[1:49:01] </w:t>
      </w:r>
      <w:r>
        <w:t>isi tarah tadabbur e quran surah muhammad ayat 24 tilawat e quran ban gaya, kyunke mutasawwifana zaeq ke mutabiq miqdari peymane mein napne ki cheez tilawat hai na ke tadabbur o tafakkur.</w:t>
      </w:r>
    </w:p>
    <w:p>
      <w:pPr>
        <w:jc w:val="right"/>
      </w:pPr>
      <w:r>
        <w:t>اسی طرح تدبر قرآن سورہ محمد آیت 24 تلاوت قرآن بن گیا، کیونکہ متصوفانہ ذوق کے مطابق مقداری پیمانے میں ناپنے کی چیز تلاوت ہے نہ کہ تدبر و تفکر۔</w:t>
      </w:r>
    </w:p>
    <w:p>
      <w:r>
        <w:rPr>
          <w:b/>
        </w:rPr>
        <w:t xml:space="preserve">[1:49:15] </w:t>
      </w:r>
      <w:r>
        <w:t>yahi wajah hai ke mutasawwifana azkar ki taveel fehrist mein hum Allah aur la ilaha illallah jaise alfaz ka zikr to paate hain,</w:t>
      </w:r>
    </w:p>
    <w:p>
      <w:pPr>
        <w:jc w:val="right"/>
      </w:pPr>
      <w:r>
        <w:t>یہی وجہ ہے کہ متصوفانہ اذکار کی طویل فہرست میں ہم اللہ اور لا الہ الا اللہ جیسے الفاظ کا ذکر تو پاتے ہیں،</w:t>
      </w:r>
    </w:p>
    <w:p>
      <w:r>
        <w:rPr>
          <w:b/>
        </w:rPr>
        <w:t xml:space="preserve">[1:49:25] </w:t>
      </w:r>
      <w:r>
        <w:t>magar doosri bohat si cheezein jin ke zikr ko deen mein be had ahmiyat di gayi hai, is fehrist mein darj nahin.</w:t>
      </w:r>
    </w:p>
    <w:p>
      <w:pPr>
        <w:jc w:val="right"/>
      </w:pPr>
      <w:r>
        <w:t>مگر دوسری بہت سی چیزیں جن کے ذکر کو دین میں بے حد اہمیت دی گئی ہے، اس فہرست میں درج نہیں۔</w:t>
      </w:r>
    </w:p>
    <w:p>
      <w:r>
        <w:rPr>
          <w:b/>
        </w:rPr>
        <w:t xml:space="preserve">[1:49:34] </w:t>
      </w:r>
      <w:r>
        <w:t>mislan akhirat surah mudassir ayat 55, nemat e ilahi surah maida ayat 20, aala rab surah aaraaf ayat 69, maut aksaro zikr hadim ul lazzat waghera.</w:t>
      </w:r>
    </w:p>
    <w:p>
      <w:pPr>
        <w:jc w:val="right"/>
      </w:pPr>
      <w:r>
        <w:t>مثلاً آخرت سورہ مدثر آیت 55، نعمت الہی سورہ مائدہ آیت 20، اعلیٰ رب سورہ اعراف آیت 69، موت اکثرو ذکر حادم اللذات وغیرہ۔</w:t>
      </w:r>
    </w:p>
    <w:p>
      <w:r>
        <w:rPr>
          <w:b/>
        </w:rPr>
        <w:t xml:space="preserve">[1:49:50] </w:t>
      </w:r>
      <w:r>
        <w:t>kyunke Allah Allah ka wird to kiya ja sakta hai, magar akhirat akhirat, nemat nemat, aala aala, maut maut ka wird ek be mani baat hai.</w:t>
      </w:r>
    </w:p>
    <w:p>
      <w:pPr>
        <w:jc w:val="right"/>
      </w:pPr>
      <w:r>
        <w:t>کیونکہ اللہ اللہ کا ورد تو کیا جا سکتا ہے، مگر آخرت آخرت، نعمت نعمت، اعلیٰ اعلیٰ، موت موت کا ورد ایک بے معنی بات ہے۔</w:t>
      </w:r>
    </w:p>
    <w:p>
      <w:r>
        <w:rPr>
          <w:b/>
        </w:rPr>
        <w:t xml:space="preserve">[1:50:00] </w:t>
      </w:r>
      <w:r>
        <w:t>jab taalluq ma'a Allah ek kharji taur par qabil e bayan cheez ban gaya to is ke baad bilkul fitri taur par yeh hua ke is ke husool ke kharji tareeqay waz'a hone shuru ho gaye.</w:t>
      </w:r>
    </w:p>
    <w:p>
      <w:pPr>
        <w:jc w:val="right"/>
      </w:pPr>
      <w:r>
        <w:t>جب تعلق مع اللہ ایک خارجی طور پر قابل بیان چیز بن گیا تو اس کے بعد بالکل فطری طور پر یہ ہوا کہ اس کے حصول کے خارجی طریقے وضع ہونے شروع ہوگئے۔</w:t>
      </w:r>
    </w:p>
    <w:p>
      <w:r>
        <w:rPr>
          <w:b/>
        </w:rPr>
        <w:t xml:space="preserve">[1:50:13] </w:t>
      </w:r>
      <w:r>
        <w:t>mehaz qiyas ki buniyad par yeh farz kar liya gaya ke insaan ke badan mein chhe maqamat hain jahan anwaar o barkaat bhare hote hain. in ko lataif e sitta ka naam diya gaya: awwal lateef qalbi jis ki jagah bayen pistan ke neeche hai, doosra lateef roohi jis ka maqam dayen pistan ke oopar hai,</w:t>
      </w:r>
    </w:p>
    <w:p>
      <w:pPr>
        <w:jc w:val="right"/>
      </w:pPr>
      <w:r>
        <w:t>محض قیاس کی بنیاد پر یہ فرض کر لیا گیا کہ انسان کے بدن میں چھ مقامات ہیں جہاں انوار و برکات بھرے ہوتے ہیں۔ ان کو لطائف ستہ کا نام دیا گیا: اول لطیف قلبی جس کی جگہ بائیں پستان کے نیچے ہے، دوسرا لطیف روحی جس کا مقام دائیں پستان کے اوپر ہے،</w:t>
      </w:r>
    </w:p>
    <w:p>
      <w:r>
        <w:rPr>
          <w:b/>
        </w:rPr>
        <w:t xml:space="preserve">[1:50:34] </w:t>
      </w:r>
      <w:r>
        <w:t>teesra lateef nafs jis ka maqam naaf ke neeche hai, chautha lateef sirri jis ka maqam seenay ke darmiyan</w:t>
      </w:r>
    </w:p>
    <w:p>
      <w:pPr>
        <w:jc w:val="right"/>
      </w:pPr>
      <w:r>
        <w:t>تیسرا لطیف نفس جس کا مقام ناف کے نیچے ہے، چوتھا لطیف سری جس کا مقام سینے کے درمیان</w:t>
      </w:r>
    </w:p>
    <w:p>
      <w:r>
        <w:rPr>
          <w:b/>
        </w:rPr>
        <w:t xml:space="preserve">[1:50:42] </w:t>
      </w:r>
      <w:r>
        <w:t>hai, panchwan lateef khafi jis ka maqam abro ke oopar hai, chhatta lateef ikhfa jis ka maqam umm ud dimagh hai.</w:t>
      </w:r>
    </w:p>
    <w:p>
      <w:pPr>
        <w:jc w:val="right"/>
      </w:pPr>
      <w:r>
        <w:t>ہے، پانچواں لطیف خفی جس کا مقام ابرو کے اوپر ہے، چھٹا لطیف اخفاء جس کا مقام ام الدماغ ہے۔</w:t>
      </w:r>
    </w:p>
    <w:p>
      <w:r>
        <w:rPr>
          <w:b/>
        </w:rPr>
        <w:t xml:space="preserve">[1:50:51] </w:t>
      </w:r>
      <w:r>
        <w:t>is mafrooze ki bina par ajeeb ajeeb qism ke ashghal, zarbat aur muraqbat waz'a kiye gaye jin ka maqsad yeh tha ke in maqamat e anwaar par zor daal kar in ko jari kiya jaye taake saara jism Allah Allah pukarne lag</w:t>
      </w:r>
    </w:p>
    <w:p>
      <w:pPr>
        <w:jc w:val="right"/>
      </w:pPr>
      <w:r>
        <w:t>اس مفروضے کی بنا پر عجیب عجیب قسم کے اشغال، ضربات اور مراقبے وضع کیے گئے جن کا مقصد یہ تھا کہ ان مقامات انوار پر زور ڈال کر ان کو جاری کیا جائے تاکہ سارا جسم اللہ اللہ پکارنے ل</w:t>
      </w:r>
    </w:p>
    <w:p>
      <w:r>
        <w:rPr>
          <w:b/>
        </w:rPr>
        <w:t xml:space="preserve">[1:51:08] </w:t>
      </w:r>
      <w:r>
        <w:t>e. misaal ke taur par ek tareeqa yeh hai ke dono aankhein aur dono lab band kar ke saans ko naaf ke neeche se nikal kar qalb mein h بس kare aur la ko tasawwur mein naaf se utha kar gale tak pahuncha kar ila ko gale se lateef roohi ke maqam tak la kar ila Allah ki zarb khoob zor se is tarah dil par lagaye ke zarb ka asar tamam lataifon tak pahunch jaye.</w:t>
      </w:r>
    </w:p>
    <w:p>
      <w:pPr>
        <w:jc w:val="right"/>
      </w:pPr>
      <w:r>
        <w:t>گے۔ مثال کے طور پر ایک طریقہ یہ ہے کہ دونوں آنکھیں اور دونوں لب بند کر کے سانس کو ناف کے نیچے سے نکال کر قلب میں حبس کرے اور لا کو تصور میں ناف سے اٹھا کر گلے تک پہنچا کر الہ کو گلے سے لطیف روحی کے مقام تک لا کر الا اللہ کی ضرب خوب زور سے اس طرح دل پر لگائے کہ ضرب کا اثر تمام لطیفوں تک پہنچ جائے۔</w:t>
      </w:r>
    </w:p>
    <w:p>
      <w:r>
        <w:rPr>
          <w:b/>
        </w:rPr>
        <w:t xml:space="preserve">[1:51:35] </w:t>
      </w:r>
      <w:r>
        <w:t>is tarah ki beshumar cheezein herat angez jisarat ke sath waz'a ki gayin aur un ko deen ke ibadati nizam mein maawin zariye ki hesiyat se dakhil kar diya gaya.</w:t>
      </w:r>
    </w:p>
    <w:p>
      <w:pPr>
        <w:jc w:val="right"/>
      </w:pPr>
      <w:r>
        <w:t>اس طرح کی بے شمار چیزیں حیرت انگیز جسارت کے ساتھ وضع کی گئیں اور ان کو دین کے عبادتی نظام میں معاون ذریعے کی حیثیت سے داخل کر دیا گیا۔</w:t>
      </w:r>
    </w:p>
    <w:p>
      <w:r>
        <w:rPr>
          <w:b/>
        </w:rPr>
        <w:t xml:space="preserve">[1:51:46] </w:t>
      </w:r>
      <w:r>
        <w:t>tahum maawin zariye ka lafz bhi mehaz riayat tha kyunke baaz zahiri karishmon ki wajah se aam taur par yeh zehan ban gaya ke maroof deeni tareeqon ke muqable mein yeh tareeqay husool e maqsad ke liye zyada mufeed hain.</w:t>
      </w:r>
    </w:p>
    <w:p>
      <w:pPr>
        <w:jc w:val="right"/>
      </w:pPr>
      <w:r>
        <w:t>تاہم معاون ذریعے کا لفظ بھی محض رعایتی تھا کیونکہ بعض ظاہری کرشموں کی وجہ سے عام طور پر یہ ذہن بن گیا کہ معروف دینی طریقوں کے مقابلے میں یہ طریقے حصول مقصد کے لیے زیادہ مفید ہیں۔</w:t>
      </w:r>
    </w:p>
    <w:p>
      <w:r>
        <w:rPr>
          <w:b/>
        </w:rPr>
        <w:t xml:space="preserve">[1:52:01] </w:t>
      </w:r>
      <w:r>
        <w:t>ek mashhoor buzurg farmate hain ke Khuda tak pahunchne ke teen tareeqay</w:t>
      </w:r>
    </w:p>
    <w:p>
      <w:pPr>
        <w:jc w:val="right"/>
      </w:pPr>
      <w:r>
        <w:t>ایک مشہور بزرگ فرماتے ہیں کہ خدا تک پہنچنے کے تین طریقے</w:t>
      </w:r>
    </w:p>
    <w:p>
      <w:r>
        <w:rPr>
          <w:b/>
        </w:rPr>
        <w:t xml:space="preserve">[1:52:05] </w:t>
      </w:r>
      <w:r>
        <w:t>hain jin mein se ek tareeqa saum o salat aur tilawat e quran waghera ka hai, magar rawandagan e in rah, rawandagan e in rah dar zaman e taweel ba maqsood rasand is rah ke chalne wale bohat lambi muddat mein apni manzil e maqsood ko pahunchte hain.</w:t>
      </w:r>
    </w:p>
    <w:p>
      <w:pPr>
        <w:jc w:val="right"/>
      </w:pPr>
      <w:r>
        <w:t>ہیں جن میں سے ایک طریقہ صوم و صلاۃ اور تلاوت قرآن وغیرہ کا ہے، مگر روندگان ای راہ، روندگان ای راہ در زمان طویل بمقصود رسند اس راہ کے چلنے والے بہت لمبی مدت میں اپنی منزل مقصود کو پہنچتے ہیں۔</w:t>
      </w:r>
    </w:p>
    <w:p>
      <w:r>
        <w:rPr>
          <w:b/>
        </w:rPr>
        <w:t xml:space="preserve">[1:52:25] </w:t>
      </w:r>
      <w:r>
        <w:t>tasawwuf ke tareeqay ki himayat karte hue ek aur buzurg likhte hain: "innaha khair tareeq wa asra' al buloogh ila ghayat tazkiyat an nafs wa tarbiyatihi bayn at tasawwuf wal hayat" damishq 1963-33.</w:t>
      </w:r>
    </w:p>
    <w:p>
      <w:pPr>
        <w:jc w:val="right"/>
      </w:pPr>
      <w:r>
        <w:t>تصوف کے طریقے کی حمایت کرتے ہوئے ایک اور بزرگ لکھتے ہیں: "انہا خیر طریق و اسرع البلوغ الی غایت تزکیہ النفس و تربیتہ بین التصوف والحیات" دمشق 1963-33۔</w:t>
      </w:r>
    </w:p>
    <w:p>
      <w:r>
        <w:rPr>
          <w:b/>
        </w:rPr>
        <w:t xml:space="preserve">[1:52:42] </w:t>
      </w:r>
      <w:r>
        <w:t>nafs ki tarbiyat o tazkiya ke maqsad ko hasil karne ke liye yeh zyada behtar aur tez tar tareeqa hai. ha</w:t>
      </w:r>
    </w:p>
    <w:p>
      <w:pPr>
        <w:jc w:val="right"/>
      </w:pPr>
      <w:r>
        <w:t>نفس کی تربیت و تزکیہ کے مقصد کو حاصل کرنے کے لیے یہ زیادہ بہتر اور تیز تر طریقہ ہے۔ ہ</w:t>
      </w:r>
    </w:p>
    <w:p>
      <w:r>
        <w:rPr>
          <w:b/>
        </w:rPr>
        <w:t xml:space="preserve">[1:52:50] </w:t>
      </w:r>
      <w:r>
        <w:t>mare buzurgon ko yeh galat fehmi sirf is liye hui ke unhon ne kaifiyat nafsi aur kaifiyat aadi mein farq nahin kiya. rag kimas ko dabana aur aawwaj e anaq aur pas e anfas jaise amliyati tareeqon ki madad se kuch makhsoos alfaz ya awazon ko khaas tarah se ada karne ki mashq karna yeh natija dikha sakta hai ke woh alfaz ya awazein insaan ke tabii wazaaif mein ghair shaoori taur par shamil ho jayen.</w:t>
      </w:r>
    </w:p>
    <w:p>
      <w:pPr>
        <w:jc w:val="right"/>
      </w:pPr>
      <w:r>
        <w:t>مارے بزرگوں کو یہ غلط فہمی صرف اس لیے ہوئی کہ انہوں نے کیفیت نفسی اور کیفیت عادی میں فرق نہیں کیا۔ رگ کیماس کو دبانا اور اعوجاج عنق اور پاس انفاس جیسے عملیاتی طریقوں کی مدد سے کچھ مخصوص الفاظ یا آوازوں کو خاص طرح سے ادا کرنے کی مشق کرنا یہ نتیجہ دکھا سکتا ہے کہ وہ الفاظ یا آوازیں انسان کے طبیعی وظائف میں غیر شعوری طور پر شامل ہو جائیں۔</w:t>
      </w:r>
    </w:p>
    <w:p>
      <w:r>
        <w:rPr>
          <w:b/>
        </w:rPr>
        <w:t xml:space="preserve">[1:53:17] </w:t>
      </w:r>
      <w:r>
        <w:t>magar is lafzi warzish ka Islam se kya taalluq? is qism ki koi mashq kisi ke andar yeh tabiyat paida kar de ke</w:t>
      </w:r>
    </w:p>
    <w:p>
      <w:pPr>
        <w:jc w:val="right"/>
      </w:pPr>
      <w:r>
        <w:t>مگر اس لفظی ورزش کا اسلام سے کیا تعلق؟ اس قسم کی کوئی مشق کسی کے اندر یہ طبیعت پیدا کر دے کہ</w:t>
      </w:r>
    </w:p>
    <w:p>
      <w:r>
        <w:rPr>
          <w:b/>
        </w:rPr>
        <w:t xml:space="preserve">[1:53:26] </w:t>
      </w:r>
      <w:r>
        <w:t>woh apne dil ki dharkanon ya saans ke aane jaane mein Allah Allah ki awaz sunne lage to yeh kisi bhi darje mein woh cheez nahin hai jis ko quran mein zikr kiya gaya hai.</w:t>
      </w:r>
    </w:p>
    <w:p>
      <w:pPr>
        <w:jc w:val="right"/>
      </w:pPr>
      <w:r>
        <w:t>وہ اپنے دل کی دھڑکنوں یا سانس کے آنے جانے میں اللہ اللہ کی آواز سننے لگے تو یہ کسی بھی درجے میں وہ چیز نہیں ہے جس کو قرآن میں ذکر کیا گیا ہے۔</w:t>
      </w:r>
    </w:p>
    <w:p>
      <w:r>
        <w:rPr>
          <w:b/>
        </w:rPr>
        <w:t xml:space="preserve">[1:53:36] </w:t>
      </w:r>
      <w:r>
        <w:t>haqeeqat yeh hai ke yeh mehaz ek wah</w:t>
      </w:r>
    </w:p>
    <w:p>
      <w:pPr>
        <w:jc w:val="right"/>
      </w:pPr>
      <w:r>
        <w:t>حقیقت یہ ہے کہ یہ محض ایک واہ</w:t>
      </w:r>
    </w:p>
    <w:p>
      <w:r>
        <w:rPr>
          <w:b/>
        </w:rPr>
        <w:t xml:space="preserve">[1:53:39] </w:t>
      </w:r>
      <w:r>
        <w:t>m hai. qalb aur tanffus to dar kinara, kisi machine ki khatkhat ki awazein, qalb aur tanffus to dar kinara, kisi machine ki khatkhat ki awazein awaz mila kar agar aap haq haq kehne lagen to kuch der ki mashq ke baad aap ko aisa mehsoos hoga goya machine se khatkhat ki nahin, haq haq ki awaz aa rahi hai.</w:t>
      </w:r>
    </w:p>
    <w:p>
      <w:pPr>
        <w:jc w:val="right"/>
      </w:pPr>
      <w:r>
        <w:t>مہ ہے۔ قلب اور تنفس تو درکنار، کسی مشین کی کھٹکھٹ کی آوازیں، قلب اور تنفس تو درکنار، کسی مشین کی کھٹکھٹ کی آواز میں آواز ملا کر اگر آپ حق حق کہنے لگیں تو کچھ دیر کی مشق کے بعد آپ کو ایسا محسوس ہوگا گویا مشین سے کھٹکھٹ کی نہیں، حق حق کی آواز آ رہی ہے۔</w:t>
      </w:r>
    </w:p>
    <w:p>
      <w:r>
        <w:rPr>
          <w:b/>
        </w:rPr>
        <w:t xml:space="preserve">[1:54:04] </w:t>
      </w:r>
      <w:r>
        <w:t>magar shadeed tareen galat fehmi hogi ke is qism ke wahme ko zikr samajh liya jaye.</w:t>
      </w:r>
    </w:p>
    <w:p>
      <w:pPr>
        <w:jc w:val="right"/>
      </w:pPr>
      <w:r>
        <w:t>مگر شدید ترین غلط فہمی ہوگی کہ اس قسم کے واہمے کو ذکر سمجھ لیا جائے۔</w:t>
      </w:r>
    </w:p>
    <w:p>
      <w:r>
        <w:rPr>
          <w:b/>
        </w:rPr>
        <w:t xml:space="preserve">[1:54:11] </w:t>
      </w:r>
      <w:r>
        <w:t>zikr to ek aala tareen nafisyati kaifiyat hai jo aadmi ke shaoor ka na ke aadat ka hissa ban kar is ke poore wajood mein shamil ho jata hai. theek isi tarah jaise kisi bichhde bichhde hue mehboob ki yaad kisi ki hasti mein sama jaye aur us ko daaimi taur par bechain kar de.</w:t>
      </w:r>
    </w:p>
    <w:p>
      <w:pPr>
        <w:jc w:val="right"/>
      </w:pPr>
      <w:r>
        <w:t>ذکر تو ایک اعلیٰ ترین نفسیاتی کیفیت ہے جو آدمی کے شعور کا نہ کہ عادت کا حصہ بن کر اس کے پورے وجود میں شامل ہو جاتا ہے۔ ٹھیک اسی طرح جیسے کسی بچھڑے بچھڑے ہوئے محبوب کی یاد کسی کی ہستی میں سما جائے اور اس کو دائمی طور پر بے چین کر دے۔</w:t>
      </w:r>
    </w:p>
    <w:p>
      <w:r>
        <w:rPr>
          <w:b/>
        </w:rPr>
        <w:t xml:space="preserve">[1:54:30] </w:t>
      </w:r>
      <w:r>
        <w:t>deen mein is izafe ka laazmi nateeja aik aur shadeed tar bid'at ka wajood mein aana tha aur woh hai murshid-e-kaamil ka aqeedah.</w:t>
      </w:r>
    </w:p>
    <w:p>
      <w:pPr>
        <w:jc w:val="right"/>
      </w:pPr>
      <w:r>
        <w:t>دین میں اس اضافے کا لازمی نتیجہ ایک اور شدید تر بدعت کا وجود میں آنا تھا اور وہ ہے مرشد کامل کا عقیدہ۔</w:t>
      </w:r>
    </w:p>
    <w:p>
      <w:r>
        <w:rPr>
          <w:b/>
        </w:rPr>
        <w:t xml:space="preserve">[1:54:39] </w:t>
      </w:r>
      <w:r>
        <w:t>jab Allah se ta'alluq qaim karne ke tareeqe sirf woh na rahe jo Quran o Sunnat mein darj hain balkeh aisay tareeqe nisbatan ziyada zood-asar daryaft ho gaye jo kuch khaas logon hi ko maloom thay.</w:t>
      </w:r>
    </w:p>
    <w:p>
      <w:pPr>
        <w:jc w:val="right"/>
      </w:pPr>
      <w:r>
        <w:t>جب اللہ سے تعلق قائم کرنے کے طریقے صرف وہ نہ رہے جو قرآن و سنت میں درج ہیں بلکہ ایسے طریقے نسبتا زیادہ زود اثر دریافت ہوگئے جو کچھ خاص لوگوں ہی کو معلوم تھے۔</w:t>
      </w:r>
    </w:p>
    <w:p>
      <w:r>
        <w:rPr>
          <w:b/>
        </w:rPr>
        <w:t xml:space="preserve">[1:54:51] </w:t>
      </w:r>
      <w:r>
        <w:t>mislan kaha jata hai ke shughl-e-basaat bilawasta taur par in Hazrat (SAW) se Khwaja Moinuddin Chishti ko mila tha jis ke zariye unhein mi'raaj-e-baatini haasil hui.</w:t>
      </w:r>
    </w:p>
    <w:p>
      <w:pPr>
        <w:jc w:val="right"/>
      </w:pPr>
      <w:r>
        <w:t>مثلاً کہا جاتا ہے کہ شغل بساط بلاواسطہ طور پر انحضرت صلی اللہ علیہ وسلم سے خواجہ معین الدین چشتی کو ملا تھا جس کے ذریعے انہیں معراج باطنی حاصل ہوئی۔</w:t>
      </w:r>
    </w:p>
    <w:p>
      <w:r>
        <w:rPr>
          <w:b/>
        </w:rPr>
        <w:t xml:space="preserve">[1:55:04] </w:t>
      </w:r>
      <w:r>
        <w:t>to deen ne bilkul fitri taur par ilm-e-seena ke bajaye ilm-e-safiina ke bajaye ilm-e-seena ki hesiyat ikhtiyar kar li.</w:t>
      </w:r>
    </w:p>
    <w:p>
      <w:pPr>
        <w:jc w:val="right"/>
      </w:pPr>
      <w:r>
        <w:t>تو دین نے بالکل فطری طور پر علم سینہ کے بجائے علم علم سفینہ کے بجائے علم سینہ کی حیثیت اختیار کر لی۔</w:t>
      </w:r>
    </w:p>
    <w:p>
      <w:r>
        <w:rPr>
          <w:b/>
        </w:rPr>
        <w:t xml:space="preserve">[1:55:14] </w:t>
      </w:r>
      <w:r>
        <w:t>ab aisay logon se nisbat haasil karna zaroori ho gaya jo pur-asraar taur par roohani uloom ke maalik thay aur apne muridon ko is ki nisbat-e-khaas muntaqil kar sakte thay.</w:t>
      </w:r>
    </w:p>
    <w:p>
      <w:pPr>
        <w:jc w:val="right"/>
      </w:pPr>
      <w:r>
        <w:t>اب ایسے لوگوں سے نسبت حاصل کرنا ضروری ہوگیا جو پراسرار طور پر روحانی علوم کے مالک تھے اور اپنے مریدوں کو اس کی نسبت خاص منتقل کر سکتے تھے۔</w:t>
      </w:r>
    </w:p>
    <w:p>
      <w:r>
        <w:rPr>
          <w:b/>
        </w:rPr>
        <w:t xml:space="preserve">[1:55:25] </w:t>
      </w:r>
      <w:r>
        <w:t>isi ke saath khud shuyookh ko bhi yeh zaroorat thi ke woh apne andar aisay taskheeri quwwat paida karein jis ke zariye woh alam-e-khayal mein apne qalb se mureed ke qalb par zarb laga sake aur is ke dil ko anwaar o barkaat se bhar de.</w:t>
      </w:r>
    </w:p>
    <w:p>
      <w:pPr>
        <w:jc w:val="right"/>
      </w:pPr>
      <w:r>
        <w:t>اسی کے ساتھ خود شیوخ کو بھی یہ ضرورت تھی کہ وہ اپنے اندر ایسی تسخیری قوت پیدا کریں جس کے ذریعے وہ عالم خیال میں اپنے قلب سے مرید کے قلب پر ضرب لگا سکے اور اس کے دل کو انوار و برکات سے بھر دے۔</w:t>
      </w:r>
    </w:p>
    <w:p>
      <w:r>
        <w:rPr>
          <w:b/>
        </w:rPr>
        <w:t xml:space="preserve">[1:55:39] </w:t>
      </w:r>
      <w:r>
        <w:t>yeh quwwat mahaz namaz o roze ke zariye nahi aa sakti thi. yeh taqaza unhein ziyada se ziyada amliyat ki taraf le gaya.</w:t>
      </w:r>
    </w:p>
    <w:p>
      <w:pPr>
        <w:jc w:val="right"/>
      </w:pPr>
      <w:r>
        <w:t>یہ قوت محض نماز و روزے کے ذریعے نہیں آ سکتی تھی۔ یہ تقاضا انہیں زیادہ سے زیادہ عملیات کی طرف لے گیا۔</w:t>
      </w:r>
    </w:p>
    <w:p>
      <w:r>
        <w:rPr>
          <w:b/>
        </w:rPr>
        <w:t xml:space="preserve">[1:55:48] </w:t>
      </w:r>
      <w:r>
        <w:t>ab aisay buzurg paida hone lagay jo is qism ka karishma dikha sakte thay ke aik nazar se aadmi ko tarpain aur aik tawajjuh se quloob ko badal dalain.</w:t>
      </w:r>
    </w:p>
    <w:p>
      <w:pPr>
        <w:jc w:val="right"/>
      </w:pPr>
      <w:r>
        <w:t>اب ایسے بزرگ پیدا ہونے لگے جو اس قسم کا کرشمہ دکھا سکتے تھے کہ ایک نظر سے آدمی کو تڑپا دیں اور ایک توجہ سے قلوب کو بدل ڈالیں۔</w:t>
      </w:r>
    </w:p>
    <w:p>
      <w:r>
        <w:rPr>
          <w:b/>
        </w:rPr>
        <w:t xml:space="preserve">[1:55:57] </w:t>
      </w:r>
      <w:r>
        <w:t>is tarah isai rehbano aur hindu jogiyon ka fan-e-taskheer islami libaas ikhtiyar kar ke deen-e-muhammadi mein dakhil ho gaya.</w:t>
      </w:r>
    </w:p>
    <w:p>
      <w:pPr>
        <w:jc w:val="right"/>
      </w:pPr>
      <w:r>
        <w:t>اس طرح عیسائی رہبانوں اور ہندو جوگیوں کا فن تسخیر اسلامی لباس اختیار کر کے دین محمدی میں داخل ہو گیا۔</w:t>
      </w:r>
    </w:p>
    <w:p>
      <w:r>
        <w:rPr>
          <w:b/>
        </w:rPr>
        <w:t xml:space="preserve">[1:56:06] </w:t>
      </w:r>
      <w:r>
        <w:t>yahan pohanch kar kahnut yaani gurudum poori tarah Islam mein dakhil ho gaya halankeh Nabi (SAW) ne farmaya tha ke meri ummat mein kahnut ka koi wajood nahi.</w:t>
      </w:r>
    </w:p>
    <w:p>
      <w:pPr>
        <w:jc w:val="right"/>
      </w:pPr>
      <w:r>
        <w:t>یہاں پہنچ کر کہنوت یعنی گروڈم پوری طرح اسلام میں داخل ہو گیا حالانکہ نبی صلی اللہ علیہ وسلم نے فرمایا تھا کہ میری امت میں کہنوت کا کوئی وجود نہیں۔</w:t>
      </w:r>
    </w:p>
    <w:p>
      <w:r>
        <w:rPr>
          <w:b/>
        </w:rPr>
        <w:t xml:space="preserve">[1:56:18] </w:t>
      </w:r>
      <w:r>
        <w:t>Quran mein is ko Khuda ke siwa is ke bandon ko rab banana qarar diya gaya tha. shuyookh ke tasawwuf ke baray mein nihayat mubaalgha aamaiz tasawwurat pesh kiye janay lagay.</w:t>
      </w:r>
    </w:p>
    <w:p>
      <w:pPr>
        <w:jc w:val="right"/>
      </w:pPr>
      <w:r>
        <w:t>قرآن میں اس کو خدا کے سوا اس کے بندوں کو رب بنانا قرار دیا گیا تھا۔ شیوخ کے تصوف کے بارے میں نہایت مبالغہ آمیز تصورات پیش کیے جانے لگے۔</w:t>
      </w:r>
    </w:p>
    <w:p>
      <w:r>
        <w:rPr>
          <w:b/>
        </w:rPr>
        <w:t xml:space="preserve">[1:56:28] </w:t>
      </w:r>
      <w:r>
        <w:t>mislan Al-shaykh fi qaumi Al-nabiyyu fi ummati. Shaykh apni qaum mein aisa hi hai jaisay Nabi apni ummat mein. aur man arad an yajlis Allah fal yajlis ma'a ahl al-tasawwuf.</w:t>
      </w:r>
    </w:p>
    <w:p>
      <w:pPr>
        <w:jc w:val="right"/>
      </w:pPr>
      <w:r>
        <w:t>مثلاً الشیخ فی قومہ النبی فی امتی۔ شیخ اپنی قوم میں ایسا ہی ہے جیسے نبی اپنی امت میں۔ اور من ارادہ ان یجلس اللہ فلیجلس مع اہل التصوف۔</w:t>
      </w:r>
    </w:p>
    <w:p>
      <w:r>
        <w:rPr>
          <w:b/>
        </w:rPr>
        <w:t xml:space="preserve">[1:56:41] </w:t>
      </w:r>
      <w:r>
        <w:t>jo Allah ke paas baithna chahta hai woh sufiyyah ke paas baithe. shuyookh ke sh'ooba aur karamat ki dastanain itni kasrat se phailai gayeen ke woh zaban o adab ka juz ban gayeen.</w:t>
      </w:r>
    </w:p>
    <w:p>
      <w:pPr>
        <w:jc w:val="right"/>
      </w:pPr>
      <w:r>
        <w:t>جو اللہ کے پاس بیٹھنا چاہتا ہے وہ صوفیاء کے پاس بیٹھے۔ شیوخ کے شعبوں اور کرامات کی داستانیں اتنی کثرت سے پھیلائی گئیں کہ وہ زبان و ادب کا جز بن گئی۔</w:t>
      </w:r>
    </w:p>
    <w:p>
      <w:r>
        <w:rPr>
          <w:b/>
        </w:rPr>
        <w:t xml:space="preserve">[1:56:55] </w:t>
      </w:r>
      <w:r>
        <w:t>bilkul be-asal qism ki mozu'a kahaniyon ko log is tarah dohrane aur yaqeen karne lagay goya yeh bilkul waqea hain.</w:t>
      </w:r>
    </w:p>
    <w:p>
      <w:pPr>
        <w:jc w:val="right"/>
      </w:pPr>
      <w:r>
        <w:t>بالکل بے اصل قسم کی موضوع کا بالکل بے اصل قسم کی موضوع کہانیوں کو لوگ اس طرح دہرانے اور یقین کرنے لگے گویا یہ بالکل واقعہ ہیں۔</w:t>
      </w:r>
    </w:p>
    <w:p>
      <w:r>
        <w:rPr>
          <w:b/>
        </w:rPr>
        <w:t xml:space="preserve">[1:57:06] </w:t>
      </w:r>
      <w:r>
        <w:t>buzurgon ki majalis o mawa'iz ka bara hissa isi qism ki muhayyil-ul-'uqool dastanun par mushtamil rehne laga. hatta ke woh yeh bhi bhool gaye ke is qism ki kahaniyan bayan kar ke ghair sh'oori taur par woh logon ko yeh ta'assur de rahe hain ke hamare buzurg Sahaba Karam se bhi ziyada buland martabay log thay.</w:t>
      </w:r>
    </w:p>
    <w:p>
      <w:pPr>
        <w:jc w:val="right"/>
      </w:pPr>
      <w:r>
        <w:t>بزرگوں کی مجالس و مواعظ کا بڑا حصہ اسی قسم کی محیل العقول داستانوں پر مشتمل رہنے لگا۔ حتیٰ کہ وہ یہ بھی بھول گئے کہ اس قسم کی کہانیاں بیان کر کے غیر شعوری طور پر وہ لوگوں کو یہ تاثر دے رہے ہیں کہ ہمارے بزرگ صحابہ کرام سے بھی زیادہ بلند مرتبے لوگ تھے۔</w:t>
      </w:r>
    </w:p>
    <w:p>
      <w:r>
        <w:rPr>
          <w:b/>
        </w:rPr>
        <w:t xml:space="preserve">[1:57:27] </w:t>
      </w:r>
      <w:r>
        <w:t>kyunke Sahaba mein se kisi ke baray mein is qism ke chamatkar sabit nahi. Sahaba ke baaz kharq-e-adat waqeat jo sahih riwayat mein atay hain</w:t>
      </w:r>
    </w:p>
    <w:p>
      <w:pPr>
        <w:jc w:val="right"/>
      </w:pPr>
      <w:r>
        <w:t>کیونکہ صحابہ میں سے کسی کے بارے میں اس قسم کے چمتکار ثابت نہیں۔ صحابہ کے بعض خارق عادت واقعات جو صحیح روایات میں آتے ہیں</w:t>
      </w:r>
    </w:p>
    <w:p>
      <w:r>
        <w:rPr>
          <w:b/>
        </w:rPr>
        <w:t xml:space="preserve">[1:57:36] </w:t>
      </w:r>
      <w:r>
        <w:t>woh hargiz karamat ke waqeat nahi hain. un ki hesiyat ahl-e-imaan ke oopar Allah Ta'ala ki nasrat ki hai. karamat bator aik shakhsi sifat ke qat'an aik ghair islami tasawwur hai.</w:t>
      </w:r>
    </w:p>
    <w:p>
      <w:pPr>
        <w:jc w:val="right"/>
      </w:pPr>
      <w:r>
        <w:t>وہ ہرگز کرامت کے واقعات نہیں ہیں۔ ان کی حیثیت اہل ایمان کے اوپر اللہ تعالیٰ کی نصرت کی ہے۔ کرامت بطور ایک شخصی صفت کے قطعاً ایک غیر اسلامی تصور ہے۔</w:t>
      </w:r>
    </w:p>
    <w:p>
      <w:r>
        <w:rPr>
          <w:b/>
        </w:rPr>
        <w:t xml:space="preserve">[1:57:48] </w:t>
      </w:r>
      <w:r>
        <w:t>Islam mein jo cheez sabit hai woh sirf dua aur is ki maqbooliyat ki soorat mein Allah Ta'ala ki nasrat hai. yeh nasrat bilashubah Sahaba Karam ko haasil hui aur aaj bhi musalmanon ko haasil ho sakti hai bashart ke woh Sahaba walay kaam ko le kar uthein.</w:t>
      </w:r>
    </w:p>
    <w:p>
      <w:pPr>
        <w:jc w:val="right"/>
      </w:pPr>
      <w:r>
        <w:t>اسلام میں جو چیز ثابت ہے وہ صرف دعا اور اس کی مقبولیت کی صورت میں اللہ تعالیٰ کی نصرت ہے۔ یہ نصرت بلاشبہ صحابہ کرام کو حاصل ہوئی اور آج بھی مسلمانوں کو حاصل ہو سکتی ہے بشرط کہ وہ صحابہ والے کام کو لے کر اٹھیں۔</w:t>
      </w:r>
    </w:p>
    <w:p>
      <w:r>
        <w:rPr>
          <w:b/>
        </w:rPr>
        <w:t xml:space="preserve">[1:58:02] </w:t>
      </w:r>
      <w:r>
        <w:t>Sahaba ki karamatun aur maujooda zamanay ke buzurgon ki karamatun ka farq isi se wazeh hai ke Sahaba ki karamatun ne Arab o Ajam se batil ka istihsal kar diya tha jabke hamare buzurgon ka haal yeh hai ke karamat ki mafroozah duniya mein to jin</w:t>
      </w:r>
    </w:p>
    <w:p>
      <w:pPr>
        <w:jc w:val="right"/>
      </w:pPr>
      <w:r>
        <w:t>صحابہ کی کرامتوں اور موجودہ زمانے کے بزرگوں کی کرامتوں کا فرق اسی سے واضح ہے کہ صحابہ کی کرامتوں نے عرب و عجم سے باطل کا استحصال کر دیا تھا جبکہ ہمارے بزرگوں کا حال یہ ہے کہ کرامات کی مفروضہ دنیا میں تو جن</w:t>
      </w:r>
    </w:p>
    <w:p>
      <w:r>
        <w:rPr>
          <w:b/>
        </w:rPr>
        <w:t xml:space="preserve">[1:58:17] </w:t>
      </w:r>
      <w:r>
        <w:t>o ins, nabatat o haiwanat sab ko woh maskhar kiye hue nazar atay hain magar haqeeqat ki duniya mein un ki bebasi ka yeh haal hai ke un ke charon taraf batil taqatein Islam aur millat-e-Islam ko rond rahi hain aur woh un ke dif'a ke liye kuch nahi kar sakte.</w:t>
      </w:r>
    </w:p>
    <w:p>
      <w:pPr>
        <w:jc w:val="right"/>
      </w:pPr>
      <w:r>
        <w:t>و انس، نباتات و حیوانات سب کو وہ مسخر کیے ہوئے نظر آتے ہیں مگر حقیقت کی دنیا میں ان کی بے بسی کا یہ حال ہے کہ ان کے چاروں طرف باطل طاقتیں اسلام اور ملت اسلام کو روند رہی ہیں اور وہ ان کے دفعیہ کے لیے کچھ نہیں کر سکتے۔</w:t>
      </w:r>
    </w:p>
    <w:p>
      <w:r>
        <w:rPr>
          <w:b/>
        </w:rPr>
        <w:t xml:space="preserve">[1:58:36] </w:t>
      </w:r>
      <w:r>
        <w:t>buzurg parasti doosray lafzon mein buzurgi ki gaddi wajood mein aane ka fitna yahin nahi ruka. karamat aur sh'ooba ki farzi dastanain jo tamam majalis-e-tasawwuf ka sab se numayan juz hoti hain unhon ne logon ke zehn ko is qadar tohamati bana diya ke ab woh apne buzurgon ko aam insanon se alag aik mustaqil tabqa farz karne lagay.</w:t>
      </w:r>
    </w:p>
    <w:p>
      <w:pPr>
        <w:jc w:val="right"/>
      </w:pPr>
      <w:r>
        <w:t>بزرگ پرستی دوسرے لفظوں میں بزرگی کی گدی وجود میں آنے کا فتنہ یہیں نہیں رکا۔ کرامات اور شعبوں کی فرضی داستانیں جو تمام مجالس تصوف کا سب سے نمایاں جز ہوتی ہیں انہوں نے لوگوں کے ذہن کو اس قدر توہماتی بنا دیا کہ اب وہ اپنے بزرگوں کو عام انسانوں سے الگ ایک مستقل طبقہ فرض کرنے لگے۔</w:t>
      </w:r>
    </w:p>
    <w:p>
      <w:r>
        <w:rPr>
          <w:b/>
        </w:rPr>
        <w:t xml:space="preserve">[1:58:57] </w:t>
      </w:r>
      <w:r>
        <w:t>jis tarah anbiya o mala'ika aam insanon se alag aik tabqa hotay hain un ko Khuda ka mukhtar o mustafa farz kar liya gaya aur un ki taraf aisay aisay faza'il mansoob karne lagay jo mazhaka khaiz had tak be-ma'ni thay.</w:t>
      </w:r>
    </w:p>
    <w:p>
      <w:pPr>
        <w:jc w:val="right"/>
      </w:pPr>
      <w:r>
        <w:t>جس طرح انبیاء و ملائکہ عام انسانوں سے الگ ایک طبقہ ہوتے ہیں ان کو خدا کا مختار و مصطفیٰ فرض کر لیا گیا اور ان کی طرف ایسے ایسے فضائل منسوب کرنے لگے جو مضحکہ خیز حد تک بے معنی تھے۔</w:t>
      </w:r>
    </w:p>
    <w:p>
      <w:r>
        <w:rPr>
          <w:b/>
        </w:rPr>
        <w:t xml:space="preserve">[1:59:10] </w:t>
      </w:r>
      <w:r>
        <w:t>isi mein se awliya Allah ka marwaja tasawwur hai. kaha jata hai ke awliya Allah ki do qismein hain: aik ahl-e-irshad doosray ahl-e-takween.</w:t>
      </w:r>
    </w:p>
    <w:p>
      <w:pPr>
        <w:jc w:val="right"/>
      </w:pPr>
      <w:r>
        <w:t>اسی میں سے اولیاء اللہ کا مروجہ تصور ہے۔ کہا جاتا ہے کہ اولیاء اللہ کی دو قسمیں ہیں: ایک اہل ارشاد دوسرے اہل تکوین۔</w:t>
      </w:r>
    </w:p>
    <w:p>
      <w:r>
        <w:rPr>
          <w:b/>
        </w:rPr>
        <w:t xml:space="preserve">[1:59:19] </w:t>
      </w:r>
      <w:r>
        <w:t>awwal al-zikr Khuda ke woh chune hue log hain jin ke sipurd makhlooq ki hidayat, quloob ki islaah o tarbiyat aur Allah ka qurb haasil karne ke tareeqon ki taleem hoti hai.</w:t>
      </w:r>
    </w:p>
    <w:p>
      <w:pPr>
        <w:jc w:val="right"/>
      </w:pPr>
      <w:r>
        <w:t>اول الذکر خدا کے وہ چنے ہوئے لوگ ہیں جن کے سپرد مخلوق کی ہدایت، قلوب کی اصلاح و تربیت اور اللہ کا قرب حاصل کرنے کے طریقوں کی تعلیم ہوتی ہے۔</w:t>
      </w:r>
    </w:p>
    <w:p>
      <w:r>
        <w:rPr>
          <w:b/>
        </w:rPr>
        <w:t xml:space="preserve">[1:59:30] </w:t>
      </w:r>
      <w:r>
        <w:t>in awliya mein jo apne zamanay mein sab se afzal ho woh Qutb al-irshad kehlata hai. thani al-zikr se murad woh awliya Allah hain jin ke sipurd makhlooq ki ma'ash ki islaah, duniya ka intizam aur masaa'ib ka dif'a karna hota hai.</w:t>
      </w:r>
    </w:p>
    <w:p>
      <w:pPr>
        <w:jc w:val="right"/>
      </w:pPr>
      <w:r>
        <w:t>ان اولیاء میں جو اپنے زمانے میں سب سے افضل ہو وہ قطب الارشاد کہلاتا ہے۔ ثانی الذکر سے مراد وہ اولیاء اللہ ہیں جن کے سپرد مخلوق کی معاش کی اصلاح، دنیا کا انتظام اور مصائب کا دفع کرنا ہوتا ہے۔</w:t>
      </w:r>
    </w:p>
    <w:p>
      <w:r>
        <w:rPr>
          <w:b/>
        </w:rPr>
        <w:t xml:space="preserve">[1:59:45] </w:t>
      </w:r>
      <w:r>
        <w:t>yeh khuda ke izin ke tehat apni batini quwwat se in umoor ki durusti karte rehte hain. in mein jo sab se aala aur doosron ke oopar hakim hota hai us ko qutb-ut-takween kehte hain.</w:t>
      </w:r>
    </w:p>
    <w:p>
      <w:pPr>
        <w:jc w:val="right"/>
      </w:pPr>
      <w:r>
        <w:t>یہ خدا کے اذن کے تحت اپنی باطنی قوت سے ان امور کی درستی کرتے رہتے ہیں۔ ان میں جو سب سے اعلیٰ اور دوسروں کے اوپر حاکم ہوتا ہے اس کو قطب التکوین کہتے ہیں۔</w:t>
      </w:r>
    </w:p>
    <w:p>
      <w:r>
        <w:rPr>
          <w:b/>
        </w:rPr>
        <w:t xml:space="preserve">[1:59:56] </w:t>
      </w:r>
      <w:r>
        <w:t>goya ahl-e-irshad anbiya ke mumasil hain aur ahl-e-takween firashton ke mumasil jin ko mudabberat-ul-amr kaha gaya hai. hairat-angaz baat hai ke itna bara aqeedah beshumar logon ne nihayat ikhlas ke sath qabool kar liya halankeh quran o hadith mein is ke liye qat'an koi sanad maujood na thi.</w:t>
      </w:r>
    </w:p>
    <w:p>
      <w:pPr>
        <w:jc w:val="right"/>
      </w:pPr>
      <w:r>
        <w:t>گویا اہل ارشاد انبیاء کے مماثل ہیں اور اہل تکوین فرشتوں کے مماثل جن کو مدبرات الامر کہا گیا ہے۔ حیرت انگیز بات ہے کہ اتنا بڑا عقیدہ بے شمار لوگوں نے نہایت اخلاص کے ساتھ قبول کر لیا حالانکہ قرآن و حدیث میں اس کے لیے قطعاً کوئی سند موجود نہ تھی۔</w:t>
      </w:r>
    </w:p>
    <w:p>
      <w:r>
        <w:rPr>
          <w:b/>
        </w:rPr>
        <w:t xml:space="preserve">[2:00:16] </w:t>
      </w:r>
      <w:r>
        <w:t>tasawwuf ke ibtidai mojjideen khwah kitne hi naik niyat hon is mein koi shakk nahin ke tasawwuf apni asal haqeeqat ke aitbar se theek wohi cheez thi jis ko quran mein ibtida surah hadid ayat 27 kaha gaya hai.</w:t>
      </w:r>
    </w:p>
    <w:p>
      <w:pPr>
        <w:jc w:val="right"/>
      </w:pPr>
      <w:r>
        <w:t>تصوف کے ابتدائی موجدین خواہ کتنے ہی نیک نیت ہوں اس میں کوئی شک نہیں کہ تصوف اپنی اصل حقیقت کے اعتبار سے ٹھیک وہی چیز تھی جس کو قرآن میں ابتداء سورہ حدید آیت 27 کہا گیا ہے۔</w:t>
      </w:r>
    </w:p>
    <w:p>
      <w:r>
        <w:rPr>
          <w:b/>
        </w:rPr>
        <w:t xml:space="preserve">[2:00:30] </w:t>
      </w:r>
      <w:r>
        <w:t>kuch buzurgon ne saada taur par yeh socha ke deen ki asal haqeeqat ta'alluq billah ko logon ke andar paida karne ke liye kuch aise izafi tareeqe waz' karein jin ko islam ki mansoos ibadaton ke sath bator-e-muawin tadbeer ke istemal kiya ja sakta ho magar woh bhool gaye ke aisa kar ke woh khuda parasti ke bajaye insan parasti ko islam mein dakhil kar rahe hain.</w:t>
      </w:r>
    </w:p>
    <w:p>
      <w:pPr>
        <w:jc w:val="right"/>
      </w:pPr>
      <w:r>
        <w:t>کچھ بزرگوں نے سادہ طور پر یہ سوچا کہ دین کی اصل حقیقت تعلق باللہ کو لوگوں کے اندر پیدا کرنے کے لیے کچھ ایسے اضافی طریقے وضع کریں جن کو اسلام کی منصوص عبادتوں کے ساتھ بطور معاون تدبیر کے استعمال کیا جا سکتا ہو مگر وہ بھول گئے کہ ایسا کر کے وہ خدا پرستی کے بجائے انسان پرستی کو اسلام میں داخل کر رہے ہیں۔</w:t>
      </w:r>
    </w:p>
    <w:p>
      <w:r>
        <w:rPr>
          <w:b/>
        </w:rPr>
        <w:t xml:space="preserve">[2:00:51] </w:t>
      </w:r>
      <w:r>
        <w:t>jab Allah se ta'alluq paida karne aur us se taqarrub dhoondne ka ilm ek aisa ilm ban jaye jis ko quran jis ko sirf quran o sunnat se maloom na kiya ja sakta ho to lazman aisa hoga ke woh log murshid aur marja qarar pa jayein jin ke mutalliq yeh samajh liya jaye ke woh nufus-e-zakiyah hain aur sina ba sina is purasrar ilm ke waris bante chale aa rahe hain.</w:t>
      </w:r>
    </w:p>
    <w:p>
      <w:pPr>
        <w:jc w:val="right"/>
      </w:pPr>
      <w:r>
        <w:t>جب اللہ سے تعلق پیدا کرنے اور اس سے تقرب ڈھونڈنے کا علم ایک ایسا علم بن جائے جس کو قرآن جس کو صرف قرآن و سنت سے معلوم نہ کیا جا سکتا ہو تو لازماً ایسا ہوگا کہ وہ لوگ مرشد اور مرجع قرار پا جائیں جن کے متعلق یہ سمجھ لیا جائے کہ وہ نفوس مذکات ہیں اور سینہ بسینہ اس پراسرار علم کے وارث بنتے چلے آ رہے ہیں۔</w:t>
      </w:r>
    </w:p>
    <w:p>
      <w:r>
        <w:rPr>
          <w:b/>
        </w:rPr>
        <w:t xml:space="preserve">[2:01:16] </w:t>
      </w:r>
      <w:r>
        <w:t>mazeed yeh ke is tadbeer ko ikhtiyar kar ke hamare yeh buzurg Khuda ki mamnoo'a charagah mein dakhil ho gaye kyunke ibadati umoor mein kisi bhi qism ka izafa mutlaq taur par najayaz hai.</w:t>
      </w:r>
    </w:p>
    <w:p>
      <w:pPr>
        <w:jc w:val="right"/>
      </w:pPr>
      <w:r>
        <w:t>مزید یہ کہ اس تدبیر کو اختیار کر کے ہمارے یہ بزرگ خدا کی ممنوعہ چراگاہ میں داخل ہو گئے کیونکہ عبادتی امور میں کسی بھی قسم کا اضافہ مطلق طور پر ناجائز ہے۔</w:t>
      </w:r>
    </w:p>
    <w:p>
      <w:r>
        <w:rPr>
          <w:b/>
        </w:rPr>
        <w:t xml:space="preserve">[2:01:29] </w:t>
      </w:r>
      <w:r>
        <w:t>islam ki baad ki tareekh mein inhiraf ki jo sooraten paida huin un mein do cheezein nihayat ajeeb theen: ek mu'amlat ke bab mein ijtihad ka darwaza band karna, doosre ibadat ke bab mein ijtihad ka darwaza kholna.</w:t>
      </w:r>
    </w:p>
    <w:p>
      <w:pPr>
        <w:jc w:val="right"/>
      </w:pPr>
      <w:r>
        <w:t>اسلام کی بعد کی تاریخ میں انحراف کی جو صورتیں پیدا ہوئیں ان میں دو چیزیں نہایت عجیب تھیں: ایک معاملات کے باب میں اجتہاد کا دروازہ بند کرنا، دوسرے عبادات کے باب میں اجتہاد کا دروازہ کھولنا۔</w:t>
      </w:r>
    </w:p>
    <w:p>
      <w:r>
        <w:rPr>
          <w:b/>
        </w:rPr>
        <w:t xml:space="preserve">[2:01:43] </w:t>
      </w:r>
      <w:r>
        <w:t>halankeh shariat ke haqeeqi mansha ke aitbar se mu'amla is ke baraks tha. mu'amlat ke bare mein sahih taur par ijazat di gayi thi ke naye pesh aamdah umoor par islam ki usooli taleemat ki roshni mein ghaur kar ke hukm lagaya jaye.</w:t>
      </w:r>
    </w:p>
    <w:p>
      <w:pPr>
        <w:jc w:val="right"/>
      </w:pPr>
      <w:r>
        <w:t>حالانکہ شریعت کے حقیقی منشا کے اعتبار سے معاملہ اس کے برعکس تھا۔ معاملات کے بارے میں صحیح طور پر اجازت دی گئی تھی کہ نئے پیش آمدہ امور پر اسلام کی اصولی تعلیمات کی روشنی میں غور کر کے حکم لگایا جائے۔</w:t>
      </w:r>
    </w:p>
    <w:p>
      <w:r>
        <w:rPr>
          <w:b/>
        </w:rPr>
        <w:t xml:space="preserve">[2:01:58] </w:t>
      </w:r>
      <w:r>
        <w:t>ibtidai daur ke fuqaha ne isi par amal karte hue ijtihadat kiye the magar baad ke logon ke liye yeh keh diya gaya ke "lan yutruka lil-awwalin shayun lil-awakhirin".</w:t>
      </w:r>
    </w:p>
    <w:p>
      <w:pPr>
        <w:jc w:val="right"/>
      </w:pPr>
      <w:r>
        <w:t>ابتدائی دور کے فقہاء نے اسی پر عمل کرتے ہوئے اجتہادات کیے تھے مگر بعد کے لوگوں کے لیے یہ کہہ دیا گیا کہ ان الاوائل لم یترکوا للاواخر شیئا۔</w:t>
      </w:r>
    </w:p>
    <w:p>
      <w:r>
        <w:rPr>
          <w:b/>
        </w:rPr>
        <w:t xml:space="preserve">[2:02:09] </w:t>
      </w:r>
      <w:r>
        <w:t>pichhle logon ne baad walon ke liye kuch nahin chhora. halankeh yeh deen mein hairat-angaz had tak ek andohanak jasarat hai jab Khuda ki kitab aur Rasool ki sunnat ke bawajood doosri sadi hijri ke a'imma-e-fiqh ke liye yeh ganjahish thi.</w:t>
      </w:r>
    </w:p>
    <w:p>
      <w:pPr>
        <w:jc w:val="right"/>
      </w:pPr>
      <w:r>
        <w:t>پچھلے لوگوں نے بعد والوں کے لیے کچھ نہیں چھوڑا۔ حالانکہ یہ دین میں حیرت انگیز حد تک ایک اندوہناک جسارت ہے جب خدا کی کتاب اور رسول کی سنت کے باوجود دوسری صدی ہجری کے ائمہ فقہ کے لیے یہ گنجائش تھی۔</w:t>
      </w:r>
    </w:p>
    <w:p>
      <w:r>
        <w:rPr>
          <w:b/>
        </w:rPr>
        <w:t xml:space="preserve">[2:02:26] </w:t>
      </w:r>
      <w:r>
        <w:t>jab Khuda ki kitab aur Rasool ki sunnat ke bawajood doosri sadi hijri ke a'imma-e-fiqh ke liye yeh ganjahish thi ke woh ijtihad karein to kya un a'imma ke fatawa Khuda ki kitab aur Rasool ki sunnat se bhi zyada jam'iyat ke hamel hain ke un ke baad khwah halaat kitne hi badal jayein kisi ko ijtihad ki zaroorat na hogi?</w:t>
      </w:r>
    </w:p>
    <w:p>
      <w:pPr>
        <w:jc w:val="right"/>
      </w:pPr>
      <w:r>
        <w:t>جب خدا کی کتاب اور رسول کی سنت کے باوجود دوسری صدی ہجری کے ائمہ فقہ کے لیے یہ گنجائش تھی کہ وہ اجتہاد کریں تو کیا ان ائمہ کے فتاویٰ خدا کی کتاب اور رسول کی سنت سے بھی زیادہ جامعیت کے حامل ہیں کہ ان کے بعد خواہ حالات کتنے ہی بدل جائیں کسی کو اجتہاد کی ضرورت نہ ہوگی؟</w:t>
      </w:r>
    </w:p>
    <w:p>
      <w:r>
        <w:rPr>
          <w:b/>
        </w:rPr>
        <w:t xml:space="preserve">[2:02:48] </w:t>
      </w:r>
      <w:r>
        <w:t>woh log jinhon ne barah-e-rast paighambar ki sohbat se islam seekha tha un ke liye yeh baat intehayi taur par ajnabi thi ke deen mein buzurgi ka ek mustaqil idarah wajood mein aa jaye.</w:t>
      </w:r>
    </w:p>
    <w:p>
      <w:pPr>
        <w:jc w:val="right"/>
      </w:pPr>
      <w:r>
        <w:t>وہ لوگ جنہوں نے براہ راست پیغمبر کی صحبت سے اسلام سیکھا تھا ان کے لیے یہ بات انتہائی طور پر اجنبی تھی کہ دین میں بزرگی کا ایک مستقل ادارہ وجود میں آ جائے۔</w:t>
      </w:r>
    </w:p>
    <w:p>
      <w:r>
        <w:rPr>
          <w:b/>
        </w:rPr>
        <w:t xml:space="preserve">[2:02:58] </w:t>
      </w:r>
      <w:r>
        <w:t>log deeni peshwai ki gadiyon par isi tarah baithna shuru kar dein jis tarah badshahi nizam mein ek ke baad doosra takht nasheen hota hai.</w:t>
      </w:r>
    </w:p>
    <w:p>
      <w:pPr>
        <w:jc w:val="right"/>
      </w:pPr>
      <w:r>
        <w:t>لوگ دینی پیشوائی کی گدیوں پر اسی طرح بیٹھنا شروع کر دیں جس طرح بادشاہی نظام میں ایک کے بعد دوسرا تخت نشین ہوتا ہے۔</w:t>
      </w:r>
    </w:p>
    <w:p>
      <w:r>
        <w:rPr>
          <w:b/>
        </w:rPr>
        <w:t xml:space="preserve">[2:03:08] </w:t>
      </w:r>
      <w:r>
        <w:t>sahaba-e-karam Rasool Allah sal Allah alaih wasallam ke baad Khuda ki kitab aur Rasool ki sunnat ke siwa kisi cheez ko nahin jante the jis se rahnumai hasil ki jaye.</w:t>
      </w:r>
    </w:p>
    <w:p>
      <w:pPr>
        <w:jc w:val="right"/>
      </w:pPr>
      <w:r>
        <w:t>صحابہ کرام رسول اللہ صلی اللہ علیہ وسلم کے بعد خدا کی کتاب اور رسول کی سنت کے سوا کسی چیز کو نہیں جانتے تھے جس سے رہنمائی حاصل کی جائے۔</w:t>
      </w:r>
    </w:p>
    <w:p>
      <w:r>
        <w:rPr>
          <w:b/>
        </w:rPr>
        <w:t xml:space="preserve">[2:03:17] </w:t>
      </w:r>
      <w:r>
        <w:t>woh Umar Farooq par bhi isi tarah tanqeed karte the jaise kisi aam insan ke oopar. un ki baat ko jab woh mante the to shakhsi aqidatmandi ke tehat nahin balkeh us waqt jab ke unhon ne apni baat ki sadaqat sabit kar di ho.</w:t>
      </w:r>
    </w:p>
    <w:p>
      <w:pPr>
        <w:jc w:val="right"/>
      </w:pPr>
      <w:r>
        <w:t>وہ عمر فاروق پر بھی اسی طرح تنقید کرتے تھے جیسے کسی عام انسان کے اوپر۔ ان کی بات کو جب وہ مانتے تھے تو شخصی عقیدت مندی کے تحت نہیں بلکہ اس وقت جب کہ انہوں نے اپنی بات کی صداقت ثابت کر دی ہو۔</w:t>
      </w:r>
    </w:p>
    <w:p>
      <w:r>
        <w:rPr>
          <w:b/>
        </w:rPr>
        <w:t xml:space="preserve">[2:03:31] </w:t>
      </w:r>
      <w:r>
        <w:t>qazi shurayh ke samne jab khaleefa-e-raab'a Ali Ibn Abi Talib ne nasrani ke khilaf zirah ka muqadma pesh kiya to Hazrat Ali ki taraf se gawahi mein un ke ghulam qanbar aur un ke ladke Hasan the.</w:t>
      </w:r>
    </w:p>
    <w:p>
      <w:pPr>
        <w:jc w:val="right"/>
      </w:pPr>
      <w:r>
        <w:t>قاضی شریح کے سامنے جب خلیفہ چہارم علی ابن ابی طالب نے نصرانی کے خلاف زراہ کا مقدمہ پیش کیا تو حضرت علی کی طرف سے گواہی میں ان کے غلام قنبر اور ان کے لڑکے حسن تھے۔</w:t>
      </w:r>
    </w:p>
    <w:p>
      <w:r>
        <w:rPr>
          <w:b/>
        </w:rPr>
        <w:t xml:space="preserve">[2:03:43] </w:t>
      </w:r>
      <w:r>
        <w:t>qazi shurayh ne Hazrat Hasan ki sari buzurgi ke bawajood un ki gawahi nahin mani.</w:t>
      </w:r>
    </w:p>
    <w:p>
      <w:pPr>
        <w:jc w:val="right"/>
      </w:pPr>
      <w:r>
        <w:t>قاضی شریح نے حضرت حسن کی ساری بزرگی کے باوجود ان کی گواہی نہیں مانی۔</w:t>
      </w:r>
    </w:p>
    <w:p>
      <w:r>
        <w:rPr>
          <w:b/>
        </w:rPr>
        <w:t xml:space="preserve">[2:03:50] </w:t>
      </w:r>
      <w:r>
        <w:t>faqal: "atarud shahadat al-hasani?" waqal Rasool Allah sal Allah alaih wasallam: "al-hasan wal-husain sayyida shabab ahl al-jannah." qala: "la, walakin hafiztu 'anka annahu la tajuzu shahadat al-walad 'ala walidihi." kanz al-ummal jild char safha chah.</w:t>
      </w:r>
    </w:p>
    <w:p>
      <w:pPr>
        <w:jc w:val="right"/>
      </w:pPr>
      <w:r>
        <w:t>فقال: "اترد شہادت الحسنی؟" وقال رسول اللہ صلی اللہ علیہ وسلم: "الحسن والحسین سیدہ شباب اہل الجنہ۔" قال: "لا، ولكن حفظت عنک انہ لا تجوز شہادت الولد علی والدہ۔" کنز العمال جلد چار صفحہ چھ۔</w:t>
      </w:r>
    </w:p>
    <w:p>
      <w:r>
        <w:rPr>
          <w:b/>
        </w:rPr>
        <w:t xml:space="preserve">[2:04:06] </w:t>
      </w:r>
      <w:r>
        <w:t>Hazrat Ali ne kaha: "kya tum Hasan ki gawahi ko radd karte ho?" halankeh Rasool Allah sal Allah alaih wasallam ne farmaya ke Hasan aur Husain jannat ke naujawanon ke sardar</w:t>
      </w:r>
    </w:p>
    <w:p>
      <w:pPr>
        <w:jc w:val="right"/>
      </w:pPr>
      <w:r>
        <w:t>حضرت علی نے کہا: "کیا تم حسن کی گواہی کو رد کرتے ہو؟" حالانکہ رسول اللہ صلی اللہ علیہ وسلم نے فرمایا کہ حسن اور حسین جنت کے نوجوانوں کے سردار</w:t>
      </w:r>
    </w:p>
    <w:p>
      <w:r>
        <w:rPr>
          <w:b/>
        </w:rPr>
        <w:t xml:space="preserve">[2:04:17] </w:t>
      </w:r>
      <w:r>
        <w:t>hain. qazi shurayh ne kaha ke nahin, kyunke maine aap hi se sun kar yaad kiya hai ke ladke ki gawahi baap ki muwafiqat mein jaiz nahin.</w:t>
      </w:r>
    </w:p>
    <w:p>
      <w:pPr>
        <w:jc w:val="right"/>
      </w:pPr>
      <w:r>
        <w:t>ہیں۔ قاضی شریح نے کہا کہ نہیں، کیونکہ میں نے آپ ہی سے سن کر یاد کیا ہے کہ لڑکے کی گواہی باپ کی موافقت میں جائز نہیں۔</w:t>
      </w:r>
    </w:p>
    <w:p>
      <w:r>
        <w:rPr>
          <w:b/>
        </w:rPr>
        <w:t xml:space="preserve">[2:04:28] </w:t>
      </w:r>
      <w:r>
        <w:t>rijal ke silsile mein un ka tasawwur yeh tha ke agar koi shakhs kisi ki ittida karna chahta hai to us ko mardon ki ittida karni chahiye, naye ke kisi zinda shakhs ko apna sheikh bana liya jaye.</w:t>
      </w:r>
    </w:p>
    <w:p>
      <w:pPr>
        <w:jc w:val="right"/>
      </w:pPr>
      <w:r>
        <w:t>رجال کے سلسلے میں ان کا تصور یہ تھا کہ اگر کوئی شخص کسی کی اقتداء کرنا چاہتا ہے تو اس کو مردوں کی اقتداء کرنی چاہیے، نئے کے کسی زندہ شخص کو اپنا شیخ بنا لیا جائے۔</w:t>
      </w:r>
    </w:p>
    <w:p>
      <w:r>
        <w:rPr>
          <w:b/>
        </w:rPr>
        <w:t xml:space="preserve">[2:04:40] </w:t>
      </w:r>
      <w:r>
        <w:t>kyunke koi bhi shakhs is dunya mein masoom nahin hai.</w:t>
      </w:r>
    </w:p>
    <w:p>
      <w:pPr>
        <w:jc w:val="right"/>
      </w:pPr>
      <w:r>
        <w:t>کیونکہ کوئی بھی شخص اس دنیا میں معصوم نہیں ہے۔</w:t>
      </w:r>
    </w:p>
    <w:p>
      <w:r>
        <w:rPr>
          <w:b/>
        </w:rPr>
        <w:t xml:space="preserve">[2:04:44] </w:t>
      </w:r>
      <w:r>
        <w:t>nabi ke siwa har shakhs zinda nabi ke siwa har zinda shakhs ke liye yeh imkan hai ke woh kisi bhi waqt fitne mein pad jaye.</w:t>
      </w:r>
    </w:p>
    <w:p>
      <w:pPr>
        <w:jc w:val="right"/>
      </w:pPr>
      <w:r>
        <w:t>نبی کے سوا ہر شخص زندہ نبی کے سوا ہر زندہ شخص کے لیے یہ امکان ہے کہ وہ کسی بھی وقت فتنے میں پڑ جائے۔</w:t>
      </w:r>
    </w:p>
    <w:p>
      <w:r>
        <w:rPr>
          <w:b/>
        </w:rPr>
        <w:t xml:space="preserve">[2:04:54] </w:t>
      </w:r>
      <w:r>
        <w:t>man kan mustan falyastann biman qad mat, fa'inna al-hayya la tamannu 'alayhi al-fitnah. Hazrat Ali ne farmaya: "iyyakum wal-istinan bir-rijal, fa'inna ar-rajula ya'malu bi'amal ahl al-jannah thumma yanquribu li'ilmi Allahi fihi, fa ya'malu bi'amal ahl an-nar, wa yamutu wa huwa min ahl an-nar.</w:t>
      </w:r>
    </w:p>
    <w:p>
      <w:pPr>
        <w:jc w:val="right"/>
      </w:pPr>
      <w:r>
        <w:t>من کان مستن فلیستن بمن قد مات، فان الحی لا تمن علیہ الفتنہ۔ حضرت علی نے فرمایا: "ایاکم والاستنان بالرجال، فان الرجل یعمل بعمل اہل الجنت ثمینقلب لعلم اللہ فیہ، فیعمل بعمل اہل النار، ویموت وھو من اہل النار۔</w:t>
      </w:r>
    </w:p>
    <w:p>
      <w:r>
        <w:rPr>
          <w:b/>
        </w:rPr>
        <w:t xml:space="preserve">[2:05:15] </w:t>
      </w:r>
      <w:r>
        <w:t>wa'inna ar-rajula la ya'malu bi'amal ahl an-nar, fa yanquribu li'ilmi Allahi, fa ya'malu bi'amal ahl al-jannah, wa yamutu wa huwa min ahl al-jannah.</w:t>
      </w:r>
    </w:p>
    <w:p>
      <w:pPr>
        <w:jc w:val="right"/>
      </w:pPr>
      <w:r>
        <w:t>وان الرجل لیعمل بعمل اہل النار، فیقلب لعلم اللہ، فیعمل بعمل اہل الجنہ، ویموت وھو من اہل الجنہ۔</w:t>
      </w:r>
    </w:p>
    <w:p>
      <w:r>
        <w:rPr>
          <w:b/>
        </w:rPr>
        <w:t xml:space="preserve">[2:05:25] </w:t>
      </w:r>
      <w:r>
        <w:t>fain kuntum labud fa'ileen, fabil amwaat la bil ahyaa. ibne abdul barr jaame bayane ilam jild do safha 114.</w:t>
      </w:r>
    </w:p>
    <w:p>
      <w:pPr>
        <w:jc w:val="right"/>
      </w:pPr>
      <w:r>
        <w:t>فان کنتم لابد فاعلین، فبالاموات لا بالاحیاء۔" ابن عبدالبر جامع بیان العلم جلد دو صفحہ 114۔</w:t>
      </w:r>
    </w:p>
    <w:p>
      <w:r>
        <w:rPr>
          <w:b/>
        </w:rPr>
        <w:t xml:space="preserve">[2:05:34] </w:t>
      </w:r>
      <w:r>
        <w:t>rijal ki sunnat pakadne se bacho, is liye ke aadmi jannat walon ka amal karta hai, phir Allah ke ilam ke mutabiq palat jata hai aur aag walon ka amal karne lagta hai, p</w:t>
      </w:r>
    </w:p>
    <w:p>
      <w:pPr>
        <w:jc w:val="right"/>
      </w:pPr>
      <w:r>
        <w:t>رجال کی سنت پکڑنے سے بچو، اس لیے کہ آدمی جنت والوں کا عمل کرتا ہے، پھر اللہ کے علم کے مطابق پلٹ جاتا ہے اور آگ والوں کا عمل کرنے لگتا ہے، پ</w:t>
      </w:r>
    </w:p>
    <w:p>
      <w:r>
        <w:rPr>
          <w:b/>
        </w:rPr>
        <w:t xml:space="preserve">[2:05:45] </w:t>
      </w:r>
      <w:r>
        <w:t>har isi haal mein mar jata hai aur woh aag wala hota hai. aur beshak aadmi aag walon ka amal karta hai, phir Allah ke ilam ke mutabiq palat jata hai aur jannat walon ka amal karne lagta hai, phir isi haal mein mar jata hai aur jannat walon mein se hota hai.</w:t>
      </w:r>
    </w:p>
    <w:p>
      <w:pPr>
        <w:jc w:val="right"/>
      </w:pPr>
      <w:r>
        <w:t>ھر اسی حال میں مر جاتا ہے اور وہ آگ والا ہوتا ہے۔ اور بے شک آدمی آگ والوں کا عمل کرتا ہے، پھر اللہ کے علم کے مطابق پلٹ جاتا ہے اور جنت والوں کا عمل کرنے لگتا ہے، پھر اسی حال میں مر جاتا ہے اور جنت والوں میں سے ہوتا ہے۔</w:t>
      </w:r>
    </w:p>
    <w:p>
      <w:r>
        <w:rPr>
          <w:b/>
        </w:rPr>
        <w:t xml:space="preserve">[2:06:00] </w:t>
      </w:r>
      <w:r>
        <w:t>pas agar tumhein logon ki ittida hi karni hai to mere hue logon ki ittida karo, na ke zinda logon ki.</w:t>
      </w:r>
    </w:p>
    <w:p>
      <w:pPr>
        <w:jc w:val="right"/>
      </w:pPr>
      <w:r>
        <w:t>پس اگر تمہیں لوگوں کی اقتداء ہی کرنی ہے تو مرے ہوئے لوگوں کی اقتداء کرو، نہ کہ زندہ لوگوں کی۔</w:t>
      </w:r>
    </w:p>
    <w:p>
      <w:r>
        <w:rPr>
          <w:b/>
        </w:rPr>
        <w:t xml:space="preserve">[2:06:10] </w:t>
      </w:r>
      <w:r>
        <w:t>ilme kalam, kitab tajdeed-e-deen, Maulana Wahiduddin Khan, safha number 54.</w:t>
      </w:r>
    </w:p>
    <w:p>
      <w:pPr>
        <w:jc w:val="right"/>
      </w:pPr>
      <w:r>
        <w:t>علم کلام، کتاب تجدید دین، مولانا وحید الدین خان، صفحہ نمبر 54۔</w:t>
      </w:r>
    </w:p>
    <w:p>
      <w:r>
        <w:rPr>
          <w:b/>
        </w:rPr>
        <w:t xml:space="preserve">[2:06:24] </w:t>
      </w:r>
      <w:r>
        <w:t>maujooda ilme kalam Islam ke ilmi irtiqaa mein zabardast rukawat saabit hua hai. Islami ilme kalam ki buniyad haqaaeq-e-fitrat par hai,</w:t>
      </w:r>
    </w:p>
    <w:p>
      <w:pPr>
        <w:jc w:val="right"/>
      </w:pPr>
      <w:r>
        <w:t>موجودہ علم کلام اسلام کے علمی ارتقاء میں زبردست رکاوٹ ثابت ہوا ہے۔ اسلامی علم کلام کی بنیاد حقائق فطرت پر ہے،</w:t>
      </w:r>
    </w:p>
    <w:p>
      <w:r>
        <w:rPr>
          <w:b/>
        </w:rPr>
        <w:t xml:space="preserve">[2:06:35] </w:t>
      </w:r>
      <w:r>
        <w:t>magar Abbasi daur mein Islami ilme kalam ko Yunani falsafe par dhaal diya gaya. yahi inhiraf hai jisne ilme kalam ko uski maujooda shakal mein mufeed asar ke bajaye muzir asar bana diya hai.</w:t>
      </w:r>
    </w:p>
    <w:p>
      <w:pPr>
        <w:jc w:val="right"/>
      </w:pPr>
      <w:r>
        <w:t>مگر عباسی دور میں اسلامی علم کلام کو یونانی فلسفے پر ڈھال دیا گیا۔ یہی انحراف ہے جس نے علم کلام کو اس کی موجودہ شکل میں مفید عنصر کے بجائے مضر عنصر بنا دیا ہے۔</w:t>
      </w:r>
    </w:p>
    <w:p>
      <w:r>
        <w:rPr>
          <w:b/>
        </w:rPr>
        <w:t xml:space="preserve">[2:06:51] </w:t>
      </w:r>
      <w:r>
        <w:t>ilme kalam apni asal haqeeqat ke aitbaar se Islami dawat-o-taleem ki ek muawin shaakh</w:t>
      </w:r>
    </w:p>
    <w:p>
      <w:pPr>
        <w:jc w:val="right"/>
      </w:pPr>
      <w:r>
        <w:t>علم کلام اپنی اصل حقیقت کے اعتبار سے اسلامی دعوت و تعلیم کی ایک معاون شاخ</w:t>
      </w:r>
    </w:p>
    <w:p>
      <w:r>
        <w:rPr>
          <w:b/>
        </w:rPr>
        <w:t xml:space="preserve">[2:06:57] </w:t>
      </w:r>
      <w:r>
        <w:t>hai. iska maqsad yeh hai ke mukhhatib jis usloob mein manoos hai aur jin istilaahon mein baat ko samajhna chahta hai, usi usloob aur usi istilaah mein uske saamne Khuda ke abadi paigham ko pahunchaya jaye.</w:t>
      </w:r>
    </w:p>
    <w:p>
      <w:pPr>
        <w:jc w:val="right"/>
      </w:pPr>
      <w:r>
        <w:t>ہے۔ اس کا مقصد یہ ہے کہ مخاطب جس اسلوب میں مانوس ہے اور جن اصطلاحوں میں بات کو سمجھنا چاہتا ہے، اسی اسلوب اور اسی اصطلاح میں اس کے سامنے خدا کے ابدی پیغام کو پہنچایا جائے۔</w:t>
      </w:r>
    </w:p>
    <w:p>
      <w:r>
        <w:rPr>
          <w:b/>
        </w:rPr>
        <w:t xml:space="preserve">[2:07:12] </w:t>
      </w:r>
      <w:r>
        <w:t>is ki isi ahmiyat ki bina par Imam Ghazali 1059 ta 1111 ne ulama ke taleemi nisaab mein khalis deeni mozu'aat ke saath madadgaar ilm ke taur par ma'qoolaat ka jod lagaya tha taake Islami darsgahon se aise log tayyar hon jo ek taraf deen ka bakhubi ilm rakhte ho</w:t>
      </w:r>
    </w:p>
    <w:p>
      <w:pPr>
        <w:jc w:val="right"/>
      </w:pPr>
      <w:r>
        <w:t>اس کی اسی اہمیت کی بنا پر امام غزالی 1059 تا 1111 نے علماء کے تعلیمی نصاب میں خالص دینی موضوعات کے ساتھ مددگار علم کے طور پر معقولات کا جوڑ لگایا تھا تاکہ اسلامی درسگاہوں سے ایسے لوگ تیار ہوں جو ایک طرف دین کا بخوبی علم رکھتے ہ</w:t>
      </w:r>
    </w:p>
    <w:p>
      <w:r>
        <w:rPr>
          <w:b/>
        </w:rPr>
        <w:t xml:space="preserve">[2:07:37] </w:t>
      </w:r>
      <w:r>
        <w:t>n, doosri taraf waqt ke ilmi meyar par Islam ki numaindagi kar saken. magar ilme kalam aain apni noiyat ke aitbaar se ek zamani ilm hai.</w:t>
      </w:r>
    </w:p>
    <w:p>
      <w:pPr>
        <w:jc w:val="right"/>
      </w:pPr>
      <w:r>
        <w:t>وں، دوسری طرف وقت کے علمی معیار پر اسلام کی نمائندگی کر سکیں۔ مگر علم کلام عین اپنی نوعیت کے اعتبار سے ایک زمانی علم ہے۔</w:t>
      </w:r>
    </w:p>
    <w:p>
      <w:r>
        <w:rPr>
          <w:b/>
        </w:rPr>
        <w:t xml:space="preserve">[2:07:49] </w:t>
      </w:r>
      <w:r>
        <w:t>woh Islam ki daaimi haqeeqat ko zamani istilaahon mein bayan karta hai, is liye uski ahmiyat us waqt khud ba khud khatm ho jati hai jabke woh zamana khatm ho jaye jis ke andar woh wajood mein aaya tha.</w:t>
      </w:r>
    </w:p>
    <w:p>
      <w:pPr>
        <w:jc w:val="right"/>
      </w:pPr>
      <w:r>
        <w:t>وہ اسلام کی دائمی حقیقت کو زمانی اصطلاحوں میں بیان کرتا ہے، اس لیے اس کی اہمیت اس وقت خود بخود ختم ہو جاتی ہے جبکہ وہ زمانہ ختم ہو جائے جس کے اندر وہ وجود میں آیا تھا۔</w:t>
      </w:r>
    </w:p>
    <w:p>
      <w:r>
        <w:rPr>
          <w:b/>
        </w:rPr>
        <w:t xml:space="preserve">[2:08:03] </w:t>
      </w:r>
      <w:r>
        <w:t>magar yahan bhi isi insani kamzori ne kaam kiya jis ke asraat hamein doosri cheezon mein nazar aate hain. woh yeh ke koi cheez jab ek baar wajood mein aa jaye aur uske saath kuch qabil-e-ehtiraam shakhsiyaton ke naam wabasta ho jayen to dheere dheere woh muqaddas banna shuru ho jati hai, yahan tak ke woh waqt aata hai jabke us mein tarmeem-o-islaah ki baat sochna bhi logon ko aisa lagta hai jaise woh gunaah ho.</w:t>
      </w:r>
    </w:p>
    <w:p>
      <w:pPr>
        <w:jc w:val="right"/>
      </w:pPr>
      <w:r>
        <w:t>مگر یہاں بھی اسی انسانی کمزوری نے کام کیا جس کے اثرات ہمیں دوسری چیزوں میں نظر آتے ہیں۔ وہ یہ کہ کوئی چیز جب ایک بار وجود میں آ جائے اور اس کے ساتھ کچھ قابل احترام شخصیتوں کے نام وابستہ ہو جائیں تو دھیرے دھیرے وہ مقدس بننا شروع ہو جاتی ہے، یہاں تک کہ وہ وقت آتا ہے جبکہ اس میں ترمیم و اصلاح کی بات سوچنا بھی لوگوں کو ایسا لگتا ہے جیسے وہ گناہ ہو۔</w:t>
      </w:r>
    </w:p>
    <w:p>
      <w:r>
        <w:rPr>
          <w:b/>
        </w:rPr>
        <w:t xml:space="preserve">[2:08:32] </w:t>
      </w:r>
      <w:r>
        <w:t>yahi haal Islam ke is kalami literature ka hua jo Abbasi daur mein paida hua tha. yeh ilme kalam us waqt itna mu'assir saabit hua ke jo uloom Islam ke liye challenge bankar zahir hue the, woh khud Islam ke khadim ban gaye.</w:t>
      </w:r>
    </w:p>
    <w:p>
      <w:pPr>
        <w:jc w:val="right"/>
      </w:pPr>
      <w:r>
        <w:t>یہی حال اسلام کے اس کلامی لٹریچر کا ہوا جو عباسی دور میں پیدا ہوا تھا۔ یہ علم کلام اس وقت اتنا مؤثر ثابت ہوا کہ جو علوم اسلام کے لیے چیلنج بن کر ظاہر ہوئے تھے، وہ خود اسلام کے خادم بن گئے۔</w:t>
      </w:r>
    </w:p>
    <w:p>
      <w:r>
        <w:rPr>
          <w:b/>
        </w:rPr>
        <w:t xml:space="preserve">[2:08:50] </w:t>
      </w:r>
      <w:r>
        <w:t>magar zamane ki tabdeeli ne ab unki ahmiyat qat'i taur par khatm kar di hai. aaj ma'qoolaat ke naam se jo cheez hamare darul uloomon mein padhai jati hai, usko naam'qoolaat kehna zyada sahi hoga.</w:t>
      </w:r>
    </w:p>
    <w:p>
      <w:pPr>
        <w:jc w:val="right"/>
      </w:pPr>
      <w:r>
        <w:t>مگر زمانے کی تبدیلی نے اب ان کی اہمیت قطعی طور پر ختم کر دی ہے۔ آج معقولات کے نام سے جو چیز ہمارے دارالعلوموں میں پڑھائی جاتی ہے، اس کو نامعقولات کہنا زیادہ صحیح ہوگا۔</w:t>
      </w:r>
    </w:p>
    <w:p>
      <w:r>
        <w:rPr>
          <w:b/>
        </w:rPr>
        <w:t xml:space="preserve">[2:09:04] </w:t>
      </w:r>
      <w:r>
        <w:t>is ki buniyad aise aqli qayaasaat par qaim hai jo aaj mushahida aur tajrube ke zariye galat saabit ho chuke hain. jo cheez mahaz ek waqti tadbeer ki hesiyat rakhti thi, usko baad ke logon ne deeni nisaab ka mustaqil juz bana liya.</w:t>
      </w:r>
    </w:p>
    <w:p>
      <w:pPr>
        <w:jc w:val="right"/>
      </w:pPr>
      <w:r>
        <w:t>اس کی بنیاد ایسے عقلی قیاسات پر قائم ہے جو آج مشاہدہ اور تجربے کے ذریعے غلط ثابت ہو چکے ہیں۔ جو چیز محض ایک وقتی تدبیر کی حیثیت رکھتی تھی، اس کو بعد کے لوگوں نے دینی نصاب کا مستقل جز بنا لیا۔</w:t>
      </w:r>
    </w:p>
    <w:p>
      <w:r>
        <w:rPr>
          <w:b/>
        </w:rPr>
        <w:t xml:space="preserve">[2:09:22] </w:t>
      </w:r>
      <w:r>
        <w:t>is tarah agarche Islam ka matan nahi, magar Islam ka nizaam-e-taleem theek isi ghalti ka shikaar ho gaya jis ka shikaar Isaiyon ne apni kitaab muqaddas ko banaya tha.</w:t>
      </w:r>
    </w:p>
    <w:p>
      <w:pPr>
        <w:jc w:val="right"/>
      </w:pPr>
      <w:r>
        <w:t>اس طرح اگرچہ اسلام کا متن نہیں، مگر اسلام کا نظام تعلیم ٹھیک اسی غلطی کا شکار ہو گیا جس کا شکار عیسائیوں نے اپنی کتاب مقدس کو بنایا تھا۔</w:t>
      </w:r>
    </w:p>
    <w:p>
      <w:r>
        <w:rPr>
          <w:b/>
        </w:rPr>
        <w:t xml:space="preserve">[2:09:33] </w:t>
      </w:r>
      <w:r>
        <w:t>yahi woh soorat-e-haal hai jisne Islam ke is imkaan ko baroo-e-kaar aane nahi diya ke woh maujooda zamane mein ek bartar fikri quwwat ki hesiyat se zahir ho sake.</w:t>
      </w:r>
    </w:p>
    <w:p>
      <w:pPr>
        <w:jc w:val="right"/>
      </w:pPr>
      <w:r>
        <w:t>یہی وہ صورتحال ہے جس نے اسلام کے اس امکان کو بروئے کار آنے نہیں دیا کہ وہ موجودہ زمانے میں ایک برتر فکری قوت کی حیثیت سے ظاہر ہو سکے۔</w:t>
      </w:r>
    </w:p>
    <w:p>
      <w:r>
        <w:rPr>
          <w:b/>
        </w:rPr>
        <w:t xml:space="preserve">[2:09:47] </w:t>
      </w:r>
      <w:r>
        <w:t>hamare deeni madaris nihayat ikhlaas ke saath aise insaan tayyar karne mein masroof hain jo sirf paanch sau baras pehle ki duniya mein kaam kar sakte the.</w:t>
      </w:r>
    </w:p>
    <w:p>
      <w:pPr>
        <w:jc w:val="right"/>
      </w:pPr>
      <w:r>
        <w:t>ہمارے دینی مدارس نہایت اخلاص کے ساتھ ایسے انسان تیار کرنے میں مصروف ہیں جو صرف پانچ سو برس پہلے کی دنیا میں کام کر سکتے تھے۔</w:t>
      </w:r>
    </w:p>
    <w:p>
      <w:r>
        <w:rPr>
          <w:b/>
        </w:rPr>
        <w:t xml:space="preserve">[2:09:57] </w:t>
      </w:r>
      <w:r>
        <w:t>zaahir hai ke aise log maujooda badle hue zamane mein Islam ka fikri izhaar nahi kar sakte. woh apne zehan-o-mizaaj ki wajah se sirf yahi kar sakte hain ke Islam ki kamtar numaindagi karke yeh saabit karen ke Islam daur science se pehle ki cheez hai, woh aaj ke insaan ke liye nahi.</w:t>
      </w:r>
    </w:p>
    <w:p>
      <w:pPr>
        <w:jc w:val="right"/>
      </w:pPr>
      <w:r>
        <w:t>ظاہر ہے کہ ایسے لوگ موجودہ بدلے ہوئے زمانے میں اسلام کا فکری اظہار نہیں کر سکتے۔ وہ اپنے ذہن و مزاج کی وجہ سے صرف یہی کر سکتے ہیں کہ اسلام کی کمتر نمائندگی کر کے یہ ثابت کریں کہ اسلام دور سائنس سے قبل کی چیز ہے، وہ آج کے انسان کے لیے نہیں۔</w:t>
      </w:r>
    </w:p>
    <w:p>
      <w:r>
        <w:rPr>
          <w:b/>
        </w:rPr>
        <w:t xml:space="preserve">[2:10:20] </w:t>
      </w:r>
      <w:r>
        <w:t>maujooda zamane mein uthne wali kuch tehreekon ne is khala ko pur karne ki koshish ki hai. misaal ke taur par woh tehreekein jinhone Islam ki taleemat ko siyasi istilaahon mein bayan kiya.</w:t>
      </w:r>
    </w:p>
    <w:p>
      <w:pPr>
        <w:jc w:val="right"/>
      </w:pPr>
      <w:r>
        <w:t>موجودہ زمانے میں اٹھنے والی بعض تحریکوں نے اس خلا کو پر کرنے کی کوشش کی ہے۔ مثال کے طور پر وہ تحریکیں جنہوں نے اسلام کی تعلیمات کو سیاسی اصطلاحوں میں بیان کیا۔</w:t>
      </w:r>
    </w:p>
    <w:p>
      <w:r>
        <w:rPr>
          <w:b/>
        </w:rPr>
        <w:t xml:space="preserve">[2:10:32] </w:t>
      </w:r>
      <w:r>
        <w:t>in tehreekon se waqti faayde bhi hue, magar badqismati se in tehreekon mein aaghaz hi se kharabi shaamil ho gayi. yeh tehreekein ba'itbaar-e-haqeeqat mutakallimana tehreekein thin jo unneeswin sadi ke maghribi afkaar ke hangame mein is liye uthi ke Islam ko logon ke liye qabil-e-qubool ban</w:t>
      </w:r>
    </w:p>
    <w:p>
      <w:pPr>
        <w:jc w:val="right"/>
      </w:pPr>
      <w:r>
        <w:t>ان تحریکوں سے وقتی فائدے بھی ہوئے، مگر بدقسمتی سے ان تحریکوں میں آغاز ہی سے خرابی شامل ہو گئی۔ یہ تحریکیں باعتبار حقیقت متکلمانہ تحریکیں تھیں جو انیسویں صدی کے مغربی افکار کے ہنگامے میں اس لیے اٹھیں کہ اسلام کو لوگوں کے لیے قابل قبول بن</w:t>
      </w:r>
    </w:p>
    <w:p>
      <w:r>
        <w:rPr>
          <w:b/>
        </w:rPr>
        <w:t xml:space="preserve">[2:10:51] </w:t>
      </w:r>
      <w:r>
        <w:t>ayen. magar unke purjossh da'iyon ne sirf is par itfa nahi kiya ke woh Islam ko siyasi zabaan mein bayan karte, balkeh unhone tafseer aur seerat bhi isi nahaj par murattab kar dali.</w:t>
      </w:r>
    </w:p>
    <w:p>
      <w:pPr>
        <w:jc w:val="right"/>
      </w:pPr>
      <w:r>
        <w:t>ائیں۔ مگر ان کے پرجوش داعیوں نے صرف اس پر اکتفا نہیں کیا کہ وہ اسلام کو سیاسی زبان میں بیان کرتے، بلکہ انہوں نے تفسیر اور سیرت بھی اسی نہج پر مرتب کر ڈالی۔</w:t>
      </w:r>
    </w:p>
    <w:p>
      <w:r>
        <w:rPr>
          <w:b/>
        </w:rPr>
        <w:t xml:space="preserve">[2:11:05] </w:t>
      </w:r>
      <w:r>
        <w:t>hata ke yeh ailaan bhi kar diya ke mukhtalif zamanon mein jo anbiya aaye, woh isi liye aaye the ke duniya mein Khuda ki siyasi hukumat qaim karen.</w:t>
      </w:r>
    </w:p>
    <w:p>
      <w:pPr>
        <w:jc w:val="right"/>
      </w:pPr>
      <w:r>
        <w:t>حتیٰ کہ یہ اعلان بھی کر دیا کہ مختلف زمانوں میں جو انبیاء آئے، وہ اسی لیے آئے تھے کہ دنیا میں خدا کی سیاسی حکومت قائم کریں۔</w:t>
      </w:r>
    </w:p>
    <w:p>
      <w:r>
        <w:rPr>
          <w:b/>
        </w:rPr>
        <w:t xml:space="preserve">[2:11:14] </w:t>
      </w:r>
      <w:r>
        <w:t>is tarah unhone apne kalami literature ko deen ki tashreeh ka unwan de diya.</w:t>
      </w:r>
    </w:p>
    <w:p>
      <w:pPr>
        <w:jc w:val="right"/>
      </w:pPr>
      <w:r>
        <w:t>اس طرح انہوں نے اپنے کلامی لٹریچر کو دین کی تشریح کا عنوان دے دیا۔</w:t>
      </w:r>
    </w:p>
    <w:p>
      <w:r>
        <w:rPr>
          <w:b/>
        </w:rPr>
        <w:t xml:space="preserve">[2:11:20] </w:t>
      </w:r>
      <w:r>
        <w:t>yeh na sirf deen mein aik jasarat thi, balkeh is ke zariye se unhon ne apne peeron ko dobara isi jamood mein mubtala kar diya jis mein hamare qadeem deeni idaray mubtala chle aa rahe thay.</w:t>
      </w:r>
    </w:p>
    <w:p>
      <w:pPr>
        <w:jc w:val="right"/>
      </w:pPr>
      <w:r>
        <w:t>یہ نہ صرف دین میں ایک جسارت تھی، بلکہ اس کے ذریعے سے انہوں نے اپنے پیروں کو دوبارہ اسی جمود میں مبتلا کر دیا جس میں ہمارے قدیم دینی ادارے مبتلا چلے آ رہے تھے۔</w:t>
      </w:r>
    </w:p>
    <w:p>
      <w:r>
        <w:rPr>
          <w:b/>
        </w:rPr>
        <w:t xml:space="preserve">[2:11:32] </w:t>
      </w:r>
      <w:r>
        <w:t>unneesween sadi ka siyasi andaaz fikr jis mein yeh literature paida hua tha, doosri jang-e-azeem ke sath khatam ho gaya. ab zaroorat thi ke naye zehni taqazon ki roshni mein doosra kalami literature tayyar kiya j</w:t>
      </w:r>
    </w:p>
    <w:p>
      <w:pPr>
        <w:jc w:val="right"/>
      </w:pPr>
      <w:r>
        <w:t>انیسویں صدی کا سیاسی انداز فکر جس میں یہ لٹریچر پیدا ہوا تھا، دوسری جنگ عظیم کے ساتھ ختم ہو گیا۔ اب ضرورت تھی کہ نئے ذہنی تقاضوں کی روشنی میں دوسرا کلامی لٹریچر تیار کیا ج</w:t>
      </w:r>
    </w:p>
    <w:p>
      <w:r>
        <w:rPr>
          <w:b/>
        </w:rPr>
        <w:t xml:space="preserve">[2:11:47] </w:t>
      </w:r>
      <w:r>
        <w:t>aye. magar yeh groh aaj bhi be-sood taur par isi siyasi literature ki tilawat mein masroof hai jis tarah arabi madaris yunani maqoolat ke dars o tadrees mein.</w:t>
      </w:r>
    </w:p>
    <w:p>
      <w:pPr>
        <w:jc w:val="right"/>
      </w:pPr>
      <w:r>
        <w:t>ائے۔ مگر یہ گروہ آج بھی بے سود طور پر اسی سیاسی لٹریچر کی تلاوت میں مصروف ہے جس طرح عربی مدارس یونانی معقولات کے درس و تدریس میں۔</w:t>
      </w:r>
    </w:p>
    <w:p>
      <w:r>
        <w:rPr>
          <w:b/>
        </w:rPr>
        <w:t xml:space="preserve">[2:12:00] </w:t>
      </w:r>
      <w:r>
        <w:t>aur is ki wajah yahi hai ke woh apne is literature ko deen ki mutlaq tashreeh samajh raha hai, na ke mahaz waqti taur par paida shuda ilm-e-kalam.</w:t>
      </w:r>
    </w:p>
    <w:p>
      <w:pPr>
        <w:jc w:val="right"/>
      </w:pPr>
      <w:r>
        <w:t>اور اس کی وجہ یہی ہے کہ وہ اپنے اس لٹریچر کو دین کی مطلق تشریح سمجھ رہا ہے، نہ کہ محض وقتی طور پر پیدا شدہ علم کلام۔</w:t>
      </w:r>
    </w:p>
    <w:p>
      <w:r>
        <w:rPr>
          <w:b/>
        </w:rPr>
        <w:t xml:space="preserve">[2:12:10] </w:t>
      </w:r>
      <w:r>
        <w:t>saleebi jangon ke zamanay mein sham o misr mein hathyar tayyar karne ki jo bhattiyan banai gayi theen, aaj un ka kahin wajood nahi hai kyunke waqt guzarne ke baad un ki ahmiyat khatam ho gayi.</w:t>
      </w:r>
    </w:p>
    <w:p>
      <w:pPr>
        <w:jc w:val="right"/>
      </w:pPr>
      <w:r>
        <w:t>صلیبی جنگوں کے زمانے میں شام و مصر میں ہتھیار تیار کرنے کی جو بھٹیاں بنائی گئی تھیں، آج ان کا کہیں وجود نہیں ہے کیونکہ وقت گزرنے کے بعد ان کی اہمیت ختم ہو گئی۔</w:t>
      </w:r>
    </w:p>
    <w:p>
      <w:r>
        <w:rPr>
          <w:b/>
        </w:rPr>
        <w:t xml:space="preserve">[2:12:22] </w:t>
      </w:r>
      <w:r>
        <w:t>isi tarah qadeem maqoolat ko bhi Islam ki ilmi fehrist se kharij ho jana chahiye tha. jo cheez waqti zaroorat ke tehat aati hai, woh waqt khatam hone ke baad khud ba khud chali jati hai, magar qadeem maqoolat se hum abhi tak nijat hasil na kar sakay.</w:t>
      </w:r>
    </w:p>
    <w:p>
      <w:pPr>
        <w:jc w:val="right"/>
      </w:pPr>
      <w:r>
        <w:t>اسی طرح قدیم معقولات کو بھی اسلام کی علمی فہرست سے خارج ہو جانا چاہیے تھا۔ جو چیز وقتی ضرورت کے تحت آتی ہے، وہ وقت ختم ہونے کے بعد خود بخود چلی جاتی ہے، مگر قدیم معقولات سے ہم ابھی تک نجات حاصل نہ کر سکے۔</w:t>
      </w:r>
    </w:p>
    <w:p>
      <w:r>
        <w:rPr>
          <w:b/>
        </w:rPr>
        <w:t xml:space="preserve">[2:12:40] </w:t>
      </w:r>
      <w:r>
        <w:t>is ki wajah qadeem maqoolat ka hamari funoon ki kitabon mein shamil ho jana hai. jis zamanay mein yeh ajnabi uloom Islam ke muashray mein dakhil hue, yeh wohi zamanah tha jabke Islami uloom ki tadween ho rahi thi.</w:t>
      </w:r>
    </w:p>
    <w:p>
      <w:pPr>
        <w:jc w:val="right"/>
      </w:pPr>
      <w:r>
        <w:t>اس کی وجہ قدیم معقولات کا ہماری فنون کی کتابوں میں شامل ہو جانا ہے۔ جس زمانے میں یہ اجنبی علوم اسلام کے معاشرے میں داخل ہوئے، یہ وہی زمانہ تھا جبکہ اسلامی علوم کی تدوین ہو رہی تھی۔</w:t>
      </w:r>
    </w:p>
    <w:p>
      <w:r>
        <w:rPr>
          <w:b/>
        </w:rPr>
        <w:t xml:space="preserve">[2:12:55] </w:t>
      </w:r>
      <w:r>
        <w:t>qadeem mantiqi andaaz logon ke liye itna mazkoor kun sabit hua ke unhon ne samjha ke Islami uloom ki tadween ke liye bhi yahi andaaz sab se ziyada mauzu hai.</w:t>
      </w:r>
    </w:p>
    <w:p>
      <w:pPr>
        <w:jc w:val="right"/>
      </w:pPr>
      <w:r>
        <w:t>قدیم منطقی انداز لوگوں کے لیے اتنا مذکور کن ثابت ہوا کہ انہوں نے سمجھا کہ اسلامی علوم کی تدوین کے لیے بھی یہی انداز سب سے زیادہ موضوع ہے۔</w:t>
      </w:r>
    </w:p>
    <w:p>
      <w:r>
        <w:rPr>
          <w:b/>
        </w:rPr>
        <w:t xml:space="preserve">[2:13:06] </w:t>
      </w:r>
      <w:r>
        <w:t>chunanche Islami funoon ki kitaben qadeem mantiqi andaaz mein likhi jane lagin. is waqe ne qadeem mantiq ko Islami kutub khane ka lazmi juz bana diya.</w:t>
      </w:r>
    </w:p>
    <w:p>
      <w:pPr>
        <w:jc w:val="right"/>
      </w:pPr>
      <w:r>
        <w:t>چنانچہ اسلامی فنون کی کتابیں قدیم منطقی انداز میں لکھی جانے لگیں۔ اس واقعے نے قدیم منطق کو اسلامی کتب خانے کا لازمی جز بنا دیا۔</w:t>
      </w:r>
    </w:p>
    <w:p>
      <w:r>
        <w:rPr>
          <w:b/>
        </w:rPr>
        <w:t xml:space="preserve">[2:13:16] </w:t>
      </w:r>
      <w:r>
        <w:t>kisi bhi aalim ko ba aasani is rai se mutafiq kiya ja sakta hai ke qadeem maqoolat ko madaris-e-deenia ke nisaab se kharij kar diya jaye.</w:t>
      </w:r>
    </w:p>
    <w:p>
      <w:pPr>
        <w:jc w:val="right"/>
      </w:pPr>
      <w:r>
        <w:t>کسی بھی عالم کو با آسانی اس رائے سے متفق کیا جا سکتا ہے کہ قدیم معقولات کو مدارس دینیہ کے نصاب سے خارج کر دیا جائے۔</w:t>
      </w:r>
    </w:p>
    <w:p>
      <w:r>
        <w:rPr>
          <w:b/>
        </w:rPr>
        <w:t xml:space="preserve">[2:13:26] </w:t>
      </w:r>
      <w:r>
        <w:t>magar mushkil yeh hai ke foran hi yeh sawal paida ho jata hai ke hamari kutub-e-fun ko samajhne wale log kaise tayyar ho sakenge? qadeem maqoolat ko dunya se mita diya jaye to Quran o Hadees ko samajhne mein kisi ko zahamat na hogi.</w:t>
      </w:r>
    </w:p>
    <w:p>
      <w:pPr>
        <w:jc w:val="right"/>
      </w:pPr>
      <w:r>
        <w:t>مگر مشکل یہ ہے کہ فوراً ہی یہ سوال پیدا ہو جاتا ہے کہ ہماری کتب فنون کو سمجھنے والے لوگ کیسے تیار ہو سکیں گے؟ قدیم معقولات کو دنیا سے مٹا دیا جائے تو قرآن و حدیث کو سمجھنے میں کسی کو زحمت نہ ہوگی۔</w:t>
      </w:r>
    </w:p>
    <w:p>
      <w:r>
        <w:rPr>
          <w:b/>
        </w:rPr>
        <w:t xml:space="preserve">[2:13:41] </w:t>
      </w:r>
      <w:r>
        <w:t>kyunke Quran o Hadees ki tarteeb qadeem mantiq ki istilahaat mein ki hi nahi gayi hai. magar ilm-e-aqaaid aur usool-e-fiqh ki bunyadi kitabon ko koi shakhs bakhoobi taur par samajh nahi sakta jab tak qadeem mantiqi istilahaat</w:t>
      </w:r>
    </w:p>
    <w:p>
      <w:pPr>
        <w:jc w:val="right"/>
      </w:pPr>
      <w:r>
        <w:t>کیونکہ قرآن و حدیث کی ترتیب قدیم منطق کی اصطلاحات میں کی ہی نہیں گئی ہے۔ مگر علم عقائد اور اصول فقہ کی بنیادی کتابوں کو کوئی شخص بخوبی طور پر سمجھ نہیں سکتا جب تک قدیم منطقی اصطلاحات</w:t>
      </w:r>
    </w:p>
    <w:p>
      <w:r>
        <w:rPr>
          <w:b/>
        </w:rPr>
        <w:t xml:space="preserve">[2:13:55] </w:t>
      </w:r>
      <w:r>
        <w:t>se us ko agahi na ho. yunani maqoolat, jis ko ab khud yunnan bhi chuka hai, deen ke sath jodne ka sab se bara nuqsan yeh hua ke deen mein tadabbur aur deeni masail ko bayan karne ka aik aisa nahj ban gaya jo Rasool Allah ki sunnat aur Sahaba Karam ke andaaz se bilkul mukhtalif tha.</w:t>
      </w:r>
    </w:p>
    <w:p>
      <w:pPr>
        <w:jc w:val="right"/>
      </w:pPr>
      <w:r>
        <w:t>سے اس کو آگاہی نہ ہو۔ یونانی معقولات، جس کو اب خود یونان بھی چھوڑ چکا ہے، دین کے ساتھ جوڑنے کا سب سے بڑا نقصان یہ ہوا کہ دین میں تدبر اور دینی مسائل کو بیان کرنے کا ایک ایسا نہج بن گیا جو رسول اللہ کی سنت اور صحابہ کرام کے انداز سے بالکل مختلف تھا۔</w:t>
      </w:r>
    </w:p>
    <w:p>
      <w:r>
        <w:rPr>
          <w:b/>
        </w:rPr>
        <w:t xml:space="preserve">[2:14:18] </w:t>
      </w:r>
      <w:r>
        <w:t>Hanafiya ne Imam ke peechay Fatiha ki qirat ke tark ka fatwa diya hai. Maulana Rasheed Ahmed Gangohi ke samne is maslak ke khilaf yeh Hadees pesh ki gayi ke Nabi SAWW ne kuch ashaab se kaha: "Shayad tum log Imam ke peechay namaz parhte hue qirat karte ho." unhon ne kaha: "Haan ya Rasool Allah." aap ne farmaya: "La taf'alu illa bi Umm-e-Quran." na parho siwa Surah Fatiha ke.</w:t>
      </w:r>
    </w:p>
    <w:p>
      <w:pPr>
        <w:jc w:val="right"/>
      </w:pPr>
      <w:r>
        <w:t>حنفیہ نے امام کے پیچھے فاتحہ کی قرأت کے ترک کا فتویٰ دیا ہے۔ مولانا رشید احمد گنگوہی کے سامنے اس مسلک کے خلاف یہ حدیث پیش کی گئی کہ نبی صلی اللہ علیہ وسلم نے کچھ اصحاب سے کہا: "شاید تم لوگ امام کے پیچھے نماز پڑھتے ہوئے قرأت کرتے ہو۔" انہوں نے کہا: "ہاں یا رسول اللہ۔" آپ نے فرمایا: "لا تفعلوا إلا بأم القرآن۔" نہ پڑھو سوا سورہ فاتحہ کے۔</w:t>
      </w:r>
    </w:p>
    <w:p>
      <w:r>
        <w:rPr>
          <w:b/>
        </w:rPr>
        <w:t xml:space="preserve">[2:14:44] </w:t>
      </w:r>
      <w:r>
        <w:t>Maulana Rasheed Ahmed Gangohi ne Hanafi maslak par is aitraz ko radd karte hue jawab diya: "Haza dalil al-ibahati la dalil al-wujub." Nafhat al-Anbar yeh ibahat ki daleel hai, na ke wujub ki daleel.</w:t>
      </w:r>
    </w:p>
    <w:p>
      <w:pPr>
        <w:jc w:val="right"/>
      </w:pPr>
      <w:r>
        <w:t>مولانا رشید احمد گنگوہی نے حنفی مسلک پر اس اعتراض کو رد کرتے ہوئے جواب دیا: "ھذا دلیل الاباحتی لا دلیل الوجوب۔" نفحت العنبر یہ اباحت کی دلیل ہے، نہ کہ وجوب کی دلیل۔</w:t>
      </w:r>
    </w:p>
    <w:p>
      <w:r>
        <w:rPr>
          <w:b/>
        </w:rPr>
        <w:t xml:space="preserve">[2:15:00] </w:t>
      </w:r>
      <w:r>
        <w:t>yeh aik saada si misaal hai is baat ki ke baad ke zamanay mein hamare yahan mazhabi behas o guftagu ka jo andaaz paida hua, woh kis tarah Islam ke ibtidai saada usloob se hata hua tha.</w:t>
      </w:r>
    </w:p>
    <w:p>
      <w:pPr>
        <w:jc w:val="right"/>
      </w:pPr>
      <w:r>
        <w:t>یہ ایک سادہ سی مثال ہے اس بات کی کہ بعد کے زمانے میں ہمارے یہاں مذہبی بحث و گفتگو کا جو انداز پیدا ہوا، وہ کس طرح اسلام کے ابتدائی سادہ اسلوب سے ہٹا ہوا تھا۔</w:t>
      </w:r>
    </w:p>
    <w:p>
      <w:r>
        <w:rPr>
          <w:b/>
        </w:rPr>
        <w:t xml:space="preserve">[2:15:13] </w:t>
      </w:r>
      <w:r>
        <w:t>chunanche wahi shakhs aaj aalim samjha jata hai jo is qism ki fanni zaban aur mantiqi usloob mein deeni masail ko bayan kar sakta ho. is mein koi shakk nahi ke deeni mabahis ka yeh andaaz fanni haisiyat se bazahir bara waqee' maloom hota hai.</w:t>
      </w:r>
    </w:p>
    <w:p>
      <w:pPr>
        <w:jc w:val="right"/>
      </w:pPr>
      <w:r>
        <w:t>چنانچہ وہی شخص آج عالم سمجھا جاتا ہے جو اس قسم کی فنی زبان اور منطقی اسلوب میں دینی مسائل کو بیان کر سکتا ہو۔ اس میں کوئی شک نہیں کہ دینی مباحث کا یہ انداز فنی حیثیت سے بظاہر بڑا وقیع معلوم ہوتا ہے۔</w:t>
      </w:r>
    </w:p>
    <w:p>
      <w:r>
        <w:rPr>
          <w:b/>
        </w:rPr>
        <w:t xml:space="preserve">[2:15:29] </w:t>
      </w:r>
      <w:r>
        <w:t>magar is mein bhi koi shakk nahi ke yeh deen woh nahi jis ko Arab ke Paighambar hamare liye chhod kar gaye thay. aap ne fakhr ke sath farmaya tha:</w:t>
      </w:r>
    </w:p>
    <w:p>
      <w:pPr>
        <w:jc w:val="right"/>
      </w:pPr>
      <w:r>
        <w:t>مگر اس میں بھی کوئی شک نہیں کہ یہ دین وہ نہیں جس کو عرب کے پیغمبر ہمارے لیے چھوڑ کر گئے تھے۔ آپ نے فخر کے ساتھ فرمایا تھا:</w:t>
      </w:r>
    </w:p>
    <w:p>
      <w:r>
        <w:rPr>
          <w:b/>
        </w:rPr>
        <w:t xml:space="preserve">[2:15:40] </w:t>
      </w:r>
      <w:r>
        <w:t>"Nahnu ummatun ummiyyah." hum to seedhi saadi ummat hain. Bu'ithtu bil-hanifiyyat al-samhah yani mein sahal deen ke sath bheja gaya hoon.</w:t>
      </w:r>
    </w:p>
    <w:p>
      <w:pPr>
        <w:jc w:val="right"/>
      </w:pPr>
      <w:r>
        <w:t>"نحن امت امی۔" ہم تو سیدھی سادی امت ہیں۔ بعثت بالحنیفیت السمحہ یعنی میں سہل دین کے ساتھ بھیجا گیا ہوں۔</w:t>
      </w:r>
    </w:p>
    <w:p>
      <w:r>
        <w:rPr>
          <w:b/>
        </w:rPr>
        <w:t xml:space="preserve">[2:15:50] </w:t>
      </w:r>
      <w:r>
        <w:t>magar Yahud o Nasara ki itteba mein hum ne deen ko aik pecheeda fan bana dala, jis tarah unhon ne Musa o Isa ke deen ko fan bana diya tha.</w:t>
      </w:r>
    </w:p>
    <w:p>
      <w:pPr>
        <w:jc w:val="right"/>
      </w:pPr>
      <w:r>
        <w:t>مگر یہودیوں اور عیسائیوں کی اتباع میں ہم نے دین کو ایک پیچیدہ فن بنا ڈالا، جس طرح انہوں نے موسیٰ اور عیسیٰ کے دین کو فن بنا دیا تھا۔</w:t>
      </w:r>
    </w:p>
    <w:p>
      <w:r>
        <w:rPr>
          <w:b/>
        </w:rPr>
        <w:t xml:space="preserve">[2:16:00] </w:t>
      </w:r>
      <w:r>
        <w:t>is fanni deen ka ghair deeni hona isi se wazeh hai ke Sahaba Karam mein se koi buzurg</w:t>
      </w:r>
    </w:p>
    <w:p>
      <w:pPr>
        <w:jc w:val="right"/>
      </w:pPr>
      <w:r>
        <w:t>اس فنی دین کا غیر دینی ہونا اسی سے واضح ہے کہ صحابہ کرام میں سے کوئی بزرگ</w:t>
      </w:r>
    </w:p>
    <w:p>
      <w:r>
        <w:rPr>
          <w:b/>
        </w:rPr>
        <w:t xml:space="preserve">[2:16:07] </w:t>
      </w:r>
      <w:r>
        <w:t>agar aaj zinda hon to woh hamare madaris-e-arabiya mein se kisi madrase mein Sheikh al-Hadees ke mansab par faiz nahi kiye ja sakte.</w:t>
      </w:r>
    </w:p>
    <w:p>
      <w:pPr>
        <w:jc w:val="right"/>
      </w:pPr>
      <w:r>
        <w:t>اگر آج زندہ ہوں تو وہ ہمارے مدارس عربیہ میں سے کسی مدرسے میں شیخ الحدیث کے منصب پر فائز نہیں کیے جا سکتے۔</w:t>
      </w:r>
    </w:p>
    <w:p>
      <w:r>
        <w:rPr>
          <w:b/>
        </w:rPr>
        <w:t xml:space="preserve">[2:16:16] </w:t>
      </w:r>
      <w:r>
        <w:t>kyunke aaj in madaris mein ilm-e-Hadees jis tarah parhaya jata hai, woh is ke liye bilkul namozoo' sabit honge. hatta ke naooz billah shayad khud Allah ke Rasool bhi.</w:t>
      </w:r>
    </w:p>
    <w:p>
      <w:pPr>
        <w:jc w:val="right"/>
      </w:pPr>
      <w:r>
        <w:t>کیونکہ آج ان مدارس میں علم حدیث جس طرح پڑھایا جاتا ہے، وہ اس کے لیے بالکل ناموزوں ثابت ہوں گے۔ حتیٰ کہ نعوذ باللہ شاید خود اللہ کے رسول بھی۔</w:t>
      </w:r>
    </w:p>
    <w:p>
      <w:r>
        <w:rPr>
          <w:b/>
        </w:rPr>
        <w:t xml:space="preserve">[2:16:30] </w:t>
      </w:r>
      <w:r>
        <w:t>khalis ilmi aitbar se bhi behas ka yeh tareeqa maujooda zamanay mein be-wazan ho chuka hai.</w:t>
      </w:r>
    </w:p>
    <w:p>
      <w:pPr>
        <w:jc w:val="right"/>
      </w:pPr>
      <w:r>
        <w:t>خالص علمی اعتبار سے بھی بحث کا یہ طریقہ موجودہ زمانے میں بے وزن ہو چکا ہے۔</w:t>
      </w:r>
    </w:p>
    <w:p>
      <w:r>
        <w:rPr>
          <w:b/>
        </w:rPr>
        <w:t xml:space="preserve">[2:16:36] </w:t>
      </w:r>
      <w:r>
        <w:t>qadeem mantiq ki buniyad zehni qiyas aaraaiyon par qaim thi. magar maujooda zamanay mein mantiq ki buniyad science hai jo haqeeqi hawalo aur waqeati tanzeel se kisi baat ko sabit karti hai.</w:t>
      </w:r>
    </w:p>
    <w:p>
      <w:pPr>
        <w:jc w:val="right"/>
      </w:pPr>
      <w:r>
        <w:t>قدیم منطق کی بنیاد ذہنی قیاس آرائیوں پر قائم تھی۔ مگر موجودہ زمانے میں منطق کی بنیاد سائنس ہے جو حقیقی حوالوں اور واقعاتی تجزیے سے کسی بات کو ثابت کرتی ہے۔</w:t>
      </w:r>
    </w:p>
    <w:p>
      <w:r>
        <w:rPr>
          <w:b/>
        </w:rPr>
        <w:t xml:space="preserve">[2:16:48] </w:t>
      </w:r>
      <w:r>
        <w:t>magar madaris deenia mein jo kitabein parhai jati hain, woh chuna'nche qadeem manzqi usloob par likhi gayi hain aur asatiza apne darsoun mein isi usloob par masail ki tashreeh karte hain, is liye un idaron se jo afraad tarbiyat pa kar niklte hain, woh apne tarz-e-fikr aur andaaz-e-istadlal ke aitbaar se maujooda zamanay ke liye ajnabi hotay hain.</w:t>
      </w:r>
    </w:p>
    <w:p>
      <w:pPr>
        <w:jc w:val="right"/>
      </w:pPr>
      <w:r>
        <w:t>مگر مدارس دینیہ میں جو کتابیں پڑھائی جاتی ہیں، وہ چونکہ قدیم منطقی اسلوب پر لکھی گئی ہیں اور اساتذہ اپنے درسوں میں اسی اسلوب پر مسائل کی تشریح کرتے ہیں، اس لیے ان اداروں سے جو افراد تربیت پا کر نکلتے ہیں، وہ اپنے طرز فکر اور انداز استدلال کے اعتبار سے موجودہ زمانے کے لیے اجنبی ہوتے ہیں۔</w:t>
      </w:r>
    </w:p>
    <w:p>
      <w:r>
        <w:rPr>
          <w:b/>
        </w:rPr>
        <w:t xml:space="preserve">[2:17:11] </w:t>
      </w:r>
      <w:r>
        <w:t>woh manzqi asleha se lais honay ke bawajood aaj ke insaan ko ilmi aur manzqi taur par apna deen samjhanay ki salahiyat nahi rakhtay.</w:t>
      </w:r>
    </w:p>
    <w:p>
      <w:pPr>
        <w:jc w:val="right"/>
      </w:pPr>
      <w:r>
        <w:t>وہ منطقی اسلحے سے لیس ہونے کے باوجود آج کے انسان کو علمی اور منطقی طور پر اپنا دین سمجھانے کی صلاحیت نہیں رکھتے۔</w:t>
      </w:r>
    </w:p>
    <w:p>
      <w:r>
        <w:rPr>
          <w:b/>
        </w:rPr>
        <w:t xml:space="preserve">[2:17:21] </w:t>
      </w:r>
      <w:r>
        <w:t>aaj ki duniya mein jab woh dakhil hotay hain to woh ehsas-e-kumtari ka shikar ho kar reh jatay hain ya jurrat kar ke Islam ke da'i banne ki koshish karte hain to un ki Islami tashrihat aaj ke ilmi insaan ko yeh ghalat ta'assur deti hain ke Islam sirf qadeem daur ke insaan ko mutma'in kar sakta tha.</w:t>
      </w:r>
    </w:p>
    <w:p>
      <w:pPr>
        <w:jc w:val="right"/>
      </w:pPr>
      <w:r>
        <w:t>آج کی دنیا میں جب وہ داخل ہوتے ہیں تو وہ احساس کمتری کا شکار ہو کر رہ جاتے ہیں یا جرات کر کے اسلام کے داعی بننے کی کوشش کرتے ہیں تو ان کی اسلامی تشریحات آج کے علمی انسان کو یہ غلط تاثر دیتی ہیں کہ اسلام صرف قدیم دور کے انسان کو مطمئن کر سکتا تھا۔</w:t>
      </w:r>
    </w:p>
    <w:p>
      <w:r>
        <w:rPr>
          <w:b/>
        </w:rPr>
        <w:t xml:space="preserve">[2:17:40] </w:t>
      </w:r>
      <w:r>
        <w:t>aaj ke insaan ke zehn-e-mutma'in ke liye is ke paas kuch nahi.</w:t>
      </w:r>
    </w:p>
    <w:p>
      <w:pPr>
        <w:jc w:val="right"/>
      </w:pPr>
      <w:r>
        <w:t>آج کے انسان کے ذہنی اطمینان کے لیے اس کے پاس کچھ نہیں۔</w:t>
      </w:r>
    </w:p>
    <w:p>
      <w:r>
        <w:rPr>
          <w:b/>
        </w:rPr>
        <w:t xml:space="preserve">[2:17:45] </w:t>
      </w:r>
      <w:r>
        <w:t>Qur'an mein kaha gaya hai ke Allah tadbeer-e-amr kar raha hai aur tafseel ayat bhi. Surah Ra'd ayat do. Tadbeer-e-amr se murad kainaati intezam hai jis ke kharji pehluon ke ilm ka naam science hai.</w:t>
      </w:r>
    </w:p>
    <w:p>
      <w:pPr>
        <w:jc w:val="right"/>
      </w:pPr>
      <w:r>
        <w:t>قرآن میں کہا گیا ہے کہ اللہ تدبیر امر کر رہا ہے اور تفصیل آیات بھی۔ سورہ رعد آیت دو۔ تدبیر امر سے مراد کائناتی انتظام ہے جس کے خارجی پہلوؤں کے علم کا نام سائنس ہے۔</w:t>
      </w:r>
    </w:p>
    <w:p>
      <w:r>
        <w:rPr>
          <w:b/>
        </w:rPr>
        <w:t xml:space="preserve">[2:18:00] </w:t>
      </w:r>
      <w:r>
        <w:t>tafseel ayat se murad wahi hai jis ka aakhri aur mukammal matan Qur'an ki surat mein hamare paas mehfooz hai. Ilm-e-kalam apni asal haqeeqat ke aitbaar se yeh hai ke ilhami ilm aur kainaati ilm ki wahdat ko samjha</w:t>
      </w:r>
    </w:p>
    <w:p>
      <w:pPr>
        <w:jc w:val="right"/>
      </w:pPr>
      <w:r>
        <w:t>تفصیل آیات سے مراد وحی ہے جس کا آخری اور مکمل متن قرآن کی صورت میں ہمارے پاس محفوظ ہے۔ علم کلام اپنی اصل حقیقت کے اعتبار سے یہ ہے کہ الہامی علم اور کائناتی علم کی وحدت کو سمجھا</w:t>
      </w:r>
    </w:p>
    <w:p>
      <w:r>
        <w:rPr>
          <w:b/>
        </w:rPr>
        <w:t xml:space="preserve">[2:18:14] </w:t>
      </w:r>
      <w:r>
        <w:t>jaye, maloom-e-kainaat ko maloom kainaat ki madad se qabil-e-fehm banaya jaye. Is hesiyat se dekhiye to Islami ilm-e-kalam ka koi qadeem o jadeed nahi.</w:t>
      </w:r>
    </w:p>
    <w:p>
      <w:pPr>
        <w:jc w:val="right"/>
      </w:pPr>
      <w:r>
        <w:t>جائے، نامعلوم کائنات کو معلوم کائنات کی مدد سے قابل فہم بنایا جائے۔ اس حیثیت سے دیکھیے تو اسلامی علم کلام کا کوئی قدیم و جدید نہیں۔</w:t>
      </w:r>
    </w:p>
    <w:p>
      <w:r>
        <w:rPr>
          <w:b/>
        </w:rPr>
        <w:t xml:space="preserve">[2:18:25] </w:t>
      </w:r>
      <w:r>
        <w:t>yeh mutakallimeen-e-Islam ki ghalati thi jis ne ilm-e-kalam mein qadeem o jadeed ki taqseem paida ki. Ilm-e-kalam haqeeqatan Qur'ani aqliyat ko murattab karne ka naam tha.</w:t>
      </w:r>
    </w:p>
    <w:p>
      <w:pPr>
        <w:jc w:val="right"/>
      </w:pPr>
      <w:r>
        <w:t>یہ متکلمین اسلام کی غلطی تھی جس نے علم کلام میں قدیم و جدید کی تقسیم پیدا کی۔ علم کلام حقیقتاً قرآنی اقلیات کو مرتب کرنے کا نام تھا۔</w:t>
      </w:r>
    </w:p>
    <w:p>
      <w:r>
        <w:rPr>
          <w:b/>
        </w:rPr>
        <w:t xml:space="preserve">[2:18:36] </w:t>
      </w:r>
      <w:r>
        <w:t>magar Abbasi daur ke mutakallimeen ne is ko insaan ki waza' kardah falsafiyana aqliyat par dhalne ke hum ma'ni samajh liya. Yahi woh ghalati hai jis ne ilm-e-kalam mein qadeem o jadeed ke tasawwurat paida kiye.</w:t>
      </w:r>
    </w:p>
    <w:p>
      <w:pPr>
        <w:jc w:val="right"/>
      </w:pPr>
      <w:r>
        <w:t>مگر عباسی دور کے متکلمین نے اس کو انسان کی وضع کردہ فلسفیانہ اقلیات پر ڈھالنے کے ہم معنی سمجھ لیا۔ یہی وہ غلطی ہے جس نے علم کلام میں قدیم و جدید کے تصورات پیدا کیے۔</w:t>
      </w:r>
    </w:p>
    <w:p>
      <w:r>
        <w:rPr>
          <w:b/>
        </w:rPr>
        <w:t xml:space="preserve">[2:18:50] </w:t>
      </w:r>
      <w:r>
        <w:t>chuna'nche falsafiyana aqliyat qiyasi honay ki wajah se taghayyur-pazeer theen, jab ke Qur'ani ya kainaati aqliyat mein taghayyur o tabaddul ka koi sawal nahi.</w:t>
      </w:r>
    </w:p>
    <w:p>
      <w:pPr>
        <w:jc w:val="right"/>
      </w:pPr>
      <w:r>
        <w:t>کیونکہ فلسفیانہ اقلیات قیاسی ہونے کی وجہ سے تغیر پذیر تھیں، جبکہ قرآنی یا کائناتی اقلیات میں تغیر و تبدل کا کوئی سوال نہیں۔</w:t>
      </w:r>
    </w:p>
    <w:p>
      <w:r>
        <w:rPr>
          <w:b/>
        </w:rPr>
        <w:t xml:space="preserve">[2:19:01] </w:t>
      </w:r>
      <w:r>
        <w:t>yeh aik haqeeqat hai ke Qur'an ka tareeq-e-istadlal tamam tar kainaati hai. Woh mehsoos waqeaat ke zariye ghair-mehsoos haqaiq par istadlal karta hai.</w:t>
      </w:r>
    </w:p>
    <w:p>
      <w:pPr>
        <w:jc w:val="right"/>
      </w:pPr>
      <w:r>
        <w:t>یہ ایک حقیقت ہے کہ قرآن کا طریق استدلال تمام تر کائناتی ہے۔ وہ محسوس واقعات کے ذریعے غیر محسوس حقائق پر استدلال کرتا ہے۔</w:t>
      </w:r>
    </w:p>
    <w:p>
      <w:r>
        <w:rPr>
          <w:b/>
        </w:rPr>
        <w:t xml:space="preserve">[2:19:11] </w:t>
      </w:r>
      <w:r>
        <w:t>Qur'ani ilm-e-kalam ki buniyad zameen o aasman ke un qawaneen par hai jo atal hain, jin mein kabhi koi tabdeeli nahi hoti. Is liye Qur'ani ilm-e-kalam bhi atal hai.</w:t>
      </w:r>
    </w:p>
    <w:p>
      <w:pPr>
        <w:jc w:val="right"/>
      </w:pPr>
      <w:r>
        <w:t>قرآنی علم کلام کی بنیاد زمین و آسمان کے ان قوانین پر ہے جو اٹل ہیں، جن میں کبھی کوئی تبدیلی نہیں ہوتی۔ اس لیے قرآنی علم کلام بھی اٹل ہے۔</w:t>
      </w:r>
    </w:p>
    <w:p>
      <w:r>
        <w:rPr>
          <w:b/>
        </w:rPr>
        <w:t xml:space="preserve">[2:19:23] </w:t>
      </w:r>
      <w:r>
        <w:t>is mein tabdeeli ka koi sawal nahi. Yeh kehna sahi hoga ke Qur'ani ilm-e-kalam bhi Qur'ani aqeediyat ki tarah ghair-taghayyur-pazeer hai.</w:t>
      </w:r>
    </w:p>
    <w:p>
      <w:pPr>
        <w:jc w:val="right"/>
      </w:pPr>
      <w:r>
        <w:t>اس میں تبدیلی کا کوئی سوال نہیں۔ یہ کہنا صحیح ہوگا کہ قرآنی علم کلام بھی قرآنی اعتقادیات کی طرح غیر تغیر پذیر ہے۔</w:t>
      </w:r>
    </w:p>
    <w:p>
      <w:r>
        <w:rPr>
          <w:b/>
        </w:rPr>
        <w:t xml:space="preserve">[2:19:33] </w:t>
      </w:r>
      <w:r>
        <w:t>magar jab ilm-e-kalam ko insaan ke paida kardah uloom ki buniyad par murattab kiya gaya to fauran ilm-e-kalam mein qadeem o jadeed ka masla paida ho gaya.</w:t>
      </w:r>
    </w:p>
    <w:p>
      <w:pPr>
        <w:jc w:val="right"/>
      </w:pPr>
      <w:r>
        <w:t>مگر جب علم کلام کو انسان کے پیدا کردہ علوم کی بنیاد پر مرتب کیا گیا تو فی الفور علم کلام میں قدیم و جدید کا مسئلہ پیدا ہو گیا۔</w:t>
      </w:r>
    </w:p>
    <w:p>
      <w:r>
        <w:rPr>
          <w:b/>
        </w:rPr>
        <w:t xml:space="preserve">[2:19:43] </w:t>
      </w:r>
      <w:r>
        <w:t>chuna'nche yeh uloom tamam tar qiyas ki buniyad par thay, woh kabhi yaksaan nahi reh sakte.</w:t>
      </w:r>
    </w:p>
    <w:p>
      <w:pPr>
        <w:jc w:val="right"/>
      </w:pPr>
      <w:r>
        <w:t>کیونکہ یہ علوم تمام تر قیاس کی بنیاد پر تھے، وہ کبھی یکساں نہیں رہ سکتے۔</w:t>
      </w:r>
    </w:p>
    <w:p>
      <w:r>
        <w:rPr>
          <w:b/>
        </w:rPr>
        <w:t xml:space="preserve">[2:19:49] </w:t>
      </w:r>
      <w:r>
        <w:t>beesween sadi ke nisf-e-aakhir mein agar kulli taur par nahi to aik khaas had tak hum is position mein ho gaye hain ke ilm-e-kalam ko is ki qata'i aur afaqi shakal mein murattab kar saken.</w:t>
      </w:r>
    </w:p>
    <w:p>
      <w:pPr>
        <w:jc w:val="right"/>
      </w:pPr>
      <w:r>
        <w:t>بیسویں صدی کے نصف آخر میں اگر کلی طور پر نہیں تو ایک خاص حد تک ہم اس پوزیشن میں ہو گئے ہیں کہ علم کلام کو اس کی قطعی اور آفاقی شکل میں مرتب کر سکیں۔</w:t>
      </w:r>
    </w:p>
    <w:p>
      <w:r>
        <w:rPr>
          <w:b/>
        </w:rPr>
        <w:t xml:space="preserve">[2:20:02] </w:t>
      </w:r>
      <w:r>
        <w:t>qadeem zamanay mein alam-e-aflak aur ilm-e-aflak dono alag alag cheezein theen. Alam-e-aflak haqaiq par mabni tha aur ilm-e-aflak qiyasaat par.</w:t>
      </w:r>
    </w:p>
    <w:p>
      <w:pPr>
        <w:jc w:val="right"/>
      </w:pPr>
      <w:r>
        <w:t>قدیم زمانے میں عالم افلاک اور علم افلاک دونوں الگ الگ چیزیں تھیں۔ عالم افلاک حقائق پر مبنی تھا اور علم افلاک قیاسات پر۔</w:t>
      </w:r>
    </w:p>
    <w:p>
      <w:r>
        <w:rPr>
          <w:b/>
        </w:rPr>
        <w:t xml:space="preserve">[2:20:13] </w:t>
      </w:r>
      <w:r>
        <w:t>aaj yeh dono cheezein aik hoti ja rahi hain. Yahi ma'mla Qur'an ka hai.</w:t>
      </w:r>
    </w:p>
    <w:p>
      <w:pPr>
        <w:jc w:val="right"/>
      </w:pPr>
      <w:r>
        <w:t>آج یہ دونوں چیزیں ایک ہوتی جا رہی ہیں۔ یہی معاملہ قرآن کا ہے۔</w:t>
      </w:r>
    </w:p>
    <w:p>
      <w:r>
        <w:rPr>
          <w:b/>
        </w:rPr>
        <w:t xml:space="preserve">[2:20:19] </w:t>
      </w:r>
      <w:r>
        <w:t>qadeem zamanay mein Qur'an aur ilm-e-kalam dono alag alag thay. Qur'an ayat-e-muhkamaat par mabni tha aur ilm-e-kalam falasifa ke qiyasaat par.</w:t>
      </w:r>
    </w:p>
    <w:p>
      <w:pPr>
        <w:jc w:val="right"/>
      </w:pPr>
      <w:r>
        <w:t>قدیم زمانے میں قرآن اور علم کلام دونوں الگ الگ تھے۔ قرآن آیات محکمات پر مبنی تھا اور علم کلام فلاسفہ کے قیاسات پر۔</w:t>
      </w:r>
    </w:p>
    <w:p>
      <w:r>
        <w:rPr>
          <w:b/>
        </w:rPr>
        <w:t xml:space="preserve">[2:20:29] </w:t>
      </w:r>
      <w:r>
        <w:t>aaj ilm-e-insani ke irtqa ne is ko mumkin bana diya hai ke Qur'an aur ilm-e-kalam dono ko aik kiya ja sake. Agar koi cheez hai jis ko ilm-e-kalam jadeed kaha jaye to woh yahi ilm-e-kalam hai jis ko murattab kiya jana chahiye,</w:t>
      </w:r>
    </w:p>
    <w:p>
      <w:pPr>
        <w:jc w:val="right"/>
      </w:pPr>
      <w:r>
        <w:t>آج علم انسانی کے ارتقاء نے اس کو ممکن بنا دیا ہے کہ قرآن اور علم کلام دونوں کو ایک کیا جا سکے۔ اگر کوئی چیز ہے جس کو علم کلام جدید کہا جائے تو وہ یہی علم کلام ہے جس کو مرتب کیا جانا چاہیے،</w:t>
      </w:r>
    </w:p>
    <w:p>
      <w:r>
        <w:rPr>
          <w:b/>
        </w:rPr>
        <w:t xml:space="preserve">[2:20:45] </w:t>
      </w:r>
      <w:r>
        <w:t>agarche woh abhi tak murattab nahi kiya gaya hai. Yeh</w:t>
      </w:r>
    </w:p>
    <w:p>
      <w:pPr>
        <w:jc w:val="right"/>
      </w:pPr>
      <w:r>
        <w:t>اگرچہ وہ ابھی تک مرتب نہیں کیا گیا ہے۔ یہ</w:t>
      </w:r>
    </w:p>
    <w:p>
      <w:r>
        <w:rPr>
          <w:b/>
        </w:rPr>
        <w:t xml:space="preserve">[2:20:49] </w:t>
      </w:r>
      <w:r>
        <w:t>mein mukhtasar taur par chand kamon ka zikr karunga jo ilm-e-kalam ki jadeed tartib o tadween ke silsile mein hum ko anjam dena hai. Number aik: sab se pehla kaam Qur'an ki buniyad par aik nazriya-e-ilm ko murattab karna hai, yani tareeq-e-istadlal ka ilm.</w:t>
      </w:r>
    </w:p>
    <w:p>
      <w:pPr>
        <w:jc w:val="right"/>
      </w:pPr>
      <w:r>
        <w:t>اں میں مختصر طور پر چند کاموں کا ذکر کروں گا جو علم کلام کی جدید ترتیب و تدوین کے سلسلے میں ہم کو انجام دینا ہے۔ نمبر ایک: سب سے پہلا کام قرآن کی بنیاد پر ایک نظریہ علم کو مرتب کرنا ہے، یعنی طریق استدلال کا علم۔</w:t>
      </w:r>
    </w:p>
    <w:p>
      <w:r>
        <w:rPr>
          <w:b/>
        </w:rPr>
        <w:t xml:space="preserve">[2:21:07] </w:t>
      </w:r>
      <w:r>
        <w:t>qadeem zamanay mein qiyasi mafroozat o musallamat par istadlal kiya jata tha. Tehqeeq o tajrube ke jadeed tareeqon ke zahoor mein aanay ke ibtidai zamanay mein mashahadati istadlal par zor diya gaya.</w:t>
      </w:r>
    </w:p>
    <w:p>
      <w:pPr>
        <w:jc w:val="right"/>
      </w:pPr>
      <w:r>
        <w:t>قدیم زمانے میں قیاسی مفروضات و مسلمات پر استدلال کیا جاتا تھا۔ تحقیق و تجربے کے جدید طریقوں کے ظہور میں آنے کے ابتدائی زمانے میں مشاہداتی استدلال پر زور دیا گیا۔</w:t>
      </w:r>
    </w:p>
    <w:p>
      <w:r>
        <w:rPr>
          <w:b/>
        </w:rPr>
        <w:t xml:space="preserve">[2:21:19] </w:t>
      </w:r>
      <w:r>
        <w:t>magar Einstein ke baad ilm-e-insani ka jo daur shuru hua hai, us mein ziyada se ziyada yeh baat wazeh hoti ja rahi hai ke haqeeqat apni aakhri surat mein insaan ke liye na-qabil-e-mushahida hai.</w:t>
      </w:r>
    </w:p>
    <w:p>
      <w:pPr>
        <w:jc w:val="right"/>
      </w:pPr>
      <w:r>
        <w:t>مگر آئنسٹائن کے بعد علم انسانی کا جو دور شروع ہوا ہے، اس میں زیادہ سے زیادہ یہ بات واضح ہوتی جا رہی ہے کہ حقیقت اپنی آخری صورت میں انسان کے لیے ناقابل مشاہدہ ہے۔</w:t>
      </w:r>
    </w:p>
    <w:p>
      <w:r>
        <w:rPr>
          <w:b/>
        </w:rPr>
        <w:t xml:space="preserve">[2:21:33] </w:t>
      </w:r>
      <w:r>
        <w:t>ab yeh baat taqreeban maan li gayi hai ke insaan ki mahdood salahiyaton ki wajah se mashahadati istadlal is ke liye mumkin nahi.</w:t>
      </w:r>
    </w:p>
    <w:p>
      <w:pPr>
        <w:jc w:val="right"/>
      </w:pPr>
      <w:r>
        <w:t>اب یہ بات تقریباً مان لی گئی ہے کہ انسان کی محدود صلاحیتوں کی وجہ سے مشاہداتی استدلال اس کے لیے ممکن نہیں۔</w:t>
      </w:r>
    </w:p>
    <w:p>
      <w:r>
        <w:rPr>
          <w:b/>
        </w:rPr>
        <w:t xml:space="preserve">[2:21:42] </w:t>
      </w:r>
      <w:r>
        <w:t>hum sirf is position mein hain ke istinbati istidlal qaim kar saken. hum haqaiq ko dekh nahin</w:t>
      </w:r>
    </w:p>
    <w:p>
      <w:pPr>
        <w:jc w:val="right"/>
      </w:pPr>
      <w:r>
        <w:t>ہم صرف اس پوزیشن میں ہیں کہ استنباطی استدلال قائم کر سکیں۔ ہم حقائق کو دیکھ نہیں</w:t>
      </w:r>
    </w:p>
    <w:p>
      <w:r>
        <w:rPr>
          <w:b/>
        </w:rPr>
        <w:t xml:space="preserve">[2:21:48] </w:t>
      </w:r>
      <w:r>
        <w:t>sakte. hum sirf yeh kar sakte hain ke zahir hum sirf yeh kar sakte hain ke zahir ashya par ghaur kar ke yeh mustanbat karen ke yahan falan cheez pai jani chahiye.</w:t>
      </w:r>
    </w:p>
    <w:p>
      <w:pPr>
        <w:jc w:val="right"/>
      </w:pPr>
      <w:r>
        <w:t>سکتے۔ ہم صرف یہ کر سکتے ہیں کہ ظاہر ہم صرف یہ کر سکتے ہیں کہ ظاہر اشیاء پر غور کر کے یہ مستنبط کریں کہ یہاں فلاں چیز پائی جانی چاہیے۔</w:t>
      </w:r>
    </w:p>
    <w:p>
      <w:r>
        <w:rPr>
          <w:b/>
        </w:rPr>
        <w:t xml:space="preserve">[2:22:00] </w:t>
      </w:r>
      <w:r>
        <w:t>ab maujooda zamane mein ek naya nazariya ilm wajood mein aaya hai jo herat angez tor par qurani nazariya ilm ke ain mutabiq hai. Quran mein kaha gaya tha ke insan ko ilm qaleel.</w:t>
      </w:r>
    </w:p>
    <w:p>
      <w:pPr>
        <w:jc w:val="right"/>
      </w:pPr>
      <w:r>
        <w:t>اب موجودہ زمانے میں ایک نیا نظریہ علم وجود میں آیا ہے جو حیرت انگیز طور پر قرآنی نظریہ علم کے عین مطابق ہے۔ قرآن میں کہا گیا تھا کہ انسان کو علم قلیل۔</w:t>
      </w:r>
    </w:p>
    <w:p>
      <w:r>
        <w:rPr>
          <w:b/>
        </w:rPr>
        <w:t xml:space="preserve">[2:22:12] </w:t>
      </w:r>
      <w:r>
        <w:t>surah bani israel ayat 85 diya gaya hai. is liye is ko bilwasta ilm par qanaat karna chahiye, na ke woh barah-e-rast ilm ke liye israr karne lagen.</w:t>
      </w:r>
    </w:p>
    <w:p>
      <w:pPr>
        <w:jc w:val="right"/>
      </w:pPr>
      <w:r>
        <w:t>سورہ بنی اسرائیل آیت 85 دیا گیا ہے۔ اس لیے اس کو بالواسطہ علم پر قناعت کرنا چاہیے، نہ کہ وہ براہ راست علم کے لیے اصرار کرنے لگے۔</w:t>
      </w:r>
    </w:p>
    <w:p>
      <w:r>
        <w:rPr>
          <w:b/>
        </w:rPr>
        <w:t xml:space="preserve">[2:22:23] </w:t>
      </w:r>
      <w:r>
        <w:t>is tarah wahi aur ilm insani dono ek nuqte par pahunch gaye hain. haqeeqat yeh hai ke jadeed nazariya ilm ne qurani tarz istidlal ko jadeed istilaha mein ain scientific istidlal ka darja de diya hai.</w:t>
      </w:r>
    </w:p>
    <w:p>
      <w:pPr>
        <w:jc w:val="right"/>
      </w:pPr>
      <w:r>
        <w:t>اس طرح وحی اور علم انسانی دونوں ایک نقطے پر پہنچ گئے ہیں۔ حقیقت یہ ہے کہ جدید نظریہ علم نے قرآنی طرز استدلال کو جدید اصطلاح میں عین سائنٹیفک استدلال کا درجہ دے دیا ہے۔</w:t>
      </w:r>
    </w:p>
    <w:p>
      <w:r>
        <w:rPr>
          <w:b/>
        </w:rPr>
        <w:t xml:space="preserve">[2:22:38] </w:t>
      </w:r>
      <w:r>
        <w:t>maujooda zamane mein ilm kalam ka sab se pehla kaam yeh hai ke woh is aham tareen daryaft ko mudawwan kare. number do: doosra kaam qurani ilm al-asar ki tadween hai.</w:t>
      </w:r>
    </w:p>
    <w:p>
      <w:pPr>
        <w:jc w:val="right"/>
      </w:pPr>
      <w:r>
        <w:t>موجودہ زمانے میں علم کلام کا سب سے پہلا کام یہ ہے کہ وہ اس اہم ترین دریافت کو مدون کرے۔ نمبر دو: دوسرا کام قرآنی علم الاثار کی تدوین ہے۔</w:t>
      </w:r>
    </w:p>
    <w:p>
      <w:r>
        <w:rPr>
          <w:b/>
        </w:rPr>
        <w:t xml:space="preserve">[2:22:53] </w:t>
      </w:r>
      <w:r>
        <w:t>Quran mein pichhle anbiya aur guzri hui tahzeebon ka zikr hai. yeh Quran ka woh hissa hai jis ko ayyam Allah. surah ibrahim ayat panch kaha gaya hai.</w:t>
      </w:r>
    </w:p>
    <w:p>
      <w:pPr>
        <w:jc w:val="right"/>
      </w:pPr>
      <w:r>
        <w:t>قرآن میں پچھلے انبیاء اور گزری ہوئی تہذیبوں کا ذکر ہے۔ یہ قرآن کا وہ حصہ ہے جس کو ایام اللہ۔ سورہ ابراہیم آیت پانچ کہا گیا ہے۔</w:t>
      </w:r>
    </w:p>
    <w:p>
      <w:r>
        <w:rPr>
          <w:b/>
        </w:rPr>
        <w:t xml:space="preserve">[2:23:03] </w:t>
      </w:r>
      <w:r>
        <w:t>tareekh insani ke yeh waqiat Quran ke nuqte nazar se behad aham hain.</w:t>
      </w:r>
    </w:p>
    <w:p>
      <w:pPr>
        <w:jc w:val="right"/>
      </w:pPr>
      <w:r>
        <w:t>تاریخ انسانی کے یہ واقعات قرآن کے نقطہ نظر سے بے حد اہم ہیں۔</w:t>
      </w:r>
    </w:p>
    <w:p>
      <w:r>
        <w:rPr>
          <w:b/>
        </w:rPr>
        <w:t xml:space="preserve">[2:23:07] </w:t>
      </w:r>
      <w:r>
        <w:t>woh sabit karte hain ke is kainat ka ek Khuda hai. woh har daur mein apna numainda bhejta hai aur apne atal qawaneen ki buniyad par qaumon ki qismat ka faisla karta hai.</w:t>
      </w:r>
    </w:p>
    <w:p>
      <w:pPr>
        <w:jc w:val="right"/>
      </w:pPr>
      <w:r>
        <w:t>وہ ثابت کرتے ہیں کہ اس کائنات کا ایک خدا ہے۔ وہ ہر دور میں اپنا نمائندہ بھیجتا ہے اور اپنے اٹل قوانین کی بنیاد پر قوموں کی قسمت کا فیصلہ کرتا ہے۔</w:t>
      </w:r>
    </w:p>
    <w:p>
      <w:r>
        <w:rPr>
          <w:b/>
        </w:rPr>
        <w:t xml:space="preserve">[2:23:18] </w:t>
      </w:r>
      <w:r>
        <w:t>yeh agarche tareekh ka mazmoon hai, magar Quran mein is ka zikr maroof tareekhi andaz mein nahin hai, balke dawati aur ijmali andaz mein hai.</w:t>
      </w:r>
    </w:p>
    <w:p>
      <w:pPr>
        <w:jc w:val="right"/>
      </w:pPr>
      <w:r>
        <w:t>یہ اگرچہ تاریخ کا مضمون ہے، مگر قرآن میں اس کا ذکر معروف تاریخی انداز میں نہیں ہے، بلکہ دعوتی اور اجمالی انداز میں ہے۔</w:t>
      </w:r>
    </w:p>
    <w:p>
      <w:r>
        <w:rPr>
          <w:b/>
        </w:rPr>
        <w:t xml:space="preserve">[2:23:27] </w:t>
      </w:r>
      <w:r>
        <w:t>in waqiat ke baray mein Quran se bahar jo record hai, woh qadeem zamane mein bari had tak lam-maloom tha.</w:t>
      </w:r>
    </w:p>
    <w:p>
      <w:pPr>
        <w:jc w:val="right"/>
      </w:pPr>
      <w:r>
        <w:t>ان واقعات کے بارے میں قرآن سے باہر جو ریکارڈ ہے، وہ قدیم زمانے میں بڑی حد تک لامعلوم تھا۔</w:t>
      </w:r>
    </w:p>
    <w:p>
      <w:r>
        <w:rPr>
          <w:b/>
        </w:rPr>
        <w:t xml:space="preserve">[2:23:34] </w:t>
      </w:r>
      <w:r>
        <w:t>is liye qadeem zamane mein Quran ke in ajza ki tadween khalis tareekhi andaz mein mumkin na thi. ab in waqiat se mutalliq beshumar dabay hue record daryaft ho gaye hain.</w:t>
      </w:r>
    </w:p>
    <w:p>
      <w:pPr>
        <w:jc w:val="right"/>
      </w:pPr>
      <w:r>
        <w:t>اس لیے قدیم زمانے میں قرآن کے ان اجزاء کی تدوین خالص تاریخی انداز میں ممکن نہ تھی۔ اب ان واقعات سے متعلق بے شمار دبے ہوئے ریکارڈ دریافت ہو گئے ہیں۔</w:t>
      </w:r>
    </w:p>
    <w:p>
      <w:r>
        <w:rPr>
          <w:b/>
        </w:rPr>
        <w:t xml:space="preserve">[2:23:47] </w:t>
      </w:r>
      <w:r>
        <w:t>is tarah ab yeh mumkin ho gaya hai ke ayyam Allah ke baray mein qurani hawale ko munazzam kiya ja sake. Quran ki dawat ko tareekh ki zaban mein mudawwan kar diya jaye.</w:t>
      </w:r>
    </w:p>
    <w:p>
      <w:pPr>
        <w:jc w:val="right"/>
      </w:pPr>
      <w:r>
        <w:t>اس طرح اب یہ ممکن ہو گیا ہے کہ ایام اللہ کے بارے میں قرآنی حوالوں کو منضبط کیا جائے۔ قرآن کی دعوت کو تاریخ کی زبان میں مدون کر دیا جائے۔</w:t>
      </w:r>
    </w:p>
    <w:p>
      <w:r>
        <w:rPr>
          <w:b/>
        </w:rPr>
        <w:t xml:space="preserve">[2:23:57] </w:t>
      </w:r>
      <w:r>
        <w:t>number teen: teesra kaam ayat afaq. surah hamim as-sajdah ayat 53 ko jadeed daryafton ki madad se tartib dena hai.</w:t>
      </w:r>
    </w:p>
    <w:p>
      <w:pPr>
        <w:jc w:val="right"/>
      </w:pPr>
      <w:r>
        <w:t>نمبر تین: تیسرا کام آیات آفاق۔ سورہ حامم السجدہ آیت 53 کو جدید دریافتوں کی مدد سے ترتیب دینا ہے۔</w:t>
      </w:r>
    </w:p>
    <w:p>
      <w:r>
        <w:rPr>
          <w:b/>
        </w:rPr>
        <w:t xml:space="preserve">[2:24:09] </w:t>
      </w:r>
      <w:r>
        <w:t>Quran ke mutabiq kainat mein beshumar nishaniyan hain jo apne khaliq ki taraf ishara karti hain aur us hikmat ko batati hain jis ke tehat yeh karkhana banaya gaya hai.</w:t>
      </w:r>
    </w:p>
    <w:p>
      <w:pPr>
        <w:jc w:val="right"/>
      </w:pPr>
      <w:r>
        <w:t>قرآن کے مطابق کائنات میں بے شمار نشانیاں ہیں جو اپنے خالق کی طرف اشارہ کرتی ہیں اور اس حکمت کو بتاتی ہیں جس کے تحت یہ کارخانہ بنایا گیا ہے۔</w:t>
      </w:r>
    </w:p>
    <w:p>
      <w:r>
        <w:rPr>
          <w:b/>
        </w:rPr>
        <w:t xml:space="preserve">[2:24:20] </w:t>
      </w:r>
      <w:r>
        <w:t>Quran mein bar bar in nishaniyon ke hawale diye gaye hain aur un se Quran ki dawat ko mudallal kiya gaya hai.</w:t>
      </w:r>
    </w:p>
    <w:p>
      <w:pPr>
        <w:jc w:val="right"/>
      </w:pPr>
      <w:r>
        <w:t>قرآن میں بار بار ان نشانیوں کے حوالے دیے گئے ہیں اور ان سے قرآن کی دعوت کو مدلل کیا گیا ہے۔</w:t>
      </w:r>
    </w:p>
    <w:p>
      <w:r>
        <w:rPr>
          <w:b/>
        </w:rPr>
        <w:t xml:space="preserve">[2:24:29] </w:t>
      </w:r>
      <w:r>
        <w:t>tahum yeh hawale isharati zaban mein hain. qadeem zamane mein aisi maloomat hasil na theen jin se in isharaton ko tafseeli andaz mein samjha ja sake.</w:t>
      </w:r>
    </w:p>
    <w:p>
      <w:pPr>
        <w:jc w:val="right"/>
      </w:pPr>
      <w:r>
        <w:t>تاہم یہ حوالے اشاراتی زبان میں ہیں۔ قدیم زمانے میں ایسی معلومات حاصل نہ تھیں جن سے ان اشارات کو تفصیلی انداز میں سمجھا جا سکے۔</w:t>
      </w:r>
    </w:p>
    <w:p>
      <w:r>
        <w:rPr>
          <w:b/>
        </w:rPr>
        <w:t xml:space="preserve">[2:24:39] </w:t>
      </w:r>
      <w:r>
        <w:t>ab science ke irtaqa ne yeh mawad bari had tak jama kar diya hai. shayad yeh kehna mubalgha na ho ke science maujooda zamane mein Islam ki theology ban chuki hai.</w:t>
      </w:r>
    </w:p>
    <w:p>
      <w:pPr>
        <w:jc w:val="right"/>
      </w:pPr>
      <w:r>
        <w:t>اب سائنس کے ارتقاء نے یہ مواد بڑی حد تک جمع کر دیا ہے۔ شاید یہ کہنا مبالغہ نہ ہو کہ سائنس موجودہ زمانے میں اسلام کی تھیالوجی بن چکی ہے۔</w:t>
      </w:r>
    </w:p>
    <w:p>
      <w:r>
        <w:rPr>
          <w:b/>
        </w:rPr>
        <w:t xml:space="preserve">[2:24:51] </w:t>
      </w:r>
      <w:r>
        <w:t>tahum is ko mudawwan karne ka kaam abhi baqi hai.</w:t>
      </w:r>
    </w:p>
    <w:p>
      <w:pPr>
        <w:jc w:val="right"/>
      </w:pPr>
      <w:r>
        <w:t>تاہم اس کو مدون کرنے کا کام ابھی باقی ہے۔</w:t>
      </w:r>
    </w:p>
    <w:p>
      <w:r>
        <w:rPr>
          <w:b/>
        </w:rPr>
        <w:t xml:space="preserve">[2:24:56] </w:t>
      </w:r>
      <w:r>
        <w:t>zarurat hai ke Khuda ki yeh nishaniyan jo tabii dunya mein chupi hui hain, jo tabii dunya mein chupi hui hain, zarurat hai ke Khuda ki yeh nishaniyan jo tabii dunya mein chupi hui hain, jadeed daryafton ki madad se un ko mufassal shakal mein murattab kiya jaye.</w:t>
      </w:r>
    </w:p>
    <w:p>
      <w:pPr>
        <w:jc w:val="right"/>
      </w:pPr>
      <w:r>
        <w:t>ضرورت ہے کہ خدا کی یہ نشانیاں جو طبیعی دنیا میں چھپی ہوئی ہیں، جو طبیعی دنیا میں چھپی ہوئی ہیں، ضرورت ہے کہ خدا کی یہ نشانیاں جو طبیعی دنیا میں چھپی ہوئی ہیں، جدید دریافتوں کی مدد سے ان کو مفصل شکل میں مرتب کیا جائے۔</w:t>
      </w:r>
    </w:p>
    <w:p>
      <w:r>
        <w:rPr>
          <w:b/>
        </w:rPr>
        <w:t xml:space="preserve">[2:25:14] </w:t>
      </w:r>
      <w:r>
        <w:t>number char: Quran ke istidlal hissay ka ek pehlu woh hai jis ko ayat anfus. surah hamim as-sajdah ayat 53 kaha gaya hai.</w:t>
      </w:r>
    </w:p>
    <w:p>
      <w:pPr>
        <w:jc w:val="right"/>
      </w:pPr>
      <w:r>
        <w:t>نمبر چار: قرآن کے استدلالی حصے کا ایک پہلو وہ ہے جس کو آیات انفس۔ سورہ حامم السجدہ آیت 53 کہا گیا ہے۔</w:t>
      </w:r>
    </w:p>
    <w:p>
      <w:r>
        <w:rPr>
          <w:b/>
        </w:rPr>
        <w:t xml:space="preserve">[2:25:25] </w:t>
      </w:r>
      <w:r>
        <w:t>yani nafsiyat insani ke andar Khuda ki nishaniyan. yeh juz bhi qadeem zamane mein bari had tak makfi tha. sufiyya ne is pehlu se bohat kuch likha hai, magar woh ilmi haqaiq se ziyada qiyas par mabni hai aur is ka bara hissa maujooda zamane mein be-qeemat ho chuka hai.</w:t>
      </w:r>
    </w:p>
    <w:p>
      <w:pPr>
        <w:jc w:val="right"/>
      </w:pPr>
      <w:r>
        <w:t>یعنی نفسیات انسانی کے اندر خدا کی نشانیاں۔ یہ جز بھی قدیم زمانے میں بڑی حد تک مخفی تھا۔ صوفیاء نے اس پہلو سے بہت کچھ لکھا ہے، مگر وہ علمی حقائق سے زیادہ قیاسات پر مبنی ہے اور اس کا بڑا حصہ موجودہ زمانے میں بے قیمت ہو چکا ہے۔</w:t>
      </w:r>
    </w:p>
    <w:p>
      <w:r>
        <w:rPr>
          <w:b/>
        </w:rPr>
        <w:t xml:space="preserve">[2:25:45] </w:t>
      </w:r>
      <w:r>
        <w:t>tahum ilm nafs ki tehqiqat ne maujooda zamane mein bohat si aisi maloomat faraham kar di hain jin ki roshni mein Quran ke isharaton ko agar poori tarah nahin to bari had tak mufassal kiya ja sakta hai.</w:t>
      </w:r>
    </w:p>
    <w:p>
      <w:pPr>
        <w:jc w:val="right"/>
      </w:pPr>
      <w:r>
        <w:t>تاہم علم النفس کی تحقیقات نے موجودہ زمانے میں بہت سی ایسی معلومات فراہم کر دی ہیں جن کی روشنی میں قرآن کے اشارات کو اگر پوری طرح نہیں تو بڑی حد تک مفصل کیا جا سکتا ہے۔</w:t>
      </w:r>
    </w:p>
    <w:p>
      <w:r>
        <w:rPr>
          <w:b/>
        </w:rPr>
        <w:t xml:space="preserve">[2:25:59] </w:t>
      </w:r>
      <w:r>
        <w:t>yeh kaam agar ilmi satah par ho jaye to woh qurani nazariyat ke haq mein ek azeem nafsiyati tasdeeq sabit hoga.</w:t>
      </w:r>
    </w:p>
    <w:p>
      <w:pPr>
        <w:jc w:val="right"/>
      </w:pPr>
      <w:r>
        <w:t>یہ کام اگر علمی سطح پر ہو جائے تو وہ قرآنی نظریات کے حق میں ایک عظیم نفسیاتی تصدیق ثابت ہوگا۔</w:t>
      </w:r>
    </w:p>
    <w:p>
      <w:r>
        <w:rPr>
          <w:b/>
        </w:rPr>
        <w:t xml:space="preserve">[2:26:07] </w:t>
      </w:r>
      <w:r>
        <w:t>number panch: aakhir mein mein ek aese ilmi kaam ka zikr karna chahta hoon jo rawajan ilm kalam mein shumar nahin kiya jata, halanke maqasid ke aitbar se is ko ilm kalam ka sab se aham juz hona chahiye.</w:t>
      </w:r>
    </w:p>
    <w:p>
      <w:pPr>
        <w:jc w:val="right"/>
      </w:pPr>
      <w:r>
        <w:t>نمبر پانچ: آخر میں میں ایک ایسے علمی کام کا ذکر کرنا چاہتا ہوں جو رواجاً علم کلام میں شمار نہیں کیا جاتا، حالانکہ مقاصد کے اعتبار سے اس کو علم کلام کا سب سے اہم جز ہونا چاہیے۔</w:t>
      </w:r>
    </w:p>
    <w:p>
      <w:r>
        <w:rPr>
          <w:b/>
        </w:rPr>
        <w:t xml:space="preserve">[2:26:21] </w:t>
      </w:r>
      <w:r>
        <w:t>yeh hai scientific andaaz mein islam par taarufi literature tayyar karna. maujooda zamane mein islam par beshumar kitaben likhi gayi hain, magar taqreeban tamam kitabon par kisi na kisi tarah kalami andaaz ghalib raha hai.</w:t>
      </w:r>
    </w:p>
    <w:p>
      <w:pPr>
        <w:jc w:val="right"/>
      </w:pPr>
      <w:r>
        <w:t>یہ ہے سائنٹیفک انداز میں اسلام پر تعارفی لٹریچر تیار کرنا۔ موجودہ زمانے میں اسلام پر بے شمار کتابیں لکھی گئی ہیں، مگر تقریباً تمام کتابوں پر کسی نہ کسی طرح کلامی انداز غالب رہا ہے۔</w:t>
      </w:r>
    </w:p>
    <w:p>
      <w:r>
        <w:rPr>
          <w:b/>
        </w:rPr>
        <w:t xml:space="preserve">[2:26:36] </w:t>
      </w:r>
      <w:r>
        <w:t>tafseer, seerat, aam islami literature ka jo zakheera maujooda zamane mein tayyar hua hai, taqreeban sab ka sab ilm-e-kalam ke khaane mein rakha ja sakta hai.</w:t>
      </w:r>
    </w:p>
    <w:p>
      <w:pPr>
        <w:jc w:val="right"/>
      </w:pPr>
      <w:r>
        <w:t>تفسیر، سیرت، عام اسلامی لٹریچر کا جو ذخیرہ موجودہ زمانے میں تیار ہوا ہے، تقریباً سب کا سب علم کلام کے خانے میں رکھا جا سکتا ہے۔</w:t>
      </w:r>
    </w:p>
    <w:p>
      <w:r>
        <w:rPr>
          <w:b/>
        </w:rPr>
        <w:t xml:space="preserve">[2:26:46] </w:t>
      </w:r>
      <w:r>
        <w:t>is se qata nazar ke in kitabon ki ilmi qadar-o-qeemat kya hai, khud yeh baat asli taqaze ke khilaaf hai ke tafseer aur seerat ko ilm-e-kalam bana diya jaye.</w:t>
      </w:r>
    </w:p>
    <w:p>
      <w:pPr>
        <w:jc w:val="right"/>
      </w:pPr>
      <w:r>
        <w:t>اس سے قطع نظر کہ ان کتابوں کی علمی قدر و قیمت کیا ہے، خود یہ بات اصلی تقاضے کے خلاف ہے کہ تفسیر اور سیرت کو علم کلام بنا دیا جائے۔</w:t>
      </w:r>
    </w:p>
    <w:p>
      <w:r>
        <w:rPr>
          <w:b/>
        </w:rPr>
        <w:t xml:space="preserve">[2:26:58] </w:t>
      </w:r>
      <w:r>
        <w:t>maujooda zamana azaadi-e-fikr ka zamana hai.</w:t>
      </w:r>
    </w:p>
    <w:p>
      <w:pPr>
        <w:jc w:val="right"/>
      </w:pPr>
      <w:r>
        <w:t>موجودہ زمانہ آزادی فکر کا زمانہ ہے۔</w:t>
      </w:r>
    </w:p>
    <w:p>
      <w:r>
        <w:rPr>
          <w:b/>
        </w:rPr>
        <w:t xml:space="preserve">[2:27:01] </w:t>
      </w:r>
      <w:r>
        <w:t>aaj ka insaan yeh chahta hai ke asal baat kisi taabeeri ya kalami izafe ke baghair is ke saamne rakh di jaye aur jaanchne parakhne ka mamla khud qari ke upar chhod diya jaye.</w:t>
      </w:r>
    </w:p>
    <w:p>
      <w:pPr>
        <w:jc w:val="right"/>
      </w:pPr>
      <w:r>
        <w:t>آج کا انسان یہ چاہتا ہے کہ اصل بات کسی تعبیری یا کلامی اضافے کے بغیر اس کے سامنے رکھ دی جائے اور جانچنے پرکھنے کا معاملہ خود قاری کے اوپر چھوڑ دیا جائے۔</w:t>
      </w:r>
    </w:p>
    <w:p>
      <w:r>
        <w:rPr>
          <w:b/>
        </w:rPr>
        <w:t xml:space="preserve">[2:27:12] </w:t>
      </w:r>
      <w:r>
        <w:t>yahi wajah hai ke kitabon ke hujoom ke bawajood saari duniya mein nayi islami kitabon ki maang hai. aaj ka insaan islam ko samajhna chahta hai, magar aisi kitabon ke zariye jin mein islam ko is usloob mein pesh kiya gaya ho jis ko maujooda zamane mein scientific usloob kaha jata hai.</w:t>
      </w:r>
    </w:p>
    <w:p>
      <w:pPr>
        <w:jc w:val="right"/>
      </w:pPr>
      <w:r>
        <w:t>یہی وجہ ہے کہ کتابوں کے ہجوم کے باوجود ساری دنیا میں نئی اسلامی کتابوں کی مانگ ہے۔ آج کا انسان اسلام کو سمجھنا چاہتا ہے، مگر ایسی کتابوں کے ذریعے جن میں اسلام کو اس اسلوب میں پیش کیا گیا ہو جس کو موجودہ زمانے میں سائنٹیفک اسلوب کہا جاتا ہے۔</w:t>
      </w:r>
    </w:p>
    <w:p>
      <w:r>
        <w:rPr>
          <w:b/>
        </w:rPr>
        <w:t xml:space="preserve">[2:27:30] </w:t>
      </w:r>
      <w:r>
        <w:t>aaj ka insaan ilmi usloob se zyada scientific usloob ka dil dada hai, magar bad-qismati se kisi bhi islami zaban mein ab tak scientific usloob riwaj na pa saka.</w:t>
      </w:r>
    </w:p>
    <w:p>
      <w:pPr>
        <w:jc w:val="right"/>
      </w:pPr>
      <w:r>
        <w:t>آج کا انسان اقلیاتی اسلوب سے زیادہ سائنٹیفک اسلوب کا دل دادا ہے، مگر بدقسمتی سے کسی بھی اسلامی زبان میں اب تک سائنٹیفک اسلوب رواج نہ پا سکا۔</w:t>
      </w:r>
    </w:p>
    <w:p>
      <w:r>
        <w:rPr>
          <w:b/>
        </w:rPr>
        <w:t xml:space="preserve">[2:27:43] </w:t>
      </w:r>
      <w:r>
        <w:t>scientific usloob se murad maroof kalami usloob nahi hai, balke aisa saada aur misbat usloob hai jis mein zaban-o-bayan dono aitbar se haqeeqat nigari ko malhooz rakha gaya ho.</w:t>
      </w:r>
    </w:p>
    <w:p>
      <w:pPr>
        <w:jc w:val="right"/>
      </w:pPr>
      <w:r>
        <w:t>سائنٹیفک اسلوب سے مراد معروف کلامی اسلوب نہیں ہے، بلکہ ایسا سادہ اور مثبت اسلوب ہے جس میں زبان و بیان دونوں اعتبار سے حقیقت نگاری کو ملحوظ رکھا گیا ہو۔</w:t>
      </w:r>
    </w:p>
    <w:p>
      <w:r>
        <w:rPr>
          <w:b/>
        </w:rPr>
        <w:t xml:space="preserve">[2:27:55] </w:t>
      </w:r>
      <w:r>
        <w:t>maujooda zamane mein hamare likhne walon ne beshumar kitaben islam par likhi hain, magar mere ilm ki had tak kisi bhi zaban mein koi aisa taarufi set tayyar nahi hua hai jis mein saada, misbat aur haqeeqat pasandana andaaz mein islam ki taleemat aur peghambar-e-islam ki seerat ko murattab kiya gaya ho,</w:t>
      </w:r>
    </w:p>
    <w:p>
      <w:pPr>
        <w:jc w:val="right"/>
      </w:pPr>
      <w:r>
        <w:t>موجودہ زمانے میں ہمارے لکھنے والوں نے بے شمار کتابیں اسلام پر لکھی ہیں، مگر میرے علم کی حد تک کسی بھی زبان میں کوئی ایسا تعارفی سیٹ تیار نہیں ہوا ہے جس میں سادہ، مثبت اور حقیقت پسندانہ انداز میں اسلام کی تعلیمات اور پیغمبر اسلام کی سیرت کو مرتب کیا گیا ہو،</w:t>
      </w:r>
    </w:p>
    <w:p>
      <w:r>
        <w:rPr>
          <w:b/>
        </w:rPr>
        <w:t xml:space="preserve">[2:28:15] </w:t>
      </w:r>
      <w:r>
        <w:t>Halanke aaj sab se zyada zaroorat isi qism ki kitabon ki hai.</w:t>
      </w:r>
    </w:p>
    <w:p>
      <w:pPr>
        <w:jc w:val="right"/>
      </w:pPr>
      <w:r>
        <w:t>حالانکہ آج سب سے زیادہ ضرورت اسی قسم کی کتابوں کی ہے۔</w:t>
      </w:r>
    </w:p>
    <w:p>
      <w:r>
        <w:rPr>
          <w:b/>
        </w:rPr>
        <w:t xml:space="preserve">[2:28:20] </w:t>
      </w:r>
      <w:r>
        <w:t>Main yeh kehne ki jurrat karunga ke agar hum kuch aur na karein, sirf itna karein ke</w:t>
      </w:r>
    </w:p>
    <w:p>
      <w:pPr>
        <w:jc w:val="right"/>
      </w:pPr>
      <w:r>
        <w:t>میں یہ کہنے کی جرات کروں گا کہ اگر ہم کچھ اور نہ کریں، صرف اتنا کریں کہ</w:t>
      </w:r>
    </w:p>
    <w:p>
      <w:r>
        <w:rPr>
          <w:b/>
        </w:rPr>
        <w:t xml:space="preserve">[2:28:25] </w:t>
      </w:r>
      <w:r>
        <w:t>ta'limat Quran, Sirat, Hadith, halat Sahaba aur tareekh Islam, na ke tareekh futuhat, par khalis ilmi usloob aur</w:t>
      </w:r>
    </w:p>
    <w:p>
      <w:pPr>
        <w:jc w:val="right"/>
      </w:pPr>
      <w:r>
        <w:t>تعلیمات قرآن، سیرت، حدیث، حالات صحابہ اور تاریخ اسلام، نہ کہ تاریخ فتوحات، پر خالص علمی اسلوب اور</w:t>
      </w:r>
    </w:p>
    <w:p>
      <w:r>
        <w:rPr>
          <w:b/>
        </w:rPr>
        <w:t xml:space="preserve">[2:28:34] </w:t>
      </w:r>
      <w:r>
        <w:t>haqeeqat nigari ki zaban mein kitabon ka ek set tayyar kar dein aur is ko tamam zabanon mein</w:t>
      </w:r>
    </w:p>
    <w:p>
      <w:pPr>
        <w:jc w:val="right"/>
      </w:pPr>
      <w:r>
        <w:t>حقیقت نگاری کی زبان میں کتابوں کا ایک سیٹ تیار کر دیں اور اس کو تمام زبانوں میں</w:t>
      </w:r>
    </w:p>
    <w:p>
      <w:r>
        <w:rPr>
          <w:b/>
        </w:rPr>
        <w:t xml:space="preserve">[2:28:41] </w:t>
      </w:r>
      <w:r>
        <w:t>chhap dein to hum ilm Kalam ke maqsad ko kam az kam aaj ki dunya mein zyada behtar</w:t>
      </w:r>
    </w:p>
    <w:p>
      <w:pPr>
        <w:jc w:val="right"/>
      </w:pPr>
      <w:r>
        <w:t>چھاپ دیں تو ہم علم کلام کے مقصد کو کم از کم آج کی دنیا میں زیادہ بہتر</w:t>
      </w:r>
    </w:p>
    <w:p>
      <w:r>
        <w:rPr>
          <w:b/>
        </w:rPr>
        <w:t xml:space="preserve">[2:28:48] </w:t>
      </w:r>
      <w:r>
        <w:t>tor par hasil kar sakein ge.</w:t>
      </w:r>
    </w:p>
    <w:p>
      <w:pPr>
        <w:jc w:val="right"/>
      </w:pPr>
      <w:r>
        <w:t>طور پر حاصل کر سکیں گے۔</w:t>
      </w:r>
    </w:p>
    <w:p>
      <w:r>
        <w:rPr>
          <w:b/>
        </w:rPr>
        <w:t xml:space="preserve">[2:28:52] </w:t>
      </w:r>
      <w:r>
        <w:t>islahi-o-tajdeedi koshishein. kitab "tajdeed-e-deen" Maulana Wahiduddin Khan, safha number 63.</w:t>
      </w:r>
    </w:p>
    <w:p>
      <w:pPr>
        <w:jc w:val="right"/>
      </w:pPr>
      <w:r>
        <w:t>اصلاحی و تجدیدی کوششیں۔ کتاب "تجدید دین" مولانا وحید الدین خان، صفحہ نمبر 63۔</w:t>
      </w:r>
    </w:p>
    <w:p>
      <w:r>
        <w:rPr>
          <w:b/>
        </w:rPr>
        <w:t xml:space="preserve">[2:29:04] </w:t>
      </w:r>
      <w:r>
        <w:t>door-e-jadeed aur is ke muqable mein islam ke masle ka aaghaz solahwin sadi isvi mein hota hai jabke portugaliyon ne europe aur hindustan ke darmiyan samandari rasta daryaft kar ke behar-e-hind aur behar-e-arab par qabza kar liya aur arabon ki tijarat mashriqi asia se kaat di.</w:t>
      </w:r>
    </w:p>
    <w:p>
      <w:pPr>
        <w:jc w:val="right"/>
      </w:pPr>
      <w:r>
        <w:t>دور جدید اور اس کے مقابلے میں اسلام کے مسئلے کا آغاز سولہویں صدی عیسوی میں ہوتا ہے جبکہ پرتگالیوں نے یورپ اور ہندوستان کے درمیان سمندری راستہ دریافت کر کے بحر ہند اور بحر عرب پر قبضہ کر لیا اور عربوں کی تجارت مشرقی ایشیا سے کاٹ دی۔</w:t>
      </w:r>
    </w:p>
    <w:p>
      <w:r>
        <w:rPr>
          <w:b/>
        </w:rPr>
        <w:t xml:space="preserve">[2:29:25] </w:t>
      </w:r>
      <w:r>
        <w:t>satrahwin sadi mein steam engine ki daryaft aur atharahwin sadi mein jadeed science ka wajood mein aana europe ke liye taqat ka naya maidan khul jaane ke hum maani tha.</w:t>
      </w:r>
    </w:p>
    <w:p>
      <w:pPr>
        <w:jc w:val="right"/>
      </w:pPr>
      <w:r>
        <w:t>سترہویں صدی میں اسٹیم انجن کی دریافت اور اٹھارہویں صدی میں جدید سائنس کا وجود میں آنا یورپ کے لیے طاقت کا نیا میدان کھل جانے کے ہم معنی تھا۔</w:t>
      </w:r>
    </w:p>
    <w:p>
      <w:r>
        <w:rPr>
          <w:b/>
        </w:rPr>
        <w:t xml:space="preserve">[2:29:36] </w:t>
      </w:r>
      <w:r>
        <w:t>is ke baad 1869 mein jab nehr-e-suez bani aur is ne behar-e-rom aur behar-e-ahmar ke darmiyan seedha rasta khol diya to aalam-e-islam par maghrib ke ghalbe ka amal apni inteha ko pahunch gaya.</w:t>
      </w:r>
    </w:p>
    <w:p>
      <w:pPr>
        <w:jc w:val="right"/>
      </w:pPr>
      <w:r>
        <w:t>اس کے بعد 1869 میں جب نہر سوئز بنی اور اس نے بحر روم اور بحر احمر کے درمیان سیدھا راستہ کھول دیا تو عالم اسلام پر مغرب کے غلبے کا عمل اپنی انتہا کو پہنچ گیا۔</w:t>
      </w:r>
    </w:p>
    <w:p>
      <w:r>
        <w:rPr>
          <w:b/>
        </w:rPr>
        <w:t xml:space="preserve">[2:29:52] </w:t>
      </w:r>
      <w:r>
        <w:t>jab</w:t>
      </w:r>
    </w:p>
    <w:p>
      <w:pPr>
        <w:jc w:val="right"/>
      </w:pPr>
      <w:r>
        <w:t>جب</w:t>
      </w:r>
    </w:p>
    <w:p>
      <w:r>
        <w:rPr>
          <w:b/>
        </w:rPr>
        <w:t xml:space="preserve">[2:29:53] </w:t>
      </w:r>
      <w:r>
        <w:t>tak yeh amal tijarti mandiyon par qabza aur ghair siyasi maidanon mein nufuz ki soorat mein ho raha tha, log is se bekhabar rahe. muslim rehnumaon ko is waqeye ki khabar sirf is waqt ho saki jab is ne apne isteela ko mukammal kar ke aalam-e-islam ke upar apna siyasi jhanda jhanda lehraya.</w:t>
      </w:r>
    </w:p>
    <w:p>
      <w:pPr>
        <w:jc w:val="right"/>
      </w:pPr>
      <w:r>
        <w:t>تک یہ عمل تجارتی منڈیوں پر قبضہ اور غیر سیاسی میدانوں میں نفوذ کی صورت میں ہو رہا تھا، لوگ اس سے بے خبر رہے۔ مسلم رہنماؤں کو اس واقعے کی خبر صرف اس وقت ہو سکی جب اس نے اپنے استیلا کو مکمل کر کے عالم اسلام کے اوپر اپنا سیاسی جھنڈا جھنڈا لہرا دیا۔</w:t>
      </w:r>
    </w:p>
    <w:p>
      <w:r>
        <w:rPr>
          <w:b/>
        </w:rPr>
        <w:t xml:space="preserve">[2:30:15] </w:t>
      </w:r>
      <w:r>
        <w:t>unniswin sadi ke aakhir mein duniya mein mukhtalif qism ki tehrikon ka zahoor hota hai, magar is poori muddat mein jo beshumar tehrikein musalmanon ke darmiyan uthein, taqreeban sab ki sab rad-e-amal ki nafsiyat ke tehat uthne wali tehrikein nazar aati hain.</w:t>
      </w:r>
    </w:p>
    <w:p>
      <w:pPr>
        <w:jc w:val="right"/>
      </w:pPr>
      <w:r>
        <w:t>انیسویں صدی کے آخر میں دنیا میں مختلف قسم کی تحریکوں کا ظہور ہوتا ہے، مگر اس پوری مدت میں جو بے شمار تحریکیں مسلمانوں کے درمیان اٹھیں، تقریباً سب کی سب ردعمل کی نفسیات کے تحت اٹھنے والی تحریکیں نظر آتی ہیں۔</w:t>
      </w:r>
    </w:p>
    <w:p>
      <w:r>
        <w:rPr>
          <w:b/>
        </w:rPr>
        <w:t xml:space="preserve">[2:30:30] </w:t>
      </w:r>
      <w:r>
        <w:t>in mein koi tehreek aisi nahi milti jo ijabi fikr ke tehat paida hui ho. kharji taqat ki darandazi ne muslim muashre ke liye jo masail paida kiye, un se mutasir ho kar kuch log bas jawabi zehn ke tehat uth khade hue.</w:t>
      </w:r>
    </w:p>
    <w:p>
      <w:pPr>
        <w:jc w:val="right"/>
      </w:pPr>
      <w:r>
        <w:t>ان میں کوئی تحریک ایسی نہیں ملتی جو ایجابی فکر کے تحت پیدا ہوئی ہو۔ خارجی طاقت کی دراندازی نے مسلم معاشرے کے لیے جو مسائل پیدا کیے، ان سے متاثر ہو کر کچھ لوگ بس جوابی ذہن کے تحت اٹھ کھڑے ہوئے۔</w:t>
      </w:r>
    </w:p>
    <w:p>
      <w:r>
        <w:rPr>
          <w:b/>
        </w:rPr>
        <w:t xml:space="preserve">[2:30:44] </w:t>
      </w:r>
      <w:r>
        <w:t>wo asal mein kharji halaat ki paidawar thay, na ke islami taleemat aur seerat-e-rasool par misbat ghore-o-fikr ki paidawar. rad-e-amal ki yeh nafsiyat jin jin sooraton mein zahoor hui, un ko samajhne ke liye hum chaar unwaanaat ke tehat un ka mutala kar sakte hain.</w:t>
      </w:r>
    </w:p>
    <w:p>
      <w:pPr>
        <w:jc w:val="right"/>
      </w:pPr>
      <w:r>
        <w:t>وہ اصلاً خارجی حالات کی پیداوار تھے، نہ کہ اسلامی تعلیمات اور سیرت رسول پر مثبت غور و فکر کی پیداوار۔ ردعمل کی یہ نفسیات جن جن صورتوں میں ظاہر ہوئی، ان کو سمجھنے کے لیے ہم چار عنوانات کے تحت ان کا مطالعہ کر سکتے ہیں۔</w:t>
      </w:r>
    </w:p>
    <w:p>
      <w:r>
        <w:rPr>
          <w:b/>
        </w:rPr>
        <w:t xml:space="preserve">[2:31:03] </w:t>
      </w:r>
      <w:r>
        <w:t>number ek: muqabla-araai. number do: tahaffuz. number teen: ehyaa. number chaar: taameer-o-istehkam.</w:t>
      </w:r>
    </w:p>
    <w:p>
      <w:pPr>
        <w:jc w:val="right"/>
      </w:pPr>
      <w:r>
        <w:t>نمبر ایک: مقابلہ آرائی۔ نمبر دو: تحفظ۔ نمبر تین: احیاء۔ نمبر چار: تعمیر و استحکام۔</w:t>
      </w:r>
    </w:p>
    <w:p>
      <w:r>
        <w:rPr>
          <w:b/>
        </w:rPr>
        <w:t xml:space="preserve">[2:31:15] </w:t>
      </w:r>
      <w:r>
        <w:t>Muqabla aaraai ke zehn ne azadi ki tehrikon ki surat ikhtiyar ki.</w:t>
      </w:r>
    </w:p>
    <w:p>
      <w:pPr>
        <w:jc w:val="right"/>
      </w:pPr>
      <w:r>
        <w:t>مقابلہ آرائی کے ذہن نے آزادی کی تحریکوں کی صورت اختیار کی۔</w:t>
      </w:r>
    </w:p>
    <w:p>
      <w:r>
        <w:rPr>
          <w:b/>
        </w:rPr>
        <w:t xml:space="preserve">[2:31:20] </w:t>
      </w:r>
      <w:r>
        <w:t>Syed Jamaluddin Afghani 1897</w:t>
      </w:r>
    </w:p>
    <w:p>
      <w:pPr>
        <w:jc w:val="right"/>
      </w:pPr>
      <w:r>
        <w:t>سید جمال الدین افغانی 1897</w:t>
      </w:r>
    </w:p>
    <w:p>
      <w:r>
        <w:rPr>
          <w:b/>
        </w:rPr>
        <w:t xml:space="preserve">[2:31:27] </w:t>
      </w:r>
      <w:r>
        <w:t>ta 1938 se le kar abul kalam azad</w:t>
      </w:r>
    </w:p>
    <w:p>
      <w:pPr>
        <w:jc w:val="right"/>
      </w:pPr>
      <w:r>
        <w:t>تا 1938 سے لے کر ابوالکلام آزاد</w:t>
      </w:r>
    </w:p>
    <w:p>
      <w:r>
        <w:rPr>
          <w:b/>
        </w:rPr>
        <w:t xml:space="preserve">[2:31:33] </w:t>
      </w:r>
      <w:r>
        <w:t>1958 ta 1988 tak beshumar aise qaidin paida hue jinhon ne apni taqreeron aur tehreeron se poori</w:t>
      </w:r>
    </w:p>
    <w:p>
      <w:pPr>
        <w:jc w:val="right"/>
      </w:pPr>
      <w:r>
        <w:t>1958 تا 1988 تک بے شمار ایسے قائدین پیدا ہوئے جنہوں نے اپنی تقریروں اور تحریروں سے پوری</w:t>
      </w:r>
    </w:p>
    <w:p>
      <w:r>
        <w:rPr>
          <w:b/>
        </w:rPr>
        <w:t xml:space="preserve">[2:31:42] </w:t>
      </w:r>
      <w:r>
        <w:t>muslim dunya ko josh o kharosh se bhar diya.</w:t>
      </w:r>
    </w:p>
    <w:p>
      <w:pPr>
        <w:jc w:val="right"/>
      </w:pPr>
      <w:r>
        <w:t>مسلم دنیا کو جوش و خروش سے بھر دیا۔</w:t>
      </w:r>
    </w:p>
    <w:p>
      <w:r>
        <w:rPr>
          <w:b/>
        </w:rPr>
        <w:t xml:space="preserve">[2:31:46] </w:t>
      </w:r>
      <w:r>
        <w:t>Jamaluddin Afghani ka naara tha "Misr lil Misriyeen". Misr misriyon ke liye. Libya mein Italy ke siyasi iqtidaar 1911 ta 43 ke zamane mein Suleman Al-Barouni ne aawaz lagai "Mootu al-yawm aizzaa qabla an tamootu ghadan azillaa" yaani aaj izzat ke saath mar jao, qabl is ke ke kal tum zillat ke saath maro.</w:t>
      </w:r>
    </w:p>
    <w:p>
      <w:pPr>
        <w:jc w:val="right"/>
      </w:pPr>
      <w:r>
        <w:t>جمال الدین افغانی کا نعرہ تھا "مصر للمصریین"۔ مصر مصریوں کے لیے۔ لیبیا میں اٹلی کے سیاسی اقتدار 1911 تا 43 کے زمانے میں سلیمان البارونی نے آواز لگائی "موتو الیوم اعزاء قبل ان تموتو غدا ادلا" یعنی آج عزت کے ساتھ مر جاؤ، قبل اس کے کہ کل تم ذلت کے ساتھ مرو۔</w:t>
      </w:r>
    </w:p>
    <w:p>
      <w:r>
        <w:rPr>
          <w:b/>
        </w:rPr>
        <w:t xml:space="preserve">[2:32:16] </w:t>
      </w:r>
      <w:r>
        <w:t>alfaaz badal kar is daur ke tamam siyasi leaderon ka naara yahi tha. karoron logon ne ajnabi iqtidaar se rehai hasil karne ke naam par apni jaanein de dein aur kharbon rupayon ke nuqsanat ko bardasht kiya.</w:t>
      </w:r>
    </w:p>
    <w:p>
      <w:pPr>
        <w:jc w:val="right"/>
      </w:pPr>
      <w:r>
        <w:t>الفاظ بدل کر اس دور کے تمام سیاسی لیڈروں کا نعرہ یہی تھا۔ کروڑوں لوگوں نے اجنبی اقتدار سے رہائی حاصل کرنے کے نام پر اپنی جانیں دے دیں اور کھربوں روپے کے نقصانات کو برداشت کیا۔</w:t>
      </w:r>
    </w:p>
    <w:p>
      <w:r>
        <w:rPr>
          <w:b/>
        </w:rPr>
        <w:t xml:space="preserve">[2:32:31] </w:t>
      </w:r>
      <w:r>
        <w:t>aaj yeh jad-o-jehad apne muqarrara nishane ke mutabiq taqreeban tamam mulkon mein kaamyaab ho chuki hai. agarche yeh kehna sahi hoga ke jis cheez ne maghribi istemaar se azaadi ki jad-o-jehad ko kaamyaab banaya,</w:t>
      </w:r>
    </w:p>
    <w:p>
      <w:pPr>
        <w:jc w:val="right"/>
      </w:pPr>
      <w:r>
        <w:t>آج یہ جدوجہد اپنے مقررہ نشانے کے مطابق تقریباً تمام ملکوں میں کامیاب ہو چکی ہے۔ اگرچہ یہ کہنا صحیح ہوگا کہ جس چیز نے مغربی استعمار سے آزادی کی جدوجہد کو کامیاب بنایا،</w:t>
      </w:r>
    </w:p>
    <w:p>
      <w:r>
        <w:rPr>
          <w:b/>
        </w:rPr>
        <w:t xml:space="preserve">[2:32:44] </w:t>
      </w:r>
      <w:r>
        <w:t>wo bari had tak khud musta'mereen ki bahami ladaiyan theen. juzwi taur par jang-e-azeem awwal</w:t>
      </w:r>
    </w:p>
    <w:p>
      <w:pPr>
        <w:jc w:val="right"/>
      </w:pPr>
      <w:r>
        <w:t>وہ بڑی حد تک خود مستعمرین کی باہمی لڑائیاں تھیں۔ جزئی طور پر جنگ عظیم اول</w:t>
      </w:r>
    </w:p>
    <w:p>
      <w:r>
        <w:rPr>
          <w:b/>
        </w:rPr>
        <w:t xml:space="preserve">[2:32:54] </w:t>
      </w:r>
      <w:r>
        <w:t>1914 ta 18 aur ziyada baray paimane par aur ziyada baray paimane par jang-e-azeem-e-sani 1939 ta 44.</w:t>
      </w:r>
    </w:p>
    <w:p>
      <w:pPr>
        <w:jc w:val="right"/>
      </w:pPr>
      <w:r>
        <w:t>1914 تا 18 اور زیادہ بڑے پیمانے پر اور زیادہ بڑے پیمانے پر جنگ عظیم ثانی 1939 تا 44۔</w:t>
      </w:r>
    </w:p>
    <w:p>
      <w:r>
        <w:rPr>
          <w:b/>
        </w:rPr>
        <w:t xml:space="preserve">[2:33:09] </w:t>
      </w:r>
      <w:r>
        <w:t>tahum aazadi ki tehreekon ki kamyabi un ummeedon ko poora na kar saki jin ke liye algeria mein taqreeban 25 lakh aur hindustan mein do lakh mujahideen ne apne ko qurban kar diya tha.</w:t>
      </w:r>
    </w:p>
    <w:p>
      <w:pPr>
        <w:jc w:val="right"/>
      </w:pPr>
      <w:r>
        <w:t>تاہم آزادی کی تحریکوں کی کامیابی ان امیدوں کو پورا نہ کر سکی جن کے لیے الجزائر میں تقریباً 25 لاکھ اور ہندوستان میں دو لاکھ مجاہدین نے اپنے کو قربان کر دیا تھا۔</w:t>
      </w:r>
    </w:p>
    <w:p>
      <w:r>
        <w:rPr>
          <w:b/>
        </w:rPr>
        <w:t xml:space="preserve">[2:33:22] </w:t>
      </w:r>
      <w:r>
        <w:t>muslim qaumon par maghribi qaumon ka ghalba aaj bhi badastoor baqi hai. sirf is farq ke sath ke pehle yeh ghalba fauji aur siyasi maano mein tha, ab is ne iqtisadi aur sanati roop ikhtiyar kar liya hai.</w:t>
      </w:r>
    </w:p>
    <w:p>
      <w:pPr>
        <w:jc w:val="right"/>
      </w:pPr>
      <w:r>
        <w:t>مسلم قوموں پر مغربی قوموں کا غلبہ آج بھی بدستور باقی ہے۔ صرف اس فرق کے ساتھ کہ پہلے یہ غلبہ فوجی اور سیاسی معنوں میں تھا، اب اس نے اقتصادی اور صنعتی روپ اختیار کر لیا ہے۔</w:t>
      </w:r>
    </w:p>
    <w:p>
      <w:r>
        <w:rPr>
          <w:b/>
        </w:rPr>
        <w:t xml:space="preserve">[2:33:34] </w:t>
      </w:r>
      <w:r>
        <w:t>yeh doosra ghalba itna shadeed hai ke muslim mulkon ki siyasi policyan bhi haqeeqi maano mein aazad policyan nahi hain. woh amalan unhi maghribi qaumon ke hathon mein hain jin se hathiyar khareed kar woh apna difa karte hain.</w:t>
      </w:r>
    </w:p>
    <w:p>
      <w:pPr>
        <w:jc w:val="right"/>
      </w:pPr>
      <w:r>
        <w:t>یہ دوسرا غلبہ اتنا شدید ہے کہ مسلم ملکوں کی سیاسی پالیسیاں بھی حقیقی معنوں میں آزاد پالیسیاں نہیں ہیں۔ وہ عملاً انہی مغربی قوموں کے ہاتھ میں ہیں جن سے ہتھیار خرید کر وہ اپنا دفاع کرتے ہیں۔</w:t>
      </w:r>
    </w:p>
    <w:p>
      <w:r>
        <w:rPr>
          <w:b/>
        </w:rPr>
        <w:t xml:space="preserve">[2:33:50] </w:t>
      </w:r>
      <w:r>
        <w:t>jin ki technical madad se woh apne tamadduni shobon ko chala rahe hain, un ke asraat ab bhi itne gehre hain ke woh jab chahein ahmad o blo 1966 ya faisal ya shah faisal 1975 ko qatl kara dein,</w:t>
      </w:r>
    </w:p>
    <w:p>
      <w:pPr>
        <w:jc w:val="right"/>
      </w:pPr>
      <w:r>
        <w:t>جن کی ٹیکنیکل امداد سے وہ اپنے تمدنی شعبوں کو چلا رہے ہیں، ان کے اثرات اب بھی اتنے گہرے ہیں کہ وہ جب چاہیں احمد و بلو 1966 یا فیصل یا شاہ فیصل 1975 کو قتل کرا دیں،</w:t>
      </w:r>
    </w:p>
    <w:p>
      <w:r>
        <w:rPr>
          <w:b/>
        </w:rPr>
        <w:t xml:space="preserve">[2:34:08] </w:t>
      </w:r>
      <w:r>
        <w:t>jordan 1971 aur sham 1976 ke hathon falastini tehreek ko kuchal dalen,</w:t>
      </w:r>
    </w:p>
    <w:p>
      <w:pPr>
        <w:jc w:val="right"/>
      </w:pPr>
      <w:r>
        <w:t>اردن 1971 اور شام 1976 کے ہاتھوں فلسطینی تحریک کو کچل ڈالیں،</w:t>
      </w:r>
    </w:p>
    <w:p>
      <w:r>
        <w:rPr>
          <w:b/>
        </w:rPr>
        <w:t xml:space="preserve">[2:34:16] </w:t>
      </w:r>
      <w:r>
        <w:t>iran ke awami inqilab 1951 ko nakam bana dein, misr ko apne is dushman se samajhauta karne par majboor kar dein jis ke baray mein jamal abdul nasser 1918 ta 1970 mein fakhrriya kaha tha "nahnu abnaa al-fira'unah sanurrikum fi al-bahr" yani hum fir'on ke la-aulad hain, hum tum ko samandar mein phenk den ge waghera.</w:t>
      </w:r>
    </w:p>
    <w:p>
      <w:pPr>
        <w:jc w:val="right"/>
      </w:pPr>
      <w:r>
        <w:t>ایران کے عوامی انقلاب 1951 کو ناکام بنا دیں، مصر کو اپنے اس دشمن سے سمجھوتہ کرنے پر مجبور کر دیں جس کے بارے میں جمال عبدالناصر 1918 تا 1970 میں فخریہ کہا تھا "نحن ابناء الفراعنہ سنرمیکم فی البحر" یعنی ہم فرعون کے لا اولاد ہیں، ہم تم کو سمندر میں پھینک دیں گے وغیرہ۔</w:t>
      </w:r>
    </w:p>
    <w:p>
      <w:r>
        <w:rPr>
          <w:b/>
        </w:rPr>
        <w:t xml:space="preserve">[2:34:44] </w:t>
      </w:r>
      <w:r>
        <w:t>number do: tahaffuz ki tehreekon ne aam taur par taleem-e-deen ka rukh ikhtiyar kiya. maulana shibli nomani 1857 ta 1914 ne dar-ul-uloom nadwat-ul-ulama lucknow mein apni taqreer mein kaha tha "doosri qaumon ki taraqqi yeh hai ke woh aage barhen, aage barhen.</w:t>
      </w:r>
    </w:p>
    <w:p>
      <w:pPr>
        <w:jc w:val="right"/>
      </w:pPr>
      <w:r>
        <w:t>نمبر دو: تحفظ کی تحریکوں نے عام طور پر تعلیم دین کا رخ اختیار کیا۔ مولانا شبلی نعمانی 1857 تا 1914 نے دارالعلوم ندوۃ العلماء لکھنو میں اپنی تقریر میں کہا تھا "دوسری قوموں کی ترقی یہ ہے کہ وہ آگے بڑھیں، آگے بڑھیں۔</w:t>
      </w:r>
    </w:p>
    <w:p>
      <w:r>
        <w:rPr>
          <w:b/>
        </w:rPr>
        <w:t xml:space="preserve">[2:35:05] </w:t>
      </w:r>
      <w:r>
        <w:t>hamari taraqqi yeh hai ke hum peechay haten, peechay haten, yahan tak ke daur-e-nubowat se ja milen." is zehan ke tehat tamam mulkon mein beshumar madaris qaim kiye gaye.</w:t>
      </w:r>
    </w:p>
    <w:p>
      <w:pPr>
        <w:jc w:val="right"/>
      </w:pPr>
      <w:r>
        <w:t>ہماری ترقی یہ ہے کہ ہم پیچھے ہٹیں، پیچھے ہٹیں، یہاں تک کہ دور نبوت سے جا ملیں۔" اس ذہن کے تحت تمام ملکوں میں بے شمار مدارس قائم کیے گئے۔</w:t>
      </w:r>
    </w:p>
    <w:p>
      <w:r>
        <w:rPr>
          <w:b/>
        </w:rPr>
        <w:t xml:space="preserve">[2:35:16] </w:t>
      </w:r>
      <w:r>
        <w:t>in madaris ka maqsad yeh tha ke muslim naslon ko arabi zaban aur islami uloom ki taleem di jaye aur un ko kam az kam zehni hesiyat se daur-e-nubowat tak pohncha diya jaye.</w:t>
      </w:r>
    </w:p>
    <w:p>
      <w:pPr>
        <w:jc w:val="right"/>
      </w:pPr>
      <w:r>
        <w:t>ان مدارس کا مقصد یہ تھا کہ مسلم نسلوں کو عربی زبان اور اسلامی علوم کی تعلیم دی جائے اور ان کو کم از کم ذہنی حیثیت سے دور نبوت تک پہنچا دیا جائے۔</w:t>
      </w:r>
    </w:p>
    <w:p>
      <w:r>
        <w:rPr>
          <w:b/>
        </w:rPr>
        <w:t xml:space="preserve">[2:35:28] </w:t>
      </w:r>
      <w:r>
        <w:t>tawaqqo yeh thi ke jo log in madaris mein tarbiyat pa kar niklen ge to woh zamanay ke asraat se apne ko bachane ke laiq ban saken ge.</w:t>
      </w:r>
    </w:p>
    <w:p>
      <w:pPr>
        <w:jc w:val="right"/>
      </w:pPr>
      <w:r>
        <w:t>توقع یہ تھی کہ جو لوگ ان مدارس میں تربیت پا کر نکلیں گے تو وہ زمانے کے اثرات سے اپنے کو بچانے کے لائق بن سکیں گے۔</w:t>
      </w:r>
    </w:p>
    <w:p>
      <w:r>
        <w:rPr>
          <w:b/>
        </w:rPr>
        <w:t xml:space="preserve">[2:35:37] </w:t>
      </w:r>
      <w:r>
        <w:t>yeh tehreek in maano mein poori tarah kamyab rahi ke is ne sari muslim dunya mein deeni madaris ka jaal bicha diya aur koi basti aisi na rahi jo in darsgahon mein taleem paye hue ulama o fuzala se khali ho.</w:t>
      </w:r>
    </w:p>
    <w:p>
      <w:pPr>
        <w:jc w:val="right"/>
      </w:pPr>
      <w:r>
        <w:t>یہ تحریک ان معنوں میں پوری طرح کامیاب رہی کہ اس نے ساری مسلم دنیا میں دینی مدرسوں کا جال بچھا دیا اور کوئی بستی ایسی نہ رہی جو ان درسگاہوں میں تعلیم پائے ہوئے علماء و فضلاء سے خالی ہو۔</w:t>
      </w:r>
    </w:p>
    <w:p>
      <w:r>
        <w:rPr>
          <w:b/>
        </w:rPr>
        <w:t xml:space="preserve">[2:35:50] </w:t>
      </w:r>
      <w:r>
        <w:t>magar jahan tak islami zehan aur islami tarz-e-fikr ka sawal hai, in madaris ki kamyabi had darja mashkooq hai. in madaris se faraghat ke baad jin khush naseebon ko khud in madaris ya in se milte jultay kisi idaray mein jagah mil gayi ho, jagah mil gayi,</w:t>
      </w:r>
    </w:p>
    <w:p>
      <w:pPr>
        <w:jc w:val="right"/>
      </w:pPr>
      <w:r>
        <w:t>مگر جہاں تک اسلامی ذہن اور اسلامی طرز فکر کا سوال ہے، ان مدارس کی کامیابی حد درجہ مشکوک ہے۔ ان مدارس سے فراغت کے بعد جن خوش نصیبوں کو خود ان مدارس یا ان سے ملتے جلتے کسی ادارے میں جگہ مل گئی ہو، جگہ مل گئی،</w:t>
      </w:r>
    </w:p>
    <w:p>
      <w:r>
        <w:rPr>
          <w:b/>
        </w:rPr>
        <w:t xml:space="preserve">[2:36:09] </w:t>
      </w:r>
      <w:r>
        <w:t>unhon ne bilashuba madrasay ke diye hue zahiri libaday ko baqi rakha kyunke in idaron mein qiyam o taraqqi ke liye yahi libada un ki qeemat thi.</w:t>
      </w:r>
    </w:p>
    <w:p>
      <w:pPr>
        <w:jc w:val="right"/>
      </w:pPr>
      <w:r>
        <w:t>انہوں نے بلاشبہ مدرسے کے دیے ہوئے ظاہری لبادے کو باقی رکھا کیونکہ ان اداروں میں قیام و ترقی کے لیے یہی لبادہ ان کی قیمت تھی۔</w:t>
      </w:r>
    </w:p>
    <w:p>
      <w:r>
        <w:rPr>
          <w:b/>
        </w:rPr>
        <w:t xml:space="preserve">[2:36:20] </w:t>
      </w:r>
      <w:r>
        <w:t>magar jin logon ke halaat unhein in idaron se bahar le gaye, woh kisi bhi maano mein ghair deeni madaris ke farigheen se mukhtalif sabit na ho saki. careerism yani careerism un ka deen bhi raha aur un ka deen bhi.</w:t>
      </w:r>
    </w:p>
    <w:p>
      <w:pPr>
        <w:jc w:val="right"/>
      </w:pPr>
      <w:r>
        <w:t>مگر جن لوگوں کے حالات انہیں ان اداروں سے باہر لے گئے، وہ کسی بھی معنی میں غیر دینی مدارس کے فارغین سے مختلف ثابت نہ ہو سکے۔ کیریرزم یعنی کیریرزم ان کا دین بھی رہا اور ان کا دین بھی۔</w:t>
      </w:r>
    </w:p>
    <w:p>
      <w:r>
        <w:rPr>
          <w:b/>
        </w:rPr>
        <w:t xml:space="preserve">[2:36:36] </w:t>
      </w:r>
      <w:r>
        <w:t>iski do barri wajhen theen. awwal yeh ke deeni taleem ke rehbar is waqayay ka poori tarah andaza na kar sake ke islami taleem ka masla maujooda zamanay mein sirf islami zaban ya islami ahkam se wakif karanay ka masla nahi hai,</w:t>
      </w:r>
    </w:p>
    <w:p>
      <w:pPr>
        <w:jc w:val="right"/>
      </w:pPr>
      <w:r>
        <w:t>اس کی دو بڑی وجہیں تھیں۔ اول یہ کہ دینی تعلیم کے رہنما اس واقعے کا پوری طرح اندازہ نہ کر سکے کہ اسلامی تعلیم کا مسئلہ موجودہ زمانے میں صرف اسلامی زبان یا اسلامی احکام سے واقف کرانے کا مسئلہ نہیں ہے،</w:t>
      </w:r>
    </w:p>
    <w:p>
      <w:r>
        <w:rPr>
          <w:b/>
        </w:rPr>
        <w:t xml:space="preserve">[2:36:51] </w:t>
      </w:r>
      <w:r>
        <w:t>balkay nizam-e-haazir ke fikr mein islam ko us ki jagah dilanay ka masla hai. unhon ne apne idaron mein jo nasl tayyar ki, woh agarchay islam ke rawayati uloom ki mahir thi, magar islam is ke haqeeqi zehan ka juz nahi bana tha kyunke woh us ko us fikri satah ke mutabiq dikhai nahi deta tha jis ke andar woh amalan saans le raha tha.</w:t>
      </w:r>
    </w:p>
    <w:p>
      <w:pPr>
        <w:jc w:val="right"/>
      </w:pPr>
      <w:r>
        <w:t>بلکہ نظام حاضر کے فکر میں اسلام کو اس کی جگہ دلانے کا مسئلہ ہے۔ انہوں نے اپنے اداروں میں جو نسل تیار کی، وہ اگرچہ اسلام کے روایتی علوم کی ماہر تھی، مگر اسلام اس کے حقیقی ذہن کا جز نہیں بنا تھا کیونکہ وہ اس کو اس فکری مستوى کے مطابق دکھائی نہیں دیتا تھا جس کے اندر وہ عملاً سانس لے رہا تھا۔</w:t>
      </w:r>
    </w:p>
    <w:p>
      <w:r>
        <w:rPr>
          <w:b/>
        </w:rPr>
        <w:t xml:space="preserve">[2:37:14] </w:t>
      </w:r>
      <w:r>
        <w:t>jo islam use diya gaya, woh us ke liye aik qism ka maloomati zameema tha, na ke fikri ghiza. zahir hai ke aalami afkar ke sailab mein koi shakhs is qism ke zehni zameemay ko der tak baqi nahi rakh sakta.</w:t>
      </w:r>
    </w:p>
    <w:p>
      <w:pPr>
        <w:jc w:val="right"/>
      </w:pPr>
      <w:r>
        <w:t>جو اسلام اسے دیا گیا، وہ اس کے لیے ایک قسم کا معلوماتی ضمیمہ تھا، نہ کہ فکری غذا۔ ظاہر ہے کہ عالمی افکار کے سیلاب میں کوئی شخص اس قسم کے ذہنی ضمیمے کو دیر تک باقی نہیں رکھ سکتا۔</w:t>
      </w:r>
    </w:p>
    <w:p>
      <w:r>
        <w:rPr>
          <w:b/>
        </w:rPr>
        <w:t xml:space="preserve">[2:37:28] </w:t>
      </w:r>
      <w:r>
        <w:t>doosra yeh ke jadeed tabdeelion ne marwaja deeni taleem ka rishta iqtisadiyat se kaat diya tha.</w:t>
      </w:r>
    </w:p>
    <w:p>
      <w:pPr>
        <w:jc w:val="right"/>
      </w:pPr>
      <w:r>
        <w:t>دوسرا یہ کہ جدید تبدیلیوں نے مروجہ دینی تعلیم کا رشتہ اقتصادیات سے کاٹ دیا تھا۔</w:t>
      </w:r>
    </w:p>
    <w:p>
      <w:r>
        <w:rPr>
          <w:b/>
        </w:rPr>
        <w:t xml:space="preserve">[2:37:35] </w:t>
      </w:r>
      <w:r>
        <w:t>aur aik aur yeh aik tareekhi haqeeqat hai ke koi taleemi nizam jo iqtisadi buniyadon se mehroom ho, zindagi ke nizam mein mu'assir maqam hasil nahi kar sakta.</w:t>
      </w:r>
    </w:p>
    <w:p>
      <w:pPr>
        <w:jc w:val="right"/>
      </w:pPr>
      <w:r>
        <w:t>اور ایک اور یہ ایک تاریخی حقیقت ہے کہ کوئی تعلیمی نظام جو اقتصادی بنیادوں سے محروم ہو، زندگی کے نظام میں مؤثر مقام حاصل نہیں کر سکتا۔</w:t>
      </w:r>
    </w:p>
    <w:p>
      <w:r>
        <w:rPr>
          <w:b/>
        </w:rPr>
        <w:t xml:space="preserve">[2:37:46] </w:t>
      </w:r>
      <w:r>
        <w:t>number teen: ahya ki tehreekon se meri murad woh tehreeken hain jo islami nizam ke qayam ka maqsad le kar uthen. indonesia ki maeshomi party, misr ki al-ikhwan al-muslimeen, pakistan ki jamaat-e-islami, is ki misalen hain.</w:t>
      </w:r>
    </w:p>
    <w:p>
      <w:pPr>
        <w:jc w:val="right"/>
      </w:pPr>
      <w:r>
        <w:t>نمبر تین: احیاء کی تحریکوں سے میری مراد وہ تحریکیں ہیں جو اسلامی نظام کے قیام کا مقصد لے کر اٹھیں۔ انڈونیشیا کی معشومی پارٹی، مصر کی الاخوان المسلمون، پاکستان کی جماعت اسلامی، اس کی مثالیں ہیں۔</w:t>
      </w:r>
    </w:p>
    <w:p>
      <w:r>
        <w:rPr>
          <w:b/>
        </w:rPr>
        <w:t xml:space="preserve">[2:38:02] </w:t>
      </w:r>
      <w:r>
        <w:t>in tehreekon ka kehna tha ke maujooda zamanay mein musalmanon ko jitne masail pesh aa rahe hain, woh sirf is liye hain ke islami qanoon ki hukumat zameen par qaim nahi hai.</w:t>
      </w:r>
    </w:p>
    <w:p>
      <w:pPr>
        <w:jc w:val="right"/>
      </w:pPr>
      <w:r>
        <w:t>ان تحریکوں کا کہنا تھا کہ موجودہ زمانے میں مسلمانوں کو جتنے مسائل پیش آ رہے ہیں، وہ صرف اس لیے ہیں کہ اسلامی قانون کی حکومت زمین پر قائم نہیں ہے۔</w:t>
      </w:r>
    </w:p>
    <w:p>
      <w:r>
        <w:rPr>
          <w:b/>
        </w:rPr>
        <w:t xml:space="preserve">[2:38:12] </w:t>
      </w:r>
      <w:r>
        <w:t>agar muslim mulkon mein islami qanoon ki buniyad par mashray ki tanzeem kar di jaye to na sirf hamare tamam andarooni masail hal ho jayen ge, balkay aalami satah par musalman dobara wohi maqam hasil kar len ge jo mazi mein aik hazar baras tak unhein hasil tha.</w:t>
      </w:r>
    </w:p>
    <w:p>
      <w:pPr>
        <w:jc w:val="right"/>
      </w:pPr>
      <w:r>
        <w:t>اگر مسلم ملکوں میں اسلامی قانون کی بنیاد پر معاشرے کی تنظیم کر دی جائے تو نہ صرف ہمارے تمام اندرونی مسائل حل ہو جائیں گے، بلکہ عالمی سطح پر مسلمان دوبارہ وہی مقام حاصل کر لیں گے جو ماضی میں ایک ہزار برس تک انہیں حاصل تھا۔</w:t>
      </w:r>
    </w:p>
    <w:p>
      <w:r>
        <w:rPr>
          <w:b/>
        </w:rPr>
        <w:t xml:space="preserve">[2:38:30] </w:t>
      </w:r>
      <w:r>
        <w:t>in tehreekon ne islam ki taleemat ko jis tarah siyasi istilahon mein bayan kiya, woh khaas taur par maujooda sadi ke nisf awwal ke mahol mein bohat se musalmanon ko islam ke haq mein waqt ka behtareen qaseeda maloom hua.</w:t>
      </w:r>
    </w:p>
    <w:p>
      <w:pPr>
        <w:jc w:val="right"/>
      </w:pPr>
      <w:r>
        <w:t>ان تحریکوں نے اسلام کی تعلیمات کو جس طرح سیاسی اصطلاحوں میں بیان کیا، وہ خاص طور پر موجودہ صدی کے نصف اول کے ماحول میں بہت سے مسلمانوں کو اسلام کے حق میں وقت کا بہترین قصیدہ معلوم ہوا۔</w:t>
      </w:r>
    </w:p>
    <w:p>
      <w:r>
        <w:rPr>
          <w:b/>
        </w:rPr>
        <w:t xml:space="preserve">[2:38:44] </w:t>
      </w:r>
      <w:r>
        <w:t>woh siyasi mushayray ke is islami pindaal mein aasani se jama ho gaye. tahum yeh mushayra der tak baqi na reh saka. in tehreekon ka zehan chunke islam ki siyasi tashreeh se bana tha, qudrati taur par aisa hua ke woh bohat jald apne mulkon ki ghair islami hukoomaton se takrayein.</w:t>
      </w:r>
    </w:p>
    <w:p>
      <w:pPr>
        <w:jc w:val="right"/>
      </w:pPr>
      <w:r>
        <w:t>وہ سیاسی مشاعرے کے اس اسلامی پنڈال میں آسانی سے جمع ہو گئے۔ تاہم یہ مشاعرہ دیر تک باقی نہ رہ سکا۔ ان تحریکوں کا ذہن چونکہ اسلام کی سیاسی تشریح سے بنا تھا، قدرتی طور پر ایسا ہوا کہ وہ بہت جلد اپنے ملکوں کی غیر اسلامی حکومتوں سے ٹکرا گئیں۔</w:t>
      </w:r>
    </w:p>
    <w:p>
      <w:r>
        <w:rPr>
          <w:b/>
        </w:rPr>
        <w:t xml:space="preserve">[2:39:02] </w:t>
      </w:r>
      <w:r>
        <w:t>yeh takrao har ek ke haq mein chhuri aur kharbooze ka takrao sabit hua. Misr ke Anwar Sadat ne iqtadar par qabza 1971 ke baad apne siyasi harafon ko intabah dete hue kaha tha ke jo meri mukhalifat karega, main us ko qeema bana doonga.</w:t>
      </w:r>
    </w:p>
    <w:p>
      <w:pPr>
        <w:jc w:val="right"/>
      </w:pPr>
      <w:r>
        <w:t>یہ ٹکراؤ ہر ایک کے حق میں چھری اور خربوزے کا ٹکراؤ ثابت ہوا۔ مصر کے انور السادات نے اقتدار پر قبضہ 1971 کے بعد اپنے سیاسی حریفوں کو انتباہ دیتے ہوئے کہا تھا کہ جو میری مخالفت کرے گا، میں اس کو قیمہ بنا دوں گا۔</w:t>
      </w:r>
    </w:p>
    <w:p>
      <w:r>
        <w:rPr>
          <w:b/>
        </w:rPr>
        <w:t xml:space="preserve">[2:39:22] </w:t>
      </w:r>
      <w:r>
        <w:t>yani fahram fafarmah.</w:t>
      </w:r>
    </w:p>
    <w:p>
      <w:pPr>
        <w:jc w:val="right"/>
      </w:pPr>
      <w:r>
        <w:t>یعنی فاحرم فافرمہ۔</w:t>
      </w:r>
    </w:p>
    <w:p>
      <w:r>
        <w:rPr>
          <w:b/>
        </w:rPr>
        <w:t xml:space="preserve">[2:39:28] </w:t>
      </w:r>
      <w:r>
        <w:t>Muslim hukmaranon ke yeh irade sab se zyada jinke haq mein sahih sabit hue hain, woh yahi Islami nizam ke alambardar jamaatein hain. Unhon ne har mulk mein in jamaaton ko qeema bana kar rakh diya hai.</w:t>
      </w:r>
    </w:p>
    <w:p>
      <w:pPr>
        <w:jc w:val="right"/>
      </w:pPr>
      <w:r>
        <w:t>مسلم حکمرانوں کے یہ ارادے سب سے زیادہ جن کے حق میں صحیح ثابت ہوئے ہیں، وہ یہی اسلامی نظام کے علمبردار جماعتیں ہیں۔ انہوں نے ہر ملک میں ان جماعتوں کو قیمہ بنا کر رکھ دیا ہے۔</w:t>
      </w:r>
    </w:p>
    <w:p>
      <w:r>
        <w:rPr>
          <w:b/>
        </w:rPr>
        <w:t xml:space="preserve">[2:39:41] </w:t>
      </w:r>
      <w:r>
        <w:t>Ab kisi bhi mulk mein inka koi siyasi mustaqbil nahi hai. Islami nizam ki alambardar jamaaton ki yeh nakami mahaz inke siyasi harafon ki shaqawat ka nateeja nahi hai.</w:t>
      </w:r>
    </w:p>
    <w:p>
      <w:pPr>
        <w:jc w:val="right"/>
      </w:pPr>
      <w:r>
        <w:t>اب کسی بھی ملک میں ان کا کوئی سیاسی مستقبل نہیں ہے۔ اسلامی نظام کی علمبردار جماعتوں کی یہ ناکامی محض ان کے سیاسی حریفوں کی شقاوت کا نتیجہ نہیں ہے۔</w:t>
      </w:r>
    </w:p>
    <w:p>
      <w:r>
        <w:rPr>
          <w:b/>
        </w:rPr>
        <w:t xml:space="preserve">[2:39:52] </w:t>
      </w:r>
      <w:r>
        <w:t>Is mein khud inke rehnamaon ka yeh intehai galat andaza shamil hai ke unhon ne samjha ke woh maqami Musalmanon ke vote se Islami hukumat banane mein kamyab ho sakte hain.</w:t>
      </w:r>
    </w:p>
    <w:p>
      <w:pPr>
        <w:jc w:val="right"/>
      </w:pPr>
      <w:r>
        <w:t>اس میں خود ان کے رہنماؤں کا یہ انتہائی غلط اندازہ شامل ہے کہ انہوں نے سمجھا کہ وہ مقامی مسلمانوں کے ووٹ سے اسلامی حکومت بنانے میں کامیاب ہو سکتے ہیں۔</w:t>
      </w:r>
    </w:p>
    <w:p>
      <w:r>
        <w:rPr>
          <w:b/>
        </w:rPr>
        <w:t xml:space="preserve">[2:40:02] </w:t>
      </w:r>
      <w:r>
        <w:t>Woh is tareekhi haqiqat ko bhool gaye ke hukumatain hamesha waqt ke ghalib afkar ke jalwe mein banti hain. Maujooda zamane ka fikri dhancha tamam tar secular buniyadon par qaim hai.</w:t>
      </w:r>
    </w:p>
    <w:p>
      <w:pPr>
        <w:jc w:val="right"/>
      </w:pPr>
      <w:r>
        <w:t>وہ اس تاریخی حقیقت کو بھول گئے کہ حکومتیں ہمیشہ وقت کے غالب افکار کے جلوے میں بنتی ہیں۔ موجودہ زمانے کا فکری ڈھانچہ تمام تر سیکولر بنیادوں پر قائم ہے۔</w:t>
      </w:r>
    </w:p>
    <w:p>
      <w:r>
        <w:rPr>
          <w:b/>
        </w:rPr>
        <w:t xml:space="preserve">[2:40:13] </w:t>
      </w:r>
      <w:r>
        <w:t>Aisi halat mein kisi ke liye mumkin nahi hai ke woh apne mulk mein Islam ka siyasi jazeera bana sake jab tak woh zamani afkar ke dhanchay ko torne mein kamyab na ho gaya ho.</w:t>
      </w:r>
    </w:p>
    <w:p>
      <w:pPr>
        <w:jc w:val="right"/>
      </w:pPr>
      <w:r>
        <w:t>ایسی حالت میں کسی کے لیے ممکن نہیں ہے کہ وہ اپنے ملک میں اسلام کا سیاسی جزیرہ بنا سکے جب تک وہ زمانی افکار کے ڈھانچے کو توڑنے میں کامیاب نہ ہو گیا ہو۔</w:t>
      </w:r>
    </w:p>
    <w:p>
      <w:r>
        <w:rPr>
          <w:b/>
        </w:rPr>
        <w:t xml:space="preserve">[2:40:25] </w:t>
      </w:r>
      <w:r>
        <w:t>Number char: taameer o istahkam se meri murad woh fikri halqa hai jis ka kehna yeh tha ke ajnabi iqtadar se barah-e-rast siyasi takrao na kiya</w:t>
      </w:r>
    </w:p>
    <w:p>
      <w:pPr>
        <w:jc w:val="right"/>
      </w:pPr>
      <w:r>
        <w:t>نمبر چار: تعمیر و استحکام سے میری مراد وہ فکری حلقہ ہے جس کا کہنا یہ تھا کہ اجنبی اقتدار سے براہ راست سیاسی تصادم نہ کیا</w:t>
      </w:r>
    </w:p>
    <w:p>
      <w:r>
        <w:rPr>
          <w:b/>
        </w:rPr>
        <w:t xml:space="preserve">[2:40:35] </w:t>
      </w:r>
      <w:r>
        <w:t>jaye. Is ko bator chhatri istemal karte hue ghair siyasi dairon mein apne kaam ko jari rakha jaye. Badqismati se yahi woh zehan hai jo maujooda daur ke Musalmanon mein sab se kam paya gaya hai.</w:t>
      </w:r>
    </w:p>
    <w:p>
      <w:pPr>
        <w:jc w:val="right"/>
      </w:pPr>
      <w:r>
        <w:t>جائے۔ اس کو بطور چھتری استعمال کرتے ہوئے غیر سیاسی دائروں میں اپنے کام کو جاری رکھا جائے۔ بدقسمتی سے یہی وہ ذہن ہے جو موجودہ دور کے مسلمانوں میں سب سے کم پایا گیا ہے۔</w:t>
      </w:r>
    </w:p>
    <w:p>
      <w:r>
        <w:rPr>
          <w:b/>
        </w:rPr>
        <w:t xml:space="preserve">[2:40:47] </w:t>
      </w:r>
      <w:r>
        <w:t>Badqismati se yahi woh zehan hai jo maujooda daur ke Musalmanon mein sab se kam paya gaya hai. Mufti Muhammad Abduh ne Paris mein zamana qiyam 1884 se mutalliq apne ustad Jamaluddin Afghani ka ek taassur naqal kiya hai.</w:t>
      </w:r>
    </w:p>
    <w:p>
      <w:pPr>
        <w:jc w:val="right"/>
      </w:pPr>
      <w:r>
        <w:t>بدقسمتی سے یہی وہ ذہن ہے جو موجودہ دور کے مسلمانوں میں سب سے کم پایا گیا ہے۔ مفتی محمد عبدہ نے پیرس میں زمانہ قیام 1884 سے متعلق اپنے استاد جمال الدین افغانی کا ایک تاثر نقل کیا ہے۔</w:t>
      </w:r>
    </w:p>
    <w:p>
      <w:r>
        <w:rPr>
          <w:b/>
        </w:rPr>
        <w:t xml:space="preserve">[2:41:04] </w:t>
      </w:r>
      <w:r>
        <w:t>Muhammad Abduh ne ek guftagu ke darmiyan apne ustad se kaha ke Angrezon aur Farsiyon se siyasi takrao ka bazahir koi faida dikhai nahi deta,</w:t>
      </w:r>
    </w:p>
    <w:p>
      <w:pPr>
        <w:jc w:val="right"/>
      </w:pPr>
      <w:r>
        <w:t>محمد عبدہ نے ایک گفتگو کے دوران اپنے استاد سے کہا کہ انگریزوں اور فرانسیسیوں سے سیاسی تصادم کا بظاہر کوئی فائدہ دکھائی نہیں دیتا،</w:t>
      </w:r>
    </w:p>
    <w:p>
      <w:r>
        <w:rPr>
          <w:b/>
        </w:rPr>
        <w:t xml:space="preserve">[2:41:15] </w:t>
      </w:r>
      <w:r>
        <w:t>jabke doosri taraf hamare kaam ka ek aisa maidan khula hua hai jis mein hum yaqeeni nataij hasil kar sakte hain. Yeh hai Europe, America aur America mein Islam ki tableegh.</w:t>
      </w:r>
    </w:p>
    <w:p>
      <w:pPr>
        <w:jc w:val="right"/>
      </w:pPr>
      <w:r>
        <w:t>جبکہ دوسری طرف ہمارے کام کا ایک ایسا میدان کھلا ہوا ہے جس میں ہم یقینی نتائج حاصل کر سکتے ہیں۔ یہ ہے یورپ، امریکہ اور امریکہ میں اسلام کی تبلیغ۔</w:t>
      </w:r>
    </w:p>
    <w:p>
      <w:r>
        <w:rPr>
          <w:b/>
        </w:rPr>
        <w:t xml:space="preserve">[2:41:26] </w:t>
      </w:r>
      <w:r>
        <w:t>Hum kyun na aisa karein ke apne ko siyasi nishane se hata dein aur khamoshi se tableegh o taleem ke kaam mein lag jayein? Jamaluddin Afghani ki inquilabi tabiyat ko yeh tajweez haqeer maloom hui.</w:t>
      </w:r>
    </w:p>
    <w:p>
      <w:pPr>
        <w:jc w:val="right"/>
      </w:pPr>
      <w:r>
        <w:t>ہم کیوں نہ ایسا کریں کہ اپنے کو سیاسی نشانے سے ہٹا دیں اور خاموشی سے تبلیغ و تعلیم کے کام میں لگ جائیں؟ جمال الدین افغانی کی انقلابی طبیعت کو یہ تجویز حقیر معلوم ہوئی۔</w:t>
      </w:r>
    </w:p>
    <w:p>
      <w:r>
        <w:rPr>
          <w:b/>
        </w:rPr>
        <w:t xml:space="preserve">[2:41:39] </w:t>
      </w:r>
      <w:r>
        <w:t>Unhon ne kaha: "Innama anta musbat". Tum past hoslgi ki baatein karte ho.</w:t>
      </w:r>
    </w:p>
    <w:p>
      <w:pPr>
        <w:jc w:val="right"/>
      </w:pPr>
      <w:r>
        <w:t>انہوں نے کہا: "إنما أنت مسبت"۔ تم پست حوصلگی کی باتیں کرتے ہو۔</w:t>
      </w:r>
    </w:p>
    <w:p>
      <w:r>
        <w:rPr>
          <w:b/>
        </w:rPr>
        <w:t xml:space="preserve">[2:41:45] </w:t>
      </w:r>
      <w:r>
        <w:t>Is pure daur mein taameer o istahkam ke maqsad ke tehat uthne wali koi qabil-e-lihaz tehreek nazar nahi aati. Muslim rehnamaon ka haal yeh raha ke woh zamana batou nasaz tou bazmana sitiz jaise romani tasawwurat par fida hote rahe</w:t>
      </w:r>
    </w:p>
    <w:p>
      <w:pPr>
        <w:jc w:val="right"/>
      </w:pPr>
      <w:r>
        <w:t>اس پورے دور میں تعمیر و استحکام کے مقصد کے تحت اٹھنے والی کوئی قابل لحاظ تحریک نظر نہیں آتی۔ مسلم رہنماؤں کا حال یہ رہا کہ وہ زمانہ باتو نسازت تو بازمانہ ستیز جیسے رومانی تصورات پر فدا ہوتے رہ</w:t>
      </w:r>
    </w:p>
    <w:p>
      <w:r>
        <w:rPr>
          <w:b/>
        </w:rPr>
        <w:t xml:space="preserve">[2:42:03] </w:t>
      </w:r>
      <w:r>
        <w:t>hain. Kisi ki samajh mein woh haqeeqat pasandana tareeqa-e-kar na aa saka jis ko badnaam taur par Hali 1837 ta 1914 ne in lafzon mein bayan kiya tha: "Chalo tum idhar ko, hawa ho jidhar ki".</w:t>
      </w:r>
    </w:p>
    <w:p>
      <w:pPr>
        <w:jc w:val="right"/>
      </w:pPr>
      <w:r>
        <w:t>ے۔ کسی کی سمجھ میں وہ حقیقت پسندانہ طریقہ کار نہ آ سکا جس کو بدنام طور پر حالی 1837 تا 1914 نے ان لفظوں میں بیان کیا تھا: "چلو تم ادھر کو، ہوا ہو جدھر کی"۔</w:t>
      </w:r>
    </w:p>
    <w:p>
      <w:r>
        <w:rPr>
          <w:b/>
        </w:rPr>
        <w:t xml:space="preserve">[2:42:20] </w:t>
      </w:r>
      <w:r>
        <w:t>Hindustan mein is silsile mein do mustasna misalein milti hain, woh bhi badnaam shakhsiyaton</w:t>
      </w:r>
    </w:p>
    <w:p>
      <w:pPr>
        <w:jc w:val="right"/>
      </w:pPr>
      <w:r>
        <w:t>ہندوستان میں اس سلسلے میں دو مستثنیٰ مثالیں ملتی ہیں، وہ بھی بدنام شخصیتوں</w:t>
      </w:r>
    </w:p>
    <w:p>
      <w:r>
        <w:rPr>
          <w:b/>
        </w:rPr>
        <w:t xml:space="preserve">[2:42:25] </w:t>
      </w:r>
      <w:r>
        <w:t>ki. Meri murad Sir Syed Ahmed Khan 1817 ta 1898 aur Mirza Ghulam Ahmed Qadiani 1840 ta 1908 se hai.</w:t>
      </w:r>
    </w:p>
    <w:p>
      <w:pPr>
        <w:jc w:val="right"/>
      </w:pPr>
      <w:r>
        <w:t>کی۔ میری مراد سر سید احمد خان 1817 تا 1898 اور مرزا غلام احمد قادیانی 1840 تا 1908 سے ہے۔</w:t>
      </w:r>
    </w:p>
    <w:p>
      <w:r>
        <w:rPr>
          <w:b/>
        </w:rPr>
        <w:t xml:space="preserve">[2:42:37] </w:t>
      </w:r>
      <w:r>
        <w:t>Awwal-uz-zikr ka kehna tha ke Angrez ne agarche siyasi kaam ka rasta band kar rakha hai, magar siyasat ke ilawa doosre maidanon mein taameer o taraqqi ke darwaze khule hue hain.</w:t>
      </w:r>
    </w:p>
    <w:p>
      <w:pPr>
        <w:jc w:val="right"/>
      </w:pPr>
      <w:r>
        <w:t>اول الذکر کا کہنا تھا کہ انگریز نے اگرچہ سیاسی کام کا راستہ بند کر رکھا ہے، مگر سیاست کے علاوہ دوسرے میدانوں میں تعمیر و ترقی کے دروازے کھلے ہوئے ہیں۔</w:t>
      </w:r>
    </w:p>
    <w:p>
      <w:r>
        <w:rPr>
          <w:b/>
        </w:rPr>
        <w:t xml:space="preserve">[2:42:49] </w:t>
      </w:r>
      <w:r>
        <w:t>Hukumat ne azadiyan tum ko di hain, taraqqi ki rahein sarasar khuli hain.</w:t>
      </w:r>
    </w:p>
    <w:p>
      <w:pPr>
        <w:jc w:val="right"/>
      </w:pPr>
      <w:r>
        <w:t>حکومت نے آزادیاں تم کو دی ہیں، ترقی کی راہیں سراسر کھلی ہیں۔</w:t>
      </w:r>
    </w:p>
    <w:p>
      <w:r>
        <w:rPr>
          <w:b/>
        </w:rPr>
        <w:t xml:space="preserve">[2:42:55] </w:t>
      </w:r>
      <w:r>
        <w:t>Hukumat ne azadiyan tum ko di hain, taraqqi ki rahein sarasar khuli hain. Taleem aur iqtisadiyat, jo baqi cheezon ki asas hai, un mein hum kisi rukawat ke baghair aage badh sakte hain.</w:t>
      </w:r>
    </w:p>
    <w:p>
      <w:pPr>
        <w:jc w:val="right"/>
      </w:pPr>
      <w:r>
        <w:t>حکومت نے آزادیاں تم کو دی ہیں، ترقی کی راہیں سراسر کھلی ہیں۔ تعلیم اور اقتصادیات، جو بقیہ چیزوں کی اساس ہے، ان میں ہم کسی رکاوٹ کے بغیر آگے بڑھ سکتے ہیں۔</w:t>
      </w:r>
    </w:p>
    <w:p>
      <w:r>
        <w:rPr>
          <w:b/>
        </w:rPr>
        <w:t xml:space="preserve">[2:43:08] </w:t>
      </w:r>
      <w:r>
        <w:t>Mirza Ghulam Ahmed Qadiani ne isi imkan ko ek aur maidan mein talash kiya. Yeh dawat o tableegh ka maidan tha. Un ka khayal tha ke dawat ki rah se hum na sirf mulk ke tabqat mein apne liye kaam ke mawaqe pa sakte hain, balkeh hukmaran qaum ke andar bhi hamare liye jid-o-jehad ka maidan khula hua hai.</w:t>
      </w:r>
    </w:p>
    <w:p>
      <w:pPr>
        <w:jc w:val="right"/>
      </w:pPr>
      <w:r>
        <w:t>مرزا غلام احمد قادیانی نے اسی امکان کو ایک اور میدان میں تلاش کیا۔ یہ دعوت و تبلیغ کا میدان تھا۔ ان کا خیال تھا کہ دعوت کی راہ سے ہم نہ صرف ملک کے طبقات میں اپنے لیے کام کے مواقع پا سکتے ہیں، بلکہ حکمراں قوم کے اندر بھی ہمارے لیے جدوجہد کا میدان کھلا ہوا ہے۔</w:t>
      </w:r>
    </w:p>
    <w:p>
      <w:r>
        <w:rPr>
          <w:b/>
        </w:rPr>
        <w:t xml:space="preserve">[2:43:26] </w:t>
      </w:r>
      <w:r>
        <w:t>Mazeed yeh ke yeh kaam khud Islam ka aham tareen maqsood hai aur ba-al-akhir is ghalbe tak, is ghalbe tak bhi pohanchane wala hai jahan hum siyasi zor-aazmai ke zareeye nakaam taur par pahunchna chahte hain.</w:t>
      </w:r>
    </w:p>
    <w:p>
      <w:pPr>
        <w:jc w:val="right"/>
      </w:pPr>
      <w:r>
        <w:t>مزید یہ کہ یہ کام خود اسلام کا اہم ترین مقصود ہے اور بالاخر اس غلبے تک، اس غلبے تک بھی پہنچانے والا ہے جہاں ہم سیاسی زور آزمائی کے ذریعے ناکام طور پر پہنچنا چاہتے ہیں۔</w:t>
      </w:r>
    </w:p>
    <w:p>
      <w:r>
        <w:rPr>
          <w:b/>
        </w:rPr>
        <w:t xml:space="preserve">[2:43:41] </w:t>
      </w:r>
      <w:r>
        <w:t>Yeh dono tehrikein apni ibtidai shakal mein mufeed aur door-ras tehrikein theen, magar badqismati se woh aam Musalmanon ko apne sath na le sakeen.</w:t>
      </w:r>
    </w:p>
    <w:p>
      <w:pPr>
        <w:jc w:val="right"/>
      </w:pPr>
      <w:r>
        <w:t>یہ دونوں تحریکیں اپنی ابتدائی شکل میں مفید اور دور رس تحریکیں تھیں، مگر بدقسمتی سے وہ عام مسلمانوں کو اپنے ساتھ نہ لے سکیں۔</w:t>
      </w:r>
    </w:p>
    <w:p>
      <w:r>
        <w:rPr>
          <w:b/>
        </w:rPr>
        <w:t xml:space="preserve">[2:43:51] </w:t>
      </w:r>
      <w:r>
        <w:t>Is ki wajah do tarafah thi.</w:t>
      </w:r>
    </w:p>
    <w:p>
      <w:pPr>
        <w:jc w:val="right"/>
      </w:pPr>
      <w:r>
        <w:t>اس کی وجہ دو طرفہ تھی۔</w:t>
      </w:r>
    </w:p>
    <w:p>
      <w:r>
        <w:rPr>
          <w:b/>
        </w:rPr>
        <w:t xml:space="preserve">[2:43:54] </w:t>
      </w:r>
      <w:r>
        <w:t>aik taraf hamare rehnamaon ka zehn samraj dushman khayalat se itna zyada maof ho chuka tha ke kisi aur andaaz se sochana un ke liye mumkin na raha tha.</w:t>
      </w:r>
    </w:p>
    <w:p>
      <w:pPr>
        <w:jc w:val="right"/>
      </w:pPr>
      <w:r>
        <w:t>ایک طرف ہمارے رہنماؤں کا ذہن سامراج دشمن خیالات سے اتنا زیادہ معوف ہو چکا تھا کہ کسی اور انداز سے سوچنا ان کے لیے ممکن نہ رہا تھا۔</w:t>
      </w:r>
    </w:p>
    <w:p>
      <w:r>
        <w:rPr>
          <w:b/>
        </w:rPr>
        <w:t xml:space="preserve">[2:44:04] </w:t>
      </w:r>
      <w:r>
        <w:t>har woh shakhs unhein samraj ka agent dikhai deta tha jo samraj se siyasi muqable ki baat na kare. is ki aakhri had yeh hai ke Aligarh ke sadiq ustad par, is ki aakhri had yeh hai ke Aligarh ke sadiq ustad professor Arnold ki qeemti kitab "Preaching of Islam"</w:t>
      </w:r>
    </w:p>
    <w:p>
      <w:pPr>
        <w:jc w:val="right"/>
      </w:pPr>
      <w:r>
        <w:t>ہر وہ شخص انہیں سامراج کا ایجنٹ دکھائی دیتا تھا جو سامراج سے سیاسی مقابلے کی بات نہ کرے۔ اس کی آخری حد یہ ہے کہ علی گڑھ کے سابق استاد پر، اس کی آخری حد یہ ہے کہ علی گڑھ کے سابق استاد پروفیسر ارنلڈ کی قیمتی کتاب "پریچنگ آف اسلام"</w:t>
      </w:r>
    </w:p>
    <w:p>
      <w:r>
        <w:rPr>
          <w:b/>
        </w:rPr>
        <w:t xml:space="preserve">[2:44:24] </w:t>
      </w:r>
      <w:r>
        <w:t>hamare rehnamaon ko samraji aghraz ke tehat likhi hui kitab nazar aai, kyunke is mein talwar ke bajaye pur aman tablegh ko Islam ki ishaat ka zariya bataya gaya tha.</w:t>
      </w:r>
    </w:p>
    <w:p>
      <w:pPr>
        <w:jc w:val="right"/>
      </w:pPr>
      <w:r>
        <w:t>ہمارے رہنماؤں کو سامراجی اغراض کے تحت لکھی ہوئی کتاب نظر آئی، کیونکہ اس میں تلوار کے بجائے پرامن تبلیغ کو اسلام کی اشاعت کا ذریعہ بتایا گیا تھا۔</w:t>
      </w:r>
    </w:p>
    <w:p>
      <w:r>
        <w:rPr>
          <w:b/>
        </w:rPr>
        <w:t xml:space="preserve">[2:44:35] </w:t>
      </w:r>
      <w:r>
        <w:t>doosri wajah yeh hui ke is nazariye ke dono alam bardar is ahliyat ka saboot na de sake ke woh apne nuqta nazar ki sahih vakalat kar sakte hain. Sir Syed Ahmed Khan ne apne moqaf ki himayat ke liye yeh nadani ki ke Quran ko unniswin sadi ke maghribi afkar par dhalna shuru kar diya.</w:t>
      </w:r>
    </w:p>
    <w:p>
      <w:pPr>
        <w:jc w:val="right"/>
      </w:pPr>
      <w:r>
        <w:t>دوسری وجہ یہ ہوئی کہ اس نظریے کے دونوں علمبردار اس اہلیت کا ثبوت نہ دے سکے کہ وہ اپنے نقطہ نظر کی صحیح وکالت کر سکتے ہیں۔ سر سید احمد خان نے اپنے موقف کی حمایت کے لیے یہ نادانی کی کہ قرآن کو انیسویں صدی کے مغربی افکار پر ڈھالنا شروع کر دیا۔</w:t>
      </w:r>
    </w:p>
    <w:p>
      <w:r>
        <w:rPr>
          <w:b/>
        </w:rPr>
        <w:t xml:space="preserve">[2:44:54] </w:t>
      </w:r>
      <w:r>
        <w:t>un ke ikhlas ka saboot ke liye yeh kafi hai ke unhon ne Tehzeeb-ul-Akhlaq ko apne zaati fikr ka numainda qarar de kar is ko Aligarh College se alag rakhne ki koshish ki, magar yeh taqseem amli taur par mumkin na ho saki aur aik sahih kaam ke liye ghalat istadlal ne un ke mission ko logon ki nazar mein mushtaba bana diya.</w:t>
      </w:r>
    </w:p>
    <w:p>
      <w:pPr>
        <w:jc w:val="right"/>
      </w:pPr>
      <w:r>
        <w:t>ان کے اخلاص کا ثبوت کے لیے یہ کافی ہے کہ انہوں نے تہذیب الاخلاق کو اپنے ذاتی فکر کا نمائندہ قرار دے کر اس کو علی گڑھ کالج سے علیحدہ رکھنے کی کوشش کی، مگر یہ تقسیم عملی طور پر ممکن نہ ہو سکی اور ایک صحیح کام کے لیے غلط استدلال نے ان کے مشن کو لوگوں کی نظر میں مشتبہ بنا دیا۔</w:t>
      </w:r>
    </w:p>
    <w:p>
      <w:r>
        <w:rPr>
          <w:b/>
        </w:rPr>
        <w:t xml:space="preserve">[2:45:18] </w:t>
      </w:r>
      <w:r>
        <w:t>isi qism ki ghalati shadeed tar shakal mein Mirza Ghulam Ahmed Qadiani ne ki. unhon ne apne kaam ka aaghaz kiya to yeh woh waqt tha jab ke sare Muslim rehnama Angrez ke khilaf jihad-e-huriyat mein masroof thay.</w:t>
      </w:r>
    </w:p>
    <w:p>
      <w:pPr>
        <w:jc w:val="right"/>
      </w:pPr>
      <w:r>
        <w:t>اسی قسم کی غلطی شدید تر شکل میں مرزا غلام احمد قادیانی نے کی۔ انہوں نے اپنے کام کا آغاز کیا تو یہ وہ وقت تھا جب کہ سارے مسلم رہنما انگریز کے خلاف جہاد حریت میں مصروف تھے۔</w:t>
      </w:r>
    </w:p>
    <w:p>
      <w:r>
        <w:rPr>
          <w:b/>
        </w:rPr>
        <w:t xml:space="preserve">[2:45:33] </w:t>
      </w:r>
      <w:r>
        <w:t>un josh bhare mujahideen ko mehsoos hua ke Qadiani mission Musalmanon ko muqaddas jihad ke mahaaz se hata kar pur aman tablegh ke maidan mein laga dena chahta hai.</w:t>
      </w:r>
    </w:p>
    <w:p>
      <w:pPr>
        <w:jc w:val="right"/>
      </w:pPr>
      <w:r>
        <w:t>ان پرجوش مجاہدین کو محسوس ہوا کہ قادیانی مشن مسلمانوں کو مقدس جہاد کے محاذ سے ہٹا کر پرامن تبلیغ کے میدان میں لگا دینا چاہتا ہے۔</w:t>
      </w:r>
    </w:p>
    <w:p>
      <w:r>
        <w:rPr>
          <w:b/>
        </w:rPr>
        <w:t xml:space="preserve">[2:45:44] </w:t>
      </w:r>
      <w:r>
        <w:t>Mirza Sahab ne is ke jawab mein kaha ke jihad yani bimar siyasi muqabla koi mustaqil sharai hukum nahi hai, woh sirf difai zaroorat ke liye muqarrar kiya gaya hai.</w:t>
      </w:r>
    </w:p>
    <w:p>
      <w:pPr>
        <w:jc w:val="right"/>
      </w:pPr>
      <w:r>
        <w:t>مرزا صاحب نے اس کے جواب میں کہا کہ جہاد یعنی بیمار سیاسی مقابلہ کوئی مستقل شرعی حکم نہیں ہے، وہ صرف دفاعی ضرورت کے لیے مقرر کیا گیا ہے۔</w:t>
      </w:r>
    </w:p>
    <w:p>
      <w:r>
        <w:rPr>
          <w:b/>
        </w:rPr>
        <w:t xml:space="preserve">[2:45:54] </w:t>
      </w:r>
      <w:r>
        <w:t>magar hamare mujahideen-e-huriyat ke liye yeh jawab tasalli bakhsh sabit na ho saka. unhon ne fatwa diya ke Mirza Ghulam Ahmed Qadiani Angrezon ka agent hai.</w:t>
      </w:r>
    </w:p>
    <w:p>
      <w:pPr>
        <w:jc w:val="right"/>
      </w:pPr>
      <w:r>
        <w:t>مگر ہمارے مجاہدین حریت کے لیے یہ جواب تشفی بخش ثابت نہ ہو سکا۔ انہوں نے فتویٰ دیا کہ مرزا غلام احمد قادیانی انگریزوں کا ایجنٹ ہے۔</w:t>
      </w:r>
    </w:p>
    <w:p>
      <w:r>
        <w:rPr>
          <w:b/>
        </w:rPr>
        <w:t xml:space="preserve">[2:46:04] </w:t>
      </w:r>
      <w:r>
        <w:t>ab Mirza Sahab ne aik aur qadam badhaya. unhon ne apni baat ko mustanad sabit karne ke liye kehna shuru kiya ke un par wahi aati hai aur woh jo kuch bolte hain, Khuda ki taraf se bolte hain.</w:t>
      </w:r>
    </w:p>
    <w:p>
      <w:pPr>
        <w:jc w:val="right"/>
      </w:pPr>
      <w:r>
        <w:t>اب مرزا صاحب نے ایک اور قدم بڑھایا۔ انہوں نے اپنی بات کو مستند ثابت کرنے کے لیے کہنا شروع کیا کہ ان پر وحی آتی ہے اور وہ جو کچھ بولتے ہیں، خدا کی طرف سے بولتے ہیں۔</w:t>
      </w:r>
    </w:p>
    <w:p>
      <w:r>
        <w:rPr>
          <w:b/>
        </w:rPr>
        <w:t xml:space="preserve">[2:46:16] </w:t>
      </w:r>
      <w:r>
        <w:t>yeh daawa apni tamam tar ghalati ke bawajood qadeem zamanay mein anokha na tha, kyunke hamare bohat se buzurg, misaal ke taur par Shah Waliullah 1703 ta 1762 bhi "Al-Hamni Rabbi" yani mere Rab ne mujh ko ilham kiya jaisay zaban mein kalam karte hain.</w:t>
      </w:r>
    </w:p>
    <w:p>
      <w:pPr>
        <w:jc w:val="right"/>
      </w:pPr>
      <w:r>
        <w:t>یہ دعویٰ اپنی تمام تر غلطی کے باوجود قدیم زمانے میں انوکھا نہ تھا، کیونکہ ہمارے بہت سے بزرگ، مثال کے طور پر شاہ ولی اللہ 1703 تا 1762 بھی "الحمنی ربی" یعنی میرے رب نے مجھ کو الہام کیا جیسے زبان میں کلام کرتے ہیں۔</w:t>
      </w:r>
    </w:p>
    <w:p>
      <w:r>
        <w:rPr>
          <w:b/>
        </w:rPr>
        <w:t xml:space="preserve">[2:46:37] </w:t>
      </w:r>
      <w:r>
        <w:t>tahum Mirza Sahab ki ghalati mein mazeed shanaat is liye paida ho gayi ke unhon ne saaf lafzon mein apne Rasool Allah hone ka daawa kar diya, jo khatm-e-nabuwat ke baad ijtamai taur par kufr ko mustalzim hai.</w:t>
      </w:r>
    </w:p>
    <w:p>
      <w:pPr>
        <w:jc w:val="right"/>
      </w:pPr>
      <w:r>
        <w:t>تاہم مرزا صاحب کی غلطی میں مزید شناعت اس لیے پیدا ہوگئی کہ انہوں نے صاف لفظوں میں اپنے رسول اللہ ہونے کا دعویٰ کر دیا، جو ختم نبوت کے بعد اجتماعی طور پر کفر کو مستلزم ہے۔</w:t>
      </w:r>
    </w:p>
    <w:p>
      <w:r>
        <w:rPr>
          <w:b/>
        </w:rPr>
        <w:t xml:space="preserve">[2:46:55] </w:t>
      </w:r>
      <w:r>
        <w:t>ijtmai taur par kufr ko mustalzim hai.</w:t>
      </w:r>
    </w:p>
    <w:p>
      <w:pPr>
        <w:jc w:val="right"/>
      </w:pPr>
      <w:r>
        <w:t>اجتماعی طور پر کفر کو مستلزم ہے۔</w:t>
      </w:r>
    </w:p>
    <w:p>
      <w:r>
        <w:rPr>
          <w:b/>
        </w:rPr>
        <w:t xml:space="preserve">[2:47:00] </w:t>
      </w:r>
      <w:r>
        <w:t>un cheezon ka nateeja yeh hua ke do fareeqon ke darmiyan jo guftagu halaat ke lihaz se Islami amal ki mansooba bandi ke unwan par honi chahiye thi, woh Quran ki tafsir jadeed aur nabuwat-e-Muhammadi ke baad doosri nabuwat jaise masail par markooz ho gayi.</w:t>
      </w:r>
    </w:p>
    <w:p>
      <w:pPr>
        <w:jc w:val="right"/>
      </w:pPr>
      <w:r>
        <w:t>ان چیزوں کا نتیجہ یہ ہوا کہ دو فریقوں کے درمیان جو گفتگو حالات کے لحاظ سے اسلامی عمل کی منصوبہ بندی کے عنوان پر ہونی چاہیے تھی، وہ قرآن کی تفسیر جدید اور نبوت محمدی کے بعد دوسری نبوت جیسے مسائل پر مرکوز ہوگئی۔</w:t>
      </w:r>
    </w:p>
    <w:p>
      <w:r>
        <w:rPr>
          <w:b/>
        </w:rPr>
        <w:t xml:space="preserve">[2:47:16] </w:t>
      </w:r>
      <w:r>
        <w:t>aaghaz mein agar Sir Syed Ahmed Khan aur Mirza Ghulam Ahmed Qadiani ke mukhalifeen ghalati par thay to aakhir mein Sir Syed aur Mirza Qadiani shadeed tar ghalatiyon ka shikar ho gaye aur millat ke hissay mein kufr o fusq ke fatwon ke siwa aur kuch na aaya.</w:t>
      </w:r>
    </w:p>
    <w:p>
      <w:pPr>
        <w:jc w:val="right"/>
      </w:pPr>
      <w:r>
        <w:t>آغاز میں اگر سر سید احمد خان اور مرزا غلام احمد قادیانی کے مخالفین غلطی پر تھے تو آخر میں سر سید اور مرزا قادیانی شدید تر غلطیوں کا شکار ہوگئے اور ملت کے حصے میں کفر و فسق کے فتووں کے سوا اور کچھ نہ آیا۔</w:t>
      </w:r>
    </w:p>
    <w:p>
      <w:r>
        <w:rPr>
          <w:b/>
        </w:rPr>
        <w:t xml:space="preserve">[2:47:35] </w:t>
      </w:r>
      <w:r>
        <w:t>Muslim University Aligarh ke zer-e-ehtamam 22 ta 25 January 1977 ko aik seminar hua. unwan tha "Islam aik taghayyur pazeer duniya mein".</w:t>
      </w:r>
    </w:p>
    <w:p>
      <w:pPr>
        <w:jc w:val="right"/>
      </w:pPr>
      <w:r>
        <w:t>مسلم یونیورسٹی علی گڑھ کے زیر اہتمام 22 تا 25 جنوری 1977 کو ایک سیمینار ہوا۔ عنوان تھا "اسلام ایک تغیر پذیر دنیا میں"۔</w:t>
      </w:r>
    </w:p>
    <w:p>
      <w:r>
        <w:rPr>
          <w:b/>
        </w:rPr>
        <w:t xml:space="preserve">[2:47:45] </w:t>
      </w:r>
      <w:r>
        <w:t>yeh maqala is moqa par 25 January ki nishast mein parha gaya. Tadween-e-Uloom-e-Islami kitab "Tajdeed-e-Deen" Maulana Wahiduddin Khan safha number 78</w:t>
      </w:r>
    </w:p>
    <w:p>
      <w:pPr>
        <w:jc w:val="right"/>
      </w:pPr>
      <w:r>
        <w:t>یہ مقالہ اس موقع پر 25 جنوری کی نشست میں پڑھا گیا۔ تدوین علوم اسلامی کتاب "تجدید دین" مولانا وحید الدین خان صفحہ نمبر 78</w:t>
      </w:r>
    </w:p>
    <w:p>
      <w:r>
        <w:rPr>
          <w:b/>
        </w:rPr>
        <w:t xml:space="preserve">[2:48:06] </w:t>
      </w:r>
      <w:r>
        <w:t>Quran number aik ghair Arabi danon ke liye tarjuma baghair tafsir shaya karna mukhtalif zubanon mein.</w:t>
      </w:r>
    </w:p>
    <w:p>
      <w:pPr>
        <w:jc w:val="right"/>
      </w:pPr>
      <w:r>
        <w:t>۔ قرآن نمبر ایک غیر عربی دانوں کے لیے ترجمہ بغیر تفسیر شائع کرنا مختلف زبانوں میں۔</w:t>
      </w:r>
    </w:p>
    <w:p>
      <w:r>
        <w:rPr>
          <w:b/>
        </w:rPr>
        <w:t xml:space="preserve">[2:48:14] </w:t>
      </w:r>
      <w:r>
        <w:t>number do Quran mein mazkoor anbiya aur qomon ke halaat tareekhi andaaz se murattab karna qadeem maloomat aur jadeed asariyat ki madad se.</w:t>
      </w:r>
    </w:p>
    <w:p>
      <w:pPr>
        <w:jc w:val="right"/>
      </w:pPr>
      <w:r>
        <w:t>نمبر دو قرآن میں مذکور انبیاء اور قوموں کے حالات تاریخی انداز سے مرتب کرنا قدیم معلومات اور جدید اثریات کی مدد سے۔</w:t>
      </w:r>
    </w:p>
    <w:p>
      <w:r>
        <w:rPr>
          <w:b/>
        </w:rPr>
        <w:t xml:space="preserve">[2:48:23] </w:t>
      </w:r>
      <w:r>
        <w:t>number teen Quran mein mazahir-e-kainat ke jo hawale hain, un ki tafseelat jadeed uloom ki madad se. number char Quran ki taleemat kitabi abwab ki soorat mein.</w:t>
      </w:r>
    </w:p>
    <w:p>
      <w:pPr>
        <w:jc w:val="right"/>
      </w:pPr>
      <w:r>
        <w:t>نمبر تین قرآن میں مظاہر کائنات کے جو حوالے ہیں، ان کی تفصیلات جدید علوم کی مدد سے۔ نمبر چار قرآن کی تعلیمات کتابی ابواب کی صورت میں۔</w:t>
      </w:r>
    </w:p>
    <w:p>
      <w:r>
        <w:rPr>
          <w:b/>
        </w:rPr>
        <w:t xml:space="preserve">[2:48:35] </w:t>
      </w:r>
      <w:r>
        <w:t>Hadees zaeef aur mauzu rawaiyat ko alag kar ke tamam qawi-ul-isnad rawaiyat ko chand alag alag majmoo'on mein ikattha kar diya jaye,</w:t>
      </w:r>
    </w:p>
    <w:p>
      <w:pPr>
        <w:jc w:val="right"/>
      </w:pPr>
      <w:r>
        <w:t>حدیث ضعیف اور موضوع روایتوں کو الگ کر کے تمام قوی الاسناد روایات کو چند الگ الگ مجموعوں میں اکٹھا کر دیا جائے،</w:t>
      </w:r>
    </w:p>
    <w:p>
      <w:r>
        <w:rPr>
          <w:b/>
        </w:rPr>
        <w:t xml:space="preserve">[2:48:44] </w:t>
      </w:r>
      <w:r>
        <w:t>misalan number panch tafseeri rawaiyat, number cheh waqiati rawaiyat, number aath ahkami rawaiyat, number aath tazkeeri rawaiyat.</w:t>
      </w:r>
    </w:p>
    <w:p>
      <w:pPr>
        <w:jc w:val="right"/>
      </w:pPr>
      <w:r>
        <w:t>مثلاً نمبر پانچ تفسیری روایات، نمبر چھ واقعاتی روایات، نمبر سات احکامی روایات، نمبر آٹھ تذکیری روایات۔</w:t>
      </w:r>
    </w:p>
    <w:p>
      <w:r>
        <w:rPr>
          <w:b/>
        </w:rPr>
        <w:t xml:space="preserve">[2:48:55] </w:t>
      </w:r>
      <w:r>
        <w:t>Seerat number nau Paighambar-e-Islam sirf ghazwaat nahi balkeh mukammal seerat saada tareekhi aur waqiati andaaz mein.</w:t>
      </w:r>
    </w:p>
    <w:p>
      <w:pPr>
        <w:jc w:val="right"/>
      </w:pPr>
      <w:r>
        <w:t>سیرت نمبر نو پیغمبر اسلام صرف غزوات نہیں بلکہ مکمل سیرت سادہ تاریخی اور واقعاتی انداز میں۔</w:t>
      </w:r>
    </w:p>
    <w:p>
      <w:r>
        <w:rPr>
          <w:b/>
        </w:rPr>
        <w:t xml:space="preserve">[2:49:05] </w:t>
      </w:r>
      <w:r>
        <w:t>number das halaat-e-Sahaba mukammal halaat sirf ghazwaat ke nahi balkeh poori zindagi ke baray mein. number gyarah tareekh-e-Islam yani sirf futuhat-e-Islam nahi balkeh mukammal tareekh.</w:t>
      </w:r>
    </w:p>
    <w:p>
      <w:pPr>
        <w:jc w:val="right"/>
      </w:pPr>
      <w:r>
        <w:t>نمبر دس حالات صحابہ مکمل حالات صرف غزوات کے نہیں بلکہ پوری زندگی کے بارے میں۔ نمبر گیارہ تاریخ اسلام یعنی صرف فتوحات اسلام نہیں بلکہ مکمل تاریخ۔</w:t>
      </w:r>
    </w:p>
    <w:p>
      <w:r>
        <w:rPr>
          <w:b/>
        </w:rPr>
        <w:t xml:space="preserve">[2:49:20] </w:t>
      </w:r>
      <w:r>
        <w:t>muawin kutub muawin kitaben. number barah suhuf-e-samawi yani tareekh aur ta'aruf. number tera ailaam-e-Islam yani Islami shakhsiyaton ki dictionary.</w:t>
      </w:r>
    </w:p>
    <w:p>
      <w:pPr>
        <w:jc w:val="right"/>
      </w:pPr>
      <w:r>
        <w:t>معاون کتب معاون کتابیں۔ نمبر بارہ صحوف سماوی یعنی تاریخ اور تعارف۔ نمبر تیرہ اعلام الاسلام یعنی اسلامی شخصیتوں کی ڈکشنری۔</w:t>
      </w:r>
    </w:p>
    <w:p>
      <w:r>
        <w:rPr>
          <w:b/>
        </w:rPr>
        <w:t xml:space="preserve">[2:49:34] </w:t>
      </w:r>
      <w:r>
        <w:t>number choda qamoos-e-islam yani mukhtasar islami encyclopedia. number pandrah mu'jam al-hadith hadith ke mandraja bala majmoo'on ka mukammal index.</w:t>
      </w:r>
    </w:p>
    <w:p>
      <w:pPr>
        <w:jc w:val="right"/>
      </w:pPr>
      <w:r>
        <w:t>نمبر چودہ قاموس الاسلام یعنی مختصر اسلامی انسائیکلوپیڈیا۔ نمبر پندرہ معجم الحدیث حدیث کے مندرجہ بالا مجموعوں کا مکمل انڈیکس۔</w:t>
      </w:r>
    </w:p>
    <w:p>
      <w:r>
        <w:rPr>
          <w:b/>
        </w:rPr>
        <w:t xml:space="preserve">[2:49:48] </w:t>
      </w:r>
      <w:r>
        <w:t>solah tareekh dawat-e-islam yani arnold ki preaching of islam ke andaaz par zyada jam'a kitaab.</w:t>
      </w:r>
    </w:p>
    <w:p>
      <w:pPr>
        <w:jc w:val="right"/>
      </w:pPr>
      <w:r>
        <w:t>سولہ تاریخ دعوت اسلام یعنی ارنلڈ کی پریچنگ آف اسلام کے انداز پر زیادہ جامع کتاب۔</w:t>
      </w:r>
    </w:p>
    <w:p>
      <w:r>
        <w:rPr>
          <w:b/>
        </w:rPr>
        <w:t xml:space="preserve">[2:49:58] </w:t>
      </w:r>
      <w:r>
        <w:t>taleemi nizaam ki tajdeed kitaab "tajdeed-e-deen" Maulana Wahiduddin Khan safha number 79.</w:t>
      </w:r>
    </w:p>
    <w:p>
      <w:pPr>
        <w:jc w:val="right"/>
      </w:pPr>
      <w:r>
        <w:t>تعلیمی نظام کی تجدید کتاب "تجدید دین" مولانا وحید الدین خان صفحہ نمبر 79۔</w:t>
      </w:r>
    </w:p>
    <w:p>
      <w:r>
        <w:rPr>
          <w:b/>
        </w:rPr>
        <w:t xml:space="preserve">[2:50:12] </w:t>
      </w:r>
      <w:r>
        <w:t>sir arthur keith 1955 ta 1866 ne</w:t>
      </w:r>
    </w:p>
    <w:p>
      <w:pPr>
        <w:jc w:val="right"/>
      </w:pPr>
      <w:r>
        <w:t>سر اتھر کیتھ 1955 تا 1866 نے</w:t>
      </w:r>
    </w:p>
    <w:p>
      <w:r>
        <w:rPr>
          <w:b/>
        </w:rPr>
        <w:t xml:space="preserve">[2:50:16] </w:t>
      </w:r>
      <w:r>
        <w:t>misr ki qadeem tareekh ka muta'ala karte hue likha hai: "the egyptians were conquered not by the sword but by the quran".</w:t>
      </w:r>
    </w:p>
    <w:p>
      <w:pPr>
        <w:jc w:val="right"/>
      </w:pPr>
      <w:r>
        <w:t>مصر کی قدیم تاریخ کا مطالعہ کرتے ہوئے لکھا ہے: "دا ایجپشنز وار کانکرڈ ناٹ بائی دا سوارڈ بٹ بائی دا قرآن"۔</w:t>
      </w:r>
    </w:p>
    <w:p>
      <w:r>
        <w:rPr>
          <w:b/>
        </w:rPr>
        <w:t xml:space="preserve">[2:50:27] </w:t>
      </w:r>
      <w:r>
        <w:t>sir arthur keith "a new theory of human evolution" london withers &amp; co 1950 page 303.</w:t>
      </w:r>
    </w:p>
    <w:p>
      <w:pPr>
        <w:jc w:val="right"/>
      </w:pPr>
      <w:r>
        <w:t>سر اتھر کیتھ "اے نیو تھیوری آف ہیومن ایولوشن" لندن ویتھس اینڈ کو 1950 پیج 303۔</w:t>
      </w:r>
    </w:p>
    <w:p>
      <w:r>
        <w:rPr>
          <w:b/>
        </w:rPr>
        <w:t xml:space="preserve">[2:50:42] </w:t>
      </w:r>
      <w:r>
        <w:t>misriyon ko kisi talwar ne fateh nahi kiya balkeh quran ne fateh kiya. angrez mubesir ne misr ke silsile mein islam ki jis nazriati taqat ka etraaf kiya hai, wahi asia aur africa ke is poore khatte ke liye sahi hai jis ko aaj hum islami dunya ke naam se jaante hain.</w:t>
      </w:r>
    </w:p>
    <w:p>
      <w:pPr>
        <w:jc w:val="right"/>
      </w:pPr>
      <w:r>
        <w:t>مصریوں کو کسی تلوار نے فتح نہیں کیا بلکہ قرآن نے فتح کیا۔ انگریز مبصر نے مصر کے سلسلے میں اسلام کی جس نظریاتی طاقت کا اعتراف کیا ہے، وہی ایشیا اور افریقہ کے اس پورے خطے کے لیے صحیح ہے جس کو آج ہم اسلامی دنیا کے نام سے جانتے ہیں۔</w:t>
      </w:r>
    </w:p>
    <w:p>
      <w:r>
        <w:rPr>
          <w:b/>
        </w:rPr>
        <w:t xml:space="preserve">[2:51:02] </w:t>
      </w:r>
      <w:r>
        <w:t>aisa kyun kar hua ke yeh saari qaumein na sirf apna mazhab balkeh zabaan tak badal kar islami biradari mein shaamil ho jayen? jawab yeh hai ke madaris ke zariye.</w:t>
      </w:r>
    </w:p>
    <w:p>
      <w:pPr>
        <w:jc w:val="right"/>
      </w:pPr>
      <w:r>
        <w:t>ایسا کیوں کر ہوا کہ یہ ساری قومیں نہ صرف اپنا مذہب بلکہ زبان تک بدل کر اسلامی برادری میں شامل ہو جائیں؟ جواب یہ ہے کہ مدرسوں کے ذریعے۔</w:t>
      </w:r>
    </w:p>
    <w:p>
      <w:r>
        <w:rPr>
          <w:b/>
        </w:rPr>
        <w:t xml:space="preserve">[2:51:13] </w:t>
      </w:r>
      <w:r>
        <w:t>door-e-awwal ke musalman arab se nikal kar atraf ke tamam mulkon mein phail gaye. unhone apni islami muhim ke markaz ke taur par jagah jagah islami madaris qaim kiye.</w:t>
      </w:r>
    </w:p>
    <w:p>
      <w:pPr>
        <w:jc w:val="right"/>
      </w:pPr>
      <w:r>
        <w:t>دور اول کے مسلمان عرب سے نکل کر اطراف کے تمام ملکوں میں پھیل گئے۔ انہوں نے اپنی اسلامی مہم کے مرکز کے طور پر جگہ جگہ اسلامی مدرسے قائم کیے۔</w:t>
      </w:r>
    </w:p>
    <w:p>
      <w:r>
        <w:rPr>
          <w:b/>
        </w:rPr>
        <w:t xml:space="preserve">[2:51:24] </w:t>
      </w:r>
      <w:r>
        <w:t>in madaris mein logon ko arabi zabaan sikhai jati thi aur quran o hadith padhaya jata tha. in madaris se jo log padh kar niklte, woh apni apni bastiyon mein ja kar dobara isi qism ke idare qaim karte.</w:t>
      </w:r>
    </w:p>
    <w:p>
      <w:pPr>
        <w:jc w:val="right"/>
      </w:pPr>
      <w:r>
        <w:t>ان مدرسوں میں لوگوں کو عربی زبان سکھائی جاتی تھی اور قرآن و حدیث پڑھایا جاتا تھا۔ ان مدرسوں سے جو لوگ پڑھ کر نکلتے، وہ اپنی اپنی بستیوں میں جا کر دوبارہ اسی قسم کے ادارے قائم کرتے۔</w:t>
      </w:r>
    </w:p>
    <w:p>
      <w:r>
        <w:rPr>
          <w:b/>
        </w:rPr>
        <w:t xml:space="preserve">[2:51:38] </w:t>
      </w:r>
      <w:r>
        <w:t>madaris ko buniyad bana kar kaam karne ka yahi tareeqa tha jis ne ek so baras ke andar andar is waqt ki aabad dunya ke bade hisse ke mazhab, tehzeeb aur zabaan ko badal dala.</w:t>
      </w:r>
    </w:p>
    <w:p>
      <w:pPr>
        <w:jc w:val="right"/>
      </w:pPr>
      <w:r>
        <w:t>مدرسوں کو بنیاد بنا کر کام کرنے کا یہی طریقہ تھا جس نے ایک سو برس کے اندر اندر اس وقت کی آباد دنیا کے بڑے حصے کے مذہب، تہذیب اور زبان کو بدل ڈالا۔</w:t>
      </w:r>
    </w:p>
    <w:p>
      <w:r>
        <w:rPr>
          <w:b/>
        </w:rPr>
        <w:t xml:space="preserve">[2:51:51] </w:t>
      </w:r>
      <w:r>
        <w:t>quran ek daaimi mo'jaza hai. khaliq-e-ka'inaat ne is ke zariye apne bandoon se kalam kiya hai. woh is dunya mein khuda aur bande ka maqam-e-ittisaal hai.</w:t>
      </w:r>
    </w:p>
    <w:p>
      <w:pPr>
        <w:jc w:val="right"/>
      </w:pPr>
      <w:r>
        <w:t>قرآن ایک دائمی معجزہ ہے۔ خالق کائنات نے اس کے ذریعے اپنے بندوں سے کلام کیا ہے۔ وہ اس دنیا میں خدا اور بندے کا مقام اتصال ہے۔</w:t>
      </w:r>
    </w:p>
    <w:p>
      <w:r>
        <w:rPr>
          <w:b/>
        </w:rPr>
        <w:t xml:space="preserve">[2:52:00] </w:t>
      </w:r>
      <w:r>
        <w:t>woh dilon ko garmata hai aur shaoor ko bedaar karta hai.</w:t>
      </w:r>
    </w:p>
    <w:p>
      <w:pPr>
        <w:jc w:val="right"/>
      </w:pPr>
      <w:r>
        <w:t>وہ دلوں کو گرماتا ہے اور شعور کو بیدار کرتا ہے۔</w:t>
      </w:r>
    </w:p>
    <w:p>
      <w:r>
        <w:rPr>
          <w:b/>
        </w:rPr>
        <w:t xml:space="preserve">[2:52:04] </w:t>
      </w:r>
      <w:r>
        <w:t>is ke aala mazameen aur is ka aasmani adab itna asar-angez hai ke jo shakhs bhi quran ko samajh kar padhta hai, us ki sadaqat ko maanne par majboor ho jata hai.</w:t>
      </w:r>
    </w:p>
    <w:p>
      <w:pPr>
        <w:jc w:val="right"/>
      </w:pPr>
      <w:r>
        <w:t>اس کے اعلیٰ مضامین اور اس کا آسمانی ادب اتنا اثر انگیز ہے کہ جو شخص بھی قرآن کو سمجھ کر پڑھتا ہے، اس کی صداقت کو ماننے پر مجبور ہو جاتا ہے۔</w:t>
      </w:r>
    </w:p>
    <w:p>
      <w:r>
        <w:rPr>
          <w:b/>
        </w:rPr>
        <w:t xml:space="preserve">[2:52:15] </w:t>
      </w:r>
      <w:r>
        <w:t>isi tarah rasool ki zindagi aur aap ke ashaab ke halaat insani tareekh ka intehai herat-nak inqilabi waqea hain jo zindagi ko garmane ki be-pnah salahiyat rakhte hain.</w:t>
      </w:r>
    </w:p>
    <w:p>
      <w:pPr>
        <w:jc w:val="right"/>
      </w:pPr>
      <w:r>
        <w:t>اسی طرح رسول کی زندگی اور آپ کے اصحاب کے حالات انسانی تاریخ کا انتہائی حیرت ناک انقلابی واقعہ ہیں جو زندگیوں کو گرمانے کی بے پناہ صلاحیت رکھتے ہیں۔</w:t>
      </w:r>
    </w:p>
    <w:p>
      <w:r>
        <w:rPr>
          <w:b/>
        </w:rPr>
        <w:t xml:space="preserve">[2:52:26] </w:t>
      </w:r>
      <w:r>
        <w:t>door-e-awwal ke madaris bas inhi cheezon ko zinda karne ke idare the.</w:t>
      </w:r>
    </w:p>
    <w:p>
      <w:pPr>
        <w:jc w:val="right"/>
      </w:pPr>
      <w:r>
        <w:t>دور اول کے مدرسے بس انہی چیزوں کو زندہ کرنے کے ادارے تھے۔</w:t>
      </w:r>
    </w:p>
    <w:p>
      <w:r>
        <w:rPr>
          <w:b/>
        </w:rPr>
        <w:t xml:space="preserve">[2:52:31] </w:t>
      </w:r>
      <w:r>
        <w:t>woh saada taur par arabi zabaan sikha kar aadmi ko quran o hadith se wabasta kar dete the. is ke baad aadmi imaan aur hararat ke in khazanon se barah-e-raast apna deen akhaz karne lagta tha.</w:t>
      </w:r>
    </w:p>
    <w:p>
      <w:pPr>
        <w:jc w:val="right"/>
      </w:pPr>
      <w:r>
        <w:t>وہ سادہ طور پر عربی زبان سکھا کر آدمی کو قرآن و حدیث سے وابستہ کر دیتے تھے۔ اس کے بعد آدمی ایمان اور حرارت کے ان خزانوں سے براہ راست اپنا دین اخذ کرنے لگتا تھا۔</w:t>
      </w:r>
    </w:p>
    <w:p>
      <w:r>
        <w:rPr>
          <w:b/>
        </w:rPr>
        <w:t xml:space="preserve">[2:52:45] </w:t>
      </w:r>
      <w:r>
        <w:t>ilm-e-deen is ke liye sohbat-e-rasool aur sohbat-e-sahaba ke hum-ma'ni ban jata tha. khuda ki kitaab us ki fitrat ko jagati thi. rasool aur aap ke ashaab ki inqilabi zindagiyaan us ke seenay mein amal ki aag bhar deti theen.</w:t>
      </w:r>
    </w:p>
    <w:p>
      <w:pPr>
        <w:jc w:val="right"/>
      </w:pPr>
      <w:r>
        <w:t>علم دین اس کے لیے صحبت رسول اور صحبت صحابہ کے ہم معنی بن جاتا تھا۔ خدا کی کتاب اس کی فطرت کو جگاتی تھی۔ رسول اور آپ کے اصحاب کی انقلابی زندگیاں اس کے سینے میں عمل کی آگ بھر دیتی تھیں۔</w:t>
      </w:r>
    </w:p>
    <w:p>
      <w:r>
        <w:rPr>
          <w:b/>
        </w:rPr>
        <w:t xml:space="preserve">[2:53:00] </w:t>
      </w:r>
      <w:r>
        <w:t>is tarah zinda insanoon ki woh fouj tayyar ho jati thi. is tarah zinda insanoon ki woh fouj tayyar hoti thi jo khuda ke liye jeene aur khuda ke liye marne ke siwa aur baat is dunya mein na jaanti thi.</w:t>
      </w:r>
    </w:p>
    <w:p>
      <w:pPr>
        <w:jc w:val="right"/>
      </w:pPr>
      <w:r>
        <w:t>اس طرح زندہ انسانوں کی وہ فوج تیار ہو جاتی تھی۔ اس طرح زندہ انسانوں کی وہ فوج تیار ہوتی تھی جو خدا کے لیے جینے اور خدا کے لیے مرنے کے سوا اور بات اس دنیا میں نہ جانتی تھی۔</w:t>
      </w:r>
    </w:p>
    <w:p>
      <w:r>
        <w:rPr>
          <w:b/>
        </w:rPr>
        <w:t xml:space="preserve">[2:53:14] </w:t>
      </w:r>
      <w:r>
        <w:t>is tarah zinda insanoon ki woh fouj tayyar hoti thi jo khuda ke liye jeene aur khuda ke liye marne ke siwa koi aur baat is dunya mein na jaanti thi.</w:t>
      </w:r>
    </w:p>
    <w:p>
      <w:pPr>
        <w:jc w:val="right"/>
      </w:pPr>
      <w:r>
        <w:t>اس طرح زندہ انسانوں کی وہ فوج تیار ہوتی تھی جو خدا کے لیے جینے اور خدا کے لیے مرنے کے سوا کوئی اور بات اس دنیا میں نہ جانتی تھی۔</w:t>
      </w:r>
    </w:p>
    <w:p>
      <w:r>
        <w:rPr>
          <w:b/>
        </w:rPr>
        <w:t xml:space="preserve">[2:53:24] </w:t>
      </w:r>
      <w:r>
        <w:t>aaj hamare yahan pehle se bhi zyada badi tadaad mein madaris qaim hain, magar aaj in madaris ka woh faida zaahir nahi ho raha hai jo door-e-awwal mein zaahir hua tha.</w:t>
      </w:r>
    </w:p>
    <w:p>
      <w:pPr>
        <w:jc w:val="right"/>
      </w:pPr>
      <w:r>
        <w:t>آج ہمارے یہاں پہلے سے بھی زیادہ بڑی تعداد میں مدرسے قائم ہیں، مگر آج ان مدرسوں کا وہ فائدہ ظاہر نہیں ہو رہا ہے جو دور اول میں ظاہر ہوا تھا۔</w:t>
      </w:r>
    </w:p>
    <w:p>
      <w:r>
        <w:rPr>
          <w:b/>
        </w:rPr>
        <w:t xml:space="preserve">[2:53:34] </w:t>
      </w:r>
      <w:r>
        <w:t>iski wajah yeh hai ke yeh madaris apne dhanchay ke aitbaar se is se bilkul mukhtalif hain jo sahaba o tab'een ne qaim kiye the. maujooda zamanay ke madaris mein taleem-e-deen ko ek fun bana diya gaya hai.</w:t>
      </w:r>
    </w:p>
    <w:p>
      <w:pPr>
        <w:jc w:val="right"/>
      </w:pPr>
      <w:r>
        <w:t>اس کی وجہ یہ ہے کہ یہ مدرسے اپنے ڈھانچے کے اعتبار سے اس سے بالکل مختلف ہیں جو صحابہ و تابعین نے قائم کیے تھے۔ موجودہ زمانے کے مدرسوں میں تعلیم دین کو ایک فن بنا دیا گیا ہے۔</w:t>
      </w:r>
    </w:p>
    <w:p>
      <w:r>
        <w:rPr>
          <w:b/>
        </w:rPr>
        <w:t xml:space="preserve">[2:53:48] </w:t>
      </w:r>
      <w:r>
        <w:t>quran is liye utra ke is ko padh kar logon ke rongte khare hon aur un ke dil khuda ki yaad se dahal uthein. magar in madaris ke nisaab mein quran ko sirf zimni maqam hasil hai.</w:t>
      </w:r>
    </w:p>
    <w:p>
      <w:pPr>
        <w:jc w:val="right"/>
      </w:pPr>
      <w:r>
        <w:t>قرآن اس لیے اترا کہ اس کو پڑھ کر لوگوں کے رونگٹے کھڑے ہوں اور ان کے دل خدا کی یاد سے دہل اٹھیں۔ مگر ان مدرسوں کے نصاب میں قرآن کو صرف ضمنی مقام حاصل ہے۔</w:t>
      </w:r>
    </w:p>
    <w:p>
      <w:r>
        <w:rPr>
          <w:b/>
        </w:rPr>
        <w:t xml:space="preserve">[2:53:59] </w:t>
      </w:r>
      <w:r>
        <w:t>rasool ki zindagi aur sahaba ke halaat jo tareekh-e-insani mein aatish-fishan ki hesiyat rakhte hain, un ko sarray se padhaya hi nahi jata. ahadees o aasaar ka maqam hamare madaris mein sirf yeh hai ke un ko unwaan bana kar juzwiyaat-e-fiqh ke kuch khud-sakhta masail par la-mutahi bahasein jaari rakhi ja sakein.</w:t>
      </w:r>
    </w:p>
    <w:p>
      <w:pPr>
        <w:jc w:val="right"/>
      </w:pPr>
      <w:r>
        <w:t>رسول کی زندگی اور صحابہ کے حالات جو تاریخ انسانی میں آتش فشاں کی حیثیت رکھتے ہیں، ان کو سرے سے پڑھایا ہی نہیں جاتا۔ احادیث و آثار کا مقام ہمارے مدارس میں صرف یہ ہے کہ ان کو عنوان بنا کر جزئیات فقہ کے کچھ خود ساختہ مسائل پر لامتناہی بحثیں جاری رکھی جا سکیں۔</w:t>
      </w:r>
    </w:p>
    <w:p>
      <w:r>
        <w:rPr>
          <w:b/>
        </w:rPr>
        <w:t xml:space="preserve">[2:54:20] </w:t>
      </w:r>
      <w:r>
        <w:t>isi ke saath uloom-e-aliya ke naam par jo funoon padhaye jate hain, woh itne farsooda hain ke zehn ko jamood aur la-yani moosh-gaafiyon ka aadi banane ke siwa koi doosri khidmat anjaam nahi de sakte.</w:t>
      </w:r>
    </w:p>
    <w:p>
      <w:pPr>
        <w:jc w:val="right"/>
      </w:pPr>
      <w:r>
        <w:t>اسی کے ساتھ علوم عالیہ کے نام پر جو فنون پڑھائے جاتے ہیں، وہ اتنے فرسودہ ہیں کہ ذہن کو جمود اور لایعنی موش گافیوں کا عادی بنانے کے سوا کوئی دوسری خدمت انجام نہیں دے سکتے۔</w:t>
      </w:r>
    </w:p>
    <w:p>
      <w:r>
        <w:rPr>
          <w:b/>
        </w:rPr>
        <w:t xml:space="preserve">[2:54:33] </w:t>
      </w:r>
      <w:r>
        <w:t>islami madarse ki faza ko allah ki badai ke charche se mamoor rehna chahiye, magar hamare maujooda taleemi idare zawal ki jis satah par hain, woh yeh hai ke har ek ne apne kuch zinda ya murda akabir bana liye hain aur madarse ki tamam sargarmian bas inhi buzurgon ki kibriyai ka sabak dene ke liye waqf rehti hain.</w:t>
      </w:r>
    </w:p>
    <w:p>
      <w:pPr>
        <w:jc w:val="right"/>
      </w:pPr>
      <w:r>
        <w:t>اسلامی مدرسے کی فضا کو اللہ کی بڑائی کے چرچے سے مامور رہنا چاہیے، مگر ہمارے موجودہ تعلیمی ادارے زوال کی جس سطح پر ہیں، وہ یہ ہے کہ ہر ایک نے اپنے کچھ زندہ یا مردہ اکابر بنا لیے ہیں اور مدرسے کی تمام سرگرمیاں بس انہی بزرگوں کی کبریائی کا سبق دینے کے لیے وقف رہتی ہیں۔</w:t>
      </w:r>
    </w:p>
    <w:p>
      <w:r>
        <w:rPr>
          <w:b/>
        </w:rPr>
        <w:t xml:space="preserve">[2:54:53] </w:t>
      </w:r>
      <w:r>
        <w:t>aisi halat mein kaise mumkin hai ke yahan logon ko imani hararat ka sabak mile? yahan aala insani kirdaar dhalain?</w:t>
      </w:r>
    </w:p>
    <w:p>
      <w:pPr>
        <w:jc w:val="right"/>
      </w:pPr>
      <w:r>
        <w:t>ایسی حالت میں کیسے ممکن ہے کہ یہاں لوگوں کو ایمانی حرارت کا سبق ملے؟ یہاں اعلیٰ انسانی کردار ڈھلیں؟</w:t>
      </w:r>
    </w:p>
    <w:p>
      <w:r>
        <w:rPr>
          <w:b/>
        </w:rPr>
        <w:t xml:space="preserve">[2:55:01] </w:t>
      </w:r>
      <w:r>
        <w:t>yahan khuda o akhirat ki tadap rakhne wale log paida hon? yahan se islam ko woh sailab uthe jo daur awwal ke madarson se utha tha aur ek alam par chha gaya tha.</w:t>
      </w:r>
    </w:p>
    <w:p>
      <w:pPr>
        <w:jc w:val="right"/>
      </w:pPr>
      <w:r>
        <w:t>یہاں خدا و آخرت کی تڑپ رکھنے والے لوگ پیدا ہوں؟ یہاں سے اسلام کو وہ سیلاب اٹھے جو دور اول کے مدرسوں سے اٹھا تھا اور ایک عالم پر چھا گیا تھا۔</w:t>
      </w:r>
    </w:p>
    <w:p>
      <w:r>
        <w:rPr>
          <w:b/>
        </w:rPr>
        <w:t xml:space="preserve">[2:55:12] </w:t>
      </w:r>
      <w:r>
        <w:t>chidiya ghar mein log hansi khushi ghoom rahe hain. achaanak zimmedaron ki taraf se ailan hota hai ke ek sher katghare se bahar aa gaya hai. is waqt is khabar ko janne ke maani kya honge?</w:t>
      </w:r>
    </w:p>
    <w:p>
      <w:pPr>
        <w:jc w:val="right"/>
      </w:pPr>
      <w:r>
        <w:t>چڑیا گھر میں لوگ ہنسی خوشی گھوم رہے ہیں۔ اچانک ذمہ داروں کی طرف سے اعلان ہوتا ہے کہ ایک شیر کٹہرے سے باہر آ گیا ہے۔ اس وقت اس خبر کو جاننے کے معنی کیا ہوں گے؟</w:t>
      </w:r>
    </w:p>
    <w:p>
      <w:r>
        <w:rPr>
          <w:b/>
        </w:rPr>
        <w:t xml:space="preserve">[2:55:25] </w:t>
      </w:r>
      <w:r>
        <w:t>sirf ek: jald se jald bhag kar sher se bachne ki koshish karna. is khabar ka ilm hote hi chidiya ghar ki tamam sargarmian sher ke masle ke gird simat aayengi.</w:t>
      </w:r>
    </w:p>
    <w:p>
      <w:pPr>
        <w:jc w:val="right"/>
      </w:pPr>
      <w:r>
        <w:t>صرف ایک: جلد سے جلد بھاگ کر شیر سے بچنے کی کوشش کرنا۔ اس خبر کا علم ہوتے ہی چڑیا گھر کی تمام سرگرمیاں شیر کے مسئلے کے گرد سمٹ آئیں گی۔</w:t>
      </w:r>
    </w:p>
    <w:p>
      <w:r>
        <w:rPr>
          <w:b/>
        </w:rPr>
        <w:t xml:space="preserve">[2:55:37] </w:t>
      </w:r>
      <w:r>
        <w:t>sher ka ilm aur sher ka khauf dono is waqt hum maani alfaaz ban jayenge. is misaal se andaza hota hai ke deeni taleem ka matlab kya hai.</w:t>
      </w:r>
    </w:p>
    <w:p>
      <w:pPr>
        <w:jc w:val="right"/>
      </w:pPr>
      <w:r>
        <w:t>شیر کا علم اور شیر کا خوف دونوں اس وقت ہم معنی الفاظ بن جائیں گے۔ اس مثال سے اندازہ ہوتا ہے کہ دینی تعلیم کا مطلب کیا ہے۔</w:t>
      </w:r>
    </w:p>
    <w:p>
      <w:r>
        <w:rPr>
          <w:b/>
        </w:rPr>
        <w:t xml:space="preserve">[2:55:47] </w:t>
      </w:r>
      <w:r>
        <w:t>deeni taleem ka maqsad bande ko us ke khuda se mutaarif karna hai.</w:t>
      </w:r>
    </w:p>
    <w:p>
      <w:pPr>
        <w:jc w:val="right"/>
      </w:pPr>
      <w:r>
        <w:t>دینی تعلیم کا مقصد بندے کو اس کے خدا سے متعارف کرنا ہے۔</w:t>
      </w:r>
    </w:p>
    <w:p>
      <w:r>
        <w:rPr>
          <w:b/>
        </w:rPr>
        <w:t xml:space="preserve">[2:55:52] </w:t>
      </w:r>
      <w:r>
        <w:t>insani shaoor ko tarbiyat dekar is satah par lana hai jahan woh apne khaliq aur malik ko jaan sake aur us ke sath woh taluq qaim kare jo haqeeqat waqe ke aitbar se matloob hai.</w:t>
      </w:r>
    </w:p>
    <w:p>
      <w:pPr>
        <w:jc w:val="right"/>
      </w:pPr>
      <w:r>
        <w:t>انسانی شعور کو تربیت دے کر اس سطح پر لانا ہے جہاں وہ اپنے خالق اور مالک کو جان سکے اور اس کے ساتھ وہ تعلق قائم کرے جو حقیقت واقعے کے اعتبار سے مطلوب ہے۔</w:t>
      </w:r>
    </w:p>
    <w:p>
      <w:r>
        <w:rPr>
          <w:b/>
        </w:rPr>
        <w:t xml:space="preserve">[2:56:04] </w:t>
      </w:r>
      <w:r>
        <w:t>yeh aagahi agar kisi ke andar paida ho jaye to is ka nateeja kya hoga? wahi waqe badar darja ziyada shiddat ke sath zahoor mein aayega jo sher ke chhootne ki khabar sun kar chidiya ghar ke zairin mein hota hai.</w:t>
      </w:r>
    </w:p>
    <w:p>
      <w:pPr>
        <w:jc w:val="right"/>
      </w:pPr>
      <w:r>
        <w:t>یہ آگاہی اگر کسی کے اندر پیدا ہو جائے تو اس کا نتیجہ کیا ہوگا؟ وہی واقعہ بدرجہ زیادہ شدت کے ساتھ ظہور میں آئے گا جو شیر کے چھوٹنے کی خبر سن کر چڑیا گھر کے زائرین میں ہوتا ہے۔</w:t>
      </w:r>
    </w:p>
    <w:p>
      <w:r>
        <w:rPr>
          <w:b/>
        </w:rPr>
        <w:t xml:space="preserve">[2:56:18] </w:t>
      </w:r>
      <w:r>
        <w:t>sher ka khaliq sher se bhi zyada taqatwar hai.</w:t>
      </w:r>
    </w:p>
    <w:p>
      <w:pPr>
        <w:jc w:val="right"/>
      </w:pPr>
      <w:r>
        <w:t>شیر کا خالق شیر سے بھی زیادہ طاقتور ہے۔</w:t>
      </w:r>
    </w:p>
    <w:p>
      <w:r>
        <w:rPr>
          <w:b/>
        </w:rPr>
        <w:t xml:space="preserve">[2:56:21] </w:t>
      </w:r>
      <w:r>
        <w:t>hum sher ko goli maar sakte hain, kisi band makan mein ghus kar sher se bach sakte hain, magar rab ul alameen ki pakad se bachne ki koi soorat nahin.</w:t>
      </w:r>
    </w:p>
    <w:p>
      <w:pPr>
        <w:jc w:val="right"/>
      </w:pPr>
      <w:r>
        <w:t>ہم شیر کو گولی مار سکتے ہیں، کسی بند مکان میں گھس کر شیر سے بچ سکتے ہیں، مگر رب العالمین کی پکڑ سے بچنے کی کوئی صورت نہیں۔</w:t>
      </w:r>
    </w:p>
    <w:p>
      <w:r>
        <w:rPr>
          <w:b/>
        </w:rPr>
        <w:t xml:space="preserve">[2:56:30] </w:t>
      </w:r>
      <w:r>
        <w:t>is liye haqeeqi deeni taleem jis mahol mein wajood mein aa jaye, woh khauf khuda ka mahol ban jayega. khuda ka ilm aur khuda ka khauf dono hum maani alfaaz ban jayenge.</w:t>
      </w:r>
    </w:p>
    <w:p>
      <w:pPr>
        <w:jc w:val="right"/>
      </w:pPr>
      <w:r>
        <w:t>اس لیے حقیقی دینی تعلیم جس ماحول میں وجود میں آ جائے، وہ خوف خدا کا ماحول بن جائے گا۔ خدا کا علم اور خدا کا خوف دونوں ہم معنی الفاظ بن جائیں گے۔</w:t>
      </w:r>
    </w:p>
    <w:p>
      <w:r>
        <w:rPr>
          <w:b/>
        </w:rPr>
        <w:t xml:space="preserve">[2:56:41] </w:t>
      </w:r>
      <w:r>
        <w:t>haqeeqat yeh hai ke jis taleemi idare mein khauf khuda ki faza paida na ho, woh aur woh aur jo kuch bhi ho, deeni taleem ka idara nahin ho sakta.</w:t>
      </w:r>
    </w:p>
    <w:p>
      <w:pPr>
        <w:jc w:val="right"/>
      </w:pPr>
      <w:r>
        <w:t>حقیقت یہ ہے کہ جس تعلیمی ادارے میں خوف خدا کی فضا پیدا نہ ہو، وہ اور وہ اور جو کچھ بھی ہو، دینی تعلیم کا ادارہ نہیں ہو سکتا۔</w:t>
      </w:r>
    </w:p>
    <w:p>
      <w:r>
        <w:rPr>
          <w:b/>
        </w:rPr>
        <w:t xml:space="preserve">[2:56:54] </w:t>
      </w:r>
      <w:r>
        <w:t>quran ki rooh se aalim wohi hai jo khuda se darne wala ho. inma yakhsha Allah min ibadihi al ulama. surah fatiha ayat 28.</w:t>
      </w:r>
    </w:p>
    <w:p>
      <w:pPr>
        <w:jc w:val="right"/>
      </w:pPr>
      <w:r>
        <w:t>قرآن کی روح سے عالم وہی ہے جو خدا سے ڈرنے والا ہو۔ انما یخش اللہ من عبادہ العلماء۔ سورہ فاتحہ آیت 28۔</w:t>
      </w:r>
    </w:p>
    <w:p>
      <w:r>
        <w:rPr>
          <w:b/>
        </w:rPr>
        <w:t xml:space="preserve">[2:57:03] </w:t>
      </w:r>
      <w:r>
        <w:t>allah se wohi bande darte hain jo ilm wale hain. nabi sallallahu alaihi wasallam ka irshad hai: "aalamkum billahi ashaddakum lahu khashyatan"</w:t>
      </w:r>
    </w:p>
    <w:p>
      <w:pPr>
        <w:jc w:val="right"/>
      </w:pPr>
      <w:r>
        <w:t>اللہ سے وہی بندے ڈرتے ہیں جو علم والے ہیں۔ نبی صلی اللہ علیہ وسلم کا ارشاد ہے: "اعلمکم باللہ اشدکم لہ خشیتا"</w:t>
      </w:r>
    </w:p>
    <w:p>
      <w:r>
        <w:rPr>
          <w:b/>
        </w:rPr>
        <w:t xml:space="preserve">[2:57:13] </w:t>
      </w:r>
      <w:r>
        <w:t>. tum mein sab se zyada aalim woh hai jo sab se zyada allah se darta hai. tafseer nasafi. yahan is silsile mein chand mazeed aqwal naqal kiye jate hain.</w:t>
      </w:r>
    </w:p>
    <w:p>
      <w:pPr>
        <w:jc w:val="right"/>
      </w:pPr>
      <w:r>
        <w:t>۔ تم میں سب سے زیادہ عالم وہ ہے جو سب سے زیادہ اللہ سے ڈرتا ہو۔ تفسیر نصفی۔ یہاں اس سلسلے میں چند مزید اقوال نقل کیے جاتے ہیں۔</w:t>
      </w:r>
    </w:p>
    <w:p>
      <w:r>
        <w:rPr>
          <w:b/>
        </w:rPr>
        <w:t xml:space="preserve">[2:57:24] </w:t>
      </w:r>
      <w:r>
        <w:t>ibn masood: "lais al ilmo bi kathrat al riwayat innamal ilmo khashyatullah". jame bayan al ilmo wa fadli. juz thani safha 25.</w:t>
      </w:r>
    </w:p>
    <w:p>
      <w:pPr>
        <w:jc w:val="right"/>
      </w:pPr>
      <w:r>
        <w:t>ابن مسعود: "لیس العلم بکثرت الروایت انما العلم خشیت اللہ"۔ جامع بیان العلم وفضلی۔ جز ثانی صفحہ 25۔</w:t>
      </w:r>
    </w:p>
    <w:p>
      <w:r>
        <w:rPr>
          <w:b/>
        </w:rPr>
        <w:t xml:space="preserve">[2:57:34] </w:t>
      </w:r>
      <w:r>
        <w:t>ilm kasrat riwayat ka naam nahin hai, ilm naam hai allah se khauf ka. mujahid: "al faqihu man khafa Allah".</w:t>
      </w:r>
    </w:p>
    <w:p>
      <w:pPr>
        <w:jc w:val="right"/>
      </w:pPr>
      <w:r>
        <w:t>علم کثرت روایت کا نام نہیں ہے، علم نام ہے اللہ سے خوف کا۔ مجاہد: "الفقیہ من خاف اللہ"۔</w:t>
      </w:r>
    </w:p>
    <w:p>
      <w:r>
        <w:rPr>
          <w:b/>
        </w:rPr>
        <w:t xml:space="preserve">[2:57:43] </w:t>
      </w:r>
      <w:r>
        <w:t>safha 49. faqih woh hai jo allah se dare. ata: "man khashya Allah fahuwa alim". page 49.</w:t>
      </w:r>
    </w:p>
    <w:p>
      <w:pPr>
        <w:jc w:val="right"/>
      </w:pPr>
      <w:r>
        <w:t>صفحہ 49۔ فقیہ وہ ہے جو اللہ سے ڈرے۔ عطا: "من خشی اللہ فہو عالم"۔ پیج 49۔</w:t>
      </w:r>
    </w:p>
    <w:p>
      <w:r>
        <w:rPr>
          <w:b/>
        </w:rPr>
        <w:t xml:space="preserve">[2:57:52] </w:t>
      </w:r>
      <w:r>
        <w:t>jo allah se dare, wohi aalim hai.</w:t>
      </w:r>
    </w:p>
    <w:p>
      <w:pPr>
        <w:jc w:val="right"/>
      </w:pPr>
      <w:r>
        <w:t>جو اللہ سے ڈرے، وہی عالم ہے۔</w:t>
      </w:r>
    </w:p>
    <w:p>
      <w:r>
        <w:rPr>
          <w:b/>
        </w:rPr>
        <w:t xml:space="preserve">[2:57:56] </w:t>
      </w:r>
      <w:r>
        <w:t>hasan basri: "al alim man khashya al rahman bil ghaib". aalim woh hai jo dekhe baghair allah se dare. maujooda islami darsgahon ko is meyar par jaancha jaye to woh is کیفیت se bilkul khali nazar aayenge.</w:t>
      </w:r>
    </w:p>
    <w:p>
      <w:pPr>
        <w:jc w:val="right"/>
      </w:pPr>
      <w:r>
        <w:t>حسن بصری: "العالم من خشی الرحمن بالغیب"۔ عالم وہ ہے جو دیکھے بغیر اللہ سے ڈرے۔ موجودہ اسلامی درسگاہوں کو اس معیار پر جانچا جائے تو وہ اس کیفیت سے بالکل خالی نظر آئیں گے۔</w:t>
      </w:r>
    </w:p>
    <w:p>
      <w:r>
        <w:rPr>
          <w:b/>
        </w:rPr>
        <w:t xml:space="preserve">[2:58:11] </w:t>
      </w:r>
      <w:r>
        <w:t>is ki wajah yeh hai ke in madarson aur darul uloomon ki buniyad khauf khuda par rakhi hi nahin gayi. in ka maqsad baaz funoon ki taleem hai aur in funoon ke ulama beharhal in idaron se kaseer tadad mein nikal rahe hain.</w:t>
      </w:r>
    </w:p>
    <w:p>
      <w:pPr>
        <w:jc w:val="right"/>
      </w:pPr>
      <w:r>
        <w:t>اس کی وجہ یہ ہے کہ ان مدرسوں اور دارالعلوموں کی بنیاد خوف خدا پر رکھی ہی نہیں گئی۔ ان کا مقصد بعض فنون کی تعلیم ہے اور ان فنون کے علماء بہرحال ان اداروں سے کثیر تعداد میں نکل رہے ہیں۔</w:t>
      </w:r>
    </w:p>
    <w:p>
      <w:r>
        <w:rPr>
          <w:b/>
        </w:rPr>
        <w:t xml:space="preserve">[2:58:25] </w:t>
      </w:r>
      <w:r>
        <w:t>apne tasis maqsad ke aitbar se mumkin hai woh kaam woh nakaam na hon, magar haqeeqi ilm deen paida karne ke aitbar se bilashuba woh mukammal taur par nakaam hain.</w:t>
      </w:r>
    </w:p>
    <w:p>
      <w:pPr>
        <w:jc w:val="right"/>
      </w:pPr>
      <w:r>
        <w:t>اپنے تاسیس مقصد کے اعتبار سے ممکن ہے وہ کام وہ ناکام نہ ہوں، مگر حقیقی علم دین پیدا کرنے کے اعتبار سے بلاشبہ وہ مکمل طور پر ناکام ہیں۔</w:t>
      </w:r>
    </w:p>
    <w:p>
      <w:r>
        <w:rPr>
          <w:b/>
        </w:rPr>
        <w:t xml:space="preserve">[2:58:36] </w:t>
      </w:r>
      <w:r>
        <w:t>imam malik ka qaul hai:</w:t>
      </w:r>
    </w:p>
    <w:p>
      <w:pPr>
        <w:jc w:val="right"/>
      </w:pPr>
      <w:r>
        <w:t>امام مالک کا قول ہے:</w:t>
      </w:r>
    </w:p>
    <w:p>
      <w:r>
        <w:rPr>
          <w:b/>
        </w:rPr>
        <w:t xml:space="preserve">[2:58:38] </w:t>
      </w:r>
      <w:r>
        <w:t>"lan yuslih akhir hadhihil ummata illa ma salah bihi awwaluha". is ummat ke akhir ki islaah bhi usi tareeqe ki pairwi se hogi jis se ummat ke awwal ki islaah hui thi.</w:t>
      </w:r>
    </w:p>
    <w:p>
      <w:pPr>
        <w:jc w:val="right"/>
      </w:pPr>
      <w:r>
        <w:t>"لن یصلح آخرہ الامت الا بما صلح بہ اولہا"۔ اس امت کے آخر کی اصلاح بھی اسی طریقے کی پیروی سے ہوگی جس سے امت کے اول کی اصلاح ہوئی تھی۔</w:t>
      </w:r>
    </w:p>
    <w:p>
      <w:r>
        <w:rPr>
          <w:b/>
        </w:rPr>
        <w:t xml:space="preserve">[2:58:49] </w:t>
      </w:r>
      <w:r>
        <w:t>yeh qaul maujooda halaat ke liye mukammal taur par saadiq aata hai. Is ummat ke ibtidaai hissay ke andar jo zindagi aur inqilaab aaya tha, woh Quran aur Rasool ke zariye aaya tha.</w:t>
      </w:r>
    </w:p>
    <w:p>
      <w:pPr>
        <w:jc w:val="right"/>
      </w:pPr>
      <w:r>
        <w:t>یہ قول موجودہ حالات کے لیے مکمل طور پر صادق آتا ہے۔ اس امت کے ابتدائی حصے کے اندر جو زندگی اور انقلاب آیا تھا، وہ قرآن اور رسول کے ذریعے آیا تھا۔</w:t>
      </w:r>
    </w:p>
    <w:p>
      <w:r>
        <w:rPr>
          <w:b/>
        </w:rPr>
        <w:t xml:space="preserve">[2:59:00] </w:t>
      </w:r>
      <w:r>
        <w:t>aaj bhi Quran aur Rasool ki sunnat ki bunyaad. Aaj bhi Quran aur Rasool ki sunnat ko bunyaad bana kar dobara ummat ke andar inqilaab laya ja sakta hai.</w:t>
      </w:r>
    </w:p>
    <w:p>
      <w:pPr>
        <w:jc w:val="right"/>
      </w:pPr>
      <w:r>
        <w:t>آج بھی قرآن اور رسول کی سنت کی بنیاد۔ آج بھی قرآن اور رسول کی سنت کو بنیاد بنا کر دوبارہ امت کے اندر انقلاب لایا جا سکتا ہے۔</w:t>
      </w:r>
    </w:p>
    <w:p>
      <w:r>
        <w:rPr>
          <w:b/>
        </w:rPr>
        <w:t xml:space="preserve">[2:59:10] </w:t>
      </w:r>
      <w:r>
        <w:t>aaj Islam ke ahyaa ke liye behtareen qabil-e-amal aaghaz yeh hai ke qadeem tarz ki darsgahain qaim ki jayen jin mein taleem ki bunyaad Quran aur seerat ho, na ke baad ke paida shuda na ke baad ke paida shuda funoon.</w:t>
      </w:r>
    </w:p>
    <w:p>
      <w:pPr>
        <w:jc w:val="right"/>
      </w:pPr>
      <w:r>
        <w:t>آج اسلام کے احیاء کے لیے بہترین قابل عمل آغاز یہ ہے کہ قدیم طرز کی درسگاہیں قائم کی جائیں جن میں تعلیم کی بنیاد قرآن اور سیرت ہو، نہ کہ بعد کے پیدا شدہ نہ کہ بعد کے پیدا شدہ فنون۔</w:t>
      </w:r>
    </w:p>
    <w:p>
      <w:r>
        <w:rPr>
          <w:b/>
        </w:rPr>
        <w:t xml:space="preserve">[2:59:26] </w:t>
      </w:r>
      <w:r>
        <w:t>zaroorat hai ke dobara daur-e-awwal ke tarz ke madaris qaim hon aur un ko bunyaad bana kar islaah-e-ummat ka kaam kiya jaye. In madaris ka nisaab bilkul saada aur ghair-fanni hona chahiye.</w:t>
      </w:r>
    </w:p>
    <w:p>
      <w:pPr>
        <w:jc w:val="right"/>
      </w:pPr>
      <w:r>
        <w:t>ضرورت ہے کہ دوبارہ دور اول کے طرز کے مدرسے قائم ہوں اور ان کو بنیاد بنا کر اصلاح امت کا کام کیا جائے۔ ان مدارس کا نصاب بالکل سادہ اور غیر فنی ہونا چاہیے۔</w:t>
      </w:r>
    </w:p>
    <w:p>
      <w:r>
        <w:rPr>
          <w:b/>
        </w:rPr>
        <w:t xml:space="preserve">[2:59:37] </w:t>
      </w:r>
      <w:r>
        <w:t>maujooda halaat ke lihaaz se hum is ko chaar marhalon par taqseem kar sakte hain. Pehla marhala: Arabi zabaan aur Quran. Doosra marhala: Hadees, seerat-e-Rasool, halaat-e-Sahaba, Islami tareekh waghera Arabi zabaan mein.</w:t>
      </w:r>
    </w:p>
    <w:p>
      <w:pPr>
        <w:jc w:val="right"/>
      </w:pPr>
      <w:r>
        <w:t>موجودہ حالات کے لحاظ سے ہم اس کو چار مرحلوں پر تقسیم کر سکتے ہیں۔ پہلا مرحلہ: عربی زبان اور قرآن۔ دوسرا مرحلہ: حدیث، سیرت رسول، حالات صحابہ، اسلامی تاریخ وغیرہ عربی زبان میں۔</w:t>
      </w:r>
    </w:p>
    <w:p>
      <w:r>
        <w:rPr>
          <w:b/>
        </w:rPr>
        <w:t xml:space="preserve">[2:59:53] </w:t>
      </w:r>
      <w:r>
        <w:t>Teesra marhala: Aalmi zabaanen, deegar mazahib aur un ki tareekh, falsafa-e-jadeed, zaroori sciencee maloomat. Chautha marhala: Ikhtisaasi mutaala kisi ek Islami mauzu par Arabi mein ek maqala tayyar karna.</w:t>
      </w:r>
    </w:p>
    <w:p>
      <w:pPr>
        <w:jc w:val="right"/>
      </w:pPr>
      <w:r>
        <w:t>تیسرا مرحلہ: عالمی زبانیں، دیگر مذاہب اور ان کی تاریخ، فلسفہ جدید، ضروری سائنسی معلومات۔ چوتھا مرحلہ: اختصاصی مطالعہ کسی ایک اسلامی موضوع پر عربی میں ایک مقالہ تیار کرنا۔</w:t>
      </w:r>
    </w:p>
    <w:p>
      <w:r>
        <w:rPr>
          <w:b/>
        </w:rPr>
        <w:t xml:space="preserve">[3:00:08] </w:t>
      </w:r>
      <w:r>
        <w:t>Is qism ka ek madrasa aala miyaar par qaim ho jaye to bilashubha woh daur-e-jadeed ka bohat bada kaam hoga. Is tareeq-e-taleem ke liye hum ko nayi nisabi kitaben waza karne ki zaroorat nahi hai.</w:t>
      </w:r>
    </w:p>
    <w:p>
      <w:pPr>
        <w:jc w:val="right"/>
      </w:pPr>
      <w:r>
        <w:t>اس قسم کا ایک مدرسہ اعلیٰ معیار پر قائم ہو جائے تو بلاشبہ وہ دور جدید کا بہت بڑا کام ہوگا۔ اس طریق تعلیم کے لیے ہم کو نئی نصابی کتابیں وضع کرنے کی ضرورت نہیں ہے۔</w:t>
      </w:r>
    </w:p>
    <w:p>
      <w:r>
        <w:rPr>
          <w:b/>
        </w:rPr>
        <w:t xml:space="preserve">[3:00:20] </w:t>
      </w:r>
      <w:r>
        <w:t>Qadeem Arabi kitabon ke zakhire se ba-asaani aisi kitaben muntakhib ki ja sakti hain jo mutalba zaroorat ko poora karne wali hon. Jahan tak deegar zabaanen aur secular uloom ka ta'alluq hai, un ke liye bhi hum ko apni alag kitaben tayyar karne ki zaroorat nahi hai.</w:t>
      </w:r>
    </w:p>
    <w:p>
      <w:pPr>
        <w:jc w:val="right"/>
      </w:pPr>
      <w:r>
        <w:t>قدیم عربی کتابوں کے ذخیرے سے باسانی ایسی کتابیں منتخب کی جا سکتی ہیں جو مطلوبہ ضرورت کو پورا کرنے والی ہوں۔ جہاں تک دیگر زبانیں اور سیکولر علوم کا تعلق ہے، ان کے لیے بھی ہم کو اپنی الگ کتابیں تیار کرنے کی ضرورت نہیں۔</w:t>
      </w:r>
    </w:p>
    <w:p>
      <w:r>
        <w:rPr>
          <w:b/>
        </w:rPr>
        <w:t xml:space="preserve">[3:00:37] </w:t>
      </w:r>
      <w:r>
        <w:t>Doosron ne in mauzu'aat par jo kitaben tayyar ki hain, un ka ek intikhaab ba-khoobi taur par hamari is zaroorat ko poora kar sakta hai. Albattah ustaad ki farahami ek mushkil kaam hoga.</w:t>
      </w:r>
    </w:p>
    <w:p>
      <w:pPr>
        <w:jc w:val="right"/>
      </w:pPr>
      <w:r>
        <w:t>دوسروں نے ان موضوعات پر جو کتابیں تیار کی ہیں، ان کا ایک انتخاب بخوبی طور پر ہماری اس ضرورت کو پورا کر سکتا ہے۔ البتہ اساتذہ کی فراہمی ایک مشکل کام ہوگا۔</w:t>
      </w:r>
    </w:p>
    <w:p>
      <w:r>
        <w:rPr>
          <w:b/>
        </w:rPr>
        <w:t xml:space="preserve">[3:00:49] </w:t>
      </w:r>
      <w:r>
        <w:t>Tahum agar grohi hadbandiyon se oopar uth kar dekha jaye to ustaad ki farahami ka masla bhi hal ho sakta hai. Sirf is ehtimaam ke saath ke un ko ba-hasiab-e-liyaaqat muawza dene ka intezaam ho</w:t>
      </w:r>
    </w:p>
    <w:p>
      <w:pPr>
        <w:jc w:val="right"/>
      </w:pPr>
      <w:r>
        <w:t>تاہم اگر گروہی حد بندیوں سے اوپر اٹھ کر دیکھا جائے تو اساتذہ کی فراہمی کا مسئلہ بھی حل ہو سکتا ہے۔ صرف اس اہتمام کے ساتھ کہ ان کو حسب لیاقت معاوضہ دینے کا انتظام ہو</w:t>
      </w:r>
    </w:p>
    <w:p>
      <w:r>
        <w:rPr>
          <w:b/>
        </w:rPr>
        <w:t xml:space="preserve">[3:01:01] </w:t>
      </w:r>
      <w:r>
        <w:t>aur un ke saath wus'at-e-zarf ka mu'aamla kiya jaye. Ajnabi deen. Kitaab: Tajdeed-e-Deen.</w:t>
      </w:r>
    </w:p>
    <w:p>
      <w:pPr>
        <w:jc w:val="right"/>
      </w:pPr>
      <w:r>
        <w:t>اور ان کے ساتھ وسعت ظرف کا معاملہ کیا جائے۔ اجنبی دین۔ کتاب: تجدید دین۔</w:t>
      </w:r>
    </w:p>
    <w:p>
      <w:r>
        <w:rPr>
          <w:b/>
        </w:rPr>
        <w:t xml:space="preserve">[3:01:11] </w:t>
      </w:r>
      <w:r>
        <w:t>Maulana Wahiduddin Khan. Safha number 84. Hazrat Abu Huraira ki riwayat hai ke Rasool Allah (SAW) ne farmaya ke Islam shuru hua to woh ajnabi tha,</w:t>
      </w:r>
    </w:p>
    <w:p>
      <w:pPr>
        <w:jc w:val="right"/>
      </w:pPr>
      <w:r>
        <w:t>مولانا وحید الدین خان۔ صفحہ نمبر 84۔ حضرت ابوہریرہ کی روایت ہے کہ رسول اللہ صلی اللہ علیہ وسلم نے فرمایا کہ اسلام شروع ہوا تو وہ اجنبی تھا،</w:t>
      </w:r>
    </w:p>
    <w:p>
      <w:r>
        <w:rPr>
          <w:b/>
        </w:rPr>
        <w:t xml:space="preserve">[3:01:31] </w:t>
      </w:r>
      <w:r>
        <w:t>dobara woh waisa hi ho jayega jaisa ke woh tha. To mubarki ho ajnabiyon ke liye. Bad'a al-islaamu ghareeban wa sa'oodu kama bada, fa-tooba lil-ghurabaa.</w:t>
      </w:r>
    </w:p>
    <w:p>
      <w:pPr>
        <w:jc w:val="right"/>
      </w:pPr>
      <w:r>
        <w:t>دوبارہ وہ ویسا ہی ہو جائے گا جیسا کہ وہ تھا۔ تو مبارکی ہو اجنبیوں کے لیے۔ بدا الاسلام غریبا وسعود کما بدا فتوب للغرباء۔</w:t>
      </w:r>
    </w:p>
    <w:p>
      <w:r>
        <w:rPr>
          <w:b/>
        </w:rPr>
        <w:t xml:space="preserve">[3:01:44] </w:t>
      </w:r>
      <w:r>
        <w:t>Rawahu Muslim. Ibtidaai zamane mein Islam kis tarah logon ke darmiyan ajnabi tha, is ki misalen Quran o Hadees se maloom ki ja sakti hain.</w:t>
      </w:r>
    </w:p>
    <w:p>
      <w:pPr>
        <w:jc w:val="right"/>
      </w:pPr>
      <w:r>
        <w:t>رواہ مسلم۔ ابتدائی زمانے میں اسلام کس طرح لوگوں کے درمیان اجنبی تھا، اس کی مثالیں قرآن و حدیث سے معلوم کی جا سکتی ہیں۔</w:t>
      </w:r>
    </w:p>
    <w:p>
      <w:r>
        <w:rPr>
          <w:b/>
        </w:rPr>
        <w:t xml:space="preserve">[3:01:57] </w:t>
      </w:r>
      <w:r>
        <w:t>Misalan Quran mein bataya gaya hai ke Rasool Allah (SAW) ne jab Makke ke mushrikeen ke saamne yeh dawat pesh ki ke ek Allah ko apna ilaah banao aur doosre ilaahon ko chhod do, to unhon ne kaha ke kya is paighambar ne kayi ilaah ki jagah ek ilaah kar diya?</w:t>
      </w:r>
    </w:p>
    <w:p>
      <w:pPr>
        <w:jc w:val="right"/>
      </w:pPr>
      <w:r>
        <w:t>مثلاً قرآن میں بتایا گیا ہے کہ رسول اللہ صلی اللہ علیہ وسلم نے جب مکے کے مشرکین کے سامنے یہ دعوت پیش کی کہ ایک اللہ کو اپنا الہ بناؤ اور دوسرے الہوں کو چھوڑ دو، تو انہوں نے کہا کہ کیا اس پیغمبر نے کئی الہ کی جگہ ایک الہ کر دیا؟</w:t>
      </w:r>
    </w:p>
    <w:p>
      <w:r>
        <w:rPr>
          <w:b/>
        </w:rPr>
        <w:t xml:space="preserve">[3:02:20] </w:t>
      </w:r>
      <w:r>
        <w:t>Yeh to bari ajeeb baat hai. Surah Saad aayat paanch.</w:t>
      </w:r>
    </w:p>
    <w:p>
      <w:pPr>
        <w:jc w:val="right"/>
      </w:pPr>
      <w:r>
        <w:t>یہ تو بڑی عجیب بات ہے۔ سورہ صاد آیت پانچ۔</w:t>
      </w:r>
    </w:p>
    <w:p>
      <w:r>
        <w:rPr>
          <w:b/>
        </w:rPr>
        <w:t xml:space="preserve">[3:02:26] </w:t>
      </w:r>
      <w:r>
        <w:t>Makke ke mushrikeen Allah ko maante the, usi ke saath unhon ne apne buzurgon ko bhi ooncha darja de rakha tha. Un ke but bana kar woh un ko poojte the.</w:t>
      </w:r>
    </w:p>
    <w:p>
      <w:pPr>
        <w:jc w:val="right"/>
      </w:pPr>
      <w:r>
        <w:t>مکے کے مشرکین اللہ کو مانتے تھے، اسی کے ساتھ انہوں نے اپنے بزرگوں کو بھی اونچا درجہ دے رکھا تھا۔ ان کے بت بنا کر وہ ان کو پوجتے تھے۔</w:t>
      </w:r>
    </w:p>
    <w:p>
      <w:r>
        <w:rPr>
          <w:b/>
        </w:rPr>
        <w:t xml:space="preserve">[3:02:40] </w:t>
      </w:r>
      <w:r>
        <w:t>Paighambar-e-Islam ne jab ek Allah ke siwa har ek ki badai ka inkaar kiya to yeh baat unhein ajnabi aur naamanaamosh maloom hone lagi.</w:t>
      </w:r>
    </w:p>
    <w:p>
      <w:pPr>
        <w:jc w:val="right"/>
      </w:pPr>
      <w:r>
        <w:t>پیغمبر اسلام نے جب ایک اللہ کے سوا ہر ایک کی بڑائی کا انکار کیا تو یہ بات انہیں اجنبی اور نامانوس معلوم ہونے لگی۔</w:t>
      </w:r>
    </w:p>
    <w:p>
      <w:r>
        <w:rPr>
          <w:b/>
        </w:rPr>
        <w:t xml:space="preserve">[3:02:51] </w:t>
      </w:r>
      <w:r>
        <w:t>Isi tarah ek misaal yeh hai ke Islam se pehle jahiliyat ke zamane mein Arab ke log miraas mein auraton ka koi hissa nahi samajhte the.</w:t>
      </w:r>
    </w:p>
    <w:p>
      <w:pPr>
        <w:jc w:val="right"/>
      </w:pPr>
      <w:r>
        <w:t>اسی طرح ایک مثال یہ ہے کہ اسلام سے پہلے جاہلیت کے زمانے میں عرب کے لوگ میراث میں عورتوں کا کوئی حصہ نہیں سمجھتے تھے۔</w:t>
      </w:r>
    </w:p>
    <w:p>
      <w:r>
        <w:rPr>
          <w:b/>
        </w:rPr>
        <w:t xml:space="preserve">[3:03:02] </w:t>
      </w:r>
      <w:r>
        <w:t>Jab Quran mein yeh hukum aaya ke ek mard ka hissa do auraton ke hisse ke barabar hai, li-dh-dhakari mithlu haththayni, to unhein apne zehan ke aitbaar se yeh baat bohat ajeeb maloom hui.</w:t>
      </w:r>
    </w:p>
    <w:p>
      <w:pPr>
        <w:jc w:val="right"/>
      </w:pPr>
      <w:r>
        <w:t>جب قرآن میں یہ حکم آیا کہ ایک مرد کا حصہ دو عورتوں کے حصے کے برابر ہے، لذکری مثل حظین، تو انہیں اپنے ذہن کے اعتبار سے یہ بات بہت عجیب معلوم ہوئی۔</w:t>
      </w:r>
    </w:p>
    <w:p>
      <w:r>
        <w:rPr>
          <w:b/>
        </w:rPr>
        <w:t xml:space="preserve">[3:03:18] </w:t>
      </w:r>
      <w:r>
        <w:t>Unhon ne kaha ke aye Allah ke Rasool! Kya aurat apne baap ke tarke mein aadhi ki haqdaar hai, halaan ke woh na ghode ki sawari karti hai aur na dushman se lad sakti hai?</w:t>
      </w:r>
    </w:p>
    <w:p>
      <w:pPr>
        <w:jc w:val="right"/>
      </w:pPr>
      <w:r>
        <w:t>انہوں نے کہا کہ اے خدا کے رسول! کیا عورت اپنے باپ کے ترکے میں ادھی کی حقدار ہے، حالانکہ وہ نہ گھوڑے کی سواری کرتی ہے اور نہ دشمن سے لڑ سکتی ہے؟</w:t>
      </w:r>
    </w:p>
    <w:p>
      <w:r>
        <w:rPr>
          <w:b/>
        </w:rPr>
        <w:t xml:space="preserve">[3:03:32] </w:t>
      </w:r>
      <w:r>
        <w:t>Ya Rasool Allah! A-ta'lu jariya nisf ma taraka aboha wa laysa tarkabu al-faras wa la tuqatilu al-qawm.</w:t>
      </w:r>
    </w:p>
    <w:p>
      <w:pPr>
        <w:jc w:val="right"/>
      </w:pPr>
      <w:r>
        <w:t>یا رسول اللہ! تعطل جاریہ نصف ما ترک ابوہا ولیس تركب الفرس ولا تقاتل القوم۔</w:t>
      </w:r>
    </w:p>
    <w:p>
      <w:r>
        <w:rPr>
          <w:b/>
        </w:rPr>
        <w:t xml:space="preserve">[3:03:43] </w:t>
      </w:r>
      <w:r>
        <w:t>Tafseer Ibn Kathir al-Juz al-Awwal safha 458.</w:t>
      </w:r>
    </w:p>
    <w:p>
      <w:pPr>
        <w:jc w:val="right"/>
      </w:pPr>
      <w:r>
        <w:t>تفسیر ابن کثیر الجز الاول صفحہ 458۔</w:t>
      </w:r>
    </w:p>
    <w:p>
      <w:r>
        <w:rPr>
          <w:b/>
        </w:rPr>
        <w:t xml:space="preserve">[3:03:49] </w:t>
      </w:r>
      <w:r>
        <w:t>Hadees ki peshangoi ke mutabiq deen aaj dobara isi ajnabi haalat ko pahunch chuka hai jaisa ke woh pehle tha.</w:t>
      </w:r>
    </w:p>
    <w:p>
      <w:pPr>
        <w:jc w:val="right"/>
      </w:pPr>
      <w:r>
        <w:t>حدیث کی پیشن گوئی کے مطابق دین آج دوبارہ اسی اجنبی حالت کو پہنچ چکا ہے جیسا کہ وہ پہلے تھا۔</w:t>
      </w:r>
    </w:p>
    <w:p>
      <w:r>
        <w:rPr>
          <w:b/>
        </w:rPr>
        <w:t xml:space="preserve">[3:03:59] </w:t>
      </w:r>
      <w:r>
        <w:t>Maujooda musalmanon mein aaj khalis tauheed ajnabi cheez ban chuki hai. Woh sirf is tauheed ko jaante hain jis mein Allah ki azmat ke saath un ke apne badoon ko bhi shareek-e-azmat kiya gaya ho.</w:t>
      </w:r>
    </w:p>
    <w:p>
      <w:pPr>
        <w:jc w:val="right"/>
      </w:pPr>
      <w:r>
        <w:t>موجودہ مسلمانوں میں آج خالص توحید اجنبی چیز بن چکی ہے۔ وہ صرف اس توحید کو جانتے ہیں جس میں اللہ کی عظمت کے ساتھ ان کے اپنے بڑوں کو بھی شریک عظمت کیا گیا ہو۔</w:t>
      </w:r>
    </w:p>
    <w:p>
      <w:r>
        <w:rPr>
          <w:b/>
        </w:rPr>
        <w:t xml:space="preserve">[3:04:14] </w:t>
      </w:r>
      <w:r>
        <w:t>woh sirf is deen se maanoos hain jis mein un ke buzurgon ko bhi isi tarah tanqeed se balatar rakha gaya ho jis tarah peghambar khuda tanqeed se balatar hain.</w:t>
      </w:r>
    </w:p>
    <w:p>
      <w:pPr>
        <w:jc w:val="right"/>
      </w:pPr>
      <w:r>
        <w:t>وہ صرف اس دین سے مانوس ہیں جس میں ان کے بزرگوں کو بھی اسی طرح تنقید سے بالاتر رکھا گیا ہو جس طرح پیغمبر خدا تنقید سے بالاتر ہیں۔</w:t>
      </w:r>
    </w:p>
    <w:p>
      <w:r>
        <w:rPr>
          <w:b/>
        </w:rPr>
        <w:t xml:space="preserve">[3:04:28] </w:t>
      </w:r>
      <w:r>
        <w:t>isi tarah shariat ke naam se woh sirf apni khwahishon ki shariat ko jante hain jis ko unhon ne bator khud apne mizaj ke mutabiq bana liya hai.</w:t>
      </w:r>
    </w:p>
    <w:p>
      <w:pPr>
        <w:jc w:val="right"/>
      </w:pPr>
      <w:r>
        <w:t>اسی طرح شریعت کے نام سے وہ صرف اپنی خواہشوں کی شریعت کو جانتے ہیں جس کو انہوں نے بطور خود اپنے مزاج کے مطابق بنا لیا ہے۔</w:t>
      </w:r>
    </w:p>
    <w:p>
      <w:r>
        <w:rPr>
          <w:b/>
        </w:rPr>
        <w:t xml:space="preserve">[3:04:39] </w:t>
      </w:r>
      <w:r>
        <w:t>woh aisi shariat se waqif nahi jo un ke mizaj ke khilaf ho aur un ki khwahishon par rok lagati ho.</w:t>
      </w:r>
    </w:p>
    <w:p>
      <w:pPr>
        <w:jc w:val="right"/>
      </w:pPr>
      <w:r>
        <w:t>وہ ایسی شریعت سے واقف نہیں جو ان کے مزاج کے خلاف ہو اور ان کی خواہشوں پر روک لگاتی ہو۔</w:t>
      </w:r>
    </w:p>
    <w:p>
      <w:r>
        <w:rPr>
          <w:b/>
        </w:rPr>
        <w:t xml:space="preserve">[3:04:48] </w:t>
      </w:r>
      <w:r>
        <w:t>misalan taqreebat ko islami sadgi ke sath ada karna, sunnat ke tareeqay par nikah aur talaq ka mamla karna, auraton ko un ka muqarrar hissa ada karna,</w:t>
      </w:r>
    </w:p>
    <w:p>
      <w:pPr>
        <w:jc w:val="right"/>
      </w:pPr>
      <w:r>
        <w:t>مثلاً تقریبات کو اسلامی سادگی کے ساتھ ادا کرنا، سنت کے طریقے پر نکاح اور طلاق کا معاملہ کرنا، عورتوں کو ان کا مقررہ حصہ ادا کرنا،</w:t>
      </w:r>
    </w:p>
    <w:p>
      <w:r>
        <w:rPr>
          <w:b/>
        </w:rPr>
        <w:t xml:space="preserve">[3:05:02] </w:t>
      </w:r>
      <w:r>
        <w:t>maal aur jaidad ke mamlaat mein sharai ahkam par amal karna waghera.</w:t>
      </w:r>
    </w:p>
    <w:p>
      <w:pPr>
        <w:jc w:val="right"/>
      </w:pPr>
      <w:r>
        <w:t>مال اور جائیداد کے معاملات میں شرعی احکام پر عمل کرنا وغیرہ۔</w:t>
      </w:r>
    </w:p>
    <w:p>
      <w:r>
        <w:rPr>
          <w:b/>
        </w:rPr>
        <w:t xml:space="preserve">[3:05:08] </w:t>
      </w:r>
      <w:r>
        <w:t>is qism ki shariat un ki nazar mein bilkul ajnabi hai. yahi aaj deen ke tamam pehluon ka haal hai. maujooda musalman deen ke naam se sirf bigray hue deen ko jante hain.</w:t>
      </w:r>
    </w:p>
    <w:p>
      <w:pPr>
        <w:jc w:val="right"/>
      </w:pPr>
      <w:r>
        <w:t>اس قسم کی شریعت ان کی نظر میں بالکل اجنبی ہے۔ یہی آج دین کے تمام پہلوؤں کا حال ہے۔ موجودہ مسلمان دین کے نام سے صرف بگڑے ہوئے دین کو جانتے ہیں۔</w:t>
      </w:r>
    </w:p>
    <w:p>
      <w:r>
        <w:rPr>
          <w:b/>
        </w:rPr>
        <w:t xml:space="preserve">[3:05:22] </w:t>
      </w:r>
      <w:r>
        <w:t>woh deen ko is ki asli surat mein nahi pehchante. woh kalma goi ko jante hain magar woh marifat eimani ko nahi jante.</w:t>
      </w:r>
    </w:p>
    <w:p>
      <w:pPr>
        <w:jc w:val="right"/>
      </w:pPr>
      <w:r>
        <w:t>وہ دین کو اس کی اصلی صورت میں نہیں پہچانتے۔ وہ کلمہ گوئی کو جانتے ہیں مگر وہ معرفت ایمانی کو نہیں جانتے۔</w:t>
      </w:r>
    </w:p>
    <w:p>
      <w:r>
        <w:rPr>
          <w:b/>
        </w:rPr>
        <w:t xml:space="preserve">[3:05:33] </w:t>
      </w:r>
      <w:r>
        <w:t>woh deen ke kammiati pehlu se waqif hain magar woh deen ke kaifiati pehlu se aashna nahi. woh munazra bazi ke mahir hain magar dawat aur daiana zimmedari ki unhein khabar nahi.</w:t>
      </w:r>
    </w:p>
    <w:p>
      <w:pPr>
        <w:jc w:val="right"/>
      </w:pPr>
      <w:r>
        <w:t>وہ دین کے کمیتی پہلو سے واقف ہیں مگر وہ دین کے کیفیاتی پہلو سے آشنا نہیں۔ وہ مناظرہ بازی کے ماہر ہیں مگر دعوت اور داعیانہ ذمہ داری کی انہیں خبر نہیں۔</w:t>
      </w:r>
    </w:p>
    <w:p>
      <w:r>
        <w:rPr>
          <w:b/>
        </w:rPr>
        <w:t xml:space="preserve">[3:05:49] </w:t>
      </w:r>
      <w:r>
        <w:t>rasool ko سرمایہ fakhr samajhna unhein khoob maloom hai magar rasool ko markaz ittaba aur uswa e hasna samajhna unhein maloom nahi.</w:t>
      </w:r>
    </w:p>
    <w:p>
      <w:pPr>
        <w:jc w:val="right"/>
      </w:pPr>
      <w:r>
        <w:t>رسول کو سرمایہ فخر سمجھنا انہیں خوب معلوم ہے مگر رسول کو مرکز اتباع اور اسوہ حسنہ سمجھنا انہیں معلوم نہیں۔</w:t>
      </w:r>
    </w:p>
    <w:p>
      <w:r>
        <w:rPr>
          <w:b/>
        </w:rPr>
        <w:t xml:space="preserve">[3:06:00] </w:t>
      </w:r>
      <w:r>
        <w:t>un ke rehnamaon ko maloom hai ke woh doosron ko apne masail ka zimmedar thahra kar un ke khilaf mutaliba aur ehtijaj ki muhim chalayein magar un ke kisi bhi rehnama ko is haqeeqat ka ilm nahi ke masail hamesha qaum ki dakhli kamzoriyon se paida hote hain na ke doosron ki sazish aur zulm se.</w:t>
      </w:r>
    </w:p>
    <w:p>
      <w:pPr>
        <w:jc w:val="right"/>
      </w:pPr>
      <w:r>
        <w:t>ان کے رہنماؤں کو معلوم ہے کہ وہ دوسروں کو اپنے مسائل کا ذمہ دار ٹھہرا کر ان کے خلاف مطالبہ اور احتجاج کی مہم چلائیں مگر ان کے کسی بھی رہنما کو اس حقیقت کا علم نہیں کہ مسائل ہمیشہ قوم کی داخلی کمزوریوں سے پیدا ہوتے ہیں نہ کہ دوسروں کی سازش اور ظلم سے۔</w:t>
      </w:r>
    </w:p>
    <w:p>
      <w:r>
        <w:rPr>
          <w:b/>
        </w:rPr>
        <w:t xml:space="preserve">[3:06:23] </w:t>
      </w:r>
      <w:r>
        <w:t>un halaat mein islah o tajdeed ka asal kaam yeh hai ke jo deen logon ki nazar mein ajnabi ban gaya hai, us ko dobara logon ke liye maaroof aur ma'loom deen bana diya jaye.</w:t>
      </w:r>
    </w:p>
    <w:p>
      <w:pPr>
        <w:jc w:val="right"/>
      </w:pPr>
      <w:r>
        <w:t>ان حالات میں اصلاح و تجدید کا اصل کام یہ ہے کہ جو دین لوگوں کی نظر میں اجنبی بن گیا ہے، اس کو دوبارہ لوگوں کے لیے معروف اور معلوم دین بنا دیا جائے۔</w:t>
      </w:r>
    </w:p>
    <w:p>
      <w:r>
        <w:rPr>
          <w:b/>
        </w:rPr>
        <w:t xml:space="preserve">[3:06:37] </w:t>
      </w:r>
      <w:r>
        <w:t>logon ke zehn o fikr ki islah kar ke unhein is qabil bana diya jaye ke woh deen ko is ki asal surat mein dekhne lagein.</w:t>
      </w:r>
    </w:p>
    <w:p>
      <w:pPr>
        <w:jc w:val="right"/>
      </w:pPr>
      <w:r>
        <w:t>لوگوں کے ذہن و فکر کی اصلاح کر کے انہیں اس قابل بنا دیا جائے کہ وہ دین کو اس کی اصل صورت میں دیکھنے لگیں۔</w:t>
      </w:r>
    </w:p>
    <w:p>
      <w:r>
        <w:rPr>
          <w:b/>
        </w:rPr>
        <w:t xml:space="preserve">[3:06:50] </w:t>
      </w:r>
      <w:r>
        <w:t>peghambar ki misal: kitab: tajdeed deen. maulana wahiduddin khan. safha number 85.</w:t>
      </w:r>
    </w:p>
    <w:p>
      <w:pPr>
        <w:jc w:val="right"/>
      </w:pPr>
      <w:r>
        <w:t>پیغمبر کی مثال: کتاب: تجدید دین۔ مولانا وحید الدین خان۔ صفحہ نمبر 85۔</w:t>
      </w:r>
    </w:p>
    <w:p>
      <w:r>
        <w:rPr>
          <w:b/>
        </w:rPr>
        <w:t xml:space="preserve">[3:07:04] </w:t>
      </w:r>
      <w:r>
        <w:t>tajdeed deen ka matlab tajdeed siyasat nahi aur na is ka matlab kisi qism ki almi hukumat qaim karna hai.</w:t>
      </w:r>
    </w:p>
    <w:p>
      <w:pPr>
        <w:jc w:val="right"/>
      </w:pPr>
      <w:r>
        <w:t>تجدید دین کا مطلب تجدید سیاست نہیں اور نہ اس کا مطلب کسی قسم کی عالمی حکومت قائم کرنا ہے۔</w:t>
      </w:r>
    </w:p>
    <w:p>
      <w:r>
        <w:rPr>
          <w:b/>
        </w:rPr>
        <w:t xml:space="preserve">[3:07:14] </w:t>
      </w:r>
      <w:r>
        <w:t>is ka matlab yeh hai ke khuda ke utare hue deen ko dobara is ki ibtidai aur asli surat mein be naqab kar dena.</w:t>
      </w:r>
    </w:p>
    <w:p>
      <w:pPr>
        <w:jc w:val="right"/>
      </w:pPr>
      <w:r>
        <w:t>اس کا مطلب یہ ہے کہ خدا کے اتارے ہوئے دین کو دوبارہ اس کی ابتدائی اور اصلی صورت میں بے نقاب کر دینا۔</w:t>
      </w:r>
    </w:p>
    <w:p>
      <w:r>
        <w:rPr>
          <w:b/>
        </w:rPr>
        <w:t xml:space="preserve">[3:07:25] </w:t>
      </w:r>
      <w:r>
        <w:t>is mamle ko samajhne ke liye quran ki aik ayat ka mutala kijye: ولما جاء عیسیٰ بالبینات قال: قد جئتکم بالحکمۃ۔</w:t>
      </w:r>
    </w:p>
    <w:p>
      <w:pPr>
        <w:jc w:val="right"/>
      </w:pPr>
      <w:r>
        <w:t>اس معاملے کو سمجھنے کے لیے قرآن کی ایک آیت کا مطالعہ کیجئے: ولما جاء عیسیٰ بالبینات قال: قد جئتکم بالحکمۃ۔</w:t>
      </w:r>
    </w:p>
    <w:p>
      <w:r>
        <w:rPr>
          <w:b/>
        </w:rPr>
        <w:t xml:space="preserve">[3:07:37] </w:t>
      </w:r>
      <w:r>
        <w:t>قال: قد جئتکم بالحکمۃ ولابین لکم بعض الذی تختلفون فیہ۔ فاتقوا اللہ واطيعون۔</w:t>
      </w:r>
    </w:p>
    <w:p>
      <w:pPr>
        <w:jc w:val="right"/>
      </w:pPr>
      <w:r>
        <w:t>قال: قد جئتکم بالحکمۃ ولابین لکم بعض الذی تختلفون فیہ۔ فاتقوا اللہ واطيعون۔</w:t>
      </w:r>
    </w:p>
    <w:p>
      <w:r>
        <w:rPr>
          <w:b/>
        </w:rPr>
        <w:t xml:space="preserve">[3:07:47] </w:t>
      </w:r>
      <w:r>
        <w:t>in</w:t>
      </w:r>
    </w:p>
    <w:p>
      <w:pPr>
        <w:jc w:val="right"/>
      </w:pPr>
      <w:r>
        <w:t>ان</w:t>
      </w:r>
    </w:p>
    <w:p>
      <w:r>
        <w:rPr>
          <w:b/>
        </w:rPr>
        <w:t xml:space="preserve">[3:07:48] </w:t>
      </w:r>
      <w:r>
        <w:t>اللہھو ربی وربکم فاعبدو۔ هذا صراط مستقیم۔ الزخرف 63 تا 64۔</w:t>
      </w:r>
    </w:p>
    <w:p>
      <w:pPr>
        <w:jc w:val="right"/>
      </w:pPr>
      <w:r>
        <w:t>اللہھو ربی وربکم فاعبدو۔ هذا صراط مستقیم۔ الزخرف 63 تا 64۔</w:t>
      </w:r>
    </w:p>
    <w:p>
      <w:r>
        <w:rPr>
          <w:b/>
        </w:rPr>
        <w:t xml:space="preserve">[3:08:01] </w:t>
      </w:r>
      <w:r>
        <w:t>aur jab eisa khuli nishaniyon ke sath aaye, unhon ne kaha ke main tumhare pas hikmat le kar aaya hoon aur taake main tum par baaz baatein wazeh kar doon jin mein tum ikhtilaf kar rahe ho.</w:t>
      </w:r>
    </w:p>
    <w:p>
      <w:pPr>
        <w:jc w:val="right"/>
      </w:pPr>
      <w:r>
        <w:t>اور جب عیسیٰ کھلی نشانیوں کے ساتھ آئے، انہوں نے کہا کہ میں تمہارے پاس حکمت لے کر آیا ہوں اور تاکہ میں تم پر بعض باتیں واضح کر دوں جن میں تم اختلاف کر رہے ہو۔</w:t>
      </w:r>
    </w:p>
    <w:p>
      <w:r>
        <w:rPr>
          <w:b/>
        </w:rPr>
        <w:t xml:space="preserve">[3:08:17] </w:t>
      </w:r>
      <w:r>
        <w:t>pas tum allah se daro aur meri itaat karo. beshak allah hi mera rab hai aur tumhara rab bhi. to tum usi ki ibadat karo.</w:t>
      </w:r>
    </w:p>
    <w:p>
      <w:pPr>
        <w:jc w:val="right"/>
      </w:pPr>
      <w:r>
        <w:t>پس تم اللہ سے ڈرو اور میری اطاعت کرو۔ بے شک اللہ ہی میرا رب ہے اور تمہارا رب بھی۔ تو تم اسی کی عبادت کرو۔</w:t>
      </w:r>
    </w:p>
    <w:p>
      <w:r>
        <w:rPr>
          <w:b/>
        </w:rPr>
        <w:t xml:space="preserve">[3:08:27] </w:t>
      </w:r>
      <w:r>
        <w:t>yahi seedha rasta hai. is ayat mein hikmat se murad rooh e deen hai. hazrat musa alaihissalam ne jo deen bani israel ko diya tha, us ki rooh ko bani israel ne kho diya tha.</w:t>
      </w:r>
    </w:p>
    <w:p>
      <w:pPr>
        <w:jc w:val="right"/>
      </w:pPr>
      <w:r>
        <w:t>یہی سیدھا راستہ ہے۔ اس آیت میں حکمت سے مراد روح دین ہے۔ حضرت موسیٰ علیہ السلام نے جو دین بنی اسرائیل کو دیا تھا، اس کی روح کو بنی اسرائیل نے کھو دیا تھا۔</w:t>
      </w:r>
    </w:p>
    <w:p>
      <w:r>
        <w:rPr>
          <w:b/>
        </w:rPr>
        <w:t xml:space="preserve">[3:08:43] </w:t>
      </w:r>
      <w:r>
        <w:t>woh is ke baaz zahir aur rusoom se lapte hue thay aur isi ko musa ka deen samajhte thay. hazrat eisa ne deen ki asli rooh se bani israel ko aagah karne ki koshish ki.</w:t>
      </w:r>
    </w:p>
    <w:p>
      <w:pPr>
        <w:jc w:val="right"/>
      </w:pPr>
      <w:r>
        <w:t>وہ اس کے بعض ظواہر اور رسوم سے لپٹے ہوئے تھے اور اسی کو موسیٰ کا دین سمجھتے تھے۔ حضرت عیسیٰ نے دین کی اصل روح سے بنی اسرائیل کو آگاہ کرنے کی کوشش کی۔</w:t>
      </w:r>
    </w:p>
    <w:p>
      <w:r>
        <w:rPr>
          <w:b/>
        </w:rPr>
        <w:t xml:space="preserve">[3:08:57] </w:t>
      </w:r>
      <w:r>
        <w:t>hazrat eisa ke is mission ki aik jhalak maujooda muharraf anjeel mein bhi dekhi ja sakti hai. is aitbar se hazrat masih goya deen e musavi ke mujaddid thay.</w:t>
      </w:r>
    </w:p>
    <w:p>
      <w:pPr>
        <w:jc w:val="right"/>
      </w:pPr>
      <w:r>
        <w:t>حضرت عیسیٰ کے اس مشن کی ایک جھلک موجودہ محرف انجیل میں بھی دیکھی جا سکتی ہے۔ اس اعتبار سے حضرت مسیح گویا دین موسوی کے مجدد تھے۔</w:t>
      </w:r>
    </w:p>
    <w:p>
      <w:r>
        <w:rPr>
          <w:b/>
        </w:rPr>
        <w:t xml:space="preserve">[3:09:11] </w:t>
      </w:r>
      <w:r>
        <w:t>unhon ne hazrat musa ke laye hue deen ko asar e noo zinda karne ki koshish ki. hazrat eisa ke tajdidi kaam ki is misal se samjha ja sakta hai ke tajdeed kya hai aur is ke liye kis qism ki jahad karne ki zaroorat hai.</w:t>
      </w:r>
    </w:p>
    <w:p>
      <w:pPr>
        <w:jc w:val="right"/>
      </w:pPr>
      <w:r>
        <w:t>انہوں نے حضرت موسیٰ کے لائے ہوئے دین کو اثر نوع زندہ کرنے کی کوشش کی۔ حضرت عیسیٰ کے تجدیدی کام کی اس مثال سے سمجھا جا سکتا ہے کہ تجدید کیا ہے اور اس کے لیے کس قسم کی جدوجہد کرنے کی ضرورت ہے۔</w:t>
      </w:r>
    </w:p>
    <w:p>
      <w:r>
        <w:rPr>
          <w:b/>
        </w:rPr>
        <w:t xml:space="preserve">[3:09:30] </w:t>
      </w:r>
      <w:r>
        <w:t>tajdeed deen ka kaam buniyadi taur par hikmat deen ko zindah karne ka naam hai.</w:t>
      </w:r>
    </w:p>
    <w:p>
      <w:pPr>
        <w:jc w:val="right"/>
      </w:pPr>
      <w:r>
        <w:t>تجدید دین کا کام بنیادی طور پر حکمت دین کو زندہ کرنے کا نام ہے۔</w:t>
      </w:r>
    </w:p>
    <w:p>
      <w:r>
        <w:rPr>
          <w:b/>
        </w:rPr>
        <w:t xml:space="preserve">[3:09:37] </w:t>
      </w:r>
      <w:r>
        <w:t>deen mein jab bhi bigaad aata hai, woh zyada tar isi surat mein aata hai ke deen ki asal haqeeqat gum ho jati hai. Albattah is ki kuch zahiri shakalain ya kuch kharji mazahir logon ke darmiyan baqi rehte hain.</w:t>
      </w:r>
    </w:p>
    <w:p>
      <w:pPr>
        <w:jc w:val="right"/>
      </w:pPr>
      <w:r>
        <w:t>دین میں جب بھی بگاڑ آتا ہے، وہ زیادہ تر اسی صورت میں آتا ہے کہ دین کی اصل حقیقت گم ہو جاتی ہے۔ البتہ اس کی کچھ ظاہری شکلیں یا کچھ خارجی مظاہر لوگوں کے درمیان باقی رہتے ہیں۔</w:t>
      </w:r>
    </w:p>
    <w:p>
      <w:r>
        <w:rPr>
          <w:b/>
        </w:rPr>
        <w:t xml:space="preserve">[3:09:53] </w:t>
      </w:r>
      <w:r>
        <w:t>in zahir ka baqi rehna aisa hi hai jaise kisi insaan ke andar se is ki rooh ka nikal jana aur is ke jism ka baqi rehna.</w:t>
      </w:r>
    </w:p>
    <w:p>
      <w:pPr>
        <w:jc w:val="right"/>
      </w:pPr>
      <w:r>
        <w:t>ان ظواہر کا باقی رہنا ایسا ہی ہے جیسے کسی انسان کے اندر سے اس کی روح کا نکل جانا اور اس کے جسم کا باقی رہنا۔</w:t>
      </w:r>
    </w:p>
    <w:p>
      <w:r>
        <w:rPr>
          <w:b/>
        </w:rPr>
        <w:t xml:space="preserve">[3:10:03] </w:t>
      </w:r>
      <w:r>
        <w:t>is qism ka jism insaan nahi hota. Isi tarah rusoom o zahir ka majmooa woh deen nahi hota jo Allah taala ko matloob ho.</w:t>
      </w:r>
    </w:p>
    <w:p>
      <w:pPr>
        <w:jc w:val="right"/>
      </w:pPr>
      <w:r>
        <w:t>اس قسم کا جسم انسان نہیں ہوتا۔ اسی طرح رسوم و ظواہر کا مجموعہ وہ دین نہیں ہوتا جو اللہ تعالیٰ کو مطلوب ہو۔</w:t>
      </w:r>
    </w:p>
    <w:p>
      <w:r>
        <w:rPr>
          <w:b/>
        </w:rPr>
        <w:t xml:space="preserve">[3:10:14] </w:t>
      </w:r>
      <w:r>
        <w:t>is waqt tajdeedi kaam yeh hota hai ke deen ki asal rooh ko dobara zindah logon ke andar paida kiya jaye taake murda jism zindah jism ban jaye, taake sookha drakht shaadab drakht ban jaye,</w:t>
      </w:r>
    </w:p>
    <w:p>
      <w:pPr>
        <w:jc w:val="right"/>
      </w:pPr>
      <w:r>
        <w:t>اس وقت تجدیدی کام یہ ہوتا ہے کہ دین کی اصل روح کو دوبارہ زندہ لوگوں کے اندر پیدا کیا جائے تاکہ مردہ جسم زندہ جسم بن جائے، تاکہ سوکھا درخت شاداب درخت بن جائے،</w:t>
      </w:r>
    </w:p>
    <w:p>
      <w:r>
        <w:rPr>
          <w:b/>
        </w:rPr>
        <w:t xml:space="preserve">[3:10:31] </w:t>
      </w:r>
      <w:r>
        <w:t>taake be rooh deendari rooh se bhari hui deendari ki surat ikhtiyar kar le.</w:t>
      </w:r>
    </w:p>
    <w:p>
      <w:pPr>
        <w:jc w:val="right"/>
      </w:pPr>
      <w:r>
        <w:t>تاکہ بے روح دینداری روح سے بھری ہوئی دینداری کی صورت اختیار کر لے۔</w:t>
      </w:r>
    </w:p>
    <w:p>
      <w:r>
        <w:rPr>
          <w:b/>
        </w:rPr>
        <w:t xml:space="preserve">[3:10:39] </w:t>
      </w:r>
      <w:r>
        <w:t>aaj musalmanon mein zahir deen ki raunaqain hain magar un mein haqeeqat deen ki hararat nahi. Un ke yahan alfaaz ke hangamay hain magar marfat ki khamoshi nahi.</w:t>
      </w:r>
    </w:p>
    <w:p>
      <w:pPr>
        <w:jc w:val="right"/>
      </w:pPr>
      <w:r>
        <w:t>آج مسلمانوں میں ظواہر دین کی رونقیں ہیں مگر ان میں حقیقت دین کی حرارت نہیں۔ ان کے یہاں الفاظ کے ہنگامے ہیں مگر معرفت کی خاموشی نہیں۔</w:t>
      </w:r>
    </w:p>
    <w:p>
      <w:r>
        <w:rPr>
          <w:b/>
        </w:rPr>
        <w:t xml:space="preserve">[3:10:53] </w:t>
      </w:r>
      <w:r>
        <w:t>insaan ko dikhai dene wali sargarmiyon ki dhoom hai magar is amal ka wajood nahi jo Khuda ki nazar mein aham ho aur jis ko lene ke liye Khuda ke farishtay daud padain.</w:t>
      </w:r>
    </w:p>
    <w:p>
      <w:pPr>
        <w:jc w:val="right"/>
      </w:pPr>
      <w:r>
        <w:t>انسان کو دکھائی دینے والی سرگرمیوں کی دھوم ہے مگر اس عمل کا وجود نہیں جو خدا کی نظر میں اہم ہو اور جس کو لینے کے لیے خدا کے فرشتے دوڑ پڑیں۔</w:t>
      </w:r>
    </w:p>
    <w:p>
      <w:r>
        <w:rPr>
          <w:b/>
        </w:rPr>
        <w:t xml:space="preserve">[3:11:06] </w:t>
      </w:r>
      <w:r>
        <w:t>deen aaj ek aisa phal ban chuka hai jis ka chhilka ho magar is ka maghz na ho. Ab kar tajdeed ke liye uthne walon ki zimmedari hai ke musalmanon ko dobara rooh deen se bhar dein taake Khuda ka phal woh phal ban jaye jis mein husn bhi hota hai aur zaiqa bhi, aur isi ke sath rabbani ghiza ka kabhi na khatam hone wala abadi zakhira bhi.</w:t>
      </w:r>
    </w:p>
    <w:p>
      <w:pPr>
        <w:jc w:val="right"/>
      </w:pPr>
      <w:r>
        <w:t>دین آج ایک ایسا پھل بن چکا ہے جس کا چھلکا ہو مگر اس کا مغز نہ ہو۔ اب کار تجدید کے لیے اٹھنے والوں کی ذمہ داری ہے کہ مسلمانوں کو دوبارہ روح دین سے بھر دیں تاکہ خدا کا پھل وہ پھل بن جائے جس میں حسن بھی ہوتا ہے اور ذائقہ بھی، اور اسی کے ساتھ ربانی غذا کا کبھی نہ ختم ہونے والا ابدی ذخیرہ بھی۔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