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Interfaith Dialogue (English) February 1, 2014 Maulana Wahiduddin Khan</w:t>
      </w:r>
    </w:p>
    <w:p>
      <w:r>
        <w:t>https://www.youtube.com/watch?v=esM8RDj_new</w:t>
      </w:r>
    </w:p>
    <w:p>
      <w:r>
        <w:rPr>
          <w:b/>
        </w:rPr>
        <w:t xml:space="preserve">[00:11]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[00:17] </w:t>
      </w:r>
      <w:r>
        <w:t>february 1, 2014.</w:t>
      </w:r>
    </w:p>
    <w:p>
      <w:pPr>
        <w:jc w:val="right"/>
      </w:pPr>
      <w:r>
        <w:t>فروری 1، 2014۔</w:t>
      </w:r>
    </w:p>
    <w:p>
      <w:r>
        <w:rPr>
          <w:b/>
        </w:rPr>
        <w:t xml:space="preserve">[00:28] </w:t>
      </w:r>
      <w:r>
        <w:t>The theme for the present talk is "Interfaith Dialogue".</w:t>
      </w:r>
    </w:p>
    <w:p>
      <w:pPr>
        <w:jc w:val="right"/>
      </w:pPr>
      <w:r>
        <w:t>The theme for the present talk is "Interfaith Dialogue".</w:t>
      </w:r>
    </w:p>
    <w:p>
      <w:r>
        <w:rPr>
          <w:b/>
        </w:rPr>
        <w:t xml:space="preserve">[00:43] </w:t>
      </w:r>
      <w:r>
        <w:t>The first question is: What is the purpose of dialogue? Purpose of interfaith dialogue?</w:t>
      </w:r>
    </w:p>
    <w:p>
      <w:pPr>
        <w:jc w:val="right"/>
      </w:pPr>
      <w:r>
        <w:t>The first question is: What is the purpose of dialogue? Purpose of interfaith dialogue?</w:t>
      </w:r>
    </w:p>
    <w:p>
      <w:r>
        <w:rPr>
          <w:b/>
        </w:rPr>
        <w:t xml:space="preserve">[00:59] </w:t>
      </w:r>
      <w:r>
        <w:t>It is generally accepted that the purpose of interfaith dialogue is to establish harmony among religious groups.</w:t>
      </w:r>
    </w:p>
    <w:p>
      <w:pPr>
        <w:jc w:val="right"/>
      </w:pPr>
      <w:r>
        <w:t>It is generally accepted that the purpose of interfaith dialogue is to establish harmony among religious groups.</w:t>
      </w:r>
    </w:p>
    <w:p>
      <w:r>
        <w:rPr>
          <w:b/>
        </w:rPr>
        <w:t xml:space="preserve">[01:17] </w:t>
      </w:r>
      <w:r>
        <w:t>Now, the other question is that, according to the history, this kind of interfaith dialogue is going on since long, maybe several hundred years.</w:t>
      </w:r>
    </w:p>
    <w:p>
      <w:pPr>
        <w:jc w:val="right"/>
      </w:pPr>
      <w:r>
        <w:t>Now, the other question is that, according to the history, this kind of interfaith dialogue is going on since long, maybe several hundred years.</w:t>
      </w:r>
    </w:p>
    <w:p>
      <w:r>
        <w:rPr>
          <w:b/>
        </w:rPr>
        <w:t xml:space="preserve">[01:40] </w:t>
      </w:r>
      <w:r>
        <w:t>Perhaps the latest was that</w:t>
      </w:r>
    </w:p>
    <w:p>
      <w:pPr>
        <w:jc w:val="right"/>
      </w:pPr>
      <w:r>
        <w:t>Perhaps the latest was that</w:t>
      </w:r>
    </w:p>
    <w:p>
      <w:r>
        <w:rPr>
          <w:b/>
        </w:rPr>
        <w:t xml:space="preserve">[01:48] </w:t>
      </w:r>
      <w:r>
        <w:t>held in Chicago in 1893. In</w:t>
      </w:r>
    </w:p>
    <w:p>
      <w:pPr>
        <w:jc w:val="right"/>
      </w:pPr>
      <w:r>
        <w:t>held in Chicago in 1893. In</w:t>
      </w:r>
    </w:p>
    <w:p>
      <w:r>
        <w:rPr>
          <w:b/>
        </w:rPr>
        <w:t xml:space="preserve">[01:56] </w:t>
      </w:r>
      <w:r>
        <w:t>this dialogue, all the major religions were present.</w:t>
      </w:r>
    </w:p>
    <w:p>
      <w:pPr>
        <w:jc w:val="right"/>
      </w:pPr>
      <w:r>
        <w:t>this dialogue, all the major religions were present.</w:t>
      </w:r>
    </w:p>
    <w:p>
      <w:r>
        <w:rPr>
          <w:b/>
        </w:rPr>
        <w:t xml:space="preserve">[02:05] </w:t>
      </w:r>
      <w:r>
        <w:t>But</w:t>
      </w:r>
    </w:p>
    <w:p>
      <w:pPr>
        <w:jc w:val="right"/>
      </w:pPr>
      <w:r>
        <w:t>But</w:t>
      </w:r>
    </w:p>
    <w:p>
      <w:r>
        <w:rPr>
          <w:b/>
        </w:rPr>
        <w:t xml:space="preserve">[02:09] </w:t>
      </w:r>
      <w:r>
        <w:t>according to my experience, all these exercises are</w:t>
      </w:r>
    </w:p>
    <w:p>
      <w:pPr>
        <w:jc w:val="right"/>
      </w:pPr>
      <w:r>
        <w:t>according to my experience, all these exercises are</w:t>
      </w:r>
    </w:p>
    <w:p>
      <w:r>
        <w:rPr>
          <w:b/>
        </w:rPr>
        <w:t xml:space="preserve">[02:25] </w:t>
      </w:r>
      <w:r>
        <w:t>fruitless, resultless. No positive result can be cited.</w:t>
      </w:r>
    </w:p>
    <w:p>
      <w:pPr>
        <w:jc w:val="right"/>
      </w:pPr>
      <w:r>
        <w:t>fruitless, resultless. No positive result can be cited.</w:t>
      </w:r>
    </w:p>
    <w:p>
      <w:r>
        <w:rPr>
          <w:b/>
        </w:rPr>
        <w:t xml:space="preserve">[02:36] </w:t>
      </w:r>
      <w:r>
        <w:t>Religious harmony among different groups is still a distant dream.</w:t>
      </w:r>
    </w:p>
    <w:p>
      <w:pPr>
        <w:jc w:val="right"/>
      </w:pPr>
      <w:r>
        <w:t>Religious harmony among different groups is still a distant dream.</w:t>
      </w:r>
    </w:p>
    <w:p>
      <w:r>
        <w:rPr>
          <w:b/>
        </w:rPr>
        <w:t xml:space="preserve">[02:47] </w:t>
      </w:r>
      <w:r>
        <w:t>So, if this is the purpose of dialogue, then we have to reassess the whole matter.</w:t>
      </w:r>
    </w:p>
    <w:p>
      <w:pPr>
        <w:jc w:val="right"/>
      </w:pPr>
      <w:r>
        <w:t>So, if this is the purpose of dialogue, then we have to reassess the whole matter.</w:t>
      </w:r>
    </w:p>
    <w:p>
      <w:r>
        <w:rPr>
          <w:b/>
        </w:rPr>
        <w:t xml:space="preserve">[02:58] </w:t>
      </w:r>
      <w:r>
        <w:t>Now, the question is that why did these exercises fail?</w:t>
      </w:r>
    </w:p>
    <w:p>
      <w:pPr>
        <w:jc w:val="right"/>
      </w:pPr>
      <w:r>
        <w:t>Now, the question is that why did these exercises fail?</w:t>
      </w:r>
    </w:p>
    <w:p>
      <w:r>
        <w:rPr>
          <w:b/>
        </w:rPr>
        <w:t xml:space="preserve">[03:09] </w:t>
      </w:r>
      <w:r>
        <w:t>I would say that</w:t>
      </w:r>
    </w:p>
    <w:p>
      <w:pPr>
        <w:jc w:val="right"/>
      </w:pPr>
      <w:r>
        <w:t>I would say that</w:t>
      </w:r>
    </w:p>
    <w:p>
      <w:r>
        <w:rPr>
          <w:b/>
        </w:rPr>
        <w:t xml:space="preserve">[03:14] </w:t>
      </w:r>
      <w:r>
        <w:t>the method was notright. The method was unnatural.</w:t>
      </w:r>
    </w:p>
    <w:p>
      <w:pPr>
        <w:jc w:val="right"/>
      </w:pPr>
      <w:r>
        <w:t>the method was notright. The method was unnatural.</w:t>
      </w:r>
    </w:p>
    <w:p>
      <w:r>
        <w:rPr>
          <w:b/>
        </w:rPr>
        <w:t xml:space="preserve">[03:27] </w:t>
      </w:r>
      <w:r>
        <w:t>According to my experience,</w:t>
      </w:r>
    </w:p>
    <w:p>
      <w:pPr>
        <w:jc w:val="right"/>
      </w:pPr>
      <w:r>
        <w:t>According to my experience,</w:t>
      </w:r>
    </w:p>
    <w:p>
      <w:r>
        <w:rPr>
          <w:b/>
        </w:rPr>
        <w:t xml:space="preserve">[03:32] </w:t>
      </w:r>
      <w:r>
        <w:t>there were two</w:t>
      </w:r>
    </w:p>
    <w:p>
      <w:pPr>
        <w:jc w:val="right"/>
      </w:pPr>
      <w:r>
        <w:t>there were two</w:t>
      </w:r>
    </w:p>
    <w:p>
      <w:r>
        <w:rPr>
          <w:b/>
        </w:rPr>
        <w:t xml:space="preserve">[03:36] </w:t>
      </w:r>
      <w:r>
        <w:t>models of this interfaith dialogue. The</w:t>
      </w:r>
    </w:p>
    <w:p>
      <w:pPr>
        <w:jc w:val="right"/>
      </w:pPr>
      <w:r>
        <w:t>models of this interfaith dialogue. The</w:t>
      </w:r>
    </w:p>
    <w:p>
      <w:r>
        <w:rPr>
          <w:b/>
        </w:rPr>
        <w:t xml:space="preserve">[03:41] </w:t>
      </w:r>
      <w:r>
        <w:t>first model was based on the concept of uniformity.</w:t>
      </w:r>
    </w:p>
    <w:p>
      <w:pPr>
        <w:jc w:val="right"/>
      </w:pPr>
      <w:r>
        <w:t>first model was based on the concept of uniformity.</w:t>
      </w:r>
    </w:p>
    <w:p>
      <w:r>
        <w:rPr>
          <w:b/>
        </w:rPr>
        <w:t xml:space="preserve">[03:51] </w:t>
      </w:r>
      <w:r>
        <w:t>According to this concept, all the religions are one and the same. There is an essential unity among all the religions.</w:t>
      </w:r>
    </w:p>
    <w:p>
      <w:pPr>
        <w:jc w:val="right"/>
      </w:pPr>
      <w:r>
        <w:t>According to this concept, all the religions are one and the same. There is an essential unity among all the religions.</w:t>
      </w:r>
    </w:p>
    <w:p>
      <w:r>
        <w:rPr>
          <w:b/>
        </w:rPr>
        <w:t xml:space="preserve">[04:05] </w:t>
      </w:r>
      <w:r>
        <w:t>So, we have to discover this essential unity and make people aware of this unity or uniformity.</w:t>
      </w:r>
    </w:p>
    <w:p>
      <w:pPr>
        <w:jc w:val="right"/>
      </w:pPr>
      <w:r>
        <w:t>So, we have to discover this essential unity and make people aware of this unity or uniformity.</w:t>
      </w:r>
    </w:p>
    <w:p>
      <w:r>
        <w:rPr>
          <w:b/>
        </w:rPr>
        <w:t xml:space="preserve">[04:19] </w:t>
      </w:r>
      <w:r>
        <w:t>So, this is the way by which we can expect the harmony among religious groups.</w:t>
      </w:r>
    </w:p>
    <w:p>
      <w:pPr>
        <w:jc w:val="right"/>
      </w:pPr>
      <w:r>
        <w:t>So, this is the way by which we can expect the harmony among religious groups.</w:t>
      </w:r>
    </w:p>
    <w:p>
      <w:r>
        <w:rPr>
          <w:b/>
        </w:rPr>
        <w:t xml:space="preserve">[04:30] </w:t>
      </w:r>
      <w:r>
        <w:t>But this kind of exercise completely failed.</w:t>
      </w:r>
    </w:p>
    <w:p>
      <w:pPr>
        <w:jc w:val="right"/>
      </w:pPr>
      <w:r>
        <w:t>But this kind of exercise completely failed.</w:t>
      </w:r>
    </w:p>
    <w:p>
      <w:r>
        <w:rPr>
          <w:b/>
        </w:rPr>
        <w:t xml:space="preserve">[04:37] </w:t>
      </w:r>
      <w:r>
        <w:t>We know that there are thousands upon thousands of names behind this method, some very great people, some very great minds.</w:t>
      </w:r>
    </w:p>
    <w:p>
      <w:pPr>
        <w:jc w:val="right"/>
      </w:pPr>
      <w:r>
        <w:t>We know that there are thousands upon thousands of names behind this method, some very great people, some very great minds.</w:t>
      </w:r>
    </w:p>
    <w:p>
      <w:r>
        <w:rPr>
          <w:b/>
        </w:rPr>
        <w:t xml:space="preserve">[04:52] </w:t>
      </w:r>
      <w:r>
        <w:t>So, why did it fail? I think that it was an unnatural concept.</w:t>
      </w:r>
    </w:p>
    <w:p>
      <w:pPr>
        <w:jc w:val="right"/>
      </w:pPr>
      <w:r>
        <w:t>So, why did it fail? I think that it was an unnatural concept.</w:t>
      </w:r>
    </w:p>
    <w:p>
      <w:r>
        <w:rPr>
          <w:b/>
        </w:rPr>
        <w:t xml:space="preserve">[05:04] </w:t>
      </w:r>
      <w:r>
        <w:t>Why?</w:t>
      </w:r>
    </w:p>
    <w:p>
      <w:pPr>
        <w:jc w:val="right"/>
      </w:pPr>
      <w:r>
        <w:t>Why?</w:t>
      </w:r>
    </w:p>
    <w:p>
      <w:r>
        <w:rPr>
          <w:b/>
        </w:rPr>
        <w:t xml:space="preserve">[05:07] </w:t>
      </w:r>
      <w:r>
        <w:t>Because uniformity is against the Krishna-puran of God. In nature, there is no uniformity.</w:t>
      </w:r>
    </w:p>
    <w:p>
      <w:pPr>
        <w:jc w:val="right"/>
      </w:pPr>
      <w:r>
        <w:t>Because uniformity is against the Krishna-puran of God. In nature, there is no uniformity.</w:t>
      </w:r>
    </w:p>
    <w:p>
      <w:r>
        <w:rPr>
          <w:b/>
        </w:rPr>
        <w:t xml:space="preserve">[05:19] </w:t>
      </w:r>
      <w:r>
        <w:t>Nature believes in difference. The whole nature, material world and human world both, are based on differences.</w:t>
      </w:r>
    </w:p>
    <w:p>
      <w:pPr>
        <w:jc w:val="right"/>
      </w:pPr>
      <w:r>
        <w:t>Nature believes in difference. The whole nature, material world and human world both, are based on differences.</w:t>
      </w:r>
    </w:p>
    <w:p>
      <w:r>
        <w:rPr>
          <w:b/>
        </w:rPr>
        <w:t xml:space="preserve">[05:34] </w:t>
      </w:r>
      <w:r>
        <w:t>You cannot find two women or two</w:t>
      </w:r>
    </w:p>
    <w:p>
      <w:pPr>
        <w:jc w:val="right"/>
      </w:pPr>
      <w:r>
        <w:t>You cannot find two women or two</w:t>
      </w:r>
    </w:p>
    <w:p>
      <w:r>
        <w:rPr>
          <w:b/>
        </w:rPr>
        <w:t xml:space="preserve">[05:40] </w:t>
      </w:r>
      <w:r>
        <w:t>men or two women</w:t>
      </w:r>
    </w:p>
    <w:p>
      <w:pPr>
        <w:jc w:val="right"/>
      </w:pPr>
      <w:r>
        <w:t>men or two women</w:t>
      </w:r>
    </w:p>
    <w:p>
      <w:r>
        <w:rPr>
          <w:b/>
        </w:rPr>
        <w:t xml:space="preserve">[05:45] </w:t>
      </w:r>
      <w:r>
        <w:t>quite alike. So, uniformity is found in dictionaries and not in society, not in the human world.</w:t>
      </w:r>
    </w:p>
    <w:p>
      <w:pPr>
        <w:jc w:val="right"/>
      </w:pPr>
      <w:r>
        <w:t>quite alike. So, uniformity is found in dictionaries and not in society, not in the human world.</w:t>
      </w:r>
    </w:p>
    <w:p>
      <w:r>
        <w:rPr>
          <w:b/>
        </w:rPr>
        <w:t xml:space="preserve">[06:00] </w:t>
      </w:r>
      <w:r>
        <w:t>So, if this formula is unnatural and</w:t>
      </w:r>
    </w:p>
    <w:p>
      <w:pPr>
        <w:jc w:val="right"/>
      </w:pPr>
      <w:r>
        <w:t>So, if this formula is unnatural and</w:t>
      </w:r>
    </w:p>
    <w:p>
      <w:r>
        <w:rPr>
          <w:b/>
        </w:rPr>
        <w:t xml:space="preserve">[06:07] </w:t>
      </w:r>
      <w:r>
        <w:t>not in accordance with the Krishna-purana, then it was but natural that it failed.</w:t>
      </w:r>
    </w:p>
    <w:p>
      <w:pPr>
        <w:jc w:val="right"/>
      </w:pPr>
      <w:r>
        <w:t>not in accordance with the Krishna-purana, then it was but natural that it failed.</w:t>
      </w:r>
    </w:p>
    <w:p>
      <w:r>
        <w:rPr>
          <w:b/>
        </w:rPr>
        <w:t xml:space="preserve">[06:18] </w:t>
      </w:r>
      <w:r>
        <w:t>Then, the other model is based on</w:t>
      </w:r>
    </w:p>
    <w:p>
      <w:pPr>
        <w:jc w:val="right"/>
      </w:pPr>
      <w:r>
        <w:t>Then, the other model is based on</w:t>
      </w:r>
    </w:p>
    <w:p>
      <w:r>
        <w:rPr>
          <w:b/>
        </w:rPr>
        <w:t xml:space="preserve">[06:25] </w:t>
      </w:r>
      <w:r>
        <w:t>debate. It is a debating model.</w:t>
      </w:r>
    </w:p>
    <w:p>
      <w:pPr>
        <w:jc w:val="right"/>
      </w:pPr>
      <w:r>
        <w:t>debate. It is a debating model.</w:t>
      </w:r>
    </w:p>
    <w:p>
      <w:r>
        <w:rPr>
          <w:b/>
        </w:rPr>
        <w:t xml:space="preserve">[06:30] </w:t>
      </w:r>
      <w:r>
        <w:t>I mean that the other model believes that truth is one. So, everyone tries to establish his superiority.</w:t>
      </w:r>
    </w:p>
    <w:p>
      <w:pPr>
        <w:jc w:val="right"/>
      </w:pPr>
      <w:r>
        <w:t>I mean that the other model believes that truth is one. So, everyone tries to establish his superiority.</w:t>
      </w:r>
    </w:p>
    <w:p>
      <w:r>
        <w:rPr>
          <w:b/>
        </w:rPr>
        <w:t xml:space="preserve">[06:43] </w:t>
      </w:r>
      <w:r>
        <w:t>I amright. Others are wrong.</w:t>
      </w:r>
    </w:p>
    <w:p>
      <w:pPr>
        <w:jc w:val="right"/>
      </w:pPr>
      <w:r>
        <w:t>I amright. Others are wrong.</w:t>
      </w:r>
    </w:p>
    <w:p>
      <w:r>
        <w:rPr>
          <w:b/>
        </w:rPr>
        <w:t xml:space="preserve">[06:50] </w:t>
      </w:r>
      <w:r>
        <w:t>So, this kind of model also failed because we know that there were so many conferences of such kind, so much literature was published on this subject.</w:t>
      </w:r>
    </w:p>
    <w:p>
      <w:pPr>
        <w:jc w:val="right"/>
      </w:pPr>
      <w:r>
        <w:t>So, this kind of model also failed because we know that there were so many conferences of such kind, so much literature was published on this subject.</w:t>
      </w:r>
    </w:p>
    <w:p>
      <w:r>
        <w:rPr>
          <w:b/>
        </w:rPr>
        <w:t xml:space="preserve">[07:06] </w:t>
      </w:r>
      <w:r>
        <w:t>But we see that this kind of exercises failed to establish harmony.</w:t>
      </w:r>
    </w:p>
    <w:p>
      <w:pPr>
        <w:jc w:val="right"/>
      </w:pPr>
      <w:r>
        <w:t>But we see that this kind of exercises failed to establish harmony.</w:t>
      </w:r>
    </w:p>
    <w:p>
      <w:r>
        <w:rPr>
          <w:b/>
        </w:rPr>
        <w:t xml:space="preserve">[07:18] </w:t>
      </w:r>
      <w:r>
        <w:t>So, now the question is to reassess the whole matter. You have to find some other formula other than these two formulas.</w:t>
      </w:r>
    </w:p>
    <w:p>
      <w:pPr>
        <w:jc w:val="right"/>
      </w:pPr>
      <w:r>
        <w:t>So, now the question is to reassess the whole matter. You have to find some other formula other than these two formulas.</w:t>
      </w:r>
    </w:p>
    <w:p>
      <w:r>
        <w:rPr>
          <w:b/>
        </w:rPr>
        <w:t xml:space="preserve">[07:34] </w:t>
      </w:r>
      <w:r>
        <w:t>I have studied on this matter.</w:t>
      </w:r>
    </w:p>
    <w:p>
      <w:pPr>
        <w:jc w:val="right"/>
      </w:pPr>
      <w:r>
        <w:t>I have studied on this matter.</w:t>
      </w:r>
    </w:p>
    <w:p>
      <w:r>
        <w:rPr>
          <w:b/>
        </w:rPr>
        <w:t xml:space="preserve">[07:38] </w:t>
      </w:r>
      <w:r>
        <w:t>Also, I have participated in a number of dialogues throughout the world, national and international both.</w:t>
      </w:r>
    </w:p>
    <w:p>
      <w:pPr>
        <w:jc w:val="right"/>
      </w:pPr>
      <w:r>
        <w:t>Also, I have participated in a number of dialogues throughout the world, national and international both.</w:t>
      </w:r>
    </w:p>
    <w:p>
      <w:r>
        <w:rPr>
          <w:b/>
        </w:rPr>
        <w:t xml:space="preserve">[07:53] </w:t>
      </w:r>
      <w:r>
        <w:t>After all these studies and after all these experiences, I can say that I have discovered a third formula.</w:t>
      </w:r>
    </w:p>
    <w:p>
      <w:pPr>
        <w:jc w:val="right"/>
      </w:pPr>
      <w:r>
        <w:t>After all these studies and after all these experiences, I can say that I have discovered a third formula.</w:t>
      </w:r>
    </w:p>
    <w:p>
      <w:r>
        <w:rPr>
          <w:b/>
        </w:rPr>
        <w:t xml:space="preserve">[08:06] </w:t>
      </w:r>
      <w:r>
        <w:t>A</w:t>
      </w:r>
    </w:p>
    <w:p>
      <w:pPr>
        <w:jc w:val="right"/>
      </w:pPr>
      <w:r>
        <w:t>A</w:t>
      </w:r>
    </w:p>
    <w:p>
      <w:r>
        <w:rPr>
          <w:b/>
        </w:rPr>
        <w:t xml:space="preserve">[08:07] </w:t>
      </w:r>
      <w:r>
        <w:t>third formula. And according to my</w:t>
      </w:r>
    </w:p>
    <w:p>
      <w:pPr>
        <w:jc w:val="right"/>
      </w:pPr>
      <w:r>
        <w:t>third formula. And according to my</w:t>
      </w:r>
    </w:p>
    <w:p>
      <w:r>
        <w:rPr>
          <w:b/>
        </w:rPr>
        <w:t xml:space="preserve">[08:14] </w:t>
      </w:r>
      <w:r>
        <w:t>perception, this third formula is quite in accordance with the Krishna-purana.</w:t>
      </w:r>
    </w:p>
    <w:p>
      <w:pPr>
        <w:jc w:val="right"/>
      </w:pPr>
      <w:r>
        <w:t>perception, this third formula is quite in accordance with the Krishna-purana.</w:t>
      </w:r>
    </w:p>
    <w:p>
      <w:r>
        <w:rPr>
          <w:b/>
        </w:rPr>
        <w:t xml:space="preserve">[08:23] </w:t>
      </w:r>
      <w:r>
        <w:t>And</w:t>
      </w:r>
    </w:p>
    <w:p>
      <w:pPr>
        <w:jc w:val="right"/>
      </w:pPr>
      <w:r>
        <w:t>And</w:t>
      </w:r>
    </w:p>
    <w:p>
      <w:r>
        <w:rPr>
          <w:b/>
        </w:rPr>
        <w:t xml:space="preserve">[08:27] </w:t>
      </w:r>
      <w:r>
        <w:t>undoubtedly, it is feasible. There is no question of its failure.</w:t>
      </w:r>
    </w:p>
    <w:p>
      <w:pPr>
        <w:jc w:val="right"/>
      </w:pPr>
      <w:r>
        <w:t>undoubtedly, it is feasible. There is no question of its failure.</w:t>
      </w:r>
    </w:p>
    <w:p>
      <w:r>
        <w:rPr>
          <w:b/>
        </w:rPr>
        <w:t xml:space="preserve">[08:38] </w:t>
      </w:r>
      <w:r>
        <w:t>This third formula is based on a tradition. I can say that it is a Faruqi formula.</w:t>
      </w:r>
    </w:p>
    <w:p>
      <w:pPr>
        <w:jc w:val="right"/>
      </w:pPr>
      <w:r>
        <w:t>This third formula is based on a tradition. I can say that it is a Faruqi formula.</w:t>
      </w:r>
    </w:p>
    <w:p>
      <w:r>
        <w:rPr>
          <w:b/>
        </w:rPr>
        <w:t xml:space="preserve">[08:50] </w:t>
      </w:r>
      <w:r>
        <w:t>This formula was adopted by Umar ibn al-Khattab,</w:t>
      </w:r>
    </w:p>
    <w:p>
      <w:pPr>
        <w:jc w:val="right"/>
      </w:pPr>
      <w:r>
        <w:t>This formula was adopted by Umar ibn al-Khattab,</w:t>
      </w:r>
    </w:p>
    <w:p>
      <w:r>
        <w:rPr>
          <w:b/>
        </w:rPr>
        <w:t xml:space="preserve">[09:00] </w:t>
      </w:r>
      <w:r>
        <w:t>who was the second Caliph of Islam</w:t>
      </w:r>
    </w:p>
    <w:p>
      <w:pPr>
        <w:jc w:val="right"/>
      </w:pPr>
      <w:r>
        <w:t>who was the second Caliph of Islam</w:t>
      </w:r>
    </w:p>
    <w:p>
      <w:r>
        <w:rPr>
          <w:b/>
        </w:rPr>
        <w:t xml:space="preserve">[09:06] </w:t>
      </w:r>
      <w:r>
        <w:t>. So, about Umar ibn al-Khattab, we find in books there is a report about him in these words:</w:t>
      </w:r>
    </w:p>
    <w:p>
      <w:pPr>
        <w:jc w:val="right"/>
      </w:pPr>
      <w:r>
        <w:t>. So, about Umar ibn al-Khattab, we find in books there is a report about him in these words:</w:t>
      </w:r>
    </w:p>
    <w:p>
      <w:r>
        <w:rPr>
          <w:b/>
        </w:rPr>
        <w:t xml:space="preserve">[09:23] </w:t>
      </w:r>
      <w:r>
        <w:t>"qana yata'allamu min kulli haddin."</w:t>
      </w:r>
    </w:p>
    <w:p>
      <w:pPr>
        <w:jc w:val="right"/>
      </w:pPr>
      <w:r>
        <w:t>"قَانَا يَتَعَلَّمُ مِنْ كُلِّ حَدٍّ."</w:t>
      </w:r>
    </w:p>
    <w:p>
      <w:r>
        <w:rPr>
          <w:b/>
        </w:rPr>
        <w:t xml:space="preserve">[09:31] </w:t>
      </w:r>
      <w:r>
        <w:t>It means that he used to learn from everyone. So, this third formula is based on a learning process.</w:t>
      </w:r>
    </w:p>
    <w:p>
      <w:pPr>
        <w:jc w:val="right"/>
      </w:pPr>
      <w:r>
        <w:t>It means that he used to learn from everyone. So, this third formula is based on a learning process.</w:t>
      </w:r>
    </w:p>
    <w:p>
      <w:r>
        <w:rPr>
          <w:b/>
        </w:rPr>
        <w:t xml:space="preserve">[09:44] </w:t>
      </w:r>
      <w:r>
        <w:t>Learning.</w:t>
      </w:r>
    </w:p>
    <w:p>
      <w:pPr>
        <w:jc w:val="right"/>
      </w:pPr>
      <w:r>
        <w:t>Learning.</w:t>
      </w:r>
    </w:p>
    <w:p>
      <w:r>
        <w:rPr>
          <w:b/>
        </w:rPr>
        <w:t xml:space="preserve">[09:47] </w:t>
      </w:r>
      <w:r>
        <w:t>So, when I apply this on the concept of interfaith dialogue, I would say that the third formula is mutual learning.</w:t>
      </w:r>
    </w:p>
    <w:p>
      <w:pPr>
        <w:jc w:val="right"/>
      </w:pPr>
      <w:r>
        <w:t>So, when I apply this on the concept of interfaith dialogue, I would say that the third formula is mutual learning.</w:t>
      </w:r>
    </w:p>
    <w:p>
      <w:r>
        <w:rPr>
          <w:b/>
        </w:rPr>
        <w:t xml:space="preserve">[10:03] </w:t>
      </w:r>
      <w:r>
        <w:t>Mutual learning.</w:t>
      </w:r>
    </w:p>
    <w:p>
      <w:pPr>
        <w:jc w:val="right"/>
      </w:pPr>
      <w:r>
        <w:t>Mutual learning.</w:t>
      </w:r>
    </w:p>
    <w:p>
      <w:r>
        <w:rPr>
          <w:b/>
        </w:rPr>
        <w:t xml:space="preserve">[10:05] </w:t>
      </w:r>
      <w:r>
        <w:t>It means that</w:t>
      </w:r>
    </w:p>
    <w:p>
      <w:pPr>
        <w:jc w:val="right"/>
      </w:pPr>
      <w:r>
        <w:t>It means that</w:t>
      </w:r>
    </w:p>
    <w:p>
      <w:r>
        <w:rPr>
          <w:b/>
        </w:rPr>
        <w:t xml:space="preserve">[10:10] </w:t>
      </w:r>
      <w:r>
        <w:t>interfaith dialogue, the purpose of interfaith dialogue is neither to discover the uniformity among all the religions, also not to establish your superiority on other religions.</w:t>
      </w:r>
    </w:p>
    <w:p>
      <w:pPr>
        <w:jc w:val="right"/>
      </w:pPr>
      <w:r>
        <w:t>interfaith dialogue, the purpose of interfaith dialogue is neither to discover the uniformity among all the religions, also not to establish your superiority on other religions.</w:t>
      </w:r>
    </w:p>
    <w:p>
      <w:r>
        <w:rPr>
          <w:b/>
        </w:rPr>
        <w:t xml:space="preserve">[10:33] </w:t>
      </w:r>
      <w:r>
        <w:t>No.</w:t>
      </w:r>
    </w:p>
    <w:p>
      <w:pPr>
        <w:jc w:val="right"/>
      </w:pPr>
      <w:r>
        <w:t>No.</w:t>
      </w:r>
    </w:p>
    <w:p>
      <w:r>
        <w:rPr>
          <w:b/>
        </w:rPr>
        <w:t xml:space="preserve">[10:35] </w:t>
      </w:r>
      <w:r>
        <w:t>Instead of these two formulas, the third formula is based on mutual learning. All the participants in this process must try to learn from each other.</w:t>
      </w:r>
    </w:p>
    <w:p>
      <w:pPr>
        <w:jc w:val="right"/>
      </w:pPr>
      <w:r>
        <w:t>Instead of these two formulas, the third formula is based on mutual learning. All the participants in this process must try to learn from each other.</w:t>
      </w:r>
    </w:p>
    <w:p>
      <w:r>
        <w:rPr>
          <w:b/>
        </w:rPr>
        <w:t xml:space="preserve">[10:57] </w:t>
      </w:r>
      <w:r>
        <w:t>This is I can say this is completely based on the law of nature, and it is workable.</w:t>
      </w:r>
    </w:p>
    <w:p>
      <w:pPr>
        <w:jc w:val="right"/>
      </w:pPr>
      <w:r>
        <w:t>This is I can say this is completely based on the law of nature, and it is workable.</w:t>
      </w:r>
    </w:p>
    <w:p>
      <w:r>
        <w:rPr>
          <w:b/>
        </w:rPr>
        <w:t xml:space="preserve">[11:11] </w:t>
      </w:r>
      <w:r>
        <w:t>There is no doubt about it. Then,</w:t>
      </w:r>
    </w:p>
    <w:p>
      <w:pPr>
        <w:jc w:val="right"/>
      </w:pPr>
      <w:r>
        <w:t>There is no doubt about it. Then,</w:t>
      </w:r>
    </w:p>
    <w:p>
      <w:r>
        <w:rPr>
          <w:b/>
        </w:rPr>
        <w:t xml:space="preserve">[11:18] </w:t>
      </w:r>
      <w:r>
        <w:t>I can say that this formula is not a religious formula. It is a universal formula.</w:t>
      </w:r>
    </w:p>
    <w:p>
      <w:pPr>
        <w:jc w:val="right"/>
      </w:pPr>
      <w:r>
        <w:t>I can say that this formula is not a religious formula. It is a universal formula.</w:t>
      </w:r>
    </w:p>
    <w:p>
      <w:r>
        <w:rPr>
          <w:b/>
        </w:rPr>
        <w:t xml:space="preserve">[11:27] </w:t>
      </w:r>
      <w:r>
        <w:t>In all the in every walk of life, in every discipline, we</w:t>
      </w:r>
    </w:p>
    <w:p>
      <w:pPr>
        <w:jc w:val="right"/>
      </w:pPr>
      <w:r>
        <w:t>In all the in every walk of life, in every discipline, we</w:t>
      </w:r>
    </w:p>
    <w:p>
      <w:r>
        <w:rPr>
          <w:b/>
        </w:rPr>
        <w:t xml:space="preserve">[11:43] </w:t>
      </w:r>
      <w:r>
        <w:t>use we exercise the same formula</w:t>
      </w:r>
    </w:p>
    <w:p>
      <w:pPr>
        <w:jc w:val="right"/>
      </w:pPr>
      <w:r>
        <w:t>use we exercise the same formula</w:t>
      </w:r>
    </w:p>
    <w:p>
      <w:r>
        <w:rPr>
          <w:b/>
        </w:rPr>
        <w:t xml:space="preserve">[11:48] </w:t>
      </w:r>
      <w:r>
        <w:t>in education, in industry, in business, in social life. Everywhere, we try to learn from the others.</w:t>
      </w:r>
    </w:p>
    <w:p>
      <w:pPr>
        <w:jc w:val="right"/>
      </w:pPr>
      <w:r>
        <w:t>in education, in industry, in business, in social life. Everywhere, we try to learn from the others.</w:t>
      </w:r>
    </w:p>
    <w:p>
      <w:r>
        <w:rPr>
          <w:b/>
        </w:rPr>
        <w:t xml:space="preserve">[12:01] </w:t>
      </w:r>
      <w:r>
        <w:t>Mutual learning is a very basic concept of universal life. So, why try to single out religion?</w:t>
      </w:r>
    </w:p>
    <w:p>
      <w:pPr>
        <w:jc w:val="right"/>
      </w:pPr>
      <w:r>
        <w:t>Mutual learning is a very basic concept of universal life. So, why try to single out religion?</w:t>
      </w:r>
    </w:p>
    <w:p>
      <w:r>
        <w:rPr>
          <w:b/>
        </w:rPr>
        <w:t xml:space="preserve">[12:16] </w:t>
      </w:r>
      <w:r>
        <w:t>Why not apply this formula also on religious affairs?</w:t>
      </w:r>
    </w:p>
    <w:p>
      <w:pPr>
        <w:jc w:val="right"/>
      </w:pPr>
      <w:r>
        <w:t>Why not apply this formula also on religious affairs?</w:t>
      </w:r>
    </w:p>
    <w:p>
      <w:r>
        <w:rPr>
          <w:b/>
        </w:rPr>
        <w:t xml:space="preserve">[12:26] </w:t>
      </w:r>
      <w:r>
        <w:t>So, in this sense, interfaith dialogue is a part of the universal process.</w:t>
      </w:r>
    </w:p>
    <w:p>
      <w:pPr>
        <w:jc w:val="right"/>
      </w:pPr>
      <w:r>
        <w:t>So, in this sense, interfaith dialogue is a part of the universal process.</w:t>
      </w:r>
    </w:p>
    <w:p>
      <w:r>
        <w:rPr>
          <w:b/>
        </w:rPr>
        <w:t xml:space="preserve">[12:37] </w:t>
      </w:r>
      <w:r>
        <w:t>It is not pertinent to religion only.</w:t>
      </w:r>
    </w:p>
    <w:p>
      <w:pPr>
        <w:jc w:val="right"/>
      </w:pPr>
      <w:r>
        <w:t>It is not pertinent to religion only.</w:t>
      </w:r>
    </w:p>
    <w:p>
      <w:r>
        <w:rPr>
          <w:b/>
        </w:rPr>
        <w:t xml:space="preserve">[12:45] </w:t>
      </w:r>
      <w:r>
        <w:t>I have learned a lot from all these exercises. I have studied the I have different religions, the literature of different relig</w:t>
      </w:r>
    </w:p>
    <w:p>
      <w:pPr>
        <w:jc w:val="right"/>
      </w:pPr>
      <w:r>
        <w:t>I have learned a lot from all these exercises. I have studied the I have different religions, the literature of different relig</w:t>
      </w:r>
    </w:p>
    <w:p>
      <w:r>
        <w:rPr>
          <w:b/>
        </w:rPr>
        <w:t xml:space="preserve">[13:02] </w:t>
      </w:r>
      <w:r>
        <w:t>ions. Also, I have participated in</w:t>
      </w:r>
    </w:p>
    <w:p>
      <w:pPr>
        <w:jc w:val="right"/>
      </w:pPr>
      <w:r>
        <w:t>ions. Also, I have participated in</w:t>
      </w:r>
    </w:p>
    <w:p>
      <w:r>
        <w:rPr>
          <w:b/>
        </w:rPr>
        <w:t xml:space="preserve">[13:08] </w:t>
      </w:r>
      <w:r>
        <w:t>many interfaith dialogues. And I can say that I have learned a lot</w:t>
      </w:r>
    </w:p>
    <w:p>
      <w:pPr>
        <w:jc w:val="right"/>
      </w:pPr>
      <w:r>
        <w:t>many interfaith dialogues. And I can say that I have learned a lot</w:t>
      </w:r>
    </w:p>
    <w:p>
      <w:r>
        <w:rPr>
          <w:b/>
        </w:rPr>
        <w:t xml:space="preserve">[13:17] </w:t>
      </w:r>
      <w:r>
        <w:t>because I never wanted to establish my superiority.</w:t>
      </w:r>
    </w:p>
    <w:p>
      <w:pPr>
        <w:jc w:val="right"/>
      </w:pPr>
      <w:r>
        <w:t>because I never wanted to establish my superiority.</w:t>
      </w:r>
    </w:p>
    <w:p>
      <w:r>
        <w:rPr>
          <w:b/>
        </w:rPr>
        <w:t xml:space="preserve">[13:23] </w:t>
      </w:r>
      <w:r>
        <w:t>Simply, I wanted to learn. And always, I learned from other books, other experiences.</w:t>
      </w:r>
    </w:p>
    <w:p>
      <w:pPr>
        <w:jc w:val="right"/>
      </w:pPr>
      <w:r>
        <w:t>Simply, I wanted to learn. And always, I learned from other books, other experiences.</w:t>
      </w:r>
    </w:p>
    <w:p>
      <w:r>
        <w:rPr>
          <w:b/>
        </w:rPr>
        <w:t xml:space="preserve">[13:36] </w:t>
      </w:r>
      <w:r>
        <w:t>Then, there is a question.</w:t>
      </w:r>
    </w:p>
    <w:p>
      <w:pPr>
        <w:jc w:val="right"/>
      </w:pPr>
      <w:r>
        <w:t>Then, there is a question.</w:t>
      </w:r>
    </w:p>
    <w:p>
      <w:r>
        <w:rPr>
          <w:b/>
        </w:rPr>
        <w:t xml:space="preserve">[13:42] </w:t>
      </w:r>
      <w:r>
        <w:t>Religion is an issue of conviction</w:t>
      </w:r>
    </w:p>
    <w:p>
      <w:pPr>
        <w:jc w:val="right"/>
      </w:pPr>
      <w:r>
        <w:t>Religion is an issue of conviction</w:t>
      </w:r>
    </w:p>
    <w:p>
      <w:r>
        <w:rPr>
          <w:b/>
        </w:rPr>
        <w:t xml:space="preserve">[13:47] </w:t>
      </w:r>
      <w:r>
        <w:t>. When I say that I believe in so-and-so religion, then it means that I take it as a truth with a capital T.</w:t>
      </w:r>
    </w:p>
    <w:p>
      <w:pPr>
        <w:jc w:val="right"/>
      </w:pPr>
      <w:r>
        <w:t>. When I say that I believe in so-and-so religion, then it means that I take it as a truth with a capital T.</w:t>
      </w:r>
    </w:p>
    <w:p>
      <w:r>
        <w:rPr>
          <w:b/>
        </w:rPr>
        <w:t xml:space="preserve">[14:04] </w:t>
      </w:r>
      <w:r>
        <w:t>Without taking religion in this sense, I cannot establish conviction in my mind.</w:t>
      </w:r>
    </w:p>
    <w:p>
      <w:pPr>
        <w:jc w:val="right"/>
      </w:pPr>
      <w:r>
        <w:t>Without taking religion in this sense, I cannot establish conviction in my mind.</w:t>
      </w:r>
    </w:p>
    <w:p>
      <w:r>
        <w:rPr>
          <w:b/>
        </w:rPr>
        <w:t xml:space="preserve">[14:14] </w:t>
      </w:r>
      <w:r>
        <w:t>If religion fails to give you conviction, then it is not religion. Why religion? The basic purpose of religion is to give you conviction regarding truth, regarding reality,</w:t>
      </w:r>
    </w:p>
    <w:p>
      <w:pPr>
        <w:jc w:val="right"/>
      </w:pPr>
      <w:r>
        <w:t>If religion fails to give you conviction, then it is not religion. Why religion? The basic purpose of religion is to give you conviction regarding truth, regarding reality,</w:t>
      </w:r>
    </w:p>
    <w:p>
      <w:r>
        <w:rPr>
          <w:b/>
        </w:rPr>
        <w:t xml:space="preserve">[14:29] </w:t>
      </w:r>
      <w:r>
        <w:t>regarding the purpose of life.</w:t>
      </w:r>
    </w:p>
    <w:p>
      <w:pPr>
        <w:jc w:val="right"/>
      </w:pPr>
      <w:r>
        <w:t>regarding the purpose of life.</w:t>
      </w:r>
    </w:p>
    <w:p>
      <w:r>
        <w:rPr>
          <w:b/>
        </w:rPr>
        <w:t xml:space="preserve">[14:32] </w:t>
      </w:r>
      <w:r>
        <w:t>So, conviction is an integral part of religion.</w:t>
      </w:r>
    </w:p>
    <w:p>
      <w:pPr>
        <w:jc w:val="right"/>
      </w:pPr>
      <w:r>
        <w:t>So, conviction is an integral part of religion.</w:t>
      </w:r>
    </w:p>
    <w:p>
      <w:r>
        <w:rPr>
          <w:b/>
        </w:rPr>
        <w:t xml:space="preserve">[14:41] </w:t>
      </w:r>
      <w:r>
        <w:t>And I can say that I</w:t>
      </w:r>
    </w:p>
    <w:p>
      <w:pPr>
        <w:jc w:val="right"/>
      </w:pPr>
      <w:r>
        <w:t>And I can say that I</w:t>
      </w:r>
    </w:p>
    <w:p>
      <w:r>
        <w:rPr>
          <w:b/>
        </w:rPr>
        <w:t xml:space="preserve">[14:45] </w:t>
      </w:r>
      <w:r>
        <w:t>have great conviction in Islam. I have discovered Islam as my faith. I believe in Islam with all convictions.</w:t>
      </w:r>
    </w:p>
    <w:p>
      <w:pPr>
        <w:jc w:val="right"/>
      </w:pPr>
      <w:r>
        <w:t>have great conviction in Islam. I have discovered Islam as my faith. I believe in Islam with all convictions.</w:t>
      </w:r>
    </w:p>
    <w:p>
      <w:r>
        <w:rPr>
          <w:b/>
        </w:rPr>
        <w:t xml:space="preserve">[14:58] </w:t>
      </w:r>
      <w:r>
        <w:t>I have no doubt about it</w:t>
      </w:r>
    </w:p>
    <w:p>
      <w:pPr>
        <w:jc w:val="right"/>
      </w:pPr>
      <w:r>
        <w:t>I have no doubt about it</w:t>
      </w:r>
    </w:p>
    <w:p>
      <w:r>
        <w:rPr>
          <w:b/>
        </w:rPr>
        <w:t xml:space="preserve">[15:00] </w:t>
      </w:r>
      <w:r>
        <w:t>. According to my perception, Islam is the truth with a capital T.</w:t>
      </w:r>
    </w:p>
    <w:p>
      <w:pPr>
        <w:jc w:val="right"/>
      </w:pPr>
      <w:r>
        <w:t>. According to my perception, Islam is the truth with a capital T.</w:t>
      </w:r>
    </w:p>
    <w:p>
      <w:r>
        <w:rPr>
          <w:b/>
        </w:rPr>
        <w:t xml:space="preserve">[15:10] </w:t>
      </w:r>
      <w:r>
        <w:t>But I can say that this belief never due to this belief, I never found any hate against anyone.</w:t>
      </w:r>
    </w:p>
    <w:p>
      <w:pPr>
        <w:jc w:val="right"/>
      </w:pPr>
      <w:r>
        <w:t>But I can say that this belief never due to this belief, I never found any hate against anyone.</w:t>
      </w:r>
    </w:p>
    <w:p>
      <w:r>
        <w:rPr>
          <w:b/>
        </w:rPr>
        <w:t xml:space="preserve">[15:26] </w:t>
      </w:r>
      <w:r>
        <w:t>I can say that I love every human be</w:t>
      </w:r>
    </w:p>
    <w:p>
      <w:pPr>
        <w:jc w:val="right"/>
      </w:pPr>
      <w:r>
        <w:t>I can say that I love every human be</w:t>
      </w:r>
    </w:p>
    <w:p>
      <w:r>
        <w:rPr>
          <w:b/>
        </w:rPr>
        <w:t xml:space="preserve">[15:30] </w:t>
      </w:r>
      <w:r>
        <w:t>ing. I love every religion.</w:t>
      </w:r>
    </w:p>
    <w:p>
      <w:pPr>
        <w:jc w:val="right"/>
      </w:pPr>
      <w:r>
        <w:t>ing. I love every religion.</w:t>
      </w:r>
    </w:p>
    <w:p>
      <w:r>
        <w:rPr>
          <w:b/>
        </w:rPr>
        <w:t xml:space="preserve">[15:35] </w:t>
      </w:r>
      <w:r>
        <w:t>It is a fact. All those people who know about myself can say that I have no outer hate against anyone.</w:t>
      </w:r>
    </w:p>
    <w:p>
      <w:pPr>
        <w:jc w:val="right"/>
      </w:pPr>
      <w:r>
        <w:t>It is a fact. All those people who know about myself can say that I have no outer hate against anyone.</w:t>
      </w:r>
    </w:p>
    <w:p>
      <w:r>
        <w:rPr>
          <w:b/>
        </w:rPr>
        <w:t xml:space="preserve">[15:50] </w:t>
      </w:r>
      <w:r>
        <w:t>I respect by heart every religion. And I can say that</w:t>
      </w:r>
    </w:p>
    <w:p>
      <w:pPr>
        <w:jc w:val="right"/>
      </w:pPr>
      <w:r>
        <w:t>I respect by heart every religion. And I can say that</w:t>
      </w:r>
    </w:p>
    <w:p>
      <w:r>
        <w:rPr>
          <w:b/>
        </w:rPr>
        <w:t xml:space="preserve">[16:01] </w:t>
      </w:r>
      <w:r>
        <w:t>this is possible for everyone, every human being, because man has a great capacity.</w:t>
      </w:r>
    </w:p>
    <w:p>
      <w:pPr>
        <w:jc w:val="right"/>
      </w:pPr>
      <w:r>
        <w:t>this is possible for everyone, every human being, because man has a great capacity.</w:t>
      </w:r>
    </w:p>
    <w:p>
      <w:r>
        <w:rPr>
          <w:b/>
        </w:rPr>
        <w:t xml:space="preserve">[16:11] </w:t>
      </w:r>
      <w:r>
        <w:t>Human beings have enormous capacity.</w:t>
      </w:r>
    </w:p>
    <w:p>
      <w:pPr>
        <w:jc w:val="right"/>
      </w:pPr>
      <w:r>
        <w:t>Human beings have enormous capacity.</w:t>
      </w:r>
    </w:p>
    <w:p>
      <w:r>
        <w:rPr>
          <w:b/>
        </w:rPr>
        <w:t xml:space="preserve">[16:19] </w:t>
      </w:r>
      <w:r>
        <w:t>Man is able to live with contradictions. It is very it is</w:t>
      </w:r>
    </w:p>
    <w:p>
      <w:pPr>
        <w:jc w:val="right"/>
      </w:pPr>
      <w:r>
        <w:t>Man is able to live with contradictions. It is very it is</w:t>
      </w:r>
    </w:p>
    <w:p>
      <w:r>
        <w:rPr>
          <w:b/>
        </w:rPr>
        <w:t xml:space="preserve">[16:30] </w:t>
      </w:r>
      <w:r>
        <w:t>quite possible for a human being, for a human mind. One American philosopher has rightly said that, "I am large enough to contain all these contradictions."</w:t>
      </w:r>
    </w:p>
    <w:p>
      <w:pPr>
        <w:jc w:val="right"/>
      </w:pPr>
      <w:r>
        <w:t>quite possible for a human being, for a human mind. One American philosopher hasrightly said that, "I am large enough to contain all these contradictions."</w:t>
      </w:r>
    </w:p>
    <w:p>
      <w:r>
        <w:rPr>
          <w:b/>
        </w:rPr>
        <w:t xml:space="preserve">[16:49] </w:t>
      </w:r>
      <w:r>
        <w:t>So, there is no question that if you believe that religion A is truth for you with a capital T, it doesn't mean that you hate other religions, you fail to respect other religions.</w:t>
      </w:r>
    </w:p>
    <w:p>
      <w:pPr>
        <w:jc w:val="right"/>
      </w:pPr>
      <w:r>
        <w:t>So, there is no question that if you believe that religion A is truth for you with a capital T, it doesn't mean that you hate other religions, you fail to respect other religions.</w:t>
      </w:r>
    </w:p>
    <w:p>
      <w:r>
        <w:rPr>
          <w:b/>
        </w:rPr>
        <w:t xml:space="preserve">[17:07] </w:t>
      </w:r>
      <w:r>
        <w:t>Our mind is able to live with both the concep</w:t>
      </w:r>
    </w:p>
    <w:p>
      <w:pPr>
        <w:jc w:val="right"/>
      </w:pPr>
      <w:r>
        <w:t>Our mind is able to live with both the concep</w:t>
      </w:r>
    </w:p>
    <w:p>
      <w:r>
        <w:rPr>
          <w:b/>
        </w:rPr>
        <w:t xml:space="preserve">[17:19] </w:t>
      </w:r>
      <w:r>
        <w:t>ts, believing that your religion is true, at the same time giving respect to others by heart, not by lip service.</w:t>
      </w:r>
    </w:p>
    <w:p>
      <w:pPr>
        <w:jc w:val="right"/>
      </w:pPr>
      <w:r>
        <w:t>ts, believing that your religion is true, at the same time giving respect to others by heart, not by lip service.</w:t>
      </w:r>
    </w:p>
    <w:p>
      <w:r>
        <w:rPr>
          <w:b/>
        </w:rPr>
        <w:t xml:space="preserve">[17:32] </w:t>
      </w:r>
      <w:r>
        <w:t>So, according to my experience, interfaith dialogue means mutual learning. As far as the social harmony is concerned, harmony is another subject.</w:t>
      </w:r>
    </w:p>
    <w:p>
      <w:pPr>
        <w:jc w:val="right"/>
      </w:pPr>
      <w:r>
        <w:t>So, according to my experience, interfaith dialogue means mutual learning. As far as the social harmony is concerned, harmony is another subject.</w:t>
      </w:r>
    </w:p>
    <w:p>
      <w:r>
        <w:rPr>
          <w:b/>
        </w:rPr>
        <w:t xml:space="preserve">[17:48] </w:t>
      </w:r>
      <w:r>
        <w:t>And I think the best formula for social harmony is given by some reformers in these words: peaceful coexistence.</w:t>
      </w:r>
    </w:p>
    <w:p>
      <w:pPr>
        <w:jc w:val="right"/>
      </w:pPr>
      <w:r>
        <w:t>And I think the best formula for social harmony is given by some reformers in these words: peaceful coexistence.</w:t>
      </w:r>
    </w:p>
    <w:p>
      <w:r>
        <w:rPr>
          <w:b/>
        </w:rPr>
        <w:t xml:space="preserve">[18:03] </w:t>
      </w:r>
      <w:r>
        <w:t>Social harmony, international harmony, national harmony. In all these matters, the best formula of harmony is peaceful coexistence.</w:t>
      </w:r>
    </w:p>
    <w:p>
      <w:pPr>
        <w:jc w:val="right"/>
      </w:pPr>
      <w:r>
        <w:t>Social harmony, international harmony, national harmony. In all these matters, the best formula of harmony is peaceful coexistence.</w:t>
      </w:r>
    </w:p>
    <w:p>
      <w:r>
        <w:rPr>
          <w:b/>
        </w:rPr>
        <w:t xml:space="preserve">[18:18] </w:t>
      </w:r>
      <w:r>
        <w:t>United Nations have adopted this formula. United Nations have already adopted this formula. And the same formula is also applicable to the religious groups.</w:t>
      </w:r>
    </w:p>
    <w:p>
      <w:pPr>
        <w:jc w:val="right"/>
      </w:pPr>
      <w:r>
        <w:t>United Nations have adopted this formula. United Nations have already adopted this formula. And the same formula is also applicable to the religious groups.</w:t>
      </w:r>
    </w:p>
    <w:p>
      <w:r>
        <w:rPr>
          <w:b/>
        </w:rPr>
        <w:t xml:space="preserve">[18:37] </w:t>
      </w:r>
      <w:r>
        <w:t>So, I would say that as far as the social harmony is concerned,</w:t>
      </w:r>
    </w:p>
    <w:p>
      <w:pPr>
        <w:jc w:val="right"/>
      </w:pPr>
      <w:r>
        <w:t>So, I would say that as far as the social harmony is concerned,</w:t>
      </w:r>
    </w:p>
    <w:p>
      <w:r>
        <w:rPr>
          <w:b/>
        </w:rPr>
        <w:t xml:space="preserve">[18:49] </w:t>
      </w:r>
      <w:r>
        <w:t>we have to adopt the principle of coexistence.</w:t>
      </w:r>
    </w:p>
    <w:p>
      <w:pPr>
        <w:jc w:val="right"/>
      </w:pPr>
      <w:r>
        <w:t>we have to adopt the principle of coexistence.</w:t>
      </w:r>
    </w:p>
    <w:p>
      <w:r>
        <w:rPr>
          <w:b/>
        </w:rPr>
        <w:t xml:space="preserve">[18:57] </w:t>
      </w:r>
      <w:r>
        <w:t>And as far as the interfaith dialogue is concerned, we have to take it as a</w:t>
      </w:r>
    </w:p>
    <w:p>
      <w:pPr>
        <w:jc w:val="right"/>
      </w:pPr>
      <w:r>
        <w:t>And as far as the interfaith dialogue is concerned, we have to take it as a</w:t>
      </w:r>
    </w:p>
    <w:p>
      <w:r>
        <w:rPr>
          <w:b/>
        </w:rPr>
        <w:t xml:space="preserve">[19:07] </w:t>
      </w:r>
      <w:r>
        <w:t>process of mutual learning.</w:t>
      </w:r>
    </w:p>
    <w:p>
      <w:pPr>
        <w:jc w:val="right"/>
      </w:pPr>
      <w:r>
        <w:t>process of mutual learning.</w:t>
      </w:r>
    </w:p>
    <w:p>
      <w:r>
        <w:rPr>
          <w:b/>
        </w:rPr>
        <w:t xml:space="preserve">[19:14] </w:t>
      </w:r>
      <w:r>
        <w:t>This is my finding. This is my experience. This is my</w:t>
      </w:r>
    </w:p>
    <w:p>
      <w:pPr>
        <w:jc w:val="right"/>
      </w:pPr>
      <w:r>
        <w:t>This is my finding. This is my experience. This is my</w:t>
      </w:r>
    </w:p>
    <w:p>
      <w:r>
        <w:rPr>
          <w:b/>
        </w:rPr>
        <w:t xml:space="preserve">[19:25] </w:t>
      </w:r>
      <w:r>
        <w:t>I can say this is my discovery. And I myself have adopted this for my life.</w:t>
      </w:r>
    </w:p>
    <w:p>
      <w:pPr>
        <w:jc w:val="right"/>
      </w:pPr>
      <w:r>
        <w:t>I can say this is my discovery. And I myself have adopted this for my life.</w:t>
      </w:r>
    </w:p>
    <w:p>
      <w:r>
        <w:rPr>
          <w:b/>
        </w:rPr>
        <w:t xml:space="preserve">[19:37] </w:t>
      </w:r>
      <w:r>
        <w:t>For me, this formula is not simply a matter of speech. No.</w:t>
      </w:r>
    </w:p>
    <w:p>
      <w:pPr>
        <w:jc w:val="right"/>
      </w:pPr>
      <w:r>
        <w:t>For me, this formula is not simply a matter of speech. No.</w:t>
      </w:r>
    </w:p>
    <w:p>
      <w:r>
        <w:rPr>
          <w:b/>
        </w:rPr>
        <w:t xml:space="preserve">[19:46] </w:t>
      </w:r>
      <w:r>
        <w:t>It is my way of life. It is my way of life. It is my way of life. I am by nature, I am a seeker by nature.</w:t>
      </w:r>
    </w:p>
    <w:p>
      <w:pPr>
        <w:jc w:val="right"/>
      </w:pPr>
      <w:r>
        <w:t>It is my way of life. It is my way of life. It is my way of life. I am by nature, I am a seeker by nature.</w:t>
      </w:r>
    </w:p>
    <w:p>
      <w:r>
        <w:rPr>
          <w:b/>
        </w:rPr>
        <w:t xml:space="preserve">[20:03] </w:t>
      </w:r>
      <w:r>
        <w:t>I am a seeker by nature. I always try to learn from others.</w:t>
      </w:r>
    </w:p>
    <w:p>
      <w:pPr>
        <w:jc w:val="right"/>
      </w:pPr>
      <w:r>
        <w:t>I am a seeker by nature. I always try to learn from others.</w:t>
      </w:r>
    </w:p>
    <w:p>
      <w:r>
        <w:rPr>
          <w:b/>
        </w:rPr>
        <w:t xml:space="preserve">[20:10] </w:t>
      </w:r>
      <w:r>
        <w:t>So, my seeking spirit has no end. I try to learn from secular people.</w:t>
      </w:r>
    </w:p>
    <w:p>
      <w:pPr>
        <w:jc w:val="right"/>
      </w:pPr>
      <w:r>
        <w:t>So, my seeking spirit has no end. I try to learn from secular people.</w:t>
      </w:r>
    </w:p>
    <w:p>
      <w:r>
        <w:rPr>
          <w:b/>
        </w:rPr>
        <w:t xml:space="preserve">[20:19] </w:t>
      </w:r>
      <w:r>
        <w:t>So, I try to learn from other people of other religions. I don't know any</w:t>
      </w:r>
    </w:p>
    <w:p>
      <w:pPr>
        <w:jc w:val="right"/>
      </w:pPr>
      <w:r>
        <w:t>So, I try to learn from other people of other religions. I don't know any</w:t>
      </w:r>
    </w:p>
    <w:p>
      <w:r>
        <w:rPr>
          <w:b/>
        </w:rPr>
        <w:t xml:space="preserve">[20:30] </w:t>
      </w:r>
      <w:r>
        <w:t>difficulty.</w:t>
      </w:r>
    </w:p>
    <w:p>
      <w:pPr>
        <w:jc w:val="right"/>
      </w:pPr>
      <w:r>
        <w:t>difficulty.</w:t>
      </w:r>
    </w:p>
    <w:p>
      <w:r>
        <w:rPr>
          <w:b/>
        </w:rPr>
        <w:t xml:space="preserve">[20:37] </w:t>
      </w:r>
      <w:r>
        <w:t>So, I think that we have to reassess the whole matter.</w:t>
      </w:r>
    </w:p>
    <w:p>
      <w:pPr>
        <w:jc w:val="right"/>
      </w:pPr>
      <w:r>
        <w:t>So, I think that we have to reassess the whole matter.</w:t>
      </w:r>
    </w:p>
    <w:p>
      <w:r>
        <w:rPr>
          <w:b/>
        </w:rPr>
        <w:t xml:space="preserve">[20:44] </w:t>
      </w:r>
      <w:r>
        <w:t>When those two models failed to yield any positive result, then we have to try to find some other formula.</w:t>
      </w:r>
    </w:p>
    <w:p>
      <w:pPr>
        <w:jc w:val="right"/>
      </w:pPr>
      <w:r>
        <w:t>When those two models failed to yield any positive result, then we have to try to find some other formula.</w:t>
      </w:r>
    </w:p>
    <w:p>
      <w:r>
        <w:rPr>
          <w:b/>
        </w:rPr>
        <w:t xml:space="preserve">[20:59] </w:t>
      </w:r>
      <w:r>
        <w:t>As I earlier said, that the formula based on the model based on uniformity failed in terms of result.</w:t>
      </w:r>
    </w:p>
    <w:p>
      <w:pPr>
        <w:jc w:val="right"/>
      </w:pPr>
      <w:r>
        <w:t>As I earlier said, that the formula based on the model based on uniformity failed in terms of result.</w:t>
      </w:r>
    </w:p>
    <w:p>
      <w:r>
        <w:rPr>
          <w:b/>
        </w:rPr>
        <w:t xml:space="preserve">[21:13] </w:t>
      </w:r>
      <w:r>
        <w:t>And the formula that is the model that is based on debate is also failed.</w:t>
      </w:r>
    </w:p>
    <w:p>
      <w:pPr>
        <w:jc w:val="right"/>
      </w:pPr>
      <w:r>
        <w:t>And the formula that is the model that is based on debate is also failed.</w:t>
      </w:r>
    </w:p>
    <w:p>
      <w:r>
        <w:rPr>
          <w:b/>
        </w:rPr>
        <w:t xml:space="preserve">[21:27] </w:t>
      </w:r>
      <w:r>
        <w:t>So, both these models have failed.</w:t>
      </w:r>
    </w:p>
    <w:p>
      <w:pPr>
        <w:jc w:val="right"/>
      </w:pPr>
      <w:r>
        <w:t>So, both these models have failed.</w:t>
      </w:r>
    </w:p>
    <w:p>
      <w:r>
        <w:rPr>
          <w:b/>
        </w:rPr>
        <w:t xml:space="preserve">[21:33] </w:t>
      </w:r>
      <w:r>
        <w:t>So, what is the purpose of repeating these models? We have to try to find out some other formula.</w:t>
      </w:r>
    </w:p>
    <w:p>
      <w:pPr>
        <w:jc w:val="right"/>
      </w:pPr>
      <w:r>
        <w:t>So, what is the purpose of repeating these models? We have to try to find out some other formula.</w:t>
      </w:r>
    </w:p>
    <w:p>
      <w:r>
        <w:rPr>
          <w:b/>
        </w:rPr>
        <w:t xml:space="preserve">[21:43] </w:t>
      </w:r>
      <w:r>
        <w:t>And that formula is</w:t>
      </w:r>
    </w:p>
    <w:p>
      <w:pPr>
        <w:jc w:val="right"/>
      </w:pPr>
      <w:r>
        <w:t>And that formula is</w:t>
      </w:r>
    </w:p>
    <w:p>
      <w:r>
        <w:rPr>
          <w:b/>
        </w:rPr>
        <w:t xml:space="preserve">[21:48] </w:t>
      </w:r>
      <w:r>
        <w:t>what I call Faruqi formula. Faruqi formula means based on mutual learning.</w:t>
      </w:r>
    </w:p>
    <w:p>
      <w:pPr>
        <w:jc w:val="right"/>
      </w:pPr>
      <w:r>
        <w:t>what I call Faruqi formula. Faruqi formula means based on mutual learning.</w:t>
      </w:r>
    </w:p>
    <w:p>
      <w:r>
        <w:rPr>
          <w:b/>
        </w:rPr>
        <w:t xml:space="preserve">[22:01] </w:t>
      </w:r>
      <w:r>
        <w:t>So, I would say that we have to separate both the issues: social harmony and religious truth.</w:t>
      </w:r>
    </w:p>
    <w:p>
      <w:pPr>
        <w:jc w:val="right"/>
      </w:pPr>
      <w:r>
        <w:t>So, I would say that we have to separate both the issues: social harmony and religious truth.</w:t>
      </w:r>
    </w:p>
    <w:p>
      <w:r>
        <w:rPr>
          <w:b/>
        </w:rPr>
        <w:t xml:space="preserve">[22:16] </w:t>
      </w:r>
      <w:r>
        <w:t>We are all seekers. We have to try to find truth. And this process is</w:t>
      </w:r>
    </w:p>
    <w:p>
      <w:pPr>
        <w:jc w:val="right"/>
      </w:pPr>
      <w:r>
        <w:t>We are all seekers. We have to try to find truth. And this process is</w:t>
      </w:r>
    </w:p>
    <w:p>
      <w:r>
        <w:rPr>
          <w:b/>
        </w:rPr>
        <w:t xml:space="preserve">[22:27] </w:t>
      </w:r>
      <w:r>
        <w:t>a continued process, an eternal process.</w:t>
      </w:r>
    </w:p>
    <w:p>
      <w:pPr>
        <w:jc w:val="right"/>
      </w:pPr>
      <w:r>
        <w:t>a continued process, an eternal process.</w:t>
      </w:r>
    </w:p>
    <w:p>
      <w:r>
        <w:rPr>
          <w:b/>
        </w:rPr>
        <w:t xml:space="preserve">[22:34] </w:t>
      </w:r>
      <w:r>
        <w:t>We have to try to achieve conviction.</w:t>
      </w:r>
    </w:p>
    <w:p>
      <w:pPr>
        <w:jc w:val="right"/>
      </w:pPr>
      <w:r>
        <w:t>We have to try to achieve conviction.</w:t>
      </w:r>
    </w:p>
    <w:p>
      <w:r>
        <w:rPr>
          <w:b/>
        </w:rPr>
        <w:t xml:space="preserve">[22:42] </w:t>
      </w:r>
      <w:r>
        <w:t>And for this purpose, we have to study. We have to interact with people. That is a process</w:t>
      </w:r>
    </w:p>
    <w:p>
      <w:pPr>
        <w:jc w:val="right"/>
      </w:pPr>
      <w:r>
        <w:t>And for this purpose, we have to study. We have to interact with people. That is a process</w:t>
      </w:r>
    </w:p>
    <w:p>
      <w:r>
        <w:rPr>
          <w:b/>
        </w:rPr>
        <w:t xml:space="preserve">[22:53] </w:t>
      </w:r>
      <w:r>
        <w:t>. So, interfaith dialogue is for this purpose, for mutual learning,</w:t>
      </w:r>
    </w:p>
    <w:p>
      <w:pPr>
        <w:jc w:val="right"/>
      </w:pPr>
      <w:r>
        <w:t>. So, interfaith dialogue is for this purpose, for mutual learning,</w:t>
      </w:r>
    </w:p>
    <w:p>
      <w:r>
        <w:rPr>
          <w:b/>
        </w:rPr>
        <w:t xml:space="preserve">[23:05] </w:t>
      </w:r>
      <w:r>
        <w:t>for sharing. Interfaith dialogue is for sharing.</w:t>
      </w:r>
    </w:p>
    <w:p>
      <w:pPr>
        <w:jc w:val="right"/>
      </w:pPr>
      <w:r>
        <w:t>for sharing. Interfaith dialogue is for sharing.</w:t>
      </w:r>
    </w:p>
    <w:p>
      <w:r>
        <w:rPr>
          <w:b/>
        </w:rPr>
        <w:t xml:space="preserve">[23:15] </w:t>
      </w:r>
      <w:r>
        <w:t>Everyone must share his experience regarding truth.</w:t>
      </w:r>
    </w:p>
    <w:p>
      <w:pPr>
        <w:jc w:val="right"/>
      </w:pPr>
      <w:r>
        <w:t>Everyone must share his experience regarding truth.</w:t>
      </w:r>
    </w:p>
    <w:p>
      <w:r>
        <w:rPr>
          <w:b/>
        </w:rPr>
        <w:t xml:space="preserve">[23:25] </w:t>
      </w:r>
      <w:r>
        <w:t>And everyone must try to learn from other groups. That is a healthy interaction.</w:t>
      </w:r>
    </w:p>
    <w:p>
      <w:pPr>
        <w:jc w:val="right"/>
      </w:pPr>
      <w:r>
        <w:t>And everyone must try to learn from other groups. That is a healthy interaction.</w:t>
      </w:r>
    </w:p>
    <w:p>
      <w:r>
        <w:rPr>
          <w:b/>
        </w:rPr>
        <w:t xml:space="preserve">[23:36] </w:t>
      </w:r>
      <w:r>
        <w:t>So, interaction is very important.</w:t>
      </w:r>
    </w:p>
    <w:p>
      <w:pPr>
        <w:jc w:val="right"/>
      </w:pPr>
      <w:r>
        <w:t>So, interaction is very important.</w:t>
      </w:r>
    </w:p>
    <w:p>
      <w:r>
        <w:rPr>
          <w:b/>
        </w:rPr>
        <w:t xml:space="preserve">[23:40] </w:t>
      </w:r>
      <w:r>
        <w:t>Interaction, dialogue, discussion, exchange of thought, all these things are very, very important.</w:t>
      </w:r>
    </w:p>
    <w:p>
      <w:pPr>
        <w:jc w:val="right"/>
      </w:pPr>
      <w:r>
        <w:t>Interaction, dialogue, discussion, exchange of thought, all these things are very, very important.</w:t>
      </w:r>
    </w:p>
    <w:p>
      <w:r>
        <w:rPr>
          <w:b/>
        </w:rPr>
        <w:t xml:space="preserve">[23:51] </w:t>
      </w:r>
      <w:r>
        <w:t>But not for establishing your supremacy, your superiority.</w:t>
      </w:r>
    </w:p>
    <w:p>
      <w:pPr>
        <w:jc w:val="right"/>
      </w:pPr>
      <w:r>
        <w:t>But not for establishing your supremacy, your superiority.</w:t>
      </w:r>
    </w:p>
    <w:p>
      <w:r>
        <w:rPr>
          <w:b/>
        </w:rPr>
        <w:t xml:space="preserve">[24:01] </w:t>
      </w:r>
      <w:r>
        <w:t>Not to establish your superiority upon others, but only for the purpose of learning.</w:t>
      </w:r>
    </w:p>
    <w:p>
      <w:pPr>
        <w:jc w:val="right"/>
      </w:pPr>
      <w:r>
        <w:t>Not to establish your superiority upon others, but only for the purpose of learning.</w:t>
      </w:r>
    </w:p>
    <w:p>
      <w:r>
        <w:rPr>
          <w:b/>
        </w:rPr>
        <w:t xml:space="preserve">[24:12] </w:t>
      </w:r>
      <w:r>
        <w:t>You know, learning has no end.</w:t>
      </w:r>
    </w:p>
    <w:p>
      <w:pPr>
        <w:jc w:val="right"/>
      </w:pPr>
      <w:r>
        <w:t>You know, learning has no end.</w:t>
      </w:r>
    </w:p>
    <w:p>
      <w:r>
        <w:rPr>
          <w:b/>
        </w:rPr>
        <w:t xml:space="preserve">[24:18] </w:t>
      </w:r>
      <w:r>
        <w:t>There are limitless things that we need to learn. The universe of fact is limitless.</w:t>
      </w:r>
    </w:p>
    <w:p>
      <w:pPr>
        <w:jc w:val="right"/>
      </w:pPr>
      <w:r>
        <w:t>There are limitless things that we need to learn. The universe of fact is limitless.</w:t>
      </w:r>
    </w:p>
    <w:p>
      <w:r>
        <w:rPr>
          <w:b/>
        </w:rPr>
        <w:t xml:space="preserve">[24:31] </w:t>
      </w:r>
      <w:r>
        <w:t>The universe of fact has no end.</w:t>
      </w:r>
    </w:p>
    <w:p>
      <w:pPr>
        <w:jc w:val="right"/>
      </w:pPr>
      <w:r>
        <w:t>The universe of fact has no end.</w:t>
      </w:r>
    </w:p>
    <w:p>
      <w:r>
        <w:rPr>
          <w:b/>
        </w:rPr>
        <w:t xml:space="preserve">[24:34] </w:t>
      </w:r>
      <w:r>
        <w:t>So, our learning process is an eternal process,</w:t>
      </w:r>
    </w:p>
    <w:p>
      <w:pPr>
        <w:jc w:val="right"/>
      </w:pPr>
      <w:r>
        <w:t>So, our learning process is an eternal process,</w:t>
      </w:r>
    </w:p>
    <w:p>
      <w:r>
        <w:rPr>
          <w:b/>
        </w:rPr>
        <w:t xml:space="preserve">[24:45] </w:t>
      </w:r>
      <w:r>
        <w:t>an unending process.</w:t>
      </w:r>
    </w:p>
    <w:p>
      <w:pPr>
        <w:jc w:val="right"/>
      </w:pPr>
      <w:r>
        <w:t>an unending process.</w:t>
      </w:r>
    </w:p>
    <w:p>
      <w:r>
        <w:rPr>
          <w:b/>
        </w:rPr>
        <w:t xml:space="preserve">[24:50] </w:t>
      </w:r>
      <w:r>
        <w:t>So, as far as the social harmony is concerned, we have to adopt the tested formula that is peaceful coexistence.</w:t>
      </w:r>
    </w:p>
    <w:p>
      <w:pPr>
        <w:jc w:val="right"/>
      </w:pPr>
      <w:r>
        <w:t>So, as far as the social harmony is concerned, we have to adopt the tested formula that is peaceful coexistence.</w:t>
      </w:r>
    </w:p>
    <w:p>
      <w:r>
        <w:rPr>
          <w:b/>
        </w:rPr>
        <w:t xml:space="preserve">[25:05] </w:t>
      </w:r>
      <w:r>
        <w:t>And as far as the interfaith dialogue is concerned, we have to take it as a learning, as an interaction,</w:t>
      </w:r>
    </w:p>
    <w:p>
      <w:pPr>
        <w:jc w:val="right"/>
      </w:pPr>
      <w:r>
        <w:t>And as far as the interfaith dialogue is concerned, we have to take it as a learning, as an interaction,</w:t>
      </w:r>
    </w:p>
    <w:p>
      <w:r>
        <w:rPr>
          <w:b/>
        </w:rPr>
        <w:t xml:space="preserve">[25:21] </w:t>
      </w:r>
      <w:r>
        <w:t>as an exchange of thought, as a sharing.</w:t>
      </w:r>
    </w:p>
    <w:p>
      <w:pPr>
        <w:jc w:val="right"/>
      </w:pPr>
      <w:r>
        <w:t>as an exchange of thought, as a sharing.</w:t>
      </w:r>
    </w:p>
    <w:p>
      <w:r>
        <w:rPr>
          <w:b/>
        </w:rPr>
        <w:t xml:space="preserve">[25:33] </w:t>
      </w:r>
      <w:r>
        <w:t>By this method, by following this method, we can achieve both goals, both the goals.</w:t>
      </w:r>
    </w:p>
    <w:p>
      <w:pPr>
        <w:jc w:val="right"/>
      </w:pPr>
      <w:r>
        <w:t>By this method, by following this method, we can achieve both goals, both the goals.</w:t>
      </w:r>
    </w:p>
    <w:p>
      <w:r>
        <w:rPr>
          <w:b/>
        </w:rPr>
        <w:t xml:space="preserve">[25:46] </w:t>
      </w:r>
      <w:r>
        <w:t>One</w:t>
      </w:r>
    </w:p>
    <w:p>
      <w:pPr>
        <w:jc w:val="right"/>
      </w:pPr>
      <w:r>
        <w:t>One</w:t>
      </w:r>
    </w:p>
    <w:p>
      <w:r>
        <w:rPr>
          <w:b/>
        </w:rPr>
        <w:t xml:space="preserve">[25:51] </w:t>
      </w:r>
      <w:r>
        <w:t>goal is to discover the truth. The second is to establish harmony.</w:t>
      </w:r>
    </w:p>
    <w:p>
      <w:pPr>
        <w:jc w:val="right"/>
      </w:pPr>
      <w:r>
        <w:t>goal is to discover the truth. The second is to establish harmony.</w:t>
      </w:r>
    </w:p>
    <w:p>
      <w:r>
        <w:rPr>
          <w:b/>
        </w:rPr>
        <w:t xml:space="preserve">[26:02] </w:t>
      </w:r>
      <w:r>
        <w:t>So, by taking interfaith dialogue as a mutual learning, we can</w:t>
      </w:r>
    </w:p>
    <w:p>
      <w:pPr>
        <w:jc w:val="right"/>
      </w:pPr>
      <w:r>
        <w:t>So, by taking interfaith dialogue as a mutual learning, we can</w:t>
      </w:r>
    </w:p>
    <w:p>
      <w:r>
        <w:rPr>
          <w:b/>
        </w:rPr>
        <w:t xml:space="preserve">[26:11] </w:t>
      </w:r>
      <w:r>
        <w:t>continue our process towards seeking the truth. And by adopting the formula of coexistence, we can establish harmony in society.</w:t>
      </w:r>
    </w:p>
    <w:p>
      <w:pPr>
        <w:jc w:val="right"/>
      </w:pPr>
      <w:r>
        <w:t>continue our process towards seeking the truth. And by adopting the formula of coexistence, we can establish harmony in society.</w:t>
      </w:r>
    </w:p>
    <w:p>
      <w:r>
        <w:rPr>
          <w:b/>
        </w:rPr>
        <w:t xml:space="preserve">[26:27] </w:t>
      </w:r>
      <w:r>
        <w:t>This is my experience.</w:t>
      </w:r>
    </w:p>
    <w:p>
      <w:pPr>
        <w:jc w:val="right"/>
      </w:pPr>
      <w:r>
        <w:t>This is my experience.</w:t>
      </w:r>
    </w:p>
    <w:p>
      <w:r>
        <w:rPr>
          <w:b/>
        </w:rPr>
        <w:t xml:space="preserve">[26:32] </w:t>
      </w:r>
      <w:r>
        <w:t>I can say that this formula is based on the law of nature. This is in accordance with the Krishna plan of God.</w:t>
      </w:r>
    </w:p>
    <w:p>
      <w:pPr>
        <w:jc w:val="right"/>
      </w:pPr>
      <w:r>
        <w:t>I can say that this formula is based on the law of nature. This is in accordance with the Krishna plan of God.</w:t>
      </w:r>
    </w:p>
    <w:p>
      <w:r>
        <w:rPr>
          <w:b/>
        </w:rPr>
        <w:t xml:space="preserve">[26:45] </w:t>
      </w:r>
      <w:r>
        <w:t>So, there is no contradiction in this formula with nature. It is quite practicable, quite feasible.</w:t>
      </w:r>
    </w:p>
    <w:p>
      <w:pPr>
        <w:jc w:val="right"/>
      </w:pPr>
      <w:r>
        <w:t>So, there is no contradiction in this formula with nature. It is quite practicable, quite feasible.</w:t>
      </w:r>
    </w:p>
    <w:p>
      <w:r>
        <w:rPr>
          <w:b/>
        </w:rPr>
        <w:t xml:space="preserve">[27:05] </w:t>
      </w:r>
      <w:r>
        <w:t>So, I am convinced that this is the only formula for interfaith dialogue.</w:t>
      </w:r>
    </w:p>
    <w:p>
      <w:pPr>
        <w:jc w:val="right"/>
      </w:pPr>
      <w:r>
        <w:t>So, I am convinced that this is the only formula for interfaith dialogue.</w:t>
      </w:r>
    </w:p>
    <w:p>
      <w:r>
        <w:rPr>
          <w:b/>
        </w:rPr>
        <w:t xml:space="preserve">[27:18] </w:t>
      </w:r>
      <w:r>
        <w:t>It is very clear that dialogue, for the sake of dialogue, is nothing.</w:t>
      </w:r>
    </w:p>
    <w:p>
      <w:pPr>
        <w:jc w:val="right"/>
      </w:pPr>
      <w:r>
        <w:t>It is very clear that dialogue, for the sake of dialogue, is nothing.</w:t>
      </w:r>
    </w:p>
    <w:p>
      <w:r>
        <w:rPr>
          <w:b/>
        </w:rPr>
        <w:t xml:space="preserve">[27:26] </w:t>
      </w:r>
      <w:r>
        <w:t>Dialogue, for the sake of dialogue, is nothing.</w:t>
      </w:r>
    </w:p>
    <w:p>
      <w:pPr>
        <w:jc w:val="right"/>
      </w:pPr>
      <w:r>
        <w:t>Dialogue, for the sake of dialogue, is nothing.</w:t>
      </w:r>
    </w:p>
    <w:p>
      <w:r>
        <w:rPr>
          <w:b/>
        </w:rPr>
        <w:t xml:space="preserve">[27:33] </w:t>
      </w:r>
      <w:r>
        <w:t>So, if we want to take dialogue for some purpose, then what is the purpose? So, according to my experience, the purpose is to the is sharing, mutual learning,</w:t>
      </w:r>
    </w:p>
    <w:p>
      <w:pPr>
        <w:jc w:val="right"/>
      </w:pPr>
      <w:r>
        <w:t>So, if we want to take dialogue for some purpose, then what is the purpose? So, according to my experience, the purpose is to the is sharing, mutual learning,</w:t>
      </w:r>
    </w:p>
    <w:p>
      <w:r>
        <w:rPr>
          <w:b/>
        </w:rPr>
        <w:t xml:space="preserve">[27:55] </w:t>
      </w:r>
      <w:r>
        <w:t>interaction.</w:t>
      </w:r>
    </w:p>
    <w:p>
      <w:pPr>
        <w:jc w:val="right"/>
      </w:pPr>
      <w:r>
        <w:t>interaction.</w:t>
      </w:r>
    </w:p>
    <w:p>
      <w:r>
        <w:rPr>
          <w:b/>
        </w:rPr>
        <w:t xml:space="preserve">[28:01] </w:t>
      </w:r>
      <w:r>
        <w:t>Then, it is also very important that if we want to achieve some goal, we have to adopt a peaceful method</w:t>
      </w:r>
    </w:p>
    <w:p>
      <w:pPr>
        <w:jc w:val="right"/>
      </w:pPr>
      <w:r>
        <w:t>Then, it is also very important that if we want to achieve some goal, we have to adopt a peaceful method</w:t>
      </w:r>
    </w:p>
    <w:p>
      <w:r>
        <w:rPr>
          <w:b/>
        </w:rPr>
        <w:t xml:space="preserve">[28:16] </w:t>
      </w:r>
      <w:r>
        <w:t>. Any method that creates problems, that creates hate, that promotes negative thinking, there is no method.</w:t>
      </w:r>
    </w:p>
    <w:p>
      <w:pPr>
        <w:jc w:val="right"/>
      </w:pPr>
      <w:r>
        <w:t>. Any method that creates problems, that creates hate, that promotes negative thinking, there is no method.</w:t>
      </w:r>
    </w:p>
    <w:p>
      <w:r>
        <w:rPr>
          <w:b/>
        </w:rPr>
        <w:t xml:space="preserve">[28:31] </w:t>
      </w:r>
      <w:r>
        <w:t>There is no method. Method is one that is totally peaceful method. Method is one.</w:t>
      </w:r>
    </w:p>
    <w:p>
      <w:pPr>
        <w:jc w:val="right"/>
      </w:pPr>
      <w:r>
        <w:t>There is no method. Method is one that is totally peaceful method. Method is one.</w:t>
      </w:r>
    </w:p>
    <w:p>
      <w:r>
        <w:rPr>
          <w:b/>
        </w:rPr>
        <w:t xml:space="preserve">[28:40] </w:t>
      </w:r>
      <w:r>
        <w:t>If we follow it, it will not create any new problem.</w:t>
      </w:r>
    </w:p>
    <w:p>
      <w:pPr>
        <w:jc w:val="right"/>
      </w:pPr>
      <w:r>
        <w:t>If we follow it, it will not create any new problem.</w:t>
      </w:r>
    </w:p>
    <w:p>
      <w:r>
        <w:rPr>
          <w:b/>
        </w:rPr>
        <w:t xml:space="preserve">[28:47] </w:t>
      </w:r>
      <w:r>
        <w:t>Method must be highly peaceful, problem-free method.</w:t>
      </w:r>
    </w:p>
    <w:p>
      <w:pPr>
        <w:jc w:val="right"/>
      </w:pPr>
      <w:r>
        <w:t>Method must be highly peaceful, problem-free method.</w:t>
      </w:r>
    </w:p>
    <w:p>
      <w:r>
        <w:rPr>
          <w:b/>
        </w:rPr>
        <w:t xml:space="preserve">[28:59] </w:t>
      </w:r>
      <w:r>
        <w:t>Any method that is problem-free is method. Otherwise, it is not a method.</w:t>
      </w:r>
    </w:p>
    <w:p>
      <w:pPr>
        <w:jc w:val="right"/>
      </w:pPr>
      <w:r>
        <w:t>Any method that is problem-free is method. Otherwise, it is not a method.</w:t>
      </w:r>
    </w:p>
    <w:p>
      <w:r>
        <w:rPr>
          <w:b/>
        </w:rPr>
        <w:t xml:space="preserve">[29:10] </w:t>
      </w:r>
      <w:r>
        <w:t>So, why I suggest in this regard is problem-free method.</w:t>
      </w:r>
    </w:p>
    <w:p>
      <w:pPr>
        <w:jc w:val="right"/>
      </w:pPr>
      <w:r>
        <w:t>So, why I suggest in this regard is problem-free method.</w:t>
      </w:r>
    </w:p>
    <w:p>
      <w:r>
        <w:rPr>
          <w:b/>
        </w:rPr>
        <w:t xml:space="preserve">[29:21] </w:t>
      </w:r>
      <w:r>
        <w:t>There is no problem at all.</w:t>
      </w:r>
    </w:p>
    <w:p>
      <w:pPr>
        <w:jc w:val="right"/>
      </w:pPr>
      <w:r>
        <w:t>There is no problem at all.</w:t>
      </w:r>
    </w:p>
    <w:p>
      <w:r>
        <w:rPr>
          <w:b/>
        </w:rPr>
        <w:t xml:space="preserve">[29:33] </w:t>
      </w:r>
      <w:r>
        <w:t>So, according to my experience, this is my finding.</w:t>
      </w:r>
    </w:p>
    <w:p>
      <w:pPr>
        <w:jc w:val="right"/>
      </w:pPr>
      <w:r>
        <w:t>So, according to my experience, this is my finding.</w:t>
      </w:r>
    </w:p>
    <w:p>
      <w:r>
        <w:rPr>
          <w:b/>
        </w:rPr>
        <w:t xml:space="preserve">[29:45] </w:t>
      </w:r>
      <w:r>
        <w:t>And I have adopted it as my</w:t>
      </w:r>
    </w:p>
    <w:p>
      <w:pPr>
        <w:jc w:val="right"/>
      </w:pPr>
      <w:r>
        <w:t>And I have adopted it as my</w:t>
      </w:r>
    </w:p>
    <w:p>
      <w:r>
        <w:rPr>
          <w:b/>
        </w:rPr>
        <w:t xml:space="preserve">[29:54] </w:t>
      </w:r>
      <w:r>
        <w:t>way of life.</w:t>
      </w:r>
    </w:p>
    <w:p>
      <w:pPr>
        <w:jc w:val="right"/>
      </w:pPr>
      <w:r>
        <w:t>way of life.</w:t>
      </w:r>
    </w:p>
    <w:p>
      <w:r>
        <w:rPr>
          <w:b/>
        </w:rPr>
        <w:t xml:space="preserve">[30:01] </w:t>
      </w:r>
      <w:r>
        <w:t>As-Salamu-Alaikum warahmatullahi.</w:t>
      </w:r>
    </w:p>
    <w:p>
      <w:pPr>
        <w:jc w:val="right"/>
      </w:pPr>
      <w:r>
        <w:t>As-Salamu-Alaikum warahmatullahi.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