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Ilm-e-Kalaam Tajdeed-e-Deen Book by Maulana Wahiduddin Khan</w:t>
      </w:r>
    </w:p>
    <w:p>
      <w:r>
        <w:t>https://www.youtube.com/watch?v=8OqRuoQaggk</w:t>
      </w:r>
    </w:p>
    <w:p>
      <w:r>
        <w:rPr>
          <w:b/>
        </w:rPr>
        <w:t xml:space="preserve">[00:01] </w:t>
      </w:r>
      <w:r>
        <w:t>ilme kalam. maujooda ilme kalam islam ke ilmi irtiqaa mein zabardast rukawat saabit hua hai.</w:t>
      </w:r>
    </w:p>
    <w:p>
      <w:pPr>
        <w:jc w:val="right"/>
      </w:pPr>
      <w:r>
        <w:t>علمِ کلام۔ موجودہ علمِ کلام اسلام کے علمی ارتقاء میں زبردست رکاوٹ ثابت ہوا ہے۔</w:t>
      </w:r>
    </w:p>
    <w:p>
      <w:r>
        <w:rPr>
          <w:b/>
        </w:rPr>
        <w:t xml:space="preserve">[00:12] </w:t>
      </w:r>
      <w:r>
        <w:t>islami ilm-e-kalam ki buniyad haqaiq-e-fitrat par hai, magar abbasi daur mein islami ilm-e-kalam ko yunani falsafe par dhal diya gaya.</w:t>
      </w:r>
    </w:p>
    <w:p>
      <w:pPr>
        <w:jc w:val="right"/>
      </w:pPr>
      <w:r>
        <w:t>اسلامی علمِ کلام کی بنیاد حقائقِ فطرت پر ہے، مگر عباسی دور میں اسلامی علمِ کلام کو یونانی فلسفے پر ڈھال دیا گیا۔</w:t>
      </w:r>
    </w:p>
    <w:p>
      <w:r>
        <w:rPr>
          <w:b/>
        </w:rPr>
        <w:t xml:space="preserve">[00:22] </w:t>
      </w:r>
      <w:r>
        <w:t>yahi inhiraf hai jis ne ilm-e-kalam ko is ki maujudah shakal mein mufeed anasar ke bajaye muzir anasar bana diya hai.</w:t>
      </w:r>
    </w:p>
    <w:p>
      <w:pPr>
        <w:jc w:val="right"/>
      </w:pPr>
      <w:r>
        <w:t>یہی انحراف ہے جس نے علمِ کلام کو اس کی موجودہ شکل میں مفید عنصر کے بجائے مضر عنصر بنا دیا ہے۔</w:t>
      </w:r>
    </w:p>
    <w:p>
      <w:r>
        <w:rPr>
          <w:b/>
        </w:rPr>
        <w:t xml:space="preserve">[00:32] </w:t>
      </w:r>
      <w:r>
        <w:t>ilm-e-kalam apni asal haqiqat ke aitbar se islami dawat-o-taleem ki ek muawin shakh hai. is ka maqsad yeh hai ke mukhatib jis usloob mein manoos hai aur jin istilahaat mein baat ko samajhna chahta hai,</w:t>
      </w:r>
    </w:p>
    <w:p>
      <w:pPr>
        <w:jc w:val="right"/>
      </w:pPr>
      <w:r>
        <w:t>علمِ کلام اپنی اصل حقیقت کے اعتبار سے اسلامی دعوت و تعلیم کی ایک معاون شاخ ہے۔ اس کا مقصد یہ ہے کہ مخاطب جس اسلوب میں مانوس ہے اور جن اصطلاحوں میں بات کو سمجھنا چاہتا ہے،</w:t>
      </w:r>
    </w:p>
    <w:p>
      <w:r>
        <w:rPr>
          <w:b/>
        </w:rPr>
        <w:t xml:space="preserve">[00:46] </w:t>
      </w:r>
      <w:r>
        <w:t>isi usloob aur isi istilaha mein us ke samne khuda ke abadi paigham ko pahunchaya jaye.</w:t>
      </w:r>
    </w:p>
    <w:p>
      <w:pPr>
        <w:jc w:val="right"/>
      </w:pPr>
      <w:r>
        <w:t>اسی اسلوب اور اسی اصطلاح میں اس کے سامنے خدا کے ابدی پیغام کو پہنچایا جائے۔</w:t>
      </w:r>
    </w:p>
    <w:p>
      <w:r>
        <w:rPr>
          <w:b/>
        </w:rPr>
        <w:t xml:space="preserve">[00:53] </w:t>
      </w:r>
      <w:r>
        <w:t>is ki isi ahmiyat ki bina par imam ghazali 1059 ta 1111 mein ulama ke taleemi nisaab mein khalis deeni mozu'aat ke sath madadgar ilm ke taur par ma'qulat ka jor lagaya tha,</w:t>
      </w:r>
    </w:p>
    <w:p>
      <w:pPr>
        <w:jc w:val="right"/>
      </w:pPr>
      <w:r>
        <w:t>اس کی اسی اہمیت کی بنا پر امام غزالی 1059 تا 1111 میں علماء کے تعلیمی نصاب میں خالص دینی موضوعات کے ساتھ مددگار علم کے طور پر معقولات کا جوڑ لگایا تھا،</w:t>
      </w:r>
    </w:p>
    <w:p>
      <w:r>
        <w:rPr>
          <w:b/>
        </w:rPr>
        <w:t xml:space="preserve">[01:10] </w:t>
      </w:r>
      <w:r>
        <w:t>tahke islami darsgahon se aise log tayyar hon jo ek taraf deen ka bukhubi ilm rakhte hon,</w:t>
      </w:r>
    </w:p>
    <w:p>
      <w:pPr>
        <w:jc w:val="right"/>
      </w:pPr>
      <w:r>
        <w:t>تاکہ اسلامی درسگاہوں سے ایسے لوگ تیار ہوں جو ایک طرف دین کا بخوبی علم رکھتے ہوں،</w:t>
      </w:r>
    </w:p>
    <w:p>
      <w:r>
        <w:rPr>
          <w:b/>
        </w:rPr>
        <w:t xml:space="preserve">[01:18] </w:t>
      </w:r>
      <w:r>
        <w:t>dusri taraf waqt ke ilmi mayar par islam ki numaindagi kar saken. magar ilm-e-kalam ain apni noiyat ke aitbar se ek zamani ilm hai.</w:t>
      </w:r>
    </w:p>
    <w:p>
      <w:pPr>
        <w:jc w:val="right"/>
      </w:pPr>
      <w:r>
        <w:t>دوسری طرف وقت کے علمی معیار پر اسلام کی نمائندگی کر سکیں۔ مگر علمِ کلام عین اپنی نوعیت کے اعتبار سے ایک زمانی علم ہے۔</w:t>
      </w:r>
    </w:p>
    <w:p>
      <w:r>
        <w:rPr>
          <w:b/>
        </w:rPr>
        <w:t xml:space="preserve">[01:29] </w:t>
      </w:r>
      <w:r>
        <w:t>woh islam ki daimi haqiqat ko zamani istilahaat mein bayan karta hai, is liye is ki ahmiyat is waqt khud ba khud khatam ho jati hai jabke woh zamana khatam ho jaye jis ke andar woh wajood mein aaya tha.</w:t>
      </w:r>
    </w:p>
    <w:p>
      <w:pPr>
        <w:jc w:val="right"/>
      </w:pPr>
      <w:r>
        <w:t>وہ اسلام کی دائمی حقیقت کو زمانی اصطلاحوں میں بیان کرتا ہے، اس لیے اس کی اہمیت اس وقت خود بخود ختم ہو جاتی ہے جبکہ وہ زمانہ ختم ہو جائے جس کے اندر وہ وجود میں آیا تھا۔</w:t>
      </w:r>
    </w:p>
    <w:p>
      <w:r>
        <w:rPr>
          <w:b/>
        </w:rPr>
        <w:t xml:space="preserve">[01:44] </w:t>
      </w:r>
      <w:r>
        <w:t>magar yahan bhi isi insani kamzori ne kaam kiya jis ke asrat hamein doosri cheezon mein nazar ate hain. woh yeh ke koi cheez jab ek bar wajood mein aa jaye aur us ke sath kuch qabil-e-ehtiram shakhsiyaton ke naam wabasta ho jayen to dheere dheere woh muqaddas banna shuru ho jati hai, yahan tak ke woh waqt ata hai jabke us mein tarmeem-o-islaah ki baat sochna bhi logon ko aisa lagta hai jaise woh gunah ho.</w:t>
      </w:r>
    </w:p>
    <w:p>
      <w:pPr>
        <w:jc w:val="right"/>
      </w:pPr>
      <w:r>
        <w:t>مگر یہاں بھی اسی انسانی کمزوری نے کام کیا جس کے اثرات ہمیں دوسری چیزوں میں نظر آتے ہیں۔ وہ یہ کہ کوئی چیز جب ایک بار وجود میں آ جائے اور اس کے ساتھ کچھ قابلِ احترام شخصیتوں کے نام وابستہ ہو جائیں تو دھیرے دھیرے وہ مقدس بننا شروع ہو جاتی ہے، یہاں تک کہ وہ وقت آتا ہے جبکہ اس میں ترمیم و اصلاح کی بات سوچنا بھی لوگوں کو ایسا لگتا ہے جیسے وہ گناہ ہو۔</w:t>
      </w:r>
    </w:p>
    <w:p>
      <w:r>
        <w:rPr>
          <w:b/>
        </w:rPr>
        <w:t xml:space="preserve">[02:13] </w:t>
      </w:r>
      <w:r>
        <w:t>yahi hal islam ke is kalami literature ka hua jo abbasi daur mein paida hua tha. yeh ilm-e-kalam is waqt itna mu'assir sabit hua ke jo ulum islam ke liye challenge ban kar zahir hue the, woh khud islam ke khadim ban gaye.</w:t>
      </w:r>
    </w:p>
    <w:p>
      <w:pPr>
        <w:jc w:val="right"/>
      </w:pPr>
      <w:r>
        <w:t>یہی حال اسلام کے اس کلامی لٹریچر کا ہوا جو عباسی دور میں پیدا ہوا تھا۔ یہ علمِ کلام اس وقت اتنا مؤثر ثابت ہوا کہ جو علوم اسلام کے لیے چیلنج بن کر ظاہر ہوئے تھے، وہ خود اسلام کے خادم بن گئے۔</w:t>
      </w:r>
    </w:p>
    <w:p>
      <w:r>
        <w:rPr>
          <w:b/>
        </w:rPr>
        <w:t xml:space="preserve">[02:31] </w:t>
      </w:r>
      <w:r>
        <w:t>magar zamane ki tabdili ne ab in ki ahmiyat qatai taur par khatam kar di hai.</w:t>
      </w:r>
    </w:p>
    <w:p>
      <w:pPr>
        <w:jc w:val="right"/>
      </w:pPr>
      <w:r>
        <w:t>مگر زمانے کی تبدیلی نے اب ان کی اہمیت قطعی طور پر ختم کر دی ہے۔</w:t>
      </w:r>
    </w:p>
    <w:p>
      <w:r>
        <w:rPr>
          <w:b/>
        </w:rPr>
        <w:t xml:space="preserve">[02:36] </w:t>
      </w:r>
      <w:r>
        <w:t>aaj ma'qulat ke naam se jo cheez hamare darul uloom mein parhai jati hai, us ko nam'qulat kehna zyada sahi hoga. us ki buniyad aise aqli qyasat par qaim hai jo aaj mushahida aur tajrube ke zariye galat sabit ho chuke hain.</w:t>
      </w:r>
    </w:p>
    <w:p>
      <w:pPr>
        <w:jc w:val="right"/>
      </w:pPr>
      <w:r>
        <w:t>آج معقولات کے نام سے جو چیز ہمارے دارالعلوموں میں پڑھائی جاتی ہے، اس کو نامعقولات کہنا زیادہ صحیح ہوگا۔ اس کی بنیاد ایسے عقلی قیاسات پر قائم ہے جو آج مشاہدہ اور تجربے کے ذریعے غلط ثابت ہو چکے ہیں۔</w:t>
      </w:r>
    </w:p>
    <w:p>
      <w:r>
        <w:rPr>
          <w:b/>
        </w:rPr>
        <w:t xml:space="preserve">[02:54] </w:t>
      </w:r>
      <w:r>
        <w:t>jo cheez mahaz ek waqti tadbeer ki hesiyat rakhti thi, us ko baad ke logon ne deeni nisaab ka mustaqil juz bana liya.</w:t>
      </w:r>
    </w:p>
    <w:p>
      <w:pPr>
        <w:jc w:val="right"/>
      </w:pPr>
      <w:r>
        <w:t>جو چیز محض ایک وقتی تدبیر کی حیثیت رکھتی تھی، اس کو بعد کے لوگوں نے دینی نصاب کا مستقل جز بنا لیا۔</w:t>
      </w:r>
    </w:p>
    <w:p>
      <w:r>
        <w:rPr>
          <w:b/>
        </w:rPr>
        <w:t xml:space="preserve">[03:03] </w:t>
      </w:r>
      <w:r>
        <w:t>is tarah agarche islam ka matan nahi, magar islam ka nizam-e-taleem theek isi ghalti ka shikar ho gaya jis ka shikar isaiyon ne apni kitab-e-muqaddas ko banaya tha.</w:t>
      </w:r>
    </w:p>
    <w:p>
      <w:pPr>
        <w:jc w:val="right"/>
      </w:pPr>
      <w:r>
        <w:t>اس طرح اگرچہ اسلام کا متن نہیں، مگر اسلام کا نظامِ تعلیم ٹھیک اسی غلطی کا شکار ہو گیا جس کا شکار عیسائیوں نے اپنی کتابِ مقدس کو بنایا تھا۔</w:t>
      </w:r>
    </w:p>
    <w:p>
      <w:r>
        <w:rPr>
          <w:b/>
        </w:rPr>
        <w:t xml:space="preserve">[03:14] </w:t>
      </w:r>
      <w:r>
        <w:t>yahi woh surat-e-hal hai jis ne islam ke is imkan ko barooye kar aanay nahi diya ke woh maujudah zamane mein ek bartar fikri quwwat ki hesiyat se zahir ho sake.</w:t>
      </w:r>
    </w:p>
    <w:p>
      <w:pPr>
        <w:jc w:val="right"/>
      </w:pPr>
      <w:r>
        <w:t>یہی وہ صورتِ حال ہے جس نے اسلام کے اس امکان کو بروئے کار آنے نہیں دیا کہ وہ موجودہ زمانے میں ایک برتر فکری قوت کی حیثیت سے ظاہر ہو سکے۔</w:t>
      </w:r>
    </w:p>
    <w:p>
      <w:r>
        <w:rPr>
          <w:b/>
        </w:rPr>
        <w:t xml:space="preserve">[03:28] </w:t>
      </w:r>
      <w:r>
        <w:t>hamare deeni madaris nihayat ikhlas ke sath aise insan tayyar karne mein masroof hain jo sirf panch sau baras pehle ki duniya mein kaam kar sakte the.</w:t>
      </w:r>
    </w:p>
    <w:p>
      <w:pPr>
        <w:jc w:val="right"/>
      </w:pPr>
      <w:r>
        <w:t>ہمارے دینی مدارس نہایت اخلاص کے ساتھ ایسے انسان تیار کرنے میں مصروف ہیں جو صرف پانچ سو برس پہلے کی دنیا میں کام کر سکتے تھے۔</w:t>
      </w:r>
    </w:p>
    <w:p>
      <w:r>
        <w:rPr>
          <w:b/>
        </w:rPr>
        <w:t xml:space="preserve">[03:38] </w:t>
      </w:r>
      <w:r>
        <w:t>zahiri hai ke aise log maujudah badle hue zamane mein islam ka fikri izhar nahi kar sakte.</w:t>
      </w:r>
    </w:p>
    <w:p>
      <w:pPr>
        <w:jc w:val="right"/>
      </w:pPr>
      <w:r>
        <w:t>ظاہر ہے کہ ایسے لوگ موجودہ بدلے ہوئے زمانے میں اسلام کا فکری اظہار نہیں کر سکتے۔</w:t>
      </w:r>
    </w:p>
    <w:p>
      <w:r>
        <w:rPr>
          <w:b/>
        </w:rPr>
        <w:t xml:space="preserve">[03:46] </w:t>
      </w:r>
      <w:r>
        <w:t>woh apne zehn-o-mizaj ki wajah se sirf yahi kar sakte hain ke islam ki kamtar numaindagi kar ke yeh sabit karen ke islam daur-e-science se pehle ki cheez hai, woh aaj ke insan ke liye nahi.</w:t>
      </w:r>
    </w:p>
    <w:p>
      <w:pPr>
        <w:jc w:val="right"/>
      </w:pPr>
      <w:r>
        <w:t>وہ اپنے ذہن و مزاج کی وجہ سے صرف یہی کر سکتے ہیں کہ اسلام کی کمتر نمائندگی کر کے یہ ثابت کریں کہ اسلام دورِ سائنس سے قبل کی چیز ہے، وہ آج کے انسان کے لیے نہیں۔</w:t>
      </w:r>
    </w:p>
    <w:p>
      <w:r>
        <w:rPr>
          <w:b/>
        </w:rPr>
        <w:t xml:space="preserve">[04:01] </w:t>
      </w:r>
      <w:r>
        <w:t>maujudah zamane mein uthne wali kuch tehrikon ne is khala ko pur karne ki koshish ki hai. misal ke taur par woh tehrikain jinon ne islam ki taleemat ko siyasi istilahaat mein bayan kiya, un tehrikon se waqti faide bhi hue, magar badqismati se un tehrikon mein aaghaz hi se kharabi shamil ho gayi.</w:t>
      </w:r>
    </w:p>
    <w:p>
      <w:pPr>
        <w:jc w:val="right"/>
      </w:pPr>
      <w:r>
        <w:t>موجودہ زمانے میں اٹھنے والی بعض تحریکوں نے اس خلا کو پر کرنے کی کوشش کی ہے۔ مثال کے طور پر وہ تحریکیں جنہوں نے اسلام کی تعلیمات کو سیاسی اصطلاحوں میں بیان کیا، ان تحریکوں سے وقتی فائدے بھی ہوئے، مگر بدقسمتی سے ان تحریکوں میں آغاز ہی سے خرابی شامل ہو گئی۔</w:t>
      </w:r>
    </w:p>
    <w:p>
      <w:r>
        <w:rPr>
          <w:b/>
        </w:rPr>
        <w:t xml:space="preserve">[04:20] </w:t>
      </w:r>
      <w:r>
        <w:t>yeh tehrikain ba-e'tebar-e-haqiqat mutakallimana tehrikain theen jo unniswin sadi ke maghribi afkar ke hangame mein is liye uthein ke islam ko logon ke liye qabil-e-qubool banayen.</w:t>
      </w:r>
    </w:p>
    <w:p>
      <w:pPr>
        <w:jc w:val="right"/>
      </w:pPr>
      <w:r>
        <w:t>یہ تحریکیں بااعتبارِ حقیقت متکلمانہ تحریکیں تھیں جو انیسویں صدی کے مغربی افکار کے ہنگامے میں اس لیے اٹھیں کہ اسلام کو لوگوں کے لیے قابلِ قبول بنائیں۔</w:t>
      </w:r>
    </w:p>
    <w:p>
      <w:r>
        <w:rPr>
          <w:b/>
        </w:rPr>
        <w:t xml:space="preserve">[04:32] </w:t>
      </w:r>
      <w:r>
        <w:t>magar un ke purjoshe داعyon ne sirf is par iktafa nahi kiya ke woh islam ko siyasi zaban mein bayan karte, balke unhon ne tafsir aur seerat bhi isi nahaj par murattab kar dali.</w:t>
      </w:r>
    </w:p>
    <w:p>
      <w:pPr>
        <w:jc w:val="right"/>
      </w:pPr>
      <w:r>
        <w:t>مگر ان کے پرجوش داعیوں نے صرف اس پر اکتفا نہیں کیا کہ وہ اسلام کو سیاسی زبان میں بیان کرتے، بلکہ انہوں نے تفسیر اور سیرت بھی اسی نہج پر مرتب کر ڈالی۔</w:t>
      </w:r>
    </w:p>
    <w:p>
      <w:r>
        <w:rPr>
          <w:b/>
        </w:rPr>
        <w:t xml:space="preserve">[04:46] </w:t>
      </w:r>
      <w:r>
        <w:t>hata ke yeh ailan bhi kar diya ke mukhtalif zamanon mein jo anbiya aaye, woh isi liye aaye the ke duniya mein khuda ki siyasi hukumat qaim karen.</w:t>
      </w:r>
    </w:p>
    <w:p>
      <w:pPr>
        <w:jc w:val="right"/>
      </w:pPr>
      <w:r>
        <w:t>حتیٰ کہ یہ اعلان بھی کر دیا کہ مختلف زمانوں میں جو انبیاء آئے، وہ اسی لیے آئے تھے کہ دنیا میں خدا کی سیاسی حکومت قائم کریں۔</w:t>
      </w:r>
    </w:p>
    <w:p>
      <w:r>
        <w:rPr>
          <w:b/>
        </w:rPr>
        <w:t xml:space="preserve">[04:55] </w:t>
      </w:r>
      <w:r>
        <w:t>is tarah unhon ne apne kalami literature ko deen ki tashreeh ka unwan de diya. yeh na sirf deen mein ek jasarat thi, balke is ke zariye se unhon ne apne peeron ko dobara isi jamood mein mubtala kar diya jis mein hamare qadeem deeni idare mubtala chale aa rahe hain.</w:t>
      </w:r>
    </w:p>
    <w:p>
      <w:pPr>
        <w:jc w:val="right"/>
      </w:pPr>
      <w:r>
        <w:t>اس طرح انہوں نے اپنے کلامی لٹریچر کو دین کی تشریح کا عنوان دے دیا۔ یہ نہ صرف دین میں ایک جسارت تھی، بلکہ اس کے ذریعے سے انہوں نے اپنے پیروں کو دوبارہ اسی جمود میں مبتلا کر دیا جس میں ہمارے قدیم دینی ادارے مبتلا چلے آ رہے تھے۔</w:t>
      </w:r>
    </w:p>
    <w:p>
      <w:r>
        <w:rPr>
          <w:b/>
        </w:rPr>
        <w:t xml:space="preserve">[05:13] </w:t>
      </w:r>
      <w:r>
        <w:t>unniswin sadi ka siyasi andaaz-e-fikr jis mein yeh literature paida hua tha, doosri jang-e-azeem ke sath khatam ho gaya.</w:t>
      </w:r>
    </w:p>
    <w:p>
      <w:pPr>
        <w:jc w:val="right"/>
      </w:pPr>
      <w:r>
        <w:t>انیسویں صدی کا سیاسی اندازِ فکر جس میں یہ لٹریچر پیدا ہوا تھا، دوسری جنگِ عظیم کے ساتھ ختم ہو گیا۔</w:t>
      </w:r>
    </w:p>
    <w:p>
      <w:r>
        <w:rPr>
          <w:b/>
        </w:rPr>
        <w:t xml:space="preserve">[05:21] </w:t>
      </w:r>
      <w:r>
        <w:t>ab zarurat thi ke naye zehni taqazon ki roshni mein doosra kalami literature tayyar kiya jaye, magar yeh giroh aaj bhi be-faida taur par isi siyasi literature ki tilawat mein masroof hai jis tarah arabi madaris yunani ma'qulat ke dars-o-tadrees mein.</w:t>
      </w:r>
    </w:p>
    <w:p>
      <w:pPr>
        <w:jc w:val="right"/>
      </w:pPr>
      <w:r>
        <w:t>اب ضرورت تھی کہ نئے ذہنی تقاضوں کی روشنی میں دوسرا کلامی لٹریچر تیار کیا جائے، مگر یہ گروہ آج بھی بے سود طور پر اسی سیاسی لٹریچر کی تلاوت میں مصروف ہے جس طرح عربی مدارس یونانی معقولات کے درس و تدریس میں۔</w:t>
      </w:r>
    </w:p>
    <w:p>
      <w:r>
        <w:rPr>
          <w:b/>
        </w:rPr>
        <w:t xml:space="preserve">[05:40] </w:t>
      </w:r>
      <w:r>
        <w:t>aur is ki wajah yahi hai ke woh apne is literature ko deen ki mutlaq tashreeh samajh raha hai, na ke mahaz waqti tor par paida shuda ilm-e-kalaam.</w:t>
      </w:r>
    </w:p>
    <w:p>
      <w:pPr>
        <w:jc w:val="right"/>
      </w:pPr>
      <w:r>
        <w:t>اور اس کی وجہ یہی ہے کہ وہ اپنے اس لٹریچر کو دین کی مطلق تشریح سمجھ رہا ہے، نہ کہ محض وقتی طور پر پیدا شدہ علمِ کلام۔</w:t>
      </w:r>
    </w:p>
    <w:p>
      <w:r>
        <w:rPr>
          <w:b/>
        </w:rPr>
        <w:t xml:space="preserve">[05:51] </w:t>
      </w:r>
      <w:r>
        <w:t>saleebi jangon ke zamanay mein sham o misr mein hathiyar tayyar karne ki jo bhattiyan banai gayi theen, aaj un ka kahin wajood nahi hai kyunke waqt guzarne ke baad un ki ahmiyat khatm ho gayi.</w:t>
      </w:r>
    </w:p>
    <w:p>
      <w:pPr>
        <w:jc w:val="right"/>
      </w:pPr>
      <w:r>
        <w:t>صلیبی جنگوں کے زمانے میں شام و مصر میں ہتھیار تیار کرنے کی جو بھٹیاں بنائی گئی تھیں، آج ان کا کہیں وجود نہیں ہے کیونکہ وقت گزرنے کے بعد ان کی اہمیت ختم ہو گئی۔</w:t>
      </w:r>
    </w:p>
    <w:p>
      <w:r>
        <w:rPr>
          <w:b/>
        </w:rPr>
        <w:t xml:space="preserve">[06:03] </w:t>
      </w:r>
      <w:r>
        <w:t>isi tarah qadeem ma'qoolat ko bhi Islam ki ilmi fehrist se kharij ho jana chahiye tha. Jo cheez waqti zaroorat ke tehat aati hai, woh waqt khatm hone ke baad khud ba khud chali jati hai, magar qadeem ma'qoolat se hum abhi tak nijat hasil na kar sake.</w:t>
      </w:r>
    </w:p>
    <w:p>
      <w:pPr>
        <w:jc w:val="right"/>
      </w:pPr>
      <w:r>
        <w:t>اسی طرح قدیم معقولات کو بھی اسلام کی علمی فہرست سے خارج ہو جانا چاہیے تھا۔ جو چیز وقتی ضرورت کے تحت آتی ہے، وہ وقت ختم ہونے کے بعد خود بخود چلی جاتی ہے، مگر قدیم معقولات سے ہم ابھی تک نجات حاصل نہ کر سکے۔</w:t>
      </w:r>
    </w:p>
    <w:p>
      <w:r>
        <w:rPr>
          <w:b/>
        </w:rPr>
        <w:t xml:space="preserve">[06:21] </w:t>
      </w:r>
      <w:r>
        <w:t>is ki wajah qadeem ma'qoolat ka hamari funoon ki kitabon mein shamil ho jana hai. Jis zamanay mein yeh ajnabi uloom Islam ke muashray mein dakhil hue, yeh wohi zamanah tha jabke Islami uloom ki tadween ho rahi thi.</w:t>
      </w:r>
    </w:p>
    <w:p>
      <w:pPr>
        <w:jc w:val="right"/>
      </w:pPr>
      <w:r>
        <w:t>اس کی وجہ قدیم معقولات کا ہماری فنون کی کتابوں میں شامل ہو جانا ہے۔ جس زمانے میں یہ اجنبی علوم اسلام کے معاشرے میں داخل ہوئے، یہ وہی زمانہ تھا جبکہ اسلامی علوم کی تدوین ہو رہی تھی۔</w:t>
      </w:r>
    </w:p>
    <w:p>
      <w:r>
        <w:rPr>
          <w:b/>
        </w:rPr>
        <w:t xml:space="preserve">[06:36] </w:t>
      </w:r>
      <w:r>
        <w:t>qadeem manțiqi andaaz logon ke liye itna mazkoor kun sabit hua ke unhon ne samjha ke Islami uloom ki tadween ke liye bhi yahi andaaz sab se zyada mauzu hai.</w:t>
      </w:r>
    </w:p>
    <w:p>
      <w:pPr>
        <w:jc w:val="right"/>
      </w:pPr>
      <w:r>
        <w:t>قدیم منطقی انداز لوگوں کے لیے اتنا مذکور کن ثابت ہوا کہ انہوں نے سمجھا کہ اسلامی علوم کی تدوین کے لیے بھی یہی انداز سب سے زیادہ موضوع ہے۔</w:t>
      </w:r>
    </w:p>
    <w:p>
      <w:r>
        <w:rPr>
          <w:b/>
        </w:rPr>
        <w:t xml:space="preserve">[06:46] </w:t>
      </w:r>
      <w:r>
        <w:t>chunaanche Islami funoon ki kitabein qadeem manțiqi andaaz mein likhi jane lagin. Is waqe' ne qadeem mantiq ko Islami kutub khane ka lazmi juz bana diya.</w:t>
      </w:r>
    </w:p>
    <w:p>
      <w:pPr>
        <w:jc w:val="right"/>
      </w:pPr>
      <w:r>
        <w:t>چنانچہ اسلامی فنون کی کتابیں قدیم منطقی انداز میں لکھی جانے لگیں۔ اس واقعے نے قدیم منطق کو اسلامی کتب خانے کا لازمی جز بنا دیا۔</w:t>
      </w:r>
    </w:p>
    <w:p>
      <w:r>
        <w:rPr>
          <w:b/>
        </w:rPr>
        <w:t xml:space="preserve">[06:57] </w:t>
      </w:r>
      <w:r>
        <w:t>kisi bhi aalim ko ba-asani is rai se mutafiq kiya ja sakta hai ke qadeem ma'qoolat ko madaris-e-deenia ke nisaab se kharij kar diya jaye.</w:t>
      </w:r>
    </w:p>
    <w:p>
      <w:pPr>
        <w:jc w:val="right"/>
      </w:pPr>
      <w:r>
        <w:t>کسی بھی عالم کو باآسانی اس رائے سے متفق کیا جا سکتا ہے کہ قدیم معقولات کو مدارسِ دینیہ کے نصاب سے خارج کر دیا جائے۔</w:t>
      </w:r>
    </w:p>
    <w:p>
      <w:r>
        <w:rPr>
          <w:b/>
        </w:rPr>
        <w:t xml:space="preserve">[07:07] </w:t>
      </w:r>
      <w:r>
        <w:t>magar mushkil yeh hai ke foran hi yeh sawal paida ho jata hai ke hamari kutub-e-funoon ko samajhne wale log kaise tayyar ho sakenge? Qadeem ma'qoolat ko dunya se mita diya jaye to Quran o Hadees ko samajhne mein kisi ko zahamat na hogi, kyunke Quran o Hadees ki tarteeb qadeem mantiq ki istilahaat mein ki hi nahi gayi hai.</w:t>
      </w:r>
    </w:p>
    <w:p>
      <w:pPr>
        <w:jc w:val="right"/>
      </w:pPr>
      <w:r>
        <w:t>مگر مشکل یہ ہے کہ فوراً ہی یہ سوال پیدا ہو جاتا ہے کہ ہماری کتبِ فنون کو سمجھنے والے لوگ کیسے تیار ہو سکیں گے؟ قدیم معقولات کو دنیا سے مٹا دیا جائے تو قرآن و حدیث کو سمجھنے میں کسی کو زحمت نہ ہوگی، کیونکہ قرآن و حدیث کی ترتیب قدیم منطق کی اصطلاحات میں کی ہی نہیں گئی ہے۔</w:t>
      </w:r>
    </w:p>
    <w:p>
      <w:r>
        <w:rPr>
          <w:b/>
        </w:rPr>
        <w:t xml:space="preserve">[07:27] </w:t>
      </w:r>
      <w:r>
        <w:t>magar ilm-e-aqaid aur usool-e-fiqh ki bunyadi kitabon ko koi shakhs bakhoobi samajh nahi sakta jab tak qadeem manțiqi istilahaat se is ko aagahi na ho.</w:t>
      </w:r>
    </w:p>
    <w:p>
      <w:pPr>
        <w:jc w:val="right"/>
      </w:pPr>
      <w:r>
        <w:t>مگر علمِ عقائد اور اصولِ فقہ کی بنیادی کتابوں کو کوئی شخص بخوبی طور پر سمجھ نہیں سکتا جب تک قدیم منطقی اصطلاحات سے اس کو آگاہی نہ ہو۔</w:t>
      </w:r>
    </w:p>
    <w:p>
      <w:r>
        <w:rPr>
          <w:b/>
        </w:rPr>
        <w:t xml:space="preserve">[07:39] </w:t>
      </w:r>
      <w:r>
        <w:t>Yunani ma'qoolat, jis ko ab khud Yunani bhi chuka hai, deen ke sath jodne ka sab se bara nuqsan yeh hua ke deen mein tadabbur aur deeni masail ko bayan karne ka ek aisa nahj ban gaya jo Rasool Allah ki sunnat aur Sahaba Karam ke andaaz se bilkul mukhtalif tha.</w:t>
      </w:r>
    </w:p>
    <w:p>
      <w:pPr>
        <w:jc w:val="right"/>
      </w:pPr>
      <w:r>
        <w:t>یونانی معقولات، جس کو اب خود یونان بھی چھوڑ چکا ہے، دین کے ساتھ جوڑنے کا سب سے بڑا نقصان یہ ہوا کہ دین میں تدبر اور دینی مسائل کو بیان کرنے کا ایک ایسا نہج بن گیا جو رسول اللہ کی سنت اور صحابہ کرام کے انداز سے بالکل مختلف تھا۔</w:t>
      </w:r>
    </w:p>
    <w:p>
      <w:r>
        <w:rPr>
          <w:b/>
        </w:rPr>
        <w:t xml:space="preserve">[07:58] </w:t>
      </w:r>
      <w:r>
        <w:t>Hanafiya ne Imam ke peeche Fatiha ki qirat ke tark ka fatwa diya hai. Maulana Rasheed Ahmed Gangohi ke samne is maslak ke khilaf yeh Hadees pesh ki gayi ke Nabi SAWW ne kuch ashaab se kaha: "Shayad tum log Imam ke peeche namaz parhte hue qirat karte ho</w:t>
      </w:r>
    </w:p>
    <w:p>
      <w:pPr>
        <w:jc w:val="right"/>
      </w:pPr>
      <w:r>
        <w:t>حنفیہ نے امام کے پیچھے فاتحہ کی قرأت کے ترک کا فتویٰ دیا ہے۔ مولانا رشید احمد گنگوہی کے سامنے اس مسلک کے خلاف یہ حدیث پیش کی گئی کہ نبی صلی اللہ علیہ وسلم نے کچھ اصحاب سے کہا: "شاید تم لوگ امام کے پیچھے نماز پڑھتے ہوئے قرأت کرتے ہو</w:t>
      </w:r>
    </w:p>
    <w:p>
      <w:r>
        <w:rPr>
          <w:b/>
        </w:rPr>
        <w:t xml:space="preserve">[08:15] </w:t>
      </w:r>
      <w:r>
        <w:t>". Unhon ne kaha: "Haan ya Rasool Allah." Aap ne farmaya: "La taf'alu illa bi Ummil Quran." Na parho siwa Surah Fatiha ke.</w:t>
      </w:r>
    </w:p>
    <w:p>
      <w:pPr>
        <w:jc w:val="right"/>
      </w:pPr>
      <w:r>
        <w:t>۔" انہوں نے کہا: "ہاں یا رسول اللہ۔" آپ نے فرمایا: "لا تفعلوا إلا بأم القرآن۔" نہ پڑھو سوا سورہ فاتحہ کے۔</w:t>
      </w:r>
    </w:p>
    <w:p>
      <w:r>
        <w:rPr>
          <w:b/>
        </w:rPr>
        <w:t xml:space="preserve">[08:25] </w:t>
      </w:r>
      <w:r>
        <w:t>Maulana Rasheed Ahmed Gangohi ne Hanafi maslak par is aitraz ko radd karte hue jawab diya: "Haza dalil al-ibahati, la dalil al-wujub." Nafhatul Anbar yeh ibahat ki dalil hai, na ke wujub ki dalil.</w:t>
      </w:r>
    </w:p>
    <w:p>
      <w:pPr>
        <w:jc w:val="right"/>
      </w:pPr>
      <w:r>
        <w:t>مولانا رشید احمد گنگوہی نے حنفی مسلک پر اس اعتراض کو رد کرتے ہوئے جواب دیا: "ھذا دلیل الاباحتی، لا دلیل الوجوب۔" نفحۃ العنبر یہ اباحت کی دلیل ہے، نہ کہ وجوب کی دلیل۔</w:t>
      </w:r>
    </w:p>
    <w:p>
      <w:r>
        <w:rPr>
          <w:b/>
        </w:rPr>
        <w:t xml:space="preserve">[08:41] </w:t>
      </w:r>
      <w:r>
        <w:t>yeh ek saada si misaal hai is baat ki ke baad ke zamanay mein hamare yahan mazhabi bahs o guftagu ka jo andaaz paida hua, woh kis tarah Islam ke ibtidai saada usloob se hata hua tha.</w:t>
      </w:r>
    </w:p>
    <w:p>
      <w:pPr>
        <w:jc w:val="right"/>
      </w:pPr>
      <w:r>
        <w:t>یہ ایک سادہ سی مثال ہے اس بات کی کہ بعد کے زمانے میں ہمارے یہاں مذہبی بحث و گفتگو کا جو انداز پیدا ہوا، وہ کس طرح اسلام کے ابتدائی سادہ اسلوب سے ہٹا ہوا تھا۔</w:t>
      </w:r>
    </w:p>
    <w:p>
      <w:r>
        <w:rPr>
          <w:b/>
        </w:rPr>
        <w:t xml:space="preserve">[08:53] </w:t>
      </w:r>
      <w:r>
        <w:t>chunaanche wohi shakhs aaj aalim samjha jata hai jo is qism ki fanni zaban aur manțiqi usloob mein deeni masail ko bayan kar sakta ho. Is mein koi shakk nahi ke deeni mabahis ka yeh andaaz fanni haisiyat se bazahir bada waqee' maloom hota hai,</w:t>
      </w:r>
    </w:p>
    <w:p>
      <w:pPr>
        <w:jc w:val="right"/>
      </w:pPr>
      <w:r>
        <w:t>چنانچہ وہی شخص آج عالم سمجھا جاتا ہے جو اس قسم کی فنی زبان اور منطقی اسلوب میں دینی مسائل کو بیان کر سکتا ہو۔ اس میں کوئی شک نہیں کہ دینی مباحث کا یہ انداز فنی حیثیت سے بظاہر بڑا وقیع معلوم ہوتا ہے،</w:t>
      </w:r>
    </w:p>
    <w:p>
      <w:r>
        <w:rPr>
          <w:b/>
        </w:rPr>
        <w:t xml:space="preserve">[09:09] </w:t>
      </w:r>
      <w:r>
        <w:t>magar is mein bhi koi shakk nahi ke yeh deen woh nahi jis ko Arab ke Paighambar hamare liye chhod kar gaye the. Aap ne fakhr ke sath farmaya tha: "Nahnu ummatun ummiyyun, hum to seedhi saadi ummat hain." Bu'ithtu bil Hanifiyyat as-Samhah yani mein sahal deen ke sath bheja gaya hoon,</w:t>
      </w:r>
    </w:p>
    <w:p>
      <w:pPr>
        <w:jc w:val="right"/>
      </w:pPr>
      <w:r>
        <w:t>مگر اس میں بھی کوئی شک نہیں کہ یہ دین وہ نہیں جس کو عرب کے پیغمبر ہمارے لیے چھوڑ کر گئے تھے۔ آپ نے فخر کے ساتھ فرمایا تھا: "نحن امت امی، ہم تو سیدھی سادی امت ہیں۔" بعثت بالحنیفیۃ السمحہ یعنی میں سہل دین کے ساتھ بھیجا گیا ہوں،</w:t>
      </w:r>
    </w:p>
    <w:p>
      <w:r>
        <w:rPr>
          <w:b/>
        </w:rPr>
        <w:t xml:space="preserve">[09:31] </w:t>
      </w:r>
      <w:r>
        <w:t>magar Yahud o Nasara ki ittaba mein hum ne deen ko ek pecheeda fan bana dala, jis tarah unhon ne Musa aur Isa ke deen ko fan bana diya tha.</w:t>
      </w:r>
    </w:p>
    <w:p>
      <w:pPr>
        <w:jc w:val="right"/>
      </w:pPr>
      <w:r>
        <w:t>مگر یہودیوں اور عیسائیوں کی اتباع میں ہم نے دین کو ایک پیچیدہ فن بنا ڈالا، جس طرح انہوں نے موسیٰ اور عیسیٰ کے دین کو فن بنا دیا تھا۔</w:t>
      </w:r>
    </w:p>
    <w:p>
      <w:r>
        <w:rPr>
          <w:b/>
        </w:rPr>
        <w:t xml:space="preserve">[09:41] </w:t>
      </w:r>
      <w:r>
        <w:t>is fanni deen ka ghair deeni hona isi se wazeh hai ke Sahaba Karam mein se koi buzurg agar aaj zinda hon to woh hamare madaris-e-Arabiya mein se kisi madrasay mein Sheikh al-Hadees ke mansab par fa'iz nahi kiye ja sakte,</w:t>
      </w:r>
    </w:p>
    <w:p>
      <w:pPr>
        <w:jc w:val="right"/>
      </w:pPr>
      <w:r>
        <w:t>اس فنی دین کا غیر دینی ہونا اسی سے واضح ہے کہ صحابہ کرام میں سے کوئی بزرگ اگر آج زندہ ہوں تو وہ ہمارے مدارسِ عربیہ میں سے کسی مدرسے میں شیخ الحدیث کے منصب پر فائز نہیں کیے جا سکتے،</w:t>
      </w:r>
    </w:p>
    <w:p>
      <w:r>
        <w:rPr>
          <w:b/>
        </w:rPr>
        <w:t xml:space="preserve">[09:57] </w:t>
      </w:r>
      <w:r>
        <w:t>kyunke aaj un madaris mein ilm al-Hadees jis tarah parhaya jata hai, woh is ke liye bilkul namoazo'n sabit honge. Hatta ke naoozubillah, shayad khud Allah ke Rasool bhi.</w:t>
      </w:r>
    </w:p>
    <w:p>
      <w:pPr>
        <w:jc w:val="right"/>
      </w:pPr>
      <w:r>
        <w:t>کیونکہ آج ان مدارس میں علمِ حدیث جس طرح پڑھایا جاتا ہے، وہ اس کے لیے بالکل ناموزوں ثابت ہوں گے۔ حتیٰ کہ نعوذ باللہ، شاید خود اللہ کے رسول بھی۔</w:t>
      </w:r>
    </w:p>
    <w:p>
      <w:r>
        <w:rPr>
          <w:b/>
        </w:rPr>
        <w:t xml:space="preserve">[10:11] </w:t>
      </w:r>
      <w:r>
        <w:t>Khalis ilmi aitbar se bhi bahs ka yeh tareeqa maujooda zamanay mein bewazan ho chuka hai. Qadeem mantiq ki buniyad zehni qiyas arayion par qaim thi, magar maujooda zamanay mein mantiq ki buniyad science hai jo haqeeqi hawalo aur waqe'ati tajziye se kisi baat ko sabit karti hai.</w:t>
      </w:r>
    </w:p>
    <w:p>
      <w:pPr>
        <w:jc w:val="right"/>
      </w:pPr>
      <w:r>
        <w:t>خالص علمی اعتبار سے بھی بحث کا یہ طریقہ موجودہ زمانے میں بے وزن ہو چکا ہے۔ قدیم منطق کی بنیاد ذہنی قیاس آرائیوں پر قائم تھی، مگر موجودہ زمانے میں منطق کی بنیاد سائنس ہے جو حقیقی حوالوں اور واقعاتی تجزیے سے کسی بات کو ثابت کرتی ہے۔</w:t>
      </w:r>
    </w:p>
    <w:p>
      <w:r>
        <w:rPr>
          <w:b/>
        </w:rPr>
        <w:t xml:space="preserve">[10:29] </w:t>
      </w:r>
      <w:r>
        <w:t>magar madaris-e-deenia mein jo kitabein parhai jati hain, woh chunke qadeem manțiqi usloob par likhi gayi hain aur asatiza apne dars mein usi usloob par masail ki tashreeh karte hain,</w:t>
      </w:r>
    </w:p>
    <w:p>
      <w:pPr>
        <w:jc w:val="right"/>
      </w:pPr>
      <w:r>
        <w:t>مگر مدارسِ دینیہ میں جو کتابیں پڑھائی جاتی ہیں، وہ چونکہ قدیم منطقی اسلوب پر لکھی گئی ہیں اور اساتذہ اپنے درسوں میں اسی اسلوب پر مسائل کی تشریح کرتے ہیں،</w:t>
      </w:r>
    </w:p>
    <w:p>
      <w:r>
        <w:rPr>
          <w:b/>
        </w:rPr>
        <w:t xml:space="preserve">[10:41] </w:t>
      </w:r>
      <w:r>
        <w:t>is liye un idaron se jo afraad tarbiyat pa kar niklte hain, woh apne tarz-e-fikr aur andaaz-e-istidlal ke aitbar se maujooda zamanay ke liye ajnabi hote hain.</w:t>
      </w:r>
    </w:p>
    <w:p>
      <w:pPr>
        <w:jc w:val="right"/>
      </w:pPr>
      <w:r>
        <w:t>اس لیے ان اداروں سے جو افراد تربیت پا کر نکلتے ہیں، وہ اپنے طرزِ فکر اور اندازِ استدلال کے اعتبار سے موجودہ زمانے کے لیے اجنبی ہوتے ہیں۔</w:t>
      </w:r>
    </w:p>
    <w:p>
      <w:r>
        <w:rPr>
          <w:b/>
        </w:rPr>
        <w:t xml:space="preserve">[10:52] </w:t>
      </w:r>
      <w:r>
        <w:t>woh manțiqi asleha se lais hone ke bawajood aaj ke insan ko ilmi aur manțiqi taur par apna deen samjhane ki salahiyat nahi rakhte.</w:t>
      </w:r>
    </w:p>
    <w:p>
      <w:pPr>
        <w:jc w:val="right"/>
      </w:pPr>
      <w:r>
        <w:t>وہ منطقی اسلحے سے لیس ہونے کے باوجود آج کے انسان کو علمی اور منطقی طور پر اپنا دین سمجھانے کی صلاحیت نہیں رکھتے۔</w:t>
      </w:r>
    </w:p>
    <w:p>
      <w:r>
        <w:rPr>
          <w:b/>
        </w:rPr>
        <w:t xml:space="preserve">[11:02] </w:t>
      </w:r>
      <w:r>
        <w:t>aaj ki dunya mein jab woh dakhil hote hain to woh ehsas-e-kumtari ka shikar ho kar reh jate hain ya jurrat kar ke Islam ke da'i banne ki koshish karte hain to un ki Islami tashrihat aaj ke ilmi insan ko yeh galat ta'assur deti hain ke Islam sirf qadeem daur ke insan ko mutma'in kar sakta tha.</w:t>
      </w:r>
    </w:p>
    <w:p>
      <w:pPr>
        <w:jc w:val="right"/>
      </w:pPr>
      <w:r>
        <w:t>آج کی دنیا میں جب وہ داخل ہوتے ہیں تو وہ احساسِ کمتری کا شکار ہو کر رہ جاتے ہیں یا جرات کر کے اسلام کے داعی بننے کی کوشش کرتے ہیں تو ان کی اسلامی تشریحات آج کے علمی انسان کو یہ غلط تاثر دیتی ہیں کہ اسلام صرف قدیم دور کے انسان کو مطمئن کر سکتا تھا۔</w:t>
      </w:r>
    </w:p>
    <w:p>
      <w:r>
        <w:rPr>
          <w:b/>
        </w:rPr>
        <w:t xml:space="preserve">[11:20] </w:t>
      </w:r>
      <w:r>
        <w:t>aaj ke insan ke zehni itminan ke liye is ke paas kuch nahi. Quran mein kaha gaya hai ke Allah tadbeer-e-amr kar raha hai aur tafseel-e-ayat bhi.</w:t>
      </w:r>
    </w:p>
    <w:p>
      <w:pPr>
        <w:jc w:val="right"/>
      </w:pPr>
      <w:r>
        <w:t>آج کے انسان کے ذہنی اطمینان کے لیے اس کے پاس کچھ نہیں۔ قرآن میں کہا گیا ہے کہ اللہ تدبیرِ امر کر رہا ہے اور تفصیلِ آیات بھی۔</w:t>
      </w:r>
    </w:p>
    <w:p>
      <w:r>
        <w:rPr>
          <w:b/>
        </w:rPr>
        <w:t xml:space="preserve">[11:31] </w:t>
      </w:r>
      <w:r>
        <w:t>surah raad ayat do. tadbeer-e-amr se murad kainaati intezaam hai jis ke kharji pehluon ke ilm ka naam science hai.</w:t>
      </w:r>
    </w:p>
    <w:p>
      <w:pPr>
        <w:jc w:val="right"/>
      </w:pPr>
      <w:r>
        <w:t>سورہ رعد آیت دو۔ تدبیرِ امر سے مراد کائناتی انتظام ہے جس کے خارجی پہلوؤں کے علم کا نام سائنس ہے۔</w:t>
      </w:r>
    </w:p>
    <w:p>
      <w:r>
        <w:rPr>
          <w:b/>
        </w:rPr>
        <w:t xml:space="preserve">[11:41] </w:t>
      </w:r>
      <w:r>
        <w:t>tafseel-e-ayat se murad wahi hai jis ka aakhri aur mukammal matan quran ki soorat mein hamare paas mehfooz hai.</w:t>
      </w:r>
    </w:p>
    <w:p>
      <w:pPr>
        <w:jc w:val="right"/>
      </w:pPr>
      <w:r>
        <w:t>تفصیلِ آیات سے مراد وحی ہے جس کا آخری اور مکمل متن قرآن کی صورت میں ہمارے پاس محفوظ ہے۔</w:t>
      </w:r>
    </w:p>
    <w:p>
      <w:r>
        <w:rPr>
          <w:b/>
        </w:rPr>
        <w:t xml:space="preserve">[11:48] </w:t>
      </w:r>
      <w:r>
        <w:t>ilm-e-kalaam apni asal haqeeqat ke aitbaar se yeh hai ke ilhami ilm aur kainaati ilm ki wahdat ko samjha jaye, naamaloom kainat ko maloom kainat ki madad se qabil-e-fahm banaya jaye.</w:t>
      </w:r>
    </w:p>
    <w:p>
      <w:pPr>
        <w:jc w:val="right"/>
      </w:pPr>
      <w:r>
        <w:t>علمِ کلام اپنی اصل حقیقت کے اعتبار سے یہ ہے کہ الہامی علم اور کائناتی علم کی وحدت کو سمجھا جائے، نامعلوم کائنات کو معلوم کائنات کی مدد سے قابلِ فہم بنایا جائے۔</w:t>
      </w:r>
    </w:p>
    <w:p>
      <w:r>
        <w:rPr>
          <w:b/>
        </w:rPr>
        <w:t xml:space="preserve">[12:00] </w:t>
      </w:r>
      <w:r>
        <w:t>is hesiyat se dekhiye to islami ilm-e-kalaam ka koi qadeem o jadeed nahin. yeh mutakallimeen-e-islam ki ghalati thi jis ne ilm-e-kalaam mein qadeem o jadeed ki taqseem paida ki.</w:t>
      </w:r>
    </w:p>
    <w:p>
      <w:pPr>
        <w:jc w:val="right"/>
      </w:pPr>
      <w:r>
        <w:t>اس حیثیت سے دیکھیے تو اسلامی علمِ کلام کا کوئی قدیم و جدید نہیں۔ یہ متکلمینِ اسلام کی غلطی تھی جس نے علمِ کلام میں قدیم و جدید کی تقسیم پیدا کی۔</w:t>
      </w:r>
    </w:p>
    <w:p>
      <w:r>
        <w:rPr>
          <w:b/>
        </w:rPr>
        <w:t xml:space="preserve">[12:12] </w:t>
      </w:r>
      <w:r>
        <w:t>ilm-e-kalaam haqeeqatan qurani aqliyat ko murattab karne ka naam tha, magar abbasi daur ke mutakallimeen ne is ko insaan ki waza kardah falsafiyana aqliyat par dhalne ke hum maani samajh liya.</w:t>
      </w:r>
    </w:p>
    <w:p>
      <w:pPr>
        <w:jc w:val="right"/>
      </w:pPr>
      <w:r>
        <w:t>علمِ کلام حقیقتاً قرآنی عقلیات کو مرتب کرنے کا نام تھا، مگر عباسی دور کے متکلمین نے اس کو انسان کی وضع کردہ فلسفیانہ عقلیات پر ڈھالنے کے ہم معنی سمجھ لیا۔</w:t>
      </w:r>
    </w:p>
    <w:p>
      <w:r>
        <w:rPr>
          <w:b/>
        </w:rPr>
        <w:t xml:space="preserve">[12:25] </w:t>
      </w:r>
      <w:r>
        <w:t>yahi woh ghalati hai jis ne ilm-e-kalaam mein qadeem o jadeed ke tasawwuraat paida kiye, kyunke falsafiyana aqliyat qiyasi hone ki wajah se taghayyur pazeer theen jabke qurani ya kainaati aqliyat mein taghayyur o tabaddul ka koi sawal nahin.</w:t>
      </w:r>
    </w:p>
    <w:p>
      <w:pPr>
        <w:jc w:val="right"/>
      </w:pPr>
      <w:r>
        <w:t>یہی وہ غلطی ہے جس نے علمِ کلام میں قدیم و جدید کے تصورات پیدا کیے، کیونکہ فلسفیانہ عقلیات قیاسی ہونے کی وجہ سے تغیر پذیر تھیں جبکہ قرآنی یا کائناتی عقلیات میں تغیر و تبدل کا کوئی سوال نہیں۔</w:t>
      </w:r>
    </w:p>
    <w:p>
      <w:r>
        <w:rPr>
          <w:b/>
        </w:rPr>
        <w:t xml:space="preserve">[12:41] </w:t>
      </w:r>
      <w:r>
        <w:t>yeh ek haqeeqat hai ke quran ka tareeq-e-istidlal tamam tar kainaati hai. woh mehsoos waqeaat ke zariye ghair mehsoos haqaiq par istidlal karta hai.</w:t>
      </w:r>
    </w:p>
    <w:p>
      <w:pPr>
        <w:jc w:val="right"/>
      </w:pPr>
      <w:r>
        <w:t>یہ ایک حقیقت ہے کہ قرآن کا طریقِ استدلال تمام تر کائناتی ہے۔ وہ محسوس واقعات کے ذریعے غیر محسوس حقائق پر استدلال کرتا ہے۔</w:t>
      </w:r>
    </w:p>
    <w:p>
      <w:r>
        <w:rPr>
          <w:b/>
        </w:rPr>
        <w:t xml:space="preserve">[12:52] </w:t>
      </w:r>
      <w:r>
        <w:t>qurani ilm-e-kalaam ki buniyad zameen o aasman ke un qawaneen par hai jo atal hain, jin mein kabhi koi tabdeeli nahin hoti.</w:t>
      </w:r>
    </w:p>
    <w:p>
      <w:pPr>
        <w:jc w:val="right"/>
      </w:pPr>
      <w:r>
        <w:t>قرآنی علمِ کلام کی بنیاد زمین و آسمان کے ان قوانین پر ہے جو اٹل ہیں، جن میں کبھی کوئی تبدیلی نہیں ہوتی۔</w:t>
      </w:r>
    </w:p>
    <w:p>
      <w:r>
        <w:rPr>
          <w:b/>
        </w:rPr>
        <w:t xml:space="preserve">[13:01] </w:t>
      </w:r>
      <w:r>
        <w:t>is liye qurani ilm-e-kalaam bhi atal hai. is mein tabdeeli ka koi sawal nahin. yeh kehna sahi hoga ke qurani ilm-e-kalaam bhi qurani i'tiqadiyat ki tarah ghair taghayyur pazeer hai,</w:t>
      </w:r>
    </w:p>
    <w:p>
      <w:pPr>
        <w:jc w:val="right"/>
      </w:pPr>
      <w:r>
        <w:t>اس لیے قرآنی علمِ کلام بھی اٹل ہے۔ اس میں تبدیلی کا کوئی سوال نہیں۔ یہ کہنا صحیح ہوگا کہ قرآنی علمِ کلام بھی قرآنی اعتقادیات کی طرح غیر تغیر پذیر ہے،</w:t>
      </w:r>
    </w:p>
    <w:p>
      <w:r>
        <w:rPr>
          <w:b/>
        </w:rPr>
        <w:t xml:space="preserve">[13:14] </w:t>
      </w:r>
      <w:r>
        <w:t>magar jab ilm-e-kalaam ko insaan ke paida kardah uloom ki buniyad par murattab kiya gaya to fauran ilm-e-kalaam mein qadeem o jadeed ka masla paida ho gaya, kyunke yeh uloom tamam tar qiyas ki buniyad par thay.</w:t>
      </w:r>
    </w:p>
    <w:p>
      <w:pPr>
        <w:jc w:val="right"/>
      </w:pPr>
      <w:r>
        <w:t>مگر جب علمِ کلام کو انسان کے پیدا کردہ علوم کی بنیاد پر مرتب کیا گیا تو فی الفور علمِ کلام میں قدیم و جدید کا مسئلہ پیدا ہو گیا، کیونکہ یہ علوم تمام تر قیاس کی بنیاد پر تھے۔</w:t>
      </w:r>
    </w:p>
    <w:p>
      <w:r>
        <w:rPr>
          <w:b/>
        </w:rPr>
        <w:t xml:space="preserve">[13:27] </w:t>
      </w:r>
      <w:r>
        <w:t>woh kabhi yaksaan nahin reh sakte.</w:t>
      </w:r>
    </w:p>
    <w:p>
      <w:pPr>
        <w:jc w:val="right"/>
      </w:pPr>
      <w:r>
        <w:t>وہ کبھی یکساں نہیں رہ سکتے۔</w:t>
      </w:r>
    </w:p>
    <w:p>
      <w:r>
        <w:rPr>
          <w:b/>
        </w:rPr>
        <w:t xml:space="preserve">[13:30] </w:t>
      </w:r>
      <w:r>
        <w:t>beesveen sadi ke nisf-e-aakhir mein, agar kulli taur par nahin to ek khaas had tak, hum is position mein ho gaye hain ke ilm-e-kalaam ko is ki qata'i aur aafaqi shakal mein murattab kar saken.</w:t>
      </w:r>
    </w:p>
    <w:p>
      <w:pPr>
        <w:jc w:val="right"/>
      </w:pPr>
      <w:r>
        <w:t>بیسویں صدی کے نصفِ آخر میں، اگر کلی طور پر نہیں تو ایک خاص حد تک، ہم اس پوزیشن میں ہو گئے ہیں کہ علمِ کلام کو اس کی قطعی اور آفاقی شکل میں مرتب کر سکیں۔</w:t>
      </w:r>
    </w:p>
    <w:p>
      <w:r>
        <w:rPr>
          <w:b/>
        </w:rPr>
        <w:t xml:space="preserve">[13:43] </w:t>
      </w:r>
      <w:r>
        <w:t>qadeem zamane mein alam-e-aflak aur ilm-e-aflak dono alag alag cheezein theen. alam-e-aflak haqaiq par mabni tha aur ilm-e-aflak qiyasaat par.</w:t>
      </w:r>
    </w:p>
    <w:p>
      <w:pPr>
        <w:jc w:val="right"/>
      </w:pPr>
      <w:r>
        <w:t>قدیم زمانے میں عالمِ افلاک اور علمِ افلاک دونوں الگ الگ چیزیں تھیں۔ عالمِ افلاک حقائق پر مبنی تھا اور علمِ افلاک قیاسات پر۔</w:t>
      </w:r>
    </w:p>
    <w:p>
      <w:r>
        <w:rPr>
          <w:b/>
        </w:rPr>
        <w:t xml:space="preserve">[13:54] </w:t>
      </w:r>
      <w:r>
        <w:t>aaj yeh dono cheezein ek hoti ja rahi hain. yahi maamla quran ka hai.</w:t>
      </w:r>
    </w:p>
    <w:p>
      <w:pPr>
        <w:jc w:val="right"/>
      </w:pPr>
      <w:r>
        <w:t>آج یہ دونوں چیزیں ایک ہوتی جا رہی ہیں۔ یہی معاملہ قرآن کا ہے۔</w:t>
      </w:r>
    </w:p>
    <w:p>
      <w:r>
        <w:rPr>
          <w:b/>
        </w:rPr>
        <w:t xml:space="preserve">[14:00] </w:t>
      </w:r>
      <w:r>
        <w:t>qadeem zamane mein quran aur ilm-e-kalaam dono alag alag thay. quran ayat-e-muhkamaat par mabni tha aur ilm-e-kalaam falahfa ke qiyasaat par.</w:t>
      </w:r>
    </w:p>
    <w:p>
      <w:pPr>
        <w:jc w:val="right"/>
      </w:pPr>
      <w:r>
        <w:t>قدیم زمانے میں قرآن اور علمِ کلام دونوں الگ الگ تھے۔ قرآن آیاتِ محکمات پر مبنی تھا اور علمِ کلام فلاسفہ کے قیاسات پر۔</w:t>
      </w:r>
    </w:p>
    <w:p>
      <w:r>
        <w:rPr>
          <w:b/>
        </w:rPr>
        <w:t xml:space="preserve">[14:09] </w:t>
      </w:r>
      <w:r>
        <w:t>aaj ilm-e-insani ke irtqa ne is ko mumkin bana diya hai ke quran aur ilm-e-kalaam dono ko ek kiya ja sake. agar koi cheez hai jis ko ilm-e-kalaam-e-jadeed kaha jaye to woh yahi ilm-e-kalaam hai jis ko murattab kiya jana chahiye,</w:t>
      </w:r>
    </w:p>
    <w:p>
      <w:pPr>
        <w:jc w:val="right"/>
      </w:pPr>
      <w:r>
        <w:t>آج علمِ انسانی کے ارتقاء نے اس کو ممکن بنا دیا ہے کہ قرآن اور علمِ کلام دونوں کو ایک کیا جا سکے۔ اگر کوئی چیز ہے جس کو علمِ کلامِ جدید کہا جائے تو وہ یہی علمِ کلام ہے جس کو مرتب کیا جانا چاہیے،</w:t>
      </w:r>
    </w:p>
    <w:p>
      <w:r>
        <w:rPr>
          <w:b/>
        </w:rPr>
        <w:t xml:space="preserve">[14:25] </w:t>
      </w:r>
      <w:r>
        <w:t>agarche woh abhi tak murattab nahin kiya gaya hai.</w:t>
      </w:r>
    </w:p>
    <w:p>
      <w:pPr>
        <w:jc w:val="right"/>
      </w:pPr>
      <w:r>
        <w:t>اگرچہ وہ ابھی تک مرتب نہیں کیا گیا ہے۔</w:t>
      </w:r>
    </w:p>
    <w:p>
      <w:r>
        <w:rPr>
          <w:b/>
        </w:rPr>
        <w:t xml:space="preserve">[14:29] </w:t>
      </w:r>
      <w:r>
        <w:t>yahan mein mukhtasar taur par chand kamon ka zikr karunga jo ilm-e-kalaam ki jadeed tartib o tadween ke silsile mein hum ko anjaam dena hai. number ek: sab se pehla kaam quran ki buniyad par ek nazariya-e-ilm ko murattab karna hai, yani tareeq-e-istidlal ka ilm.</w:t>
      </w:r>
    </w:p>
    <w:p>
      <w:pPr>
        <w:jc w:val="right"/>
      </w:pPr>
      <w:r>
        <w:t>یہاں میں مختصر طور پر چند کاموں کا ذکر کروں گا جو علمِ کلام کی جدید ترتیب و تدوین کے سلسلے میں ہم کو انجام دینا ہے۔ نمبر ایک: سب سے پہلا کام قرآن کی بنیاد پر ایک نظریۂ علم کو مرتب کرنا ہے، یعنی طریقِ استدلال کا علم۔</w:t>
      </w:r>
    </w:p>
    <w:p>
      <w:r>
        <w:rPr>
          <w:b/>
        </w:rPr>
        <w:t xml:space="preserve">[14:48] </w:t>
      </w:r>
      <w:r>
        <w:t>qadeem zamane mein qiyasi mafroozat o musallamat par istidlal kiya jata tha. tehqeeq o tajrube ke jadeed tareeqon ke zahoor mein aane ke ibtedai zamane mein mashahadati istidlal par zor diya gaya, magar einstein ke baad ilm-e-insani ka jo daur shuru hua hai, us mein zyada se zyada yeh baat wazeh hoti ja rahi hai ke haqeeqat apni aakhri soorat mein insaan ke liye na qabil-e-mushahida hai.</w:t>
      </w:r>
    </w:p>
    <w:p>
      <w:pPr>
        <w:jc w:val="right"/>
      </w:pPr>
      <w:r>
        <w:t>قدیم زمانے میں قیاسی مفروضات و مسلمات پر استدلال کیا جاتا تھا۔ تحقیق و تجربے کے جدید طریقوں کے ظہور میں آنے کے ابتدائی زمانے میں مشاہداتی استدلال پر زور دیا گیا، مگر آئنسٹائن کے بعد علمِ انسانی کا جو دور شروع ہوا ہے، اس میں زیادہ سے زیادہ یہ بات واضح ہوتی جا رہی ہے کہ حقیقت اپنی آخری صورت میں انسان کے لیے ناقابلِ مشاہدہ ہے۔</w:t>
      </w:r>
    </w:p>
    <w:p>
      <w:r>
        <w:rPr>
          <w:b/>
        </w:rPr>
        <w:t xml:space="preserve">[15:14] </w:t>
      </w:r>
      <w:r>
        <w:t>ab yeh baat taqreeban maan li gayi hai ke insaan ki mehdood salahiyaton ki wajah se mashahadati istidlal is ke liye mumkin nahin</w:t>
      </w:r>
    </w:p>
    <w:p>
      <w:pPr>
        <w:jc w:val="right"/>
      </w:pPr>
      <w:r>
        <w:t>اب یہ بات تقریباً مان لی گئی ہے کہ انسان کی محدود صلاحیتوں کی وجہ سے مشاہداتی استدلال اس کے لیے ممکن نہیں</w:t>
      </w:r>
    </w:p>
    <w:p>
      <w:r>
        <w:rPr>
          <w:b/>
        </w:rPr>
        <w:t xml:space="preserve">[15:22] </w:t>
      </w:r>
      <w:r>
        <w:t>۔ hum sirf is position mein hain ke istinbati istidlal qaim kar saken. hum haqaiq ko dekh nahin sakt</w:t>
      </w:r>
    </w:p>
    <w:p>
      <w:pPr>
        <w:jc w:val="right"/>
      </w:pPr>
      <w:r>
        <w:t>۔ ہم صرف اس پوزیشن میں ہیں کہ استنباطی استدلال قائم کر سکیں۔ ہم حقائق کو دیکھ نہیں سکت</w:t>
      </w:r>
    </w:p>
    <w:p>
      <w:r>
        <w:rPr>
          <w:b/>
        </w:rPr>
        <w:t xml:space="preserve">[15:29] </w:t>
      </w:r>
      <w:r>
        <w:t>ے۔ hum sirf yeh kar sakte hain ke zahir ashya par ghaur kar ke yeh mustanbit karen ke yahan falan cheez pai jani chahiye.</w:t>
      </w:r>
    </w:p>
    <w:p>
      <w:pPr>
        <w:jc w:val="right"/>
      </w:pPr>
      <w:r>
        <w:t>ے۔ ہم صرف یہ کر سکتے ہیں کہ ظاہر اشیاء پر غور کر کے یہ مستنبط کریں کہ یہاں فلاں چیز پائی جانی چاہیے۔</w:t>
      </w:r>
    </w:p>
    <w:p>
      <w:r>
        <w:rPr>
          <w:b/>
        </w:rPr>
        <w:t xml:space="preserve">[15:40] </w:t>
      </w:r>
      <w:r>
        <w:t>ab maujooda zamane mein ek naya nazariya-e-ilm wajood mein aaya hai jo herat angez taur par qurani nazariya-e-ilm ke ain mutabiq hai. quran mein kaha gaya tha ke insaan ko ilm-e-qalil.</w:t>
      </w:r>
    </w:p>
    <w:p>
      <w:pPr>
        <w:jc w:val="right"/>
      </w:pPr>
      <w:r>
        <w:t>اب موجودہ زمانے میں ایک نیا نظریۂ علم وجود میں آیا ہے جو حیرت انگیز طور پر قرآنی نظریۂ علم کے عین مطابق ہے۔ قرآن میں کہا گیا تھا کہ انسان کو علمِ قلیل۔</w:t>
      </w:r>
    </w:p>
    <w:p>
      <w:r>
        <w:rPr>
          <w:b/>
        </w:rPr>
        <w:t xml:space="preserve">[15:52] </w:t>
      </w:r>
      <w:r>
        <w:t>surah bani israel ayat 85 diya gaya hai. is liye is ko bil-wasta ilm par qana'at karna chahiye, na ke woh barah-e-raast ilm ke liye israr karne lage.</w:t>
      </w:r>
    </w:p>
    <w:p>
      <w:pPr>
        <w:jc w:val="right"/>
      </w:pPr>
      <w:r>
        <w:t>سورہ بنی اسرائیل آیت 85 دیا گیا ہے۔ اس لیے اس کو بالواسطہ علم پر قناعت کرنا چاہیے، نہ کہ وہ براہِ راست علم کے لیے اصرار کرنے لگے۔</w:t>
      </w:r>
    </w:p>
    <w:p>
      <w:r>
        <w:rPr>
          <w:b/>
        </w:rPr>
        <w:t xml:space="preserve">[16:04] </w:t>
      </w:r>
      <w:r>
        <w:t>is tarah wahi aur ilm-e-insani dono ek nuqte par pahunch gaye hain. haqeeqat yeh hai ke jadeed nazariya-e-ilm ne qurani tarz-e-istidlal ko jadeed istilaha mein ain scientific istidlal ka darja de diya hai.</w:t>
      </w:r>
    </w:p>
    <w:p>
      <w:pPr>
        <w:jc w:val="right"/>
      </w:pPr>
      <w:r>
        <w:t>اس طرح وحی اور علمِ انسانی دونوں ایک نقطے پر پہنچ گئے ہیں۔ حقیقت یہ ہے کہ جدید نظریۂ علم نے قرآنی طرزِ استدلال کو جدید اصطلاح میں عین سائنٹیفک استدلال کا درجہ دے دیا ہے۔</w:t>
      </w:r>
    </w:p>
    <w:p>
      <w:r>
        <w:rPr>
          <w:b/>
        </w:rPr>
        <w:t xml:space="preserve">[16:19] </w:t>
      </w:r>
      <w:r>
        <w:t>maujooda zamanay mein ilm e kalam ka sab se pehla kaam yeh hai ke woh is aham tareen daryaft ko mudawwan kare. number do: doosra kaam qurani ilm ul asaar ki tadween hai.</w:t>
      </w:r>
    </w:p>
    <w:p>
      <w:pPr>
        <w:jc w:val="right"/>
      </w:pPr>
      <w:r>
        <w:t>موجودہ زمانے میں علمِ کلام کا سب سے پہلا کام یہ ہے کہ وہ اس اہم ترین دریافت کو مدون کرے۔ نمبر دو: دوسرا کام قرآنی علم الاثار کی تدوین ہے۔</w:t>
      </w:r>
    </w:p>
    <w:p>
      <w:r>
        <w:rPr>
          <w:b/>
        </w:rPr>
        <w:t xml:space="preserve">[16:33] </w:t>
      </w:r>
      <w:r>
        <w:t>quran mein pichlay anbiya aur guzri hui tahzeebon ka zikr hai. yeh quran ka woh hissa hai jis ko ayyamullah. surah ibrahim ayat panch kaha gaya hai.</w:t>
      </w:r>
    </w:p>
    <w:p>
      <w:pPr>
        <w:jc w:val="right"/>
      </w:pPr>
      <w:r>
        <w:t>قرآن میں پچھلے انبیاء اور گزری ہوئی تہذیبوں کا ذکر ہے۔ یہ قرآن کا وہ حصہ ہے جس کو ایام اللہ۔ سورہ ابراہیم آیت پانچ کہا گیا ہے۔</w:t>
      </w:r>
    </w:p>
    <w:p>
      <w:r>
        <w:rPr>
          <w:b/>
        </w:rPr>
        <w:t xml:space="preserve">[16:43] </w:t>
      </w:r>
      <w:r>
        <w:t>tareekh e insani ke yeh waqiat quran ke nuqta nazar se be had aham hain. woh sabit karte hain ke is kainat ka aik khuda hai. woh har daur mein apna numainda bhejta hai aur apne atal qawaneen ki buniyad par qaumon ki qismat ka faisla karta hai.</w:t>
      </w:r>
    </w:p>
    <w:p>
      <w:pPr>
        <w:jc w:val="right"/>
      </w:pPr>
      <w:r>
        <w:t>تاریخِ انسانی کے یہ واقعات قرآن کے نقطہ نظر سے بے حد اہم ہیں۔ وہ ثابت کرتے ہیں کہ اس کائنات کا ایک خدا ہے۔ وہ ہر دور میں اپنا نمائندہ بھیجتا ہے اور اپنے اٹل قوانین کی بنیاد پر قوموں کی قسمت کا فیصلہ کرتا ہے۔</w:t>
      </w:r>
    </w:p>
    <w:p>
      <w:r>
        <w:rPr>
          <w:b/>
        </w:rPr>
        <w:t xml:space="preserve">[16:58] </w:t>
      </w:r>
      <w:r>
        <w:t>yeh agarche tareekh ka mazmoon hai, magar quran mein is ka zikr maroof tareekhi andaaz mein nahi hai, balkeh da'wati aur ijmali andaaz mein hai.</w:t>
      </w:r>
    </w:p>
    <w:p>
      <w:pPr>
        <w:jc w:val="right"/>
      </w:pPr>
      <w:r>
        <w:t>یہ اگرچہ تاریخ کا مضمون ہے، مگر قرآن میں اس کا ذکر معروف تاریخی انداز میں نہیں ہے، بلکہ دعوتی اور اجمالی انداز میں ہے۔</w:t>
      </w:r>
    </w:p>
    <w:p>
      <w:r>
        <w:rPr>
          <w:b/>
        </w:rPr>
        <w:t xml:space="preserve">[17:08] </w:t>
      </w:r>
      <w:r>
        <w:t>in waqiat ke baray mein quran se bahar jo record hai, woh qadeem zamanay mein bari had tak la maloom tha. is liye qadeem zamanay mein quran ke in ajza ki tadween khalis tareekhi andaaz mein mumkin na thi.</w:t>
      </w:r>
    </w:p>
    <w:p>
      <w:pPr>
        <w:jc w:val="right"/>
      </w:pPr>
      <w:r>
        <w:t>ان واقعات کے بارے میں قرآن سے باہر جو ریکارڈ ہے، وہ قدیم زمانے میں بڑی حد تک لامعلوم تھا۔ اس لیے قدیم زمانے میں قرآن کے ان اجزاء کی تدوین خالص تاریخی انداز میں ممکن نہ تھی۔</w:t>
      </w:r>
    </w:p>
    <w:p>
      <w:r>
        <w:rPr>
          <w:b/>
        </w:rPr>
        <w:t xml:space="preserve">[17:21] </w:t>
      </w:r>
      <w:r>
        <w:t>ab in waqiat se mutalliq beshumar dabay hue record daryaft ho gaye hain. is tarah ab yeh mumkin ho gaya hai ke ayyamullah ke baray mein qurani hawalaat ko munazzab kiya ja sake.</w:t>
      </w:r>
    </w:p>
    <w:p>
      <w:pPr>
        <w:jc w:val="right"/>
      </w:pPr>
      <w:r>
        <w:t>اب ان واقعات سے متعلق بے شمار دبے ہوئے ریکارڈ دریافت ہو گئے ہیں۔ اس طرح اب یہ ممکن ہو گیا ہے کہ ایام اللہ کے بارے میں قرآنی حوالوں کو منضبط کیا جائے۔</w:t>
      </w:r>
    </w:p>
    <w:p>
      <w:r>
        <w:rPr>
          <w:b/>
        </w:rPr>
        <w:t xml:space="preserve">[17:33] </w:t>
      </w:r>
      <w:r>
        <w:t>quran ki da'wat ko tareekh ki zaban mein mudawwan kar diya jaye. number teen: teesra kaam ayat e afaaq.</w:t>
      </w:r>
    </w:p>
    <w:p>
      <w:pPr>
        <w:jc w:val="right"/>
      </w:pPr>
      <w:r>
        <w:t>قرآن کی دعوت کو تاریخ کی زبان میں مدون کر دیا جائے۔ نمبر تین: تیسرا کام آیات آفاق۔</w:t>
      </w:r>
    </w:p>
    <w:p>
      <w:r>
        <w:rPr>
          <w:b/>
        </w:rPr>
        <w:t xml:space="preserve">[17:43] </w:t>
      </w:r>
      <w:r>
        <w:t>surah hamim sajda ayat 53 ko jadeed daryafton ki madad se tartib dena hai.</w:t>
      </w:r>
    </w:p>
    <w:p>
      <w:pPr>
        <w:jc w:val="right"/>
      </w:pPr>
      <w:r>
        <w:t>سورہ حامم السجدہ آیت 53 کو جدید دریافتوں کی مدد سے ترتیب دینا ہے۔</w:t>
      </w:r>
    </w:p>
    <w:p>
      <w:r>
        <w:rPr>
          <w:b/>
        </w:rPr>
        <w:t xml:space="preserve">[17:50] </w:t>
      </w:r>
      <w:r>
        <w:t>quran ke mutabiq kainat mein beshumar nishaniyan hain jo apne khalq ki taraf ishara karti hain aur is hikmat ko batati hain jis ke tehat yeh karkhana banaya gaya hai.</w:t>
      </w:r>
    </w:p>
    <w:p>
      <w:pPr>
        <w:jc w:val="right"/>
      </w:pPr>
      <w:r>
        <w:t>قرآن کے مطابق کائنات میں بے شمار نشانیاں ہیں جو اپنے خالق کی طرف اشارہ کرتی ہیں اور اس حکمت کو بتاتی ہیں جس کے تحت یہ کارخانہ بنایا گیا ہے۔</w:t>
      </w:r>
    </w:p>
    <w:p>
      <w:r>
        <w:rPr>
          <w:b/>
        </w:rPr>
        <w:t xml:space="preserve">[18:01] </w:t>
      </w:r>
      <w:r>
        <w:t>quran mein bar bar in nishaniyon ke hawale diye gaye hain aur un se quran ki da'wat ko mudallal kiya gaya hai. taham yeh hawale isharati zaban mein hain.</w:t>
      </w:r>
    </w:p>
    <w:p>
      <w:pPr>
        <w:jc w:val="right"/>
      </w:pPr>
      <w:r>
        <w:t>قرآن میں بار بار ان نشانیوں کے حوالے دیے گئے ہیں اور ان سے قرآن کی دعوت کو مدلل کیا گیا ہے۔ تاہم یہ حوالے اشاراتی زبان میں ہیں۔</w:t>
      </w:r>
    </w:p>
    <w:p>
      <w:r>
        <w:rPr>
          <w:b/>
        </w:rPr>
        <w:t xml:space="preserve">[18:13] </w:t>
      </w:r>
      <w:r>
        <w:t>qadeem zamanay mein aisi maloomat hasil na theen jin se in isharat ko tafseeli andaaz mein samjha ja sake.</w:t>
      </w:r>
    </w:p>
    <w:p>
      <w:pPr>
        <w:jc w:val="right"/>
      </w:pPr>
      <w:r>
        <w:t>قدیم زمانے میں ایسی معلومات حاصل نہ تھیں جن سے ان اشارات کو تفصیلی انداز میں سمجھا جا سکے۔</w:t>
      </w:r>
    </w:p>
    <w:p>
      <w:r>
        <w:rPr>
          <w:b/>
        </w:rPr>
        <w:t xml:space="preserve">[18:20] </w:t>
      </w:r>
      <w:r>
        <w:t>ab science ke irtaqa ne yeh mawad bari had tak jama kar diya hai. shayad yeh kehna mubalgha na ho ke science maujooda zamanay mein islam ki theology ban chuki hai.</w:t>
      </w:r>
    </w:p>
    <w:p>
      <w:pPr>
        <w:jc w:val="right"/>
      </w:pPr>
      <w:r>
        <w:t>اب سائنس کے ارتقاء نے یہ مواد بڑی حد تک جمع کر دیا ہے۔ شاید یہ کہنا مبالغہ نہ ہو کہ سائنس موجودہ زمانے میں اسلام کی تھیالوجی بن چکی ہے۔</w:t>
      </w:r>
    </w:p>
    <w:p>
      <w:r>
        <w:rPr>
          <w:b/>
        </w:rPr>
        <w:t xml:space="preserve">[18:31] </w:t>
      </w:r>
      <w:r>
        <w:t>taham is ko mudawwan karne ka kaam abhi baqi hai.</w:t>
      </w:r>
    </w:p>
    <w:p>
      <w:pPr>
        <w:jc w:val="right"/>
      </w:pPr>
      <w:r>
        <w:t>تاہم اس کو مدون کرنے کا کام ابھی باقی ہے۔</w:t>
      </w:r>
    </w:p>
    <w:p>
      <w:r>
        <w:rPr>
          <w:b/>
        </w:rPr>
        <w:t xml:space="preserve">[18:36] </w:t>
      </w:r>
      <w:r>
        <w:t>zarurat hai ke khuda ki yeh nishaniyan jo tabai dunya mein chupi hui hain, jo tabai dunya mein chupi hui hain, zarurat hai ke khuda ki yeh nishaniyan jo tabai dunya mein chupi hui hain, jadeed daryafton ki madad se in ko mufassal shakal mein murattab kiya jaye.</w:t>
      </w:r>
    </w:p>
    <w:p>
      <w:pPr>
        <w:jc w:val="right"/>
      </w:pPr>
      <w:r>
        <w:t>ضرورت ہے کہ خدا کی یہ نشانیاں جو طبیعی دنیا میں چھپی ہوئی ہیں، جو طبیعی دنیا میں چھپی ہوئی ہیں، ضرورت ہے کہ خدا کی یہ نشانیاں جو طبیعی دنیا میں چھپی ہوئی ہیں، جدید دریافتوں کی مدد سے ان کو مفصل شکل میں مرتب کیا جائے۔</w:t>
      </w:r>
    </w:p>
    <w:p>
      <w:r>
        <w:rPr>
          <w:b/>
        </w:rPr>
        <w:t xml:space="preserve">[18:55] </w:t>
      </w:r>
      <w:r>
        <w:t>number char: quran ke istadlaali hissay ka aik pehlu woh hai jis ko ayat e anfus. surah hamim sajda ayat 53 kaha gaya hai.</w:t>
      </w:r>
    </w:p>
    <w:p>
      <w:pPr>
        <w:jc w:val="right"/>
      </w:pPr>
      <w:r>
        <w:t>نمبر چار: قرآن کے استدلالی حصے کا ایک پہلو وہ ہے جس کو آیات انفس۔ سورہ حامم السجدہ آیت 53 کہا گیا ہے۔</w:t>
      </w:r>
    </w:p>
    <w:p>
      <w:r>
        <w:rPr>
          <w:b/>
        </w:rPr>
        <w:t xml:space="preserve">[19:06] </w:t>
      </w:r>
      <w:r>
        <w:t>yani nafsiyat e insani ke andar khuda ki nishaniyan. yeh juz bhi qadeem zamanay mein bari had tak makfi tha. sufiyya ne is pehlu se bohat kuch likha hai, magar woh ilmi haqaiq se ziyada qiyasat par mabni hai aur is ka bara hissa maujooda zamanay mein be qeemat ho chuka hai.</w:t>
      </w:r>
    </w:p>
    <w:p>
      <w:pPr>
        <w:jc w:val="right"/>
      </w:pPr>
      <w:r>
        <w:t>یعنی نفسیات انسانی کے اندر خدا کی نشانیاں۔ یہ جز بھی قدیم زمانے میں بڑی حد تک مخفی تھا۔ صوفیاء نے اس پہلو سے بہت کچھ لکھا ہے، مگر وہ علمی حقائق سے زیادہ قیاسات پر مبنی ہے اور اس کا بڑا حصہ موجودہ زمانے میں بے قیمت ہو چکا ہے۔</w:t>
      </w:r>
    </w:p>
    <w:p>
      <w:r>
        <w:rPr>
          <w:b/>
        </w:rPr>
        <w:t xml:space="preserve">[19:26] </w:t>
      </w:r>
      <w:r>
        <w:t>taham ilm e nafs ki tehqiqat ne maujooda zamanay mein bohat si aisi maloomat faraham kar di hain jin ki roshni mein quran ke isharat ko agar poori tarah nahi to bari had tak mufassal kiya ja sakta hai.</w:t>
      </w:r>
    </w:p>
    <w:p>
      <w:pPr>
        <w:jc w:val="right"/>
      </w:pPr>
      <w:r>
        <w:t>تاہم علم النفس کی تحقیقات نے موجودہ زمانے میں بہت سی ایسی معلومات فراہم کر دی ہیں جن کی روشنی میں قرآن کے اشارات کو اگر پوری طرح نہیں تو بڑی حد تک مفصل کیا جا سکتا ہے۔</w:t>
      </w:r>
    </w:p>
    <w:p>
      <w:r>
        <w:rPr>
          <w:b/>
        </w:rPr>
        <w:t xml:space="preserve">[19:40] </w:t>
      </w:r>
      <w:r>
        <w:t>yeh kaam agar ilmi satah par ho jaye to woh qurani nazariyat ke haq mein aik azeem nafsiyati tasdeeq sabit hoga.</w:t>
      </w:r>
    </w:p>
    <w:p>
      <w:pPr>
        <w:jc w:val="right"/>
      </w:pPr>
      <w:r>
        <w:t>یہ کام اگر علمی سطح پر ہو جائے تو وہ قرآنی نظریات کے حق میں ایک عظیم نفسیاتی تصدیق ثابت ہوگا۔</w:t>
      </w:r>
    </w:p>
    <w:p>
      <w:r>
        <w:rPr>
          <w:b/>
        </w:rPr>
        <w:t xml:space="preserve">[19:47] </w:t>
      </w:r>
      <w:r>
        <w:t>number panch: aakhir mein mein aik aisay ilmi kaam ka zikr karna chahta hoon jo riwaj an ilm e kalam mein shumar nahi kiya jata, halankeh maqasid ke aitbar se is ko ilm e kalam ka sab se aham juz hona chahiye.</w:t>
      </w:r>
    </w:p>
    <w:p>
      <w:pPr>
        <w:jc w:val="right"/>
      </w:pPr>
      <w:r>
        <w:t>نمبر پانچ: آخر میں میں ایک ایسے علمی کام کا ذکر کرنا چاہتا ہوں جو رواجاً علمِ کلام میں شمار نہیں کیا جاتا، حالانکہ مقاصد کے اعتبار سے اس کو علمِ کلام کا سب سے اہم جز ہونا چاہیے۔</w:t>
      </w:r>
    </w:p>
    <w:p>
      <w:r>
        <w:rPr>
          <w:b/>
        </w:rPr>
        <w:t xml:space="preserve">[20:02] </w:t>
      </w:r>
      <w:r>
        <w:t>yeh hai scientific andaaz mein islam par taarufi literature tayyar karna. maujooda zamanay mein islam par beshumar kitaben likhi gayi hain, magar taqreeban tamam kitabon par kisi na kisi tarah kalami andaaz ghalib raha hai.</w:t>
      </w:r>
    </w:p>
    <w:p>
      <w:pPr>
        <w:jc w:val="right"/>
      </w:pPr>
      <w:r>
        <w:t>یہ ہے سائنٹیفک انداز میں اسلام پر تعارفی لٹریچر تیار کرنا۔ موجودہ زمانے میں اسلام پر بے شمار کتابیں لکھی گئی ہیں، مگر تقریباً تمام کتابوں پر کسی نہ کسی طرح کلامی انداز غالب رہا ہے۔</w:t>
      </w:r>
    </w:p>
    <w:p>
      <w:r>
        <w:rPr>
          <w:b/>
        </w:rPr>
        <w:t xml:space="preserve">[20:17] </w:t>
      </w:r>
      <w:r>
        <w:t>tafseer, seerat, aam islami literature ka jo zakhira maujooda zamanay mein tayyar hua hai, taqreeban sab ka sab ilm e kalam ke khane mein rakha ja sakta hai.</w:t>
      </w:r>
    </w:p>
    <w:p>
      <w:pPr>
        <w:jc w:val="right"/>
      </w:pPr>
      <w:r>
        <w:t>تفسیر، سیرت، عام اسلامی لٹریچر کا جو ذخیرہ موجودہ زمانے میں تیار ہوا ہے، تقریباً سب کا سب علمِ کلام کے خانے میں رکھا جا سکتا ہے۔</w:t>
      </w:r>
    </w:p>
    <w:p>
      <w:r>
        <w:rPr>
          <w:b/>
        </w:rPr>
        <w:t xml:space="preserve">[20:27] </w:t>
      </w:r>
      <w:r>
        <w:t>is se qata nazar ke in kitabon ki ilmi qadar o qeemat kya hai, khud yeh baat asli taqaze ke khilaf hai ke tafseer aur seerat ko ilm e kalam bana diya jaye.</w:t>
      </w:r>
    </w:p>
    <w:p>
      <w:pPr>
        <w:jc w:val="right"/>
      </w:pPr>
      <w:r>
        <w:t>اس سے قطع نظر کہ ان کتابوں کی علمی قدر و قیمت کیا ہے، خود یہ بات اصلی تقاضے کے خلاف ہے کہ تفسیر اور سیرت کو علمِ کلام بنا دیا جائے۔</w:t>
      </w:r>
    </w:p>
    <w:p>
      <w:r>
        <w:rPr>
          <w:b/>
        </w:rPr>
        <w:t xml:space="preserve">[20:38] </w:t>
      </w:r>
      <w:r>
        <w:t>maujooda zamana azadi e fikr ka zamana hai.</w:t>
      </w:r>
    </w:p>
    <w:p>
      <w:pPr>
        <w:jc w:val="right"/>
      </w:pPr>
      <w:r>
        <w:t>موجودہ زمانہ آزادی فکر کا زمانہ ہے۔</w:t>
      </w:r>
    </w:p>
    <w:p>
      <w:r>
        <w:rPr>
          <w:b/>
        </w:rPr>
        <w:t xml:space="preserve">[20:42] </w:t>
      </w:r>
      <w:r>
        <w:t>aaj ka insan yeh chahta hai ke asal baat kisi taabiri ya kalami izafay ke baghair is ke samnay rakh di jaye aur janchne parkhne ka mamla khud qari ke oopar chhor diya jaye.</w:t>
      </w:r>
    </w:p>
    <w:p>
      <w:pPr>
        <w:jc w:val="right"/>
      </w:pPr>
      <w:r>
        <w:t>آج کا انسان یہ چاہتا ہے کہ اصل بات کسی تعبیری یا کلامی اضافے کے بغیر اس کے سامنے رکھ دی جائے اور جانچنے پرکھنے کا معاملہ خود قاری کے اوپر چھوڑ دیا جائے۔</w:t>
      </w:r>
    </w:p>
    <w:p>
      <w:r>
        <w:rPr>
          <w:b/>
        </w:rPr>
        <w:t xml:space="preserve">[20:53] </w:t>
      </w:r>
      <w:r>
        <w:t>yahi wajah hai ke kitabon ke hujoom ke bawajood sari dunya mein nai islami kitabon ki mang hai. aaj ka insan islam ko samajhna chahta hai, magar aisi kitabon ke zariye jin mein islam ko is usloob mein pesh kiya gaya ho jis ko maujooda zamanay mein scientific usloob kaha jata hai.</w:t>
      </w:r>
    </w:p>
    <w:p>
      <w:pPr>
        <w:jc w:val="right"/>
      </w:pPr>
      <w:r>
        <w:t>یہی وجہ ہے کہ کتابوں کے ہجوم کے باوجود ساری دنیا میں نئی اسلامی کتابوں کی مانگ ہے۔ آج کا انسان اسلام کو سمجھنا چاہتا ہے، مگر ایسی کتابوں کے ذریعے جن میں اسلام کو اس اسلوب میں پیش کیا گیا ہو جس کو موجودہ زمانے میں سائنٹیفک اسلوب کہا جاتا ہے۔</w:t>
      </w:r>
    </w:p>
    <w:p>
      <w:r>
        <w:rPr>
          <w:b/>
        </w:rPr>
        <w:t xml:space="preserve">[21:11] </w:t>
      </w:r>
      <w:r>
        <w:t>aaj ka insaan aqliyati usloob se zyada scientific usloob ka dil dada hai, magar badqismati se kisi bhi islami zabaan mein ab tak scientific usloob riwaj na pa saka.</w:t>
      </w:r>
    </w:p>
    <w:p>
      <w:pPr>
        <w:jc w:val="right"/>
      </w:pPr>
      <w:r>
        <w:t>آج کا انسان عقلیاتی اسلوب سے زیادہ سائنٹیفک اسلوب کا دل دادا ہے، مگر بدقسمتی سے کسی بھی اسلامی زبان میں اب تک سائنٹیفک اسلوب رواج نہ پا سکا۔</w:t>
      </w:r>
    </w:p>
    <w:p>
      <w:r>
        <w:rPr>
          <w:b/>
        </w:rPr>
        <w:t xml:space="preserve">[21:24] </w:t>
      </w:r>
      <w:r>
        <w:t>scientific usloob se murad maroof kalami usloob nahi hai, balke aisa saada aur misbat usloob hai jis mein zabaan o bayan dono aitbaar se haqeeqat nigari ko malhooz rakha gaya ho.</w:t>
      </w:r>
    </w:p>
    <w:p>
      <w:pPr>
        <w:jc w:val="right"/>
      </w:pPr>
      <w:r>
        <w:t>سائنٹیفک اسلوب سے مراد معروف کلامی اسلوب نہیں ہے، بلکہ ایسا سادہ اور مثبت اسلوب ہے جس میں زبان و بیان دونوں اعتبار سے حقیقت نگاری کو ملحوظ رکھا گیا ہو۔</w:t>
      </w:r>
    </w:p>
    <w:p>
      <w:r>
        <w:rPr>
          <w:b/>
        </w:rPr>
        <w:t xml:space="preserve">[21:36] </w:t>
      </w:r>
      <w:r>
        <w:t>maujooda zamane mein hamare likhne walon ne beshumar kitabein islam par likhi hain,</w:t>
      </w:r>
    </w:p>
    <w:p>
      <w:pPr>
        <w:jc w:val="right"/>
      </w:pPr>
      <w:r>
        <w:t>موجودہ زمانے میں ہمارے لکھنے والوں نے بے شمار کتابیں اسلام پر لکھی ہیں،</w:t>
      </w:r>
    </w:p>
    <w:p>
      <w:r>
        <w:rPr>
          <w:b/>
        </w:rPr>
        <w:t xml:space="preserve">[21:41] </w:t>
      </w:r>
      <w:r>
        <w:t>magar mere ilm ki had tak kisi bhi zabaan mein koi aisa taarufi set tayyar nahi hua hai jis mein saada, misbat aur haqeeqat pasandana andaaz mein islam ki taleemat aur paighambar e islam ki seerat ko murattab kiya gaya ho,</w:t>
      </w:r>
    </w:p>
    <w:p>
      <w:pPr>
        <w:jc w:val="right"/>
      </w:pPr>
      <w:r>
        <w:t>مگر میرے علم کی حد تک کسی بھی زبان میں کوئی ایسا تعارفی سیٹ تیار نہیں ہوا ہے جس میں سادہ، مثبت اور حقیقت پسندانہ انداز میں اسلام کی تعلیمات اور پیغمبر اسلام کی سیرت کو مرتب کیا گیا ہو،</w:t>
      </w:r>
    </w:p>
    <w:p>
      <w:r>
        <w:rPr>
          <w:b/>
        </w:rPr>
        <w:t xml:space="preserve">[21:56] </w:t>
      </w:r>
      <w:r>
        <w:t>halankeh aaj sab se zyada zaroorat isi qism ki kitabon ki hai.</w:t>
      </w:r>
    </w:p>
    <w:p>
      <w:pPr>
        <w:jc w:val="right"/>
      </w:pPr>
      <w:r>
        <w:t>حالانکہ آج سب سے زیادہ ضرورت اسی قسم کی کتابوں کی ہے۔</w:t>
      </w:r>
    </w:p>
    <w:p>
      <w:r>
        <w:rPr>
          <w:b/>
        </w:rPr>
        <w:t xml:space="preserve">[22:01] </w:t>
      </w:r>
      <w:r>
        <w:t>main yeh kehne ki jurat karunga ke agar hum kuch aur na karein, sirf itna karein ke</w:t>
      </w:r>
    </w:p>
    <w:p>
      <w:pPr>
        <w:jc w:val="right"/>
      </w:pPr>
      <w:r>
        <w:t>میں یہ کہنے کی جرات کروں گا کہ اگر ہم کچھ اور نہ کریں، صرف اتنا کریں کہ</w:t>
      </w:r>
    </w:p>
    <w:p>
      <w:r>
        <w:rPr>
          <w:b/>
        </w:rPr>
        <w:t xml:space="preserve">[22:06] </w:t>
      </w:r>
      <w:r>
        <w:t>taleemat quran, seerat, hadith, halaat sahaba aur tareekh islam, na ke tareekh futuhat, par khalis ilmi usloob aur</w:t>
      </w:r>
    </w:p>
    <w:p>
      <w:pPr>
        <w:jc w:val="right"/>
      </w:pPr>
      <w:r>
        <w:t>تعلیمات قرآن، سیرت، حدیث، حالات صحابہ اور تاریخ اسلام، نہ کہ تاریخ فتوحات، پر خالص علمی اسلوب اور</w:t>
      </w:r>
    </w:p>
    <w:p>
      <w:r>
        <w:rPr>
          <w:b/>
        </w:rPr>
        <w:t xml:space="preserve">[22:15] </w:t>
      </w:r>
      <w:r>
        <w:t>haqeeqat nigari ki zaban mein kitabon ka ek set tayyar kar dein aur us ko tamam zabanon mein</w:t>
      </w:r>
    </w:p>
    <w:p>
      <w:pPr>
        <w:jc w:val="right"/>
      </w:pPr>
      <w:r>
        <w:t>حقیقت نگاری کی زبان میں کتابوں کا ایک سیٹ تیار کر دیں اور اس کو تمام زبانوں میں</w:t>
      </w:r>
    </w:p>
    <w:p>
      <w:r>
        <w:rPr>
          <w:b/>
        </w:rPr>
        <w:t xml:space="preserve">[22:22] </w:t>
      </w:r>
      <w:r>
        <w:t>chhap dein to hum ilm e kalam ke maqsad ko kam az kam aaj ki dunya mein zyada behtar</w:t>
      </w:r>
    </w:p>
    <w:p>
      <w:pPr>
        <w:jc w:val="right"/>
      </w:pPr>
      <w:r>
        <w:t>چھاپ دیں تو ہم علمِ کلام کے مقصد کو کم از کم آج کی دنیا میں زیادہ بہتر</w:t>
      </w:r>
    </w:p>
    <w:p>
      <w:r>
        <w:rPr>
          <w:b/>
        </w:rPr>
        <w:t xml:space="preserve">[22:28] </w:t>
      </w:r>
      <w:r>
        <w:t>tor par hasil kar sakein ge.</w:t>
      </w:r>
    </w:p>
    <w:p>
      <w:pPr>
        <w:jc w:val="right"/>
      </w:pPr>
      <w:r>
        <w:t>طور پر حاصل کر سکیں گے۔</w:t>
      </w:r>
    </w:p>
    <w:p>
      <w:r>
        <w:rPr>
          <w:b/>
        </w:rPr>
        <w:t xml:space="preserve">[22:33] </w:t>
      </w:r>
      <w:r>
        <w:t>kitab tajdeed e deen maulana wahiduddin khan safha number 54.</w:t>
      </w:r>
    </w:p>
    <w:p>
      <w:pPr>
        <w:jc w:val="right"/>
      </w:pPr>
      <w:r>
        <w:t>کتاب تجدید دین مولانا وحید الدین خان صفحہ نمبر 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