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April 8, 2016 Maulana Wahiduddin Khan</w:t>
      </w:r>
    </w:p>
    <w:p>
      <w:r>
        <w:t>https://www.youtube.com/watch?v=jW4fUC7OcVM</w:t>
      </w:r>
    </w:p>
    <w:p>
      <w:r>
        <w:rPr>
          <w:b/>
        </w:rPr>
        <w:t xml:space="preserve">[00:01] </w:t>
      </w:r>
      <w:r>
        <w:t>Maulana, why do people develop stress? Dekhein, stress—</w:t>
      </w:r>
    </w:p>
    <w:p>
      <w:pPr>
        <w:jc w:val="right"/>
      </w:pPr>
      <w:r>
        <w:t>مولانا، وائی ڈو پیپل ڈیویلپ سٹریس؟ دیکھیں، اسٹریس—</w:t>
      </w:r>
    </w:p>
    <w:p>
      <w:r>
        <w:rPr>
          <w:b/>
        </w:rPr>
        <w:t xml:space="preserve">[00:15] </w:t>
      </w:r>
      <w:r>
        <w:t>Ab, stress to hota hi hota hai, aisa nahin ke koi log develop kar letay hain stress.</w:t>
      </w:r>
    </w:p>
    <w:p>
      <w:pPr>
        <w:jc w:val="right"/>
      </w:pPr>
      <w:r>
        <w:t>اب، اسٹریس تو ہوتا ہی ہوتا ہے، ایسا نہیں کہ کوئی لوگ ڈیویلپ کر لیتے ہیں اسٹریس۔</w:t>
      </w:r>
    </w:p>
    <w:p>
      <w:r>
        <w:rPr>
          <w:b/>
        </w:rPr>
        <w:t xml:space="preserve">[00:20] </w:t>
      </w:r>
      <w:r>
        <w:t>Life itni ziyada complicated hai,</w:t>
      </w:r>
    </w:p>
    <w:p>
      <w:pPr>
        <w:jc w:val="right"/>
      </w:pPr>
      <w:r>
        <w:t>لائف اتنی زیادہ کمپلیکیٹڈ ہے،</w:t>
      </w:r>
    </w:p>
    <w:p>
      <w:r>
        <w:rPr>
          <w:b/>
        </w:rPr>
        <w:t xml:space="preserve">[00:27] </w:t>
      </w:r>
      <w:r>
        <w:t>aur itna ziyada is mein ups downs hain ke stress bahar aata hi aata hai. Cheez yeh hai ke stress ko normal limit mein rakha jaye,</w:t>
      </w:r>
    </w:p>
    <w:p>
      <w:pPr>
        <w:jc w:val="right"/>
      </w:pPr>
      <w:r>
        <w:t>اور اتنا زیادہ اس میں اپس ڈاؤنز ہیں کہ اسٹریس باہر آتا ہی آتا ہے۔ چیز یہ ہے کہ اسٹریس کو نارمل لمٹ میں رکھا جائے،</w:t>
      </w:r>
    </w:p>
    <w:p>
      <w:r>
        <w:rPr>
          <w:b/>
        </w:rPr>
        <w:t xml:space="preserve">[00:42] </w:t>
      </w:r>
      <w:r>
        <w:t>is se aagay na barhne diya jaye.</w:t>
      </w:r>
    </w:p>
    <w:p>
      <w:pPr>
        <w:jc w:val="right"/>
      </w:pPr>
      <w:r>
        <w:t>اس سے آگے نہ بڑھنے دیا جائے۔</w:t>
      </w:r>
    </w:p>
    <w:p>
      <w:r>
        <w:rPr>
          <w:b/>
        </w:rPr>
        <w:t xml:space="preserve">[00:45] </w:t>
      </w:r>
      <w:r>
        <w:t>Yaani main yeh kahunga ke stress ko temporary bana diya jaye, permanent na banaya jaye.</w:t>
      </w:r>
    </w:p>
    <w:p>
      <w:pPr>
        <w:jc w:val="right"/>
      </w:pPr>
      <w:r>
        <w:t>یعنی میں یہ کہوں گا کہ اسٹریس کو ٹیمپریری بنا دیا جائے، پرماننٹ نہ بنایا جائے۔</w:t>
      </w:r>
    </w:p>
    <w:p>
      <w:r>
        <w:rPr>
          <w:b/>
        </w:rPr>
        <w:t xml:space="preserve">[00:55] </w:t>
      </w:r>
      <w:r>
        <w:t>To is ke liye aadmi ko apne andar art of thinking develop karna hoga. Art of thinking develop karna hoga ta ke woh janay ke stress aik natural phenomenon hai.</w:t>
      </w:r>
    </w:p>
    <w:p>
      <w:pPr>
        <w:jc w:val="right"/>
      </w:pPr>
      <w:r>
        <w:t>تو اس کے لیے آدمی کو اپنے اندر آرٹ آف تھنکنگ ڈیویلپ کرنا ہوگا۔ آرٹ آف تھنکنگ ڈیویلپ کرنا ہوگا تاکہ وہ جانے کہ اسٹریس ایک نیچرل فیناومینا ہے۔</w:t>
      </w:r>
    </w:p>
    <w:p>
      <w:r>
        <w:rPr>
          <w:b/>
        </w:rPr>
        <w:t xml:space="preserve">[01:14] </w:t>
      </w:r>
      <w:r>
        <w:t>Stress jo hai, aik motivating factor hai. Stress hum ko remind karta hai ke jald se jald yeh kaam karo, effectively.</w:t>
      </w:r>
    </w:p>
    <w:p>
      <w:pPr>
        <w:jc w:val="right"/>
      </w:pPr>
      <w:r>
        <w:t>اسٹریس جو ہے، ایک موٹیویٹنگ فیکٹر ہے۔ اسٹریس ہم کو ریمائنڈ کرتا ہے کہ جلد سے جلد یہ کام کرو، ایفیکٹیولی۔</w:t>
      </w:r>
    </w:p>
    <w:p>
      <w:r>
        <w:rPr>
          <w:b/>
        </w:rPr>
        <w:t xml:space="preserve">[01:31] </w:t>
      </w:r>
      <w:r>
        <w:t>To main samajhta hoon ke de-stressing unnatural hai, aur stress management natural hai.</w:t>
      </w:r>
    </w:p>
    <w:p>
      <w:pPr>
        <w:jc w:val="right"/>
      </w:pPr>
      <w:r>
        <w:t>تو میں سمجھتا ہوں کہ ڈی اسٹریسنگ ان نیچرل ہے، اور اسٹریس ڈیمون مینجمنٹ یہ نیچرل ہے۔</w:t>
      </w:r>
    </w:p>
    <w:p>
      <w:r>
        <w:rPr>
          <w:b/>
        </w:rPr>
        <w:t xml:space="preserve">[01:42] </w:t>
      </w:r>
      <w:r>
        <w:t>Aur yeh baat aadmi ko us waqt ati hai jab ke woh— jab ke andar is ke andar intellectual development hua ho.</w:t>
      </w:r>
    </w:p>
    <w:p>
      <w:pPr>
        <w:jc w:val="right"/>
      </w:pPr>
      <w:r>
        <w:t>اور یہ بات آدمی کو اس وقت آتی ہے جب کہ وہ— جب کہ اندر اس کے اندر انٹلیکچول ڈیویلپمنٹ ہوا ہو۔</w:t>
      </w:r>
    </w:p>
    <w:p>
      <w:r>
        <w:rPr>
          <w:b/>
        </w:rPr>
        <w:t xml:space="preserve">[01:58] </w:t>
      </w:r>
      <w:r>
        <w:t>Intellectual development aadmi ko ke andar art of thinking paida karta hai, is ko batata hai ke kis tarah sochen.</w:t>
      </w:r>
    </w:p>
    <w:p>
      <w:pPr>
        <w:jc w:val="right"/>
      </w:pPr>
      <w:r>
        <w:t>انٹلیکچول ڈیویلپمنٹ آدمی کو کے اندر آرٹ آف تھنکنگ پیدا کرتا ہے، اس کو بتاتا ہے کہ کس طرح سوچیں۔</w:t>
      </w:r>
    </w:p>
    <w:p>
      <w:r>
        <w:rPr>
          <w:b/>
        </w:rPr>
        <w:t xml:space="preserve">[02:13] </w:t>
      </w:r>
      <w:r>
        <w:t>To mere khayal se jo cheez develop karne ki hai, woh art of thinking hai.</w:t>
      </w:r>
    </w:p>
    <w:p>
      <w:pPr>
        <w:jc w:val="right"/>
      </w:pPr>
      <w:r>
        <w:t>تو میرے خیال سے جو چیز ڈیویلپ کرنے کی ہے، وہ آرٹ آف تھنکنگ ہے۔</w:t>
      </w:r>
    </w:p>
    <w:p>
      <w:r>
        <w:rPr>
          <w:b/>
        </w:rPr>
        <w:t xml:space="preserve">[02:23] </w:t>
      </w:r>
      <w:r>
        <w:t>To Maulana, you are saying that we must develop the art of thinking in ourselves in order to manage stress. And Maulana, it often happens that people seek the ideal in life, and what they get is less than ideal.</w:t>
      </w:r>
    </w:p>
    <w:p>
      <w:pPr>
        <w:jc w:val="right"/>
      </w:pPr>
      <w:r>
        <w:t>تو مولانا، یو آر سینگ دیٹ وی مسٹ ڈیویلپ دا آرٹ آف تھنکنگ ان اور سیلز ان آرڈر ٹو مینج سٹریس۔ اینڈ مولانا، اٹ آفن ہیپنز دیٹ پیپل سیک دا آئیڈیل ان لائف، اینڈ واٹ دے گیٹ از لیس دین آئیڈیل۔</w:t>
      </w:r>
    </w:p>
    <w:p>
      <w:r>
        <w:rPr>
          <w:b/>
        </w:rPr>
        <w:t xml:space="preserve">[02:39] </w:t>
      </w:r>
      <w:r>
        <w:t>And this also often leads to stress. So how should we deal with this situation?</w:t>
      </w:r>
    </w:p>
    <w:p>
      <w:pPr>
        <w:jc w:val="right"/>
      </w:pPr>
      <w:r>
        <w:t>اینڈ دس آلسو آفن لیڈز ٹو سٹریس۔ سو ہاؤ شوڈ وی ڈیل ود دس سچویشن؟</w:t>
      </w:r>
    </w:p>
    <w:p>
      <w:r>
        <w:rPr>
          <w:b/>
        </w:rPr>
        <w:t xml:space="preserve">[02:46] </w:t>
      </w:r>
      <w:r>
        <w:t>Dekhein, yeh— yeh jo soch ati hai aadmi ke andar, woh is liye ke</w:t>
      </w:r>
    </w:p>
    <w:p>
      <w:pPr>
        <w:jc w:val="right"/>
      </w:pPr>
      <w:r>
        <w:t>دیکھیں، یہ— یہ جو سوچ آتی ہے آدمی کے اندر، وہ اس لیے کہ</w:t>
      </w:r>
    </w:p>
    <w:p>
      <w:r>
        <w:rPr>
          <w:b/>
        </w:rPr>
        <w:t xml:space="preserve">[02:58] </w:t>
      </w:r>
      <w:r>
        <w:t>woh is ka sabab hota hai unrealistic approach. Yaani duniya ko to banane wala koi doosra hai, is ki apni planning hai.</w:t>
      </w:r>
    </w:p>
    <w:p>
      <w:pPr>
        <w:jc w:val="right"/>
      </w:pPr>
      <w:r>
        <w:t>وہ اس کا سبب ہوتا ہے ان ریلیٹرک اپروچ۔ یعنی دنیا کو تو بنانے والا کوئی دوسرا ہے، اس کی اپنی پلاننگ ہے۔</w:t>
      </w:r>
    </w:p>
    <w:p>
      <w:r>
        <w:rPr>
          <w:b/>
        </w:rPr>
        <w:t xml:space="preserve">[03:11] </w:t>
      </w:r>
      <w:r>
        <w:t>Hum rehna chahte hain apne hisab se,</w:t>
      </w:r>
    </w:p>
    <w:p>
      <w:pPr>
        <w:jc w:val="right"/>
      </w:pPr>
      <w:r>
        <w:t>ہم رہنا چاہتے ہیں اپنے حساب سے،</w:t>
      </w:r>
    </w:p>
    <w:p>
      <w:r>
        <w:rPr>
          <w:b/>
        </w:rPr>
        <w:t xml:space="preserve">[03:16] </w:t>
      </w:r>
      <w:r>
        <w:t>to yeh problem paida karta hai. Is duniya mein</w:t>
      </w:r>
    </w:p>
    <w:p>
      <w:pPr>
        <w:jc w:val="right"/>
      </w:pPr>
      <w:r>
        <w:t>تو یہ پرابلم پیدا کرتا ہے۔ اس دنیا میں</w:t>
      </w:r>
    </w:p>
    <w:p>
      <w:r>
        <w:rPr>
          <w:b/>
        </w:rPr>
        <w:t xml:space="preserve">[03:24] </w:t>
      </w:r>
      <w:r>
        <w:t>yeh possible nahin hai ke aap ideal ko paalen. Ideal kabhi milega nahin. Jo milega, woh less than ideal hoga. Yaani according to the law of nature.</w:t>
      </w:r>
    </w:p>
    <w:p>
      <w:pPr>
        <w:jc w:val="right"/>
      </w:pPr>
      <w:r>
        <w:t>یہ پاسیبل نہیں ہے کہ آپ آئیڈیل کو پالیں۔ آئیڈیل کبھی ملے گا نہیں۔ جو ملے گا، وہ لیس دین آئیڈیل ہوگا۔ یعنی اکارڈنگ ٹو دا لاء آف نیچر۔</w:t>
      </w:r>
    </w:p>
    <w:p>
      <w:r>
        <w:rPr>
          <w:b/>
        </w:rPr>
        <w:t xml:space="preserve">[03:37] </w:t>
      </w:r>
      <w:r>
        <w:t>Law of nature ke mutabiq kabhi bhi aap ko koi cheez perfect nahin mil sakti, ideal nahin mil sakti.</w:t>
      </w:r>
    </w:p>
    <w:p>
      <w:pPr>
        <w:jc w:val="right"/>
      </w:pPr>
      <w:r>
        <w:t>لاء آف نیچر کے مطابق کبھی بھی آپ کو کوئی چیز پرفیکٹ نہیں مل سکتی، آئیڈیل نہیں مل سکتی۔</w:t>
      </w:r>
    </w:p>
    <w:p>
      <w:r>
        <w:rPr>
          <w:b/>
        </w:rPr>
        <w:t xml:space="preserve">[03:47] </w:t>
      </w:r>
      <w:r>
        <w:t>Kisi ne bilkul sahi kaha hai ke ideal cannot be achieved, kyunke hum bohat se logon ke beech mein rehte hain. Agar hum akele rahen to hum ideal ko pa sakte hain,</w:t>
      </w:r>
    </w:p>
    <w:p>
      <w:pPr>
        <w:jc w:val="right"/>
      </w:pPr>
      <w:r>
        <w:t>کسی نے بالکل صحیح کہا ہے کہ آئیڈیل کین ناٹ بی اچیوڈ، کیونکہ ہم بہت سے لوگوں کے بیچ میں رہتے ہیں۔ اگر ہم اکیلے رہیں تو ہم آئیڈیل کو پا سکتے ہیں،</w:t>
      </w:r>
    </w:p>
    <w:p>
      <w:r>
        <w:rPr>
          <w:b/>
        </w:rPr>
        <w:t xml:space="preserve">[03:59] </w:t>
      </w:r>
      <w:r>
        <w:t>lekin jab bohat saray log hain, competition hai, challenge hai, to yeh possible hi nahin hai ke aap ne jis cheez ko apne mind mein ideal banaya hai, woh mil jaye aap ko.</w:t>
      </w:r>
    </w:p>
    <w:p>
      <w:pPr>
        <w:jc w:val="right"/>
      </w:pPr>
      <w:r>
        <w:t>لیکن جب بہت سارے لوگ ہیں، کمپیٹیشن ہے، چیلنج ہے، تو یہ پاسیبل ہی نہیں ہے کہ آپ نے جس چیز کو اپنے مائنڈ میں آئیڈیل بنایا ہے، وہ مل جائے آپ کو۔</w:t>
      </w:r>
    </w:p>
    <w:p>
      <w:r>
        <w:rPr>
          <w:b/>
        </w:rPr>
        <w:t xml:space="preserve">[04:16] </w:t>
      </w:r>
      <w:r>
        <w:t>yani ideal thinking to possible hai, ideal thinking to possible hai, lekin ideal achievement possible nahi.</w:t>
      </w:r>
    </w:p>
    <w:p>
      <w:pPr>
        <w:jc w:val="right"/>
      </w:pPr>
      <w:r>
        <w:t>یعنی آئیڈیل تھنکنگ تو پاسیبل ہے، آئیڈیل تھنکنگ تو پاسیبل ہے، لیکن آئیڈیل اچیومنٹ پاسیبل نہیں۔</w:t>
      </w:r>
    </w:p>
    <w:p>
      <w:r>
        <w:rPr>
          <w:b/>
        </w:rPr>
        <w:t xml:space="preserve">[04:25] </w:t>
      </w:r>
      <w:r>
        <w:t>is baat ko agar hum jaane to stress kabhi hamare liye koi fatal problem na bane.</w:t>
      </w:r>
    </w:p>
    <w:p>
      <w:pPr>
        <w:jc w:val="right"/>
      </w:pPr>
      <w:r>
        <w:t>اس بات کو اگر ہم جانیں تو اسٹریس کبھی ہمارے لیے کوئی فیٹل پرابلم نہ بنے۔</w:t>
      </w:r>
    </w:p>
    <w:p>
      <w:r>
        <w:rPr>
          <w:b/>
        </w:rPr>
        <w:t xml:space="preserve">[04:37] </w:t>
      </w:r>
      <w:r>
        <w:t>so we can be ideal at the level of a thinking, but we can not be ideal at the level of practical achievement. and if we understand this principle of life, we be able to deal with stress.</w:t>
      </w:r>
    </w:p>
    <w:p>
      <w:pPr>
        <w:jc w:val="right"/>
      </w:pPr>
      <w:r>
        <w:t>سو وی کین بی آئیڈیل ایٹ دا لیول آف ا تھنکنگ، بٹ وی کین ناٹ بی آئیڈیل ایٹ دا لیول آف پریکٹیکل اچیومنٹ۔ اینڈ اف وی انڈرسٹینڈ دس پرنسپل آف لائف، وی بی ایبل ٹو ڈیل ود سٹریس۔</w:t>
      </w:r>
    </w:p>
    <w:p>
      <w:r>
        <w:rPr>
          <w:b/>
        </w:rPr>
        <w:t xml:space="preserve">[04:49] </w:t>
      </w:r>
      <w:r>
        <w:t>Maulana, also people these days have a very busy life style.</w:t>
      </w:r>
    </w:p>
    <w:p>
      <w:pPr>
        <w:jc w:val="right"/>
      </w:pPr>
      <w:r>
        <w:t>مولانا، آلسو پیپل دیز ڈیز ہیو ا ویری بزی لائف سٹ</w:t>
      </w:r>
    </w:p>
    <w:p>
      <w:r>
        <w:rPr>
          <w:b/>
        </w:rPr>
        <w:t xml:space="preserve">[04:53] </w:t>
      </w:r>
      <w:r>
        <w:t>yle. so at the end of the day, they are very overworked and stressed out. so how should they deal with the stress of a busy life?</w:t>
      </w:r>
    </w:p>
    <w:p>
      <w:pPr>
        <w:jc w:val="right"/>
      </w:pPr>
      <w:r>
        <w:t>ائل۔ سو ایٹ دی اینڈ آف دا ڈے، دے آر ویری اوور ورکڈ اینڈ سٹریسڈ آؤٹ۔ سو ہاؤ شوڈ دے ڈیل ود دا سٹریس آف ا بزی لائف؟</w:t>
      </w:r>
    </w:p>
    <w:p>
      <w:r>
        <w:rPr>
          <w:b/>
        </w:rPr>
        <w:t xml:space="preserve">[05:03] </w:t>
      </w:r>
      <w:r>
        <w:t>busy life to har ek ki hoti hai. yeh koi modern phenomena nahi hai, kyunke busy life kya hai?</w:t>
      </w:r>
    </w:p>
    <w:p>
      <w:pPr>
        <w:jc w:val="right"/>
      </w:pPr>
      <w:r>
        <w:t>بزی لائف تو ہر ایک کی ہوتی ہے۔ یہ کوئی ماڈرن فیناومینا نہیں ہے، کیونکہ بزی لائف کیا ہے؟</w:t>
      </w:r>
    </w:p>
    <w:p>
      <w:r>
        <w:rPr>
          <w:b/>
        </w:rPr>
        <w:t xml:space="preserve">[05:13] </w:t>
      </w:r>
      <w:r>
        <w:t>aadmi ka mind hamesha work karta hai. mind kabhi aisa nahi hota ke woh work na kare.</w:t>
      </w:r>
    </w:p>
    <w:p>
      <w:pPr>
        <w:jc w:val="right"/>
      </w:pPr>
      <w:r>
        <w:t>آدمی کا مائنڈ ہمیشہ ورک کرتا ہے۔ مائنڈ کبھی ایسا نہیں ہوتا کہ وہ ورک نہ کرے۔</w:t>
      </w:r>
    </w:p>
    <w:p>
      <w:r>
        <w:rPr>
          <w:b/>
        </w:rPr>
        <w:t xml:space="preserve">[05:22] </w:t>
      </w:r>
      <w:r>
        <w:t>that is busy life. ab, ab item kuch badal gaye hain apne ko busy karne ke.</w:t>
      </w:r>
    </w:p>
    <w:p>
      <w:pPr>
        <w:jc w:val="right"/>
      </w:pPr>
      <w:r>
        <w:t>دیٹ از بزی لائف۔ اب، اب آئٹم کچھ بدل گئے ہیں اپنے کو بزی کرنے کے۔</w:t>
      </w:r>
    </w:p>
    <w:p>
      <w:r>
        <w:rPr>
          <w:b/>
        </w:rPr>
        <w:t xml:space="preserve">[05:31] </w:t>
      </w:r>
      <w:r>
        <w:t>pehle doosre item hua karte the, to busy life nahi, busy thinking. asal jo cheez hai, woh busy thinking hai.</w:t>
      </w:r>
    </w:p>
    <w:p>
      <w:pPr>
        <w:jc w:val="right"/>
      </w:pPr>
      <w:r>
        <w:t>پہلے دوسرے آئٹم ہوا کرتے تھے، تو بزی لائف نہیں، بزی تھنکنگ۔ اصل جو چیز ہے، وہ بزی تھنکنگ ہے۔</w:t>
      </w:r>
    </w:p>
    <w:p>
      <w:r>
        <w:rPr>
          <w:b/>
        </w:rPr>
        <w:t xml:space="preserve">[05:42] </w:t>
      </w:r>
      <w:r>
        <w:t>yani barabar sochna, barabar sochna, barabar sochna. woh to hamesha raha hai, abhi se, abhi bhi hai.</w:t>
      </w:r>
    </w:p>
    <w:p>
      <w:pPr>
        <w:jc w:val="right"/>
      </w:pPr>
      <w:r>
        <w:t>یعنی برابر سوچنا، برابر سوچنا، برابر سوچنا۔ وہ تو ہمیشہ رہا ہے، ابھی سے، ابھی بھی ہے۔</w:t>
      </w:r>
    </w:p>
    <w:p>
      <w:r>
        <w:rPr>
          <w:b/>
        </w:rPr>
        <w:t xml:space="preserve">[05:50] </w:t>
      </w:r>
      <w:r>
        <w:t>to aadmi ko main yeh kahunga ke you must be realist.</w:t>
      </w:r>
    </w:p>
    <w:p>
      <w:pPr>
        <w:jc w:val="right"/>
      </w:pPr>
      <w:r>
        <w:t>تو آدمی کو میں یہ کہوں گا کہ یو مسٹ بی ریلسٹ۔</w:t>
      </w:r>
    </w:p>
    <w:p>
      <w:r>
        <w:rPr>
          <w:b/>
        </w:rPr>
        <w:t xml:space="preserve">[06:01] </w:t>
      </w:r>
      <w:r>
        <w:t>sab se bada masla yeh hai ke aadmi realist ho, uska approach realistic approach ho.</w:t>
      </w:r>
    </w:p>
    <w:p>
      <w:pPr>
        <w:jc w:val="right"/>
      </w:pPr>
      <w:r>
        <w:t>سب سے بڑا مسئلہ یہ ہے کہ آدمی ریلسٹ ہو، اس کا اپروچ ریلسٹک اپروچ ہو۔</w:t>
      </w:r>
    </w:p>
    <w:p>
      <w:r>
        <w:rPr>
          <w:b/>
        </w:rPr>
        <w:t xml:space="preserve">[06:11] </w:t>
      </w:r>
      <w:r>
        <w:t>to non realistic approach stress paida karta hai, aur realistic approach stress ko</w:t>
      </w:r>
    </w:p>
    <w:p>
      <w:pPr>
        <w:jc w:val="right"/>
      </w:pPr>
      <w:r>
        <w:t>تو نان ریلسٹک اپروچ اسٹریس پیدا کرتا ہے، اور ریلسٹک اپروچ اسٹریس کو</w:t>
      </w:r>
    </w:p>
    <w:p>
      <w:r>
        <w:rPr>
          <w:b/>
        </w:rPr>
        <w:t xml:space="preserve">[06:26] </w:t>
      </w:r>
      <w:r>
        <w:t>manage karne ke qabil banata hai insaan ko.</w:t>
      </w:r>
    </w:p>
    <w:p>
      <w:pPr>
        <w:jc w:val="right"/>
      </w:pPr>
      <w:r>
        <w:t>مینج کرنے کے قابل بناتا ہے انسان کو۔</w:t>
      </w:r>
    </w:p>
    <w:p>
      <w:r>
        <w:rPr>
          <w:b/>
        </w:rPr>
        <w:t xml:space="preserve">[06:31] </w:t>
      </w:r>
      <w:r>
        <w:t>maulana, also many a times we become very negative due to several reasons, and this negativity also makes us stressful and very tensed.</w:t>
      </w:r>
    </w:p>
    <w:p>
      <w:pPr>
        <w:jc w:val="right"/>
      </w:pPr>
      <w:r>
        <w:t>مولانا، آلسو مینی ا ٹائمز وی بیکم ویری نیگیٹیو ڈیو ٹو سیورل ریزنز، اینڈ دس نیگیٹیوٹی آلسو میکس اس سٹریس فل اینڈ ویری ٹینسڈ۔</w:t>
      </w:r>
    </w:p>
    <w:p>
      <w:r>
        <w:rPr>
          <w:b/>
        </w:rPr>
        <w:t xml:space="preserve">[06:42] </w:t>
      </w:r>
      <w:r>
        <w:t>so how should we deal with negativity? yeh sahi hai ke bada problem jo hai, woh negative thinking hai.</w:t>
      </w:r>
    </w:p>
    <w:p>
      <w:pPr>
        <w:jc w:val="right"/>
      </w:pPr>
      <w:r>
        <w:t>سو ہاؤ شوڈ وی ڈیل ود نیگیٹیوٹی؟ یہ صحیح ہے کہ بڑا پرابلم جو ہے، وہ نیگیٹیو تھنکنگ ہے۔</w:t>
      </w:r>
    </w:p>
    <w:p>
      <w:r>
        <w:rPr>
          <w:b/>
        </w:rPr>
        <w:t xml:space="preserve">[06:52] </w:t>
      </w:r>
      <w:r>
        <w:t>jab bhi koi aisi baat pesh aati hai jo hum ko hamare andar stress paida kar de, to hum foran negative ho jate hain.</w:t>
      </w:r>
    </w:p>
    <w:p>
      <w:pPr>
        <w:jc w:val="right"/>
      </w:pPr>
      <w:r>
        <w:t>جب بھی کوئی ایسی بات پیش آتی ہے جو ہم کو ہمارے اندر اسٹریس پیدا کر دے، تو ہم فوراً نیگیٹیو ہو جاتے ہیں۔</w:t>
      </w:r>
    </w:p>
    <w:p>
      <w:r>
        <w:rPr>
          <w:b/>
        </w:rPr>
        <w:t xml:space="preserve">[07:02] </w:t>
      </w:r>
      <w:r>
        <w:t>isko lena chahiye ke yeh to jo hua, woh law of nature ke mutabiq hona hi hona tha.</w:t>
      </w:r>
    </w:p>
    <w:p>
      <w:pPr>
        <w:jc w:val="right"/>
      </w:pPr>
      <w:r>
        <w:t>اس کو لینا چاہیے کہ یہ تو جو ہوا، وہ لاء آف نیچر کے مطابق ہونا ہی ہونا تھا۔</w:t>
      </w:r>
    </w:p>
    <w:p>
      <w:r>
        <w:rPr>
          <w:b/>
        </w:rPr>
        <w:t xml:space="preserve">[07:09] </w:t>
      </w:r>
      <w:r>
        <w:t>jo hua, woh according to law of nature hua, woh kisi aadmi ke waise nahi hua.</w:t>
      </w:r>
    </w:p>
    <w:p>
      <w:pPr>
        <w:jc w:val="right"/>
      </w:pPr>
      <w:r>
        <w:t>جو ہوا، وہ اکارڈنگ ٹو لاء آف نیچر ہوا، وہ کسی آدمی کے ویسے نہیں ہوا۔</w:t>
      </w:r>
    </w:p>
    <w:p>
      <w:r>
        <w:rPr>
          <w:b/>
        </w:rPr>
        <w:t xml:space="preserve">[07:21] </w:t>
      </w:r>
      <w:r>
        <w:t>to agar hum isko is tarah lein, to hum kisi insaan ko blame nahi denge. insaan ko blame dete hi stress shuru ho jata hai.</w:t>
      </w:r>
    </w:p>
    <w:p>
      <w:pPr>
        <w:jc w:val="right"/>
      </w:pPr>
      <w:r>
        <w:t>تو اگر ہم اس کو اس طرح لیں، تو ہم کسی انسان کو بلیم نہیں دیں گے۔ انسان کو بلیم دیتے ہی اسٹریس شروع ہو جاتا ہے۔</w:t>
      </w:r>
    </w:p>
    <w:p>
      <w:r>
        <w:rPr>
          <w:b/>
        </w:rPr>
        <w:t xml:space="preserve">[07:34] </w:t>
      </w:r>
      <w:r>
        <w:t>insaan ko blame nahi denge, balkeh hum samjhenge ke yeh according to law of nature hua. to jis tarah se may june mahina aata hai, garmi lata hai, to woh hamein stress nahi, stress nahi dalta.</w:t>
      </w:r>
    </w:p>
    <w:p>
      <w:pPr>
        <w:jc w:val="right"/>
      </w:pPr>
      <w:r>
        <w:t>انسان کو بلیم نہیں دیں گے، بلکہ ہم سمجھیں گے کہ یہ اکارڈنگ ٹو لاء آف نیچر ہوا۔ تو جس طرح سے مئی جون مہینہ آتا ہے، گرمی لاتا ہے، تو وہ ہمیں اسٹریس نہیں، اسٹریس نہیں ڈالتا۔</w:t>
      </w:r>
    </w:p>
    <w:p>
      <w:r>
        <w:rPr>
          <w:b/>
        </w:rPr>
        <w:t xml:space="preserve">[07:51] </w:t>
      </w:r>
      <w:r>
        <w:t>yeh to hum samajhte hain ke law of nature yahi hai.</w:t>
      </w:r>
    </w:p>
    <w:p>
      <w:pPr>
        <w:jc w:val="right"/>
      </w:pPr>
      <w:r>
        <w:t>یہ تو ہم سمجھتے ہیں کہ لاء آف نیچر یہی ہے۔</w:t>
      </w:r>
    </w:p>
    <w:p>
      <w:r>
        <w:rPr>
          <w:b/>
        </w:rPr>
        <w:t xml:space="preserve">[07:55] </w:t>
      </w:r>
      <w:r>
        <w:t>to main samajhta hoon ke</w:t>
      </w:r>
    </w:p>
    <w:p>
      <w:pPr>
        <w:jc w:val="right"/>
      </w:pPr>
      <w:r>
        <w:t>تو میں سمجھتا ہوں کہ</w:t>
      </w:r>
    </w:p>
    <w:p>
      <w:r>
        <w:rPr>
          <w:b/>
        </w:rPr>
        <w:t xml:space="preserve">[08:00] </w:t>
      </w:r>
      <w:r>
        <w:t>yani galat,</w:t>
      </w:r>
    </w:p>
    <w:p>
      <w:pPr>
        <w:jc w:val="right"/>
      </w:pPr>
      <w:r>
        <w:t>یعنی غلط،</w:t>
      </w:r>
    </w:p>
    <w:p>
      <w:r>
        <w:rPr>
          <w:b/>
        </w:rPr>
        <w:t xml:space="preserve">[08:05] </w:t>
      </w:r>
      <w:r>
        <w:t>yani galat attribution hai. yani jo cheez hui hai, khuda ki iski hum cheez ke mutabiq ya law of nature ke mutabiq, isko hum attribute karte hain kisi insaan ki taraf, apne jaisay insaan.</w:t>
      </w:r>
    </w:p>
    <w:p>
      <w:pPr>
        <w:jc w:val="right"/>
      </w:pPr>
      <w:r>
        <w:t>یعنی غلط ایٹریبیوشن ہے۔ یعنی جو چیز ہوئی ہے، خدا کی اس کی ہم چیز کے مطابق یا لاء آف نیچر کے مطابق، اس کو ہم ایٹریبیوٹ کرتے ہیں کسی انسان کی طرف، اپنے جیسے انسان۔</w:t>
      </w:r>
    </w:p>
    <w:p>
      <w:r>
        <w:rPr>
          <w:b/>
        </w:rPr>
        <w:t xml:space="preserve">[08:22] </w:t>
      </w:r>
      <w:r>
        <w:t>is se aata hai stress.</w:t>
      </w:r>
    </w:p>
    <w:p>
      <w:pPr>
        <w:jc w:val="right"/>
      </w:pPr>
      <w:r>
        <w:t>اس سے آتا ہے اسٹریس۔</w:t>
      </w:r>
    </w:p>
    <w:p>
      <w:r>
        <w:rPr>
          <w:b/>
        </w:rPr>
        <w:t xml:space="preserve">[08:25] </w:t>
      </w:r>
      <w:r>
        <w:t>to mein samajhta hoon ke zyada important baat yeh hai ke hum apne andar art of thinking layein, sochne ka tareeqa hamein maloom ho, cheezon ko right angle se dekhna janain.</w:t>
      </w:r>
    </w:p>
    <w:p>
      <w:pPr>
        <w:jc w:val="right"/>
      </w:pPr>
      <w:r>
        <w:t>تو میں سمجھتا ہوں کہ زیادہ امپورٹنٹ بات یہ ہے کہ ہم اپنے اندر آرٹ آف تھنکنگ لائیں، سوچنے کا طریقہ ہمیں معلوم ہو، چیزوں کو رائٹ اینگل سے دیکھنا جانیں۔</w:t>
      </w:r>
    </w:p>
    <w:p>
      <w:r>
        <w:rPr>
          <w:b/>
        </w:rPr>
        <w:t xml:space="preserve">[08:37] </w:t>
      </w:r>
      <w:r>
        <w:t>hum</w:t>
      </w:r>
    </w:p>
    <w:p>
      <w:pPr>
        <w:jc w:val="right"/>
      </w:pPr>
      <w:r>
        <w:t>ہم</w:t>
      </w:r>
    </w:p>
    <w:p>
      <w:r>
        <w:rPr>
          <w:b/>
        </w:rPr>
        <w:t xml:space="preserve">[08:41] </w:t>
      </w:r>
      <w:r>
        <w:t>yeh jab aayega, tab hum stress ko manage karne ke qabil ho sakenge. to Maulana, you are saying that whatever happens, happens because of the law of</w:t>
      </w:r>
    </w:p>
    <w:p>
      <w:pPr>
        <w:jc w:val="right"/>
      </w:pPr>
      <w:r>
        <w:t>یہ جب آئے گا، تب ہم اسٹریس کو مینج کرنے کے قابل ہو سکیں گے۔ تو مولانا، یو آر سینگ دیٹ واٹ ایور ہیپنز، ہیپنز بیکاز آف دا لاء آف</w:t>
      </w:r>
    </w:p>
    <w:p>
      <w:r>
        <w:rPr>
          <w:b/>
        </w:rPr>
        <w:t xml:space="preserve">[08:53] </w:t>
      </w:r>
      <w:r>
        <w:t>nature. it does not happen because of any particular person. and when we think in this manner, we will not become stressful and negative. but Maulana, it also happens that many times in social life, we become negative for a person, because there are lot of differences between people.</w:t>
      </w:r>
    </w:p>
    <w:p>
      <w:pPr>
        <w:jc w:val="right"/>
      </w:pPr>
      <w:r>
        <w:t>نیچر۔ اٹ ڈز ناٹ ہیپن بیکاز آف اینی پرٹیکولر پرسن۔ اینڈ وین وی تھنک ان دس مینر، وی ول ناٹ بیکم سٹریس فل اینڈ نیگیٹیو۔ بٹ مولانا، اٹ آلسو ہیپنز دیٹ مینی ٹائمز ان سوشل لائف، وی بیکم نیگیٹیو فار ا پرسن، بیکاز دیر آر لاٹ آف ڈیفرنسز بٹوین پیپل۔</w:t>
      </w:r>
    </w:p>
    <w:p>
      <w:r>
        <w:rPr>
          <w:b/>
        </w:rPr>
        <w:t xml:space="preserve">[09:10] </w:t>
      </w:r>
      <w:r>
        <w:t>so these differences make people negative for each other. so how to manage these differences? dekhein, social life kya hai?</w:t>
      </w:r>
    </w:p>
    <w:p>
      <w:pPr>
        <w:jc w:val="right"/>
      </w:pPr>
      <w:r>
        <w:t>سو دیز ڈیفرنسز میک پیپل نیگیٹیو فار ایچ ادر۔ سو ہاؤ ٹو مینج دیز ڈیفرنسز؟ دیکھیں، سوشل لائف کیا ہے؟</w:t>
      </w:r>
    </w:p>
    <w:p>
      <w:r>
        <w:rPr>
          <w:b/>
        </w:rPr>
        <w:t xml:space="preserve">[09:20] </w:t>
      </w:r>
      <w:r>
        <w:t>social life ka matlab hai living with difference. har aadmi by birth mr different hai, har aurat by birth miss different hai.</w:t>
      </w:r>
    </w:p>
    <w:p>
      <w:pPr>
        <w:jc w:val="right"/>
      </w:pPr>
      <w:r>
        <w:t>سوشل لائف کا مطلب ہے لیونگ ود ڈیفرنس۔ ہر آدمی بائی برتھ مسٹر ڈفرنٹ ہے، ہر عورت بائی برتھ مس ڈفرنٹ ہے۔</w:t>
      </w:r>
    </w:p>
    <w:p>
      <w:r>
        <w:rPr>
          <w:b/>
        </w:rPr>
        <w:t xml:space="preserve">[09:36] </w:t>
      </w:r>
      <w:r>
        <w:t>to social life ka matlab bhi hai differences ke darmiyan rehna. is ko hum as a barter effect tasleem karein.</w:t>
      </w:r>
    </w:p>
    <w:p>
      <w:pPr>
        <w:jc w:val="right"/>
      </w:pPr>
      <w:r>
        <w:t>تو سوشل لائف کا مطلب بھی ہے ڈیفرنسز کے درمیان رہنا۔ اس کو ہم ایز اے باٹر ایفیکٹ تسلیم کریں۔</w:t>
      </w:r>
    </w:p>
    <w:p>
      <w:r>
        <w:rPr>
          <w:b/>
        </w:rPr>
        <w:t xml:space="preserve">[09:46] </w:t>
      </w:r>
      <w:r>
        <w:t>is ko hum as a barter effect tasleem karein ke insaan social animal hai, is ko society mein rehna hi rehna hai, alag nahi reh sakta woh.</w:t>
      </w:r>
    </w:p>
    <w:p>
      <w:pPr>
        <w:jc w:val="right"/>
      </w:pPr>
      <w:r>
        <w:t>اس کو ہم ایز اے باٹر ایفیکٹ تسلیم کریں کہ انسان سوشل اینیمل ہے، اس کو سوسائٹی میں رہنا ہی رہنا ہے، الگ نہیں رہ سکتا وہ۔</w:t>
      </w:r>
    </w:p>
    <w:p>
      <w:r>
        <w:rPr>
          <w:b/>
        </w:rPr>
        <w:t xml:space="preserve">[09:57] </w:t>
      </w:r>
      <w:r>
        <w:t>to society mein rahega to wahan differences pesh aayega. is liye jab is ko hum yeh samjhein ke yeh jo kuch hua, woh as a barter effect hua,</w:t>
      </w:r>
    </w:p>
    <w:p>
      <w:pPr>
        <w:jc w:val="right"/>
      </w:pPr>
      <w:r>
        <w:t>تو سوسائٹی میں رہے گا تو وہاں ڈیفرنسز پیش آئیں گے۔ اس لیے جب اس کو ہم یہ سمجھیں کہ یہ جو کچھ ہوا، وہ ایز اے باٹر ایفیکٹ ہوا،</w:t>
      </w:r>
    </w:p>
    <w:p>
      <w:r>
        <w:rPr>
          <w:b/>
        </w:rPr>
        <w:t xml:space="preserve">[10:13] </w:t>
      </w:r>
      <w:r>
        <w:t>kisi ki saazish se, kisi ke bura karne se nahi hua. yaani aap jis ne misaal di, aap ko ke may june mein garmi aati hai, hum samjhein yeh garmi jo aayi, hamare padosi ki wajah se aayi hai, to hum padosi ko gussa aayega.</w:t>
      </w:r>
    </w:p>
    <w:p>
      <w:pPr>
        <w:jc w:val="right"/>
      </w:pPr>
      <w:r>
        <w:t>کسی کی سازش سے، کسی کے برا کرنے سے نہیں ہوا۔ یعنی آپ جس نے مثال دی، آپ کو کہ مئی جون میں گرمی آتی ہے، ہم سمجھیں یہ گرمی جو آئی، ہمارے پڑوسی کی وجہ سے آئی ہے، تو ہم پڑوسی کو غصہ آئے گا۔</w:t>
      </w:r>
    </w:p>
    <w:p>
      <w:r>
        <w:rPr>
          <w:b/>
        </w:rPr>
        <w:t xml:space="preserve">[10:32] </w:t>
      </w:r>
      <w:r>
        <w:t>lekin hum chahte hain ke yeh to yeh to nature ki planning hai, to hamein kuch gussa nahi hota kisi ke upar.</w:t>
      </w:r>
    </w:p>
    <w:p>
      <w:pPr>
        <w:jc w:val="right"/>
      </w:pPr>
      <w:r>
        <w:t>لیکن ہم چاہتے ہیں کہ یہ تو یہ تو کیٹر کی پلاننگ ہے، تو ہمیں کچھ غصہ نہیں ہوتا کسی کے اوپر۔</w:t>
      </w:r>
    </w:p>
    <w:p>
      <w:r>
        <w:rPr>
          <w:b/>
        </w:rPr>
        <w:t xml:space="preserve">[10:41] </w:t>
      </w:r>
      <w:r>
        <w:t>to negative log hote hain is liye ke woh attribute karte hain is ko kisi insaan ke, haalanki woh hota hai yaani khuda ke kisi bhi plan ki wajah se.</w:t>
      </w:r>
    </w:p>
    <w:p>
      <w:pPr>
        <w:jc w:val="right"/>
      </w:pPr>
      <w:r>
        <w:t>تو نیگیٹیو لوگ ہوتے ہیں اس لیے کہ وہ ایٹریبیوٹ کرتے ہیں اس کو کسی انسان کے، حالانکہ وہ ہوتا ہے یعنی خدا کے کسی بھی پلان کی وجہ سے۔</w:t>
      </w:r>
    </w:p>
    <w:p>
      <w:r>
        <w:rPr>
          <w:b/>
        </w:rPr>
        <w:t xml:space="preserve">[10:54] </w:t>
      </w:r>
      <w:r>
        <w:t>to asal ahmiyat dobara kahunga ke asal ahmiyat hai art of thinking ki. Maulana, this question has come from Ms Shabana Ansari.</w:t>
      </w:r>
    </w:p>
    <w:p>
      <w:pPr>
        <w:jc w:val="right"/>
      </w:pPr>
      <w:r>
        <w:t>تو اصل اہمیت دوبارہ کہوں گا کہ اصل اہمیت ہے آرٹ آف تھنکنگ کی۔ مولانا، دس کوئسچن ہیز کم فرام مس شبانہ انصاری۔</w:t>
      </w:r>
    </w:p>
    <w:p>
      <w:r>
        <w:rPr>
          <w:b/>
        </w:rPr>
        <w:t xml:space="preserve">[11:04] </w:t>
      </w:r>
      <w:r>
        <w:t>she wants to know how to become 100 percent positive.</w:t>
      </w:r>
    </w:p>
    <w:p>
      <w:pPr>
        <w:jc w:val="right"/>
      </w:pPr>
      <w:r>
        <w:t>شی وانٹس ٹو نو ہاؤ ٹو بیکم 100 پرسنٹ پازیٹیو۔</w:t>
      </w:r>
    </w:p>
    <w:p>
      <w:r>
        <w:rPr>
          <w:b/>
        </w:rPr>
        <w:t xml:space="preserve">[11:09] </w:t>
      </w:r>
      <w:r>
        <w:t>dekhein, 100 percent positive koi nahi hota, koi bhi nahi hota. sirf jo cheez possible hai, woh yeh hai ke hum jab</w:t>
      </w:r>
    </w:p>
    <w:p>
      <w:pPr>
        <w:jc w:val="right"/>
      </w:pPr>
      <w:r>
        <w:t>دیکھیں، 100 پرسنٹ پازیٹیو کوئی نہیں ہوتا، کوئی بھی نہیں ہوتا۔ صرف جو چیز پاسیبل ہے، وہ یہ ہے کہ ہم جب</w:t>
      </w:r>
    </w:p>
    <w:p>
      <w:r>
        <w:rPr>
          <w:b/>
        </w:rPr>
        <w:t xml:space="preserve">[11:24] </w:t>
      </w:r>
      <w:r>
        <w:t>hum hamare upar koi negative thought aaye, to is ko hum temporary bana dein, temporary bana dein.</w:t>
      </w:r>
    </w:p>
    <w:p>
      <w:pPr>
        <w:jc w:val="right"/>
      </w:pPr>
      <w:r>
        <w:t>ہم ہمارے اوپر کوئی نیگیٹیو تھاٹ آئے، تو اس کو ہم ٹیمپریری بنا دیں، ٹیمپریری بنا دیں۔</w:t>
      </w:r>
    </w:p>
    <w:p>
      <w:r>
        <w:rPr>
          <w:b/>
        </w:rPr>
        <w:t xml:space="preserve">[11:36] </w:t>
      </w:r>
      <w:r>
        <w:t>yaani negative thought ko hum permanent na hone dein. yeh yeh quran se mujhe yeh cheez mili hai ke negative thoughts aap bahar layenge,</w:t>
      </w:r>
    </w:p>
    <w:p>
      <w:pPr>
        <w:jc w:val="right"/>
      </w:pPr>
      <w:r>
        <w:t>یعنی نیگیٹیو تھاٹ کو ہم پرماننٹ نہ ہونے دیں۔ یہ یہ قرآن سے مجھے یہ چیز ملی ہے کہ نیگیٹیو تھاٹس آپ باہر لائیں گے،</w:t>
      </w:r>
    </w:p>
    <w:p>
      <w:r>
        <w:rPr>
          <w:b/>
        </w:rPr>
        <w:t xml:space="preserve">[11:50] </w:t>
      </w:r>
      <w:r>
        <w:t>is ko aap rok nahi sakte, sakte aap</w:t>
      </w:r>
    </w:p>
    <w:p>
      <w:pPr>
        <w:jc w:val="right"/>
      </w:pPr>
      <w:r>
        <w:t>اس کو آپ روک نہیں سکتے، سکتے آپ</w:t>
      </w:r>
    </w:p>
    <w:p>
      <w:r>
        <w:rPr>
          <w:b/>
        </w:rPr>
        <w:t xml:space="preserve">[11:54] </w:t>
      </w:r>
      <w:r>
        <w:t>yeh zaroor kar sakte hain ke aap negative thought ko aap temporary bana dein. aur yaani woh one percent ho to positive thinking, 99 percent ho, yeh possible hai.</w:t>
      </w:r>
    </w:p>
    <w:p>
      <w:pPr>
        <w:jc w:val="right"/>
      </w:pPr>
      <w:r>
        <w:t>یہ ضرور کر سکتے ہیں کہ آپ نیگیٹیو تھاٹ کو آپ ٹیمپریری بنا دیں۔ اور یعنی وہ ون پرسنٹ ہو تو پازیٹیو تھنکنگ، 99 پرسنٹ ہو، یہ پاسیبل ہے۔</w:t>
      </w:r>
    </w:p>
    <w:p>
      <w:r>
        <w:rPr>
          <w:b/>
        </w:rPr>
        <w:t xml:space="preserve">[12:10] </w:t>
      </w:r>
      <w:r>
        <w:t>to aisa insaan ko karna chahiye ke jab bhi koi</w:t>
      </w:r>
    </w:p>
    <w:p>
      <w:pPr>
        <w:jc w:val="right"/>
      </w:pPr>
      <w:r>
        <w:t>تو ایسا انسان کو کرنا چاہیے کہ جب بھی کوئی</w:t>
      </w:r>
    </w:p>
    <w:p>
      <w:r>
        <w:rPr>
          <w:b/>
        </w:rPr>
        <w:t xml:space="preserve">[12:16] </w:t>
      </w:r>
      <w:r>
        <w:t>baat aadmi ko manfi soch mein daal de, to jaldi is ko is ko stop kijiye</w:t>
      </w:r>
    </w:p>
    <w:p>
      <w:pPr>
        <w:jc w:val="right"/>
      </w:pPr>
      <w:r>
        <w:t>بات آدمی کو منفی سوچ میں ڈال دے، تو جلدی اس کو اس کو اسٹاپ کیجئے</w:t>
      </w:r>
    </w:p>
    <w:p>
      <w:r>
        <w:rPr>
          <w:b/>
        </w:rPr>
        <w:t xml:space="preserve">[12:24] </w:t>
      </w:r>
      <w:r>
        <w:t>aur apne aap ko divert kijiye apni soch ko positive thinking ki taraf. yaani art of diversion bohat zaroori hai aadmi ke liye ke is soch ko divert kare aadmi doosri taraf.</w:t>
      </w:r>
    </w:p>
    <w:p>
      <w:pPr>
        <w:jc w:val="right"/>
      </w:pPr>
      <w:r>
        <w:t>اور اپنے آپ کو ڈائیورٹ کیجئے اپنی سوچ کو پازیٹیو تھنکنگ کی طرف۔ یعنی آرٹ آف ڈائیورژن بہت ضروری ہے آدمی کے لیے کہ اس سوچ کو ڈائیورٹ کرے آدمی دوسری طرف۔</w:t>
      </w:r>
    </w:p>
    <w:p>
      <w:r>
        <w:rPr>
          <w:b/>
        </w:rPr>
        <w:t xml:space="preserve">[12:38] </w:t>
      </w:r>
      <w:r>
        <w:t>aur yeh isi waqt ho sakta hai jab ke aadmi ek aadmi ke andar awareness ho, intellectual development ho.</w:t>
      </w:r>
    </w:p>
    <w:p>
      <w:pPr>
        <w:jc w:val="right"/>
      </w:pPr>
      <w:r>
        <w:t>اور یہ اسی وقت ہو سکتا ہے جب کہ آدمی ایک آدمی کے اندر اویئرنس ہو، انٹلیکچول ڈیویلپمنٹ ہو۔</w:t>
      </w:r>
    </w:p>
    <w:p>
      <w:r>
        <w:rPr>
          <w:b/>
        </w:rPr>
        <w:t xml:space="preserve">[12:48] </w:t>
      </w:r>
      <w:r>
        <w:t>so Maulana, you are saying that we can not become absolutely positi</w:t>
      </w:r>
    </w:p>
    <w:p>
      <w:pPr>
        <w:jc w:val="right"/>
      </w:pPr>
      <w:r>
        <w:t>سو مولانا، یو آر سینگ دیٹ وی کین ناٹ بیکم ایبسولیوٹلی پازیٹی</w:t>
      </w:r>
    </w:p>
    <w:p>
      <w:r>
        <w:rPr>
          <w:b/>
        </w:rPr>
        <w:t xml:space="preserve">[12:53] </w:t>
      </w:r>
      <w:r>
        <w:t>wa. negative thoughts will surely keep coming in a mind, but what we have to do is that we should not allow the negative thought to become permanent.</w:t>
      </w:r>
    </w:p>
    <w:p>
      <w:pPr>
        <w:jc w:val="right"/>
      </w:pPr>
      <w:r>
        <w:t>و۔ نیگیٹیو تھاٹس ول شورلی کیپ کمنگ ان ا مائنڈ، بٹ واٹ وی ہیو ٹو ڈو از دیٹ وی شوڈ ناٹ الاؤ دا نیگیٹیو تھاٹ ٹو بیکم پرماننٹ۔</w:t>
      </w:r>
    </w:p>
    <w:p>
      <w:r>
        <w:rPr>
          <w:b/>
        </w:rPr>
        <w:t xml:space="preserve">[13:01] </w:t>
      </w:r>
      <w:r>
        <w:t>we should immediately divert a negative thinking to positive thinking. so we must learn this art of diversion, and then we be able to reduce a stress.</w:t>
      </w:r>
    </w:p>
    <w:p>
      <w:pPr>
        <w:jc w:val="right"/>
      </w:pPr>
      <w:r>
        <w:t>وی شوڈ امیڈیٹلی ڈائیورٹ ا نیگیٹیو تھنکنگ ٹو پازیٹیو تھنکنگ۔ سو وی مسٹ لرن دس آرٹ آف ڈائیورژن، اینڈ دین وی بی ایبل ٹو ریڈیوس ا سٹریس۔</w:t>
      </w:r>
    </w:p>
    <w:p>
      <w:r>
        <w:rPr>
          <w:b/>
        </w:rPr>
        <w:t xml:space="preserve">[13:11] </w:t>
      </w:r>
      <w:r>
        <w:t>maulana, it often very often happens in life that we face loss and disappointment, and this leads us to depression. so how should we manage loss and disappointment?</w:t>
      </w:r>
    </w:p>
    <w:p>
      <w:pPr>
        <w:jc w:val="right"/>
      </w:pPr>
      <w:r>
        <w:t>مولانا، اٹ آفن ویری آفن ہیپنز ان لائف دیٹ وی فیس لاس اینڈ ڈس اپوائنٹمنٹ، اینڈ دس لیڈز اس ٹو ڈپریشن۔ سو ہاؤ شوڈ وی مینج لاس اینڈ ڈس اپوائنٹمنٹ؟</w:t>
      </w:r>
    </w:p>
    <w:p>
      <w:r>
        <w:rPr>
          <w:b/>
        </w:rPr>
        <w:t xml:space="preserve">[13:25] </w:t>
      </w:r>
      <w:r>
        <w:t>dekhen, quran ki ek ayat hai:</w:t>
      </w:r>
    </w:p>
    <w:p>
      <w:pPr>
        <w:jc w:val="right"/>
      </w:pPr>
      <w:r>
        <w:t>دیکھیں، قرآن کی ایک آیت ہے:</w:t>
      </w:r>
    </w:p>
    <w:p>
      <w:r>
        <w:rPr>
          <w:b/>
        </w:rPr>
        <w:t xml:space="preserve">[13:32] </w:t>
      </w:r>
      <w:r>
        <w:t>"nafs min loss". to quran ka yeh elaan hai ke "loss eludbilis".</w:t>
      </w:r>
    </w:p>
    <w:p>
      <w:pPr>
        <w:jc w:val="right"/>
      </w:pPr>
      <w:r>
        <w:t>"نفس من لاس"۔ تو قرآن کا یہ اعلان ہے کہ "لاس ایلوڈبلس"۔</w:t>
      </w:r>
    </w:p>
    <w:p>
      <w:r>
        <w:rPr>
          <w:b/>
        </w:rPr>
        <w:t xml:space="preserve">[13:42] </w:t>
      </w:r>
      <w:r>
        <w:t>to insaan ko pesh hi aaye ga, zaroor pesh aaye ga, kyunke woh allah ki taraf muqaddar hai. loss na ho to hamari martyri nahi ho sakta.</w:t>
      </w:r>
    </w:p>
    <w:p>
      <w:pPr>
        <w:jc w:val="right"/>
      </w:pPr>
      <w:r>
        <w:t>تو انسان کو پیش ہی آئے گا، ضرور پیش آئے گا، کیونکہ وہ اللہ کی طرف مقدر ہے۔ لاس نہ ہو تو ہماری مارٹری نہیں ہو سکتا۔</w:t>
      </w:r>
    </w:p>
    <w:p>
      <w:r>
        <w:rPr>
          <w:b/>
        </w:rPr>
        <w:t xml:space="preserve">[13:55] </w:t>
      </w:r>
      <w:r>
        <w:t>test kiya? test ke liye zaroori hai ke umooman loss pesh aaye aur mukhtalif qism ke un wanted situation pesh aayen.</w:t>
      </w:r>
    </w:p>
    <w:p>
      <w:pPr>
        <w:jc w:val="right"/>
      </w:pPr>
      <w:r>
        <w:t>ٹیسٹ کیا؟ ٹیسٹ کے لیے ضروری ہے کہ عموماً لاس پیش آئے اور مختلف قسم کے ان واٹڈ سچوئیشن پیش آئیں۔</w:t>
      </w:r>
    </w:p>
    <w:p>
      <w:r>
        <w:rPr>
          <w:b/>
        </w:rPr>
        <w:t xml:space="preserve">[14:07] </w:t>
      </w:r>
      <w:r>
        <w:t>to main wohi kahun ga ke apne mindset se jab soche ga aadmi, to woh cheez stress ban jaye gi.</w:t>
      </w:r>
    </w:p>
    <w:p>
      <w:pPr>
        <w:jc w:val="right"/>
      </w:pPr>
      <w:r>
        <w:t>تو میں وہی کہوں گا کہ اپنے مائنڈ سیٹ سے جب سوچے گا آدمی، تو وہ چیز اسٹریس بن جائے گی۔</w:t>
      </w:r>
    </w:p>
    <w:p>
      <w:r>
        <w:rPr>
          <w:b/>
        </w:rPr>
        <w:t xml:space="preserve">[14:16] </w:t>
      </w:r>
      <w:r>
        <w:t>lekin khuda ke mind se soche ga to aadmi is qabil ho jaye ga ke woh manage kar sake is ko.</w:t>
      </w:r>
    </w:p>
    <w:p>
      <w:pPr>
        <w:jc w:val="right"/>
      </w:pPr>
      <w:r>
        <w:t>لیکن خدا کے مائنڈ سے سوچے گا تو آدمی اس قابل ہو جائے گا کہ وہ مینج کر سکے اس کو۔</w:t>
      </w:r>
    </w:p>
    <w:p>
      <w:r>
        <w:rPr>
          <w:b/>
        </w:rPr>
        <w:t xml:space="preserve">[14:24] </w:t>
      </w:r>
      <w:r>
        <w:t>jaise quran mein ayat hai ke "shakira" ke maani hote hain mindset.</w:t>
      </w:r>
    </w:p>
    <w:p>
      <w:pPr>
        <w:jc w:val="right"/>
      </w:pPr>
      <w:r>
        <w:t>جیسے قرآن میں آیت ہے کہ "شاکرہ" کے معنی ہوتے ہیں مائنڈ سیٹ۔</w:t>
      </w:r>
    </w:p>
    <w:p>
      <w:r>
        <w:rPr>
          <w:b/>
        </w:rPr>
        <w:t xml:space="preserve">[14:35] </w:t>
      </w:r>
      <w:r>
        <w:t>apne mindset pe chalenge hum to hum bar bar hum ko stress hota rahe ga. lekin khuda ka mindset jo hai, us se us ko le kar hum sochen to hum apne aap ko stress se bacha sakte</w:t>
      </w:r>
    </w:p>
    <w:p>
      <w:pPr>
        <w:jc w:val="right"/>
      </w:pPr>
      <w:r>
        <w:t>اپنے مائنڈ سیٹ پہ چلیں گے ہم تو ہم بار بار ہم کو اسٹریس ہوتا رہے گا۔ لیکن خدا کا مائنڈ سیٹ جو ہے، اس سے اس کو لے کر ہم سوچیں تو ہم اپنے آپ کو اسٹریس سے بچا سکتے</w:t>
      </w:r>
    </w:p>
    <w:p>
      <w:r>
        <w:rPr>
          <w:b/>
        </w:rPr>
        <w:t xml:space="preserve">[14:52] </w:t>
      </w:r>
      <w:r>
        <w:t>hain, stress ke nuqsan se bacha sakte hain. so maulana, you are telling us that we have to understand the creation plan of god in order to manage a stress.</w:t>
      </w:r>
    </w:p>
    <w:p>
      <w:pPr>
        <w:jc w:val="right"/>
      </w:pPr>
      <w:r>
        <w:t>ہیں، اسٹریس کے نقصان سے بچا سکتے ہیں۔ سو مولانا، یو آر ٹیلنگ اس دیٹ وی ہیو ٹو انڈرسٹینڈ دا کریشن پلان آف گاڈ ان آرڈر ٹو مینج ا سٹریس۔</w:t>
      </w:r>
    </w:p>
    <w:p>
      <w:r>
        <w:rPr>
          <w:b/>
        </w:rPr>
        <w:t xml:space="preserve">[15:06] </w:t>
      </w:r>
      <w:r>
        <w:t>you are saying that loss and disappointment are part of life, because god wants to test us. if there is no loss and there is no disappointment, we cannot be tested.</w:t>
      </w:r>
    </w:p>
    <w:p>
      <w:pPr>
        <w:jc w:val="right"/>
      </w:pPr>
      <w:r>
        <w:t>یو آر سینگ دیٹ لاس اینڈ ڈس اپوائنٹمنٹ آر پارٹ آف لائف، بیکاز گاڈ وانٹس ٹو ٹیسٹ اس۔ اف دیر از نو لاس اینڈ دیر از نو ڈس اپوائنٹمنٹ، وی کین ناٹ بی ٹیسٹڈ۔</w:t>
      </w:r>
    </w:p>
    <w:p>
      <w:r>
        <w:rPr>
          <w:b/>
        </w:rPr>
        <w:t xml:space="preserve">[15:15] </w:t>
      </w:r>
      <w:r>
        <w:t>so we must understand that this is a part of life, because it is through this that god is testing us.</w:t>
      </w:r>
    </w:p>
    <w:p>
      <w:pPr>
        <w:jc w:val="right"/>
      </w:pPr>
      <w:r>
        <w:t>سو وی مسٹ انڈرسٹینڈ دیٹ دس از ا پارٹ آف لائف، بیکاز اٹ از تھرو دس دیٹ گاڈ از ٹیسٹنگ اس۔</w:t>
      </w:r>
    </w:p>
    <w:p>
      <w:r>
        <w:rPr>
          <w:b/>
        </w:rPr>
        <w:t xml:space="preserve">[15:22] </w:t>
      </w:r>
      <w:r>
        <w:t>and once we understand this, we not be, we not become stressed.</w:t>
      </w:r>
    </w:p>
    <w:p>
      <w:pPr>
        <w:jc w:val="right"/>
      </w:pPr>
      <w:r>
        <w:t>اینڈ ونس وی انڈرسٹینڈ دس، وی ناٹ بی، وی ناٹ بیکم سٹریسڈ۔</w:t>
      </w:r>
    </w:p>
    <w:p>
      <w:r>
        <w:rPr>
          <w:b/>
        </w:rPr>
        <w:t xml:space="preserve">[15:29] </w:t>
      </w:r>
      <w:r>
        <w:t>maulana, this question has come from mr. tariq badr: "how should we deal with the stress of married life?" dekhen, married life ko stress free banana bohat aasan hai.</w:t>
      </w:r>
    </w:p>
    <w:p>
      <w:pPr>
        <w:jc w:val="right"/>
      </w:pPr>
      <w:r>
        <w:t>مولانا، دس کوئسچن ہیز کم فرام مسٹر طارق بدر: "ہاؤ شوڈ وی ڈیل ود دا سٹریس آف میریڈ لائف؟" دیکھیں، میریڈ لائف کو اسٹریس فری بنانا بہت آسان ہے۔</w:t>
      </w:r>
    </w:p>
    <w:p>
      <w:r>
        <w:rPr>
          <w:b/>
        </w:rPr>
        <w:t xml:space="preserve">[15:48] </w:t>
      </w:r>
      <w:r>
        <w:t>sirf ek baat janna chahiye ke ek hai pre marriage life, ek hai post marriage life.</w:t>
      </w:r>
    </w:p>
    <w:p>
      <w:pPr>
        <w:jc w:val="right"/>
      </w:pPr>
      <w:r>
        <w:t>صرف ایک بات جاننا چاہیے کہ ایک ہے پری میرج لائف، ایک ہے پوسٹ میرج لائف۔</w:t>
      </w:r>
    </w:p>
    <w:p>
      <w:r>
        <w:rPr>
          <w:b/>
        </w:rPr>
        <w:t xml:space="preserve">[15:58] </w:t>
      </w:r>
      <w:r>
        <w:t>har aadmi ko do daur pesh aate hain. dekhen, marriage se pehle aadmi rehta hai blood relationship ke darmiyan, woh logon ke sath jin ke sath aap ko khooni taluq hai.</w:t>
      </w:r>
    </w:p>
    <w:p>
      <w:pPr>
        <w:jc w:val="right"/>
      </w:pPr>
      <w:r>
        <w:t>ہر آدمی کو دو دور پیش آتے ہیں۔ دیکھیں، میرج سے پہلے آدمی رہتا ہے بلڈ ریلیشن شپ کے درمیان، وہ لوگوں کے ساتھ جن کے ساتھ آپ کو خونی تعلق ہے۔</w:t>
      </w:r>
    </w:p>
    <w:p>
      <w:r>
        <w:rPr>
          <w:b/>
        </w:rPr>
        <w:t xml:space="preserve">[16:14] </w:t>
      </w:r>
      <w:r>
        <w:t>lekin marriage ke baad aap ko rehna padta hai un logon ke sath jin ke sath aap ko, yaani jin ko hum keh sakte hain, non blood relationship.</w:t>
      </w:r>
    </w:p>
    <w:p>
      <w:pPr>
        <w:jc w:val="right"/>
      </w:pPr>
      <w:r>
        <w:t>لیکن میرج کے بعد آپ کو رہنا پڑتا ہے ان لوگوں کے ساتھ جن کے ساتھ آپ کو، یعنی جن کو ہم کہہ سکتے ہیں، نان بلڈ ریلیشن شپ۔</w:t>
      </w:r>
    </w:p>
    <w:p>
      <w:r>
        <w:rPr>
          <w:b/>
        </w:rPr>
        <w:t xml:space="preserve">[16:24] </w:t>
      </w:r>
      <w:r>
        <w:t>to blood relationship bajaye jab hain to apne aap har cheez manage hoti rehti hai. blood jo hai, ek bohat hi powerful factor hai manage karne ka.</w:t>
      </w:r>
    </w:p>
    <w:p>
      <w:pPr>
        <w:jc w:val="right"/>
      </w:pPr>
      <w:r>
        <w:t>تو بلڈ ریلیشن شپ بجائے جب ہیں تو اپنے آپ ہر چیز مینج ہوتی رہتی ہے۔ بلڈ جو ہے، ایک بہت ہی پاور فل فیکٹر ہے مینج کرنے کا۔</w:t>
      </w:r>
    </w:p>
    <w:p>
      <w:r>
        <w:rPr>
          <w:b/>
        </w:rPr>
        <w:t xml:space="preserve">[16:40] </w:t>
      </w:r>
      <w:r>
        <w:t>yaani aap jab ghar mein hote hain apne blood khooni taluq walon ke sath, tab bhi har cheez pesh aati hai.</w:t>
      </w:r>
    </w:p>
    <w:p>
      <w:pPr>
        <w:jc w:val="right"/>
      </w:pPr>
      <w:r>
        <w:t>یعنی آپ جب گھر میں ہوتے ہیں اپنے بلڈ خونی تعلق والوں کے ساتھ، تب بھی ہر چیز پیش آتی ہے۔</w:t>
      </w:r>
    </w:p>
    <w:p>
      <w:r>
        <w:rPr>
          <w:b/>
        </w:rPr>
        <w:t xml:space="preserve">[16:49] </w:t>
      </w:r>
      <w:r>
        <w:t>aisa nahi pesh na aaye. woh sab kuch jo marriage ke baad pesh aati hai, woh is ko, woh woh sab marriage se pehle pesh aati hai. lekin khooni rishta jo hai,</w:t>
      </w:r>
    </w:p>
    <w:p>
      <w:pPr>
        <w:jc w:val="right"/>
      </w:pPr>
      <w:r>
        <w:t>ایسا نہیں پیش نہ آئے۔ وہ سب کچھ جو میرج کے بعد پیش آتی ہے، وہ اس کو، وہ وہ سب میرج سے پہلے پیش آتی ہے۔ لیکن خونی رشتہ جو ہے،</w:t>
      </w:r>
    </w:p>
    <w:p>
      <w:r>
        <w:rPr>
          <w:b/>
        </w:rPr>
        <w:t xml:space="preserve">[17:02] </w:t>
      </w:r>
      <w:r>
        <w:t>woh har cheez ko apne aap hi manage karta rehta hai. aap</w:t>
      </w:r>
    </w:p>
    <w:p>
      <w:pPr>
        <w:jc w:val="right"/>
      </w:pPr>
      <w:r>
        <w:t>وہ ہر چیز کو اپنے آپ ہی مینج کرتا رہتا ہے۔ آپ</w:t>
      </w:r>
    </w:p>
    <w:p>
      <w:r>
        <w:rPr>
          <w:b/>
        </w:rPr>
        <w:t xml:space="preserve">[17:09] </w:t>
      </w:r>
      <w:r>
        <w:t>misalan koi agar aap ko sakht baat keh de khooni rishte ke darmiyan to aap ghussa nahi honge, aap afraad nahi honge. lekin marriage ke baad jo hota hai to aap bohat jald afraad ho jate hain, bohat jald ghussa hote hain.</w:t>
      </w:r>
    </w:p>
    <w:p>
      <w:pPr>
        <w:jc w:val="right"/>
      </w:pPr>
      <w:r>
        <w:t>مثلاً کوئی اگر آپ کو سخت بات کہہ دے خونی رشتے کے درمیان تو آپ غصہ نہیں ہوں گے، آپ افرڈ نہیں ہوں گے۔ لیکن میرج کے بعد جو ہوتا ہے تو آپ بہت جلد افرڈ ہو جاتے ہیں، بہت جلد غصے ہوتے ہیں۔</w:t>
      </w:r>
    </w:p>
    <w:p>
      <w:r>
        <w:rPr>
          <w:b/>
        </w:rPr>
        <w:t xml:space="preserve">[17:25] </w:t>
      </w:r>
      <w:r>
        <w:t>to bas yeh janne ki zaroorat hai ke aadmi, yaani khuda ka jo jo qanoon hai, us ke mutabiq hamein do do halaat mein jeena padta hai,</w:t>
      </w:r>
    </w:p>
    <w:p>
      <w:pPr>
        <w:jc w:val="right"/>
      </w:pPr>
      <w:r>
        <w:t>تو بس یہ جاننے کی ضرورت ہے کہ آدمی، یعنی خدا کا جو جو قانون ہے، اس کے مطابق ہمیں دو دو حالات میں جینا پڑتا ہے،</w:t>
      </w:r>
    </w:p>
    <w:p>
      <w:r>
        <w:rPr>
          <w:b/>
        </w:rPr>
        <w:t xml:space="preserve">[17:42] </w:t>
      </w:r>
      <w:r>
        <w:t>yani khooni rishte walon ke sath aur khooni rishte walon ke bahir.</w:t>
      </w:r>
    </w:p>
    <w:p>
      <w:pPr>
        <w:jc w:val="right"/>
      </w:pPr>
      <w:r>
        <w:t>یعنی خونی رشتے والوں کے ساتھ اور خونی رشتے والوں کے باہر۔</w:t>
      </w:r>
    </w:p>
    <w:p>
      <w:r>
        <w:rPr>
          <w:b/>
        </w:rPr>
        <w:t xml:space="preserve">[17:50] </w:t>
      </w:r>
      <w:r>
        <w:t>to khooni khooni rishte walon ke sath bhi wahi sab pesh aata hai jo ghair khooni rishton ke sath pesh aata hai. to hum agar sochen ke kis tarah hum ne manage kar liya, hamare mind ne kis tarah is ko,</w:t>
      </w:r>
    </w:p>
    <w:p>
      <w:pPr>
        <w:jc w:val="right"/>
      </w:pPr>
      <w:r>
        <w:t>تو خونی خونی رشتے والوں کے ساتھ بھی وہی سب پیش آتا ہے جو غیر خونی رشتوں کے ساتھ پیش آتا ہے۔ تو ہم اگر سوچیں کہ کس طرح ہم نے مینج کر لیا، ہمارے مائنڈ نے کس طرح اس کو،</w:t>
      </w:r>
    </w:p>
    <w:p>
      <w:r>
        <w:rPr>
          <w:b/>
        </w:rPr>
        <w:t xml:space="preserve">[18:04] </w:t>
      </w:r>
      <w:r>
        <w:t>is ko diffuse diffuse kar diya, isi tarah se hum yahan diffuse karen.</w:t>
      </w:r>
    </w:p>
    <w:p>
      <w:pPr>
        <w:jc w:val="right"/>
      </w:pPr>
      <w:r>
        <w:t>اس کو ڈیفیوز ڈیفیوز کر دیا، اسی طرح سے ہم یہاں ڈیفیوز کریں۔</w:t>
      </w:r>
    </w:p>
    <w:p>
      <w:r>
        <w:rPr>
          <w:b/>
        </w:rPr>
        <w:t xml:space="preserve">[18:14] </w:t>
      </w:r>
      <w:r>
        <w:t>yani shadi se pehle aap ka mind, yani har crisis ko diffuse karta hai,</w:t>
      </w:r>
    </w:p>
    <w:p>
      <w:pPr>
        <w:jc w:val="right"/>
      </w:pPr>
      <w:r>
        <w:t>یعنی شادی سے پہلے آپ کا مائنڈ، یعنی ہر کرائسز کو ڈیفیوز کرتا ہے،</w:t>
      </w:r>
    </w:p>
    <w:p>
      <w:r>
        <w:rPr>
          <w:b/>
        </w:rPr>
        <w:t xml:space="preserve">[18:27] </w:t>
      </w:r>
      <w:r>
        <w:t>apne aap hi hota rehta hai natural process ke tehat. wahi kaam aap karen shadi ke baad shor ke tehat, consciously.</w:t>
      </w:r>
    </w:p>
    <w:p>
      <w:pPr>
        <w:jc w:val="right"/>
      </w:pPr>
      <w:r>
        <w:t>اپنے آپ ہی ہوتا رہتا ہے نیچرل پروسیس کے تحت۔ وہی کام آپ کریں شادی کے بعد شور کے تحت، کانشیسلی۔</w:t>
      </w:r>
    </w:p>
    <w:p>
      <w:r>
        <w:rPr>
          <w:b/>
        </w:rPr>
        <w:t xml:space="preserve">[18:37] </w:t>
      </w:r>
      <w:r>
        <w:t>pehle jo aap kar rahe the, yani unconsciously, ab is ko consciously karen.</w:t>
      </w:r>
    </w:p>
    <w:p>
      <w:pPr>
        <w:jc w:val="right"/>
      </w:pPr>
      <w:r>
        <w:t>پہلے جو آپ کر رہے تھے، یعنی ان کانشیسلی، اب اس کو کانشیسلی کریں۔</w:t>
      </w:r>
    </w:p>
    <w:p>
      <w:r>
        <w:rPr>
          <w:b/>
        </w:rPr>
        <w:t xml:space="preserve">[18:43] </w:t>
      </w:r>
      <w:r>
        <w:t>kuch bhi karna nahi hai. aap ghor kijiye ke wo sab kuch jo pesh aata hai married life ke baad, wo sab kuch pesh aata hai married life se pehle ghar ke andar.</w:t>
      </w:r>
    </w:p>
    <w:p>
      <w:pPr>
        <w:jc w:val="right"/>
      </w:pPr>
      <w:r>
        <w:t>کچھ بھی کرنا نہیں ہے۔ آپ غور کیجئے کہ وہ سب کچھ جو پیش آتا ہے میریڈ لائف کے بعد، وہ سب کچھ پیش آتا ہے میریڈ لائف سے پہلے گھر کے اندر۔</w:t>
      </w:r>
    </w:p>
    <w:p>
      <w:r>
        <w:rPr>
          <w:b/>
        </w:rPr>
        <w:t xml:space="preserve">[18:55] </w:t>
      </w:r>
      <w:r>
        <w:t>lekin pehle dour mein aadmi ka mind khud hi khud cheezon ko diffuse karta tha,</w:t>
      </w:r>
    </w:p>
    <w:p>
      <w:pPr>
        <w:jc w:val="right"/>
      </w:pPr>
      <w:r>
        <w:t>لیکن پہلے دور میں آدمی کا مائنڈ خود ہی خود چیزوں کو ڈیفیوز کرتا تھا،</w:t>
      </w:r>
    </w:p>
    <w:p>
      <w:r>
        <w:rPr>
          <w:b/>
        </w:rPr>
        <w:t xml:space="preserve">[19:03] </w:t>
      </w:r>
      <w:r>
        <w:t>lekin baad ko tayyar nahi hota kyunke wo wo factor ab black kar raha hota hai. lekin is factor ko aap dobara active kar sakte hain apne shaoor ko, apni soch ko develop kar ke.</w:t>
      </w:r>
    </w:p>
    <w:p>
      <w:pPr>
        <w:jc w:val="right"/>
      </w:pPr>
      <w:r>
        <w:t>لیکن بعد کو تیار نہیں ہوتا کیونکہ وہ وہ فیکٹر اب بلیک کر رہا ہوتا ہے۔ لیکن اس فیکٹر کو آپ دوبارہ ایکٹیو کر سکتے ہیں اپنے شعور کو، اپنی سوچ کو ڈیویلپ کر کے۔</w:t>
      </w:r>
    </w:p>
    <w:p>
      <w:r>
        <w:rPr>
          <w:b/>
        </w:rPr>
        <w:t xml:space="preserve">[19:20] </w:t>
      </w:r>
      <w:r>
        <w:t>maulana, he has another question. he is saying that often parents become very stressful when their children do not follow their advice.</w:t>
      </w:r>
    </w:p>
    <w:p>
      <w:pPr>
        <w:jc w:val="right"/>
      </w:pPr>
      <w:r>
        <w:t>مولانا، ہی ہیز انادر کوئسچن۔ ہی از سینگ دیٹ آفن پیرنٹس بیکم ویری سٹریس فل وین دیر چلڈرن ڈو ناٹ فالو دیر ایڈوائس۔</w:t>
      </w:r>
    </w:p>
    <w:p>
      <w:r>
        <w:rPr>
          <w:b/>
        </w:rPr>
        <w:t xml:space="preserve">[19:29] </w:t>
      </w:r>
      <w:r>
        <w:t>so what should the parents do</w:t>
      </w:r>
    </w:p>
    <w:p>
      <w:pPr>
        <w:jc w:val="right"/>
      </w:pPr>
      <w:r>
        <w:t>سو واٹ شوڈ دا پیرنٹس ڈ</w:t>
      </w:r>
    </w:p>
    <w:p>
      <w:r>
        <w:rPr>
          <w:b/>
        </w:rPr>
        <w:t xml:space="preserve">[19:31] </w:t>
      </w:r>
      <w:r>
        <w:t>wo? dekhen, main aksar kaha karta hoon ke aadmi ko option do cheezon ke darmian hai.</w:t>
      </w:r>
    </w:p>
    <w:p>
      <w:pPr>
        <w:jc w:val="right"/>
      </w:pPr>
      <w:r>
        <w:t>و؟ دیکھیں، میں اکثر کہا کرتا ہوں کہ آدمی کو آپشن دو چیزوں کے درمیان ہے۔</w:t>
      </w:r>
    </w:p>
    <w:p>
      <w:r>
        <w:rPr>
          <w:b/>
        </w:rPr>
        <w:t xml:space="preserve">[19:40] </w:t>
      </w:r>
      <w:r>
        <w:t>agar wo chahta hai ke mere bachche bilkul wese chalें jaise ke main sochta hoon, to bachche hi nahi paida kare wo ke wo hone wala nahi hai. bachche jo hain society pe jayenge, school pe jayenge, college pe jayenge, market pe jayenge, zindagi ke structure pe jayenge.</w:t>
      </w:r>
    </w:p>
    <w:p>
      <w:pPr>
        <w:jc w:val="right"/>
      </w:pPr>
      <w:r>
        <w:t>اگر وہ چاہتا ہے کہ میرے بچے بالکل ویسے چلیں جیسے کہ میں سوچتا ہوں، تو بچے ہی نہیں پیدا کرے وہ کہ وہ ہونے والا نہیں ہے۔ بچے جو ہیں سوسائٹی پہ جائیں گے، اسکول پہ جائیں گے، کالج پہ جائیں گے، مارکیٹ پہ جائیں گے، زندگی کے اسٹرکٹ پہ جائیں گے۔</w:t>
      </w:r>
    </w:p>
    <w:p>
      <w:r>
        <w:rPr>
          <w:b/>
        </w:rPr>
        <w:t xml:space="preserve">[19:58] </w:t>
      </w:r>
      <w:r>
        <w:t>to ye ho hi nahi sakta ke parent ki jo soch thi, wo isi ko le rahe hain hamesha. nahi, emphasis bolein, ye bahir ke halaat is ko hamesha, yani asar dalte rahenge.</w:t>
      </w:r>
    </w:p>
    <w:p>
      <w:pPr>
        <w:jc w:val="right"/>
      </w:pPr>
      <w:r>
        <w:t>تو یہ ہو ہی نہیں سکتا کہ پیرنٹ کی جو سوچ تھی، وہ اسی کو لے رہے ہیں ہمیشہ۔ نہیں، امپاسس بولیں، یہ باہر کے حالات اس کو ہمیشہ، یعنی اثر ڈالتے رہیں گے۔</w:t>
      </w:r>
    </w:p>
    <w:p>
      <w:r>
        <w:rPr>
          <w:b/>
        </w:rPr>
        <w:t xml:space="preserve">[20:16] </w:t>
      </w:r>
      <w:r>
        <w:t>wo parent ko follow nahi karega, bahir ke halaat ko follow karega. to aadmi ya to tolerate kare ya bachche hi paida na kare.</w:t>
      </w:r>
    </w:p>
    <w:p>
      <w:pPr>
        <w:jc w:val="right"/>
      </w:pPr>
      <w:r>
        <w:t>وہ پیرنٹ کو فالو نہیں کرے گا، باہر کے حالات کو فالو کرے گا۔ تو آدمی یا تو ٹالریٹ کرے یا بچے ہی پیدا نہ کرے۔</w:t>
      </w:r>
    </w:p>
    <w:p>
      <w:r>
        <w:rPr>
          <w:b/>
        </w:rPr>
        <w:t xml:space="preserve">[20:29] </w:t>
      </w:r>
      <w:r>
        <w:t>main aksar kaha karta hoon ke kyunke kabhi kisi ke liye aisa nahi hua. aap dekhiye, peghambaron ke sath bhi aisa nahi hua ke aap dekhiye,</w:t>
      </w:r>
    </w:p>
    <w:p>
      <w:pPr>
        <w:jc w:val="right"/>
      </w:pPr>
      <w:r>
        <w:t>میں اکثر کہا کرتا ہوں کہ کیونکہ کبھی کسی کے لیے ایسا نہیں ہوا۔ آپ دیکھیے، پیغمبروں کے ساتھ بھی ایسا نہیں ہوا کہ آپ دیکھیے،</w:t>
      </w:r>
    </w:p>
    <w:p>
      <w:r>
        <w:rPr>
          <w:b/>
        </w:rPr>
        <w:t xml:space="preserve">[20:43] </w:t>
      </w:r>
      <w:r>
        <w:t>hazrat nooh ka beta un ki marzi pe nahi chala, hazrat loot ki biwi un ke sath nahi chali, aur hazrat ibrahim ke baap un ke kehne pe nahi chala.</w:t>
      </w:r>
    </w:p>
    <w:p>
      <w:pPr>
        <w:jc w:val="right"/>
      </w:pPr>
      <w:r>
        <w:t>حضرت نوح کا بیٹا ان کی مرضی پہ نہیں چلا، حضرت لوط کی بیوی ان کے ساتھ نہیں چلی، اور حضرت ابراہیم کے باپ ان کے کہنے پہ نہیں چلا۔</w:t>
      </w:r>
    </w:p>
    <w:p>
      <w:r>
        <w:rPr>
          <w:b/>
        </w:rPr>
        <w:t xml:space="preserve">[20:56] </w:t>
      </w:r>
      <w:r>
        <w:t>poori tareekh mein aisi hai. to parent ko ye samajhna jo hai,</w:t>
      </w:r>
    </w:p>
    <w:p>
      <w:pPr>
        <w:jc w:val="right"/>
      </w:pPr>
      <w:r>
        <w:t>پوری تاریخ میں ایسی ہے۔ تو پیرنٹ کو یہ سمجھنا جو ہے،</w:t>
      </w:r>
    </w:p>
    <w:p>
      <w:r>
        <w:rPr>
          <w:b/>
        </w:rPr>
        <w:t xml:space="preserve">[21:02] </w:t>
      </w:r>
      <w:r>
        <w:t>ye koi practical baat nahi hai ke bachche un ki unhi ki line pe chalें. yehi emphasis bolein, yehi emphasis bolein.</w:t>
      </w:r>
    </w:p>
    <w:p>
      <w:pPr>
        <w:jc w:val="right"/>
      </w:pPr>
      <w:r>
        <w:t>یہ کوئی پریکٹیکل بات نہیں ہے کہ بچے ان کی انہی کی لائن پہ چلیں۔ یہی پاس بولے، یہی پاس بولے۔</w:t>
      </w:r>
    </w:p>
    <w:p>
      <w:r>
        <w:rPr>
          <w:b/>
        </w:rPr>
        <w:t xml:space="preserve">[21:14] </w:t>
      </w:r>
      <w:r>
        <w:t>to agar ya ya to aadmi apne mind ko badle aur adjust karna seekhe, ya phir bachche hi paida na kare, shadi hi na kare, kyunke wo hone wala nahi hai,</w:t>
      </w:r>
    </w:p>
    <w:p>
      <w:pPr>
        <w:jc w:val="right"/>
      </w:pPr>
      <w:r>
        <w:t>تو اگر یا یا تو آدمی اپنے مائنڈ کو بدلے اور ایڈجسٹ کرنا سیکھے، یا پھر بچے ہی پیدا نہ کرے، شادی ہی نہ کرے، کیونکہ وہ ہونے والا نہیں ہے،</w:t>
      </w:r>
    </w:p>
    <w:p>
      <w:r>
        <w:rPr>
          <w:b/>
        </w:rPr>
        <w:t xml:space="preserve">[21:26] </w:t>
      </w:r>
      <w:r>
        <w:t>wo to emphasis bolein. aur agar kisi ke bachche bazahir aisa kahen to munafiqat mein karen ge. kabhi agar kisi baap farz kiye bohat zyada us ke baad badbini aadmi hai aur bachcha samjhe ke us ke baghair mera kaam chalega, use mujhe mujhe isi se paisa lena hai, isi se mujhe sab kuch lena hai, to munafiqat karega.</w:t>
      </w:r>
    </w:p>
    <w:p>
      <w:pPr>
        <w:jc w:val="right"/>
      </w:pPr>
      <w:r>
        <w:t>وہ تو امپاسس بولے۔ اور اگر کسی کے بچے بظاہر ایسا کہیں تو منافقت میں کریں گے۔ کبھی اگر کسی باپ فرض کیے بہت زیادہ اس کے بعد بدبیندی آدمی ہے اور بچہ سمجھے کہ اس کے بغیر میرا کام چلے گا، اسے مجھے مجھے اسی سے پیسہ لینا ہے، اسی سے مجھے سب کچھ لینا ہے، تو منافقت کرے گا۔</w:t>
      </w:r>
    </w:p>
    <w:p>
      <w:r>
        <w:rPr>
          <w:b/>
        </w:rPr>
        <w:t xml:space="preserve">[21:51] </w:t>
      </w:r>
      <w:r>
        <w:t>jaise main aap ko ek qissa batata hoon, real story.</w:t>
      </w:r>
    </w:p>
    <w:p>
      <w:pPr>
        <w:jc w:val="right"/>
      </w:pPr>
      <w:r>
        <w:t>جیسے میں آپ کو ایک قصہ بتاتا ہوں، ریئل سٹوری۔</w:t>
      </w:r>
    </w:p>
    <w:p>
      <w:r>
        <w:rPr>
          <w:b/>
        </w:rPr>
        <w:t xml:space="preserve">[21:58] </w:t>
      </w:r>
      <w:r>
        <w:t>ek ek jagah main gaya to wahan do bhai the ek sahib ke. to ek bhai ko unhon ne nikal diya tha ghar se, aur ek bhai un ke sath rehta tha.</w:t>
      </w:r>
    </w:p>
    <w:p>
      <w:pPr>
        <w:jc w:val="right"/>
      </w:pPr>
      <w:r>
        <w:t>ایک ایک جگہ میں گیا تو وہاں دو بھائی تھے ایک صاحب کے۔ تو ایک بھائی کو انہوں نے نکال دیا تھا گھر سے، اور ایک بھائی ان کے ساتھ رہتا تھا۔</w:t>
      </w:r>
    </w:p>
    <w:p>
      <w:r>
        <w:rPr>
          <w:b/>
        </w:rPr>
        <w:t xml:space="preserve">[22:10] </w:t>
      </w:r>
      <w:r>
        <w:t>kis kis nikal diya tha ke daadhi rakhta tha, wo wo molvi aadmi tha. wo jo daadhi rakhta tha, us ko ghar se nikal diya. to jo jo daadhi rakhta tha, us ne kaha ke ye daadhi mera sign board hai,</w:t>
      </w:r>
    </w:p>
    <w:p>
      <w:pPr>
        <w:jc w:val="right"/>
      </w:pPr>
      <w:r>
        <w:t>کس کس نکال دیا تھا کہ داڑھی رکھتا تھا، وہ وہ مولوی آدمی تھا۔ وہ جو داڑھی رکھتا تھا، اس کو گھر سے نکال دیا۔ تو جو جو داڑھی رکھتا تھا، اس نے کہا کہ یہ داڑھی میرا سائن بورڈ ہے،</w:t>
      </w:r>
    </w:p>
    <w:p>
      <w:r>
        <w:rPr>
          <w:b/>
        </w:rPr>
        <w:t xml:space="preserve">[22:26] </w:t>
      </w:r>
      <w:r>
        <w:t>ye daadhi me</w:t>
      </w:r>
    </w:p>
    <w:p>
      <w:pPr>
        <w:jc w:val="right"/>
      </w:pPr>
      <w:r>
        <w:t>یہ داڑھی می</w:t>
      </w:r>
    </w:p>
    <w:p>
      <w:r>
        <w:rPr>
          <w:b/>
        </w:rPr>
        <w:t xml:space="preserve">[22:27] </w:t>
      </w:r>
      <w:r>
        <w:t>ra sign board hai, yeh yeh daadhi na rahe to mujhe khana nahi milega. lekin hua kya? woh bachcha jisko nikaal diya tha unhone, woh chupke se aata tha back door se, aur maa usko de deti khane ke liye, kha ke chala jata tha.</w:t>
      </w:r>
    </w:p>
    <w:p>
      <w:pPr>
        <w:jc w:val="right"/>
      </w:pPr>
      <w:r>
        <w:t>را سائن بورڈ ہے، یہ یہ داڑھی نہ رہے تو مجھے کھانا نہیں ملے گا۔ لیکن ہوا کیا؟ وہ بچہ جس کو نکال دیا تھا انہوں نے، وہ چپکے سے آتا تھا بیک ڈور سے، اور ماں اس کو دے دیتی کھانے کے لیے، کھا کے چلا جاتا تھا۔</w:t>
      </w:r>
    </w:p>
    <w:p>
      <w:r>
        <w:rPr>
          <w:b/>
        </w:rPr>
        <w:t xml:space="preserve">[22:41] </w:t>
      </w:r>
      <w:r>
        <w:t>to yeh chalne wali cheez nahi hai. woh bachcha jo nikaal diya tha unhone, time par chupke se back door se aata tha, uski maa usko khana de rahi thi, kha ke chala jata tha.</w:t>
      </w:r>
    </w:p>
    <w:p>
      <w:pPr>
        <w:jc w:val="right"/>
      </w:pPr>
      <w:r>
        <w:t>تو یہ چلنے والی چیز نہیں ہے۔ وہ بچہ جو نکال دیا تھا انہوں نے، ٹائم پر چپکے سے بیک ڈور سے آتا تھا، اس کی ماں اس کو کھانا دے رہی تھی، کھا کے چلا جاتا تھا۔</w:t>
      </w:r>
    </w:p>
    <w:p>
      <w:r>
        <w:rPr>
          <w:b/>
        </w:rPr>
        <w:t xml:space="preserve">[22:55] </w:t>
      </w:r>
      <w:r>
        <w:t>kya faida? kuch hua nahi.</w:t>
      </w:r>
    </w:p>
    <w:p>
      <w:pPr>
        <w:jc w:val="right"/>
      </w:pPr>
      <w:r>
        <w:t>کیا فائدہ؟ کچھ ہوا نہیں۔</w:t>
      </w:r>
    </w:p>
    <w:p>
      <w:r>
        <w:rPr>
          <w:b/>
        </w:rPr>
        <w:t xml:space="preserve">[22:58] </w:t>
      </w:r>
      <w:r>
        <w:t>to aap is baat ko jaaniye ke bachche apne tareeqe soch pe chalenge, parent ke soch pe nahi chal sakte.</w:t>
      </w:r>
    </w:p>
    <w:p>
      <w:pPr>
        <w:jc w:val="right"/>
      </w:pPr>
      <w:r>
        <w:t>تو آپ اس بات کو جانیے کہ بچے اپنے طریقے سوچ پہ چلیں گے، پیرنٹ کے سوچ پہ نہیں چل سکتے۔</w:t>
      </w:r>
    </w:p>
    <w:p>
      <w:r>
        <w:rPr>
          <w:b/>
        </w:rPr>
        <w:t xml:space="preserve">[23:08] </w:t>
      </w:r>
      <w:r>
        <w:t>to aap ko chahiye ke aap target karein, ab adjust karein, samjhaayein, bujhaayein. agar unke bachchon ke mindset ko badal dein, aap unke soch ko badal dein, tab toh woh aap ke saath ho sakte hain.</w:t>
      </w:r>
    </w:p>
    <w:p>
      <w:pPr>
        <w:jc w:val="right"/>
      </w:pPr>
      <w:r>
        <w:t>تو آپ کو چاہیے کہ آپ ٹارگٹ کریں، اب ایڈجسٹ کریں، سمجھائیں، بجھائیں۔ اگر ان کے بچوں کے مائنڈ سیٹ کو بدل دیں، آپ ان کے سوچ کو بدل دیں، تب تو وہ آپ کے ساتھ ہو سکتے ہیں۔</w:t>
      </w:r>
    </w:p>
    <w:p>
      <w:r>
        <w:rPr>
          <w:b/>
        </w:rPr>
        <w:t xml:space="preserve">[23:22] </w:t>
      </w:r>
      <w:r>
        <w:t>lekin aap chaahein ke woh surrender karein, woh aap karne pe chalein, aap ke hukum par follow karein, to aisa hone wala nahi hai.</w:t>
      </w:r>
    </w:p>
    <w:p>
      <w:pPr>
        <w:jc w:val="right"/>
      </w:pPr>
      <w:r>
        <w:t>لیکن آپ چاہیں کہ وہ سرینڈر کریں، وہ آپ کرنے پہ چلیں، آپ کے حکم پر فالو کریں، تو ایسا ہونے والا نہیں ہے۔</w:t>
      </w:r>
    </w:p>
    <w:p>
      <w:r>
        <w:rPr>
          <w:b/>
        </w:rPr>
        <w:t xml:space="preserve">[23:35] </w:t>
      </w:r>
      <w:r>
        <w:t>haan, unke mindset ko badal dein, aap unke soch ko badal dein, tab ho sakta hai.</w:t>
      </w:r>
    </w:p>
    <w:p>
      <w:pPr>
        <w:jc w:val="right"/>
      </w:pPr>
      <w:r>
        <w:t>ہاں، ان کے مائنڈ سیٹ کو بدل دیں، آپ ان کے سوچ کو بدل دیں، تب ہو سکتا ہے۔</w:t>
      </w:r>
    </w:p>
    <w:p>
      <w:r>
        <w:rPr>
          <w:b/>
        </w:rPr>
        <w:t xml:space="preserve">[23:41] </w:t>
      </w:r>
      <w:r>
        <w:t>is liye meri aaj mein hamesha kehta hoon ke parent ko chahiye ke woh woh realist bane, is maani mein realist bane, realist</w:t>
      </w:r>
    </w:p>
    <w:p>
      <w:pPr>
        <w:jc w:val="right"/>
      </w:pPr>
      <w:r>
        <w:t>اس لیے میری آج میں ہمیشہ کہتا ہوں کہ پیرنٹ کو چاہیے کہ وہ وہ ریلسٹ بنے، اس معنی میں ریلسٹ بنے، ریلسٹ</w:t>
      </w:r>
    </w:p>
    <w:p>
      <w:r>
        <w:rPr>
          <w:b/>
        </w:rPr>
        <w:t xml:space="preserve">[23:51] </w:t>
      </w:r>
      <w:r>
        <w:t>haqeeqat pasand bane. agar nahi banna haqeeqat pasand unko to na shaadi kare, na bachche paida kare, kyunke woh hone wala nahi hai jo jo chahte hain.</w:t>
      </w:r>
    </w:p>
    <w:p>
      <w:pPr>
        <w:jc w:val="right"/>
      </w:pPr>
      <w:r>
        <w:t>حقیقت پسند بنے۔ اگر نہیں بننا حقیقت پسند ان کو تو نہ شادی کرے، نہ بچے پیدا کرے، کیونکہ وہ ہونے والا نہیں ہے جو جو چاہتے ہیں۔</w:t>
      </w:r>
    </w:p>
    <w:p>
      <w:r>
        <w:rPr>
          <w:b/>
        </w:rPr>
        <w:t xml:space="preserve">[24:00] </w:t>
      </w:r>
      <w:r>
        <w:t>woh maulana, parents must become realist. they should not expect that their children will exactly follow their advice and exactly do what they want them to do.</w:t>
      </w:r>
    </w:p>
    <w:p>
      <w:pPr>
        <w:jc w:val="right"/>
      </w:pPr>
      <w:r>
        <w:t>وہ مولانا، پیرنٹس مسٹ بیکم ریلسٹ۔ دے شوڈ ناٹ ایکسپیکٹ دیٹ دیر چلڈرن ول ایگزیکٹلی فالو دیر ایڈوائس اینڈ ایگزیکٹلی ڈو واٹ دے وانٹ دیم ٹو ڈو۔</w:t>
      </w:r>
    </w:p>
    <w:p>
      <w:r>
        <w:rPr>
          <w:b/>
        </w:rPr>
        <w:t xml:space="preserve">[24:12] </w:t>
      </w:r>
      <w:r>
        <w:t>so they they should know that their children are bound to be influenced by the outside environment and will not do as they want them to do. so</w:t>
      </w:r>
    </w:p>
    <w:p>
      <w:pPr>
        <w:jc w:val="right"/>
      </w:pPr>
      <w:r>
        <w:t>سو دے دے شوڈ نو دیٹ دیر چلڈرن آر باؤنڈ ٹو بی انفلوئنس بائے دا آؤٹ سائیڈ انوائرمنٹ اینڈ ول ناٹ ڈو ایز دے وانٹ دیم ٹو ڈو۔ سو</w:t>
      </w:r>
    </w:p>
    <w:p>
      <w:r>
        <w:rPr>
          <w:b/>
        </w:rPr>
        <w:t xml:space="preserve">[24:20] </w:t>
      </w:r>
      <w:r>
        <w:t>all that parents can do is that they should address the mind of their children. they should try to reform their mindset, and if they are able to do this, then the children will follow them.</w:t>
      </w:r>
    </w:p>
    <w:p>
      <w:pPr>
        <w:jc w:val="right"/>
      </w:pPr>
      <w:r>
        <w:t>آل دیٹ پیرنٹس کین ڈو از دیٹ دے شوڈ ایڈریس دا مائنڈ آف دیر چلڈرن۔ دے شوڈ ٹرائی ٹو ریفارم دیر مائنڈ سیٹ، اینڈ اف دے آر ایبل ٹو ڈو دس، دین دا چلڈرن ول فالو دیم۔</w:t>
      </w:r>
    </w:p>
    <w:p>
      <w:r>
        <w:rPr>
          <w:b/>
        </w:rPr>
        <w:t xml:space="preserve">[24:30] </w:t>
      </w:r>
      <w:r>
        <w:t>is mein mein ek baat add karunga ke parent ko ek baat jo unke bas mein hai, us se bachna chahiye. woh hai pampering.</w:t>
      </w:r>
    </w:p>
    <w:p>
      <w:pPr>
        <w:jc w:val="right"/>
      </w:pPr>
      <w:r>
        <w:t>اس میں میں ایک بات ایڈ کروں گا کہ پیرنٹ کو ایک بات جو ان کے بس میں ہے، اس سے بچنا چاہیے۔ وہ ہے پیمپرنگ۔</w:t>
      </w:r>
    </w:p>
    <w:p>
      <w:r>
        <w:rPr>
          <w:b/>
        </w:rPr>
        <w:t xml:space="preserve">[24:41] </w:t>
      </w:r>
      <w:r>
        <w:t>jo kehte hain urdu mein laad pyaar ke pampering. to parent ko kabhi bhi pampering nahi karna chahiye.</w:t>
      </w:r>
    </w:p>
    <w:p>
      <w:pPr>
        <w:jc w:val="right"/>
      </w:pPr>
      <w:r>
        <w:t>جو کہتے ہیں اردو میں لاٹ پیار کہ پیمپرنگ۔ تو پیرنٹ کو کبھی بھی پیمپرنگ نہیں کرنا چاہیے۔</w:t>
      </w:r>
    </w:p>
    <w:p>
      <w:r>
        <w:rPr>
          <w:b/>
        </w:rPr>
        <w:t xml:space="preserve">[24:48] </w:t>
      </w:r>
      <w:r>
        <w:t>sab se bada jo factor hai bachchon ko bigaadne ka, woh pampering hai. to yeh yeh yeh parent ke bas mein hai, parent ke bas mein hai ke woh pampering na karein.</w:t>
      </w:r>
    </w:p>
    <w:p>
      <w:pPr>
        <w:jc w:val="right"/>
      </w:pPr>
      <w:r>
        <w:t>سب سے بڑا جو فیکٹر ہے بچوں کو بگاڑنے کا، وہ پیمپرنگ ہے۔ تو یہ یہ یہ پیرنٹ کے بس میں ہے، پیرنٹ کے بس میں ہے کہ وہ پیمپرنگ نہ کریں۔</w:t>
      </w:r>
    </w:p>
    <w:p>
      <w:r>
        <w:rPr>
          <w:b/>
        </w:rPr>
        <w:t xml:space="preserve">[25:01] </w:t>
      </w:r>
      <w:r>
        <w:t>yeh bas mein nahi hai ke woh bahar bhejein bachchon ko, aur chaahein ke bachcha mahaul ka asar na le. so maulana, parents should not pamper their children.</w:t>
      </w:r>
    </w:p>
    <w:p>
      <w:pPr>
        <w:jc w:val="right"/>
      </w:pPr>
      <w:r>
        <w:t>یہ بس میں نہیں ہے کہ وہ باہر بھیجیں بچوں کو، اور چاہیں کہ بچہ ماحول کا اثر نہ لے۔ سو مولانا، پیرنٹس شوڈ ناٹ پیمپر دیر چلڈرن۔</w:t>
      </w:r>
    </w:p>
    <w:p>
      <w:r>
        <w:rPr>
          <w:b/>
        </w:rPr>
        <w:t xml:space="preserve">[25:11] </w:t>
      </w:r>
      <w:r>
        <w:t>maulana, next question is that often people have the desire for more and more, for acquiring more and more material things, and this also causes a lot of stress.</w:t>
      </w:r>
    </w:p>
    <w:p>
      <w:pPr>
        <w:jc w:val="right"/>
      </w:pPr>
      <w:r>
        <w:t>مولانا، نیکسٹ کوئسچن از دیٹ آفن پیپل ہیو دا ڈیزائر فار مور اینڈ مور، فار اکوائرنگ مور اینڈ مور مٹیریل تھنگز، اینڈ دس السو کازز ا لاٹ آف سٹریس۔</w:t>
      </w:r>
    </w:p>
    <w:p>
      <w:r>
        <w:rPr>
          <w:b/>
        </w:rPr>
        <w:t xml:space="preserve">[25:24] </w:t>
      </w:r>
      <w:r>
        <w:t>so how should we manage this desire of ours? haan, yeh yeh bahut hi bahut hi important baat hai.</w:t>
      </w:r>
    </w:p>
    <w:p>
      <w:pPr>
        <w:jc w:val="right"/>
      </w:pPr>
      <w:r>
        <w:t>سو ہاؤ شوڈ وی مینج دس ڈیزائر آف اورز؟ ہاں، یہ یہ بہت ہی بہت ہی امپورٹنٹ بات ہے۔</w:t>
      </w:r>
    </w:p>
    <w:p>
      <w:r>
        <w:rPr>
          <w:b/>
        </w:rPr>
        <w:t xml:space="preserve">[25:35] </w:t>
      </w:r>
      <w:r>
        <w:t>asal mein more and more ka jo nature hai, woh har aadmi ke andar intro hota hai. insaan paida hi hota hai more and more ke guzare ke saath,</w:t>
      </w:r>
    </w:p>
    <w:p>
      <w:pPr>
        <w:jc w:val="right"/>
      </w:pPr>
      <w:r>
        <w:t>اصل میں مور اینڈ مور کا جو نیچر ہے، وہ ہر آدمی کے اندر انٹرون ہوتا ہے۔ انسان پیدا ہی ہوتا ہے مور اینڈ مور کے گزارے کے ساتھ،</w:t>
      </w:r>
    </w:p>
    <w:p>
      <w:r>
        <w:rPr>
          <w:b/>
        </w:rPr>
        <w:t xml:space="preserve">[25:52] </w:t>
      </w:r>
      <w:r>
        <w:t>lekin more and more jo hai, uska istemaal hona chahiye</w:t>
      </w:r>
    </w:p>
    <w:p>
      <w:pPr>
        <w:jc w:val="right"/>
      </w:pPr>
      <w:r>
        <w:t>لیکن مور اینڈ مور جو ہے، اس کا استعمال ہونا چاہیے</w:t>
      </w:r>
    </w:p>
    <w:p>
      <w:r>
        <w:rPr>
          <w:b/>
        </w:rPr>
        <w:t xml:space="preserve">[26:01] </w:t>
      </w:r>
      <w:r>
        <w:t>non material field mein. material field mein nahi, material field mein jo hai, aadmi ko banna chahiye, yaani need need need based life.</w:t>
      </w:r>
    </w:p>
    <w:p>
      <w:pPr>
        <w:jc w:val="right"/>
      </w:pPr>
      <w:r>
        <w:t>نان مٹیریل فیلڈ میں۔ مٹیریل فیلڈ میں نہیں، مٹیریل فیلڈ میں جو ہے، آدمی کو بننا چاہیے، یعنی نیڈ نیڈ نیڈ بیسڈ لائف۔</w:t>
      </w:r>
    </w:p>
    <w:p>
      <w:r>
        <w:rPr>
          <w:b/>
        </w:rPr>
        <w:t xml:space="preserve">[26:15] </w:t>
      </w:r>
      <w:r>
        <w:t>material material field mein aadmi ko chahiye ke woh apne ko need par raazi kare,</w:t>
      </w:r>
    </w:p>
    <w:p>
      <w:pPr>
        <w:jc w:val="right"/>
      </w:pPr>
      <w:r>
        <w:t>مٹیریل مٹیریل فیلڈ میں آدمی کو چاہیے کہ وہ اپنے کو نیڈ پر راضی کرے،</w:t>
      </w:r>
    </w:p>
    <w:p>
      <w:r>
        <w:rPr>
          <w:b/>
        </w:rPr>
        <w:t xml:space="preserve">[26:23] </w:t>
      </w:r>
      <w:r>
        <w:t>zarurat par raazi kare. aur jo doosri baat hai, spirituality hai, deeni taraqqi hai, Allah se mohabbat hai, dua work hai, wahan woh ab more more ki nafsiyat ko istemaal kare.</w:t>
      </w:r>
    </w:p>
    <w:p>
      <w:pPr>
        <w:jc w:val="right"/>
      </w:pPr>
      <w:r>
        <w:t>ضرورت پر راضی کرے۔ اور جو دوسری بات ہے، اسپریچوٹی ہے، دینی ترقی ہے، اللہ سے محبت ہے، دعا ورک ہے، وہاں وہ اب مور مور کی نفسیات کو استعمال کرے۔</w:t>
      </w:r>
    </w:p>
    <w:p>
      <w:r>
        <w:rPr>
          <w:b/>
        </w:rPr>
        <w:t xml:space="preserve">[26:39] </w:t>
      </w:r>
      <w:r>
        <w:t>yaani Allah ke wale kaam mein to more and more, aur jo material cheezein hain, us mein zarurat par qanaat kare. yaani qanaat containment, woh ikhtiyaar kare apne zarurat ke maamle mein,</w:t>
      </w:r>
    </w:p>
    <w:p>
      <w:pPr>
        <w:jc w:val="right"/>
      </w:pPr>
      <w:r>
        <w:t>یعنی اللہ کے والے کام میں تو مور اینڈ مور، اور جو مٹیریل چیزیں ہیں، اس میں ضرورت پر قناعت کرے۔ یعنی قناعت جو کہتے ہیں، قناعت کنٹینمنٹ، وہ اختیار کرے اپنے ضرورت کے معاملے میں،</w:t>
      </w:r>
    </w:p>
    <w:p>
      <w:r>
        <w:rPr>
          <w:b/>
        </w:rPr>
        <w:t xml:space="preserve">[27:00] </w:t>
      </w:r>
      <w:r>
        <w:t>zarurat wali cheezon mein woh containment. lekin jo doosri field hai, jiska taalluq</w:t>
      </w:r>
    </w:p>
    <w:p>
      <w:pPr>
        <w:jc w:val="right"/>
      </w:pPr>
      <w:r>
        <w:t>ضرورت والی چیزوں میں وہ کنٹینمنٹ۔ لیکن جو دوسری فیلڈ ہے، جس کا تعلق</w:t>
      </w:r>
    </w:p>
    <w:p>
      <w:r>
        <w:rPr>
          <w:b/>
        </w:rPr>
        <w:t xml:space="preserve">[27:10] </w:t>
      </w:r>
      <w:r>
        <w:t>maqsad maqsad hayat se hai, is mein is ko mor mor ka formula apnana chahiye. yani mor and mor maqsad hayat ke mamle mein,</w:t>
      </w:r>
    </w:p>
    <w:p>
      <w:pPr>
        <w:jc w:val="right"/>
      </w:pPr>
      <w:r>
        <w:t>مقصد مقصد حیات سے ہے، اس میں اس کو مور مور کا فارمولا اپنانا چاہیے۔ یعنی مور اینڈ مور مقصد حیات کے معاملے میں،</w:t>
      </w:r>
    </w:p>
    <w:p>
      <w:r>
        <w:rPr>
          <w:b/>
        </w:rPr>
        <w:t xml:space="preserve">[27:23] </w:t>
      </w:r>
      <w:r>
        <w:t>aur qanaat zaroorat hayat ke mamle mein.</w:t>
      </w:r>
    </w:p>
    <w:p>
      <w:pPr>
        <w:jc w:val="right"/>
      </w:pPr>
      <w:r>
        <w:t>اور قناعت ضرورت حیات کے معاملے میں۔</w:t>
      </w:r>
    </w:p>
    <w:p>
      <w:r>
        <w:rPr>
          <w:b/>
        </w:rPr>
        <w:t xml:space="preserve">[27:30] </w:t>
      </w:r>
      <w:r>
        <w:t>so we should want mor and mor in matters of our intellectual life and spiritual life, and we should be content as far as our material needs are concerned.</w:t>
      </w:r>
    </w:p>
    <w:p>
      <w:pPr>
        <w:jc w:val="right"/>
      </w:pPr>
      <w:r>
        <w:t>سو وی شوڈ وانٹ مور اینڈ مور ان میٹرز آف اور انٹلیکچول لائف اینڈ سپریچول لائف، اینڈ وی شوڈ بی کنٹینٹ ایز فار ایز اور مٹیریل نیڈز آر کنسرن۔</w:t>
      </w:r>
    </w:p>
    <w:p>
      <w:r>
        <w:rPr>
          <w:b/>
        </w:rPr>
        <w:t xml:space="preserve">[27:40] </w:t>
      </w:r>
      <w:r>
        <w:t>maulana, how can spirituality help in coping up with stress? spirituality ka asal mein do matlab hain.</w:t>
      </w:r>
    </w:p>
    <w:p>
      <w:pPr>
        <w:jc w:val="right"/>
      </w:pPr>
      <w:r>
        <w:t>مولانا، ہاؤ کین سپریچویلٹی ہیلپ ان کوپنگ اپ ود سٹریس؟ اسپریچوٹی کا اصل میں دو مطلب ہیں۔</w:t>
      </w:r>
    </w:p>
    <w:p>
      <w:r>
        <w:rPr>
          <w:b/>
        </w:rPr>
        <w:t xml:space="preserve">[27:53] </w:t>
      </w:r>
      <w:r>
        <w:t>ek hai jo hard based spirituality hai,</w:t>
      </w:r>
    </w:p>
    <w:p>
      <w:pPr>
        <w:jc w:val="right"/>
      </w:pPr>
      <w:r>
        <w:t>ایک ہے جو ہارڈ بیسڈ اسپریچوٹی ہے،</w:t>
      </w:r>
    </w:p>
    <w:p>
      <w:r>
        <w:rPr>
          <w:b/>
        </w:rPr>
        <w:t xml:space="preserve">[27:56] </w:t>
      </w:r>
      <w:r>
        <w:t>jo aadmi ko excessive le aati hai. is mein aisa hota hai ke aadmi ke andar ek qism ki, yani woh woh ek qism ka anesthesia hai.</w:t>
      </w:r>
    </w:p>
    <w:p>
      <w:pPr>
        <w:jc w:val="right"/>
      </w:pPr>
      <w:r>
        <w:t>جو آدمی کو ایکسیسو لے آتی ہے۔ اس میں ایسا ہوتا ہے کہ آدمی کے اندر ایک قسم کی، یعنی وہ وہ ایک قسم کا انستیسیا ہے۔</w:t>
      </w:r>
    </w:p>
    <w:p>
      <w:r>
        <w:rPr>
          <w:b/>
        </w:rPr>
        <w:t xml:space="preserve">[28:11] </w:t>
      </w:r>
      <w:r>
        <w:t>yeh jo excessive wala fulfill excessive wali jo spirituality hai, woh ek teesri anesthesia hai.</w:t>
      </w:r>
    </w:p>
    <w:p>
      <w:pPr>
        <w:jc w:val="right"/>
      </w:pPr>
      <w:r>
        <w:t>یہ جو ایکسیسو والا فل فل ایکسیسو والی جو اسپریچوٹی ہے، وہ ایک تیسری انستیسیا ہے۔</w:t>
      </w:r>
    </w:p>
    <w:p>
      <w:r>
        <w:rPr>
          <w:b/>
        </w:rPr>
        <w:t xml:space="preserve">[28:20] </w:t>
      </w:r>
      <w:r>
        <w:t>is mein aadmi stress free ho jata hai, lekin doosri baat yeh hoti hai ke is ka intellectual development ruk jata hai.</w:t>
      </w:r>
    </w:p>
    <w:p>
      <w:pPr>
        <w:jc w:val="right"/>
      </w:pPr>
      <w:r>
        <w:t>اس میں آدمی سٹریس فری ہو جاتا ہے، لیکن دوسری بات یہ ہوتی ہے کہ اس کا انٹلیکچول ڈیویلپمنٹ رک جاتا ہے۔</w:t>
      </w:r>
    </w:p>
    <w:p>
      <w:r>
        <w:rPr>
          <w:b/>
        </w:rPr>
        <w:t xml:space="preserve">[28:29] </w:t>
      </w:r>
      <w:r>
        <w:t>yani anesthesia yeh heart based spirituality se aati hai, excessive.</w:t>
      </w:r>
    </w:p>
    <w:p>
      <w:pPr>
        <w:jc w:val="right"/>
      </w:pPr>
      <w:r>
        <w:t>یعنی انستیس یہ ہارٹ بیسڈ اسپریچوٹی سے آتی ہے، ایکسیسو۔</w:t>
      </w:r>
    </w:p>
    <w:p>
      <w:r>
        <w:rPr>
          <w:b/>
        </w:rPr>
        <w:t xml:space="preserve">[28:38] </w:t>
      </w:r>
      <w:r>
        <w:t>aur excessive jo hai, aadmi ko stress free toh banati hai, lekin saath saath woh aadmi ke andar intellectual development ka process rok deti hai.</w:t>
      </w:r>
    </w:p>
    <w:p>
      <w:pPr>
        <w:jc w:val="right"/>
      </w:pPr>
      <w:r>
        <w:t>اور ایکسیسو جو ہے، آدمی کو اسٹریس فری تو بناتی ہے، لیکن ساتھ ساتھ وہ آدمی کے اندر انٹلیکچول ڈیویلپمنٹ کا پراسیس روک دیتی ہے۔</w:t>
      </w:r>
    </w:p>
    <w:p>
      <w:r>
        <w:rPr>
          <w:b/>
        </w:rPr>
        <w:t xml:space="preserve">[28:50] </w:t>
      </w:r>
      <w:r>
        <w:t>is liye main is ko qail nahi h</w:t>
      </w:r>
    </w:p>
    <w:p>
      <w:pPr>
        <w:jc w:val="right"/>
      </w:pPr>
      <w:r>
        <w:t>اس لیے میں اس کو قائل نہیں ہ</w:t>
      </w:r>
    </w:p>
    <w:p>
      <w:r>
        <w:rPr>
          <w:b/>
        </w:rPr>
        <w:t xml:space="preserve">[28:52] </w:t>
      </w:r>
      <w:r>
        <w:t>oon. main kehna yeh hai ke is is mein is is spirituality ko manta hoon jo mind based spirituality hai.</w:t>
      </w:r>
    </w:p>
    <w:p>
      <w:pPr>
        <w:jc w:val="right"/>
      </w:pPr>
      <w:r>
        <w:t>وں۔ میں کہنا یہ ہے کہ اس اس میں اس اس اسپریچوٹی کو مانتا ہوں جو مائنڈ بیسڈ اسپریچوٹی ہے۔</w:t>
      </w:r>
    </w:p>
    <w:p>
      <w:r>
        <w:rPr>
          <w:b/>
        </w:rPr>
        <w:t xml:space="preserve">[29:01] </w:t>
      </w:r>
      <w:r>
        <w:t>mind based spirituality is mein kya karna hai? humein ke cheezon ko hum right angle se dekhein, is ko analysis karein, aur</w:t>
      </w:r>
    </w:p>
    <w:p>
      <w:pPr>
        <w:jc w:val="right"/>
      </w:pPr>
      <w:r>
        <w:t>مائنڈ بیسڈ اسپریچوٹی اس میں کیا کرنا ہے؟ ہمیں کہ چیزوں کو ہم رائٹ اینگل سے دیکھیں، اس کو انالیسز کریں، اور</w:t>
      </w:r>
    </w:p>
    <w:p>
      <w:r>
        <w:rPr>
          <w:b/>
        </w:rPr>
        <w:t xml:space="preserve">[29:16] </w:t>
      </w:r>
      <w:r>
        <w:t>nature nature laws kya hain, is ko jaanein, aur phir manage karein.</w:t>
      </w:r>
    </w:p>
    <w:p>
      <w:pPr>
        <w:jc w:val="right"/>
      </w:pPr>
      <w:r>
        <w:t>نیچر نیچر لاز کیا ہیں، اس کو جانیں، اور پھر مینج کریں۔</w:t>
      </w:r>
    </w:p>
    <w:p>
      <w:r>
        <w:rPr>
          <w:b/>
        </w:rPr>
        <w:t xml:space="preserve">[29:23] </w:t>
      </w:r>
      <w:r>
        <w:t>yani stress ko manage karein, na ke stress ko khatam karein. woh spirituality jo heart based spirituality hoti hai, is mein stress ko de-stress kiya jata hai.</w:t>
      </w:r>
    </w:p>
    <w:p>
      <w:pPr>
        <w:jc w:val="right"/>
      </w:pPr>
      <w:r>
        <w:t>یعنی اسٹریس کو مینج کریں، نہ کہ اسٹریس کو ختم کریں۔ وہ سپریچوٹی جو ہارڈ بیسڈ سپریچوٹی ہوتی ہے، اس میں اسٹریس کو ڈی اسٹریس کیا جاتا ہے۔</w:t>
      </w:r>
    </w:p>
    <w:p>
      <w:r>
        <w:rPr>
          <w:b/>
        </w:rPr>
        <w:t xml:space="preserve">[29:38] </w:t>
      </w:r>
      <w:r>
        <w:t>main is ko in natural manta hoon.</w:t>
      </w:r>
    </w:p>
    <w:p>
      <w:pPr>
        <w:jc w:val="right"/>
      </w:pPr>
      <w:r>
        <w:t>میں اس کو ان نیچرل مانتا ہوں۔</w:t>
      </w:r>
    </w:p>
    <w:p>
      <w:r>
        <w:rPr>
          <w:b/>
        </w:rPr>
        <w:t xml:space="preserve">[29:42] </w:t>
      </w:r>
      <w:r>
        <w:t>main jo manta hoon yeh ke stress ko, yani hum apni soch ko itna develop karein ke hum is qabil ho jayein ke hum stress ko manage kar sakein.</w:t>
      </w:r>
    </w:p>
    <w:p>
      <w:pPr>
        <w:jc w:val="right"/>
      </w:pPr>
      <w:r>
        <w:t>میں جو مانتا ہوں یہ کہ اسٹریس کو، یعنی ہم اپنی سوچ کو اتنا ڈیویلپ کریں کہ ہم اس قابل ہو جائیں کہ ہم اسٹریس کو مینج کر سکیں۔</w:t>
      </w:r>
    </w:p>
    <w:p>
      <w:r>
        <w:rPr>
          <w:b/>
        </w:rPr>
        <w:t xml:space="preserve">[29:56] </w:t>
      </w:r>
      <w:r>
        <w:t>is ki ek misaal yeh hai ke kisi ne bohat sahi kaha hai maturity ke bare mein ke maturity is the ability to live with things we cannot change.</w:t>
      </w:r>
    </w:p>
    <w:p>
      <w:pPr>
        <w:jc w:val="right"/>
      </w:pPr>
      <w:r>
        <w:t>اس کی ایک مثال یہ ہے کہ کسی نے بہت صحیح کہا ہے میچورٹی کے بارے میں کہ میچورٹی از دا ایبیلیٹی ٹو لیو ود تھنگز وی کین ناٹ چینج۔</w:t>
      </w:r>
    </w:p>
    <w:p>
      <w:r>
        <w:rPr>
          <w:b/>
        </w:rPr>
        <w:t xml:space="preserve">[30:13] </w:t>
      </w:r>
      <w:r>
        <w:t>yeh hai sachi spirituality. so Maulana, there are two kinds of spirituality. one is the heart based spirituality, and the other is the mind based spirituality.</w:t>
      </w:r>
    </w:p>
    <w:p>
      <w:pPr>
        <w:jc w:val="right"/>
      </w:pPr>
      <w:r>
        <w:t>یہ ہے سچی سپریچوٹی۔ سو مولانا، دیر آر ٹو کائنڈز آف سپریچویلٹی۔ ون از دا ہارٹ بیسڈ سپریچویلٹی، اینڈ دی ادر از دا مائنڈ بیسڈ سپریچویلٹی۔</w:t>
      </w:r>
    </w:p>
    <w:p>
      <w:r>
        <w:rPr>
          <w:b/>
        </w:rPr>
        <w:t xml:space="preserve">[30:23] </w:t>
      </w:r>
      <w:r>
        <w:t>heart based spirituality believes in stopping our thinking process, and according to you, this cannot really lead to management of stress.</w:t>
      </w:r>
    </w:p>
    <w:p>
      <w:pPr>
        <w:jc w:val="right"/>
      </w:pPr>
      <w:r>
        <w:t>ہارٹ بیسڈ سپریچویلٹی بیلیوز ان سٹاپنگ اور تھنکنگ پروسیس، اینڈ اکارڈنگ ٹو یو، دس کین ناٹ ریلی لیڈ ٹو مینجمنٹ آف سٹریس۔</w:t>
      </w:r>
    </w:p>
    <w:p>
      <w:r>
        <w:rPr>
          <w:b/>
        </w:rPr>
        <w:t xml:space="preserve">[30:33] </w:t>
      </w:r>
      <w:r>
        <w:t>only ah mind based spirituality can help us manage or deal with</w:t>
      </w:r>
    </w:p>
    <w:p>
      <w:pPr>
        <w:jc w:val="right"/>
      </w:pPr>
      <w:r>
        <w:t>اونلی اہ مائنڈ بیسڈ سپریچویلٹی کین ہیلپ اس مینج اور ڈیل ود</w:t>
      </w:r>
    </w:p>
    <w:p>
      <w:r>
        <w:rPr>
          <w:b/>
        </w:rPr>
        <w:t xml:space="preserve">[30:37] </w:t>
      </w:r>
      <w:r>
        <w:t>stress, and according to you, mind based spirituality is to look at things from the right angle, to understand the laws of nature, and to awaken our thinking process, and then deal with stressful situations.</w:t>
      </w:r>
    </w:p>
    <w:p>
      <w:pPr>
        <w:jc w:val="right"/>
      </w:pPr>
      <w:r>
        <w:t>سٹریس، اینڈ اکارڈنگ ٹو یو، مائنڈ بیسڈ سپریچویلٹی از ٹو لوک ایٹ تھنگز فرام دا رائٹ اینگل، ٹو انڈرسٹینڈ دا لاز آف نیچر، اینڈ ٹو اویکن اور تھنکنگ پروسیس، اینڈ دین ڈیل ود سٹریس فل سچویشنز۔</w:t>
      </w:r>
    </w:p>
    <w:p>
      <w:r>
        <w:rPr>
          <w:b/>
        </w:rPr>
        <w:t xml:space="preserve">[30:51] </w:t>
      </w:r>
      <w:r>
        <w:t>Maulana, this question has come from Mr. Ali. Is there any advice of the Prophet Muhammad in regard to stress?</w:t>
      </w:r>
    </w:p>
    <w:p>
      <w:pPr>
        <w:jc w:val="right"/>
      </w:pPr>
      <w:r>
        <w:t>مولانا، دس کوئسچن ہیز کم فرام مسٹر علی۔ از دیر اینی ایڈوائس آف دا پرافٹ محمد ان ریگارڈ ٹو سٹریس؟</w:t>
      </w:r>
    </w:p>
    <w:p>
      <w:r>
        <w:rPr>
          <w:b/>
        </w:rPr>
        <w:t xml:space="preserve">[31:00] </w:t>
      </w:r>
      <w:r>
        <w:t>woh toh sabr ka hai. rasool Allah ke haan jo alfaaz hain, woh sabr ke alfaaz hain ke aadmi unwanted situation ko sabr kare.</w:t>
      </w:r>
    </w:p>
    <w:p>
      <w:pPr>
        <w:jc w:val="right"/>
      </w:pPr>
      <w:r>
        <w:t>وہ تو صبر کا ہے۔ رسول اللہ کے ہاں جو الفاظ ہیں، وہ صبر کے الفاظ ہیں کہ آدمی ان وانٹڈ سچویشن کو صبر کرے۔</w:t>
      </w:r>
    </w:p>
    <w:p>
      <w:r>
        <w:rPr>
          <w:b/>
        </w:rPr>
        <w:t xml:space="preserve">[31:13] </w:t>
      </w:r>
      <w:r>
        <w:t>lekin sabr ka matlab woh samajhte hain ke koi negative sense bhi lete hain. sabr ko main sabr ko isi maani mein leta hoon jis ko main kar raha hoon.</w:t>
      </w:r>
    </w:p>
    <w:p>
      <w:pPr>
        <w:jc w:val="right"/>
      </w:pPr>
      <w:r>
        <w:t>لیکن صبر کا مطلب وہ سمجھتے ہیں کہ کوئی نیگیٹیو سینس بھی لیتے ہیں۔ صبر کو میں صبر کو اسی معنی میں لیتا ہوں جس کو میں کر رہا ہوں۔</w:t>
      </w:r>
    </w:p>
    <w:p>
      <w:r>
        <w:rPr>
          <w:b/>
        </w:rPr>
        <w:t xml:space="preserve">[31:23] </w:t>
      </w:r>
      <w:r>
        <w:t>stress management.</w:t>
      </w:r>
    </w:p>
    <w:p>
      <w:pPr>
        <w:jc w:val="right"/>
      </w:pPr>
      <w:r>
        <w:t>اسٹریس مینجمنٹ۔</w:t>
      </w:r>
    </w:p>
    <w:p>
      <w:r>
        <w:rPr>
          <w:b/>
        </w:rPr>
        <w:t xml:space="preserve">[31:25] </w:t>
      </w:r>
      <w:r>
        <w:t>sabr ka matlab hai mere nazdeek ke apne ko apne ko situation ka victim na banate hue sochna.</w:t>
      </w:r>
    </w:p>
    <w:p>
      <w:pPr>
        <w:jc w:val="right"/>
      </w:pPr>
      <w:r>
        <w:t>صبر کا مطلب ہے میرے نزدیک کہ اپنے کو اپنے کو سچویشن کا وکٹم نہ بناتے ہوئے سوچنا۔</w:t>
      </w:r>
    </w:p>
    <w:p>
      <w:r>
        <w:rPr>
          <w:b/>
        </w:rPr>
        <w:t xml:space="preserve">[31:38] </w:t>
      </w:r>
      <w:r>
        <w:t>yaani situation aap ko suck up kar le, use bachaiye. to sabr aap ko is qabil banata hai ke aap apne ko, yaani is is se bachayein ke halaat aap ko follow kar lein.</w:t>
      </w:r>
    </w:p>
    <w:p>
      <w:pPr>
        <w:jc w:val="right"/>
      </w:pPr>
      <w:r>
        <w:t>یعنی سچویشن آپ کو سک اپ کر لے، اسے بچائیے۔ تو صبر آپ کو اس قابل بناتا ہے کہ آپ اپنے کو، یعنی اس اس سے بچائیں کہ حالات آپ کو فالو کر لیں۔</w:t>
      </w:r>
    </w:p>
    <w:p>
      <w:r>
        <w:rPr>
          <w:b/>
        </w:rPr>
        <w:t xml:space="preserve">[31:52] </w:t>
      </w:r>
      <w:r>
        <w:t>aur apne, yaani apne ko is se bachate hue aap soch sakein.</w:t>
      </w:r>
    </w:p>
    <w:p>
      <w:pPr>
        <w:jc w:val="right"/>
      </w:pPr>
      <w:r>
        <w:t>اور اپنے، یعنی اپنے کو اس سے بچاتے ہوئے آپ سوچ سکیں۔</w:t>
      </w:r>
    </w:p>
    <w:p>
      <w:r>
        <w:rPr>
          <w:b/>
        </w:rPr>
        <w:t xml:space="preserve">[31:59] </w:t>
      </w:r>
      <w:r>
        <w:t>sabr ka yeh role hai. to quran o hadith mein sabr ko jo ahmiyat di gayi hai, woh bohat hi zyada, yaani bohat hi important hai.</w:t>
      </w:r>
    </w:p>
    <w:p>
      <w:pPr>
        <w:jc w:val="right"/>
      </w:pPr>
      <w:r>
        <w:t>صبر کا یہ رول ہے۔ تو قرآن و حدیث میں صبر کو جو اہمیت دی گئی ہے، وہ بہت ہی زیادہ، یعنی بہت ہی امپورٹنٹ ہے۔</w:t>
      </w:r>
    </w:p>
    <w:p>
      <w:r>
        <w:rPr>
          <w:b/>
        </w:rPr>
        <w:t xml:space="preserve">[32:11] </w:t>
      </w:r>
      <w:r>
        <w:t>har soorat-e-haal ke liye, har soorat-e-haal ke liye yeh baat hai ke aap ke halaat, aap yeh aap mein kaha karta hoon ke don't allow anyone to dictate you.</w:t>
      </w:r>
    </w:p>
    <w:p>
      <w:pPr>
        <w:jc w:val="right"/>
      </w:pPr>
      <w:r>
        <w:t>ہر صورتحال کے لیے، ہر صورتحال کے لیے یہ بات ہے کہ آپ کے حالات، آپ یہ آپ میں کہا کرتا ہوں کہ ڈونٹ الاؤ اینی ون ٹو ڈکٹیٹ یو۔</w:t>
      </w:r>
    </w:p>
    <w:p>
      <w:r>
        <w:rPr>
          <w:b/>
        </w:rPr>
        <w:t xml:space="preserve">[32:27] </w:t>
      </w:r>
      <w:r>
        <w:t>don't allow anyone to dictate you. jo halaat paish aate hain, negative halaat, stress wale halaat, to aap ko chahte hain ke aap is suck up kar lein, aap is ko follow kar lein.</w:t>
      </w:r>
    </w:p>
    <w:p>
      <w:pPr>
        <w:jc w:val="right"/>
      </w:pPr>
      <w:r>
        <w:t>ڈونٹ الاؤ اینی ون ٹو ڈکٹیٹ یو۔ جو حالات پیش آتے ہیں، نیگیٹیو حالات، اسٹریس والے حالات، تو آپ کو چاہتے ہیں کہ آپ اس سک اپ کر لیں، آپ اس کو فالو کر لیں۔</w:t>
      </w:r>
    </w:p>
    <w:p>
      <w:r>
        <w:rPr>
          <w:b/>
        </w:rPr>
        <w:t xml:space="preserve">[32:38] </w:t>
      </w:r>
      <w:r>
        <w:t>to sabr aap ke andar use, sabr aap ko is se bachati hai. is ko aap, is ko aap, is is is ke, is ka, is ka victim na bante,</w:t>
      </w:r>
    </w:p>
    <w:p>
      <w:pPr>
        <w:jc w:val="right"/>
      </w:pPr>
      <w:r>
        <w:t>تو صبر آپ کے اندر اسے، صبر آپ کو اس سے بچاتی ہے۔ اس کو آپ، اس کو آپ، اس اس اس کے، اس کا، اس کا وکٹم نہ بنتے،</w:t>
      </w:r>
    </w:p>
    <w:p>
      <w:r>
        <w:rPr>
          <w:b/>
        </w:rPr>
        <w:t xml:space="preserve">[32:55] </w:t>
      </w:r>
      <w:r>
        <w:t>is ka victim na bankar ke aap sochte hain khule bhan ke saath, aur aap sochun tak pahunch jaate hain.</w:t>
      </w:r>
    </w:p>
    <w:p>
      <w:pPr>
        <w:jc w:val="right"/>
      </w:pPr>
      <w:r>
        <w:t>اس کا وکٹم نہ بن کر کے آپ سوچتے ہیں کھلے بھان کے ساتھ، اور آپ سوچوں تک پہنچ جاتے ہیں۔</w:t>
      </w:r>
    </w:p>
    <w:p>
      <w:r>
        <w:rPr>
          <w:b/>
        </w:rPr>
        <w:t xml:space="preserve">[33:06] </w:t>
      </w:r>
      <w:r>
        <w:t>to sabr ka role bohat hi powerful role hai. the prophet told us to keep patience. he advised us to be patient, because patience prevents us from succumbing to the situation, and it prevents us, it prevents the situation from swallowing us.</w:t>
      </w:r>
    </w:p>
    <w:p>
      <w:pPr>
        <w:jc w:val="right"/>
      </w:pPr>
      <w:r>
        <w:t>تو صبر کا رول بہت ہی پاورفل رول ہے۔ دا پرافٹ ٹولڈ اس ٹو کیپ پیشنس۔ ہی ایڈوائزڈ اس ٹو بی پیشنٹ، بیکاز پیشنس پریوینٹس اس فرام سرکمبنگ ٹو دا سچویشن، اینڈ اٹ پریوینٹس اس، اٹ پریوینٹس دا سچویشن فرام سوالوئنگ اس۔</w:t>
      </w:r>
    </w:p>
    <w:p>
      <w:r>
        <w:rPr>
          <w:b/>
        </w:rPr>
        <w:t xml:space="preserve">[33:22] </w:t>
      </w:r>
      <w:r>
        <w:t>so patience is very important to manage stress and negativity. Maulana, the Quran uses the term soul at peace.</w:t>
      </w:r>
    </w:p>
    <w:p>
      <w:pPr>
        <w:jc w:val="right"/>
      </w:pPr>
      <w:r>
        <w:t>سو پیشنس از ویری امپورٹنٹ ٹو مینج سٹریس اینڈ نیگیٹیوٹی۔ مولانا، دا قرآن یوزز دا ٹرم سول ایٹ پیس۔</w:t>
      </w:r>
    </w:p>
    <w:p>
      <w:r>
        <w:rPr>
          <w:b/>
        </w:rPr>
        <w:t xml:space="preserve">[33:33] </w:t>
      </w:r>
      <w:r>
        <w:t>what is the meaning of this term? haan, an nafsul mutmainnah</w:t>
      </w:r>
    </w:p>
    <w:p>
      <w:pPr>
        <w:jc w:val="right"/>
      </w:pPr>
      <w:r>
        <w:t>واٹ از دا میننگ اف دس ٹرم؟ ہاں، ان سول مطمئنہ</w:t>
      </w:r>
    </w:p>
    <w:p>
      <w:r>
        <w:rPr>
          <w:b/>
        </w:rPr>
        <w:t xml:space="preserve">[33:40] </w:t>
      </w:r>
      <w:r>
        <w:t>. an nafsul mutmainnah ka matlab hota hai complex free soul. complex free soul.</w:t>
      </w:r>
    </w:p>
    <w:p>
      <w:pPr>
        <w:jc w:val="right"/>
      </w:pPr>
      <w:r>
        <w:t>۔ ان سول مطمئنہ کا مطلب ہوتا ہے کمپلیکس فری سول۔ کمپلیکس فری سول۔</w:t>
      </w:r>
    </w:p>
    <w:p>
      <w:r>
        <w:rPr>
          <w:b/>
        </w:rPr>
        <w:t xml:space="preserve">[33:50] </w:t>
      </w:r>
      <w:r>
        <w:t>such peeche to yeh jar hai. complex free soul agar aap hon to har cheez ko cope karne ke qabil hote hain.</w:t>
      </w:r>
    </w:p>
    <w:p>
      <w:pPr>
        <w:jc w:val="right"/>
      </w:pPr>
      <w:r>
        <w:t>سچ پیچھے تو یہ جڑ ہے۔ کمپلیکس فری سول اگر آپ ہوں تو ہر چیز کو کوپ کرنے کے قابل ہوتے ہیں۔</w:t>
      </w:r>
    </w:p>
    <w:p>
      <w:r>
        <w:rPr>
          <w:b/>
        </w:rPr>
        <w:t xml:space="preserve">[33:59] </w:t>
      </w:r>
      <w:r>
        <w:t>aap matlab jab aadmi afraid hota hai to kya is ke peeche ego hota hai? koi kuch kar de to aap afraid ho jaate hain.</w:t>
      </w:r>
    </w:p>
    <w:p>
      <w:pPr>
        <w:jc w:val="right"/>
      </w:pPr>
      <w:r>
        <w:t>آپ مطلب جب آدمی افریڈ ہوتا ہے تو کیا اس کے پیچھے ایگو ہوتا ہے؟ کوئی کچھ کر دے تو آپ افریڈ ہو جاتے ہیں۔</w:t>
      </w:r>
    </w:p>
    <w:p>
      <w:r>
        <w:rPr>
          <w:b/>
        </w:rPr>
        <w:t xml:space="preserve">[34:08] </w:t>
      </w:r>
      <w:r>
        <w:t>kyun? aap ki ego hurt ho gayi. is tarah se, yaani jitne bhi, yaani emotions hain, woh kahin na kahin aap is ko jhatka jhatka lagta hai.</w:t>
      </w:r>
    </w:p>
    <w:p>
      <w:pPr>
        <w:jc w:val="right"/>
      </w:pPr>
      <w:r>
        <w:t>کیوں؟ آپ کی ایگو ہارٹ ہو گئی۔ اس طرح سے، یعنی جتنے بھی، یعنی ایموشنز ہیں، وہ کہیں نہ کہیں آپ اس کو جھٹکا جھٹ لگتا ہے۔</w:t>
      </w:r>
    </w:p>
    <w:p>
      <w:r>
        <w:rPr>
          <w:b/>
        </w:rPr>
        <w:t xml:space="preserve">[34:23] </w:t>
      </w:r>
      <w:r>
        <w:t>to aap sochte hain ke mere saath aisa kyun kar diya is ne? to aap ghussa hote hain. to ghussa hona, nafrat karna, provoke ho jana, afraid ho jana, yeh sara kya hai?</w:t>
      </w:r>
    </w:p>
    <w:p>
      <w:pPr>
        <w:jc w:val="right"/>
      </w:pPr>
      <w:r>
        <w:t>تو آپ سوچتے ہیں کہ میرے ساتھ ایسا کیوں کر دیا اس نے؟ تو آپ غصہ ہوتے ہیں۔ تو غصہ ہونا، نفرت کرنا، پرووک ہو جانا، افریڈ ہو جانا، یہ سارا کیا ہے؟</w:t>
      </w:r>
    </w:p>
    <w:p>
      <w:r>
        <w:rPr>
          <w:b/>
        </w:rPr>
        <w:t xml:space="preserve">[34:37] </w:t>
      </w:r>
      <w:r>
        <w:t>sab, yaani koi koi is ke peeche complex hota hai. to aadmi agar complex free ho jaye to sab is ko bohat aasan ho jayega stress ko manage karna.</w:t>
      </w:r>
    </w:p>
    <w:p>
      <w:pPr>
        <w:jc w:val="right"/>
      </w:pPr>
      <w:r>
        <w:t>سب، یعنی کوئی کوئی اس کے پیچھے کمپلیکس ہوتا ہے۔ تو آدمی اگر کمپلیکس فری ہو جائے تو سب اس کو بہت آسان ہو جائے گا اسٹریس کو مینج کرنا۔</w:t>
      </w:r>
    </w:p>
    <w:p>
      <w:r>
        <w:rPr>
          <w:b/>
        </w:rPr>
        <w:t xml:space="preserve">[34:53] </w:t>
      </w:r>
      <w:r>
        <w:t>yeh bohat hi important lafz hai quran mein. an nafsul mutmainnah. an nafsul mutmainnah. to an nafsul mutmainnah jo aadmi ko is qabil banata hai ke woh halaat upar uth ko uth sake.</w:t>
      </w:r>
    </w:p>
    <w:p>
      <w:pPr>
        <w:jc w:val="right"/>
      </w:pPr>
      <w:r>
        <w:t>یہ بہت ہی امپورٹنٹ لفظ ہے قرآن میں۔ ان نصر المطمئن۔ ان نصر المطمئن۔ تو ان نصر المطمئن جو آدمی کو اس قابل بناتا ہے کہ وہ حالات اوپر اٹھ کو اٹھ سکے۔</w:t>
      </w:r>
    </w:p>
    <w:p>
      <w:r>
        <w:rPr>
          <w:b/>
        </w:rPr>
        <w:t xml:space="preserve">[35:08] </w:t>
      </w:r>
      <w:r>
        <w:t>halaat se upar. jis ko mein kaha karta hoon ke big bird thinking. aadmi ko an nafsul mutmainnah jo hoga, woh is ka wahi sifat hogi jo jis ko mein kehta hoon big big bird thinking.</w:t>
      </w:r>
    </w:p>
    <w:p>
      <w:pPr>
        <w:jc w:val="right"/>
      </w:pPr>
      <w:r>
        <w:t>حالات سے اوپر۔ جس کو میں کہا کرتا ہوں کہ بگ برڈ تھنکنگ۔ آدمی کو ان نصر المطمئنہ جو ہوگا، وہ اس کا وہی صفت ہوگی جو جس کو میں کہتا ہوں بگ بگ برڈ تھنکنگ۔</w:t>
      </w:r>
    </w:p>
    <w:p>
      <w:r>
        <w:rPr>
          <w:b/>
        </w:rPr>
        <w:t xml:space="preserve">[35:24] </w:t>
      </w:r>
      <w:r>
        <w:t>yaani halaat se upar uth ke sochna. best woh, yaani is se acha to koi koi cheez nahi hai.</w:t>
      </w:r>
    </w:p>
    <w:p>
      <w:pPr>
        <w:jc w:val="right"/>
      </w:pPr>
      <w:r>
        <w:t>یعنی حالات سے اوپر اٹھ کے سوچنا۔ بیسٹ وہ، یعنی اس سے اچھا تو کوئی کوئی چیز نہیں ہے۔</w:t>
      </w:r>
    </w:p>
    <w:p>
      <w:r>
        <w:rPr>
          <w:b/>
        </w:rPr>
        <w:t xml:space="preserve">[35:35] </w:t>
      </w:r>
      <w:r>
        <w:t>so a soul at peace means a complex free soul. and a complex free soul is a person who rises above the situation and thinks like a big bird thinker.</w:t>
      </w:r>
    </w:p>
    <w:p>
      <w:pPr>
        <w:jc w:val="right"/>
      </w:pPr>
      <w:r>
        <w:t>سو ا سول ایٹ پیس مینز ا کمپلیکس فری سول۔ اینڈ ا کمپلیکس فری سول از ا پرسن ہو رائزز اباؤ دا سچویشن اینڈ تھنکس لائک ا بگ برڈ تھنکر۔</w:t>
      </w:r>
    </w:p>
    <w:p>
      <w:r>
        <w:rPr>
          <w:b/>
        </w:rPr>
        <w:t xml:space="preserve">[35:48] </w:t>
      </w:r>
      <w:r>
        <w:t>Maulana, ah the Quran also says that with every hardship there is ease. can you please explain this verse of the Quran?</w:t>
      </w:r>
    </w:p>
    <w:p>
      <w:pPr>
        <w:jc w:val="right"/>
      </w:pPr>
      <w:r>
        <w:t>مولانا، اہ دا قرآن السو سیز دیٹ ود ایوری ہارڈشپ دیر از ایز۔ کین یو پلیز ایکسپلین دس ورس اف دا قرآن؟</w:t>
      </w:r>
    </w:p>
    <w:p>
      <w:r>
        <w:rPr>
          <w:b/>
        </w:rPr>
        <w:t xml:space="preserve">[36:02] </w:t>
      </w:r>
      <w:r>
        <w:t>yeh yeh Allah of nature ko refer kiya gaya hai is ayat mein. in mal asri isra. aur yeh bohat hi zyada important hai is ko jaanna.</w:t>
      </w:r>
    </w:p>
    <w:p>
      <w:pPr>
        <w:jc w:val="right"/>
      </w:pPr>
      <w:r>
        <w:t>یہ یہ اللہ آف نیچر کو ریفر کیا گیا ہے اس آیت میں۔ ان مال عصر اسراء۔ اور یہ بہت ہی زیادہ امپورٹنٹ ہے اس کو جاننا۔</w:t>
      </w:r>
    </w:p>
    <w:p>
      <w:r>
        <w:rPr>
          <w:b/>
        </w:rPr>
        <w:t xml:space="preserve">[36:18] </w:t>
      </w:r>
      <w:r>
        <w:t>in mal asri isra. har har mushkil ke saath aasani hai, har disadvantage ke saath advantage hai, har problem ke saath solution hai.</w:t>
      </w:r>
    </w:p>
    <w:p>
      <w:pPr>
        <w:jc w:val="right"/>
      </w:pPr>
      <w:r>
        <w:t>ان مال عصر اسراء۔ ہر ہر مشکل کے ساتھ آسانی ہے، ہر ڈس ایڈوانٹیج کے ساتھ ایڈوانٹیج ہے، ہر پرابلم کے ساتھ سلویوشن ہے۔</w:t>
      </w:r>
    </w:p>
    <w:p>
      <w:r>
        <w:rPr>
          <w:b/>
        </w:rPr>
        <w:t xml:space="preserve">[36:31] </w:t>
      </w:r>
      <w:r>
        <w:t>yeh baaye, yani yeh law of nature ke mutabiq hota hai. Misal ke taur par dekhiye, log kehte hain ke, yani log kehte hain ke</w:t>
      </w:r>
    </w:p>
    <w:p>
      <w:pPr>
        <w:jc w:val="right"/>
      </w:pPr>
      <w:r>
        <w:t>یہ بائے، یعنی یہ لاء آف نیچر کے مطابق ہوتا ہے۔ مثال کے طور پر دیکھیے، لوگ کہتے ہیں کہ، یعنی لوگ کہتے ہیں کہ</w:t>
      </w:r>
    </w:p>
    <w:p>
      <w:r>
        <w:rPr>
          <w:b/>
        </w:rPr>
        <w:t xml:space="preserve">[36:46] </w:t>
      </w:r>
      <w:r>
        <w:t>insanon ko bantte hain. Hughes category, have not category. Kuch log hughes category, kuch log have not category</w:t>
      </w:r>
    </w:p>
    <w:p>
      <w:pPr>
        <w:jc w:val="right"/>
      </w:pPr>
      <w:r>
        <w:t>انسانوں کو بانٹتے ہیں۔ ہیوز کیٹگری، ہیو ناٹ کیٹگری۔ کچھ لوگ ہیوز کیٹگری، کچھ لوگ ہیو ناٹ کیٹگری</w:t>
      </w:r>
    </w:p>
    <w:p>
      <w:r>
        <w:rPr>
          <w:b/>
        </w:rPr>
        <w:t xml:space="preserve">[36:57] </w:t>
      </w:r>
      <w:r>
        <w:t>. Yeh taqseem mere meri galat hai mere nazdeek. Kyunke hum dekhte hain ke jo have not category mein hota hai, woh baat ko hughes ke qareeb aa jata hai.</w:t>
      </w:r>
    </w:p>
    <w:p>
      <w:pPr>
        <w:jc w:val="right"/>
      </w:pPr>
      <w:r>
        <w:t>۔ یہ تقسیم میرے میری غلط ہے میرے نزدیک۔ کیونکہ ہم دیکھتے ہیں کہ جو ہیو ناٹ کیٹگری میں ہوتا ہے، وہ بات کو ہیوز کے قریب آ جاتا ہے۔</w:t>
      </w:r>
    </w:p>
    <w:p>
      <w:r>
        <w:rPr>
          <w:b/>
        </w:rPr>
        <w:t xml:space="preserve">[37:11] </w:t>
      </w:r>
      <w:r>
        <w:t>Jaise doctor abdul kalam, woh bohat hi ghareeb ghar mein paida hue, aur president of india ban gaye. Aur isi Ambedkar, ek bohat ghareeb family mein paida hue, lekin woh constitution of india ke member ban gaye.</w:t>
      </w:r>
    </w:p>
    <w:p>
      <w:pPr>
        <w:jc w:val="right"/>
      </w:pPr>
      <w:r>
        <w:t>جیسے ڈاکٹر عبدالکلام، وہ بہت ہی غریب گھر میں پیدا ہوئے، اور پریزیڈنٹ آف انڈیا بن گئے۔ اور اسی امبیدکر، ایک بہت غریب فیملی میں پیدا ہوئے، لیکن وہ کانسٹیٹیوشن آف انڈیا کے ممبر بن گئے۔</w:t>
      </w:r>
    </w:p>
    <w:p>
      <w:r>
        <w:rPr>
          <w:b/>
        </w:rPr>
        <w:t xml:space="preserve">[37:29] </w:t>
      </w:r>
      <w:r>
        <w:t>Toh hughes category, have not category jo hai, yeh koi permanent category nahi hai. Yeh sahi taur par main samajhta hoon yeh hai ke, yani yeh aap maanein ke har ek hughes category mein hai.</w:t>
      </w:r>
    </w:p>
    <w:p>
      <w:pPr>
        <w:jc w:val="right"/>
      </w:pPr>
      <w:r>
        <w:t>تو ہیوز کیٹگری، ہیو ناٹ کیٹگری جو ہے، یہ کوئی پرماننٹ کیٹگری نہیں ہے۔ یہ صحیح طور پر میں سمجھتا ہوں یہ ہے کہ، یعنی یہ آپ مانیں کہ ہر ایک ہیو کیٹگری میں ہے۔</w:t>
      </w:r>
    </w:p>
    <w:p>
      <w:r>
        <w:rPr>
          <w:b/>
        </w:rPr>
        <w:t xml:space="preserve">[37:47] </w:t>
      </w:r>
      <w:r>
        <w:t>Kuch log potential sense mein hain, kuch log excessive mein hain.</w:t>
      </w:r>
    </w:p>
    <w:p>
      <w:pPr>
        <w:jc w:val="right"/>
      </w:pPr>
      <w:r>
        <w:t>کچھ لوگ پوٹینشل سینس میں ہیں، کچھ لوگ ایکسیسو میں ہیں۔</w:t>
      </w:r>
    </w:p>
    <w:p>
      <w:r>
        <w:rPr>
          <w:b/>
        </w:rPr>
        <w:t xml:space="preserve">[37:53] </w:t>
      </w:r>
      <w:r>
        <w:t>Jaise doctor abdul kalam jab paida hue toh potential sense us waqt woh potential sense, potel mein, woh potential sense mein hughes category mein thay.</w:t>
      </w:r>
    </w:p>
    <w:p>
      <w:pPr>
        <w:jc w:val="right"/>
      </w:pPr>
      <w:r>
        <w:t>جیسے ڈاکٹر عبدالکلام جب پیدا ہوئے تو پوٹینشل سینس اس وقت وہ پوٹینشل سینس، پوٹیل میں، وہ پوٹینشل سینس میں ہیوز کیٹگری میں تھے۔</w:t>
      </w:r>
    </w:p>
    <w:p>
      <w:r>
        <w:rPr>
          <w:b/>
        </w:rPr>
        <w:t xml:space="preserve">[38:09] </w:t>
      </w:r>
      <w:r>
        <w:t>Lekin jab baat ko woh ab, yani math ki unhone parha likha toh actual sense mein woh hughes category mein aa gaye.</w:t>
      </w:r>
    </w:p>
    <w:p>
      <w:pPr>
        <w:jc w:val="right"/>
      </w:pPr>
      <w:r>
        <w:t>لیکن جب بات کو وہ اب، یعنی میتھ کی انہوں نے پڑھا لکھا تو ایکچول سینس میں وہ ہیوز کیٹگری میں آ گئے۔</w:t>
      </w:r>
    </w:p>
    <w:p>
      <w:r>
        <w:rPr>
          <w:b/>
        </w:rPr>
        <w:t xml:space="preserve">[38:21] </w:t>
      </w:r>
      <w:r>
        <w:t>Toh main samajhta hoon ke yeh yeh taqseem hi galat hai. Aur is liye hai ke log ziyada deep thinking logon ke andar nahi hoti.</w:t>
      </w:r>
    </w:p>
    <w:p>
      <w:pPr>
        <w:jc w:val="right"/>
      </w:pPr>
      <w:r>
        <w:t>تو میں سمجھتا ہوں کہ یہ یہ تقسیم ہی غلط ہے۔ اور اس لیے ہے کہ لوگ زیادہ ڈیپ تھنکنگ لوگوں کے اندر نہیں ہوتی۔</w:t>
      </w:r>
    </w:p>
    <w:p>
      <w:r>
        <w:rPr>
          <w:b/>
        </w:rPr>
        <w:t xml:space="preserve">[38:33] </w:t>
      </w:r>
      <w:r>
        <w:t>Main ne dekha hai ke aam taur par logon ke andar deep thinking nahi hoti. Is liye is qism ke khayalat logon ke paida ho jate hain.</w:t>
      </w:r>
    </w:p>
    <w:p>
      <w:pPr>
        <w:jc w:val="right"/>
      </w:pPr>
      <w:r>
        <w:t>میں نے دیکھا ہے کہ عام طور پر لوگوں کے اندر ڈیپ تھنکنگ نہیں ہوتی۔ اس لیے اس قسم کے خیالات لوگوں کے پیدا ہو جاتے ہیں۔</w:t>
      </w:r>
    </w:p>
    <w:p>
      <w:r>
        <w:rPr>
          <w:b/>
        </w:rPr>
        <w:t xml:space="preserve">[38:44] </w:t>
      </w:r>
      <w:r>
        <w:t>Maulana, an orientalist has said about the prophet that he faces difficulties with the determination to ring success out of failure.</w:t>
      </w:r>
    </w:p>
    <w:p>
      <w:pPr>
        <w:jc w:val="right"/>
      </w:pPr>
      <w:r>
        <w:t>مولانا، این اورینٹلسٹ ہیز سیڈ اباؤٹ دا پرافٹ دیٹ ہی فیز ڈیفیکلٹیز ود دا ڈیٹرمینیشن ٹو رنگ سکسیس آؤٹ آف فیلیر۔</w:t>
      </w:r>
    </w:p>
    <w:p>
      <w:r>
        <w:rPr>
          <w:b/>
        </w:rPr>
        <w:t xml:space="preserve">[38:55] </w:t>
      </w:r>
      <w:r>
        <w:t>Can you please explain this aspect about the prophet's life? Haan, yeh dekhiye, yeh bhi management hi baat hai. Rasool Allah ke saath bhi ya kisi bhi paighambar ke saath hamesha wohi halaat paida hote hain jaise aam insan ke saath hote hain.</w:t>
      </w:r>
    </w:p>
    <w:p>
      <w:pPr>
        <w:jc w:val="right"/>
      </w:pPr>
      <w:r>
        <w:t>کین یو پلیز ایکسپلین دس ایسپیکٹ اباؤٹ دا پرافٹس لائف؟ ہاں، یہ دیکھیے، یہ بھی مینجمنٹ ہی بات ہے۔ رسول اللہ کے ساتھ بھی یا کسی بھی پیغمبر کے ساتھ ہمیشہ وہی حالات پیدا ہوتے ہیں جیسے عام انسان کے ساتھ ہوتے ہیں۔</w:t>
      </w:r>
    </w:p>
    <w:p>
      <w:r>
        <w:rPr>
          <w:b/>
        </w:rPr>
        <w:t xml:space="preserve">[39:14] </w:t>
      </w:r>
      <w:r>
        <w:t>Difficulties un ke liye bhi aati hain, un ke liye bhi aati hain. Toh kyunke Rasool Allah ke andar sabr tha, woh react nahi karte thay.</w:t>
      </w:r>
    </w:p>
    <w:p>
      <w:pPr>
        <w:jc w:val="right"/>
      </w:pPr>
      <w:r>
        <w:t>ڈیفیکلٹیز ان کے لیے بھی آتی ہیں، ان کے لیے بھی آتی ہیں۔ تو کیونکہ رسول اللہ کے اندر صبر تھا، وہ ری ایکٹ نہیں کرتے تھے۔</w:t>
      </w:r>
    </w:p>
    <w:p>
      <w:r>
        <w:rPr>
          <w:b/>
        </w:rPr>
        <w:t xml:space="preserve">[39:28] </w:t>
      </w:r>
      <w:r>
        <w:t>Woh bohat har cheez ko relative andaaz mein dekhte thay. Un ke andar bohat ziyada positive thinking thi.</w:t>
      </w:r>
    </w:p>
    <w:p>
      <w:pPr>
        <w:jc w:val="right"/>
      </w:pPr>
      <w:r>
        <w:t>وہ بہت ہر چیز کو ریلیٹو انداز میں دیکھتے تھے۔ ان کے اندر بہت زیادہ پازیٹیو تھنکنگ تھی۔</w:t>
      </w:r>
    </w:p>
    <w:p>
      <w:r>
        <w:rPr>
          <w:b/>
        </w:rPr>
        <w:t xml:space="preserve">[39:39] </w:t>
      </w:r>
      <w:r>
        <w:t>Aur wise, yani wise analysis karte thay har cheez ka. Toh unhone is formula ko pakad rakha tha ke ke with every ease, with every difficulties, that is ease.</w:t>
      </w:r>
    </w:p>
    <w:p>
      <w:pPr>
        <w:jc w:val="right"/>
      </w:pPr>
      <w:r>
        <w:t>اور وائز، یعنی وائز انالیسز کرتے تھے ہر چیز کا۔ تو انہوں نے اس فارمولے کو پکڑ رکھا تھا کہ کہ ود ایوری ایز، ود ایوری ڈیفیکلٹیز، دیٹ از ایز۔</w:t>
      </w:r>
    </w:p>
    <w:p>
      <w:r>
        <w:rPr>
          <w:b/>
        </w:rPr>
        <w:t xml:space="preserve">[39:54] </w:t>
      </w:r>
      <w:r>
        <w:t>Toh jaise Hudaybiyyah ke mauqe par bohat ziyada, yani yani khilaf aap ke khilaf baatein huin.</w:t>
      </w:r>
    </w:p>
    <w:p>
      <w:pPr>
        <w:jc w:val="right"/>
      </w:pPr>
      <w:r>
        <w:t>تو جیسے حذابیہ کے موقع پر بہت زیادہ، یعنی یعنی خلاف آپ کے خلاف باتیں ہوئیں۔</w:t>
      </w:r>
    </w:p>
    <w:p>
      <w:r>
        <w:rPr>
          <w:b/>
        </w:rPr>
        <w:t xml:space="preserve">[40:05] </w:t>
      </w:r>
      <w:r>
        <w:t>Bohat ziyada aap ke khilaf baatein huin. Lekin aap ne bohat hi waiz tareeqe se is ko manage kiya. Manage karte karte itna ziyada, yani apne favor mein banaya.</w:t>
      </w:r>
    </w:p>
    <w:p>
      <w:pPr>
        <w:jc w:val="right"/>
      </w:pPr>
      <w:r>
        <w:t>بہت زیادہ آپ کے خلاف باتیں ہوئیں۔ لیکن آپ نے بہت ہی واعظ طریقے سے اس کو مینج کیا۔ مینج کرتے کرتے اتنا زیادہ، یعنی اپنے فیور میں بنایا۔</w:t>
      </w:r>
    </w:p>
    <w:p>
      <w:r>
        <w:rPr>
          <w:b/>
        </w:rPr>
        <w:t xml:space="preserve">[40:18] </w:t>
      </w:r>
      <w:r>
        <w:t>Yani naamuwafiq halaat ko itna ziyada apne favor mein banaye ke Quran mein hota hai ke inna fatahna.</w:t>
      </w:r>
    </w:p>
    <w:p>
      <w:pPr>
        <w:jc w:val="right"/>
      </w:pPr>
      <w:r>
        <w:t>یعنی ناموافق حالات کو اتنا زیادہ اپنے فیور میں بنائے کہ قرآن میں ہوتا ہے کہ انا فتحنا۔</w:t>
      </w:r>
    </w:p>
    <w:p>
      <w:r>
        <w:rPr>
          <w:b/>
        </w:rPr>
        <w:t xml:space="preserve">[40:26] </w:t>
      </w:r>
      <w:r>
        <w:t>Yani agar aap jo Hudaybiyyah ke waqt jo jo baatein huin thi, is ko aap parhein jo kitaab mein detail ke saath maujood hai, toh aap dekhein ke bohat ziyada naamuwafiq halaat thay.</w:t>
      </w:r>
    </w:p>
    <w:p>
      <w:pPr>
        <w:jc w:val="right"/>
      </w:pPr>
      <w:r>
        <w:t>یعنی اگر آپ جو حدیبیہ کے وقت جو جو باتیں ہوئی تھیں، اس کو آپ پڑھیں جو کتاب میں ڈیٹیل کے ساتھ موجود ہے، تو آپ دیکھیں کہ بہت زیادہ ناموافق حالات تھے۔</w:t>
      </w:r>
    </w:p>
    <w:p>
      <w:r>
        <w:rPr>
          <w:b/>
        </w:rPr>
        <w:t xml:space="preserve">[40:39] </w:t>
      </w:r>
      <w:r>
        <w:t>Lekin aap ko aap ne is ko manage kiya aur is ko muwafiq banaya. Aur result karta hai, result kya nikla? Fatah Mubeen.</w:t>
      </w:r>
    </w:p>
    <w:p>
      <w:pPr>
        <w:jc w:val="right"/>
      </w:pPr>
      <w:r>
        <w:t>لیکن آپ کو آپ نے اس کو مینج کیا اور اس کو موافق بنایا۔ اور رزلٹ کرتا ہے، رزلٹ کیا نکلا؟ فتح مبین۔</w:t>
      </w:r>
    </w:p>
    <w:p>
      <w:r>
        <w:rPr>
          <w:b/>
        </w:rPr>
        <w:t xml:space="preserve">[40:50] </w:t>
      </w:r>
      <w:r>
        <w:t>Isi ko is is mushkil ne isi baat ko</w:t>
      </w:r>
    </w:p>
    <w:p>
      <w:pPr>
        <w:jc w:val="right"/>
      </w:pPr>
      <w:r>
        <w:t>اسی کو اس اس مشکل نے اسی بات کو</w:t>
      </w:r>
    </w:p>
    <w:p>
      <w:r>
        <w:rPr>
          <w:b/>
        </w:rPr>
        <w:t xml:space="preserve">[40:53] </w:t>
      </w:r>
      <w:r>
        <w:t>likha hai. So Maulana, the prophet managed stressful situations by keeping patience and through wise management.</w:t>
      </w:r>
    </w:p>
    <w:p>
      <w:pPr>
        <w:jc w:val="right"/>
      </w:pPr>
      <w:r>
        <w:t>لکھا ہے۔ سو مولانا، دا پرافٹ مینجڈ سٹریس فل سچویشنز بائے کیپنگ پیشنس اینڈ تھرو وائز مینجمنٹ۔</w:t>
      </w:r>
    </w:p>
    <w:p>
      <w:r>
        <w:rPr>
          <w:b/>
        </w:rPr>
        <w:t xml:space="preserve">[41:02] </w:t>
      </w:r>
      <w:r>
        <w:t>And that is how he converted unfavorable situations into favorable situations. Maulana, this question has come from Mr. Kamaluddin.</w:t>
      </w:r>
    </w:p>
    <w:p>
      <w:pPr>
        <w:jc w:val="right"/>
      </w:pPr>
      <w:r>
        <w:t>اینڈ دیٹ از ہاؤ ہی کنورٹڈ ان فیوریبل سچویشنز انٹو فیوریبل سچویشنز۔ مولانا، دس کوئسچن ہیز کم فرام مسٹر کمال الدین۔</w:t>
      </w:r>
    </w:p>
    <w:p>
      <w:r>
        <w:rPr>
          <w:b/>
        </w:rPr>
        <w:t xml:space="preserve">[41:12] </w:t>
      </w:r>
      <w:r>
        <w:t>Do you think people should consult a doctor to solve the problem of stress? Medical doctor toh physical problem ka hot</w:t>
      </w:r>
    </w:p>
    <w:p>
      <w:pPr>
        <w:jc w:val="right"/>
      </w:pPr>
      <w:r>
        <w:t>ڈو یو تھنک پیپل شوڈ کنسلٹ ا ڈاکٹر ٹو سالو دا پرابلم آف سٹریس؟ میڈیکل ڈاکٹر تو فزیکل پرابلم کا ہوت</w:t>
      </w:r>
    </w:p>
    <w:p>
      <w:r>
        <w:rPr>
          <w:b/>
        </w:rPr>
        <w:t xml:space="preserve">[41:23] </w:t>
      </w:r>
      <w:r>
        <w:t>a hai. Stress mental problem hai, physical nahi. Agar yeh keh rahe hain, agar un ka matlab yeh hai un ki question clear nahi hai.</w:t>
      </w:r>
    </w:p>
    <w:p>
      <w:pPr>
        <w:jc w:val="right"/>
      </w:pPr>
      <w:r>
        <w:t>ا ہے۔ اسٹریس مینٹل پرابلم ہے، فزیکل نہیں۔ اگر یہ کہہ رہے ہیں، اگر ان کا مطلب یہ ہے ان کی کوئسچن کلیئر نہیں ہے۔</w:t>
      </w:r>
    </w:p>
    <w:p>
      <w:r>
        <w:rPr>
          <w:b/>
        </w:rPr>
        <w:t xml:space="preserve">[41:34] </w:t>
      </w:r>
      <w:r>
        <w:t>agar in ka koe question yeh hai ke, ah, doctor se murad un ki psychiatrist hai, to mein nahi samajhta ke psychiatrist jo hai bohat zyada, yani useful hain is</w:t>
      </w:r>
    </w:p>
    <w:p>
      <w:pPr>
        <w:jc w:val="right"/>
      </w:pPr>
      <w:r>
        <w:t>اگر ان کا کوئسچن یہ ہے کہ، اہ، ڈاکٹر سے مراد ان کی سائیکیٹرسٹ ہے، تو میں نہیں سمجھتا کہ سائیکیٹرسٹ جو ہے بہت زیادہ، یعنی یوزفل ہیں اس</w:t>
      </w:r>
    </w:p>
    <w:p>
      <w:r>
        <w:rPr>
          <w:b/>
        </w:rPr>
        <w:t xml:space="preserve">[41:49] </w:t>
      </w:r>
      <w:r>
        <w:t>maamle mein. Hmm, aap ko khud apne ko, apne ko khud apne ko develop, apni mind ko, apni thinking ko develop karna chahiye.</w:t>
      </w:r>
    </w:p>
    <w:p>
      <w:pPr>
        <w:jc w:val="right"/>
      </w:pPr>
      <w:r>
        <w:t>معاملے میں۔ ہمم، آپ کو خود اپنے کو، اپنے کو خود اپنے کو ڈیولپ، اپنی مائنڈ کو، اپنی تھنکنگ کو ڈیولپ کرنا چاہیے۔</w:t>
      </w:r>
    </w:p>
    <w:p>
      <w:r>
        <w:rPr>
          <w:b/>
        </w:rPr>
        <w:t xml:space="preserve">[41:59] </w:t>
      </w:r>
      <w:r>
        <w:t>Hmm, jo doctor se murad agar un ki psychiatrist, psychiatrist agar hai to mein samajhta hoon koi zyada mufeed nahi hai is se.</w:t>
      </w:r>
    </w:p>
    <w:p>
      <w:pPr>
        <w:jc w:val="right"/>
      </w:pPr>
      <w:r>
        <w:t>ہمم، جو ڈاکٹر سے مراد اگر ان کی سائیکیٹرسٹ، سائیکیٹرسٹ اگر ہے تو میں سمجھتا ہوں کوئی زیادہ مفید نہیں ہے اس سے۔</w:t>
      </w:r>
    </w:p>
    <w:p>
      <w:r>
        <w:rPr>
          <w:b/>
        </w:rPr>
        <w:t xml:space="preserve">[42:11] </w:t>
      </w:r>
      <w:r>
        <w:t>to Maulana, ab mere tajrube ke mutabiq stress is a mental problem and intellectual problem. It's not a physical problem.</w:t>
      </w:r>
    </w:p>
    <w:p>
      <w:pPr>
        <w:jc w:val="right"/>
      </w:pPr>
      <w:r>
        <w:t>تو مولانا، اب میرے تجربے کے مطابق سٹریس از ا مینٹل پرابلم اینڈ انٹلیکچول پرابلم۔ اٹس ناٹ ا فزیکل پرابلم۔</w:t>
      </w:r>
    </w:p>
    <w:p>
      <w:r>
        <w:rPr>
          <w:b/>
        </w:rPr>
        <w:t xml:space="preserve">[42:19] </w:t>
      </w:r>
      <w:r>
        <w:t>So we should not consult a doctor, or consulting a doctor is not very useful, because doctors generally look after our physical problems, or health related issues.</w:t>
      </w:r>
    </w:p>
    <w:p>
      <w:pPr>
        <w:jc w:val="right"/>
      </w:pPr>
      <w:r>
        <w:t>سو وی شوڈ ناٹ کنسلٹ ا ڈاکٹر، اور کنسلٹنگ ا ڈاکٹر از ناٹ ویری یوزفل، بیکاز ڈاکٹرز جنرلی لوک افٹر اور فزیکل پرابلمز، اور ہیلتھ ریلیٹڈ ایشوز۔</w:t>
      </w:r>
    </w:p>
    <w:p>
      <w:r>
        <w:rPr>
          <w:b/>
        </w:rPr>
        <w:t xml:space="preserve">[42:29] </w:t>
      </w:r>
      <w:r>
        <w:t>So to solve the problem of stress, we should develop our thinking. Maulana, you also said that, ah, there is a positive aspect of stress.</w:t>
      </w:r>
    </w:p>
    <w:p>
      <w:pPr>
        <w:jc w:val="right"/>
      </w:pPr>
      <w:r>
        <w:t>سو ٹو سالو دا پرابلم آف سٹریس، وی شوڈ ڈیویلپ اور تھنکنگ۔ مولانا، یو السو سیڈ دیٹ، اہ، دیر از ا پازیٹیو ایسپیکٹ آف سٹریس۔</w:t>
      </w:r>
    </w:p>
    <w:p>
      <w:r>
        <w:rPr>
          <w:b/>
        </w:rPr>
        <w:t xml:space="preserve">[42:40] </w:t>
      </w:r>
      <w:r>
        <w:t>Can you please elaborate on that? How should we see the positive side of stress?</w:t>
      </w:r>
    </w:p>
    <w:p>
      <w:pPr>
        <w:jc w:val="right"/>
      </w:pPr>
      <w:r>
        <w:t>کین یو پلیز الیبریٹ ان دیٹ؟ ہاؤ شوڈ وی سی دا پازیٹیو سائیڈ آف سٹریس؟</w:t>
      </w:r>
    </w:p>
    <w:p>
      <w:r>
        <w:rPr>
          <w:b/>
        </w:rPr>
        <w:t xml:space="preserve">[42:45] </w:t>
      </w:r>
      <w:r>
        <w:t>Dekhiye, stress jo hai woh ek natural phenomena hai, aur natural phenomena jitne bhi hain sab positive hi hote hain. Hatta ke gussa bhi positive hai ke gussa jo hai, anger,</w:t>
      </w:r>
    </w:p>
    <w:p>
      <w:pPr>
        <w:jc w:val="right"/>
      </w:pPr>
      <w:r>
        <w:t>دیکھیے، سٹریس جو ہے وہ ایک نیچرل فیناومینا ہے، اور نیچرل فیناومینا جتنے بھی ہیں سب پازیٹیو ہی ہوتے ہیں۔ حتی کہ غصہ بھی پازیٹیو ہے کہ غصہ جو ہے، اینگر،</w:t>
      </w:r>
    </w:p>
    <w:p>
      <w:r>
        <w:rPr>
          <w:b/>
        </w:rPr>
        <w:t xml:space="preserve">[43:00] </w:t>
      </w:r>
      <w:r>
        <w:t>and gussa jo hai jab aata hai to woh ek ek bohat zabardast energy release karta hai. Bohat zabardast, yani anger energy.</w:t>
      </w:r>
    </w:p>
    <w:p>
      <w:pPr>
        <w:jc w:val="right"/>
      </w:pPr>
      <w:r>
        <w:t>اینڈ غصہ جو ہے جب آتا ہے تو وہ ایک ایک بہت زبردست انرجی ریلیز کرتا ہے۔ بہت زبردست، یعنی اینگر انرجی۔</w:t>
      </w:r>
    </w:p>
    <w:p>
      <w:r>
        <w:rPr>
          <w:b/>
        </w:rPr>
        <w:t xml:space="preserve">[43:13] </w:t>
      </w:r>
      <w:r>
        <w:t>mein samajhta hoon ke sab se zyada energy aadmi release karta hai jab jab gussa hota hai us ko. To aap anger energy ko istemal kijiye positive andaaz mein.</w:t>
      </w:r>
    </w:p>
    <w:p>
      <w:pPr>
        <w:jc w:val="right"/>
      </w:pPr>
      <w:r>
        <w:t>میں سمجھتا ہوں کہ سب سے زیادہ انرجی آدمی ریلیز کرتا ہے جب جب غصہ ہوتا ہے اس کو۔ تو آپ اینگر انرجی کو استعمال کیجئے پازیٹیو انداز میں۔</w:t>
      </w:r>
    </w:p>
    <w:p>
      <w:r>
        <w:rPr>
          <w:b/>
        </w:rPr>
        <w:t xml:space="preserve">[43:28] </w:t>
      </w:r>
      <w:r>
        <w:t>to koi cheez jo nature ne paida ki hai woh buri nahi hai, hamara istemal us ko bura kar deta hai. To</w:t>
      </w:r>
    </w:p>
    <w:p>
      <w:pPr>
        <w:jc w:val="right"/>
      </w:pPr>
      <w:r>
        <w:t>تو کوئی چیز جو نیچر نے پیدا کی ہے وہ بری نہیں ہے، ہمارا استعمال اس کو برا کر دیتا ہے۔ تو</w:t>
      </w:r>
    </w:p>
    <w:p>
      <w:r>
        <w:rPr>
          <w:b/>
        </w:rPr>
        <w:t xml:space="preserve">[43:37] </w:t>
      </w:r>
      <w:r>
        <w:t>mein samajhta hoon ke stress jo hai woh bohat bara, yani taqat hai hamari kyunke woh motivating factor hai.</w:t>
      </w:r>
    </w:p>
    <w:p>
      <w:pPr>
        <w:jc w:val="right"/>
      </w:pPr>
      <w:r>
        <w:t>میں سمجھتا ہوں کہ اسٹریس جو ہے وہ بہت بڑا، یعنی طاقت ہے ہماری کیونکہ وہ موٹیویٹنگ فیکٹر ہے۔</w:t>
      </w:r>
    </w:p>
    <w:p>
      <w:r>
        <w:rPr>
          <w:b/>
        </w:rPr>
        <w:t xml:space="preserve">[43:49] </w:t>
      </w:r>
      <w:r>
        <w:t>jab stress aati hai hum ko aur hum, yani</w:t>
      </w:r>
    </w:p>
    <w:p>
      <w:pPr>
        <w:jc w:val="right"/>
      </w:pPr>
      <w:r>
        <w:t>جب اسٹریس آتی ہے ہم کو اور ہم، یعنی</w:t>
      </w:r>
    </w:p>
    <w:p>
      <w:r>
        <w:rPr>
          <w:b/>
        </w:rPr>
        <w:t xml:space="preserve">[43:56] </w:t>
      </w:r>
      <w:r>
        <w:t>apni positivity ko baqi rakhte hain to bohat bara motivating factor ban jaye ga woh ke ek mujhe determination aye ga yeh to abhi karna hi karna hai.</w:t>
      </w:r>
    </w:p>
    <w:p>
      <w:pPr>
        <w:jc w:val="right"/>
      </w:pPr>
      <w:r>
        <w:t>اپنی پازیٹیوٹی کو باقی رکھتے ہیں تو بہت بڑا موٹیویٹنگ فیکٹر بن جائے گا وہ کہ ایک مجھے ڈیٹرمینیشن آئے گا یہ تو ابھی کرنا ہی کرنا ہے۔</w:t>
      </w:r>
    </w:p>
    <w:p>
      <w:r>
        <w:rPr>
          <w:b/>
        </w:rPr>
        <w:t xml:space="preserve">[44:08] </w:t>
      </w:r>
      <w:r>
        <w:t>agar aam dinon mein aap kaam karte hain chhe chhe ghante to aap barah ghante kaam karen ge. Stress ka hifazat hai. To stress jo hai according to the law of nature aap ke liye motivating motivating factor hai.</w:t>
      </w:r>
    </w:p>
    <w:p>
      <w:pPr>
        <w:jc w:val="right"/>
      </w:pPr>
      <w:r>
        <w:t>اگر عام دنوں میں آپ کام کرتے ہیں چھ چھ گھنٹے تو آپ بارہ گھنٹے کام کریں گے۔ اسٹریس کا حفاظت ہے۔ تو اسٹریس جو ہے اکارڈنگ ٹو دا لاء آف نیچر آپ کے لیے موٹیویٹنگ موٹیویٹنگ فیکٹر ہے۔</w:t>
      </w:r>
    </w:p>
    <w:p>
      <w:r>
        <w:rPr>
          <w:b/>
        </w:rPr>
        <w:t xml:space="preserve">[44:28] </w:t>
      </w:r>
      <w:r>
        <w:t>to lekin aap istemal kar sakte hain us waqt jab ke aap apne andar, yani intellectual development la</w:t>
      </w:r>
    </w:p>
    <w:p>
      <w:pPr>
        <w:jc w:val="right"/>
      </w:pPr>
      <w:r>
        <w:t>تو لیکن آپ استعمال کر سکتے ہیں اس وقت جب کہ آپ اپنے اندر، یعنی انٹلیکچول ڈیویلپمنٹ ل</w:t>
      </w:r>
    </w:p>
    <w:p>
      <w:r>
        <w:rPr>
          <w:b/>
        </w:rPr>
        <w:t xml:space="preserve">[44:37] </w:t>
      </w:r>
      <w:r>
        <w:t>ayein, apne ko aware banayein. Aware, awareness bohat zaroori hai. To Maulana, you are saying that stress full situations work as a great motivating factor for us, but we can utilize stress full situations for our benefit only if we remain positive in those situations.</w:t>
      </w:r>
    </w:p>
    <w:p>
      <w:pPr>
        <w:jc w:val="right"/>
      </w:pPr>
      <w:r>
        <w:t>ائیں، اپنے کو اویئر بنائیں۔ اویئر، اویئرنس بہت ضروری ہے۔ تو مولانا، یو آر سینگ دیٹ سٹریس فل سچویشنز ورک ایز ا گریٹ موٹیویٹنگ فیکٹر فار اس، بٹ وی کین یوٹیلائز سٹریس فل سچویشنز فار اور بینیفٹ اونلی اف وی ریمین پازیٹیو ان دوز سچویشنز۔</w:t>
      </w:r>
    </w:p>
    <w:p>
      <w:r>
        <w:rPr>
          <w:b/>
        </w:rPr>
        <w:t xml:space="preserve">[44:59] </w:t>
      </w:r>
      <w:r>
        <w:t>We should not become negative in stress full situations. Maulana, this question has come from Mr. Syed Nadeem.</w:t>
      </w:r>
    </w:p>
    <w:p>
      <w:pPr>
        <w:jc w:val="right"/>
      </w:pPr>
      <w:r>
        <w:t>وی شوڈ ناٹ بیکم نیگیٹیو ان سٹریس فل سچویشنز۔ مولانا، دس کوئسچن ہیز کم فرام مسٹر سید ندیم۔</w:t>
      </w:r>
    </w:p>
    <w:p>
      <w:r>
        <w:rPr>
          <w:b/>
        </w:rPr>
        <w:t xml:space="preserve">[45:06] </w:t>
      </w:r>
      <w:r>
        <w:t>How should we deal with work pressure? Dekhiye, work pressure</w:t>
      </w:r>
    </w:p>
    <w:p>
      <w:pPr>
        <w:jc w:val="right"/>
      </w:pPr>
      <w:r>
        <w:t>ہاؤ شوڈ وی ڈیل ود ورک پریشر؟ دیکھیے، ورک پریشر</w:t>
      </w:r>
    </w:p>
    <w:p>
      <w:r>
        <w:rPr>
          <w:b/>
        </w:rPr>
        <w:t xml:space="preserve">[45:15] </w:t>
      </w:r>
      <w:r>
        <w:t>mein dekh koshish nahi hai. Aap itna hi kaam kijiye jitna aap ke aap ki taqat ho. Yeh more and more hasil karne ke liye work pressure barhata hai.</w:t>
      </w:r>
    </w:p>
    <w:p>
      <w:pPr>
        <w:jc w:val="right"/>
      </w:pPr>
      <w:r>
        <w:t>میں دیکھ کوشش نہیں ہے۔ آپ اتنا ہی کام کیجئے جتنا آپ کے آپ کی طاقت ہو۔ یہ مور اینڈ مور حاصل کرنے کے لیے ورک پریشر بڑھاتا ہے۔</w:t>
      </w:r>
    </w:p>
    <w:p>
      <w:r>
        <w:rPr>
          <w:b/>
        </w:rPr>
        <w:t xml:space="preserve">[45:28] </w:t>
      </w:r>
      <w:r>
        <w:t>aadmi basically yeh, yani more and more money ka phenomena</w:t>
      </w:r>
    </w:p>
    <w:p>
      <w:pPr>
        <w:jc w:val="right"/>
      </w:pPr>
      <w:r>
        <w:t>آدمی بیسیکلی یہ، یعنی مور اینڈ مور منی کا فیناومینا</w:t>
      </w:r>
    </w:p>
    <w:p>
      <w:r>
        <w:rPr>
          <w:b/>
        </w:rPr>
        <w:t xml:space="preserve">[45:36] </w:t>
      </w:r>
      <w:r>
        <w:t>yeh hai. Work pressure apne aap pe koshish nahi hai. Agar aap qanaat karein contentment ki taraf, ikhtiyar ikhtiyar karein to work pressure hoga hi nahi aap ko.</w:t>
      </w:r>
    </w:p>
    <w:p>
      <w:pPr>
        <w:jc w:val="right"/>
      </w:pPr>
      <w:r>
        <w:t>یہ ہے۔ ورک پریشر اپنے آپ پہ کوشش نہیں ہے۔ اگر آپ قناعت کریں کنٹینٹمنٹ کی طرف، اختیار اختیار کریں تو ورک پریشر ہوگا ہی نہیں آپ کو۔</w:t>
      </w:r>
    </w:p>
    <w:p>
      <w:r>
        <w:rPr>
          <w:b/>
        </w:rPr>
        <w:t xml:space="preserve">[45:48] </w:t>
      </w:r>
      <w:r>
        <w:t>jitna aap, jitna aap ke, yani jitna aap ke bas mein hai ohde ka, woh itna work kijiye jo bas hi mein nahi hai to us ko kijiye mat.</w:t>
      </w:r>
    </w:p>
    <w:p>
      <w:pPr>
        <w:jc w:val="right"/>
      </w:pPr>
      <w:r>
        <w:t>جتنا آپ، جتنا آپ کے، یعنی جتنا آپ کے بس میں ہے عہدے کا، وہ اتنا ورک کیجئے جو بس ہی میں نہیں ہے تو اس کو کیجئے مت۔</w:t>
      </w:r>
    </w:p>
    <w:p>
      <w:r>
        <w:rPr>
          <w:b/>
        </w:rPr>
        <w:t xml:space="preserve">[46:03] </w:t>
      </w:r>
      <w:r>
        <w:t>lekin lekin is ko hota hai hawas. Urdu mein hawas jo hai woh work pressure paida karti hai. Hawas, hmm, hawas, hawas qanaat qanaat ka ulta hai.</w:t>
      </w:r>
    </w:p>
    <w:p>
      <w:pPr>
        <w:jc w:val="right"/>
      </w:pPr>
      <w:r>
        <w:t>لیکن لیکن اس کو ہوتا ہے ہوس۔ اردو میں ہوس جو ہے وہ ورک پریشر پیدا کرتی ہے۔ ہوس، ہمم، ہوس، ہوس قناعت قناعت کا الٹا ہے۔</w:t>
      </w:r>
    </w:p>
    <w:p>
      <w:r>
        <w:rPr>
          <w:b/>
        </w:rPr>
        <w:t xml:space="preserve">[46:17] </w:t>
      </w:r>
      <w:r>
        <w:t>Left elevate, left. To asal cheez hai work pressure khud koshish nahi. Aap kyun pressure lein? Kyun pressure lein?</w:t>
      </w:r>
    </w:p>
    <w:p>
      <w:pPr>
        <w:jc w:val="right"/>
      </w:pPr>
      <w:r>
        <w:t>لیفٹ ایلیویٹی، لیفٹ۔ تو اصل چیز ہے ورک پریشر خود کوشش نہیں۔ آپ کیوں پریشر لیں؟ کیوں پریشر لیں؟</w:t>
      </w:r>
    </w:p>
    <w:p>
      <w:r>
        <w:rPr>
          <w:b/>
        </w:rPr>
        <w:t xml:space="preserve">[46:28] </w:t>
      </w:r>
      <w:r>
        <w:t>itna hi kaam kijiye</w:t>
      </w:r>
    </w:p>
    <w:p>
      <w:pPr>
        <w:jc w:val="right"/>
      </w:pPr>
      <w:r>
        <w:t>اتنا ہی کام کیجئے</w:t>
      </w:r>
    </w:p>
    <w:p>
      <w:r>
        <w:rPr>
          <w:b/>
        </w:rPr>
        <w:t xml:space="preserve">[46:29] </w:t>
      </w:r>
      <w:r>
        <w:t>jitna aap, jitna aap pressure le sakte hain. Haiderabad mein hamare ek saathi thay, hum un ka intiqal hua.</w:t>
      </w:r>
    </w:p>
    <w:p>
      <w:pPr>
        <w:jc w:val="right"/>
      </w:pPr>
      <w:r>
        <w:t>جتنا آپ، جتنا آپ پریشر لے سکتے ہیں۔ حیدرآباد میں ہمارے ایک ساتھی تھے، ہم ان کا انتقال ہوا۔</w:t>
      </w:r>
    </w:p>
    <w:p>
      <w:r>
        <w:rPr>
          <w:b/>
        </w:rPr>
        <w:t xml:space="preserve">[46:39] </w:t>
      </w:r>
      <w:r>
        <w:t>wo businessman thay. unhon ne bana rehte thay ke is mahine mein ehtiram mujhe ek apna kaam chalane ke liye ehtiram puls chahiye.</w:t>
      </w:r>
    </w:p>
    <w:p>
      <w:pPr>
        <w:jc w:val="right"/>
      </w:pPr>
      <w:r>
        <w:t>وہ بزنس مین تھے۔ انہوں نے بنا رہتے تھے کہ اس مہینے میں احترام مجھے ایک اپنا کام چلانے کے لیے احترام پلز چاہیے۔</w:t>
      </w:r>
    </w:p>
    <w:p>
      <w:r>
        <w:rPr>
          <w:b/>
        </w:rPr>
        <w:t xml:space="preserve">[46:50] </w:t>
      </w:r>
      <w:r>
        <w:t>aur tak aur tak kamane ke baad phir wo ab maal ko free kar lete thay. ab kuch aur aata hai to theek hai, nahi aata to bhi theek hai.</w:t>
      </w:r>
    </w:p>
    <w:p>
      <w:pPr>
        <w:jc w:val="right"/>
      </w:pPr>
      <w:r>
        <w:t>اور تک اور تک کمانے کے بعد پھر وہ اب مال کو فری کر لیتے تھے۔ اب کچھ اور آتا ہے تو ٹھیک ہے، نہیں آتا تو بھی ٹھیک ہے۔</w:t>
      </w:r>
    </w:p>
    <w:p>
      <w:r>
        <w:rPr>
          <w:b/>
        </w:rPr>
        <w:t xml:space="preserve">[46:59] </w:t>
      </w:r>
      <w:r>
        <w:t>to bohat itma' zindagi guzarte thay. wo work pressure ka phenomenon tha hi nahi un ke andar. to aadmi hai to, yani aadmi agar chahta hai ke work pressure se bache to us ko hawas se bachna parega.</w:t>
      </w:r>
    </w:p>
    <w:p>
      <w:pPr>
        <w:jc w:val="right"/>
      </w:pPr>
      <w:r>
        <w:t>تو بہت اتماع زندگی گزارتے تھے۔ وہ ورک پریشر کا فیناومینا تھا ہی نہیں ان کے اندر۔ تو آدمی ہے تو، یعنی آدمی اگر چاہتا ہے کہ ورک پریشر سے بچے تو اس کو ہوس سے بچنا پڑے گا۔</w:t>
      </w:r>
    </w:p>
    <w:p>
      <w:r>
        <w:rPr>
          <w:b/>
        </w:rPr>
        <w:t xml:space="preserve">[47:19] </w:t>
      </w:r>
      <w:r>
        <w:t>work pressure se bachne ki, work pressure se bachne ke liye zaroori hai ke aap apne ko hawas se bachayein, hiras hiras se bachayein.</w:t>
      </w:r>
    </w:p>
    <w:p>
      <w:pPr>
        <w:jc w:val="right"/>
      </w:pPr>
      <w:r>
        <w:t>ورک پریشر سے بچنے کی، ورک پریشر سے بچنے کے لیے ضروری ہے کہ آپ اپنے کو ہوس سے بچائیں، حرص حرص سے بچائیں۔</w:t>
      </w:r>
    </w:p>
    <w:p>
      <w:r>
        <w:rPr>
          <w:b/>
        </w:rPr>
        <w:t xml:space="preserve">[47:28] </w:t>
      </w:r>
      <w:r>
        <w:t>to Maulana, you are saying that work pressure is nothing in itself. Work pressure basically comes when we become greedy to acquire more and more money.</w:t>
      </w:r>
    </w:p>
    <w:p>
      <w:pPr>
        <w:jc w:val="right"/>
      </w:pPr>
      <w:r>
        <w:t>تو مولانا، یو آر سینگ دیٹ ورک پریشر از نتھنگ ان اٹ سیلف۔ ورک پریشر بیسیکلی کمز وین وی بیکم گریڈی ٹو اکوائر مور اینڈ مور منی۔</w:t>
      </w:r>
    </w:p>
    <w:p>
      <w:r>
        <w:rPr>
          <w:b/>
        </w:rPr>
        <w:t xml:space="preserve">[47:38] </w:t>
      </w:r>
      <w:r>
        <w:t>so we should basically lead a contented life and we should do only that which is in our ability. We should not want more and more because that would make us stressful.</w:t>
      </w:r>
    </w:p>
    <w:p>
      <w:pPr>
        <w:jc w:val="right"/>
      </w:pPr>
      <w:r>
        <w:t>سو وی شوڈ بیسیکلی لیڈ ا کنٹینٹڈ لائف اینڈ وی شوڈ ڈو اونلی دیٹ وچ از ان اور ایبیلیٹی۔ وی شوڈ ناٹ وانٹ مور اینڈ مور کیونکہ دیٹ وڈ میک اس سٹریس فل۔</w:t>
      </w:r>
    </w:p>
    <w:p>
      <w:r>
        <w:rPr>
          <w:b/>
        </w:rPr>
        <w:t xml:space="preserve">[47:48] </w:t>
      </w:r>
      <w:r>
        <w:t>so we should lead lead a life of contentment and simplicity. Thank you very much Maulana for sharing your insights in how to manage stress</w:t>
      </w:r>
    </w:p>
    <w:p>
      <w:pPr>
        <w:jc w:val="right"/>
      </w:pPr>
      <w:r>
        <w:t>سو وی شوڈ لیڈ لیڈ ا لائف اف کنٹینٹمنٹ اینڈ سمپلیسٹی۔ تھینک یو ویری مچ مولانا فار شیئرنگ یور انسائٹس ان ہاؤ ٹو مینج سٹریس</w:t>
      </w:r>
    </w:p>
    <w:p>
      <w:r>
        <w:rPr>
          <w:b/>
        </w:rPr>
        <w:t xml:space="preserve">[47:57] </w:t>
      </w:r>
      <w:r>
        <w:t>. Hopefully that will help us in leading a life in which we can manage stress.</w:t>
      </w:r>
    </w:p>
    <w:p>
      <w:pPr>
        <w:jc w:val="right"/>
      </w:pPr>
      <w:r>
        <w:t>۔ ہوپ فولی دیٹ ویل ہیلپ اس ان لیڈنگ ا لائف ان وچ وی کین مینج سٹریس۔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