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Fiqh Tajdeed-e-Deen Book by Maulana Wahiduddin Khan</w:t>
      </w:r>
    </w:p>
    <w:p>
      <w:r>
        <w:t>https://www.youtube.com/watch?v=ZHDgBUfz80U</w:t>
      </w:r>
    </w:p>
    <w:p>
      <w:r>
        <w:rPr>
          <w:b/>
        </w:rPr>
        <w:t xml:space="preserve">[00:02] </w:t>
      </w:r>
      <w:r>
        <w:t>fiqh. Baad ke zamane mein jab ahadees ko baqaida jama kiya gaya to maloom hua ke sahaba ki riwayaton mein baaz umoor mein ittefaq hai aur baaz umoor mein ikhtilaf.</w:t>
      </w:r>
    </w:p>
    <w:p>
      <w:pPr>
        <w:jc w:val="right"/>
      </w:pPr>
      <w:r>
        <w:t>فقہ۔ بعد کے زمانے میں جب احادیث کو باقاعدہ جمع کیا گیا تو معلوم ہوا کہ صحابہ کی روایتوں میں بعض امور میں اتفاق ہے اور بعض امور میں اختلاف۔</w:t>
      </w:r>
    </w:p>
    <w:p>
      <w:r>
        <w:rPr>
          <w:b/>
        </w:rPr>
        <w:t xml:space="preserve">[00:15] </w:t>
      </w:r>
      <w:r>
        <w:t>misalan panj waqtah namazon ki tadad rak'at ke baray mein tamam sahaba ka bayan ek tha, magar is mamle mein ikhtilaf tha ke aap ne ameen ahista se kahi ya buland awaz se.</w:t>
      </w:r>
    </w:p>
    <w:p>
      <w:pPr>
        <w:jc w:val="right"/>
      </w:pPr>
      <w:r>
        <w:t>مثلاً پنج وقتہ نمازوں کی تعداد رکعت کے بارے میں تمام صحابہ کا بیان ایک تھا، مگر اس معاملے میں اختلاف تھا کہ آپ نے آمین آہستہ سے کہی یا بلند آواز سے۔</w:t>
      </w:r>
    </w:p>
    <w:p>
      <w:r>
        <w:rPr>
          <w:b/>
        </w:rPr>
        <w:t xml:space="preserve">[00:28] </w:t>
      </w:r>
      <w:r>
        <w:t>ab ahl-e-ilm ke darmiyan do giroh ho gaye:</w:t>
      </w:r>
    </w:p>
    <w:p>
      <w:pPr>
        <w:jc w:val="right"/>
      </w:pPr>
      <w:r>
        <w:t>اب اہل علم کے درمیان دو گروہ ہو گئے:</w:t>
      </w:r>
    </w:p>
    <w:p>
      <w:r>
        <w:rPr>
          <w:b/>
        </w:rPr>
        <w:t xml:space="preserve">[00:31] </w:t>
      </w:r>
      <w:r>
        <w:t>ek muhaddiseen ka, jinka kehna tha ke jin umoor mein sahaba ki riwayatein mukhtalif hain wo juz'i umoor hain, aur juz'i umoor mein taus'a matloob hai.</w:t>
      </w:r>
    </w:p>
    <w:p>
      <w:pPr>
        <w:jc w:val="right"/>
      </w:pPr>
      <w:r>
        <w:t>ایک محدثین کا، جن کا کہنا تھا کہ جن امور میں صحابہ کی روایتیں مختلف ہیں وہ جزئی امور ہیں، اور جزئی امور میں توسع مطلوب ہے۔</w:t>
      </w:r>
    </w:p>
    <w:p>
      <w:r>
        <w:rPr>
          <w:b/>
        </w:rPr>
        <w:t xml:space="preserve">[00:43] </w:t>
      </w:r>
      <w:r>
        <w:t>doosri taraf fuqaha thay jo asasi umoor ke sath juz'i umoor mein bhi tawhidd ke qail thay.</w:t>
      </w:r>
    </w:p>
    <w:p>
      <w:pPr>
        <w:jc w:val="right"/>
      </w:pPr>
      <w:r>
        <w:t>دوسری طرف فقہاء تھے جو اثاثی امور کے ساتھ جزئی امور میں بھی توحد کے قائل تھے۔</w:t>
      </w:r>
    </w:p>
    <w:p>
      <w:r>
        <w:rPr>
          <w:b/>
        </w:rPr>
        <w:t xml:space="preserve">[00:49] </w:t>
      </w:r>
      <w:r>
        <w:t>chunancha unhon ne in ikhtilafi riwayaton par zabardast bahasein keen aur yeh sabit karne ki koshish ki ke falan riwayat rajeh hai aur is ke siwa jo riwayat hai wo marjooh hai, waghera.</w:t>
      </w:r>
    </w:p>
    <w:p>
      <w:pPr>
        <w:jc w:val="right"/>
      </w:pPr>
      <w:r>
        <w:t>چنانچہ انہوں نے ان اختلافی روایتوں پر زبردست بحثیں کیں اور یہ ثابت کرنے کی کوشش کی کہ فلاں روایت راجح ہے اور اس کے سوا جو روایت ہے وہ مرجوع ہے، وغیرہ۔</w:t>
      </w:r>
    </w:p>
    <w:p>
      <w:r>
        <w:rPr>
          <w:b/>
        </w:rPr>
        <w:t xml:space="preserve">[01:04] </w:t>
      </w:r>
      <w:r>
        <w:t>taham chunke 'amalan zakhira-e-hadees mein har qism ki riwayatein maujood theen, is liye ek fiqh banane ki koshish mein kai fiqhein paida ho gayeen.</w:t>
      </w:r>
    </w:p>
    <w:p>
      <w:pPr>
        <w:jc w:val="right"/>
      </w:pPr>
      <w:r>
        <w:t>تاہم چونکہ عملاً ذخیرہ حدیث میں ہر قسم کی روایتیں موجود تھیں، اس لیے ایک فقہ بنانے کی کوشش میں کئی فقہیں پیدا ہو گئیں۔</w:t>
      </w:r>
    </w:p>
    <w:p>
      <w:r>
        <w:rPr>
          <w:b/>
        </w:rPr>
        <w:t xml:space="preserve">[01:13] </w:t>
      </w:r>
      <w:r>
        <w:t>is mamle mein Imam Shafi'i ka yeh qaul bohat ba-ma'ni hai ke "ra'yi thawab yuh'tamal al-khata' wa ra'yi ghayri khata' yuh'tamal al-thawab".</w:t>
      </w:r>
    </w:p>
    <w:p>
      <w:pPr>
        <w:jc w:val="right"/>
      </w:pPr>
      <w:r>
        <w:t>اس معاملے میں امام شافعی کا یہ قول بہت بامعنی ہے کہ "رأیی ثواب یحتمل الخطأ ورأیی غیری خطأ یحتمل الثواب"۔</w:t>
      </w:r>
    </w:p>
    <w:p>
      <w:r>
        <w:rPr>
          <w:b/>
        </w:rPr>
        <w:t xml:space="preserve">[01:24] </w:t>
      </w:r>
      <w:r>
        <w:t>meri rai durust hai is imkan ke sath ke wo galat ho, aur doosre ki rai galat hai is imkan ke sath ke wo durust ho.</w:t>
      </w:r>
    </w:p>
    <w:p>
      <w:pPr>
        <w:jc w:val="right"/>
      </w:pPr>
      <w:r>
        <w:t>میری رائے درست ہے اس احتمال کے ساتھ کہ وہ غلط ہو، اور دوسرے کی رائے غلط ہے اس احتمال کے ساتھ کہ وہ درست ہو۔</w:t>
      </w:r>
    </w:p>
    <w:p>
      <w:r>
        <w:rPr>
          <w:b/>
        </w:rPr>
        <w:t xml:space="preserve">[01:33] </w:t>
      </w:r>
      <w:r>
        <w:t>yani jis tarah mere pas apne haq mein riwayat hai, usi tarah doosre ke pas bhi apne haq mein riwayat hai, is liye dono ke liye khata ka imkan bhi hai aur sawab ka imkan bhi.</w:t>
      </w:r>
    </w:p>
    <w:p>
      <w:pPr>
        <w:jc w:val="right"/>
      </w:pPr>
      <w:r>
        <w:t>یعنی جس طرح میرے پاس اپنے حق میں روایت ہے، اسی طرح دوسرے کے پاس بھی اپنے حق میں روایت ہے، اس لیے دونوں کے لیے خطأ کا امکان بھی ہے اور ثواب کا امکان بھی۔</w:t>
      </w:r>
    </w:p>
    <w:p>
      <w:r>
        <w:rPr>
          <w:b/>
        </w:rPr>
        <w:t xml:space="preserve">[01:47] </w:t>
      </w:r>
      <w:r>
        <w:t>is ajeeb-o-ghareeb tadbiq se kahin zyada behtar hai ke yeh maan liya jaye ke jin umoor mein riwayaton mein ikhtilaf hai wo darasal taus'a ki bina par hai, wo haqeeqi ikhtilaf nahi.</w:t>
      </w:r>
    </w:p>
    <w:p>
      <w:pPr>
        <w:jc w:val="right"/>
      </w:pPr>
      <w:r>
        <w:t>اس عجیب و غریب تدبیق سے کہیں زیادہ بہتر ہے کہ یہ مان لیا جائے کہ جن امور میں روایتوں میں اختلاف ہے وہ دراصل توسع کی بنا پر ہے، وہ حقیقی اختلاف نہیں۔</w:t>
      </w:r>
    </w:p>
    <w:p>
      <w:r>
        <w:rPr>
          <w:b/>
        </w:rPr>
        <w:t xml:space="preserve">[02:00] </w:t>
      </w:r>
      <w:r>
        <w:t>fiqh ke rastay se jo kharabi aayi, us ki babat shah waliullah dehlvi ne likha hai: "rasool</w:t>
      </w:r>
    </w:p>
    <w:p>
      <w:pPr>
        <w:jc w:val="right"/>
      </w:pPr>
      <w:r>
        <w:t>فقہ کے راستے سے جو خرابی آئی، اس کی بابت شاہ ولی اللہ دہلوی نے لکھا ہے: "رسول</w:t>
      </w:r>
    </w:p>
    <w:p>
      <w:r>
        <w:rPr>
          <w:b/>
        </w:rPr>
        <w:t xml:space="preserve">[02:06] </w:t>
      </w:r>
      <w:r>
        <w:t>allah sallall allah alayhi wasallam ke zamanay mein fiqh ki tadween nahi hui thi, aur na us waqt</w:t>
      </w:r>
    </w:p>
    <w:p>
      <w:pPr>
        <w:jc w:val="right"/>
      </w:pPr>
      <w:r>
        <w:t>اللہ صلی اللہ علیہ وسلم کے زمانے میں فقہ کی تدوین نہیں ہوئی تھی، اور نہ اس وقت</w:t>
      </w:r>
    </w:p>
    <w:p>
      <w:r>
        <w:rPr>
          <w:b/>
        </w:rPr>
        <w:t xml:space="preserve">[02:12] </w:t>
      </w:r>
      <w:r>
        <w:t>masail mein aisi bahtein hoti thin jaisi yeh fuqaha karte hain ke nihayat koshish se arkan o shurut</w:t>
      </w:r>
    </w:p>
    <w:p>
      <w:pPr>
        <w:jc w:val="right"/>
      </w:pPr>
      <w:r>
        <w:t>مسائل میں ایسی بحثیں ہوتی تھیں جیسی یہ فقہاء کرتے ہیں کہ نہایت کوشش سے ارکان و شروط</w:t>
      </w:r>
    </w:p>
    <w:p>
      <w:r>
        <w:rPr>
          <w:b/>
        </w:rPr>
        <w:t xml:space="preserve">[02:19] </w:t>
      </w:r>
      <w:r>
        <w:t>aur har shai ke aadab ek doosre se juda juda ma' dalail bayan karte hain, aur soortein farz</w:t>
      </w:r>
    </w:p>
    <w:p>
      <w:pPr>
        <w:jc w:val="right"/>
      </w:pPr>
      <w:r>
        <w:t>اور ہر شے کے آداب ایک دوسرے سے جدا جدا مع دلائل بیان کرتے ہیں، اور سورتیں فرض</w:t>
      </w:r>
    </w:p>
    <w:p>
      <w:r>
        <w:rPr>
          <w:b/>
        </w:rPr>
        <w:t xml:space="preserve">[02:25] </w:t>
      </w:r>
      <w:r>
        <w:t>kar ke in mafroozah soorton mein guftagu karte hain, aur jo had had ke qabil hai us ki</w:t>
      </w:r>
    </w:p>
    <w:p>
      <w:pPr>
        <w:jc w:val="right"/>
      </w:pPr>
      <w:r>
        <w:t>کر کے ان مفروضہ سورتوں میں گفتگو کرتے ہیں، اور جو حد حد کے قابل ہے اس کی</w:t>
      </w:r>
    </w:p>
    <w:p>
      <w:r>
        <w:rPr>
          <w:b/>
        </w:rPr>
        <w:t xml:space="preserve">[02:31] </w:t>
      </w:r>
      <w:r>
        <w:t>had bayan karte hain, aur jo hasr ke qabil hai us ka hasr karte hain, aur isi qism</w:t>
      </w:r>
    </w:p>
    <w:p>
      <w:pPr>
        <w:jc w:val="right"/>
      </w:pPr>
      <w:r>
        <w:t>حد بیان کرتے ہیں، اور جو حصر کے قابل ہے اس کا حصر کرتے ہیں، اور اسی قسم</w:t>
      </w:r>
    </w:p>
    <w:p>
      <w:r>
        <w:rPr>
          <w:b/>
        </w:rPr>
        <w:t xml:space="preserve">[02:37] </w:t>
      </w:r>
      <w:r>
        <w:t>ke doosre umoor karte hain.</w:t>
      </w:r>
    </w:p>
    <w:p>
      <w:pPr>
        <w:jc w:val="right"/>
      </w:pPr>
      <w:r>
        <w:t>کے دوسرے امور کرتے ہیں۔</w:t>
      </w:r>
    </w:p>
    <w:p>
      <w:r>
        <w:rPr>
          <w:b/>
        </w:rPr>
        <w:t xml:space="preserve">[02:40] </w:t>
      </w:r>
      <w:r>
        <w:t>magar Rasool Allah Sal Allahu Alaihi Wa Sallam ke 'ahd mein yeh tha ke aap wuzu karte thay, pas sahaba aap ke wuzu ko dekhte aur khud bhi waisa hi karte</w:t>
      </w:r>
    </w:p>
    <w:p>
      <w:pPr>
        <w:jc w:val="right"/>
      </w:pPr>
      <w:r>
        <w:t>مگر رسول اللہ صلی اللہ علیہ وسلم کے عہد میں یہ تھا کہ آپ وضو کرتے تھے، پس صحابہ آپ کے وضو کو دیکھتے اور خود بھی ویسا ہی کرتے</w:t>
      </w:r>
    </w:p>
    <w:p>
      <w:r>
        <w:rPr>
          <w:b/>
        </w:rPr>
        <w:t xml:space="preserve">[02:49] </w:t>
      </w:r>
      <w:r>
        <w:t>, baghair is ke ke aap yeh kehte ke yeh rukn hai, woh mustahab hai, aur aap namaz parhte, pas sahaba aap ki namaz ko dekhte aur khud bhi isi tarah namaz parhte jis tarah aap ko namaz parhte dekha tha.</w:t>
      </w:r>
    </w:p>
    <w:p>
      <w:pPr>
        <w:jc w:val="right"/>
      </w:pPr>
      <w:r>
        <w:t>، بغیر اس کے کہ آپ یہ کہیں کہ یہ رکن ہے، وہ مستحب ہے، اور آپ نماز پڑھتے، پس صحابہ آپ کی نماز کو دیکھتے اور خود بھی اسی طرح نماز پڑھتے جس طرح آپ کو نماز پڑھتے دیکھا تھا۔</w:t>
      </w:r>
    </w:p>
    <w:p>
      <w:r>
        <w:rPr>
          <w:b/>
        </w:rPr>
        <w:t xml:space="preserve">[03:03] </w:t>
      </w:r>
      <w:r>
        <w:t>aur aap ne hajj kiya, pas logon ne aap ke hajj ko dekha aur waisa hi kiya jaisa aap ne kiya tha. Yahi Rasool Allah Sal Allahu Alaihi Wa Sallam ka ghalib haal</w:t>
      </w:r>
    </w:p>
    <w:p>
      <w:pPr>
        <w:jc w:val="right"/>
      </w:pPr>
      <w:r>
        <w:t>اور آپ نے حج کیا، پس لوگوں نے آپ کے حج کو دیکھا اور ویسا ہی کیا جیسا آپ نے کیا تھا۔ یہی رسول اللہ صلی اللہ علیہ وسلم کا غالب حال</w:t>
      </w:r>
    </w:p>
    <w:p>
      <w:r>
        <w:rPr>
          <w:b/>
        </w:rPr>
        <w:t xml:space="preserve">[03:13] </w:t>
      </w:r>
      <w:r>
        <w:t>tha. aap ne yeh bayan nahi kiya ke wuzu mein farz chhay ya chaar hain, aur na aap ne is ihtimal ko farz kiya ke insaan baghair pedarpe ke wuzu kare taake is ke sahih ya fasid hone ka hukum kiya jaye,</w:t>
      </w:r>
    </w:p>
    <w:p>
      <w:pPr>
        <w:jc w:val="right"/>
      </w:pPr>
      <w:r>
        <w:t>تھا۔ آپ نے یہ بیان نہیں کیا کہ وضو میں فرائض چھ یا چار ہیں، اور نہ آپ نے اس احتمال کو فرض کیا کہ انسان بغیر پیدرپے کے وضو کرے تاکہ اس کے صحیح یا فاسد ہونے کا حکم کیا جائے،</w:t>
      </w:r>
    </w:p>
    <w:p>
      <w:r>
        <w:rPr>
          <w:b/>
        </w:rPr>
        <w:t xml:space="preserve">[03:28] </w:t>
      </w:r>
      <w:r>
        <w:t>illa mashaa Allah. aur sahaba is qism ki baatein aap se bohat kam daryaft karte thay. Abdullah Ibn Abbas se marvi hai ke maine ashaab-e-Rasool Sallallahu Alaihi Wasallam se behtar log nahi dekhe.</w:t>
      </w:r>
    </w:p>
    <w:p>
      <w:pPr>
        <w:jc w:val="right"/>
      </w:pPr>
      <w:r>
        <w:t>الا ماشاءاللہ۔ اور صحابہ اس قسم کی باتیں آپ سے بہت کم دریافت کرتے تھے۔ عبداللہ ابن عباس سے مروی ہے کہ میں نے اصحاب رسول صلی اللہ علیہ وسلم سے بہتر لوگ نہیں دیکھے۔</w:t>
      </w:r>
    </w:p>
    <w:p>
      <w:r>
        <w:rPr>
          <w:b/>
        </w:rPr>
        <w:t xml:space="preserve">[03:40] </w:t>
      </w:r>
      <w:r>
        <w:t>unhon ne aap se sirf 13 maslay daryaft kiye, yahan</w:t>
      </w:r>
    </w:p>
    <w:p>
      <w:pPr>
        <w:jc w:val="right"/>
      </w:pPr>
      <w:r>
        <w:t>انہوں نے آپ سے صرف 13 مسئلے دریافت کیے، یہاں</w:t>
      </w:r>
    </w:p>
    <w:p>
      <w:r>
        <w:rPr>
          <w:b/>
        </w:rPr>
        <w:t xml:space="preserve">[03:44] </w:t>
      </w:r>
      <w:r>
        <w:t>tak ke aap ki wafat ho gayi. Hujjatullah Al-Baligha jild awwal bab asbab-e-ikhtilaf-us-Sahaba wal-Tabi'een fil-Furoo'.</w:t>
      </w:r>
    </w:p>
    <w:p>
      <w:pPr>
        <w:jc w:val="right"/>
      </w:pPr>
      <w:r>
        <w:t>تک کہ آپ کی وفات ہوگئی۔ حجت اللہ البالغہ جلد اول باب اسباب اختلاف الصحابۃ والتابعین فی الفروع۔</w:t>
      </w:r>
    </w:p>
    <w:p>
      <w:r>
        <w:rPr>
          <w:b/>
        </w:rPr>
        <w:t xml:space="preserve">[03:55] </w:t>
      </w:r>
      <w:r>
        <w:t>fiqh ka lafz apne maujooda istilahi mafhoom mein Quran o Hadees mein istemal nahi hua hai. Bahaise fan is ki tadween ka aaghaz qarn-e-awwal ke baad hua, jabke masail ne nayi wus'at ikhtiyar kar li.</w:t>
      </w:r>
    </w:p>
    <w:p>
      <w:pPr>
        <w:jc w:val="right"/>
      </w:pPr>
      <w:r>
        <w:t>فقہ کا لفظ اپنے موجودہ اصطلاحی مفہوم میں قرآن و حدیث میں استعمال نہیں ہوا ہے۔ بحیثیت فن اس کی تدوین کا آغاز قرن اول کے بعد ہوا، جبکہ مسائل نے نئی وسعت اختیار کر لی۔</w:t>
      </w:r>
    </w:p>
    <w:p>
      <w:r>
        <w:rPr>
          <w:b/>
        </w:rPr>
        <w:t xml:space="preserve">[04:09] </w:t>
      </w:r>
      <w:r>
        <w:t>Islam phailta ja raha</w:t>
      </w:r>
    </w:p>
    <w:p>
      <w:pPr>
        <w:jc w:val="right"/>
      </w:pPr>
      <w:r>
        <w:t>اسلام پھیلتا جا رہا</w:t>
      </w:r>
    </w:p>
    <w:p>
      <w:r>
        <w:rPr>
          <w:b/>
        </w:rPr>
        <w:t xml:space="preserve">[04:11] </w:t>
      </w:r>
      <w:r>
        <w:t>tha, yahan tak ke woh Cheen ki sarhadon se le kar France ki sarhadon tak ja pohancha. Beshumar naye log Islam mein dakhil ho gaye, aur un ki wajah se naye naye sawalat paida hone lagay.</w:t>
      </w:r>
    </w:p>
    <w:p>
      <w:pPr>
        <w:jc w:val="right"/>
      </w:pPr>
      <w:r>
        <w:t>تھا، یہاں تک کہ وہ چین کی سرحدوں سے لے کر فرانس کی سرحدوں تک جا پہنچا۔ بے شمار نئے لوگ اسلام میں داخل ہوگئے، اور ان کی وجہ سے نئے نئے سوالات پیدا ہونے لگے۔</w:t>
      </w:r>
    </w:p>
    <w:p>
      <w:r>
        <w:rPr>
          <w:b/>
        </w:rPr>
        <w:t xml:space="preserve">[04:23] </w:t>
      </w:r>
      <w:r>
        <w:t>us waqt in sawalat ka jawab dene ka pehla markaz Iraq bana. Iraqi fuqaha ne qiyas aur istikhraj ke zariye naye sawalat ke jawabat dene shuru kiye.</w:t>
      </w:r>
    </w:p>
    <w:p>
      <w:pPr>
        <w:jc w:val="right"/>
      </w:pPr>
      <w:r>
        <w:t>اس وقت ان سوالات کا جواب دینے کا پہلا مرکز عراق بنا۔ عراقی فقہاء نے قیاس اور استخراج کے ذریعے نئے سوالات کے جوابات دینے شروع کیے۔</w:t>
      </w:r>
    </w:p>
    <w:p>
      <w:r>
        <w:rPr>
          <w:b/>
        </w:rPr>
        <w:t xml:space="preserve">[04:33] </w:t>
      </w:r>
      <w:r>
        <w:t>us waqt hadeesain tadween na hui theen, is liye kisi faqeeh ke paas sara zakhira hadees is tarah maujood na tha jaise woh aaj hum ko apne kutub khane mein rakha hua nazar aata hai.</w:t>
      </w:r>
    </w:p>
    <w:p>
      <w:pPr>
        <w:jc w:val="right"/>
      </w:pPr>
      <w:r>
        <w:t>اس وقت حدیثیں مدون نہ ہوئی تھیں، اس لیے کسی فقیہ کے پاس سارا ذخیرہ حدیث اس طرح موجود نہ تھا جیسے وہ آج ہم کو اپنے کتب خانے میں رکھا ہوا نظر آتا ہے۔</w:t>
      </w:r>
    </w:p>
    <w:p>
      <w:r>
        <w:rPr>
          <w:b/>
        </w:rPr>
        <w:t xml:space="preserve">[04:44] </w:t>
      </w:r>
      <w:r>
        <w:t>yahi wajah hai ke ibtidaai fuqaha ke yahan kasrat se apni saabiq raayoon se rujoo milta hai. Fiqh ki kitabon mein is qism ke indrajaat se bhari hui hain: "Haza ra'y Abi Hanifa al-awwal wa innahu raja'a anh".</w:t>
      </w:r>
    </w:p>
    <w:p>
      <w:pPr>
        <w:jc w:val="right"/>
      </w:pPr>
      <w:r>
        <w:t>یہی وجہ ہے کہ ابتدائی فقہاء کے یہاں کثرت سے اپنی سابق رائےوں سے رجوع ملتا ہے۔ فقہ کی کتابیں اس قسم کے اندراجات سے بھری ہوئی ہیں: "ھذا رأی ابی حنیفۃ الاول وانہ رجع عنہ"۔</w:t>
      </w:r>
    </w:p>
    <w:p>
      <w:r>
        <w:rPr>
          <w:b/>
        </w:rPr>
        <w:t xml:space="preserve">[05:01] </w:t>
      </w:r>
      <w:r>
        <w:t>"Haza mazhab al-Shafi'i al-qadeem wa huwa fil-Iraq". "Wa haza mazhabuhu al-jadeed fi Misr". "Haza ahad al-riwayat 'an Malik 'an Ahmad bin Hanbal wa inna hunaka riwayatun ukhra".</w:t>
      </w:r>
    </w:p>
    <w:p>
      <w:pPr>
        <w:jc w:val="right"/>
      </w:pPr>
      <w:r>
        <w:t>"ھذا مذہب الشافعی القدیم وھو فی العراق"۔ "وھذا مذہبہ الجديد فی مصر"۔ "ھذا احد الروایات عن مالک عن احمد بن حنبل وان ہناک روایات اخری"۔</w:t>
      </w:r>
    </w:p>
    <w:p>
      <w:r>
        <w:rPr>
          <w:b/>
        </w:rPr>
        <w:t xml:space="preserve">[05:16] </w:t>
      </w:r>
      <w:r>
        <w:t>Hadees ki jam' o tartib ka kaam jo numayan shakal mein doosri sadi hijri ke nisf-e-sani mein shuru hua, us ki bari wajah woh rad-e-amal tha jo arbaab-e-hadees ke darmiyan Iraqi fuqaha ke khilaf paida ho gaya tha.</w:t>
      </w:r>
    </w:p>
    <w:p>
      <w:pPr>
        <w:jc w:val="right"/>
      </w:pPr>
      <w:r>
        <w:t>حدیث کی جمع و ترتیب کا کام جو نمایاں شکل میں دوسری صدی ہجری کے نصف ثانی میں شروع ہوا، اس کی بڑی وجہ وہ ردعمل تھا جو ارباب حدیث کے درمیان عراقی فقہاء کے خلاف پیدا ہو گیا تھا۔</w:t>
      </w:r>
    </w:p>
    <w:p>
      <w:r>
        <w:rPr>
          <w:b/>
        </w:rPr>
        <w:t xml:space="preserve">[05:29] </w:t>
      </w:r>
      <w:r>
        <w:t>goya Hadees ki tadween is tehreek ka aik juz thi ke masail ki buniyad raay ke bajaye ahadees o aasaar par honi chahiye. Yahi wajah hai ke ibtidaai daur ki hadees ki kitabon mein wohi hadeesain jam' ki gayin jin se fiqhi ahkam maloom hote thay.</w:t>
      </w:r>
    </w:p>
    <w:p>
      <w:pPr>
        <w:jc w:val="right"/>
      </w:pPr>
      <w:r>
        <w:t>گویا حدیث کی تدوین اس تحریک کا ایک جز تھی کہ مسائل کی بنیاد رائے کے بجائے احادیث و آثار پر ہونی چاہیے۔ یہی وجہ ہے کہ ابتدائی دور کی حدیث کی کتابوں میں وہی حدیثیں جمع کی گئیں جن سے فقہی احکام معلوم ہوتے تھے۔</w:t>
      </w:r>
    </w:p>
    <w:p>
      <w:r>
        <w:rPr>
          <w:b/>
        </w:rPr>
        <w:t xml:space="preserve">[05:47] </w:t>
      </w:r>
      <w:r>
        <w:t>is ki aik misaal Muwatta Imam Malik hai. Baad ki kutub hadees jin mein har qism ki hadeesain jam' ki gayin, un mein bhi abwab ki tartib fiqhi tarz par nazar aati hai.</w:t>
      </w:r>
    </w:p>
    <w:p>
      <w:pPr>
        <w:jc w:val="right"/>
      </w:pPr>
      <w:r>
        <w:t>اس کی ایک مثال معطی امام مالک ہے۔ بعد کی کتب حدیث جن میں ہر قسم کی حدیثیں جمع کی گئیں، ان میں بھی ابواب کی ترتیب فقہی طرز پر نظر آتی ہے۔</w:t>
      </w:r>
    </w:p>
    <w:p>
      <w:r>
        <w:rPr>
          <w:b/>
        </w:rPr>
        <w:t xml:space="preserve">[05:57] </w:t>
      </w:r>
      <w:r>
        <w:t>isi ka asar tha ke Imam Bukhari ne apni kitab ki talif se pehle yeh naqsha banaya ke aik zabta qanoon mein kya kya abwab hone chahiye.</w:t>
      </w:r>
    </w:p>
    <w:p>
      <w:pPr>
        <w:jc w:val="right"/>
      </w:pPr>
      <w:r>
        <w:t>اسی کا اثر تھا کہ امام بخاری نے اپنی کتاب کی تالیف سے پہلے یہ نقشہ بنایا کہ ایک ضابطہ قانون میں کیا کیا ابواب ہونے چاہیے۔</w:t>
      </w:r>
    </w:p>
    <w:p>
      <w:r>
        <w:rPr>
          <w:b/>
        </w:rPr>
        <w:t xml:space="preserve">[06:06] </w:t>
      </w:r>
      <w:r>
        <w:t>aik zabta qanoon mein kya kya abwab hone chahiye, aur us ke mutabiq pesh kiye abwab muqarrar kiye.</w:t>
      </w:r>
    </w:p>
    <w:p>
      <w:pPr>
        <w:jc w:val="right"/>
      </w:pPr>
      <w:r>
        <w:t>ایک ضابطہ قانون میں کیا کیا ابواب ہونے چاہیے، اور اس کے مطابق پیش کیے ابواب مقرر کیے۔</w:t>
      </w:r>
    </w:p>
    <w:p>
      <w:r>
        <w:rPr>
          <w:b/>
        </w:rPr>
        <w:t xml:space="preserve">[06:13] </w:t>
      </w:r>
      <w:r>
        <w:t>chunancha Sahih Bukhari mein bohat se unwanat ke tehat to kai kai riwayatain milti hain. Baaz unwan ke tehat sirf Quran ki aik ayat darj hai, aur baaz unwanat dono se khali hain.</w:t>
      </w:r>
    </w:p>
    <w:p>
      <w:pPr>
        <w:jc w:val="right"/>
      </w:pPr>
      <w:r>
        <w:t>چنانچہ صحیح بخاری میں بہت سے عنوانات کے تحت تو کئی کئی روایتیں ملتی ہیں۔ بعض عنوان کے تحت صرف قرآن کی ایک آیت درج ہے، اور بعض عنوانات دونوں سے خالی ہیں۔</w:t>
      </w:r>
    </w:p>
    <w:p>
      <w:r>
        <w:rPr>
          <w:b/>
        </w:rPr>
        <w:t xml:space="preserve">[06:25] </w:t>
      </w:r>
      <w:r>
        <w:t>taham jahan tak fiqh ka sawal hai, Hadees ki jam' o tartib ke baad bhi is ki zaroorat baqi thi.</w:t>
      </w:r>
    </w:p>
    <w:p>
      <w:pPr>
        <w:jc w:val="right"/>
      </w:pPr>
      <w:r>
        <w:t>تاہم جہاں تک فقہ کا سوال ہے، حدیث کی جمع و ترتیب کے بعد بھی اس کی ضرورت باقی تھی۔</w:t>
      </w:r>
    </w:p>
    <w:p>
      <w:r>
        <w:rPr>
          <w:b/>
        </w:rPr>
        <w:t xml:space="preserve">[06:32] </w:t>
      </w:r>
      <w:r>
        <w:t>Ibadat ke tareeqay agarche buniyadi taur par tamam sahaba ke yahan aik hi thay, magar Hadees ne bataya ke is ke zimni pehluon mein mukhtalif sahaba ke amal mein baaz farq paya jata hai.</w:t>
      </w:r>
    </w:p>
    <w:p>
      <w:pPr>
        <w:jc w:val="right"/>
      </w:pPr>
      <w:r>
        <w:t>عبادت کے طریقے اگرچہ بنیادی طور پر تمام صحابہ کے یہاں ایک ہی تھے، مگر حدیث نے بتایا کہ اس کے ضمنی پہلوؤں میں مختلف صحابہ کے عمل میں بعض فرق پایا جاتا ہے۔</w:t>
      </w:r>
    </w:p>
    <w:p>
      <w:r>
        <w:rPr>
          <w:b/>
        </w:rPr>
        <w:t xml:space="preserve">[06:44] </w:t>
      </w:r>
      <w:r>
        <w:t>ab sawal tha ke kya kya kiya jaye, aur ibadat ka kaun sa dhancha muqarrar kiya jaye. Yahan logon ki do raayen ho gayeen. Aik taraf muhaddiseen thay, doosri taraf fuqaha.</w:t>
      </w:r>
    </w:p>
    <w:p>
      <w:pPr>
        <w:jc w:val="right"/>
      </w:pPr>
      <w:r>
        <w:t>اب سوال تھا کہ کیا کیا جائے، اور عبادت کا کون سا ڈھانچہ مقرر کیا جائے۔ یہاں لوگوں کی دو رائیں ہو گئیں۔ ایک طرف محدثین تھے، دوسری طرف فقہاء۔</w:t>
      </w:r>
    </w:p>
    <w:p>
      <w:r>
        <w:rPr>
          <w:b/>
        </w:rPr>
        <w:t xml:space="preserve">[06:57] </w:t>
      </w:r>
      <w:r>
        <w:t>Muhaddiseen ki raay yeh thi ke "Al-Sahaba kulluhum 'udool" ke mutabiq kisi bhi sahabi ki raay par amal kiya ja sakta hai.</w:t>
      </w:r>
    </w:p>
    <w:p>
      <w:pPr>
        <w:jc w:val="right"/>
      </w:pPr>
      <w:r>
        <w:t>محدثین کی رائے یہ تھی کہ "الصحابۃ کلہم عدول" کے مطابق کسی بھی صحابی کی رائے پر عمل کیا جا سکتا ہے۔</w:t>
      </w:r>
    </w:p>
    <w:p>
      <w:r>
        <w:rPr>
          <w:b/>
        </w:rPr>
        <w:t xml:space="preserve">[07:04] </w:t>
      </w:r>
      <w:r>
        <w:t>usama bin zaid kehte hain: "main ne qasim bin muhammad ibn abubakar se poocha: ghair jahri namaz mein</w:t>
      </w:r>
    </w:p>
    <w:p>
      <w:pPr>
        <w:jc w:val="right"/>
      </w:pPr>
      <w:r>
        <w:t>اسامہ بن زید کہتے ہیں: "میں نے قاسم بن محمد ابن ابوبکر سے پوچھا: غیر جہری نماز میں</w:t>
      </w:r>
    </w:p>
    <w:p>
      <w:r>
        <w:rPr>
          <w:b/>
        </w:rPr>
        <w:t xml:space="preserve">[07:10] </w:t>
      </w:r>
      <w:r>
        <w:t>imam ke peeche qirat kaisi hai?" farmaya: "qirat karo, tab bhi ashab-e-rasool Allah mein tumhare liye sawa</w:t>
      </w:r>
    </w:p>
    <w:p>
      <w:pPr>
        <w:jc w:val="right"/>
      </w:pPr>
      <w:r>
        <w:t>امام کے پیچھے قرت کیسی ہے؟" فرمایا: "قرت کرو، تب بھی اصحاب رسول اللہ میں تمہارے لیے سوا</w:t>
      </w:r>
    </w:p>
    <w:p>
      <w:r>
        <w:rPr>
          <w:b/>
        </w:rPr>
        <w:t xml:space="preserve">[07:16] </w:t>
      </w:r>
      <w:r>
        <w:t>hai, aur na karo, tab bhi ashab-e-muhammad mein sawa hai."</w:t>
      </w:r>
    </w:p>
    <w:p>
      <w:pPr>
        <w:jc w:val="right"/>
      </w:pPr>
      <w:r>
        <w:t>ہے، اور نہ کرو، تب بھی اصحاب محمد میں سوا ہے۔"</w:t>
      </w:r>
    </w:p>
    <w:p>
      <w:r>
        <w:rPr>
          <w:b/>
        </w:rPr>
        <w:t xml:space="preserve">[07:20] </w:t>
      </w:r>
      <w:r>
        <w:t>umar ibn abdulaziz ka qaul hai: "har sahabi imam hai, aur har sahabi ki pairwi durust hai."</w:t>
      </w:r>
    </w:p>
    <w:p>
      <w:pPr>
        <w:jc w:val="right"/>
      </w:pPr>
      <w:r>
        <w:t>عمر ابن عبدالعزیز کا قول ہے: "ہر صحابی امام ہے، اور ہر صحابی کی پیروی درست ہے۔"</w:t>
      </w:r>
    </w:p>
    <w:p>
      <w:r>
        <w:rPr>
          <w:b/>
        </w:rPr>
        <w:t xml:space="preserve">[07:28] </w:t>
      </w:r>
      <w:r>
        <w:t>muhammad ibn abdulrahman seerofi bayan karte hain ke main ne imam ahmad bin hanbal se poocha: "agar kisi</w:t>
      </w:r>
    </w:p>
    <w:p>
      <w:pPr>
        <w:jc w:val="right"/>
      </w:pPr>
      <w:r>
        <w:t>محمد ابن عبدالرحمن سیروفی بیان کرتے ہیں کہ میں نے امام احمد بن حنبل سے پوچھا: "اگر کسی</w:t>
      </w:r>
    </w:p>
    <w:p>
      <w:r>
        <w:rPr>
          <w:b/>
        </w:rPr>
        <w:t xml:space="preserve">[07:34] </w:t>
      </w:r>
      <w:r>
        <w:t>mas'ale mein sahaba ka ikhtilaf ho to kya tanqeed o tamhees karna chahiye taake jis ke sath haq</w:t>
      </w:r>
    </w:p>
    <w:p>
      <w:pPr>
        <w:jc w:val="right"/>
      </w:pPr>
      <w:r>
        <w:t>مسئلے میں صحابہ کا اختلاف ہو تو کیا تنقید و تمحیص کرنا چاہیے تاکہ جس کے ساتھ حق</w:t>
      </w:r>
    </w:p>
    <w:p>
      <w:r>
        <w:rPr>
          <w:b/>
        </w:rPr>
        <w:t xml:space="preserve">[07:41] </w:t>
      </w:r>
      <w:r>
        <w:t>nazar aaye, us ki pairwi ki jaye?</w:t>
      </w:r>
    </w:p>
    <w:p>
      <w:pPr>
        <w:jc w:val="right"/>
      </w:pPr>
      <w:r>
        <w:t>نظر آئے، اس کی پیروی کی جائے؟</w:t>
      </w:r>
    </w:p>
    <w:p>
      <w:r>
        <w:rPr>
          <w:b/>
        </w:rPr>
        <w:t xml:space="preserve">[07:43] </w:t>
      </w:r>
      <w:r>
        <w:t>" Jawab diya: "Nahi." Unhon ne kaha: "Phir kya karein?" Kaha: "Jis sahabi ke qaul ko chaho le lo." Taqallad ayyahum ahbabt.</w:t>
      </w:r>
    </w:p>
    <w:p>
      <w:pPr>
        <w:jc w:val="right"/>
      </w:pPr>
      <w:r>
        <w:t>" جواب دیا: "نہیں۔" انہوں نے کہا: "پھر کیا کریں؟" کہا: "جس صحابی کے قول کو چاہو لے لو۔" تقلد ایہم احببت۔</w:t>
      </w:r>
    </w:p>
    <w:p>
      <w:r>
        <w:rPr>
          <w:b/>
        </w:rPr>
        <w:t xml:space="preserve">[07:55] </w:t>
      </w:r>
      <w:r>
        <w:t>Aimma-e-Hadees ke fiqhi maslak ke baray mein ulama ke darmiyan jo ikhtilaf hai, us ki wajah yahi hai kyunke maroof ma'noon mein un ka koi aik fiqhi maslak hi na tha: Jami' Bayan al-'Ilm juz thani.</w:t>
      </w:r>
    </w:p>
    <w:p>
      <w:pPr>
        <w:jc w:val="right"/>
      </w:pPr>
      <w:r>
        <w:t>ائمہ حدیث کے فقہی مسلک کے بارے میں علماء کے درمیان جو اختلاف ہے، اس کی وجہ یہی ہے کیونکہ معروف معنوں میں ان کا کوئی ایک فقہی مسلک ہی نہ تھا: جامع بیان العلم جز ثانی۔</w:t>
      </w:r>
    </w:p>
    <w:p>
      <w:r>
        <w:rPr>
          <w:b/>
        </w:rPr>
        <w:t xml:space="preserve">[08:09] </w:t>
      </w:r>
      <w:r>
        <w:t>magar fuqaha ki raay is se mukhtalif thi.</w:t>
      </w:r>
    </w:p>
    <w:p>
      <w:pPr>
        <w:jc w:val="right"/>
      </w:pPr>
      <w:r>
        <w:t>مگر فقہاء کی رائے اس سے مختلف تھی۔</w:t>
      </w:r>
    </w:p>
    <w:p>
      <w:r>
        <w:rPr>
          <w:b/>
        </w:rPr>
        <w:t xml:space="preserve">[08:12] </w:t>
      </w:r>
      <w:r>
        <w:t>abu umar kehte hain ke imam shafi, lais ibn saad, uzai, abu thaur aur deegar fuqaha ki rai yeh hai ke jab aik hi maslay mein do mutzad qoul hon to dono haq nahi ho sakte.</w:t>
      </w:r>
    </w:p>
    <w:p>
      <w:pPr>
        <w:jc w:val="right"/>
      </w:pPr>
      <w:r>
        <w:t>ابو عمر کہتے ہیں کہ امام شافعی، لیس ابن سعد، اوزاعی، ابو ثور اور دیگر فقہاء کی رائے یہ ہے کہ جب ایک ہی مسئلے میں دو متضاد قول ہوں تو دونوں حق نہیں ہو سکتے۔</w:t>
      </w:r>
    </w:p>
    <w:p>
      <w:r>
        <w:rPr>
          <w:b/>
        </w:rPr>
        <w:t xml:space="preserve">[08:25] </w:t>
      </w:r>
      <w:r>
        <w:t>lazmi tor par aik hi sahih hoga, doosra ghlat. mal haq illa wahid.</w:t>
      </w:r>
    </w:p>
    <w:p>
      <w:pPr>
        <w:jc w:val="right"/>
      </w:pPr>
      <w:r>
        <w:t>لازمی طور پر ایک ہی صحیح ہوگا، دوسرا غلط۔ مال حق الا واحد۔</w:t>
      </w:r>
    </w:p>
    <w:p>
      <w:r>
        <w:rPr>
          <w:b/>
        </w:rPr>
        <w:t xml:space="preserve">[08:33] </w:t>
      </w:r>
      <w:r>
        <w:t>aisi surat mein zaroori hai ke kitab o sunnat, ijma ummat aur usool-e-musallama par qiyas kar ke aik ko rajih aur doosre ko marjooh qarar diya jaye.</w:t>
      </w:r>
    </w:p>
    <w:p>
      <w:pPr>
        <w:jc w:val="right"/>
      </w:pPr>
      <w:r>
        <w:t>ایسی صورت میں ضروری ہے کہ کتاب و سنت، اجماع امت اور اصول مسلمہ پر قیاس کر کے ایک کو راجح اور دوسرے کو مرجوع قرار دیا جائے۔</w:t>
      </w:r>
    </w:p>
    <w:p>
      <w:r>
        <w:rPr>
          <w:b/>
        </w:rPr>
        <w:t xml:space="preserve">[08:45] </w:t>
      </w:r>
      <w:r>
        <w:t>is bahs mein haq bilashuba muhaddiseen ki taraf tha. kuch umoor aisay zaroor hain jin mein farq ka mamla haq aur na-haq ka mamla hota hai, magar har farq ki noiyat yahi nahi hoti.</w:t>
      </w:r>
    </w:p>
    <w:p>
      <w:pPr>
        <w:jc w:val="right"/>
      </w:pPr>
      <w:r>
        <w:t>اس بحث میں حق بلاشبہ محدثین کی طرف تھا۔ بعض امور ایسے ضرور ہیں جن میں فرق کا معاملہ حق اور ناحق کا معاملہ ہوتا ہے، مگر ہر فرق کی نوعیت یہی نہیں ہوتی۔</w:t>
      </w:r>
    </w:p>
    <w:p>
      <w:r>
        <w:rPr>
          <w:b/>
        </w:rPr>
        <w:t xml:space="preserve">[08:58] </w:t>
      </w:r>
      <w:r>
        <w:t>misal ke taur par, kuch riwayat ke mutabiq nabi sallallahu alaihi wasallam ka gumaan tha ke kuch janwar, maslan chooha, goh, yahood ki masakh shuda naslon ki aulad hain.</w:t>
      </w:r>
    </w:p>
    <w:p>
      <w:pPr>
        <w:jc w:val="right"/>
      </w:pPr>
      <w:r>
        <w:t>مثال کے طور پر، بعض روایات کے مطابق نبی صلی اللہ علیہ وسلم کا گمان تھا کہ بعض جانور، مثلاً چوہا، گوہ، یہود کی مسخ شدہ نسلوں کی اولاد ہیں۔</w:t>
      </w:r>
    </w:p>
    <w:p>
      <w:r>
        <w:rPr>
          <w:b/>
        </w:rPr>
        <w:t xml:space="preserve">[09:09] </w:t>
      </w:r>
      <w:r>
        <w:t>lalahu min al-qurun allati masakhat. muslim.</w:t>
      </w:r>
    </w:p>
    <w:p>
      <w:pPr>
        <w:jc w:val="right"/>
      </w:pPr>
      <w:r>
        <w:t>لعلہ من القرون التي مسخت۔ مسلم۔</w:t>
      </w:r>
    </w:p>
    <w:p>
      <w:r>
        <w:rPr>
          <w:b/>
        </w:rPr>
        <w:t xml:space="preserve">[09:14] </w:t>
      </w:r>
      <w:r>
        <w:t>magar doosri riwayat ke mutabiq aap ne farmaya ke tamam janwar pehle se hain. koi janwar kisi masakh shuda qaum ki nasal se nahi.</w:t>
      </w:r>
    </w:p>
    <w:p>
      <w:pPr>
        <w:jc w:val="right"/>
      </w:pPr>
      <w:r>
        <w:t>مگر دوسری روایت کے مطابق آپ نے فرمایا کہ تمام جانور پہلے سے ہیں۔ کوئی جانور کسی مسخ شدہ قوم کی نسل سے نہیں۔</w:t>
      </w:r>
    </w:p>
    <w:p>
      <w:r>
        <w:rPr>
          <w:b/>
        </w:rPr>
        <w:t xml:space="preserve">[09:23] </w:t>
      </w:r>
      <w:r>
        <w:t>innallaha lam yal'an qawman qatt famasakhahum fakana lahum naslun walakinnaha khalqun kan.</w:t>
      </w:r>
    </w:p>
    <w:p>
      <w:pPr>
        <w:jc w:val="right"/>
      </w:pPr>
      <w:r>
        <w:t>ان اللہ لمیلعن قوما قط فیمسخہم فکان لہم نسل ولكنھذا خلق کان۔</w:t>
      </w:r>
    </w:p>
    <w:p>
      <w:r>
        <w:rPr>
          <w:b/>
        </w:rPr>
        <w:t xml:space="preserve">[09:33] </w:t>
      </w:r>
      <w:r>
        <w:t>abu daud</w:t>
      </w:r>
    </w:p>
    <w:p>
      <w:pPr>
        <w:jc w:val="right"/>
      </w:pPr>
      <w:r>
        <w:t>ابو داؤد</w:t>
      </w:r>
    </w:p>
    <w:p>
      <w:r>
        <w:rPr>
          <w:b/>
        </w:rPr>
        <w:t xml:space="preserve">[09:34] </w:t>
      </w:r>
      <w:r>
        <w:t>zahair hai ke in dono mein se koi aik hi baat sahih ho sakti hai, is liye hum majboor hain ke aik riwayat ko tark kar ke doosri ko ikhtiyar karein.</w:t>
      </w:r>
    </w:p>
    <w:p>
      <w:pPr>
        <w:jc w:val="right"/>
      </w:pPr>
      <w:r>
        <w:t>۔ ظاہر ہے کہ ان دونوں میں سے کوئی ایک ہی بات صحیح ہو سکتی ہے، اس لیے ہم مجبور ہیں کہ ایک روایت کو ترک کر کے دوسری کو اختیار کریں۔</w:t>
      </w:r>
    </w:p>
    <w:p>
      <w:r>
        <w:rPr>
          <w:b/>
        </w:rPr>
        <w:t xml:space="preserve">[09:44] </w:t>
      </w:r>
      <w:r>
        <w:t>isi tarah kuch riwayat ke mutabiq aulad-e-mushrikeen ke baray mein farmaya ke woh apne aba ke sath jahannum mein honge. hum ma'a abaihim.</w:t>
      </w:r>
    </w:p>
    <w:p>
      <w:pPr>
        <w:jc w:val="right"/>
      </w:pPr>
      <w:r>
        <w:t>اسی طرح بعض روایات کے مطابق اولاد مشرکین کے بارے میں فرمایا کہ وہ اپنے ابا کے ساتھ جہنم میں ہوں گے۔ ہم مع ابائہم۔</w:t>
      </w:r>
    </w:p>
    <w:p>
      <w:r>
        <w:rPr>
          <w:b/>
        </w:rPr>
        <w:t xml:space="preserve">[09:53] </w:t>
      </w:r>
      <w:r>
        <w:t>ibn kathir. doosri taraf aisi bhi riwayat hain ke aap ne farmaya ke koi bacha halat-e-tifli mein mar jaye to woh jannat mein jayega.</w:t>
      </w:r>
    </w:p>
    <w:p>
      <w:pPr>
        <w:jc w:val="right"/>
      </w:pPr>
      <w:r>
        <w:t>ابن کثیر۔ دوسری طرف ایسی بھی روایات ہیں کہ آپ نے فرمایا کہ کوئی بچہ حالت طفلی میں مر جائے تو وہ جنت میں جائے گا۔</w:t>
      </w:r>
    </w:p>
    <w:p>
      <w:r>
        <w:rPr>
          <w:b/>
        </w:rPr>
        <w:t xml:space="preserve">[10:03] </w:t>
      </w:r>
      <w:r>
        <w:t>al-mawludu fil jannah. ahmad tabrani ki aik riwayat ke mutabiq aap se atfal-e-mushrikeen ke baray mein poocha gaya to aap ne farmaya: "woh ahle jannat ke khadim honge."</w:t>
      </w:r>
    </w:p>
    <w:p>
      <w:pPr>
        <w:jc w:val="right"/>
      </w:pPr>
      <w:r>
        <w:t>المولود فی الجنہ۔ احمد طبرانی کی ایک روایت کے مطابق آپ سے اطفال مشرکین کے بارے میں پوچھا گیا تو آپ نے فرمایا: "وہ اہل جنت کے خادم ہوں گے۔"</w:t>
      </w:r>
    </w:p>
    <w:p>
      <w:r>
        <w:rPr>
          <w:b/>
        </w:rPr>
        <w:t xml:space="preserve">[10:14] </w:t>
      </w:r>
      <w:r>
        <w:t>hum khuddamu ahli al-jannah. zahair hai ke aik larka ba'iq waqt jannat aur dozakh dono jagah nahi ho sakta, is liye hamara farz hoga ke dono qism ki riwayat ki chhanbeen kar ke sahih tar qoul ko talash karein.</w:t>
      </w:r>
    </w:p>
    <w:p>
      <w:pPr>
        <w:jc w:val="right"/>
      </w:pPr>
      <w:r>
        <w:t>ہم خدم اہل الجنہ۔ ظاہر ہے کہ ایک لڑکا بیک وقت جنت اور دوزخ دونوں جگہ نہیں ہو سکتا، اس لیے ہمارا فرض ہوگا کہ دونوں قسم کی روایات کی چھان بین کر کے صحیح تر قول کو تلاش کریں۔</w:t>
      </w:r>
    </w:p>
    <w:p>
      <w:r>
        <w:rPr>
          <w:b/>
        </w:rPr>
        <w:t xml:space="preserve">[10:30] </w:t>
      </w:r>
      <w:r>
        <w:t>m</w:t>
      </w:r>
    </w:p>
    <w:p>
      <w:pPr>
        <w:jc w:val="right"/>
      </w:pPr>
      <w:r>
        <w:t>م</w:t>
      </w:r>
    </w:p>
    <w:p>
      <w:r>
        <w:rPr>
          <w:b/>
        </w:rPr>
        <w:t xml:space="preserve">[10:31] </w:t>
      </w:r>
      <w:r>
        <w:t>agar jahan tak ibadat ke tareeqon mein mazkoor farq ka talluq hai, woh na sirf intehai zimni aur furui hain balkay aik aisay daira se talluq rakhte hain jahan farq ke mani lazman yeh nahi hain ke aik sahih hai aur doosra ghlat.</w:t>
      </w:r>
    </w:p>
    <w:p>
      <w:pPr>
        <w:jc w:val="right"/>
      </w:pPr>
      <w:r>
        <w:t>گر جہاں تک عبادت کے طریقوں میں مذکورہ فرق کا تعلق ہے، وہ نہ صرف انتہائی ضمنی اور فروعی ہیں بلکہ ایک ایسے دائرے سے تعلق رکھتے ہیں جہاں فرق کے معنی لازماً یہ نہیں ہیں کہ ایک صحیح ہے اور دوسرا غلط۔</w:t>
      </w:r>
    </w:p>
    <w:p>
      <w:r>
        <w:rPr>
          <w:b/>
        </w:rPr>
        <w:t xml:space="preserve">[10:46] </w:t>
      </w:r>
      <w:r>
        <w:t>is mamle mein farq darasal tanawwu aur taus'a ko batata hai, na ke haq aur na-haq ko. yahi wajah hai ke hum aik aik hi sahabi ko bas auqat mukhtalif amal karte hue paate hain.</w:t>
      </w:r>
    </w:p>
    <w:p>
      <w:pPr>
        <w:jc w:val="right"/>
      </w:pPr>
      <w:r>
        <w:t>اس معاملے میں فرق دراصل تنوع اور توسع کو بتاتا ہے، نہ کہ حق اور ناحق کو۔ یہی وجہ ہے کہ ہم ایک ایک ہی صحابی کو بسا اوقات مختلف عمل کرتے ہوئے پاتے ہیں۔</w:t>
      </w:r>
    </w:p>
    <w:p>
      <w:r>
        <w:rPr>
          <w:b/>
        </w:rPr>
        <w:t xml:space="preserve">[10:59] </w:t>
      </w:r>
      <w:r>
        <w:t>misal ke taur par, imam malik aur imam shafi ne barwayat urwah naqal kiya hai ke hazrat umar farooq ne mimbar par ayat-e-sajdah tilawat ki aur utar kar sajda kiya, aur aap ke sath doosron ne bhi kiya.</w:t>
      </w:r>
    </w:p>
    <w:p>
      <w:pPr>
        <w:jc w:val="right"/>
      </w:pPr>
      <w:r>
        <w:t>مثال کے طور پر، امام مالک اور امام شافعی نے بروایت عروہ نقل کیا ہے کہ حضرت عمر فاروق نے ممبر پر آیت سجدہ تلاوت کی اور اتر کر سجدہ کیا، اور آپ کے ساتھ دوسروں نے بھی کیا۔</w:t>
      </w:r>
    </w:p>
    <w:p>
      <w:r>
        <w:rPr>
          <w:b/>
        </w:rPr>
        <w:t xml:space="preserve">[11:13] </w:t>
      </w:r>
      <w:r>
        <w:t>agle jum'a ko dobara aap ne ayat-e-sajdah tilawat ki aur sajda nahi kiya. logon ne qasd kiya ke sajda karein to mana farmaya aur kaha ke apni jagah baithe raho.</w:t>
      </w:r>
    </w:p>
    <w:p>
      <w:pPr>
        <w:jc w:val="right"/>
      </w:pPr>
      <w:r>
        <w:t>اگلے جمعہ کو دوبارہ آپ نے آیت سجدہ تلاوت کی اور سجدہ نہیں کیا۔ لوگوں نے قصد کیا کہ سجدہ کریں تو منع فرمایا اور کہا کہ اپنی جگہ بیٹھے رہو۔</w:t>
      </w:r>
    </w:p>
    <w:p>
      <w:r>
        <w:rPr>
          <w:b/>
        </w:rPr>
        <w:t xml:space="preserve">[11:23] </w:t>
      </w:r>
      <w:r>
        <w:t>azalatu al-khuffa. maqsad-e-dom. safha 169</w:t>
      </w:r>
    </w:p>
    <w:p>
      <w:pPr>
        <w:jc w:val="right"/>
      </w:pPr>
      <w:r>
        <w:t>ازالت الخفاء۔ مقصد دوم۔ صفحہ 169</w:t>
      </w:r>
    </w:p>
    <w:p>
      <w:r>
        <w:rPr>
          <w:b/>
        </w:rPr>
        <w:t xml:space="preserve">[11:29] </w:t>
      </w:r>
      <w:r>
        <w:t>hazrat umar masjid mein dakhil hue aur do rakat namaz padhi, aur imam shafi yeh bhi riwayat karte hain ke agle din aap masjid mein aaye aur aik rakat namaz padh kar salam phera.</w:t>
      </w:r>
    </w:p>
    <w:p>
      <w:pPr>
        <w:jc w:val="right"/>
      </w:pPr>
      <w:r>
        <w:t>۔ حضرت عمر مسجد میں داخل ہوئے اور دو رکعت نماز پڑھی، اور امام شافعی یہ بھی روایت کرتے ہیں کہ اگلے دن آپ مسجد میں آئے اور ایک رکعت نماز پڑھ کر سلام پھیر دیا۔</w:t>
      </w:r>
    </w:p>
    <w:p>
      <w:r>
        <w:rPr>
          <w:b/>
        </w:rPr>
        <w:t xml:space="preserve">[11:39] </w:t>
      </w:r>
      <w:r>
        <w:t>kaha gaya: "aap ne aik hi rakat namaz padhi?" farmaya: "yeh nafl thi, jo chahe ziyada parhe aur jo chahe kam." 178.</w:t>
      </w:r>
    </w:p>
    <w:p>
      <w:pPr>
        <w:jc w:val="right"/>
      </w:pPr>
      <w:r>
        <w:t>کہا گیا: "آپ نے ایک ہی رکعت نماز پڑھی؟" فرمایا: "یہ نافلہ تھی، جو چاہے زیادہ پڑھے اور جو چاہے کم۔" 178۔</w:t>
      </w:r>
    </w:p>
    <w:p>
      <w:r>
        <w:rPr>
          <w:b/>
        </w:rPr>
        <w:t xml:space="preserve">[11:50] </w:t>
      </w:r>
      <w:r>
        <w:t>isi tarah hazrat umar ke baray mein riwayat kiya gaya hai ke namaz mein aap bismillah-e-rahman-e-rahim aam taur par ba awaz buland nahi padhte the, magar kabhi kabhi aap ne bismillah ba awaz buland bhi padhi.</w:t>
      </w:r>
    </w:p>
    <w:p>
      <w:pPr>
        <w:jc w:val="right"/>
      </w:pPr>
      <w:r>
        <w:t>اسی طرح حضرت عمر کے بارے میں روایت کیا گیا ہے کہ نماز میں آپ بسم اللہ الرحمن الرحیم عام طور پر با آواز بلند نہیں پڑھتے تھے، مگر کبھی کبھی آپ نے بسم اللہ با آواز بلند بھی پڑھا۔</w:t>
      </w:r>
    </w:p>
    <w:p>
      <w:r>
        <w:rPr>
          <w:b/>
        </w:rPr>
        <w:t xml:space="preserve">[12:03] </w:t>
      </w:r>
      <w:r>
        <w:t>162. hazrat abdullah ibn abbas ko maloom tha ke rasoolullah sallallahu alaihi wasallam ne kuch auqat barish ke mauqe par munadi ke zariye ailan karaya tha ke "ala sallu fi al-rihal".</w:t>
      </w:r>
    </w:p>
    <w:p>
      <w:pPr>
        <w:jc w:val="right"/>
      </w:pPr>
      <w:r>
        <w:t>162۔ حضرت عبداللہ ابن عباس کو معلوم تھا کہ رسول اللہ صلی اللہ علیہ وسلم نے بعض اوقات بارش کے موقع پر منادی کے ذریعے اعلان کرایا تھا کہ "الا صلو فی الرحال"۔</w:t>
      </w:r>
    </w:p>
    <w:p>
      <w:r>
        <w:rPr>
          <w:b/>
        </w:rPr>
        <w:t xml:space="preserve">[12:14] </w:t>
      </w:r>
      <w:r>
        <w:t>is ke bawajood un ke baray mein riwayat mein aata hai ke</w:t>
      </w:r>
    </w:p>
    <w:p>
      <w:pPr>
        <w:jc w:val="right"/>
      </w:pPr>
      <w:r>
        <w:t>اس کے باوجود ان کے بارے میں روایات میں آتا ہے کہ</w:t>
      </w:r>
    </w:p>
    <w:p>
      <w:r>
        <w:rPr>
          <w:b/>
        </w:rPr>
        <w:t xml:space="preserve">[12:18] </w:t>
      </w:r>
      <w:r>
        <w:t>hazrat ibn abbas ne juma ke roz barish ke din apne muazzin se kaha: "jab tum azan mein ash-hadu an muhammadur rasulullah kaho to us ke baad hayya alas salah mat kehna, balke yeh fiqra kehna: sallu fi buyutikum".</w:t>
      </w:r>
    </w:p>
    <w:p>
      <w:pPr>
        <w:jc w:val="right"/>
      </w:pPr>
      <w:r>
        <w:t>حضرت ابن عباس نے جمعہ کے روز بارش کے دن اپنے مؤذن سے کہا: "جب تم اذان میں اشھد ان محمد رسول اللہ کہو تو اس کے بعد حی علی الصلاح مت کہنا، بلکہ یہ فقرہ کہنا: صلو فی بیوتکم"۔</w:t>
      </w:r>
    </w:p>
    <w:p>
      <w:r>
        <w:rPr>
          <w:b/>
        </w:rPr>
        <w:t xml:space="preserve">[12:34] </w:t>
      </w:r>
      <w:r>
        <w:t>apne gharon mein namaz parh lo. muazzin ne jab is tarah azan di to logon ko ajib maloom hua. ibn abbas ne farmaya: "yeh us hasti ne kiya hai jo mujh se behtar, mujh se bohat behtar tha, yani rasulullah sallallahu alaihi wasallam</w:t>
      </w:r>
    </w:p>
    <w:p>
      <w:pPr>
        <w:jc w:val="right"/>
      </w:pPr>
      <w:r>
        <w:t>اپنے گھروں میں نماز پڑھ لو۔ مؤذن نے جب اس طرح اذان دی تو لوگوں کو عجیب معلوم ہوا۔ ابن عباس نے فرمایا: "یہ اس ہستی نے کیا ہے جو مجھ سے بہتر، مجھ سے بہت بہتر تھا، یعنی رسول اللہ صلی اللہ علیہ وسلم</w:t>
      </w:r>
    </w:p>
    <w:p>
      <w:r>
        <w:rPr>
          <w:b/>
        </w:rPr>
        <w:t xml:space="preserve">[12:48] </w:t>
      </w:r>
      <w:r>
        <w:t>". unhon ne kaha: "mujhe pasand nahi hua ke tum ko kechar aur phislan mein ghar se nikalun."</w:t>
      </w:r>
    </w:p>
    <w:p>
      <w:pPr>
        <w:jc w:val="right"/>
      </w:pPr>
      <w:r>
        <w:t>۔" انہوں نے کہا: "مجھے پسند نہیں ہوا کہ تم کو کیچڑ اور پھسلن میں گھر سے نکالوں۔"</w:t>
      </w:r>
    </w:p>
    <w:p>
      <w:r>
        <w:rPr>
          <w:b/>
        </w:rPr>
        <w:t xml:space="preserve">[12:58] </w:t>
      </w:r>
      <w:r>
        <w:t>nabi sallallahu alaihi wasallam aur aap ke ashaab ki zindagi ke mutale se maloom hota hai ke khuda ki ibadat apne buniyadi dhanchay ke aitbar se ek muqarrar amal hone ke bawajud apni sari tafsilat mein ek makhsus amal ki yaksaan takrar ka naam na thi.</w:t>
      </w:r>
    </w:p>
    <w:p>
      <w:pPr>
        <w:jc w:val="right"/>
      </w:pPr>
      <w:r>
        <w:t>نبی صلی اللہ علیہ وسلم اور آپ کے اصحاب کی زندگی کے مطالعے سے معلوم ہوتا ہے کہ خدا کی عبادت اپنے بنیادی ڈھانچے کے اعتبار سے ایک مقرر عمل ہونے کے باوجود اپنی ساری تفصیلات میں ایک مخصوص عمل کی یکساں تکرار کا نام نہ تھی۔</w:t>
      </w:r>
    </w:p>
    <w:p>
      <w:r>
        <w:rPr>
          <w:b/>
        </w:rPr>
        <w:t xml:space="preserve">[13:14] </w:t>
      </w:r>
      <w:r>
        <w:t>jaisa ke aaj ek shakhs ko apne maslak ki madawwan fiqh mein nazar aata hai, bilashuba is ki ek mutayyan shakal thi, magar mukhtalif wajuh se is mein bar bar farq bhi paida ho jata tha.</w:t>
      </w:r>
    </w:p>
    <w:p>
      <w:pPr>
        <w:jc w:val="right"/>
      </w:pPr>
      <w:r>
        <w:t>جیسا کہ آج ایک شخص کو اپنے مسلک کی مدون فقہ میں نظر آتا ہے، بلاشبہ اس کی ایک متعین شکل تھی، مگر مختلف وجوہ سے اس میں بار بار فرق بھی پیدا ہو جاتا تھا۔</w:t>
      </w:r>
    </w:p>
    <w:p>
      <w:r>
        <w:rPr>
          <w:b/>
        </w:rPr>
        <w:t xml:space="preserve">[13:27] </w:t>
      </w:r>
      <w:r>
        <w:t>farq ki ek wajah woh hai jo kisi ittifaqi sabab se paida hui. misal ke taur par, tawaf-e-kaba ke waqt raml yani kandhon ko hilate hue chalna.</w:t>
      </w:r>
    </w:p>
    <w:p>
      <w:pPr>
        <w:jc w:val="right"/>
      </w:pPr>
      <w:r>
        <w:t>فرق کی ایک وجہ وہ ہے جو کسی اتفاقی سبب سے پیدا ہوئی۔ مثال کے طور پر، طواف کعبہ کے وقت رمل یعنی کندھوں کو ہلاتے ہوئے چلنا۔</w:t>
      </w:r>
    </w:p>
    <w:p>
      <w:r>
        <w:rPr>
          <w:b/>
        </w:rPr>
        <w:t xml:space="preserve">[13:37] </w:t>
      </w:r>
      <w:r>
        <w:t>agarche baaz fuqaha ke nazdeek sunnat hai, magar abdullah ibn abbas ka qaul hai ke aap ne is ko waqti maslehat ki bina par ikhtiyar kiya tha.</w:t>
      </w:r>
    </w:p>
    <w:p>
      <w:pPr>
        <w:jc w:val="right"/>
      </w:pPr>
      <w:r>
        <w:t>اگرچہ بات کے فقہاء کے نزدیک سنت ہے، مگر عبداللہ ابن عباس کا قول ہے کہ آپ نے اس کو وقتی مصلحت کی بنا پر اختیار کیا تھا۔</w:t>
      </w:r>
    </w:p>
    <w:p>
      <w:r>
        <w:rPr>
          <w:b/>
        </w:rPr>
        <w:t xml:space="preserve">[13:48] </w:t>
      </w:r>
      <w:r>
        <w:t>nabi sallallahu alaihi wasallam ne is ko mahaz ittifaqi taur par ek amr-e-aariz ki wajah se kiya tha, aur woh yeh ke mushrikeen-e-makka ne kaha tha ke musalmanon ko madine ke bukhar ne kamzor kar diya hai, warna tawaf mein raml karna mustaqil sunnat nahi hai.</w:t>
      </w:r>
    </w:p>
    <w:p>
      <w:pPr>
        <w:jc w:val="right"/>
      </w:pPr>
      <w:r>
        <w:t>نبی صلی اللہ علیہ وسلم نے اس کو محض اتفاقی طور پر ایک امر عارض کی وجہ سے کیا تھا، اور وہ یہ کہ مشرکین مکہ نے کہا تھا کہ مسلمانوں کو مدینے کے بخار نے کمزور کر دیا ہے، ورنہ طواف میں طواف میں رمل کرنا مستقل سنت نہیں ہے۔</w:t>
      </w:r>
    </w:p>
    <w:p>
      <w:r>
        <w:rPr>
          <w:b/>
        </w:rPr>
        <w:t xml:space="preserve">[14:06] </w:t>
      </w:r>
      <w:r>
        <w:t>hujjatullah al-baligha. isi tarah ek farq woh hai jo kaifiyat-e-ibadat ke wufur se paida hota hai.</w:t>
      </w:r>
    </w:p>
    <w:p>
      <w:pPr>
        <w:jc w:val="right"/>
      </w:pPr>
      <w:r>
        <w:t>حجت اللہ البالغہ۔ اسی طرح ایک فرق وہ ہے جو کیفیت عبادت کے وفور سے پیدا ہوتا ہے۔</w:t>
      </w:r>
    </w:p>
    <w:p>
      <w:r>
        <w:rPr>
          <w:b/>
        </w:rPr>
        <w:t xml:space="preserve">[14:13] </w:t>
      </w:r>
      <w:r>
        <w:t>tirmizi. abu daud. nasai ne riwayat kiya hai ke rifa'ah ibn rafi' ne nabi sallallahu alaihi wasallam ke pichay namaz parhi. darmian mein unhein chheenk aa gayi to un ki zaban se ba awaz buland nikla: "alhamdulillah hamdan kasiran tayyiban mubarakan fihi kama yuhibbu rabbuna wa yarda".</w:t>
      </w:r>
    </w:p>
    <w:p>
      <w:pPr>
        <w:jc w:val="right"/>
      </w:pPr>
      <w:r>
        <w:t>ترمذی۔ ابو داؤد۔ نسائی نے روایت کیا ہے کہ رفاع ابن رافع نے نبی صلی اللہ علیہ وسلم کے پیچھے نماز پڑھی۔ درمیان میں انہیں چھینک آ گئی تو ان کی زبان سے با آواز بلند نکلا: "الحمدللہ حمدا کثیرا طیبا مبارکا فیہ کما یحب ربنا ویرضا"۔</w:t>
      </w:r>
    </w:p>
    <w:p>
      <w:r>
        <w:rPr>
          <w:b/>
        </w:rPr>
        <w:t xml:space="preserve">[14:34] </w:t>
      </w:r>
      <w:r>
        <w:t>aap ne salam pherne ke baad poocha: "namaz mein kaun bola tha?" man al-mutakallim fi as-salah? kisi ne jawab na diya. aakhir teesri bar poochne par rifa'ah ne kaha ke: "ana ya rasulullah!</w:t>
      </w:r>
    </w:p>
    <w:p>
      <w:pPr>
        <w:jc w:val="right"/>
      </w:pPr>
      <w:r>
        <w:t>آپ نے سلام پھیرنے کے بعد پوچھا: "نماز میں کون بولا تھا؟" من المتکلم فی الصلاح؟ کسی نے جواب نہ دیا۔ آخر تیسری بار پوچھنے پر رفاع نے کہا کہ: "انا یا رسول اللہ!</w:t>
      </w:r>
    </w:p>
    <w:p>
      <w:r>
        <w:rPr>
          <w:b/>
        </w:rPr>
        <w:t xml:space="preserve">[14:46] </w:t>
      </w:r>
      <w:r>
        <w:t>main aey khuda ke rasul!" aap ne farmaya: "us zaat ki qasam jis ke qabze mein meri jaan hai, is kalmay ko lene ke liye tees se zyada farishte daud pade the." mishkat.</w:t>
      </w:r>
    </w:p>
    <w:p>
      <w:pPr>
        <w:jc w:val="right"/>
      </w:pPr>
      <w:r>
        <w:t>میں اے خدا کے رسول!" آپ نے فرمایا: "اس ذات کی قسم جس کے قبضے میں میری جان ہے، اس کلمے کو لینے کے لیے تیس سے زیادہ فرشتے دوڑ پڑے تھے۔" مشکات۔</w:t>
      </w:r>
    </w:p>
    <w:p>
      <w:r>
        <w:rPr>
          <w:b/>
        </w:rPr>
        <w:t xml:space="preserve">[14:57] </w:t>
      </w:r>
      <w:r>
        <w:t>mal yajuzu fi as-salah wa ma yubah. 91. safha number 91.</w:t>
      </w:r>
    </w:p>
    <w:p>
      <w:pPr>
        <w:jc w:val="right"/>
      </w:pPr>
      <w:r>
        <w:t>مال یجوز فی الصلاۃ وما یباح۔ 91۔ صفحہ نمبر 91۔</w:t>
      </w:r>
    </w:p>
    <w:p>
      <w:r>
        <w:rPr>
          <w:b/>
        </w:rPr>
        <w:t xml:space="preserve">[15:04] </w:t>
      </w:r>
      <w:r>
        <w:t>isi tarah farq ki ek wajah yeh hui ke islam mein asal ahmiyat haqiqat-e-ibadat ki hai, na ke shakal-e-ibadat ki. is liye ibadat ki adaiygi ke douran agar is ki shakal mein mamooli farq ho gaya to aap ne is ko nazar andaz kiya aur ibadat ki asal haqiqat par zor diya.</w:t>
      </w:r>
    </w:p>
    <w:p>
      <w:pPr>
        <w:jc w:val="right"/>
      </w:pPr>
      <w:r>
        <w:t>اسی طرح فرق کی ایک وجہ یہ ہوئی کہ اسلام میں اصل اہمیت حقیقت عبادت کی ہے، نہ کہ شکل عبادت کی۔ اس لیے عبادت کی ادائیگی کے دوران اگر اس کی شکل میں معمولی فرق ہو گیا تو آپ نے اس کو نظر انداز کیا اور عبادت کی اصل حقیقت پر زور دیا۔</w:t>
      </w:r>
    </w:p>
    <w:p>
      <w:r>
        <w:rPr>
          <w:b/>
        </w:rPr>
        <w:t xml:space="preserve">[15:25] </w:t>
      </w:r>
      <w:r>
        <w:t>usama bin sharik kehte hain ke nabi sallallahu alaihi wasallam ke sath haj ke liye nikla,</w:t>
      </w:r>
    </w:p>
    <w:p>
      <w:pPr>
        <w:jc w:val="right"/>
      </w:pPr>
      <w:r>
        <w:t>اسامہ بن شریک کہتے ہیں کہ نبی میں نبی صلی اللہ علیہ وسلم کے ساتھ حج کے لیے نکلا،</w:t>
      </w:r>
    </w:p>
    <w:p>
      <w:r>
        <w:rPr>
          <w:b/>
        </w:rPr>
        <w:t xml:space="preserve">[15:30] </w:t>
      </w:r>
      <w:r>
        <w:t>pas log aap ke pas aate. koi kehta: "ya rasulullah! maine tawaf se pehle sa'i kar liya". koi kehta: "maine falan cheez pehle kar li".</w:t>
      </w:r>
    </w:p>
    <w:p>
      <w:pPr>
        <w:jc w:val="right"/>
      </w:pPr>
      <w:r>
        <w:t>پس لوگ آپ کے پاس آتے۔ کوئی کہتا: "یا رسول اللہ! میں نے طواف سے پہلے سعی کر لیا"۔ کوئی کہتا: "میں نے فلاں چیز پہلے کر لی"۔</w:t>
      </w:r>
    </w:p>
    <w:p>
      <w:r>
        <w:rPr>
          <w:b/>
        </w:rPr>
        <w:t xml:space="preserve">[15:39] </w:t>
      </w:r>
      <w:r>
        <w:t>maine falan cheez baad mein ki. aap un ko jawab dete: "is mein koi harj nahi." harj ki baat aur halak karne wali baat to yeh hai ke koi shakhs apne musalman bhai ki izzat par hamla kare.</w:t>
      </w:r>
    </w:p>
    <w:p>
      <w:pPr>
        <w:jc w:val="right"/>
      </w:pPr>
      <w:r>
        <w:t>میں نے فلاں چیز بعد میں کی۔ آپ ان کو جواب دیتے: "اس میں کوئی حرج نہیں۔" حرج کی بات اور ہلاک کرنے والی بات تو یہ ہے کہ کوئی شخص اپنے مسلمان بھائی کی عزت پر حملہ کرے۔</w:t>
      </w:r>
    </w:p>
    <w:p>
      <w:r>
        <w:rPr>
          <w:b/>
        </w:rPr>
        <w:t xml:space="preserve">[15:52] </w:t>
      </w:r>
      <w:r>
        <w:t>mishkat. kitab al-manasik.</w:t>
      </w:r>
    </w:p>
    <w:p>
      <w:pPr>
        <w:jc w:val="right"/>
      </w:pPr>
      <w:r>
        <w:t>مشکات۔ کتاب المناسک۔</w:t>
      </w:r>
    </w:p>
    <w:p>
      <w:r>
        <w:rPr>
          <w:b/>
        </w:rPr>
        <w:t xml:space="preserve">[15:56] </w:t>
      </w:r>
      <w:r>
        <w:t>quran mein namaz ki adaiygi par be had zor diya gaya hai, magar namaz ki mutayyan surat nahi batai gayi hai. hadith se namaz ki shakal maloom hoti hai, magar isi ke sath hadith yeh bhi batati hai ke namaz ki zimni shakalon mein tanawwu aur taus'a hai.</w:t>
      </w:r>
    </w:p>
    <w:p>
      <w:pPr>
        <w:jc w:val="right"/>
      </w:pPr>
      <w:r>
        <w:t>قرآن میں نماز کی ادائیگی پر بے حد زور دیا گیا ہے، مگر نماز کی متعین صورت نہیں بتائی گئی ہے۔ حدیث سے نماز کی شکل معلوم ہوتی ہے، مگر اسی کے ساتھ حدیث یہ بھی بتاتی ہے کہ نماز کی ضمنی شکلوں میں تنوع اور توسع ہے۔</w:t>
      </w:r>
    </w:p>
    <w:p>
      <w:r>
        <w:rPr>
          <w:b/>
        </w:rPr>
        <w:t xml:space="preserve">[16:12] </w:t>
      </w:r>
      <w:r>
        <w:t>yeh koi kami ki baat nahi hai jis ki talafi ke liye hamein ek naya fun ijad karne ki zarurat ho</w:t>
      </w:r>
    </w:p>
    <w:p>
      <w:pPr>
        <w:jc w:val="right"/>
      </w:pPr>
      <w:r>
        <w:t>یہ کوئی کمی کی بات نہیں ہے جس کی تلافی کے لیے ہمیں ایک نیا فن ایجاد کرنے کی ضرورت ہو</w:t>
      </w:r>
    </w:p>
    <w:p>
      <w:r>
        <w:rPr>
          <w:b/>
        </w:rPr>
        <w:t xml:space="preserve">[16:18] </w:t>
      </w:r>
      <w:r>
        <w:t>. yeh dar-asal is baat ka saboot hai ke namaz ek zinda amal hai, aur zinda amal kabhi bhi mashini yeksaniyat ka paband nahi hota. fiqh ne bilkul ghair zaruri taur par yeh koshish ki ke is fitri taus'a aur tanawwu ko khatm kar ke ibadat ka yeksan nizam banaye.</w:t>
      </w:r>
    </w:p>
    <w:p>
      <w:pPr>
        <w:jc w:val="right"/>
      </w:pPr>
      <w:r>
        <w:t>۔ یہ دراصل اس بات کا ثبوت ہے کہ نماز ایک زندہ عمل ہے، اور زندہ عمل کبھی بھی مشینی یکسانیت کا پابند نہیں ہوتا۔ فقہ نے بالکل غیر ضروری طور پر یہ کوشش کی کہ اس فطری توسع اور تنوع کو ختم کر کے عبادت کا یکساں نظام بنائے۔</w:t>
      </w:r>
    </w:p>
    <w:p>
      <w:r>
        <w:rPr>
          <w:b/>
        </w:rPr>
        <w:t xml:space="preserve">[16:36] </w:t>
      </w:r>
      <w:r>
        <w:t>is masnooi tadbeer ne namaziyon ko namaz ke haqiqi faide se mahrum kar diya. woh namaz ko ek qism ka amliyati zameema samajhne lage, na ke ek rabbani sarchashma jo zindagi aur hararat ki khorak lene ke liye taqeen kiya gaya ho.</w:t>
      </w:r>
    </w:p>
    <w:p>
      <w:pPr>
        <w:jc w:val="right"/>
      </w:pPr>
      <w:r>
        <w:t>اس مصنوعی تدبیر نے نمازیوں کو نماز کے حقیقی فائدے سے محروم کر دیا۔ وہ نماز کو ایک قسم کا عملیاتی ضمیمہ سمجھنے لگے، نہ کہ ایک ربانی سرچشمہ جو زندگی اور حرارت کی خوراک لینے کے لیے تلقین کیا گیا ہو۔</w:t>
      </w:r>
    </w:p>
    <w:p>
      <w:r>
        <w:rPr>
          <w:b/>
        </w:rPr>
        <w:t xml:space="preserve">[16:53] </w:t>
      </w:r>
      <w:r>
        <w:t>taham agar farog-e-ibadat mein tarjeeh dhoondna aur yeksaniyat paida karna zaruri ho, jab bhi is ka woh tareeqa kisi tarah sahih na tha jo fuqaha ne ikhtiyar kiya.</w:t>
      </w:r>
    </w:p>
    <w:p>
      <w:pPr>
        <w:jc w:val="right"/>
      </w:pPr>
      <w:r>
        <w:t>تاہم اگر فروغ عبادت میں ترجیح ڈھونڈنا اور یکسانیت پیدا کرنا ضروری ہو، جب بھی اس کا وہ طریقہ کسی طرح صحیح نہ تھا جو فقہاء نے اختیار کیا۔</w:t>
      </w:r>
    </w:p>
    <w:p>
      <w:r>
        <w:rPr>
          <w:b/>
        </w:rPr>
        <w:t xml:space="preserve">[17:04] </w:t>
      </w:r>
      <w:r>
        <w:t>unhon ne yeh kiya ke ba-taur-e-khud apne apne madaris-e-fikr qaim kiye aur har ek zaati taur par tarjeeh talash karne mein lag gaya. ab chuki ba-taur-e-waqia ibadat mein tanawwu paaya ja raha tha, kulli yeksaniyat ki talash mukhtalif taba'i ko ek hi natije par nahi pahuncha sakti thi.</w:t>
      </w:r>
    </w:p>
    <w:p>
      <w:pPr>
        <w:jc w:val="right"/>
      </w:pPr>
      <w:r>
        <w:t>انہوں نے یہ کیا کہ بطور خود اپنے اپنے مدارس فکر قائم کیے اور ہر ایک ذاتی طور پر ترجیح تلاش کرنے میں لگ گیا۔ اب چونکہ بطور واقعہ عبادات میں تنوع پایا جا رہا تھا، کلی یکسانیت کی تلاش مختلف طبائع کو ایک ہی نتیجے پر نہیں پہنچا سکتی تھی۔</w:t>
      </w:r>
    </w:p>
    <w:p>
      <w:r>
        <w:rPr>
          <w:b/>
        </w:rPr>
        <w:t xml:space="preserve">[17:22] </w:t>
      </w:r>
      <w:r>
        <w:t>kisi ne ek tareeqay ko tarjeeh di, kisi ne doosre tareeqay ko.</w:t>
      </w:r>
    </w:p>
    <w:p>
      <w:pPr>
        <w:jc w:val="right"/>
      </w:pPr>
      <w:r>
        <w:t>کسی نے ایک طریقے کو ترجیح دی، کسی نے دوسرے طریقے کو۔</w:t>
      </w:r>
    </w:p>
    <w:p>
      <w:r>
        <w:rPr>
          <w:b/>
        </w:rPr>
        <w:t xml:space="preserve">[17:27] </w:t>
      </w:r>
      <w:r>
        <w:t>is tarah ek dhancha banane ki koshish mein kai dhanchay wajood mein agaye. Maseeb bin Rafe tabai kehte hain ke agle zamane mein dastoor tha ke aisa koi mamla pesh aata jis ka hukm kitab o sunnat mein na milta to aise mamle ko saffaf al-umra yani umra ka maidan kehte thay.</w:t>
      </w:r>
    </w:p>
    <w:p>
      <w:pPr>
        <w:jc w:val="right"/>
      </w:pPr>
      <w:r>
        <w:t>اس طرح ایک ڈھانچہ بنانے کی کوشش میں کئی ڈھانچے وجود میں آگئے۔ مسیب ابن رافع تابعی کہتے ہیں کہ اگلے زمانے میں دستور تھا کہ ایسا کوئی معاملہ پیش آتا جس کا حکم کتاب و سنت میں نہ ملتا تو ایسے معاملے کو صواف الامراء یعنی امراء کا میدان کہتے تھے۔</w:t>
      </w:r>
    </w:p>
    <w:p>
      <w:r>
        <w:rPr>
          <w:b/>
        </w:rPr>
        <w:t xml:space="preserve">[17:46] </w:t>
      </w:r>
      <w:r>
        <w:t>hukkam ko itla di jati, woh ulama ko jama karte aur un ke mutafiqah faisle par amal kiya jata. Jame Bayan al-ilm juz thani 144.</w:t>
      </w:r>
    </w:p>
    <w:p>
      <w:pPr>
        <w:jc w:val="right"/>
      </w:pPr>
      <w:r>
        <w:t>حکام کو اطلاع دی جاتی، وہ علماء کو جمع کرتے اور ان کے متفقہ فیصلے پر عمل کیا جاتا۔ جامع بیان العلم جز ثانی 144۔</w:t>
      </w:r>
    </w:p>
    <w:p>
      <w:r>
        <w:rPr>
          <w:b/>
        </w:rPr>
        <w:t xml:space="preserve">[17:58] </w:t>
      </w:r>
      <w:r>
        <w:t>yeh tareeqa aisa hai jis mein ikhtilaf nahi hota.</w:t>
      </w:r>
    </w:p>
    <w:p>
      <w:pPr>
        <w:jc w:val="right"/>
      </w:pPr>
      <w:r>
        <w:t>یہ طریقہ ایسا ہے جس میں اختلاف نہیں ہوتا۔</w:t>
      </w:r>
    </w:p>
    <w:p>
      <w:r>
        <w:rPr>
          <w:b/>
        </w:rPr>
        <w:t xml:space="preserve">[18:01] </w:t>
      </w:r>
      <w:r>
        <w:t>hukumat ka zor intishar o ikhtilaf ko khatam karne ka zaman ban jata hai. Sadar awwal mein quran ki tadween ke silsile mein isi par amal kiya gaya.</w:t>
      </w:r>
    </w:p>
    <w:p>
      <w:pPr>
        <w:jc w:val="right"/>
      </w:pPr>
      <w:r>
        <w:t>حکومت کا زور انتشار و اختلاف کو ختم کرنے کا ضامن بن جاتا ہے۔ صدر اول میں قرآن کی تدوین کے سلسلے میں اسی پر عمل کیا گیا۔</w:t>
      </w:r>
    </w:p>
    <w:p>
      <w:r>
        <w:rPr>
          <w:b/>
        </w:rPr>
        <w:t xml:space="preserve">[18:09] </w:t>
      </w:r>
      <w:r>
        <w:t>yeh kaam agar hukumat ki sarparasti mein anjam na pata aur log apne apne taur par saheefa-e-ilahi ko murattab karte to shadeed ikhtilafat ka andesha tha.</w:t>
      </w:r>
    </w:p>
    <w:p>
      <w:pPr>
        <w:jc w:val="right"/>
      </w:pPr>
      <w:r>
        <w:t>یہ کام اگر حکومت کی سرپرستی میں انجام نہ پاتا اور لوگ اپنے اپنے طور پر صحیفہ الہی کو مرتب کرتے تو شدید اختلافات کا اندیشہ تھا۔</w:t>
      </w:r>
    </w:p>
    <w:p>
      <w:r>
        <w:rPr>
          <w:b/>
        </w:rPr>
        <w:t xml:space="preserve">[18:20] </w:t>
      </w:r>
      <w:r>
        <w:t>isi tarah fiqh mein agar bil farz yaksaan dhancha banana zaroori ho to is ka tareeqa bhi yahi tha ke yeh kaam hukumat ki matahati mein wahid idare ke tehat anjam pata.</w:t>
      </w:r>
    </w:p>
    <w:p>
      <w:pPr>
        <w:jc w:val="right"/>
      </w:pPr>
      <w:r>
        <w:t>اسی طرح فقہ میں اگر بالفرض یکساں ڈھانچہ بنانا ضروری ہو تو اس کا طریقہ بھی یہی تھا کہ یہ کام حکومت کی ماتحتی میں واحد ادارے کے تحت انجام پاتا۔</w:t>
      </w:r>
    </w:p>
    <w:p>
      <w:r>
        <w:rPr>
          <w:b/>
        </w:rPr>
        <w:t xml:space="preserve">[18:31] </w:t>
      </w:r>
      <w:r>
        <w:t>is ki baaz misalein bhi maujood hain. Masalan takbeerat janazay ki tadad par sahaba ke darmiyan ikhtilaf</w:t>
      </w:r>
    </w:p>
    <w:p>
      <w:pPr>
        <w:jc w:val="right"/>
      </w:pPr>
      <w:r>
        <w:t>اس کی بعض مثالیں بھی موجود ہیں۔ مثلاً تکبیرات جنازے کی تعداد پر صحابہ کے درمیان اختلاف</w:t>
      </w:r>
    </w:p>
    <w:p>
      <w:r>
        <w:rPr>
          <w:b/>
        </w:rPr>
        <w:t xml:space="preserve">[18:38] </w:t>
      </w:r>
      <w:r>
        <w:t>hua to Hazrat Umar ne sab ko char takbeeron par jama kar diya. 85. Abdullah Ibn Muqaffa ne Khalifa Mansoor Abbasi ko targhib di, targhib di thi ke woh ek mutafiqah qanoon muqarrar kar ke riyasat ki taraf se jari kar de.</w:t>
      </w:r>
    </w:p>
    <w:p>
      <w:pPr>
        <w:jc w:val="right"/>
      </w:pPr>
      <w:r>
        <w:t>ہوا تو حضرت عمر نے سب کو چار تکبیروں پر جمع کر دیا۔ 85۔ عبداللہ ابن مقفع نے خلیفہ منصور عباسی کو ترغیب دی، ترغیب دی تھی کہ وہ ایک متفقہ قانون مقرر کر کے ریاست کی طرف سے جاری کر دے۔</w:t>
      </w:r>
    </w:p>
    <w:p>
      <w:r>
        <w:rPr>
          <w:b/>
        </w:rPr>
        <w:t xml:space="preserve">[18:55] </w:t>
      </w:r>
      <w:r>
        <w:t>Risalat al-Sahaba. Fiqh apne pehle marhale mein mukhtalif riwayat ke darmiyan tarjeeh talash karne ka naam thi, magar sawalat barh rahe thay.</w:t>
      </w:r>
    </w:p>
    <w:p>
      <w:pPr>
        <w:jc w:val="right"/>
      </w:pPr>
      <w:r>
        <w:t>رسالت الصحابہ۔ فقہ اپنے پہلے مرحلے میں مختلف روایات کے درمیان ترجیح تلاش کرنے کا نام تھی، مگر سوالات بڑھ رہے تھے۔</w:t>
      </w:r>
    </w:p>
    <w:p>
      <w:r>
        <w:rPr>
          <w:b/>
        </w:rPr>
        <w:t xml:space="preserve">[19:04] </w:t>
      </w:r>
      <w:r>
        <w:t>logon ko mehsoos hua ke jama shuda aasar o ahadees mein tamam sawalat ka jawab nahi hai.</w:t>
      </w:r>
    </w:p>
    <w:p>
      <w:pPr>
        <w:jc w:val="right"/>
      </w:pPr>
      <w:r>
        <w:t>لوگوں کو محسوس ہوا کہ جمع شدہ آثار و احادیث میں تمام سوالات کا جواب نہیں ہے۔</w:t>
      </w:r>
    </w:p>
    <w:p>
      <w:r>
        <w:rPr>
          <w:b/>
        </w:rPr>
        <w:t xml:space="preserve">[19:11] </w:t>
      </w:r>
      <w:r>
        <w:t>ab unhon ne maloom ahkam ki buniyad par mazeed istikhraj ka tareeqa ikhtiyar kiya. Is tarah fiqh ka doosra marhala shuru hua aur woh daur tarjeeh se guzar kar daur takhreej mein dakhil ho gayi.</w:t>
      </w:r>
    </w:p>
    <w:p>
      <w:pPr>
        <w:jc w:val="right"/>
      </w:pPr>
      <w:r>
        <w:t>اب انہوں نے معلوم احکام کی بنیاد پر مزید استخراج کا طریقہ اختیار کیا۔ اس طرح فقہ کا دوسرا مرحلہ شروع ہوا اور وہ دور ترجیح سے گزر کر دور تخریج میں داخل ہوگئی۔</w:t>
      </w:r>
    </w:p>
    <w:p>
      <w:r>
        <w:rPr>
          <w:b/>
        </w:rPr>
        <w:t xml:space="preserve">[19:23] </w:t>
      </w:r>
      <w:r>
        <w:t>Shah Waliullah likhte hain: "jab ulama ne fiqh ko in qawaid par murattab kiya to un masail mein se jin mein qudama ne kalam kiya tha aur woh jo un ke zamane mein waqe hue thay, koi masla aisa na tha jis ke mutalliq koi na koi hadith unhon ne na pai ho.</w:t>
      </w:r>
    </w:p>
    <w:p>
      <w:pPr>
        <w:jc w:val="right"/>
      </w:pPr>
      <w:r>
        <w:t>شاہ ولی اللہ لکھتے ہیں: "جب علماء نے فقہ کو ان قواعد پر مرتب کیا تو ان مسائل میں سے جن میں قدماء نے کلام کیا تھا اور وہ جو ان کے زمانے میں واقع ہوئے تھے، کوئی مسئلہ ایسا نہ تھا جس کے متعلق کوئی نہ کوئی حدیث انہوں نے نہ پائی ہو۔</w:t>
      </w:r>
    </w:p>
    <w:p>
      <w:r>
        <w:rPr>
          <w:b/>
        </w:rPr>
        <w:t xml:space="preserve">[19:40] </w:t>
      </w:r>
      <w:r>
        <w:t>" is ke baad Allah ne ek doosre, is ke baad Allah ne ek doosre zamane ki paidaish ki. Pas hadith, fiqh aur masail ko doosre tarz par madawwan karne ki zaroorat waqe hui, aur yeh is waste ke un ke paas itni ahadees aur aasar na thay jin se un usoolon ke muwafiq jin ko arbab-e-hadith ne pasand kiya hai,</w:t>
      </w:r>
    </w:p>
    <w:p>
      <w:pPr>
        <w:jc w:val="right"/>
      </w:pPr>
      <w:r>
        <w:t>" اس کے بعد اللہ نے ایک دوسرے، اس کے بعد اللہ نے ایک دوسرے زمانے کی پیدائش کی۔ پس حدیث، فقہ اور مسائل کو دوسرے طرز پر مدون کرنے کی ضرورت واقع ہوئی، اور یہ اس واسطے کہ ان کے پاس اتنی احادیث اور آثار نہ تھے جن سے ان اصولوں کے موافق جن کو ارباب حدیث نے پسند کیا ہے،</w:t>
      </w:r>
    </w:p>
    <w:p>
      <w:r>
        <w:rPr>
          <w:b/>
        </w:rPr>
        <w:t xml:space="preserve">[20:02] </w:t>
      </w:r>
      <w:r>
        <w:t>istimbat-e-fiqh par qadir hote. Chunancha unhon ne takhreej ke qaide par fiqh ki tartib di.</w:t>
      </w:r>
    </w:p>
    <w:p>
      <w:pPr>
        <w:jc w:val="right"/>
      </w:pPr>
      <w:r>
        <w:t>استنبات فقہ پر قادر ہوتے۔ چنانچہ انہوں نے تخریج کے قاعدے پر فقہ کی ترتیب دی۔</w:t>
      </w:r>
    </w:p>
    <w:p>
      <w:r>
        <w:rPr>
          <w:b/>
        </w:rPr>
        <w:t xml:space="preserve">[20:09] </w:t>
      </w:r>
      <w:r>
        <w:t>Hujjat Allah al-Baligha juz awwal 53 safha 53 348. Takhreej ke qaide par fiqh ki tadween muamlat aur qanooni masail ki had tak sahih thi, kyunke qanooni aur muamlatee umoor mein hamesha nay nay sawalat paida hote hain aur un mein qiyas o ijtihad ke baghair chara nahi.</w:t>
      </w:r>
    </w:p>
    <w:p>
      <w:pPr>
        <w:jc w:val="right"/>
      </w:pPr>
      <w:r>
        <w:t>حجت اللہ البالغہ جلد اول 53 صفحہ 53 348۔ تخریج کے قاعدے پر فقہ کی تدوین معاملات اور قانونی مسائل کی حد تک صحیح تھی، کیونکہ قانونی اور معاملاتی امور میں ہمیشہ نئے نئے سوالات پیدا ہوتے ہیں اور ان میں قیاس و اجتہاد کے بغیر چارہ نہیں۔</w:t>
      </w:r>
    </w:p>
    <w:p>
      <w:r>
        <w:rPr>
          <w:b/>
        </w:rPr>
        <w:t xml:space="preserve">[20:31] </w:t>
      </w:r>
      <w:r>
        <w:t>magar ibadati umoor tak is ki tausee bilashuba ek ijtihadi ghalati thi jis ne ibadat ko ek fun bana diya.</w:t>
      </w:r>
    </w:p>
    <w:p>
      <w:pPr>
        <w:jc w:val="right"/>
      </w:pPr>
      <w:r>
        <w:t>مگر عباداتی امور تک اس کی توسیع بلاشبہ ایک اجتہادی غلطی تھی جس نے عبادت کو ایک فن بنا دیا۔</w:t>
      </w:r>
    </w:p>
    <w:p>
      <w:r>
        <w:rPr>
          <w:b/>
        </w:rPr>
        <w:t xml:space="preserve">[20:38] </w:t>
      </w:r>
      <w:r>
        <w:t>aap ne farmaya tha ke "main seedhi, main seedhe saadhe aasan deen ko le kar bheja gaya hoon." Bu'ithtu bil-hanifiyyat al-samhah.</w:t>
      </w:r>
    </w:p>
    <w:p>
      <w:pPr>
        <w:jc w:val="right"/>
      </w:pPr>
      <w:r>
        <w:t>آپ نے فرمایا تھا کہ "میں سیدھی، میں سیدھے سادے آسان دین کو لے کر بھیجا گیا ہوں۔" بعثت بالحنیفیۃ السمحہ۔</w:t>
      </w:r>
    </w:p>
    <w:p>
      <w:r>
        <w:rPr>
          <w:b/>
        </w:rPr>
        <w:t xml:space="preserve">[20:47] </w:t>
      </w:r>
      <w:r>
        <w:t>magar ibadati umoor mein nay nay fiqhi masail ijad karne ka yeh nateeja hua ke deen ek aisa pecheeda fun ban gaya jis ko fun-e-fiqh ka muttasis hi jaan sakta tha.</w:t>
      </w:r>
    </w:p>
    <w:p>
      <w:pPr>
        <w:jc w:val="right"/>
      </w:pPr>
      <w:r>
        <w:t>مگر عباداتی امور میں نئے نئے فقہی مسائل ایجاد کرنے کا یہ نتیجہ ہوا کہ دین ایک ایسا پیچیدہ فن بن گیا جس کو فن فقہ کا متخصص ہی جان سکتا ہو۔</w:t>
      </w:r>
    </w:p>
    <w:p>
      <w:r>
        <w:rPr>
          <w:b/>
        </w:rPr>
        <w:t xml:space="preserve">[21:00] </w:t>
      </w:r>
      <w:r>
        <w:t>jis tarah funoon mein mushkafiyan ki jati hain aur nayi nayi bareekiyan paida kar ke qanoon wazay kiye jate hain, isi tarah ibadat mein bareekiyon ki talash shuru ho gayi.</w:t>
      </w:r>
    </w:p>
    <w:p>
      <w:pPr>
        <w:jc w:val="right"/>
      </w:pPr>
      <w:r>
        <w:t>جس طرح فنون میں مشکافیاں کی جاتی ہیں اور نئی نئی باریکیاں پیدا کر کے قانون وضع کیے جاتے ہیں، اسی طرح عبادات میں باریکیوں کی تلاش شروع ہوگئی۔</w:t>
      </w:r>
    </w:p>
    <w:p>
      <w:r>
        <w:rPr>
          <w:b/>
        </w:rPr>
        <w:t xml:space="preserve">[21:12] </w:t>
      </w:r>
      <w:r>
        <w:t>is mein se ek, is mein se yeh hai ke aksar log har fun ki bareek bini ki taraf mutawajjah hogaye. Baaz ne ahl-e-usool-e-fiqh ke mutalliq bari qeel o qaal ki, pas nihayat darja chhan been ki, har amr ki taareef o taqseem ki.</w:t>
      </w:r>
    </w:p>
    <w:p>
      <w:pPr>
        <w:jc w:val="right"/>
      </w:pPr>
      <w:r>
        <w:t>اس میں سے ایک، اس میں سے یہ ہے کہ اکثر لوگ ہر فن کی باریک بینی کی طرف متوجہ ہوگئے۔ بعض نے اہل اصول فقہ کے متعلق بڑی قیل و قال کی، پس نہایت درجہ چھان بین کی، ہر امر کی تعریف و تقسیم کی۔</w:t>
      </w:r>
    </w:p>
    <w:p>
      <w:r>
        <w:rPr>
          <w:b/>
        </w:rPr>
        <w:t xml:space="preserve">[21:30] </w:t>
      </w:r>
      <w:r>
        <w:t>is ka nateeja yeh hua ke ibadat mein aisi bahasein hone lagin jin ka sahaba ke zamane mein koi wajood na tha. Imam Shafi 150 ta 204 hijri pehli bar Kufa pohanche to masjid mein ek naujawan ki namaz unhein theek dikhai na di.</w:t>
      </w:r>
    </w:p>
    <w:p>
      <w:pPr>
        <w:jc w:val="right"/>
      </w:pPr>
      <w:r>
        <w:t>اس کا نتیجہ یہ ہوا کہ عبادات میں ایسی بحثیں ہونے لگیں جن کا صحابہ کے زمانے میں کوئی وجود نہ تھا۔ امام شافعی 150 تا 204 ہجری پہلی بار کوفہ پہنچے تو مسجد میں ایک نوجوان کی نماز انہیں ٹھیک دکھائی نہ دی۔</w:t>
      </w:r>
    </w:p>
    <w:p>
      <w:r>
        <w:rPr>
          <w:b/>
        </w:rPr>
        <w:t xml:space="preserve">[21:48] </w:t>
      </w:r>
      <w:r>
        <w:t>unhon ne kaha: "namaz theek tarah parha karo taake Khuda tumhare haseen chehre ko azab-e-dozakh se mein mubtala na kar de."</w:t>
      </w:r>
    </w:p>
    <w:p>
      <w:pPr>
        <w:jc w:val="right"/>
      </w:pPr>
      <w:r>
        <w:t>انہوں نے کہا: "نماز ٹھیک طرح پڑھا کرو تاکہ خدا تمہارے حسین چہرے کو عذاب دوزخ سے میں مبتلا نہ کرے۔"</w:t>
      </w:r>
    </w:p>
    <w:p>
      <w:r>
        <w:rPr>
          <w:b/>
        </w:rPr>
        <w:t xml:space="preserve">[21:57] </w:t>
      </w:r>
      <w:r>
        <w:t>naujawan ne kaha: "main pandrah baras se isi masjid mein Muhammad bin Hasan 189 hijri aur Abu Yusuf 182 hijri ke samne namaz parh raha hoon.</w:t>
      </w:r>
    </w:p>
    <w:p>
      <w:pPr>
        <w:jc w:val="right"/>
      </w:pPr>
      <w:r>
        <w:t>نوجوان نے کہا: "میں پندرہ برس سے اسی مسجد میں محمد ابن حسن 189 ہجری اور ابو یوسف 182 ہجری کے سامنے نماز پڑھ رہا ہوں۔</w:t>
      </w:r>
    </w:p>
    <w:p>
      <w:r>
        <w:rPr>
          <w:b/>
        </w:rPr>
        <w:t xml:space="preserve">[22:11] </w:t>
      </w:r>
      <w:r>
        <w:t>in imamon ne kabhi kuch nahi kaha aur tum meri namaz par aitraz karte ho." Dono imam ittifaq se us waqt masjid ke bahar maujood thay.</w:t>
      </w:r>
    </w:p>
    <w:p>
      <w:pPr>
        <w:jc w:val="right"/>
      </w:pPr>
      <w:r>
        <w:t>ان اماموں نے کبھی کچھ نہیں کہا اور تم میری نماز پر اعتراض کرتے ہو۔" دونوں امام اتفاق سے اس وقت مسجد کے باہر موجود تھے۔</w:t>
      </w:r>
    </w:p>
    <w:p>
      <w:r>
        <w:rPr>
          <w:b/>
        </w:rPr>
        <w:t xml:space="preserve">[22:20] </w:t>
      </w:r>
      <w:r>
        <w:t>naujawan ne ja kar un se kaha: "aap logon ne meri namaz mein kabhi koi kharabi dekhi hai?"</w:t>
      </w:r>
    </w:p>
    <w:p>
      <w:pPr>
        <w:jc w:val="right"/>
      </w:pPr>
      <w:r>
        <w:t>نوجوان نے جا کر ان سے کہا: "آپ لوگوں نے میری نماز میں کبھی کوئی خرابی دیکھی ہے؟"</w:t>
      </w:r>
    </w:p>
    <w:p>
      <w:r>
        <w:rPr>
          <w:b/>
        </w:rPr>
        <w:t xml:space="preserve">[22:26] </w:t>
      </w:r>
      <w:r>
        <w:t>unhon ne jawab diya: "khudaya, kabhi nahin."</w:t>
      </w:r>
    </w:p>
    <w:p>
      <w:pPr>
        <w:jc w:val="right"/>
      </w:pPr>
      <w:r>
        <w:t>انہوں نے جواب دیا: "خدایا، کبھی نہیں۔"</w:t>
      </w:r>
    </w:p>
    <w:p>
      <w:r>
        <w:rPr>
          <w:b/>
        </w:rPr>
        <w:t xml:space="preserve">[22:29] </w:t>
      </w:r>
      <w:r>
        <w:t>naujawan ne kaha: "magar masjid mein ek shakhs baitha hai jis ne meri namaz par aitraz kiya hai."</w:t>
      </w:r>
    </w:p>
    <w:p>
      <w:pPr>
        <w:jc w:val="right"/>
      </w:pPr>
      <w:r>
        <w:t>نوجوان نے کہا: "مگر مسجد میں ایک شخص بیٹھا ہے جس نے میری نماز پر اعتراض کیا ہے۔"</w:t>
      </w:r>
    </w:p>
    <w:p>
      <w:r>
        <w:rPr>
          <w:b/>
        </w:rPr>
        <w:t xml:space="preserve">[22:35] </w:t>
      </w:r>
      <w:r>
        <w:t>donon imamon ne kaha: "tum us shakhs ke pas jao aur sawal karo ke namaz mein tum kis</w:t>
      </w:r>
    </w:p>
    <w:p>
      <w:pPr>
        <w:jc w:val="right"/>
      </w:pPr>
      <w:r>
        <w:t>دونوں اماموں نے کہا: "تم اس شخص کے پاس جاؤ اور سوال کرو کہ نماز میں تم کس</w:t>
      </w:r>
    </w:p>
    <w:p>
      <w:r>
        <w:rPr>
          <w:b/>
        </w:rPr>
        <w:t xml:space="preserve">[22:40] </w:t>
      </w:r>
      <w:r>
        <w:t>tarah dakhil hote ho."</w:t>
      </w:r>
    </w:p>
    <w:p>
      <w:pPr>
        <w:jc w:val="right"/>
      </w:pPr>
      <w:r>
        <w:t>طرح داخل ہوتے ہو۔"</w:t>
      </w:r>
    </w:p>
    <w:p>
      <w:r>
        <w:rPr>
          <w:b/>
        </w:rPr>
        <w:t xml:space="preserve">[22:42] </w:t>
      </w:r>
      <w:r>
        <w:t>naujawan masjid mein wapas aaya aur imam shafi'i se kaha: "ae woh shakhs jis ne meri namaz par</w:t>
      </w:r>
    </w:p>
    <w:p>
      <w:pPr>
        <w:jc w:val="right"/>
      </w:pPr>
      <w:r>
        <w:t>نوجوان مسجد میں واپس آیا اور امام شافعی سے کہا: "اے وہ شخص جس نے میری نماز پر</w:t>
      </w:r>
    </w:p>
    <w:p>
      <w:r>
        <w:rPr>
          <w:b/>
        </w:rPr>
        <w:t xml:space="preserve">[22:47] </w:t>
      </w:r>
      <w:r>
        <w:t>aitraz kiya hai, batao ke tum namaz mein kis tarah dakhil hote ho?"</w:t>
      </w:r>
    </w:p>
    <w:p>
      <w:pPr>
        <w:jc w:val="right"/>
      </w:pPr>
      <w:r>
        <w:t>اعتراض کیا ہے، بتاؤ کہ تم نماز میں کس طرح داخل ہوتے ہو؟"</w:t>
      </w:r>
    </w:p>
    <w:p>
      <w:r>
        <w:rPr>
          <w:b/>
        </w:rPr>
        <w:t xml:space="preserve">[22:53] </w:t>
      </w:r>
      <w:r>
        <w:t>ya man 'aab 'alas salah bima tadkhul fis salah?</w:t>
      </w:r>
    </w:p>
    <w:p>
      <w:pPr>
        <w:jc w:val="right"/>
      </w:pPr>
      <w:r>
        <w:t>یا من عاب علی الصلاۃ بما تدخل فی الصلاۃ؟</w:t>
      </w:r>
    </w:p>
    <w:p>
      <w:r>
        <w:rPr>
          <w:b/>
        </w:rPr>
        <w:t xml:space="preserve">[22:56] </w:t>
      </w:r>
      <w:r>
        <w:t>imam shafi ne jawab diya: "bafarzin wa sunnat. do farz aur ek sunnat ke sath namaz mein dakhil hota tha." naujawan ne yeh jawab imam muhammad ibn hasan aur imam abu yusuf ko pahunchaya to unhon ne jawab diya.</w:t>
      </w:r>
    </w:p>
    <w:p>
      <w:pPr>
        <w:jc w:val="right"/>
      </w:pPr>
      <w:r>
        <w:t>امام شافعی نے جواب دیا: "بفرضین وسنت۔ دو فرض اور ایک سنت کے ساتھ نماز میں داخل ہوتا ہوں۔" نوجوان نے یہ جواب امام محمد ابن حسن اور امام ابو یوسف کو پہنچایا تو انہوں نے جواب دیا۔</w:t>
      </w:r>
    </w:p>
    <w:p>
      <w:r>
        <w:rPr>
          <w:b/>
        </w:rPr>
        <w:t xml:space="preserve">[23:10] </w:t>
      </w:r>
      <w:r>
        <w:t>unhon ne kaha: "jawab aise aadmi ka hai jis ki ilm par nazar hai." ab unhon ne ladke ko dobara bheja</w:t>
      </w:r>
    </w:p>
    <w:p>
      <w:pPr>
        <w:jc w:val="right"/>
      </w:pPr>
      <w:r>
        <w:t>انہوں نے کہا: "جواب ایسے آدمی کا ہے جس کی علم پر نظر ہے۔" اب انہوں نے لڑکے کو دوبارہ بھیجا</w:t>
      </w:r>
    </w:p>
    <w:p>
      <w:r>
        <w:rPr>
          <w:b/>
        </w:rPr>
        <w:t xml:space="preserve">[23:18] </w:t>
      </w:r>
      <w:r>
        <w:t>ke jao pucho woh dono farz aur sunnat kya hain. us ne aa kar poocha to imam shafi ne kaha: "pehla farz niyat hai, doosra farz takbeer tehreema hai, aur sunnat dono hathon ka uthana hai." rehlat ul imam shafi al matb'a al salafiya qahira 11350 hijri safhat 13 ta 14.</w:t>
      </w:r>
    </w:p>
    <w:p>
      <w:pPr>
        <w:jc w:val="right"/>
      </w:pPr>
      <w:r>
        <w:t>کہ جاؤ پوچھو وہ دونوں فرض اور سنت کیا ہیں۔ اس نے آ کر پوچھا تو امام شافعی نے کہا: "پہلا فرض نیت ہے، دوسرا فرض تکبیر تحریمہ ہے، اور سنت دونوں ہاتھوں کا اٹھانا ہے۔" رحلت الامام شافعی المطبعۃ السلفیہ قاہرہ 11350 ہجری صفحات 13 تا 14۔</w:t>
      </w:r>
    </w:p>
    <w:p>
      <w:r>
        <w:rPr>
          <w:b/>
        </w:rPr>
        <w:t xml:space="preserve">[23:42] </w:t>
      </w:r>
      <w:r>
        <w:t>yahi waqia agar do sahabi ke darmiyan hota to kya un ka sawal o jawab bhi isi qism ka hota? fazl ibn musa ka bayan hai ke mashhoor muhaddis a'mash 147 hijri bimar pade aur imam abu hanifa 80 ta 150 hijri un ki ayadat ke liye gae.</w:t>
      </w:r>
    </w:p>
    <w:p>
      <w:pPr>
        <w:jc w:val="right"/>
      </w:pPr>
      <w:r>
        <w:t>یہی واقعہ اگر دو صحابی کے درمیان ہوتا تو کیا ان کا سوال و جواب بھی اسی قسم کا ہوتا؟ فضل ابن موسی کا بیان ہے کہ مشہور محدث اعمش 147 ہجری بیمار پڑے اور امام ابو حنیفہ 80 تا 150 ہجری ان کی عیادت کے لیے گئے۔</w:t>
      </w:r>
    </w:p>
    <w:p>
      <w:r>
        <w:rPr>
          <w:b/>
        </w:rPr>
        <w:t xml:space="preserve">[24:03] </w:t>
      </w:r>
      <w:r>
        <w:t>main bhi</w:t>
      </w:r>
    </w:p>
    <w:p>
      <w:pPr>
        <w:jc w:val="right"/>
      </w:pPr>
      <w:r>
        <w:t>میں بھی</w:t>
      </w:r>
    </w:p>
    <w:p>
      <w:r>
        <w:rPr>
          <w:b/>
        </w:rPr>
        <w:t xml:space="preserve">[24:04] </w:t>
      </w:r>
      <w:r>
        <w:t>sath tha. imam abu hanifa ne a'mash se kaha: "abu muhammad! yeh khayal na hota ke bar bar aane se aap ko takleef hogi to main jald jald ayadat ko aata." a'mash ne jawab diya: "jab aap apne ghar mein hote hain, us waqt bhi mere upar bojh hote hain.</w:t>
      </w:r>
    </w:p>
    <w:p>
      <w:pPr>
        <w:jc w:val="right"/>
      </w:pPr>
      <w:r>
        <w:t>ساتھ تھا۔ امام ابو حنیفہ نے اعمش سے کہا: "ابو محمد! یہ خیال نہ ہوتا کہ بار بار آنے سے آپ کو تکلیف ہوگی تو میں جلد جلد عیادت کو آتا۔" اعمش نے جواب دیا: "جب آپ اپنے گھر میں ہوتے ہیں، اس وقت بھی میرے اوپر بوجھ ہوتے ہیں۔</w:t>
      </w:r>
    </w:p>
    <w:p>
      <w:r>
        <w:rPr>
          <w:b/>
        </w:rPr>
        <w:t xml:space="preserve">[24:22] </w:t>
      </w:r>
      <w:r>
        <w:t>ayadat ka kya zikr?"</w:t>
      </w:r>
    </w:p>
    <w:p>
      <w:pPr>
        <w:jc w:val="right"/>
      </w:pPr>
      <w:r>
        <w:t>عیادت کا کیا ذکر؟"</w:t>
      </w:r>
    </w:p>
    <w:p>
      <w:r>
        <w:rPr>
          <w:b/>
        </w:rPr>
        <w:t xml:space="preserve">[24:25] </w:t>
      </w:r>
      <w:r>
        <w:t>fazl ka bayan hai ke wapsi par imam abu hanifa ne mujh se kaha: "a'mash ka kabhi na koi roz, a'mash ka kabhi na koi roza sahih hua hai, na ghusl janabat." fazl kehte hain ke sehri aur ghusl ke bare mein imam a'mash ka maslak imam abu hanifa se mukhtalif tha.</w:t>
      </w:r>
    </w:p>
    <w:p>
      <w:pPr>
        <w:jc w:val="right"/>
      </w:pPr>
      <w:r>
        <w:t>فضل کا بیان ہے کہ واپسی پر امام ابو حنیفہ نے مجھ سے کہا: "اعمش کا کبھی نہ کوئی روز، اعمش کا کبھی نہ کوئی روزہ صحیح ہوا ہے، نہ غسل جنابت۔" فضل کہتے ہیں کہ سحری اور غسل کے بارے میں امام اعمش کا مسلک امام ابو حنیفہ سے مختلف تھا۔</w:t>
      </w:r>
    </w:p>
    <w:p>
      <w:r>
        <w:rPr>
          <w:b/>
        </w:rPr>
        <w:t xml:space="preserve">[24:44] </w:t>
      </w:r>
      <w:r>
        <w:t>ibn abdul barr, ibn abdul barr, jami' bayan ul ilm wa fadli, juz thani safha 157. kya</w:t>
      </w:r>
    </w:p>
    <w:p>
      <w:pPr>
        <w:jc w:val="right"/>
      </w:pPr>
      <w:r>
        <w:t>ابن عبدالبر، ابن عبدالبر، جامع بیان العلم وفضلی، جز ثانی صفحہ 157۔ کیا</w:t>
      </w:r>
    </w:p>
    <w:p>
      <w:r>
        <w:rPr>
          <w:b/>
        </w:rPr>
        <w:t xml:space="preserve">[24:53] </w:t>
      </w:r>
      <w:r>
        <w:t>kisi sahabi se tawaqqo ki ja sakti hai ke mahaz furu'i masail mein farq ki wajah se woh kisi ke roze aur ghusl ki sehat aur adam sehat ke bare mein is qism ka hukm lagata?</w:t>
      </w:r>
    </w:p>
    <w:p>
      <w:pPr>
        <w:jc w:val="right"/>
      </w:pPr>
      <w:r>
        <w:t>کسی صحابی سے توقع کی جا سکتی ہے کہ محض فروعی مسائل میں فرق کی وجہ سے وہ کسی کے روزے اور غسل کی صحت اور عدم صحت کے بارے میں اس قسم کا حکم لگاتا؟</w:t>
      </w:r>
    </w:p>
    <w:p>
      <w:r>
        <w:rPr>
          <w:b/>
        </w:rPr>
        <w:t xml:space="preserve">[25:05] </w:t>
      </w:r>
      <w:r>
        <w:t>is qism ke mabahis o masail ka nateeja yeh hua ke fiqh islami, fiqh islami ke naam se ek aisa fun wajood mein aa gaya jis se ashab rasool bhi nawaqif the.</w:t>
      </w:r>
    </w:p>
    <w:p>
      <w:pPr>
        <w:jc w:val="right"/>
      </w:pPr>
      <w:r>
        <w:t>اس قسم کے مباحث و مسائل کا نتیجہ یہ ہوا کہ فقہ اسلامی، فقہ اسلامی کے نام سے ایک ایسا فن وجود میں آگیا جس سے اصحاب رسول بھی ناواقف تھے۔</w:t>
      </w:r>
    </w:p>
    <w:p>
      <w:r>
        <w:rPr>
          <w:b/>
        </w:rPr>
        <w:t xml:space="preserve">[25:16] </w:t>
      </w:r>
      <w:r>
        <w:t>kisi sahabi ko khabar thi ke wudu mein mislan char farz hain, yeh 13 sunnatain hain aur aath mustahabat. ilm deen ke bare mein fiqh ke ijad kardah is funni meyar ne baaz auqat badi napasandeeda cheezein paida kar dein.</w:t>
      </w:r>
    </w:p>
    <w:p>
      <w:pPr>
        <w:jc w:val="right"/>
      </w:pPr>
      <w:r>
        <w:t>کسی صحابی کو خبر تھی کہ وضو میں مثلاً چار فرض ہیں، یہ 13 سنتیں ہیں اور آٹھ مستحبات۔ علم دین کے بارے میں فقہ کے ایجاد کردہ اس فنی معیار نے بعض اوقات بڑی ناپسندیدہ چیزیں پیدا کر دیں۔</w:t>
      </w:r>
    </w:p>
    <w:p>
      <w:r>
        <w:rPr>
          <w:b/>
        </w:rPr>
        <w:t xml:space="preserve">[25:32] </w:t>
      </w:r>
      <w:r>
        <w:t>kaha jata hai ke imam abu hanifa ne imam awzai 157 hijri se kaha tha: "lola fadl al sahaba la qultu inna al qama afqah min abdullah ibn omar." hujjat Allah safha 327.</w:t>
      </w:r>
    </w:p>
    <w:p>
      <w:pPr>
        <w:jc w:val="right"/>
      </w:pPr>
      <w:r>
        <w:t>کہا جاتا ہے کہ امام ابو حنیفہ نے امام اوزاعی 157 ہجری سے کہا تھا: "لولا فضل الصحابۃ لقلت ان القمۃ افقہ من عبداللہ ابن عمر۔" حجت اللہ صفحہ 327۔</w:t>
      </w:r>
    </w:p>
    <w:p>
      <w:r>
        <w:rPr>
          <w:b/>
        </w:rPr>
        <w:t xml:space="preserve">[25:48] </w:t>
      </w:r>
      <w:r>
        <w:t>agar sahabi hone ki fazilat abdullah ibn omar mein na hoti to main kehta ke al qama abdullah ibn omar se zyada faqih hai. imam abu hanifa ke zehn mein yeh baat isi liye aai ke fiqh un ke zamane mein jis fun ka naam ban gaya tha, us fun mein unhein abdullah ibn omar sahabi al qama tabi'i se peechay nazar aate the.</w:t>
      </w:r>
    </w:p>
    <w:p>
      <w:pPr>
        <w:jc w:val="right"/>
      </w:pPr>
      <w:r>
        <w:t>اگر صحابی ہونے کی فضیلت عبداللہ ابن عمر میں نہ ہوتی تو میں کہتا کہ القمہ عبداللہ ابن عمر سے زیادہ فقیہ ہے۔ امام ابو حنیفہ کے ذہن میں یہ بات اسی لیے آئی کہ فقہ ان کے زمانے میں جس فن کا نام بن گیا تھا، اس فن میں انہیں عبداللہ ابن عمر صحابی القمہ تابعی سے پیچھے نظر آتے تھے۔</w:t>
      </w:r>
    </w:p>
    <w:p>
      <w:r>
        <w:rPr>
          <w:b/>
        </w:rPr>
        <w:t xml:space="preserve">[26:10] </w:t>
      </w:r>
      <w:r>
        <w:t>baaz auqat yeh zehn aur bhi zyada napasandeeda shakal mein zahir hua. dhahhak mishk ko makrooh samajhte the. logon ne kaha: "magar ashab muhammad to mishk ka istemal karte the." dhahhak ne jawab diya: "hum ashab muhammad se zyada jante hain." nahnu a'lam minhum juz thani 155.</w:t>
      </w:r>
    </w:p>
    <w:p>
      <w:pPr>
        <w:jc w:val="right"/>
      </w:pPr>
      <w:r>
        <w:t>بعض اوقات یہ ذہن اور بھی زیادہ ناپسندیدہ شکل میں ظاہر ہوا۔ ضحاک مشک کو مکروہ سمجھتے تھے۔ لوگوں نے کہا: "مگر اصحاب محمد تو مشک کا استعمال کرتے تھے۔" ضحاک نے جواب دیا: "ہم اصحاب محمد سے زیادہ جانتے ہیں۔" نحن اعلم منہم جز ثانی 155۔</w:t>
      </w:r>
    </w:p>
    <w:p>
      <w:r>
        <w:rPr>
          <w:b/>
        </w:rPr>
        <w:t xml:space="preserve">[26:31] </w:t>
      </w:r>
      <w:r>
        <w:t>sahaba sawalat ka jawab dene se bachne ki koshish karte aur naye naye sawalat ki hosla shikni karte the.</w:t>
      </w:r>
    </w:p>
    <w:p>
      <w:pPr>
        <w:jc w:val="right"/>
      </w:pPr>
      <w:r>
        <w:t>صحابہ سوالات کا جواب دینے سے بچنے کی کوشش کرتے اور نئے نئے سوالات کی حوصلہ شکنی کرتے تھے۔</w:t>
      </w:r>
    </w:p>
    <w:p>
      <w:r>
        <w:rPr>
          <w:b/>
        </w:rPr>
        <w:t xml:space="preserve">[26:37] </w:t>
      </w:r>
      <w:r>
        <w:t>ab aise log paida ho gaye jo be baki ke sath naye naye sawalat kar dete. ab aise log paida ho gaye jo be baki ke sath naye naye sawalat kuredte aur un ka jawab hasil karne ki koshish kart</w:t>
      </w:r>
    </w:p>
    <w:p>
      <w:pPr>
        <w:jc w:val="right"/>
      </w:pPr>
      <w:r>
        <w:t>اب ایسے لوگ پیدا ہوگئے جو بے باکی کے ساتھ نئے نئے سوالات کر دیتے۔ اب ایسے لوگ پیدا ہوگئے جو بے باکی کے ساتھ نئے نئے سوالات کریدتے اور ان کا جواب حاصل کرنے کی کوشش کرت</w:t>
      </w:r>
    </w:p>
    <w:p>
      <w:r>
        <w:rPr>
          <w:b/>
        </w:rPr>
        <w:t xml:space="preserve">[26:55] </w:t>
      </w:r>
      <w:r>
        <w:t>e. misal ke taur par imam khujandi se poocha, kisi ne poocha ke ek shakhs shafi al mazhab ne ek saal ya do saal ki namaz tark kar di, us ke baad us ne abu hanifa ka mazhab ikhtiyar kar liya to us par kis tarah se qaza wajib hai?</w:t>
      </w:r>
    </w:p>
    <w:p>
      <w:pPr>
        <w:jc w:val="right"/>
      </w:pPr>
      <w:r>
        <w:t>ے۔ مثال کے طور پر امام خجندی سے پوچھا، کسی نے پوچھا کہ ایک شخص شافعی المذہب نے ایک سال یا دو سال کی نماز ترک کر دی، اس کے بعد اس نے ابو حنیفہ کا مذہب اختیار کر لیا تو اس پر کس طرح سے قضا واجب ہے؟</w:t>
      </w:r>
    </w:p>
    <w:p>
      <w:r>
        <w:rPr>
          <w:b/>
        </w:rPr>
        <w:t xml:space="preserve">[27:13] </w:t>
      </w:r>
      <w:r>
        <w:t>aaya imam shafi ke mazhab ke muwafiq qaza namaz ada kare ya imam abu hanifa ke mazhab ke muwafiq? hujjat Allah al baligha jild awwal safha 378.</w:t>
      </w:r>
    </w:p>
    <w:p>
      <w:pPr>
        <w:jc w:val="right"/>
      </w:pPr>
      <w:r>
        <w:t>آیا امام شافعی کے مذہب کے موافق قضا نماز ادا کرے یا امام ابو حنیفہ کے مذہب کے موافق؟ حجت اللہ البالغہ جلد اول صفحہ 378۔</w:t>
      </w:r>
    </w:p>
    <w:p>
      <w:r>
        <w:rPr>
          <w:b/>
        </w:rPr>
        <w:t xml:space="preserve">[27:26] </w:t>
      </w:r>
      <w:r>
        <w:t>is qism ki baatein sahaba ke zamane mein maadoom theen. hatta ke koi shakhs agar kisi sahabi se aisa sawal karta to woh uska jawab dene ke bajaye us par lanat bhejta ke "kya tum deen muhammadi ko deen yahudiyat banana chahte ho?" magar baat ko yeh haal hua ke log nihayat diliari ke sath is qism ke sawalat karte aur jawab dene wale fakhr ke sath un ka jawab dete kyunke fiqh un ke nazdeek sab se bada ilm tha.</w:t>
      </w:r>
    </w:p>
    <w:p>
      <w:pPr>
        <w:jc w:val="right"/>
      </w:pPr>
      <w:r>
        <w:t>اس قسم کی باتیں صحابہ کے زمانے میں معدوم تھیں۔ حتیٰ کہ کوئی شخص اگر کسی صحابی سے ایسا سوال کرتا تو وہ اس کا جواب دینے کے بجائے اس پر لعنت بھیجتا کہ "کیا تم دین محمدی کو دین یہودیت بنانا چاہتے ہو؟" مگر بات کو یہ حال ہوا کہ لوگ نہایت دلیری کے ساتھ اس قسم کے سوالات کرتے اور جواب دینے والے فخر کے ساتھ ان کا جواب دیتے کیونکہ فقہ ان کے نزدیک سب سے بڑا علم تھا۔</w:t>
      </w:r>
    </w:p>
    <w:p>
      <w:r>
        <w:rPr>
          <w:b/>
        </w:rPr>
        <w:t xml:space="preserve">[27:54] </w:t>
      </w:r>
      <w:r>
        <w:t>un ke baad aise log hue jo masail ko bayan karne mein koi burai mehsoos nahi karte the aur fatwa dene se khauf nahi karte the. woh kehte the ke deen ki buniyad hi fiqh par hai, is liye is ki isha'at zaroor honi chahiye.</w:t>
      </w:r>
    </w:p>
    <w:p>
      <w:pPr>
        <w:jc w:val="right"/>
      </w:pPr>
      <w:r>
        <w:t>ان کے بعد ایسے لوگ ہوئے جو مسائل کو بیان کرنے میں کوئی برائی محسوس نہیں کرتے تھے اور فتویٰ دینے سے خوف نہیں کرتے تھے۔ وہ کہتے تھے کہ دین کی بنیاد ہی فقہ پر ہے، اس لیے اس کی اشاعت ضرور ہونی چاہیے۔</w:t>
      </w:r>
    </w:p>
    <w:p>
      <w:r>
        <w:rPr>
          <w:b/>
        </w:rPr>
        <w:t xml:space="preserve">[28:09] </w:t>
      </w:r>
      <w:r>
        <w:t>hujjat Allah al baligha safha 352. yahi woh zamana hai jabke ashab hadith aur ashab ra'y yani fuqaha ke darmiyan zabardast ikhtilaf paida hua.</w:t>
      </w:r>
    </w:p>
    <w:p>
      <w:pPr>
        <w:jc w:val="right"/>
      </w:pPr>
      <w:r>
        <w:t>حجت اللہ البالغہ صفحہ 352۔ یہی وہ زمانہ ہے جبکہ اصحاب حدیث اور اصحاب رائے یعنی فقہاء کے درمیان زبردست اختلاف پیدا ہوا۔</w:t>
      </w:r>
    </w:p>
    <w:p>
      <w:r>
        <w:rPr>
          <w:b/>
        </w:rPr>
        <w:t xml:space="preserve">[28:21] </w:t>
      </w:r>
      <w:r>
        <w:t>hazrat abu huraira ki yeh riwayat muhaddiseen ke darmiyan khoob phaili ke nabi sallallahu alaihi wasallam ne farmaya: "yeh ummat kuch zamane tak kitab Allah aur kuch zamane tak sunnat rasool Allah par chalegi, phir ra'y par amal shuru hoga aur usi waqt se gumrahi mein pad jayegi."</w:t>
      </w:r>
    </w:p>
    <w:p>
      <w:pPr>
        <w:jc w:val="right"/>
      </w:pPr>
      <w:r>
        <w:t>حضرت ابوہریرہ کی یہ روایت محدثین کے درمیان خوب پھیلی کہ نبی صلی اللہ علیہ وسلم نے فرمایا: "یہ امت کچھ زمانے تک کتاب اللہ اور کچھ زمانے تک سنت رسول اللہ پر چلے گی، پھر رائے پر عمل شروع ہوگا اور اسی وقت سے گمراہی میں پڑ جائے گی۔"</w:t>
      </w:r>
    </w:p>
    <w:p>
      <w:r>
        <w:rPr>
          <w:b/>
        </w:rPr>
        <w:t xml:space="preserve">[28:39] </w:t>
      </w:r>
      <w:r>
        <w:t>jami' bayan ul ilm juz thani safha 134. qasim ibn muhammad ne muhammad ibn abu bakr ne fiqhi khoz ke khilaf ihtijaj karte hue kaha: "tum aisi baatein daryaft karte ho jin ko hum sahaba se daryaft nahi karte the aur aisi baaton ki tafteesh karte ho jin ki hum tafteesh nahi karte the." hujjat Allah al baligha safha 317.</w:t>
      </w:r>
    </w:p>
    <w:p>
      <w:pPr>
        <w:jc w:val="right"/>
      </w:pPr>
      <w:r>
        <w:t>جامع بیان العلم جز ثانی صفحہ 134۔ قاسم ابن محمد نے محمد ابن ابوبکر نے فقہی خوض کے خلاف احتجاج کرتے ہوئے کہا: "تم ایسی باتیں دریافت کرتے ہو جن کو ہم صحابہ سے دریافت نہیں کرتے تھے اور ایسی باتوں کی تفتیش کرتے ہو جن کی ہم تفتیش نہیں کرتے تھے۔" حجت اللہ البالغہ صفحہ 317۔</w:t>
      </w:r>
    </w:p>
    <w:p>
      <w:r>
        <w:rPr>
          <w:b/>
        </w:rPr>
        <w:t xml:space="preserve">[29:06] </w:t>
      </w:r>
      <w:r>
        <w:t>fiqhi khoz ke nateeje mein jab ibadat ilahi ke aise aise ahkam o masail wajood mein aaye jin se ashab rasool Allah bhi nawaqif the to ahl nazar cheekh uthe.</w:t>
      </w:r>
    </w:p>
    <w:p>
      <w:pPr>
        <w:jc w:val="right"/>
      </w:pPr>
      <w:r>
        <w:t>فقہی خوض کے نتیجے میں جب عبادت الہی کے ایسے ایسے احکام و مسائل وجود میں آئے جن سے اصحاب رسول اللہ بھی ناواقف تھے تو اہل نظر چیخ اٹھے۔</w:t>
      </w:r>
    </w:p>
    <w:p>
      <w:r>
        <w:rPr>
          <w:b/>
        </w:rPr>
        <w:t xml:space="preserve">[29:16] </w:t>
      </w:r>
      <w:r>
        <w:t>baqi ibn al-walid ka bayan hai ke imam awzai</w:t>
      </w:r>
    </w:p>
    <w:p>
      <w:pPr>
        <w:jc w:val="right"/>
      </w:pPr>
      <w:r>
        <w:t>بقیہ ابن الولید کا بیان ہے کہ امام اوزاعی</w:t>
      </w:r>
    </w:p>
    <w:p>
      <w:r>
        <w:rPr>
          <w:b/>
        </w:rPr>
        <w:t xml:space="preserve">[29:21] </w:t>
      </w:r>
      <w:r>
        <w:t>157 hijri ne mujh se kaha: "ae baqi! ilm wahi hai jo ashab muhammad se pohncha hai aur jo kuch ashab muhammad se nahi pohncha wo ilm hi nahi hai." sani 29.</w:t>
      </w:r>
    </w:p>
    <w:p>
      <w:pPr>
        <w:jc w:val="right"/>
      </w:pPr>
      <w:r>
        <w:t>157 ہجری نے مجھ سے کہا: "اے بقیہ! علم وہی ہے جو اصحاب محمد سے پہنچا ہے اور جو کچھ اصحاب محمد سے نہیں پہنچا وہ علم ہی نہیں۔" ثانی 29۔</w:t>
      </w:r>
    </w:p>
    <w:p>
      <w:r>
        <w:rPr>
          <w:b/>
        </w:rPr>
        <w:t xml:space="preserve">[29:34] </w:t>
      </w:r>
      <w:r>
        <w:t>saeed ibn jabr tabai 95 hijri ne jab kaha: "jo baat ashab badr ko nahi maloom wo deen bhi nahi hai." muallim yعرف al-badriyyun falaysa min ad-deen.</w:t>
      </w:r>
    </w:p>
    <w:p>
      <w:pPr>
        <w:jc w:val="right"/>
      </w:pPr>
      <w:r>
        <w:t>سعید ابن جبر تابعی 95 ہجری نے جب کہا: "جو بات اصحاب بدر کو نہیں معلوم وہ دین بھی نہیں۔" معلم یعرف البدریون فلیس من الدین۔</w:t>
      </w:r>
    </w:p>
    <w:p>
      <w:r>
        <w:rPr>
          <w:b/>
        </w:rPr>
        <w:t xml:space="preserve">[29:47] </w:t>
      </w:r>
      <w:r>
        <w:t>97. shuara ne is par nazmein likhein.</w:t>
      </w:r>
    </w:p>
    <w:p>
      <w:pPr>
        <w:jc w:val="right"/>
      </w:pPr>
      <w:r>
        <w:t>97۔ شعراء نے اس پر نظمیں لکھیں۔</w:t>
      </w:r>
    </w:p>
    <w:p>
      <w:r>
        <w:rPr>
          <w:b/>
        </w:rPr>
        <w:t xml:space="preserve">[29:50] </w:t>
      </w:r>
      <w:r>
        <w:t>ek shair apni taweel nazm mein kehta hai: "qad</w:t>
      </w:r>
    </w:p>
    <w:p>
      <w:pPr>
        <w:jc w:val="right"/>
      </w:pPr>
      <w:r>
        <w:t>ایک شاعر اپنی طویل نظم میں کہتا ہے: "قد</w:t>
      </w:r>
    </w:p>
    <w:p>
      <w:r>
        <w:rPr>
          <w:b/>
        </w:rPr>
        <w:t xml:space="preserve">[29:59] </w:t>
      </w:r>
      <w:r>
        <w:t>98. logon ne khod khareed ki yahan tak ke deen mein aisi nai cheezein nikalein jinhein peghambar nahi laye the." abdullah ibn muslimah qanabi ka bayan hai ke ek martaba mein imam malik ke paas gaya to dekha ke ro rahe hain.</w:t>
      </w:r>
    </w:p>
    <w:p>
      <w:pPr>
        <w:jc w:val="right"/>
      </w:pPr>
      <w:r>
        <w:t>98۔ لوگوں نے کھود کرید کی یہاں تک کہ دین میں ایسی نئی چیزیں نکالیں جنہیں پیغمبر نہیں لائے تھے۔" عبداللہ ابن مسلمہ قانبی کا بیان ہے کہ ایک مرتبہ میں امام مالک کے پاس گیا تو دیکھا کہ رو رہے ہیں۔</w:t>
      </w:r>
    </w:p>
    <w:p>
      <w:r>
        <w:rPr>
          <w:b/>
        </w:rPr>
        <w:t xml:space="preserve">[30:15] </w:t>
      </w:r>
      <w:r>
        <w:t>mein ne salam kiya, unhone jawab to diya magar rote rahe.</w:t>
      </w:r>
    </w:p>
    <w:p>
      <w:pPr>
        <w:jc w:val="right"/>
      </w:pPr>
      <w:r>
        <w:t>میں نے سلام کیا، انہوں نے جواب تو دیا مگر روتے رہے۔</w:t>
      </w:r>
    </w:p>
    <w:p>
      <w:r>
        <w:rPr>
          <w:b/>
        </w:rPr>
        <w:t xml:space="preserve">[30:19] </w:t>
      </w:r>
      <w:r>
        <w:t>mein ne kaha: "abu abdullah! kyun aap is qadar ro rahe hain?" farmaya: "mera mamla ab khuda ke hath mein hai. mujh se bohat ziyadati hui.</w:t>
      </w:r>
    </w:p>
    <w:p>
      <w:pPr>
        <w:jc w:val="right"/>
      </w:pPr>
      <w:r>
        <w:t>میں نے کہا: "ابو عبداللہ! کیوں آپ اس قدر رو رہے ہیں؟" فرمایا: "میرا معاملہ اب خدا کے ہاتھ میں ہے۔ مجھ سے بہت زیادتی ہوئی۔</w:t>
      </w:r>
    </w:p>
    <w:p>
      <w:r>
        <w:rPr>
          <w:b/>
        </w:rPr>
        <w:t xml:space="preserve">[30:29] </w:t>
      </w:r>
      <w:r>
        <w:t>kaash is mamle mein mere lafz lafz par ek ek koda mujhe mara jata aur mein ne apni rai se kuch na kaha hota. itne ziyada fatwe na diye hote." juz sani safha 145.</w:t>
      </w:r>
    </w:p>
    <w:p>
      <w:pPr>
        <w:jc w:val="right"/>
      </w:pPr>
      <w:r>
        <w:t>کاش اس معاملے میں میرے لفظ لفظ پر ایک ایک کوڑا مجھے مارا جاتا اور میں نے اپنی رائے سے کچھ نہ کہا ہوتا۔ اتنے زیادہ فتوے نہ دیے ہوتے۔" جز ثانی صفحہ 145۔</w:t>
      </w:r>
    </w:p>
    <w:p>
      <w:r>
        <w:rPr>
          <w:b/>
        </w:rPr>
        <w:t xml:space="preserve">[30:44] </w:t>
      </w:r>
      <w:r>
        <w:t>imam malik kehte hain: "agle log jin ko mein ne dekha un ka yeh dastoor na tha ke be dhark keh dein: yeh halal hai, woh haram hai." ma kano yajtaru'una 'ala dhalika wa innama kano yaquluna nukrihu wa narahu hadha hasanan.</w:t>
      </w:r>
    </w:p>
    <w:p>
      <w:pPr>
        <w:jc w:val="right"/>
      </w:pPr>
      <w:r>
        <w:t>امام مالک کہتے ہیں: "اگلے لوگ جن کو میں نے دیکھا ان کا یہ دستور نہ تھا کہ بے دھڑک کہہ دیں: یہ حلال ہے، وہ حرام ہے۔" ما کانو یجترعون علی ذالک وانما کانو یقولون نکرہ ونراہذا حسنا۔</w:t>
      </w:r>
    </w:p>
    <w:p>
      <w:r>
        <w:rPr>
          <w:b/>
        </w:rPr>
        <w:t xml:space="preserve">[31:01] </w:t>
      </w:r>
      <w:r>
        <w:t>juz sani safha 146. abdullah ibn muslimah qurshi se riwayat hai</w:t>
      </w:r>
    </w:p>
    <w:p>
      <w:pPr>
        <w:jc w:val="right"/>
      </w:pPr>
      <w:r>
        <w:t>جز ثانی صفحہ 146۔ عبداللہ ابن مسلمہ قرشی سے روایت ہے</w:t>
      </w:r>
    </w:p>
    <w:p>
      <w:r>
        <w:rPr>
          <w:b/>
        </w:rPr>
        <w:t xml:space="preserve">[31:07] </w:t>
      </w:r>
      <w:r>
        <w:t>ke imam malik ne kaha: "yeh mamla barabar ustuwar raha yahan tak ke abu hanifah zahir hue aur musalmanon mein rai ko riwaj de diya." khalid khalid ibn nizar ne imam malik ka yeh qaul naqal kiya hai ke abu hanifah talwar le kar is ummat par toot padte to itna nuksan na pohncha sakte jitna apni rai o qiyas se pohncha sakte.</w:t>
      </w:r>
    </w:p>
    <w:p>
      <w:pPr>
        <w:jc w:val="right"/>
      </w:pPr>
      <w:r>
        <w:t>کہ امام مالک نے کہا: "یہ معاملہ برابر استوار رہا یہاں تک کہ ابو حنیفہ ظاہر ہوئے اور مسلمانوں میں رائے کو رواج دے گئے۔" خالد خالد ابن نزار نے امام مالک کا یہ قول نقل کیا ہے کہ ابو حنیفہ تلوار لے اس امت پر ٹوٹ پڑتے تو اتنا نقصان نہ پہنچا سکتے جتنا اپنی رائے و قیاس سے پہنچا گئے۔</w:t>
      </w:r>
    </w:p>
    <w:p>
      <w:r>
        <w:rPr>
          <w:b/>
        </w:rPr>
        <w:t xml:space="preserve">[31:32] </w:t>
      </w:r>
      <w:r>
        <w:t>ibn uyaynah ne kaha: "koofa ka mamla durust raha</w:t>
      </w:r>
    </w:p>
    <w:p>
      <w:pPr>
        <w:jc w:val="right"/>
      </w:pPr>
      <w:r>
        <w:t>ابن عینہ نے کہا: "کوفہ کا معاملہ درست رہا</w:t>
      </w:r>
    </w:p>
    <w:p>
      <w:r>
        <w:rPr>
          <w:b/>
        </w:rPr>
        <w:t xml:space="preserve">[31:36] </w:t>
      </w:r>
      <w:r>
        <w:t>yahan tak ke abu abu hanifah ka zahoor hua." juz sani safha 147. imam abu yusuf 182 hijri ne jab abbasi saltanat mein qanoon ka ohda sambhala to fiqh ke phailao ke liye ek madi muharrik bhi paida ho gaya.</w:t>
      </w:r>
    </w:p>
    <w:p>
      <w:pPr>
        <w:jc w:val="right"/>
      </w:pPr>
      <w:r>
        <w:t>یہاں تک کہ ابو ابو حنیفہ کا ظہور ہوا۔" جز ثانی صفحہ 147۔ امام ابو یوسف 182 ہجری نے جب عباسی سلطنت میں قانون کا عہدہ سنبھالا تو فقہ کے پھیلاؤ کے لیے ایک مادی محرک بھی پیدا ہوگیا۔</w:t>
      </w:r>
    </w:p>
    <w:p>
      <w:r>
        <w:rPr>
          <w:b/>
        </w:rPr>
        <w:t xml:space="preserve">[31:57] </w:t>
      </w:r>
      <w:r>
        <w:t>imam abu hanifah ke shagirdon mein sab se mashhoor imam abu yusuf hain. woh haroon rasheed ke ahad mein qazi al-quzzat muqarrar kiye gaye.</w:t>
      </w:r>
    </w:p>
    <w:p>
      <w:pPr>
        <w:jc w:val="right"/>
      </w:pPr>
      <w:r>
        <w:t>امام ابو حنیفہ کے شاگردوں میں سب سے مشہور امام ابو یوسف ہیں۔ وہ ہارون رشید کے عہد میں قاضی القضات مقرر کیے گئے۔</w:t>
      </w:r>
    </w:p>
    <w:p>
      <w:r>
        <w:rPr>
          <w:b/>
        </w:rPr>
        <w:t xml:space="preserve">[32:06] </w:t>
      </w:r>
      <w:r>
        <w:t>pas woh imam abu hanifah ke mazhab ki shohrat ka aur atraf iraq, khurasan aur mawara un nahr mein mamool bhi hone ka sabab ban gaye.</w:t>
      </w:r>
    </w:p>
    <w:p>
      <w:pPr>
        <w:jc w:val="right"/>
      </w:pPr>
      <w:r>
        <w:t>پس وہ امام ابو حنیفہ کے مذہب کی شہرت کا اور اطراف عراق، خراسان اور ماوراء النہر میں معمول بھی ہی ہونے کا سبب بن گئے۔</w:t>
      </w:r>
    </w:p>
    <w:p>
      <w:r>
        <w:rPr>
          <w:b/>
        </w:rPr>
        <w:t xml:space="preserve">[32:15] </w:t>
      </w:r>
      <w:r>
        <w:t>hujjatullah al-balighah safha 334. imam abu yusuf ko islam mein sab se pehle qazi al-quzzat kaha gaya. woh teen abbasi khulafa mahdi, hadi aur haroon ar-rasheed ke zamane mein qazi ke mansab par faiz rahe.</w:t>
      </w:r>
    </w:p>
    <w:p>
      <w:pPr>
        <w:jc w:val="right"/>
      </w:pPr>
      <w:r>
        <w:t>حجت اللہ البالغہ صفحہ 334۔ امام ابو یوسف کو اسلام میں سب سے پہلے قاضی القضات کہا گیا۔ وہ تین عباسی خلفاء مہدی، ہادی اور ہارون الرشید کے زمانے میں قاضی کے منصب پر فائز رہے۔</w:t>
      </w:r>
    </w:p>
    <w:p>
      <w:r>
        <w:rPr>
          <w:b/>
        </w:rPr>
        <w:t xml:space="preserve">[32:31] </w:t>
      </w:r>
      <w:r>
        <w:t>is zamane ke lihaz se un ka ohda ba'iq waqt chief justice aur wazir qanoon dono ka tha. chunancha poori hukoomat islami mein fiqh, khaas tor par fiqh hanfi ko khoob tarraqi hui.</w:t>
      </w:r>
    </w:p>
    <w:p>
      <w:pPr>
        <w:jc w:val="right"/>
      </w:pPr>
      <w:r>
        <w:t>اس زمانے کے لحاظ سے ان کا عہدہ بیک وقت چیف جسٹس اور وزیر قانون دونوں کا تھا۔ چنانچہ پوری حکومت اسلامی میں فقہ، خاص طور پر فقہ حنفی کو خوب ترقی ہوئی۔</w:t>
      </w:r>
    </w:p>
    <w:p>
      <w:r>
        <w:rPr>
          <w:b/>
        </w:rPr>
        <w:t xml:space="preserve">[32:43] </w:t>
      </w:r>
      <w:r>
        <w:t>nobat yahan tak pohnchi ke log hukoomat ke ohdon ke liye fiqh mein maharat hasil karne lage.</w:t>
      </w:r>
    </w:p>
    <w:p>
      <w:pPr>
        <w:jc w:val="right"/>
      </w:pPr>
      <w:r>
        <w:t>نوبت یہاں تک پہنچی کہ لوگ حکومت کے عہدوں کے لیے فقہ میں مہارت حاصل کرنے لگے۔</w:t>
      </w:r>
    </w:p>
    <w:p>
      <w:r>
        <w:rPr>
          <w:b/>
        </w:rPr>
        <w:t xml:space="preserve">[32:50] </w:t>
      </w:r>
      <w:r>
        <w:t>mahmood waraq 845 isvi ki ek taweel nazm ke chand ash'ar yeh hain: jami' bayan al-'ilm wa fadlih, juz awwal safha 166.</w:t>
      </w:r>
    </w:p>
    <w:p>
      <w:pPr>
        <w:jc w:val="right"/>
      </w:pPr>
      <w:r>
        <w:t>محمود وراق 845 عیسوی کی ایک طویل نظم کے چند شعر یہ ہیں: جامع بیان العلم وفضلی، جز اول صفحہ 166۔</w:t>
      </w:r>
    </w:p>
    <w:p>
      <w:r>
        <w:rPr>
          <w:b/>
        </w:rPr>
        <w:t xml:space="preserve">[33:01] </w:t>
      </w:r>
      <w:r>
        <w:t>rakibu al-marakiba wa-ghdaw zumaran ila bab al-khaleefah. subah hui aur sawar ho kar khalifa ki deori ki taraf daude.</w:t>
      </w:r>
    </w:p>
    <w:p>
      <w:pPr>
        <w:jc w:val="right"/>
      </w:pPr>
      <w:r>
        <w:t>رکبوا المراکب واغتدوا زمرا الی باب الخلیفہ۔ صبح ہوئی اور سوار ہو کر خلیفہ کی دیوڑی کی طرف دوڑے۔</w:t>
      </w:r>
    </w:p>
    <w:p>
      <w:r>
        <w:rPr>
          <w:b/>
        </w:rPr>
        <w:t xml:space="preserve">[33:12] </w:t>
      </w:r>
      <w:r>
        <w:t>wasala al-bukuru ila ar-rawahi li-yablughu ar-rutbah ash-sharifah. oonche ohdon ki talab mein raat din ek kar dete hain.</w:t>
      </w:r>
    </w:p>
    <w:p>
      <w:pPr>
        <w:jc w:val="right"/>
      </w:pPr>
      <w:r>
        <w:t>وصل البکور الی الرواح لیبلغوا الرتبہ الشریفہ۔ اونچے عہدوں کی طلب میں رات دن ایک کر دیتے ہیں۔</w:t>
      </w:r>
    </w:p>
    <w:p>
      <w:r>
        <w:rPr>
          <w:b/>
        </w:rPr>
        <w:t xml:space="preserve">[33:22] </w:t>
      </w:r>
      <w:r>
        <w:t>dhawqat qubur al-qawmi wa-tas'at qusuruhum al-mani'fah. un ki qabrein to tang ho chuki hain magar oonche mahal khoob wasee hain.</w:t>
      </w:r>
    </w:p>
    <w:p>
      <w:pPr>
        <w:jc w:val="right"/>
      </w:pPr>
      <w:r>
        <w:t>ذاقت قبور القوم وتسعت قصورہم المنیفہ۔ ان کی قبریں تو تنگ ہو چکی ہیں مگر اونچے محل خوب وسیع ہیں۔</w:t>
      </w:r>
    </w:p>
    <w:p>
      <w:r>
        <w:rPr>
          <w:b/>
        </w:rPr>
        <w:t xml:space="preserve">[33:32] </w:t>
      </w:r>
      <w:r>
        <w:t>muttafaq al-jami' al-hadith ila qiyas abi hanifah.</w:t>
      </w:r>
    </w:p>
    <w:p>
      <w:pPr>
        <w:jc w:val="right"/>
      </w:pPr>
      <w:r>
        <w:t>متفقہ جمع الحدیث الی قیاس ابی حنیفہ۔</w:t>
      </w:r>
    </w:p>
    <w:p>
      <w:r>
        <w:rPr>
          <w:b/>
        </w:rPr>
        <w:t xml:space="preserve">[33:38] </w:t>
      </w:r>
      <w:r>
        <w:t>muttafaq hain, unhone ahadith ko qiyas abu hanifah ke mutabiq kar liya hai.</w:t>
      </w:r>
    </w:p>
    <w:p>
      <w:pPr>
        <w:jc w:val="right"/>
      </w:pPr>
      <w:r>
        <w:t>متفقہ ہیں، انہوں نے احادیث کو قیاس ابو حنیفہ کے مطابق کر لیا ہے۔</w:t>
      </w:r>
    </w:p>
    <w:p>
      <w:r>
        <w:rPr>
          <w:b/>
        </w:rPr>
        <w:t xml:space="preserve">[33:46] </w:t>
      </w:r>
      <w:r>
        <w:t>is mein koi shakk nahin ke mazahib fiqah ke ibtidai banee ke zehan mein hargiz woh tafriqi shiddat na thi jo baat ko waqe mein aai.</w:t>
      </w:r>
    </w:p>
    <w:p>
      <w:pPr>
        <w:jc w:val="right"/>
      </w:pPr>
      <w:r>
        <w:t>اس میں کوئی شک نہیں کہ مذاہب فقہ کے ابتدائی بانیوں کے ذہن میں ہرگز وہ تفریقی شدت نہ تھی جو بات کو وقوع میں آئی۔</w:t>
      </w:r>
    </w:p>
    <w:p>
      <w:r>
        <w:rPr>
          <w:b/>
        </w:rPr>
        <w:t xml:space="preserve">[33:55] </w:t>
      </w:r>
      <w:r>
        <w:t>magar yeh bhi ek waqe hai ke ibadati fiqah ko mukhtalif mazahib mein taqseem karne ka koi doosra nateeja bhi nikal na sakta tha. sari tareekh batati ke ma baad tabaeati umoor mein, doosre lafzon mein, woh umoor jin ki sadakat ko aqli taur par jaancha na ja sakta ho, insan be had hassas waqe hua hai.</w:t>
      </w:r>
    </w:p>
    <w:p>
      <w:pPr>
        <w:jc w:val="right"/>
      </w:pPr>
      <w:r>
        <w:t>مگر یہ بھی ایک واقعہ ہے کہ عبادتی فقہ کو مختلف مذاہب میں تقسیم کرنے کا کوئی دوسرا نتیجہ بھی نکل نہ سکتا تھا۔ ساری تاریخ بتاتی کہ ما بعد طبیعیاتی امور میں، دوسرے لفظوں میں، وہ امور جن کی صداقت کو عقلی طور پر جانچا نہ جا سکتا ہو، انسان بے حد حساس واقع ہوا ہے۔</w:t>
      </w:r>
    </w:p>
    <w:p>
      <w:r>
        <w:rPr>
          <w:b/>
        </w:rPr>
        <w:t xml:space="preserve">[34:16] </w:t>
      </w:r>
      <w:r>
        <w:t>is qism ke umoor mein mamooli ikhtilaf bhi do insani grohon ke darmiyan na qabil e aboor deewar khari kar dene ke liye kafi hai. misaal ke taur par, qisas ke bare mein imam shafi ne surah hajj ki ayat 60 se istidlal kiya hai ke kisi shakhs se qiyas isi khaas dhang par liya jayega jis dhang par us ne zulm kiya hai.</w:t>
      </w:r>
    </w:p>
    <w:p>
      <w:pPr>
        <w:jc w:val="right"/>
      </w:pPr>
      <w:r>
        <w:t>اس قسم کے امور میں معمولی اختلاف بھی دو انسانی گروہوں کے درمیان ناقابل عبور دیوار کھڑی کر دینے کے لیے کافی ہے۔ مثال کے طور پر، قصاص کے بارے میں امام شافعی نے سورہ حج کی آیت 60 سے استدلال کیا ہے کہ کسی شخص سے قیاس اسی خاص ڈھنگ پر لیا جائے گا جس ڈھنگ پر اس نے ظلم کیا ہو۔</w:t>
      </w:r>
    </w:p>
    <w:p>
      <w:r>
        <w:rPr>
          <w:b/>
        </w:rPr>
        <w:t xml:space="preserve">[34:38] </w:t>
      </w:r>
      <w:r>
        <w:t>misalan, kisi ne agar ek aadmi ko pani mein duba kar mara hai to us ko bhi duba kar hi mara jayega. kisi ne aag mein jala kar mara hai to us ko bhi jala kar mara jayega.</w:t>
      </w:r>
    </w:p>
    <w:p>
      <w:pPr>
        <w:jc w:val="right"/>
      </w:pPr>
      <w:r>
        <w:t>مثلاً، کسی نے اگر ایک آدمی کو پانی میں ڈبا کر مارا ہے تو اس کو بھی ڈبا کر ہی مارا جائے گا۔ کسی نے آگ میں جلا کر مارا ہے تو اس کو بھی جلا کر مارا جائے گا۔</w:t>
      </w:r>
    </w:p>
    <w:p>
      <w:r>
        <w:rPr>
          <w:b/>
        </w:rPr>
        <w:t xml:space="preserve">[34:49] </w:t>
      </w:r>
      <w:r>
        <w:t>magar hanafia is ke qael nahin. un ka kehna hai ke qatl khwah kisi tareeqe se kiya gaya ho, qatil se qisas ek hi maroof tareeqe par liya jayega.</w:t>
      </w:r>
    </w:p>
    <w:p>
      <w:pPr>
        <w:jc w:val="right"/>
      </w:pPr>
      <w:r>
        <w:t>مگر حنفیہ اس کے قائل نہیں۔ ان کا کہنا ہے کہ قتل خواہ کسی طریقے سے کیا گیا ہو، قاتل سے قصاص ایک ہی معروف طریقے پر لیا جائے گا۔</w:t>
      </w:r>
    </w:p>
    <w:p>
      <w:r>
        <w:rPr>
          <w:b/>
        </w:rPr>
        <w:t xml:space="preserve">[35:01] </w:t>
      </w:r>
      <w:r>
        <w:t>qanoon ke mahireen aur ulma ke darmiyan qanoon ki taabeer mein is qism ke ikhtilafat hamesha hote hain. magar yeh ikhtilaf firqa bandi aur bahami ta'assub paida nahin karta</w:t>
      </w:r>
    </w:p>
    <w:p>
      <w:pPr>
        <w:jc w:val="right"/>
      </w:pPr>
      <w:r>
        <w:t>قانون کے ماہرین اور علماء کے درمیان قانون کی تعبیر میں اس قسم کے اختلافات ہمیشہ ہوتے ہیں۔ مگر یہ اختلاف فرقہ بندی اور باہمی تعصب پیدا نہیں کرتا</w:t>
      </w:r>
    </w:p>
    <w:p>
      <w:r>
        <w:rPr>
          <w:b/>
        </w:rPr>
        <w:t xml:space="preserve">[35:12] </w:t>
      </w:r>
      <w:r>
        <w:t>. is ke bar aks, ibadati umoor mein itna sa ikhtilaf bhi ek hi jagah ibadat gahain banwa deta hai ke namaz ba jamaat ke liye takbeer kahi jaye to muqtadiyon ko shuru hi mein saf bana kar khara ho jana chahiye ya us waqt jab mukabir qad qamat al salah kahe.</w:t>
      </w:r>
    </w:p>
    <w:p>
      <w:pPr>
        <w:jc w:val="right"/>
      </w:pPr>
      <w:r>
        <w:t>۔ اس کے برعکس، عباداتی امور میں اتنا سا اختلاف بھی ایک ہی جگہ عبادت گاہیں بنوا دیتا ہے کہ نماز باجماعت کے لیے تکبیر کہی جائے تو مقتدیوں کو شروع ہی میں صف بنا کر کھڑا ہو جانا چاہیے یا اس وقت جب مکبر قد قامت الصلاۃ کہے۔</w:t>
      </w:r>
    </w:p>
    <w:p>
      <w:r>
        <w:rPr>
          <w:b/>
        </w:rPr>
        <w:t xml:space="preserve">[35:30] </w:t>
      </w:r>
      <w:r>
        <w:t>isi liye kaha gaya hai: "al khilaf fi al deen yantej min al khusumat akthar mimma yantej al khilaf fi al siyasah".</w:t>
      </w:r>
    </w:p>
    <w:p>
      <w:pPr>
        <w:jc w:val="right"/>
      </w:pPr>
      <w:r>
        <w:t>اسی لیے کہا گیا ہے: "الخلاف فی الدینینتیج من الخصومت اکثر مماینتیج الخلاف فی السیاسہ"۔</w:t>
      </w:r>
    </w:p>
    <w:p>
      <w:r>
        <w:rPr>
          <w:b/>
        </w:rPr>
        <w:t xml:space="preserve">[35:39] </w:t>
      </w:r>
      <w:r>
        <w:t>yeh kehna mubalgha na hoga ke musalmanon mein bahami ikhtilaf ki wahid sab se bari wajah woh ibadati ikhtilaf hai jis ko alag alag fiqah ki shakal mein murattab kiya gaya.</w:t>
      </w:r>
    </w:p>
    <w:p>
      <w:pPr>
        <w:jc w:val="right"/>
      </w:pPr>
      <w:r>
        <w:t>یہ کہنا مبالغہ نہ ہوگا کہ مسلمانوں میں باہمی اختلاف کی واحد سب سے بڑی وجہ وہ عبادتی اختلاف ہے جس کو الگ الگ فقہ کی شکل میں مرتب کیا گیا۔</w:t>
      </w:r>
    </w:p>
    <w:p>
      <w:r>
        <w:rPr>
          <w:b/>
        </w:rPr>
        <w:t xml:space="preserve">[35:51] </w:t>
      </w:r>
      <w:r>
        <w:t>halankeh yeh ikhtilaf jo haqeeqatan intehai zimni tha, ba aitbar haqeeqat koi ahmiyat na rakhta tha. woh cheez jis ko fuqaha mutaariz riwayat mein tarjeeh ya afzaliyat talash karna ke</w:t>
      </w:r>
    </w:p>
    <w:p>
      <w:pPr>
        <w:jc w:val="right"/>
      </w:pPr>
      <w:r>
        <w:t>حالانکہ یہ اختلاف جو حقیقتاً انتہائی ضمنی تھا، باعتبار حقیقت کوئی اہمیت نہ رکھتا تھا۔ وہ چیز جس کو فقہاء متعارض روایتوں میں ترجیح یا افضلیت تلاش کرنا کہ</w:t>
      </w:r>
    </w:p>
    <w:p>
      <w:r>
        <w:rPr>
          <w:b/>
        </w:rPr>
        <w:t xml:space="preserve">[36:03] </w:t>
      </w:r>
      <w:r>
        <w:t>te hain, ibadati umoor mein aksar auqat ghair zaroori hota hai kyunke yeh ta'aruz haqeeqatan ibadat ki zimni shakalon mein tanawwu ki tasdeeq karta hai na ke ikhtilaf ko batata hai jis ko khatam karne ke liye kisi ilmi mushaqqat ki zaroorat ho.</w:t>
      </w:r>
    </w:p>
    <w:p>
      <w:pPr>
        <w:jc w:val="right"/>
      </w:pPr>
      <w:r>
        <w:t>تے ہیں، عباداتی امور میں اکثر اوقات غیر ضروری ہوتا ہے کیونکہ یہ تعارض حقیقتاً عبادت کی ضمنی شکلوں میں تنوع کی تصدیق کرتا ہے نہ کہ اختلاف کو بتاتا ہے جس کو ختم کرنے کے لیے کسی علمی مشقت کی ضرورت ہو۔</w:t>
      </w:r>
    </w:p>
    <w:p>
      <w:r>
        <w:rPr>
          <w:b/>
        </w:rPr>
        <w:t xml:space="preserve">[36:18] </w:t>
      </w:r>
      <w:r>
        <w:t>isi ke sath ek nuqsan aur bhi hua. un juziyat ya doosre lafzon mein takmeeli ahkam ki ahmiyat ibtidai fuqaha ke nazdeek agarcheh is se zyada na thi ke awam ko ek bana banaya mukammal dhancha de diya jaye taake woh ba aasani in ibadati ko ada kar saken.</w:t>
      </w:r>
    </w:p>
    <w:p>
      <w:pPr>
        <w:jc w:val="right"/>
      </w:pPr>
      <w:r>
        <w:t>اسی کے ساتھ ایک نقصان اور بھی ہوا۔ ان جزئیات یا دوسرے لفظوں میں تکمیلی احکام کی اہمیت ابتدائی فقہاء کے نزدیک اگرچہ اس سے زیادہ نہ تھی کہ عوام کو ایک بنا بنایا مکمل ڈھانچہ دے دیا جائے تاکہ وہ باسانی ان عبادات کو ادا کر سکیں۔</w:t>
      </w:r>
    </w:p>
    <w:p>
      <w:r>
        <w:rPr>
          <w:b/>
        </w:rPr>
        <w:t xml:space="preserve">[36:36] </w:t>
      </w:r>
      <w:r>
        <w:t>magar yahan bhi insan ki tareekhi kamzori in ke masoom iradon par ghalib aa gayi.</w:t>
      </w:r>
    </w:p>
    <w:p>
      <w:pPr>
        <w:jc w:val="right"/>
      </w:pPr>
      <w:r>
        <w:t>مگر یہاں بھی انسان کی تاریخی کمزوری ان کے معصوم ارادوں پر غالب آ گئی۔</w:t>
      </w:r>
    </w:p>
    <w:p>
      <w:r>
        <w:rPr>
          <w:b/>
        </w:rPr>
        <w:t xml:space="preserve">[36:42] </w:t>
      </w:r>
      <w:r>
        <w:t>logon ne yeh samjha ke ibadat ek intehai muqarrar amal ko yaksaaniyat ke sath dohrane ka naam hai. is tarah agarcheh aitiqadi taur par nahin magar amli taur par haqeeqat ibadat ke bajaye shakal ibadat logon ka maqsood ban gaya.</w:t>
      </w:r>
    </w:p>
    <w:p>
      <w:pPr>
        <w:jc w:val="right"/>
      </w:pPr>
      <w:r>
        <w:t>لوگوں نے یہ سمجھا کہ عبادت ایک انتہائی مقررہ عمل کو یکسانیت کے ساتھ دہرانے کا نام ہے۔ اس طرح اگرچہ اعتقادی طور پر نہیں مگر عملی طور پر حقیقت عبادت کے بجائے شکل عبادت لوگوں کا مقصود بن گیا۔</w:t>
      </w:r>
    </w:p>
    <w:p>
      <w:r>
        <w:rPr>
          <w:b/>
        </w:rPr>
        <w:t xml:space="preserve">[36:57] </w:t>
      </w:r>
      <w:r>
        <w:t>maujooda ibadati fiqah ne is tarah ba ek waqt musalmanon ko do tohfe diye hain: ek ikhtilaf, doosre mazhabi jamood. ahl e hadees ka giroh isi fiqi kharabi ko khatam karne ke liye wajood mein aaya tha magar woh khud ek shadeed tar qism ka fiqi giroh paida karne ka sabab ban gaya.</w:t>
      </w:r>
    </w:p>
    <w:p>
      <w:pPr>
        <w:jc w:val="right"/>
      </w:pPr>
      <w:r>
        <w:t>موجودہ عبادتی فقہ نے اس طرح بیک وقت مسلمانوں کو دو تحفے دیے ہیں: ایک اختلاف، دوسرے مذہبی جمود۔ اہل حدیث کا گروہ اسی فقہی خرابی کو ختم کرنے کے لیے وجود میں آیا تھا مگر وہ خود ایک شدید تر قسم کا فقہی گروہ پیدا کرنے کا سبب بن گیا۔</w:t>
      </w:r>
    </w:p>
    <w:p>
      <w:r>
        <w:rPr>
          <w:b/>
        </w:rPr>
        <w:t xml:space="preserve">[37:14] </w:t>
      </w:r>
      <w:r>
        <w:t>is ki wajah yeh hai ke unhon ne bhi wahi ghalti ki jo un ke pesh-ro'on ne</w:t>
      </w:r>
    </w:p>
    <w:p>
      <w:pPr>
        <w:jc w:val="right"/>
      </w:pPr>
      <w:r>
        <w:t>اس کی وجہ یہ ہے کہ انہوں نے بھی وہی غلطی کی جو ان کے پیش روؤں نے</w:t>
      </w:r>
    </w:p>
    <w:p>
      <w:r>
        <w:rPr>
          <w:b/>
        </w:rPr>
        <w:t xml:space="preserve">[37:18] </w:t>
      </w:r>
      <w:r>
        <w:t>ki thi. Ameen ahista kahi jaye ya buland awaz se, imam ke peeche fateha padhi jaye ya na</w:t>
      </w:r>
    </w:p>
    <w:p>
      <w:pPr>
        <w:jc w:val="right"/>
      </w:pPr>
      <w:r>
        <w:t>کی تھی۔ آمین آہستہ کہی جائے یا بلند آواز سے، امام کے پیچھے فاتحہ پڑھی جائے یا نہ</w:t>
      </w:r>
    </w:p>
    <w:p>
      <w:r>
        <w:rPr>
          <w:b/>
        </w:rPr>
        <w:t xml:space="preserve">[37:24] </w:t>
      </w:r>
      <w:r>
        <w:t>padhi jaye, is qism ke zimni furoo' jo ibadati af'al ke baray mein riwayat mein milte hain, un</w:t>
      </w:r>
    </w:p>
    <w:p>
      <w:pPr>
        <w:jc w:val="right"/>
      </w:pPr>
      <w:r>
        <w:t>پڑھی جائے، اس قسم کے ضمنی فروغ جو عبادتی افعال کے بارے میں روایات میں ملتے ہیں، ان</w:t>
      </w:r>
    </w:p>
    <w:p>
      <w:r>
        <w:rPr>
          <w:b/>
        </w:rPr>
        <w:t xml:space="preserve">[37:31] </w:t>
      </w:r>
      <w:r>
        <w:t>mein se har ek ko tasleem karne ke bajaye woh dobara is koshish mein lag gaye ke ek</w:t>
      </w:r>
    </w:p>
    <w:p>
      <w:pPr>
        <w:jc w:val="right"/>
      </w:pPr>
      <w:r>
        <w:t>میں سے ہر ایک کو تسلیم کرنے کے بجائے وہ دوبارہ اس کوشش میں لگ گئے کہ ایک</w:t>
      </w:r>
    </w:p>
    <w:p>
      <w:r>
        <w:rPr>
          <w:b/>
        </w:rPr>
        <w:t xml:space="preserve">[37:36] </w:t>
      </w:r>
      <w:r>
        <w:t>ko rajih qarar de kar baqi ko marjooh sabit karen aur is tarah doosron ke muqabil khud apna</w:t>
      </w:r>
    </w:p>
    <w:p>
      <w:pPr>
        <w:jc w:val="right"/>
      </w:pPr>
      <w:r>
        <w:t>کو راجح قرار دے کر بقیہ کو مرجوع ثابت کریں اور اس طرح دوسروں کے بالمقابل خود اپنا</w:t>
      </w:r>
    </w:p>
    <w:p>
      <w:r>
        <w:rPr>
          <w:b/>
        </w:rPr>
        <w:t xml:space="preserve">[37:43] </w:t>
      </w:r>
      <w:r>
        <w:t>ek sahih-tar nizam-e-ibadat muqarrar karen.</w:t>
      </w:r>
    </w:p>
    <w:p>
      <w:pPr>
        <w:jc w:val="right"/>
      </w:pPr>
      <w:r>
        <w:t>ایک صحیح تر نظام عبادت مقرر کریں۔</w:t>
      </w:r>
    </w:p>
    <w:p>
      <w:r>
        <w:rPr>
          <w:b/>
        </w:rPr>
        <w:t xml:space="preserve">[37:45] </w:t>
      </w:r>
      <w:r>
        <w:t>is qism ki koshish sirf ek naya fiqi firqa wajood mein la sakti thi aur is ne wahi anjam diya. is soorat e haal ki islaah ki soorat yeh hai ke ibadati fiqah ko maamlat i fiqah se alag kar diya jaye jaisa ke woh doosri sadi hijri se pehle tak alag thi.</w:t>
      </w:r>
    </w:p>
    <w:p>
      <w:pPr>
        <w:jc w:val="right"/>
      </w:pPr>
      <w:r>
        <w:t>اس قسم کی کوشش صرف ایک نیا فقہی فرقہ وجود میں لا سکتی تھی اور اس نے وہی انجام دیا۔ اس صورتحال کی اصلاح کی صورت یہ ہے کہ عبادتی فقہ کو معاملاتی فقہ سے الگ کر دیا جائے جیسا کہ وہ دوسری صدی ہجری سے پہلے تک الگ تھی۔</w:t>
      </w:r>
    </w:p>
    <w:p>
      <w:r>
        <w:rPr>
          <w:b/>
        </w:rPr>
        <w:t xml:space="preserve">[38:04] </w:t>
      </w:r>
      <w:r>
        <w:t>maamlat i fiqah mein ijtihadi tafseelat ya mazeed ta'ayyunat na sirf jaiz balke zaroori hain magar ibadati fiqah ko sirf unhi tareeqon ko jama ta'teeb tak jama o ta'teeb tak mehdood rehna chahiye jo sahi riwayat mein maujood hain.</w:t>
      </w:r>
    </w:p>
    <w:p>
      <w:pPr>
        <w:jc w:val="right"/>
      </w:pPr>
      <w:r>
        <w:t>معاملاتی فقہ میں اجتہادی تفصیلات یا مزید تعینات نہ صرف جائز بلکہ ضروری ہیں مگر عبادتی فقہ کو صرف انہی طریقوں کو جمع ترتیب تک جمع و ترتیب تک محدود رہنا چاہیے جو صحیح روایات میں موجود ہیں۔</w:t>
      </w:r>
    </w:p>
    <w:p>
      <w:r>
        <w:rPr>
          <w:b/>
        </w:rPr>
        <w:t xml:space="preserve">[38:18] </w:t>
      </w:r>
      <w:r>
        <w:t>yahan na tarjeeh pasandeeda hai na takhreej. jahan ek se zyada tareeqe milen wahan zaroori hawalaat ke sath tamam tareeqon ko riwaj de</w:t>
      </w:r>
    </w:p>
    <w:p>
      <w:pPr>
        <w:jc w:val="right"/>
      </w:pPr>
      <w:r>
        <w:t>یہاں نہ ترجیح پسندیدہ ہے نہ تخریج۔ جہاں ایک سے زیادہ طریقے ملیں وہاں ضروری حوالوں کے ساتھ تمام طریقوں کو رواج دے</w:t>
      </w:r>
    </w:p>
    <w:p>
      <w:r>
        <w:rPr>
          <w:b/>
        </w:rPr>
        <w:t xml:space="preserve">[38:29] </w:t>
      </w:r>
      <w:r>
        <w:t>, wahan zaroori hawalaat ke sath tamam tareeqon ko darj kar dena chahiye. jahan ek se zyada tareeqe milen wahan zaroori hawalaat ke sath tamam tareeqon ko darj kar dena chahiye</w:t>
      </w:r>
    </w:p>
    <w:p>
      <w:pPr>
        <w:jc w:val="right"/>
      </w:pPr>
      <w:r>
        <w:t>، وہاں ضروری حوالوں کے ساتھ تمام طریقوں کو درج کر دینا چاہیے۔ جہاں ایک سے زیادہ طریقے ملیں وہاں ضروری حوالوں کے ساتھ تمام طریقوں کو درج کر دینا چاہیے</w:t>
      </w:r>
    </w:p>
    <w:p>
      <w:r>
        <w:rPr>
          <w:b/>
        </w:rPr>
        <w:t xml:space="preserve">[38:41] </w:t>
      </w:r>
      <w:r>
        <w:t>bajaye is ke ke ek ko raajeh aur doosre ko marjooh sabit karne ki koshish ki jaye. khaleefa haroon rasheed ne ek bar irada kiya ke tamam logon ko hukum de diya jaye ke woh masail mein sirf imam malik ki fiqi rai par amal karen.</w:t>
      </w:r>
    </w:p>
    <w:p>
      <w:pPr>
        <w:jc w:val="right"/>
      </w:pPr>
      <w:r>
        <w:t>بجائے اس کے کہ ایک کو راجح اور دوسرے کو مرجوع ثابت کرنے کی کوشش کی جائے۔ خلیفہ ہارون رشید نے ایک بار ارادہ کیا کہ تمام لوگوں کو حکم دے دیا جائے کہ وہ مسائل میں صرف امام مالک کی فقہی رائے پر عمل کریں۔</w:t>
      </w:r>
    </w:p>
    <w:p>
      <w:r>
        <w:rPr>
          <w:b/>
        </w:rPr>
        <w:t xml:space="preserve">[38:56] </w:t>
      </w:r>
      <w:r>
        <w:t>imam moosuf ne khaleefa ko rok diya aur farmaya ke aisa na karo kyunke rasool Allah sal Allah alaih wa sallam ke ashaab firoo mein mukhtalif hue hain.</w:t>
      </w:r>
    </w:p>
    <w:p>
      <w:pPr>
        <w:jc w:val="right"/>
      </w:pPr>
      <w:r>
        <w:t>امام موصوف نے خلیفہ کو روک دیا اور فرمایا کہ ایسا نہ کرو کیونکہ رسول اللہ صلی اللہ علیہ وسلم کے اصحاب فروعات میں مختلف ہوئے ہیں۔</w:t>
      </w:r>
    </w:p>
    <w:p>
      <w:r>
        <w:rPr>
          <w:b/>
        </w:rPr>
        <w:t xml:space="preserve">[39:06] </w:t>
      </w:r>
      <w:r>
        <w:t>la taf'al fa inna ashab rasool Allah sal Allah alaih wa sallam ikhtalafu fi al firoo. حجت Allah firoi ikhtilaf agar sahaba ke liye ijtimaee ibadat guzari mein ma'ni na tha to hamare liye woh kyun ma'ni ho jayega ke awami zaroorat ke naam par deen mein aise izafe karen jo Khuda aur Rasool ke diye hue tawassu'at ka darwaza band kar de?</w:t>
      </w:r>
    </w:p>
    <w:p>
      <w:pPr>
        <w:jc w:val="right"/>
      </w:pPr>
      <w:r>
        <w:t>لا تفعل فان اصحاب رسول اللہ صلی اللہ علیہ وسلم اختلفوا فی الفروع۔ حجت اللہ فروعی اختلاف اگر صحابہ کے لیے اجتماعی عبادت گزاری میں معنی نہ تھا تو ہمارے لیے وہ کیوں معنی ہو جائے گا کہ عوامی ضرورت کے نام پر دین میں ایسے اضافے کریں جو خدا اور رسول کے دیے ہوئے توسعات کا دروازہ بند کر دے؟</w:t>
      </w:r>
    </w:p>
    <w:p>
      <w:r>
        <w:rPr>
          <w:b/>
        </w:rPr>
        <w:t xml:space="preserve">[39:28] </w:t>
      </w:r>
      <w:r>
        <w:t>is ka ghair matlab hona is tareekhi waqe se sabit hai ke in ikhtilafat ke bawajood sahaba ka yeh haal tha ke woh bunyad marsoos, bunyad marsoos surah saff bane hue the aur jab ikhtilafat ko khatam kar ke yaksaan ibadati nizam banaya gaya to ummat mein aisa ikhtilaf pada ke aaj tak khatam na hua.</w:t>
      </w:r>
    </w:p>
    <w:p>
      <w:pPr>
        <w:jc w:val="right"/>
      </w:pPr>
      <w:r>
        <w:t>اس کا غیر مطلوب ہونا اس تاریخی واقعے سے ثابت ہے کہ ان اختلافات کے باوجود صحابہ کا یہ حال تھا کہ وہ بنیاد مرصوص، بنیاد مرصوص سورہ الصف بنے ہوئے تھے اور جب اختلافات کو ختم کر کے یکساں عبادتی نظام بنایا گیا تو امت میں ایسا اختلاف پڑا کہ آج تک ختم نہ ہوا۔</w:t>
      </w:r>
    </w:p>
    <w:p>
      <w:r>
        <w:rPr>
          <w:b/>
        </w:rPr>
        <w:t xml:space="preserve">[39:49] </w:t>
      </w:r>
      <w:r>
        <w:t>doosri intehai zaroori cheez madaris deeniyah mein taleem ke maujooda nahj ki tabdeeli hai. is burai ko ummat ke andar musalsal baqi rakhne ka wahid mu'assir aamil yahi idarah hai.</w:t>
      </w:r>
    </w:p>
    <w:p>
      <w:pPr>
        <w:jc w:val="right"/>
      </w:pPr>
      <w:r>
        <w:t>دوسری انتہائی ضروری چیز مدارس دینیہ میں تعلیم کے موجودہ نہج کی تبدیلی ہے۔ اس برائی کو امت کے اندر مسلسل باقی رکھنے کا واحد مؤثر عامل یہی ادارہ ہے۔</w:t>
      </w:r>
    </w:p>
    <w:p>
      <w:r>
        <w:rPr>
          <w:b/>
        </w:rPr>
        <w:t xml:space="preserve">[40:00] </w:t>
      </w:r>
      <w:r>
        <w:t>hamare darul uloom maujooda halaat mein sirf is baat ka zariya ban gaye hain ke apne masoos fiqhi maslak ko quran o sunnat ke mutabiq sabit kar kar dikhaen.</w:t>
      </w:r>
    </w:p>
    <w:p>
      <w:pPr>
        <w:jc w:val="right"/>
      </w:pPr>
      <w:r>
        <w:t>ہمارے دارالعلوم موجودہ حالات میں صرف اس بات کا ذریعہ بن گئے ہیں کہ اپنے مخصوص فقہی مسلک کو قرآن و سنت کے مطابق ثابت کر کر دکھائیں۔</w:t>
      </w:r>
    </w:p>
    <w:p>
      <w:r>
        <w:rPr>
          <w:b/>
        </w:rPr>
        <w:t xml:space="preserve">[40:10] </w:t>
      </w:r>
      <w:r>
        <w:t>1330 hijri mein rasheed raza misri hindustan aaye the. is silsile mein woh darul uloom deoband bhi gae. wahan un ke khair maqdam ke liye ek jalsa hua.</w:t>
      </w:r>
    </w:p>
    <w:p>
      <w:pPr>
        <w:jc w:val="right"/>
      </w:pPr>
      <w:r>
        <w:t>1330 ہجری میں رشید رضا مصری ہندوستان آئے تھے۔ اس سلسلے میں وہ دارالعلوم دیوبند بھی گئے۔ وہاں ان کے خیر مقدم کے لیے ایک جلسہ ہوا۔</w:t>
      </w:r>
    </w:p>
    <w:p>
      <w:r>
        <w:rPr>
          <w:b/>
        </w:rPr>
        <w:t xml:space="preserve">[40:20] </w:t>
      </w:r>
      <w:r>
        <w:t>is mauqe par mawsoof ne darul uloom ke ek ustad se poocha ke yahan hadith ke dars ka tareeqa kya hai? unhon ne bataya ke jab hadith padhi jaati hai to muhaddis pehle is ke ilmi nikaat ko bayan karta hai.</w:t>
      </w:r>
    </w:p>
    <w:p>
      <w:pPr>
        <w:jc w:val="right"/>
      </w:pPr>
      <w:r>
        <w:t>اس موقع پر موصوف نے دارالعلوم کے ایک استاد سے پوچھا کہ یہاں حدیث کے درس کا طریقہ کیا ہے؟ انہوں نے بتایا کہ جب حدیث پڑھی جاتی ہے تو محدث پہلے اس کے علمی نکات کو بیان کرتا ہے۔</w:t>
      </w:r>
    </w:p>
    <w:p>
      <w:r>
        <w:rPr>
          <w:b/>
        </w:rPr>
        <w:t xml:space="preserve">[40:34] </w:t>
      </w:r>
      <w:r>
        <w:t>agar badar raye mein hadith imam abu hanifa ke maslak ke khilaf hoti hai to muhaddis hanafi maslak se is ki mutabiqat sabit karta hai.</w:t>
      </w:r>
    </w:p>
    <w:p>
      <w:pPr>
        <w:jc w:val="right"/>
      </w:pPr>
      <w:r>
        <w:t>اگر بادر رائے میں حدیث امام ابو حنیفہ کے مسلک کے خلاف ہوتی ہے تو محدث حنفی مسلک سے اس کی مطابقت ثابت کرتا ہے۔</w:t>
      </w:r>
    </w:p>
    <w:p>
      <w:r>
        <w:rPr>
          <w:b/>
        </w:rPr>
        <w:t xml:space="preserve">[40:43] </w:t>
      </w:r>
      <w:r>
        <w:t>rasheed raza ne yeh sun kar kaha: "kya yahi tamam ahadees mein hota hai?" kaha gaya: "haan." unhein yeh baat bohat ajeeb maloom hui.</w:t>
      </w:r>
    </w:p>
    <w:p>
      <w:pPr>
        <w:jc w:val="right"/>
      </w:pPr>
      <w:r>
        <w:t>رشید رضا نے یہ سن کر کہا: "کیا یہی تمام احادیث میں ہوتا ہے؟" کہا گیا: "ہاں۔" انہیں یہ بات بہت عجیب معلوم ہوئی۔</w:t>
      </w:r>
    </w:p>
    <w:p>
      <w:r>
        <w:rPr>
          <w:b/>
        </w:rPr>
        <w:t xml:space="preserve">[40:52] </w:t>
      </w:r>
      <w:r>
        <w:t>maulana muhammad yusuf naburi 1908 ta 1977 ki riwayat ke mutabiq nafkhah al anbar safha</w:t>
      </w:r>
    </w:p>
    <w:p>
      <w:pPr>
        <w:jc w:val="right"/>
      </w:pPr>
      <w:r>
        <w:t>مولانا محمد یوسف نبوری 1908 تا 1977 کی روایت کے مطابق نفخۃ العنبر صفحہ</w:t>
      </w:r>
    </w:p>
    <w:p>
      <w:r>
        <w:rPr>
          <w:b/>
        </w:rPr>
        <w:t xml:space="preserve">[41:04] </w:t>
      </w:r>
      <w:r>
        <w:t>71 unhon ne kaha: "hadith hanafi wa kaifa yumkin dhalik? illa asabiyyah malaha min sultan?" kya hadith bhi hanafi hai?</w:t>
      </w:r>
    </w:p>
    <w:p>
      <w:pPr>
        <w:jc w:val="right"/>
      </w:pPr>
      <w:r>
        <w:t>71 انہوں نے کہا: "حدیث حنفی وکيفیمکن ذالک؟ الا عصبیۃ ما لہا من سلطان؟" کیا حدیث بھی حنفی ہے؟</w:t>
      </w:r>
    </w:p>
    <w:p>
      <w:r>
        <w:rPr>
          <w:b/>
        </w:rPr>
        <w:t xml:space="preserve">[41:16] </w:t>
      </w:r>
      <w:r>
        <w:t>aisa kis tarah ho sakta hai? yeh to mahaz asabiyyah hai jis ke liye koi daleel nahin. maulana anwar anwar shah kashmiri is zamane mein darul uloom mein hadith ke ustad the.</w:t>
      </w:r>
    </w:p>
    <w:p>
      <w:pPr>
        <w:jc w:val="right"/>
      </w:pPr>
      <w:r>
        <w:t>ایسا کس طرح ہو سکتا ہے؟ یہ تو محض عصبیت ہے جس کے لیے کوئی دلیل نہیں۔ مولانا انور انور شاہ کشمیری اس زمانے میں دارالعلوم میں حدیث کے استاد تھے۔</w:t>
      </w:r>
    </w:p>
    <w:p>
      <w:r>
        <w:rPr>
          <w:b/>
        </w:rPr>
        <w:t xml:space="preserve">[41:27] </w:t>
      </w:r>
      <w:r>
        <w:t>unhein yeh khabar pahunchi to unhon ne apni ghair mukaddami, unhon ne apni ghair mukaddami taqreer mein isi ko apna mozu banaya aur sabit kar diya ke tamam ahadees fiqh hanafi ke mutabiq hain.</w:t>
      </w:r>
    </w:p>
    <w:p>
      <w:pPr>
        <w:jc w:val="right"/>
      </w:pPr>
      <w:r>
        <w:t>انہیں یہ خبر پہنچی تو انہوں نے اپنی غیر مقدمی، انہوں نے اپنی غیر مقدمی تقریر میں اسی کو اپنا موضوع بنایا اور ثابت کر دیا کہ تمام حدیثیں فقہ حنفی کے مطابق ہیں۔</w:t>
      </w:r>
    </w:p>
    <w:p>
      <w:r>
        <w:rPr>
          <w:b/>
        </w:rPr>
        <w:t xml:space="preserve">[41:42] </w:t>
      </w:r>
      <w:r>
        <w:t>tahum anwar shah kashmiri 1875 ta 1934 ko aakhir umar mein is tareeq e taleem ki khami ka ehsas ho gaya.</w:t>
      </w:r>
    </w:p>
    <w:p>
      <w:pPr>
        <w:jc w:val="right"/>
      </w:pPr>
      <w:r>
        <w:t>تاہم انور شاہ کشمیری 1875 تا 1934 کو آخر عمر میں اس طریق تعلیم کی خامی کا احساس ہو گیا۔</w:t>
      </w:r>
    </w:p>
    <w:p>
      <w:r>
        <w:rPr>
          <w:b/>
        </w:rPr>
        <w:t xml:space="preserve">[41:55] </w:t>
      </w:r>
      <w:r>
        <w:t>tahum anwar shah kashmiri 1875 ta 1934 ko aakhir umar mein is tareeq e taleem ki khami ka ehsas ho gaya tha.</w:t>
      </w:r>
    </w:p>
    <w:p>
      <w:pPr>
        <w:jc w:val="right"/>
      </w:pPr>
      <w:r>
        <w:t>تاہم انور شاہ کشمیری 1875 تا 1934 کو آخر عمر میں اس طریق تعلیم کی خامی کا احساس ہو گیا تھا۔</w:t>
      </w:r>
    </w:p>
    <w:p>
      <w:r>
        <w:rPr>
          <w:b/>
        </w:rPr>
        <w:t xml:space="preserve">[42:06] </w:t>
      </w:r>
      <w:r>
        <w:t>mawsoof ke shagird Maulana mufti Muhammad shafi 1897 ta 1976</w:t>
      </w:r>
    </w:p>
    <w:p>
      <w:pPr>
        <w:jc w:val="right"/>
      </w:pPr>
      <w:r>
        <w:t>موصوف کے شاگرد مولانا مفتی محمد شفیع 1897 تا 1976</w:t>
      </w:r>
    </w:p>
    <w:p>
      <w:r>
        <w:rPr>
          <w:b/>
        </w:rPr>
        <w:t xml:space="preserve">[42:16] </w:t>
      </w:r>
      <w:r>
        <w:t>na qabil e naqal hain ke Maulana kashmiri ne in se kaha: "hamari tamam qad o kosh ka khulasa yeh raha hai ke doosre maslakon par hanfiyat ki tarjeeh qaim karen magar kya hasil hai is ka?</w:t>
      </w:r>
    </w:p>
    <w:p>
      <w:pPr>
        <w:jc w:val="right"/>
      </w:pPr>
      <w:r>
        <w:t>ناقابل ناقل ہیں کہ مولانا کشمیری نے ان سے کہا: "ہماری تمام قد و کاوش کا خلاصہ یہ رہا ہے کہ دوسرے مسلکوں پر حنفیت کی ترجیح قائم کریں مگر کیا حاصل ہے اس کا؟</w:t>
      </w:r>
    </w:p>
    <w:p>
      <w:r>
        <w:rPr>
          <w:b/>
        </w:rPr>
        <w:t xml:space="preserve">[42:30] </w:t>
      </w:r>
      <w:r>
        <w:t>is ke siwa kuch nahin ke hum ziyada se ziyada apne maslak ko sawab muhtamal al khata sabit karen aur doosre maslak ko khata muhtamal al sawab kahne.</w:t>
      </w:r>
    </w:p>
    <w:p>
      <w:pPr>
        <w:jc w:val="right"/>
      </w:pPr>
      <w:r>
        <w:t>اس کے سوا کچھ نہیں کہ ہم زیادہ سے زیادہ اپنے مسلک کو ثواب محتمل الخطا ثابت کریں اور دوسرے مسلک کو خطا محتمل الثواب کہیں۔</w:t>
      </w:r>
    </w:p>
    <w:p>
      <w:r>
        <w:rPr>
          <w:b/>
        </w:rPr>
        <w:t xml:space="preserve">[42:43] </w:t>
      </w:r>
      <w:r>
        <w:t>hum tamam tar tehqeeq o koshish ke baad yahi keh sakte hain ke yeh sahih hai lekin ihtimal maujood hai ke yeh khata ho aur woh khata hai is ihtimal ke sath ke woh sawab ho.</w:t>
      </w:r>
    </w:p>
    <w:p>
      <w:pPr>
        <w:jc w:val="right"/>
      </w:pPr>
      <w:r>
        <w:t>ہم تمام تر تحقیق و کاوش کے بعد یہی کہہ سکتے ہیں کہ یہ صحیح ہے لیکن احتمال موجود ہے کہ یہ خطا ہو اور وہ خطا ہے اس احتمال کے ساتھ کہ وہ ثواب ہو۔</w:t>
      </w:r>
    </w:p>
    <w:p>
      <w:r>
        <w:rPr>
          <w:b/>
        </w:rPr>
        <w:t xml:space="preserve">[42:55] </w:t>
      </w:r>
      <w:r>
        <w:t>qabr mein munkar nakeer yeh nahin poochein ge ke rafa yadain haq tha ya tark e rafa yadain haq tha? ameen bil jahr haq thi ya bil sir haq thi?</w:t>
      </w:r>
    </w:p>
    <w:p>
      <w:pPr>
        <w:jc w:val="right"/>
      </w:pPr>
      <w:r>
        <w:t>قبر میں منکر نکیر یہ نہیں پوچھیں گے کہ رفع دین حق تھا یا ترک رفع دین حق تھا؟ آمین بالجہر حق تھی یا بالسر حق تھی؟</w:t>
      </w:r>
    </w:p>
    <w:p>
      <w:r>
        <w:rPr>
          <w:b/>
        </w:rPr>
        <w:t xml:space="preserve">[43:03] </w:t>
      </w:r>
      <w:r>
        <w:t>jis cheez ko na dunya mein nikharna hai na mehshar mein, us ke peeche padh kar hum ne apni umar zaya kar di aur jo sahih islam ki dawat thi, jis ki dawat anbiya e kiram le kar aaye the, aaj woh dawat to nahin di ja rahi.</w:t>
      </w:r>
    </w:p>
    <w:p>
      <w:pPr>
        <w:jc w:val="right"/>
      </w:pPr>
      <w:r>
        <w:t>جس چیز کو نہ دنیا میں نکھرنا ہے نہ محشر میں، اس کے پیچھے پڑھ کر ہم نے اپنی عمر ضائع کر دی اور جو صحیح اسلام کی دعوت تھی، جس کی دعوت انبیاء کرام لے کر آئے تھے، آج وہ دعوت تو نہیں دی جا رہی۔</w:t>
      </w:r>
    </w:p>
    <w:p>
      <w:r>
        <w:rPr>
          <w:b/>
        </w:rPr>
        <w:t xml:space="preserve">[43:19] </w:t>
      </w:r>
      <w:r>
        <w:t>hum lage hue hain in furoi bahason mein</w:t>
      </w:r>
    </w:p>
    <w:p>
      <w:pPr>
        <w:jc w:val="right"/>
      </w:pPr>
      <w:r>
        <w:t>ہم لگے ہوئے ہیں ان فروعی بحثوں میں</w:t>
      </w:r>
    </w:p>
    <w:p>
      <w:r>
        <w:rPr>
          <w:b/>
        </w:rPr>
        <w:t xml:space="preserve">[43:22] </w:t>
      </w:r>
      <w:r>
        <w:t>. wahdat e ummat safha 20 hamare arabi madaris khwah woh kisi bhi maslak ke tehat qaim hue hon, un mein sheikh al hadith ka mansab isi qism ki fiqhi pehalwani ke liye khaas ho gaya hai.</w:t>
      </w:r>
    </w:p>
    <w:p>
      <w:pPr>
        <w:jc w:val="right"/>
      </w:pPr>
      <w:r>
        <w:t>۔ وحدت امت صفحہ 20 ہمارے عربی مدارس خواہ وہ کسی بھی مسلک کے تحت قائم ہوئے ہوں، ان میں شیخ الحدیث کا منصب اسی قسم کی فقہی پہلوانی کے لیے خاص ہو گیا ہے۔</w:t>
      </w:r>
    </w:p>
    <w:p>
      <w:r>
        <w:rPr>
          <w:b/>
        </w:rPr>
        <w:t xml:space="preserve">[43:35] </w:t>
      </w:r>
      <w:r>
        <w:t>yahan aise log paida hote hain jo bazahir aalim e deen ki sanad le kar niklte hain magar haqeeqatan woh aalim e ikhtilaf hote hain.</w:t>
      </w:r>
    </w:p>
    <w:p>
      <w:pPr>
        <w:jc w:val="right"/>
      </w:pPr>
      <w:r>
        <w:t>یہاں ایسے لوگ پیدا ہوتے ہیں جو بظاہر عالم دین کی سند لے کر نکلتے ہیں مگر حقیقتاً وہ عالم اختلاف ہوتے ہیں۔</w:t>
      </w:r>
    </w:p>
    <w:p>
      <w:r>
        <w:rPr>
          <w:b/>
        </w:rPr>
        <w:t xml:space="preserve">[43:44] </w:t>
      </w:r>
      <w:r>
        <w:t>woh ilm e deen ka kamal yeh samajhte hain ke doosre fiqhi mazahib ke muqable mein apni fiqh ko sahih sabit kar dikhaen.</w:t>
      </w:r>
    </w:p>
    <w:p>
      <w:pPr>
        <w:jc w:val="right"/>
      </w:pPr>
      <w:r>
        <w:t>وہ علم دین کا کمال یہ سمجھتے ہیں کہ دوسرے فقہی مذاہب کے مقابلے میں اپنی فقہ کو صحیح ثابت کر دکھائیں۔</w:t>
      </w:r>
    </w:p>
    <w:p>
      <w:r>
        <w:rPr>
          <w:b/>
        </w:rPr>
        <w:t xml:space="preserve">[43:52] </w:t>
      </w:r>
      <w:r>
        <w:t>woh chhote chhote deeni furoo ko le kar un ki buniyad par akhare qaim karte hain aur sari ummat ko aise jidal o niza mein uljha dete hain jo kabhi khatam hone wala nahin.</w:t>
      </w:r>
    </w:p>
    <w:p>
      <w:pPr>
        <w:jc w:val="right"/>
      </w:pPr>
      <w:r>
        <w:t>وہ چھوٹے چھوٹے دینی فروغ کو لے کر ان کی بنیاد پر اکھاڑے قائم کرتے ہیں اور ساری امت کو ایسے جدال و نزاع میں الجھا دیتے ہیں جو کبھی ختم ہونے والا نہیں۔</w:t>
      </w:r>
    </w:p>
    <w:p>
      <w:r>
        <w:rPr>
          <w:b/>
        </w:rPr>
        <w:t xml:space="preserve">[44:05] </w:t>
      </w:r>
      <w:r>
        <w:t>mazeed yeh ke ghair aham fiqhi furoo ko aham tareen deeni masla bana kar woh awam ke andar yeh zehan paida karte hain ke ibadat is ke siwa aur kuch nahin ke falan masoos ishkal ke bajaye falan masoos ishkal ke sath is ko dohra liya jae.</w:t>
      </w:r>
    </w:p>
    <w:p>
      <w:pPr>
        <w:jc w:val="right"/>
      </w:pPr>
      <w:r>
        <w:t>مزید یہ کہ غیر اہم فقہی فروغ کو اہم ترین دینی مسئلہ بنا کر وہ عوام کے اندر یہ ذہن پیدا کرتے ہیں کہ عبادت اس کے سوا اور کچھ نہیں کہ فلاں مخصوص اشکال کے بجائے فلاں مخصوص اشکال کے ساتھ اس کو دہرا لیا جائے۔</w:t>
      </w:r>
    </w:p>
    <w:p>
      <w:r>
        <w:rPr>
          <w:b/>
        </w:rPr>
        <w:t xml:space="preserve">[44:21] </w:t>
      </w:r>
      <w:r>
        <w:t>madaris e deeniyah mein jab tak is qism ki nasal paida karne ka silsila band na kiya jae, awam ki islaah nahin ho sakti. in madaris ke silsile mein kam se kam jo baat kahi ja sakti hai woh yeh hai ke ummat wahidah ko unhon ne ummat mutfarriqah mein tabdeel kar ke rakh diya hai.</w:t>
      </w:r>
    </w:p>
    <w:p>
      <w:pPr>
        <w:jc w:val="right"/>
      </w:pPr>
      <w:r>
        <w:t>مدارس دینیہ میں جب تک اس قسم کی نسل پیدا کرنے کا سلسلہ بند نہ کیا جائے، عوام کی اصلاح نہیں ہو سکتی۔ ان مدارس کے سلسلے میں کم سے کم جو بات کہی جا سکتی ہے وہ یہ کہ امت واحدہ کو انہوں نے امت متفرقہ میں تبدیل کر کے رکھ دیا ہے۔</w:t>
      </w:r>
    </w:p>
    <w:p>
      <w:r>
        <w:rPr>
          <w:b/>
        </w:rPr>
        <w:t xml:space="preserve">[44:38] </w:t>
      </w:r>
      <w:r>
        <w:t>allazeena farraqoo deenahum wa kaanoo shiyaa</w:t>
      </w:r>
    </w:p>
    <w:p>
      <w:pPr>
        <w:jc w:val="right"/>
      </w:pPr>
      <w:r>
        <w:t>الذین فرقوا دینہم وکانو شیعہ</w:t>
      </w:r>
    </w:p>
    <w:p>
      <w:r>
        <w:rPr>
          <w:b/>
        </w:rPr>
        <w:t xml:space="preserve">[44:41] </w:t>
      </w:r>
      <w:r>
        <w:t>kal hizb bima ladayhim farhoon surah ar-room ayat 32 jinhon ne tukre tukre kar liya apne deen ko aur ho gaye firqay firqay.</w:t>
      </w:r>
    </w:p>
    <w:p>
      <w:pPr>
        <w:jc w:val="right"/>
      </w:pPr>
      <w:r>
        <w:t>کل حزب بما لديہم فرحون سورہ الروم آیت 32 جنہوں نے ٹکڑے ٹکڑے کر لیا اپنے دین کو اور ہو گئے فرقے فرقے۔</w:t>
      </w:r>
    </w:p>
    <w:p>
      <w:r>
        <w:rPr>
          <w:b/>
        </w:rPr>
        <w:t xml:space="preserve">[44:51] </w:t>
      </w:r>
      <w:r>
        <w:t>har groh isi mein khush hai jo is ke paas hai. imam ahmad bin hanbal ke baray mein riwayat kiya gaya hai ke unhon ne juzviyat ahkam mein ikhtilaf ko wusat qarar diya tha.</w:t>
      </w:r>
    </w:p>
    <w:p>
      <w:pPr>
        <w:jc w:val="right"/>
      </w:pPr>
      <w:r>
        <w:t>ہر گروہ اسی میں خوش ہے جو اس کے پاس ہے۔ امام احمد بن حنبل کے بارے میں روایت کیا گیا ہے کہ انہوں نے جزئیات احکام میں اختلاف کو وسعت قرار دیا تھا۔</w:t>
      </w:r>
    </w:p>
    <w:p>
      <w:r>
        <w:rPr>
          <w:b/>
        </w:rPr>
        <w:t xml:space="preserve">[45:04] </w:t>
      </w:r>
      <w:r>
        <w:t>innah summi al-khilaf sa'atan yahi ta'abudi masail mein ikhtilaf ka sahi tareen shar'i hal hai. yeh tamam ikhtilafat zahir hai ibadat ke juzvi adab se talluq rakhte hain aur un mein farq o ikhtilaf hona ain fitri hai.</w:t>
      </w:r>
    </w:p>
    <w:p>
      <w:pPr>
        <w:jc w:val="right"/>
      </w:pPr>
      <w:r>
        <w:t>انہ سمی الخلاف سعتا یہی تعبدی مسائل میں اختلاف کا صحیح ترین شرعی حل ہے۔ یہ تمام اختلافات ظاہر ہے عبادت کے جزئی اداب سے تعلق رکھتے ہیں اور ان میں فرق و اختلاف ہونا عین فطری ہے۔</w:t>
      </w:r>
    </w:p>
    <w:p>
      <w:r>
        <w:rPr>
          <w:b/>
        </w:rPr>
        <w:t xml:space="preserve">[45:20] </w:t>
      </w:r>
      <w:r>
        <w:t>sahaba kiram ka in umoor mein mukhtalif hona batata hai ke yeh ikhtilafat isi ke sath shar'i bunyad bhi rakhte hain.</w:t>
      </w:r>
    </w:p>
    <w:p>
      <w:pPr>
        <w:jc w:val="right"/>
      </w:pPr>
      <w:r>
        <w:t>صحابہ کرام کا ان امور میں مختلف ہونا بتاتا ہے کہ یہ اختلافات اسی کے ساتھ شرعی بنیاد بھی رکھتے ہیں۔</w:t>
      </w:r>
    </w:p>
    <w:p>
      <w:r>
        <w:rPr>
          <w:b/>
        </w:rPr>
        <w:t xml:space="preserve">[45:28] </w:t>
      </w:r>
      <w:r>
        <w:t>aisi halat mein in ko tawassu' par mahmul karna hi sahi maslak hai aur yahi tamam muhaddiseen ka maslak tha jaisa ke oopar bayan hua.</w:t>
      </w:r>
    </w:p>
    <w:p>
      <w:pPr>
        <w:jc w:val="right"/>
      </w:pPr>
      <w:r>
        <w:t>ایسی حالت میں ان کو توسع پر محمول کرنا ہی صحیح مسلک ہے اور یہی تمام محدثین کا مسلک تھا جیسا کہ اوپر بیان ہوا۔</w:t>
      </w:r>
    </w:p>
    <w:p>
      <w:r>
        <w:rPr>
          <w:b/>
        </w:rPr>
        <w:t xml:space="preserve">[45:38] </w:t>
      </w:r>
      <w:r>
        <w:t>kitab tajdeed deen Maulana Wahiduddin Khan safha number 21.</w:t>
      </w:r>
    </w:p>
    <w:p>
      <w:pPr>
        <w:jc w:val="right"/>
      </w:pPr>
      <w:r>
        <w:t>کتاب تجدید دین مولانا وحید الدین خان صفحہ نمبر 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