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Tears for God Alone June 26, 2014 Maulana Wahiduddin Khan</w:t>
      </w:r>
    </w:p>
    <w:p>
      <w:r>
        <w:t>https://www.youtube.com/watch?v=GVeuIvyb8wY</w:t>
      </w:r>
    </w:p>
    <w:p>
      <w:r>
        <w:rPr>
          <w:b/>
        </w:rPr>
        <w:t xml:space="preserve">[00:00] </w:t>
      </w:r>
      <w:r>
        <w:t>dekhen, main samajhta hoon ke auraton ki sab se bari weakness bila wajah rond banana hai. sab se bari weakness.</w:t>
      </w:r>
    </w:p>
    <w:p>
      <w:pPr>
        <w:jc w:val="right"/>
      </w:pPr>
      <w:r>
        <w:t>دیکھیں، میں سمجھتا ہوں کہ عورتوں کی سب سے بڑی ویکنس بلاوجہ رونڈ بنانا ہے۔ سب سے بڑی ویکنس۔</w:t>
      </w:r>
    </w:p>
    <w:p>
      <w:r>
        <w:rPr>
          <w:b/>
        </w:rPr>
        <w:t xml:space="preserve">[00:12] </w:t>
      </w:r>
      <w:r>
        <w:t>khamosh khar hoti hain, choti choti baton ko le kar. auraton ke liye sab se bari color hai, color na, rona.</w:t>
      </w:r>
    </w:p>
    <w:p>
      <w:pPr>
        <w:jc w:val="right"/>
      </w:pPr>
      <w:r>
        <w:t>خاموخار ہوتی ہیں، چھوٹی چھوٹی باتوں کو لے کر۔ عورتوں کے لیے سب سے بڑی کلر ہے، کلر نا، رونا۔</w:t>
      </w:r>
    </w:p>
    <w:p>
      <w:r>
        <w:rPr>
          <w:b/>
        </w:rPr>
        <w:t xml:space="preserve">[00:23] </w:t>
      </w:r>
      <w:r>
        <w:t>aur auraten hamesha koi Allah ke liye zaroor roti hain.</w:t>
      </w:r>
    </w:p>
    <w:p>
      <w:pPr>
        <w:jc w:val="right"/>
      </w:pPr>
      <w:r>
        <w:t>اور عورتیں ہمیشہ کوئی اللہ کے لیے ضرور روتی ہیں۔</w:t>
      </w:r>
    </w:p>
    <w:p>
      <w:r>
        <w:rPr>
          <w:b/>
        </w:rPr>
        <w:t xml:space="preserve">[00:28] </w:t>
      </w:r>
      <w:r>
        <w:t>Allah ke liye rona to bohat hi positive cheez hai, lekin koi aurat Allah ke liye nahi roti hai.</w:t>
      </w:r>
    </w:p>
    <w:p>
      <w:pPr>
        <w:jc w:val="right"/>
      </w:pPr>
      <w:r>
        <w:t>اللہ کے لیے رونا تو بہت ہی پازیٹیو چیز ہے، لیکن کوئی عورت اللہ کے لیے نہیں روتی ہے۔</w:t>
      </w:r>
    </w:p>
    <w:p>
      <w:r>
        <w:rPr>
          <w:b/>
        </w:rPr>
        <w:t xml:space="preserve">[00:36] </w:t>
      </w:r>
      <w:r>
        <w:t>Allah ke liye rona jo hai, usay energy milti hai. Allah ke liye aadmi rota hai na to usay energy milti hai. lekin koi aurat mein nahi janta ke Allah ke liye roti hai.</w:t>
      </w:r>
    </w:p>
    <w:p>
      <w:pPr>
        <w:jc w:val="right"/>
      </w:pPr>
      <w:r>
        <w:t>اللہ کے لیے رونا جو ہے، اسے انرجی ملتی ہے۔ اللہ کے لیے آدمی روتا ہے نا تو اسے انرجی ملتی ہے۔ لیکن کوئی عورت میں نہیں جانتا کہ اللہ کے لیے روتی ہے۔</w:t>
      </w:r>
    </w:p>
    <w:p>
      <w:r>
        <w:rPr>
          <w:b/>
        </w:rPr>
        <w:t xml:space="preserve">[00:49] </w:t>
      </w:r>
      <w:r>
        <w:t>roti hai kis liye? bete ke liye, aur ghar ke jhagray ke liye, aur rishtedaron ke maslay ke liye.</w:t>
      </w:r>
    </w:p>
    <w:p>
      <w:pPr>
        <w:jc w:val="right"/>
      </w:pPr>
      <w:r>
        <w:t>روتی ہے کس لیے؟ بیٹے کے لیے، اور گھر کے جھگڑے کے لیے، اور رشتہ داروں کے مسئلے کے لیے۔</w:t>
      </w:r>
    </w:p>
    <w:p>
      <w:r>
        <w:rPr>
          <w:b/>
        </w:rPr>
        <w:t xml:space="preserve">[00:59] </w:t>
      </w:r>
      <w:r>
        <w:t>yani yeh duniyawi jhagray, madi jhagray. sari auraten is liye roti hain. aur woh to color hai.</w:t>
      </w:r>
    </w:p>
    <w:p>
      <w:pPr>
        <w:jc w:val="right"/>
      </w:pPr>
      <w:r>
        <w:t>یعنی یہ دنیاوی جھگڑے، مادی جھگڑے۔ ساری عورتیں اس لیے روتی ہیں۔ اور وہ تو کلر ہے۔</w:t>
      </w:r>
    </w:p>
    <w:p>
      <w:r>
        <w:rPr>
          <w:b/>
        </w:rPr>
        <w:t xml:space="preserve">[01:10] </w:t>
      </w:r>
      <w:r>
        <w:t>abhi hamare paas aik khatoon aayi theen, abba ke liye rone, to main ne khoob un ki hubni ki. abba ghabra jati hain. woh isi liye hubni to theek hoti hain.</w:t>
      </w:r>
    </w:p>
    <w:p>
      <w:pPr>
        <w:jc w:val="right"/>
      </w:pPr>
      <w:r>
        <w:t>ابھی ہمارے پاس ایک خاتون آئی تھیں، ابا کے لیے رونے، تو میں نے خوب ان کی حبنی کی۔ ابا گھبرا جاتی ہیں۔ وہ اسی لیے حبنی تو ٹھیک ہوتی ہیں۔</w:t>
      </w:r>
    </w:p>
    <w:p>
      <w:r>
        <w:rPr>
          <w:b/>
        </w:rPr>
        <w:t xml:space="preserve">[01:22] </w:t>
      </w:r>
      <w:r>
        <w:t>to main ne un se kaha, halankay woh parhi likhi theen, koi kisi se MA kiya tha unhon ne.</w:t>
      </w:r>
    </w:p>
    <w:p>
      <w:pPr>
        <w:jc w:val="right"/>
      </w:pPr>
      <w:r>
        <w:t>تو میں نے ان سے کہا، حالانکہ وہ پڑھی لکھی تھیں، کوئی کسی سے ایم اے کیا تھا انہوں نے۔</w:t>
      </w:r>
    </w:p>
    <w:p>
      <w:r>
        <w:rPr>
          <w:b/>
        </w:rPr>
        <w:t xml:space="preserve">[01:29] </w:t>
      </w:r>
      <w:r>
        <w:t>to main ne kaha ke dekhen, insan ke paas— sunen, yeh bohat hi important baat hai— insan ke paas sab se zyada precious cheez, precious, qeemti cheez sirf aik hai, woh rona.</w:t>
      </w:r>
    </w:p>
    <w:p>
      <w:pPr>
        <w:jc w:val="right"/>
      </w:pPr>
      <w:r>
        <w:t>تو میں نے کہا کہ دیکھیں، انسان کے پاس— سنیں، یہ بہت ہی امپورٹنٹ بات ہے— انسان کے پاس سب سے زیادہ پریشیس چیز، پریشیس، قیمتی چیز صرف ایک ہے، وہ رونا۔</w:t>
      </w:r>
    </w:p>
    <w:p>
      <w:r>
        <w:rPr>
          <w:b/>
        </w:rPr>
        <w:t xml:space="preserve">[01:52] </w:t>
      </w:r>
      <w:r>
        <w:t>aansu. sab se zyada precious cheez hai.</w:t>
      </w:r>
    </w:p>
    <w:p>
      <w:pPr>
        <w:jc w:val="right"/>
      </w:pPr>
      <w:r>
        <w:t>آنسو۔ سب سے زیادہ پریشیس چیز ہے۔</w:t>
      </w:r>
    </w:p>
    <w:p>
      <w:r>
        <w:rPr>
          <w:b/>
        </w:rPr>
        <w:t xml:space="preserve">[01:59] </w:t>
      </w:r>
      <w:r>
        <w:t>Allah ko dainay ke liye. aap Allah ko kya khana peena denge? kya cheez denge?</w:t>
      </w:r>
    </w:p>
    <w:p>
      <w:pPr>
        <w:jc w:val="right"/>
      </w:pPr>
      <w:r>
        <w:t>اللہ کو دینے کے لیے۔ آپ اللہ کو کیا کھانا پینا دیں گے؟ کیا چیز دیں گے؟</w:t>
      </w:r>
    </w:p>
    <w:p>
      <w:r>
        <w:rPr>
          <w:b/>
        </w:rPr>
        <w:t xml:space="preserve">[02:08] </w:t>
      </w:r>
      <w:r>
        <w:t>quran mein hai ke "ma uridu min rizqin wa la uridu an yut'imuni" ke Allah ko is ki zaroorat hai, koi us ko khilaye pilaye.</w:t>
      </w:r>
    </w:p>
    <w:p>
      <w:pPr>
        <w:jc w:val="right"/>
      </w:pPr>
      <w:r>
        <w:t>قرآن میں ہے کہ "ما أريد من رزق ولا أريد أن يطمئن" کہ اللہ کو اس کی ضرورت ہے، کوئی اس کو کھلائے پلائے۔</w:t>
      </w:r>
    </w:p>
    <w:p>
      <w:r>
        <w:rPr>
          <w:b/>
        </w:rPr>
        <w:t xml:space="preserve">[02:19] </w:t>
      </w:r>
      <w:r>
        <w:t>to aansu jo hai na, aansu kya hai? yani concern show karnay ka.</w:t>
      </w:r>
    </w:p>
    <w:p>
      <w:pPr>
        <w:jc w:val="right"/>
      </w:pPr>
      <w:r>
        <w:t>تو آنسو جو ہے نا، آنسو کیا ہے؟ یعنی کنسرن شو کرنے کا۔</w:t>
      </w:r>
    </w:p>
    <w:p>
      <w:r>
        <w:rPr>
          <w:b/>
        </w:rPr>
        <w:t xml:space="preserve">[02:27] </w:t>
      </w:r>
      <w:r>
        <w:t>concern show karnay ka bohat hi zabardast zariya hai. concern show karnay ka. to auraten kya karti hain?</w:t>
      </w:r>
    </w:p>
    <w:p>
      <w:pPr>
        <w:jc w:val="right"/>
      </w:pPr>
      <w:r>
        <w:t>کنسرن شو کرنے کا بہت ہی زبردست ذریعہ ہے۔ کنسرن شو کرنے کا۔ تو عورتیں کیا کرتی ہیں؟</w:t>
      </w:r>
    </w:p>
    <w:p>
      <w:r>
        <w:rPr>
          <w:b/>
        </w:rPr>
        <w:t xml:space="preserve">[02:41] </w:t>
      </w:r>
      <w:r>
        <w:t>choti choti shikayaton ke liye roti hain. to aik hi cheez jo auraton ko Khuda se joṛ sakti hai, usi se apni mohabbat kar leti hain.</w:t>
      </w:r>
    </w:p>
    <w:p>
      <w:pPr>
        <w:jc w:val="right"/>
      </w:pPr>
      <w:r>
        <w:t>چھوٹی چھوٹی شکایتوں کے لیے روتی ہیں۔ تو ایک ہی چیز جو عورتوں کو خدا سے جوڑ سکتی ہے، اسی سے اپنی محبت کر لیتی ہیں۔</w:t>
      </w:r>
    </w:p>
    <w:p>
      <w:r>
        <w:rPr>
          <w:b/>
        </w:rPr>
        <w:t xml:space="preserve">[02:51] </w:t>
      </w:r>
      <w:r>
        <w:t>wohi to aik link hai aap ki.</w:t>
      </w:r>
    </w:p>
    <w:p>
      <w:pPr>
        <w:jc w:val="right"/>
      </w:pPr>
      <w:r>
        <w:t>وہی تو ایک لنک ہے آپ کی۔</w:t>
      </w:r>
    </w:p>
    <w:p>
      <w:r>
        <w:rPr>
          <w:b/>
        </w:rPr>
        <w:t xml:space="preserve">[02:54] </w:t>
      </w:r>
      <w:r>
        <w:t>yani Khuda se joṛnay ke liye wohi to aik link hai ke aap Allah ke liye aap ki aankhon se aansu niklen. to woh nikal diya aap ne doosri cheezon ke liye?</w:t>
      </w:r>
    </w:p>
    <w:p>
      <w:pPr>
        <w:jc w:val="right"/>
      </w:pPr>
      <w:r>
        <w:t>یعنی خدا سے جوڑنے کے لیے وہی تو ایک لنک ہے کہ آپ اللہ کے لیے آپ کی آنکھوں سے آنسو نکلیں۔ تو وہ نکال دیا آپ نے دوسری چیزوں کے لیے؟</w:t>
      </w:r>
    </w:p>
    <w:p>
      <w:r>
        <w:rPr>
          <w:b/>
        </w:rPr>
        <w:t xml:space="preserve">[03:04] </w:t>
      </w:r>
      <w:r>
        <w:t>bachon ke liye, husband ke liye, khandan jhagṛon ke liye. is mein nikal diya. to aap ka koi rah hi nahi hai Allah se ta'alluq qaim karnay ke liye.</w:t>
      </w:r>
    </w:p>
    <w:p>
      <w:pPr>
        <w:jc w:val="right"/>
      </w:pPr>
      <w:r>
        <w:t>بچوں کے لیے، ہسبینڈ کے لیے، خاندان جھگڑوں کے لیے۔ اس میں نکال دیا۔ تو آپ کا کوئی راہ ہی نہیں ہے اللہ سے تعلق قائم کرنے کے لیے۔</w:t>
      </w:r>
    </w:p>
    <w:p>
      <w:r>
        <w:rPr>
          <w:b/>
        </w:rPr>
        <w:t xml:space="preserve">[03:17] </w:t>
      </w:r>
      <w:r>
        <w:t>koi rah hi nahin, bhai.</w:t>
      </w:r>
    </w:p>
    <w:p>
      <w:pPr>
        <w:jc w:val="right"/>
      </w:pPr>
      <w:r>
        <w:t>کوئی راہ ہی نہیں، بھئی۔</w:t>
      </w:r>
    </w:p>
    <w:p>
      <w:r>
        <w:rPr>
          <w:b/>
        </w:rPr>
        <w:t xml:space="preserve">[03:21] </w:t>
      </w:r>
      <w:r>
        <w:t>wohi to ek cheez thi, woh de diya aap ne kisi aur ko.</w:t>
      </w:r>
    </w:p>
    <w:p>
      <w:pPr>
        <w:jc w:val="right"/>
      </w:pPr>
      <w:r>
        <w:t>وہی تو ایک چیز تھی، وہ دے دیا آپ نے کسی اور کو۔</w:t>
      </w:r>
    </w:p>
    <w:p>
      <w:r>
        <w:rPr>
          <w:b/>
        </w:rPr>
        <w:t xml:space="preserve">[03:25] </w:t>
      </w:r>
      <w:r>
        <w:t>to yeh aisi aurat jo hai, sab se bara nuqsan yeh uthati hai ke god less ho kar rona parta hai. zinda jeena parta hai.</w:t>
      </w:r>
    </w:p>
    <w:p>
      <w:pPr>
        <w:jc w:val="right"/>
      </w:pPr>
      <w:r>
        <w:t>تو یہ ایسی عورت جو ہے، سب سے بڑا نقصان یہ اٹھاتی ہے کہ گاڈ لیس ہو کر رونا پڑتا ہے۔ زندہ جینا پڑتا ہے۔</w:t>
      </w:r>
    </w:p>
    <w:p>
      <w:r>
        <w:rPr>
          <w:b/>
        </w:rPr>
        <w:t xml:space="preserve">[03:36] </w:t>
      </w:r>
      <w:r>
        <w:t>angel less, god less. na is ke paas angel aayenge, na khuda aayega. kyunke wahi to ek binding force hai. yani khuda se apne aap ko, khuda se apne aap ko associate karne ke liye.</w:t>
      </w:r>
    </w:p>
    <w:p>
      <w:pPr>
        <w:jc w:val="right"/>
      </w:pPr>
      <w:r>
        <w:t>اینجل لیس، گاڈ لیس۔ نہ اس کے پاس اینجل آئیں گے، نہ خدا آئے گا۔ کیونکہ وہی تو ایک بائنڈنگ فورس ہے۔ یعنی خدا سے اپنے آپ کو، خدا سے اپنے آپ کو ایسوسیٹ کرنے کے لیے۔</w:t>
      </w:r>
    </w:p>
    <w:p>
      <w:r>
        <w:rPr>
          <w:b/>
        </w:rPr>
        <w:t xml:space="preserve">[03:53] </w:t>
      </w:r>
      <w:r>
        <w:t>wohi to ek cheez thi, aur to kuch bhi de nahin.</w:t>
      </w:r>
    </w:p>
    <w:p>
      <w:pPr>
        <w:jc w:val="right"/>
      </w:pPr>
      <w:r>
        <w:t>وہی تو ایک چیز تھی، اور تو کچھ بھی دے نہیں۔</w:t>
      </w:r>
    </w:p>
    <w:p>
      <w:r>
        <w:rPr>
          <w:b/>
        </w:rPr>
        <w:t xml:space="preserve">[03:58] </w:t>
      </w:r>
      <w:r>
        <w:t>yani koi doosri cheez nahin jis ke zariye se aap apne aap ko khuda se. yani is dunya mein aadmi ko sare insan, sare insan just like animal jeete hain.</w:t>
      </w:r>
    </w:p>
    <w:p>
      <w:pPr>
        <w:jc w:val="right"/>
      </w:pPr>
      <w:r>
        <w:t>یعنی کوئی دوسری چیز نہیں جس کے ذریعے سے آپ اپنے آپ کو خدا سے۔ یعنی اس دنیا میں آدمی کو سارے انسان، سارے انسان جسٹ لائک اینیمل جیتے ہیں۔</w:t>
      </w:r>
    </w:p>
    <w:p>
      <w:r>
        <w:rPr>
          <w:b/>
        </w:rPr>
        <w:t xml:space="preserve">[04:12] </w:t>
      </w:r>
      <w:r>
        <w:t>just like animal. to momin jo hai, us ko animal se hat kar jeena parta hai.</w:t>
      </w:r>
    </w:p>
    <w:p>
      <w:pPr>
        <w:jc w:val="right"/>
      </w:pPr>
      <w:r>
        <w:t>جسٹ لائک اینیمل۔ تو مومن جو ہے، اس کو اینیمل سے ہٹ کر جینا پڑتا ہے۔</w:t>
      </w:r>
    </w:p>
    <w:p>
      <w:r>
        <w:rPr>
          <w:b/>
        </w:rPr>
        <w:t xml:space="preserve">[04:21] </w:t>
      </w:r>
      <w:r>
        <w:t>yani Allah se.</w:t>
      </w:r>
    </w:p>
    <w:p>
      <w:pPr>
        <w:jc w:val="right"/>
      </w:pPr>
      <w:r>
        <w:t>یعنی اللہ سے۔</w:t>
      </w:r>
    </w:p>
    <w:p>
      <w:r>
        <w:rPr>
          <w:b/>
        </w:rPr>
        <w:t xml:space="preserve">[04:23] </w:t>
      </w:r>
      <w:r>
        <w:t>animal ko Allah ki zaroorat nahin. koi bhi animal ko yeh zaroorat nahin ke Allah se is ka talluq ho. farishte is ke sath hon. animal ki yeh zaroorat nahin hai.</w:t>
      </w:r>
    </w:p>
    <w:p>
      <w:pPr>
        <w:jc w:val="right"/>
      </w:pPr>
      <w:r>
        <w:t>اینیمل کو اللہ کی ضرورت نہیں۔ کوئی بھی اینیمل کو یہ ضرورت نہیں کہ اللہ سے اس کا تعلق ہو۔ فرشتے اس کے ساتھ ہوں۔ اینیمل کی یہ ضرورت نہیں ہے۔</w:t>
      </w:r>
    </w:p>
    <w:p>
      <w:r>
        <w:rPr>
          <w:b/>
        </w:rPr>
        <w:t xml:space="preserve">[04:36] </w:t>
      </w:r>
      <w:r>
        <w:t>lekin momin ki zaroorat hai ke Allah se is ka talluq ho. is ka. Allah se talluq ke baghair momin jo hai, nowhere ban jata hai.</w:t>
      </w:r>
    </w:p>
    <w:p>
      <w:pPr>
        <w:jc w:val="right"/>
      </w:pPr>
      <w:r>
        <w:t>لیکن مومن کی ضرورت ہے کہ اللہ سے اس کا تعلق ہو۔ اس کا۔ اللہ سے تعلق کے بغیر مومن جو ہے، نو ویئر بن جاتا ہے۔</w:t>
      </w:r>
    </w:p>
    <w:p>
      <w:r>
        <w:rPr>
          <w:b/>
        </w:rPr>
        <w:t xml:space="preserve">[04:46] </w:t>
      </w:r>
      <w:r>
        <w:t>nowhere.</w:t>
      </w:r>
    </w:p>
    <w:p>
      <w:pPr>
        <w:jc w:val="right"/>
      </w:pPr>
      <w:r>
        <w:t>نو ویئر۔</w:t>
      </w:r>
    </w:p>
    <w:p>
      <w:r>
        <w:rPr>
          <w:b/>
        </w:rPr>
        <w:t xml:space="preserve">[04:49] </w:t>
      </w:r>
      <w:r>
        <w:t>to wohi ek cheez jis se zariye woh Allah se jurr sakta hai, usi ko de diya kisi aur ko. ab to khali hath hai. ab na khuda is ke sath hai, na angel is ke sath hai.</w:t>
      </w:r>
    </w:p>
    <w:p>
      <w:pPr>
        <w:jc w:val="right"/>
      </w:pPr>
      <w:r>
        <w:t>تو وہی ایک چیز جس سے ذریعے وہ اللہ سے جڑ سکتا ہے، اسی کو دے دیا کسی اور کو۔ اب تو خالی ہاتھ ہے۔ اب نہ خدا اس کے ساتھ ہے، نہ اینجل اس کے ساتھ ہے۔</w:t>
      </w:r>
    </w:p>
    <w:p>
      <w:r>
        <w:rPr>
          <w:b/>
        </w:rPr>
        <w:t xml:space="preserve">[05:03] </w:t>
      </w:r>
      <w:r>
        <w:t>to yeh to worse than animal ho gaya. worse than animal ho gaya.</w:t>
      </w:r>
    </w:p>
    <w:p>
      <w:pPr>
        <w:jc w:val="right"/>
      </w:pPr>
      <w:r>
        <w:t>تو یہ تو ورس دین اینیمل ہو گیا۔ ورس دین اینیمل ہو گیا۔</w:t>
      </w:r>
    </w:p>
    <w:p>
      <w:r>
        <w:rPr>
          <w:b/>
        </w:rPr>
        <w:t xml:space="preserve">[05:12] </w:t>
      </w:r>
      <w:r>
        <w:t>isi liye woh gham mein jeeta hai aur hamesha udas rehta hai.</w:t>
      </w:r>
    </w:p>
    <w:p>
      <w:pPr>
        <w:jc w:val="right"/>
      </w:pPr>
      <w:r>
        <w:t>اسی لیے وہ غم میں جیتا ہے اور ہمیشہ اداس رہتا ہے۔</w:t>
      </w:r>
    </w:p>
    <w:p>
      <w:r>
        <w:rPr>
          <w:b/>
        </w:rPr>
        <w:t xml:space="preserve">[05:18] </w:t>
      </w:r>
      <w:r>
        <w:t>us ko peace of mind nahin hasil hota. kyunke peace of mind aata hai jab angel aap ke sath ho. achha, angel ko aap ne sath liya nahin. jab khuda se aap ka talluq banta hai na, khuda angel ko bhej deta hai aap ke paas.</w:t>
      </w:r>
    </w:p>
    <w:p>
      <w:pPr>
        <w:jc w:val="right"/>
      </w:pPr>
      <w:r>
        <w:t>اس کو پیس آف مائنڈ نہیں حاصل ہوتا۔ کیونکہ پیس آف مائنڈ آتا ہے جب اینجل آپ کے ساتھ ہو۔ اچھا، اینجل کو آپ نے ساتھ لیا نہیں۔ جب خدا سے آپ کا تعلق بنتا ہے نا، خدا اینجل کو بھیج دیتا ہے آپ کے پاس۔</w:t>
      </w:r>
    </w:p>
    <w:p>
      <w:r>
        <w:rPr>
          <w:b/>
        </w:rPr>
        <w:t xml:space="preserve">[05:34] </w:t>
      </w:r>
      <w:r>
        <w:t>angel ko bhej deta hai.</w:t>
      </w:r>
    </w:p>
    <w:p>
      <w:pPr>
        <w:jc w:val="right"/>
      </w:pPr>
      <w:r>
        <w:t>اینجل کو بھیج دیتا ہے۔</w:t>
      </w:r>
    </w:p>
    <w:p>
      <w:r>
        <w:rPr>
          <w:b/>
        </w:rPr>
        <w:t xml:space="preserve">[05:40] </w:t>
      </w:r>
      <w:r>
        <w:t>phir aap ne</w:t>
      </w:r>
    </w:p>
    <w:p>
      <w:pPr>
        <w:jc w:val="right"/>
      </w:pPr>
      <w:r>
        <w:t>پھر آپ نے</w:t>
      </w:r>
    </w:p>
    <w:p>
      <w:r>
        <w:rPr>
          <w:b/>
        </w:rPr>
        <w:t xml:space="preserve">[05:44] </w:t>
      </w:r>
      <w:r>
        <w:t>apne aap ko aisa show nahin kar paye ke Allah apne angel ko aap ke paas bhej de. to kya hai?</w:t>
      </w:r>
    </w:p>
    <w:p>
      <w:pPr>
        <w:jc w:val="right"/>
      </w:pPr>
      <w:r>
        <w:t>اپنے آپ کو ایسا شو نہیں کر پائے کہ اللہ اپنے اینجل کو آپ کے پاس بھیج دے۔ تو کیا ہے؟</w:t>
      </w:r>
    </w:p>
    <w:p>
      <w:r>
        <w:rPr>
          <w:b/>
        </w:rPr>
        <w:t xml:space="preserve">[05:54] </w:t>
      </w:r>
      <w:r>
        <w:t>yani aadmi negative thought mein jiyega aur har waqt udas rahega, har waqt tension mein rahega.</w:t>
      </w:r>
    </w:p>
    <w:p>
      <w:pPr>
        <w:jc w:val="right"/>
      </w:pPr>
      <w:r>
        <w:t>یعنی آدمی نیگیٹیو تھاٹ میں جیے گا اور ہر وقت اداس رہے گا، ہر وقت ٹینشن میں رہے گا۔</w:t>
      </w:r>
    </w:p>
    <w:p>
      <w:r>
        <w:rPr>
          <w:b/>
        </w:rPr>
        <w:t xml:space="preserve">[06:05] </w:t>
      </w:r>
      <w:r>
        <w:t>to sari auraton kaise hain? sari auratein jo jeeti hain, saaron mein.</w:t>
      </w:r>
    </w:p>
    <w:p>
      <w:pPr>
        <w:jc w:val="right"/>
      </w:pPr>
      <w:r>
        <w:t>تو ساری عورتوں کیسے ہیں؟ ساری عورتیں جو جیتی ہیں، ساروں میں۔</w:t>
      </w:r>
    </w:p>
    <w:p>
      <w:r>
        <w:rPr>
          <w:b/>
        </w:rPr>
        <w:t xml:space="preserve">[06:13] </w:t>
      </w:r>
      <w:r>
        <w:t>main America das bare barah bar gaya hoon. hmm. aur har bar aisa hota hai ke main kisi seminar mein jata hoon to woh jo hotel mein thehrate hain na, to aksar mard aate hain, us ko le aate hain apne ghar.</w:t>
      </w:r>
    </w:p>
    <w:p>
      <w:pPr>
        <w:jc w:val="right"/>
      </w:pPr>
      <w:r>
        <w:t>میں امریکہ دس بارے بارہ بار گیا ہوں۔ ہمم۔ اور ہر بار ایسا ہوتا ہے کہ میں کسی سمیلار میں جاتا ہوں تو وہ جو ہوٹل میں ٹھہراتے ہیں نا، تو اکثر مرد آتے ہیں، اس کو لے آتے ہیں اپنے گھر۔</w:t>
      </w:r>
    </w:p>
    <w:p>
      <w:r>
        <w:rPr>
          <w:b/>
        </w:rPr>
        <w:t xml:space="preserve">[06:31] </w:t>
      </w:r>
      <w:r>
        <w:t>hamare ghar chaliye. to ghar jata hoon, jante hain kya hota hai?</w:t>
      </w:r>
    </w:p>
    <w:p>
      <w:pPr>
        <w:jc w:val="right"/>
      </w:pPr>
      <w:r>
        <w:t>ہمارے گھر چلیے۔ تو گھر جاتا ہوں، جانتے ہیں کیا ہوتا ہے؟</w:t>
      </w:r>
    </w:p>
    <w:p>
      <w:r>
        <w:rPr>
          <w:b/>
        </w:rPr>
        <w:t xml:space="preserve">[06:36] </w:t>
      </w:r>
      <w:r>
        <w:t>ghar ke kisi kamre mein mujhe bithaya jata hai. to is ke baad ek khatoon aati hain. ghar ki, yani kya kahenge is ko?</w:t>
      </w:r>
    </w:p>
    <w:p>
      <w:pPr>
        <w:jc w:val="right"/>
      </w:pPr>
      <w:r>
        <w:t>گھر کے کسی کمرے میں مجھے بٹھایا جاتا ہے۔ تو اس کے بعد ایک خاتون آتی ہیں۔ گھر کی، یعنی کیا کہیں گے اس کو؟</w:t>
      </w:r>
    </w:p>
    <w:p>
      <w:r>
        <w:rPr>
          <w:b/>
        </w:rPr>
        <w:t xml:space="preserve">[06:48] </w:t>
      </w:r>
      <w:r>
        <w:t>ghar ki jo hoti hain, malik. lady of the house. haan. achha, jante hain do qisse rahegi. aur woh aa kar baithti jati hai, kehti hai rone lagi.</w:t>
      </w:r>
    </w:p>
    <w:p>
      <w:pPr>
        <w:jc w:val="right"/>
      </w:pPr>
      <w:r>
        <w:t>گھر کی جو ہوتی ہیں، مالک۔ لیڈی آف دا ہاؤس۔ ہاں۔ اچھا، جانتے ہیں دو قصے رہے گی۔ اور وہ آ کر بیٹھتی جاتی ہے، کہتی ہے رونے لگی۔</w:t>
      </w:r>
    </w:p>
    <w:p>
      <w:r>
        <w:rPr>
          <w:b/>
        </w:rPr>
        <w:t xml:space="preserve">[07:01] </w:t>
      </w:r>
      <w:r>
        <w:t>kaha ek hamare liye, hamare samne wali dua ke liye.</w:t>
      </w:r>
    </w:p>
    <w:p>
      <w:pPr>
        <w:jc w:val="right"/>
      </w:pPr>
      <w:r>
        <w:t>کہا ایک ہمارے لیے، ہمارے سامنے والی دعا کے لیے۔</w:t>
      </w:r>
    </w:p>
    <w:p>
      <w:r>
        <w:rPr>
          <w:b/>
        </w:rPr>
        <w:t xml:space="preserve">[07:04] </w:t>
      </w:r>
      <w:r>
        <w:t>aik martaba mein amreeka mein is zamane mein sab se ziyada rich aadmi aik hota tha, uska naam tha mustafa qureshi.</w:t>
      </w:r>
    </w:p>
    <w:p>
      <w:pPr>
        <w:jc w:val="right"/>
      </w:pPr>
      <w:r>
        <w:t>ایک مرتبہ میں امریکہ میں اس زمانے میں سب سے زیادہ رچ آدمی ایک ہوتا تھا، اس کا نام تھا مصطفیٰ قریشی۔</w:t>
      </w:r>
    </w:p>
    <w:p>
      <w:r>
        <w:rPr>
          <w:b/>
        </w:rPr>
        <w:t xml:space="preserve">[07:13] </w:t>
      </w:r>
      <w:r>
        <w:t>mashhoor tha ke amreeka mein jo musalman rehte hain, un mein sab se ziyada rich woh hai. bohat bara ghar uska tha, bohat bara business uska tha.</w:t>
      </w:r>
    </w:p>
    <w:p>
      <w:pPr>
        <w:jc w:val="right"/>
      </w:pPr>
      <w:r>
        <w:t>مشہور تھا کہ امریکہ میں جو مسلمان رہتے ہیں، ان میں سب سے زیادہ رچ وہ ہے۔ بہت بڑا گھر اس کا تھا، بہت بڑا بزنس اس کا تھا۔</w:t>
      </w:r>
    </w:p>
    <w:p>
      <w:r>
        <w:rPr>
          <w:b/>
        </w:rPr>
        <w:t xml:space="preserve">[07:24] </w:t>
      </w:r>
      <w:r>
        <w:t>to kaha jata tha ke kapurd industry mein woh number chhe par hai. poori duniya mein.</w:t>
      </w:r>
    </w:p>
    <w:p>
      <w:pPr>
        <w:jc w:val="right"/>
      </w:pPr>
      <w:r>
        <w:t>تو کہا جاتا تھا کہ کپورڈ انڈسٹری میں وہ نمبر چھ پر ہے۔ پوری دنیا میں۔</w:t>
      </w:r>
    </w:p>
    <w:p>
      <w:r>
        <w:rPr>
          <w:b/>
        </w:rPr>
        <w:t xml:space="preserve">[07:33] </w:t>
      </w:r>
      <w:r>
        <w:t>to uske haan ko bulaya gaya. uski jo biwi thi, usko maloom hua ke usko hum se milna hai.</w:t>
      </w:r>
    </w:p>
    <w:p>
      <w:pPr>
        <w:jc w:val="right"/>
      </w:pPr>
      <w:r>
        <w:t>تو اس کے ہاں کو بلایا گیا۔ اس کی جو بیوی تھی، اس کو معلوم ہوا کہ اس کو ہم سے ملنا ہے۔</w:t>
      </w:r>
    </w:p>
    <w:p>
      <w:r>
        <w:rPr>
          <w:b/>
        </w:rPr>
        <w:t xml:space="preserve">[07:45] </w:t>
      </w:r>
      <w:r>
        <w:t>to hum baithe, woh biwi aayi. ab biwi aati hai to rone lagi. samjhe? itne bare ghar, itna paisa. hain?</w:t>
      </w:r>
    </w:p>
    <w:p>
      <w:pPr>
        <w:jc w:val="right"/>
      </w:pPr>
      <w:r>
        <w:t>تو ہم بیٹھے، وہ بیوی آئی۔ اب بیوی آتی ہے تو رونے لگی۔ سمجھے؟ اتنے بڑے گھر، اتنا پیسہ۔ ہیں؟</w:t>
      </w:r>
    </w:p>
    <w:p>
      <w:r>
        <w:rPr>
          <w:b/>
        </w:rPr>
        <w:t xml:space="preserve">[07:54] </w:t>
      </w:r>
      <w:r>
        <w:t>maine poocha bhai kya baat, kya baat, kya baat. woh woh yahi woh aadmi pakistani tha. pakistan se aa ke wahan settle hua tha.</w:t>
      </w:r>
    </w:p>
    <w:p>
      <w:pPr>
        <w:jc w:val="right"/>
      </w:pPr>
      <w:r>
        <w:t>میں نے پوچھا بھئی کیا بات، کیا بات، کیا بات۔ وہ وہ یہی وہ آدمی پاکستانی تھا۔ پاکستان سے آ کے وہاں سیٹل ہوا تھا۔</w:t>
      </w:r>
    </w:p>
    <w:p>
      <w:r>
        <w:rPr>
          <w:b/>
        </w:rPr>
        <w:t xml:space="preserve">[08:04] </w:t>
      </w:r>
      <w:r>
        <w:t>kuch der mein molana sahib wali dua kijiye. yeh sab auraton ka hi haal hai. siwaye hamare mission ke. hamare mission se bahar jo bhi auratein hain na, main poori certainty ke sath keh sakta hoon ke sab roti hain.</w:t>
      </w:r>
    </w:p>
    <w:p>
      <w:pPr>
        <w:jc w:val="right"/>
      </w:pPr>
      <w:r>
        <w:t>کچھ دیر میں مولانا صاحب والی دعا کیجیے۔ یہ سب عورتوں کا ہی حال ہے۔ سوائے ہمارے مشن کے۔ ہمارے مشن سے باہر جو بھی عورتیں ہیں نا، میں پوری سرٹینٹی کے ساتھ کہہ سکتا ہوں کہ سب روتی ہیں۔</w:t>
      </w:r>
    </w:p>
    <w:p>
      <w:r>
        <w:rPr>
          <w:b/>
        </w:rPr>
        <w:t xml:space="preserve">[08:22] </w:t>
      </w:r>
      <w:r>
        <w:t>aur roti hain kis liye? Allah ke liye nahi.</w:t>
      </w:r>
    </w:p>
    <w:p>
      <w:pPr>
        <w:jc w:val="right"/>
      </w:pPr>
      <w:r>
        <w:t>اور روتی ہیں کس لیے؟ اللہ کے لیے نہیں۔</w:t>
      </w:r>
    </w:p>
    <w:p>
      <w:r>
        <w:rPr>
          <w:b/>
        </w:rPr>
        <w:t xml:space="preserve">[08:25] </w:t>
      </w:r>
      <w:r>
        <w:t>isi liye. bete ke liye, beti ke liye, husband ke liye, aur relatives ke liye. ke koi na koi shikayat ki baat to khandan mein ho jati hai.</w:t>
      </w:r>
    </w:p>
    <w:p>
      <w:pPr>
        <w:jc w:val="right"/>
      </w:pPr>
      <w:r>
        <w:t>اسی لیے۔ بیٹے کے لیے، بیٹی کے لیے، ہسبینڈ کے لیے، اور ریلیٹوز کے لیے۔ کہ کوئی نہ کوئی شکایت کی بات تو خاندان میں ہو جاتی ہے۔</w:t>
      </w:r>
    </w:p>
    <w:p>
      <w:r>
        <w:rPr>
          <w:b/>
        </w:rPr>
        <w:t xml:space="preserve">[08:39] </w:t>
      </w:r>
      <w:r>
        <w:t>to koi aata hai sagheer hassan sahib ke haan, hum log the. wahan aik hai sagheer hassan sahib, woh bhi pakistan se aa ke work karte hain. to unke wahan par bohat bara ghar, hum log jahan thehre the na, woh to chhota ghar</w:t>
      </w:r>
    </w:p>
    <w:p>
      <w:pPr>
        <w:jc w:val="right"/>
      </w:pPr>
      <w:r>
        <w:t>تو کوئی آتا ہے صغیر حسن صاحب کے ہاں، ہم لوگ تھے۔ وہاں ایک ہے صغیر حسن صاحب، وہ بھی پاکستان سے آ کے ورک کرتے ہیں۔ تو ان کے وہاں پر بہت بڑا گھر، ہم لوگ جہاں ٹھہرے تھے نا، وہ تو چھوٹا گھر</w:t>
      </w:r>
    </w:p>
    <w:p>
      <w:r>
        <w:rPr>
          <w:b/>
        </w:rPr>
        <w:t xml:space="preserve">[08:55] </w:t>
      </w:r>
      <w:r>
        <w:t>tha. aik aur bara ghar unke paas tha. bohat bara ghar. aur unke departmental store wahan karte hain wahan par. to pata nahi chhaaye, iktees, big big departmental store unke paas the.</w:t>
      </w:r>
    </w:p>
    <w:p>
      <w:pPr>
        <w:jc w:val="right"/>
      </w:pPr>
      <w:r>
        <w:t>تھا۔ ایک اور بڑا گھر ان کے پاس تھا۔ بہت بڑا گھر۔ اور ان کے ڈیپارٹمنٹل اسٹور وہاں کرتے ہیں وہاں پر۔ تو پتہ نہیں چھائے، اکتیس، بگ بگ ڈیپارٹمنٹل اسٹور ان کے پاس تھے۔</w:t>
      </w:r>
    </w:p>
    <w:p>
      <w:r>
        <w:rPr>
          <w:b/>
        </w:rPr>
        <w:t xml:space="preserve">[09:09] </w:t>
      </w:r>
      <w:r>
        <w:t>aur bohat kuch tha. to unki biwi jo thi, jab se baat hoti thi na unki, unka humne thehraya tha hum is ko apna.</w:t>
      </w:r>
    </w:p>
    <w:p>
      <w:pPr>
        <w:jc w:val="right"/>
      </w:pPr>
      <w:r>
        <w:t>اور بہت کچھ تھا۔ تو ان کی بیوی جو تھی، جب سے بات ہوتی تھی نا ان کی، ان کا ہم نے ٹھہرایا تھا ہم اس کو اپنا۔</w:t>
      </w:r>
    </w:p>
    <w:p>
      <w:r>
        <w:rPr>
          <w:b/>
        </w:rPr>
        <w:t xml:space="preserve">[09:18] </w:t>
      </w:r>
      <w:r>
        <w:t>bas rote, woh bhi rote the. roti rehti thi. bas. worldly problem ke liye.</w:t>
      </w:r>
    </w:p>
    <w:p>
      <w:pPr>
        <w:jc w:val="right"/>
      </w:pPr>
      <w:r>
        <w:t>بس روتے، وہ بھی روتے تھے۔ روتی رہتی تھی۔ بس۔ ورلڈلی پرابلم کے لیے۔</w:t>
      </w:r>
    </w:p>
    <w:p>
      <w:r>
        <w:rPr>
          <w:b/>
        </w:rPr>
        <w:t xml:space="preserve">[09:26] </w:t>
      </w:r>
      <w:r>
        <w:t>tum bhi rote ho worldly problem ke liye agar aap masla banate ho. ke tum ko shakk hai? nahi. hain? nahi. worldly problem ke liye roti? main roti thi worldly problem ke liye.</w:t>
      </w:r>
    </w:p>
    <w:p>
      <w:pPr>
        <w:jc w:val="right"/>
      </w:pPr>
      <w:r>
        <w:t>تم بھی روتے ہو ورلڈلی پرابلم کے لیے اگر آپ مسئلہ بناتے ہو۔ کہ تم کو شک ہے؟ نہیں۔ ہیں؟ نہیں۔ ورلڈلی پرابلم کے لیے روتی؟ میں روتی تھی ورلڈلی پرابلم کے لیے۔</w:t>
      </w:r>
    </w:p>
    <w:p>
      <w:r>
        <w:rPr>
          <w:b/>
        </w:rPr>
        <w:t xml:space="preserve">[09:34] </w:t>
      </w:r>
      <w:r>
        <w:t>haan dekho, chahe tum ko aik crore rozana ki salary milti hai, tab bhi roti. worldly problem ke le</w:t>
      </w:r>
    </w:p>
    <w:p>
      <w:pPr>
        <w:jc w:val="right"/>
      </w:pPr>
      <w:r>
        <w:t>ہاں دیکھو، چاہے تم کو ایک کروڑ روزانہ کی سیلری ملتی ہے، تب بھی روتی۔ ورلڈلی پرابلم کے لی</w:t>
      </w:r>
    </w:p>
    <w:p>
      <w:r>
        <w:rPr>
          <w:b/>
        </w:rPr>
        <w:t xml:space="preserve">[09:44] </w:t>
      </w:r>
      <w:r>
        <w:t>e. to worldly problem ke liye jo log rote hain, itni bari unko marhumi milti hai ke Allah unko apna qasir nahi banata.</w:t>
      </w:r>
    </w:p>
    <w:p>
      <w:pPr>
        <w:jc w:val="right"/>
      </w:pPr>
      <w:r>
        <w:t>ے۔ تو ورلڈلی پرابلم کے لیے جو لوگ روتے ہیں، اتنی بڑی ان کو مرحومی ملتی ہے کہ اللہ ان کو اپنا قاصر نہیں بناتا۔</w:t>
      </w:r>
    </w:p>
    <w:p>
      <w:r>
        <w:rPr>
          <w:b/>
        </w:rPr>
        <w:t xml:space="preserve">[09:57] </w:t>
      </w:r>
      <w:r>
        <w:t>dekhein, usool yeh hai ke jo aadmi Allah ko apna qasir nahi banaye ga, Khuda bhi us ko qasir nahi banaye ga. yeh aik hadith mein maujood hai ke jo aadmi Allah ko apna qasir nahi banaye ga, to Khuda bhi us ko qasir nahi banaye ga.</w:t>
      </w:r>
    </w:p>
    <w:p>
      <w:pPr>
        <w:jc w:val="right"/>
      </w:pPr>
      <w:r>
        <w:t>دیکھیں، اصول یہ ہے کہ جو آدمی اللہ کو اپنا قاصر نہیں بنائے گا، خدا بھی اس کو قاصر نہیں بنائے گا۔ یہ ایک حدیث میں موجود ہے کہ جو آدمی اللہ کو اپنا قاصر نہیں بنائے گا، تو خدا بھی اس کو قاصر نہیں بنائے گا۔</w:t>
      </w:r>
    </w:p>
    <w:p>
      <w:r>
        <w:rPr>
          <w:b/>
        </w:rPr>
        <w:t xml:space="preserve">[10:13] </w:t>
      </w:r>
      <w:r>
        <w:t>to Allah jab qasir banata hai to angel ko bhejta hai. angel tumhare dil ko woh dete hain. peace dete hain, peace.</w:t>
      </w:r>
    </w:p>
    <w:p>
      <w:pPr>
        <w:jc w:val="right"/>
      </w:pPr>
      <w:r>
        <w:t>تو اللہ جب قاصر بناتا ہے تو اینجل کو بھیجتا ہے۔ اینجل تمہارے دل کو وہ دیتے ہیں۔ پیس دیتے ہیں، پیس۔</w:t>
      </w:r>
    </w:p>
    <w:p>
      <w:r>
        <w:rPr>
          <w:b/>
        </w:rPr>
        <w:t xml:space="preserve">[10:25] </w:t>
      </w:r>
      <w:r>
        <w:t>to auraton ki kitni bari nadani hai ke wohi aik cheez jis se woh Allah ki blessing hasil karti hain, usi ko bikher deti hain.</w:t>
      </w:r>
    </w:p>
    <w:p>
      <w:pPr>
        <w:jc w:val="right"/>
      </w:pPr>
      <w:r>
        <w:t>تو عورتوں کی کتنی بڑی نادانی ہے کہ وہی ایک چیز جس سے وہ اللہ کی بریسنگ حاصل کرتی ہیں، اسی کو بکھیر دیتی ہیں۔</w:t>
      </w:r>
    </w:p>
    <w:p>
      <w:r>
        <w:rPr>
          <w:b/>
        </w:rPr>
        <w:t xml:space="preserve">[10:37] </w:t>
      </w:r>
      <w:r>
        <w:t>wohi aik cheez to hai. hain?</w:t>
      </w:r>
    </w:p>
    <w:p>
      <w:pPr>
        <w:jc w:val="right"/>
      </w:pPr>
      <w:r>
        <w:t>وہی ایک چیز تو ہے۔ ہیں؟</w:t>
      </w:r>
    </w:p>
    <w:p>
      <w:r>
        <w:rPr>
          <w:b/>
        </w:rPr>
        <w:t xml:space="preserve">[10:43] </w:t>
      </w:r>
      <w:r>
        <w:t>to main samajhta hoon ke auraton ko do mein se aik kaam karna chahiye. ya to sarr se royein nahi, kisi ke liye bhi na royein, tab bhi kuch na kuch chal jayega.</w:t>
      </w:r>
    </w:p>
    <w:p>
      <w:pPr>
        <w:jc w:val="right"/>
      </w:pPr>
      <w:r>
        <w:t>تو میں سمجھتا ہوں کہ عورتوں کو دو میں سے ایک کام کرنا چاہیے۔ یا تو سرے سے روئیں نہیں، کسی کے لیے بھی نہ روئیں، تب بھی کچھ نہ کچھ چل جائے گا۔</w:t>
      </w:r>
    </w:p>
    <w:p>
      <w:r>
        <w:rPr>
          <w:b/>
        </w:rPr>
        <w:t xml:space="preserve">[10:54] </w:t>
      </w:r>
      <w:r>
        <w:t>yani Khuda ke liye nahi roti, insaan insaan ke liye bhi na royein, tab bhi kuch chal jayega. to Khuda kahega acha bhai to kisi ke liye nahi roti?</w:t>
      </w:r>
    </w:p>
    <w:p>
      <w:pPr>
        <w:jc w:val="right"/>
      </w:pPr>
      <w:r>
        <w:t>یعنی خدا کے لیے نہیں روتی، انسان انسان کے لیے بھی نہ روئیں، تب بھی کچھ چل جائے گا۔ تو خدا کہے گا اچھا بھئی تو کسی کے لیے نہیں روتی؟</w:t>
      </w:r>
    </w:p>
    <w:p>
      <w:r>
        <w:rPr>
          <w:b/>
        </w:rPr>
        <w:t xml:space="preserve">[11:07] </w:t>
      </w:r>
      <w:r>
        <w:t>lekin aap insaan ke liye royein aur Khuda ke liye na royein, tab to Khuda aap ko bilkul ignore karega aap ko.</w:t>
      </w:r>
    </w:p>
    <w:p>
      <w:pPr>
        <w:jc w:val="right"/>
      </w:pPr>
      <w:r>
        <w:t>لیکن آپ انسان کے لیے روئیں اور خدا کے لیے نہ روئیں، تب تو خدا آپ کو بالکل اگنور کرے گا آپ کو۔</w:t>
      </w:r>
    </w:p>
    <w:p>
      <w:r>
        <w:rPr>
          <w:b/>
        </w:rPr>
        <w:t xml:space="preserve">[11:18] </w:t>
      </w:r>
      <w:r>
        <w:t>is liye har aurat ko, har aurat ko, mere paas jo bhi auratein aati hain, pehla masla yeh hota hai ke rona chhoro. rona chhoro bhai, koi Khuda ke liye kon rota hai?</w:t>
      </w:r>
    </w:p>
    <w:p>
      <w:pPr>
        <w:jc w:val="right"/>
      </w:pPr>
      <w:r>
        <w:t>اس لیے ہر عورت کو، ہر عورت کو، میرے پاس جو بھی عورتیں آتی ہیں، پہلا مسئلہ یہ ہوتا ہے کہ رونا چھوڑو۔ رونا چھوڑو بھائی، کوئی خدا کے لیے کون روتا ہے؟</w:t>
      </w:r>
    </w:p>
    <w:p>
      <w:r>
        <w:rPr>
          <w:b/>
        </w:rPr>
        <w:t xml:space="preserve">[11:31] </w:t>
      </w:r>
      <w:r>
        <w:t>wohi worldly shikayaton par rote hain. worldly shikayaton par. to</w:t>
      </w:r>
    </w:p>
    <w:p>
      <w:pPr>
        <w:jc w:val="right"/>
      </w:pPr>
      <w:r>
        <w:t>وہی ورلڈلی شکایتوں پر روتے ہیں۔ ورلڈلی شکایتوں پر۔ تو</w:t>
      </w:r>
    </w:p>
    <w:p>
      <w:r>
        <w:rPr>
          <w:b/>
        </w:rPr>
        <w:t xml:space="preserve">[11:38] </w:t>
      </w:r>
      <w:r>
        <w:t>pehla masla yeh hota hai ke rona chhoro taake Allah tumhari taraf tawajjuh kare.</w:t>
      </w:r>
    </w:p>
    <w:p>
      <w:pPr>
        <w:jc w:val="right"/>
      </w:pPr>
      <w:r>
        <w:t>پہلا مسئلہ یہ ہوتا ہے کہ رونا چھوڑو تاکہ اللہ تمہاری طرف توجہ کرے۔</w:t>
      </w:r>
    </w:p>
    <w:p>
      <w:r>
        <w:rPr>
          <w:b/>
        </w:rPr>
        <w:t xml:space="preserve">[11:48] </w:t>
      </w:r>
      <w:r>
        <w:t>yeh main samajhta hoon ke har aurat ke liye jar ki baat yeh hai ke woh rona chhoray.</w:t>
      </w:r>
    </w:p>
    <w:p>
      <w:pPr>
        <w:jc w:val="right"/>
      </w:pPr>
      <w:r>
        <w:t>یہ میں سمجھتا ہوں کہ ہر عورت کے لیے جڑ کی بات یہ ہے کہ وہ رونا چھوڑے۔</w:t>
      </w:r>
    </w:p>
    <w:p>
      <w:r>
        <w:rPr>
          <w:b/>
        </w:rPr>
        <w:t xml:space="preserve">[11:54] </w:t>
      </w:r>
      <w:r>
        <w:t>kyunke woh nothing hai. is ko kuch bhi nahi mile ga. yeh dunya mein kuch bhi nahi paane wali, milna hai is ko. jo rona na chhoray.</w:t>
      </w:r>
    </w:p>
    <w:p>
      <w:pPr>
        <w:jc w:val="right"/>
      </w:pPr>
      <w:r>
        <w:t>کیونکہ وہ نتھنگ ہے۔ اس کو کچھ بھی نہیں ملے گا۔ یہ دنیا میں کچھ بھی نہیں پانے والی، ملنا ہے اس کو۔ جو رونا نہ چھوڑے۔</w:t>
      </w:r>
    </w:p>
    <w:p>
      <w:r>
        <w:rPr>
          <w:b/>
        </w:rPr>
        <w:t xml:space="preserve">[12:06] </w:t>
      </w:r>
      <w:r>
        <w:t>mard bhi bekar baaton par rote hain, lekin mard thora strong hotay hain to aansu kam nikalte hain. yaani woh bhi bechain to hotay hain.</w:t>
      </w:r>
    </w:p>
    <w:p>
      <w:pPr>
        <w:jc w:val="right"/>
      </w:pPr>
      <w:r>
        <w:t>مرد بھی بیکار باتوں پر روتے ہیں، لیکن مرد تھوڑا سٹرانگ ہوتے ہیں تو آنسو کم نکالتے ہیں۔ یعنی وہ بھی بے چین تو ہوتے ہیں۔</w:t>
      </w:r>
    </w:p>
    <w:p>
      <w:r>
        <w:rPr>
          <w:b/>
        </w:rPr>
        <w:t xml:space="preserve">[12:17] </w:t>
      </w:r>
      <w:r>
        <w:t>mard ka tension jo hai mind mein hota hai. aurat ka tension aap us ki aankh mein hota hai.</w:t>
      </w:r>
    </w:p>
    <w:p>
      <w:pPr>
        <w:jc w:val="right"/>
      </w:pPr>
      <w:r>
        <w:t>مرد کا ٹینشن جو ہے مائنڈ میں ہوتا ہے۔ عورت کا ٹینشن آپ اس کی آنکھ میں ہوتا ہے۔</w:t>
      </w:r>
    </w:p>
    <w:p>
      <w:r>
        <w:rPr>
          <w:b/>
        </w:rPr>
        <w:t xml:space="preserve">[12:25] </w:t>
      </w:r>
      <w:r>
        <w:t>donon expression of tension hain, donon. manifester of tension.</w:t>
      </w:r>
    </w:p>
    <w:p>
      <w:pPr>
        <w:jc w:val="right"/>
      </w:pPr>
      <w:r>
        <w:t>دونوں ایکسپریشن آف ٹینشن ہیں، دونوں۔ مینیفیسٹر آف ٹینشن۔</w:t>
      </w:r>
    </w:p>
    <w:p>
      <w:r>
        <w:rPr>
          <w:b/>
        </w:rPr>
        <w:t xml:space="preserve">[12:32] </w:t>
      </w:r>
      <w:r>
        <w:t>to mard ka tension hota hai mind mein, aurat ka tension hota hai aankh mein. to mard ko hum yeh nahi kehte ke mat ro.</w:t>
      </w:r>
    </w:p>
    <w:p>
      <w:pPr>
        <w:jc w:val="right"/>
      </w:pPr>
      <w:r>
        <w:t>تو مرد کا ٹینشن ہوتا ہے مائنڈ میں، عورت کا ٹینشن ہوتا ہے آنکھ میں۔ تو مرد کو ہم یہ نہیں کہتے کہ مت رو۔</w:t>
      </w:r>
    </w:p>
    <w:p>
      <w:r>
        <w:rPr>
          <w:b/>
        </w:rPr>
        <w:t xml:space="preserve">[12:41] </w:t>
      </w:r>
      <w:r>
        <w:t>to woh rota hi kahan hai? ab mard rota kahan hai? tension liye baitha rehta hai. to mard ka tension mind mein hota hai, aurat ka tension aankh mein hota hai.</w:t>
      </w:r>
    </w:p>
    <w:p>
      <w:pPr>
        <w:jc w:val="right"/>
      </w:pPr>
      <w:r>
        <w:t>تو وہ روتا ہی کہاں ہے؟ اب مرد روتا کہاں ہے؟ ٹینشن لیے بیٹھا رہتا ہے۔ تو مرد کا ٹینشن مائنڈ میں ہوتا ہے، عورت کا ٹینشن آنکھ میں ہوتا ہے۔</w:t>
      </w:r>
    </w:p>
    <w:p>
      <w:r>
        <w:rPr>
          <w:b/>
        </w:rPr>
        <w:t xml:space="preserve">[12:53] </w:t>
      </w:r>
      <w:r>
        <w:t>sir chahe woh koi Elizabeth ho, samjhe aap? chahe koi doosra ho. har aurat ka ek hi case hai.</w:t>
      </w:r>
    </w:p>
    <w:p>
      <w:pPr>
        <w:jc w:val="right"/>
      </w:pPr>
      <w:r>
        <w:t>سر چاہے وہ کوئی ایلزبتھ ہو، سمجھے آپ؟ چاہے کوئی دوسرا ہو۔ ہر عورت کا ایک ہی کیس ہے۔</w:t>
      </w:r>
    </w:p>
    <w:p>
      <w:r>
        <w:rPr>
          <w:b/>
        </w:rPr>
        <w:t xml:space="preserve">[13:01] </w:t>
      </w:r>
      <w:r>
        <w:t>is ka tension is ki aankh mein hota hai. mard ka tension is ke mind mein hota hai. here is the beginning. yahan par aap to kar sako beginning to kuch banne ki baat hai, nahi to kuch banne wali nahi hai.</w:t>
      </w:r>
    </w:p>
    <w:p>
      <w:pPr>
        <w:jc w:val="right"/>
      </w:pPr>
      <w:r>
        <w:t>اس کا ٹینشن اس کی آنکھ میں ہوتا ہے۔ مرد کا ٹینشن اس کے مائنڈ میں ہوتا ہے۔ ہیر از دا بیگننگ۔ یہاں پر آپ تو کر سکو بیگننگ تو کچھ بننے کی بات ہے، نہیں تو کچھ بننے والی نہیں ہے۔</w:t>
      </w:r>
    </w:p>
    <w:p>
      <w:r>
        <w:rPr>
          <w:b/>
        </w:rPr>
        <w:t xml:space="preserve">[13:15] </w:t>
      </w:r>
      <w:r>
        <w:t>to mardon se main nahi kehta ke rona chhoro. main kehta hoon tension chhoro. auraton se kehta hoon rona chhoro. mard jo hai mind mein tension leta hai.</w:t>
      </w:r>
    </w:p>
    <w:p>
      <w:pPr>
        <w:jc w:val="right"/>
      </w:pPr>
      <w:r>
        <w:t>تو مردوں سے میں نہیں کہتا کہ رونا چھوڑو۔ میں کہتا ہوں ٹینشن چھوڑو۔ عورتوں سے کہتا ہوں رونا چھوڑو۔ مرد جو ہے مائنڈ میں ٹینشن لیتا ہے۔</w:t>
      </w:r>
    </w:p>
    <w:p>
      <w:r>
        <w:rPr>
          <w:b/>
        </w:rPr>
        <w:t xml:space="preserve">[13:28] </w:t>
      </w:r>
      <w:r>
        <w:t>is ka isi ki wajah se Khuda se door ho jata hai woh. tension ki wajah se insan mard Khuda se door ho jata hai.</w:t>
      </w:r>
    </w:p>
    <w:p>
      <w:pPr>
        <w:jc w:val="right"/>
      </w:pPr>
      <w:r>
        <w:t>اس کا اسی کی وجہ سے خدا سے دور ہو جاتا ہے وہ۔ ٹینشن کی وجہ سے انسان مرد خدا سے دور ہو جاتا ہے۔</w:t>
      </w:r>
    </w:p>
    <w:p>
      <w:r>
        <w:rPr>
          <w:b/>
        </w:rPr>
        <w:t xml:space="preserve">[13:37] </w:t>
      </w:r>
      <w:r>
        <w:t>aurat jo hai apni tension ko aankh mein leti hai to rone ki wajah se Khuda se door ho jata hai. dekhein is dunya mein koi bara kaam karne ke liye aap ko zaroorat hai divine support ki.</w:t>
      </w:r>
    </w:p>
    <w:p>
      <w:pPr>
        <w:jc w:val="right"/>
      </w:pPr>
      <w:r>
        <w:t>عورت جو ہے اپنی ٹینشن کو آنکھ میں لیتی ہے تو رونے کی وجہ سے خدا سے دور ہو جاتا ہے۔ دیکھیں اس دنیا میں کوئی بڑا کام کرنے کے لیے آپ کو ضرورت ہے ڈیوائن سپورٹ کی۔</w:t>
      </w:r>
    </w:p>
    <w:p>
      <w:r>
        <w:rPr>
          <w:b/>
        </w:rPr>
        <w:t xml:space="preserve">[13:55] </w:t>
      </w:r>
      <w:r>
        <w:t>divine support ke baghair aap koi kaam kar hi nahi sakte. kyunke dekho life mein itne factors hotay hain, factors hotay hain ke mere aur aap ke bas mein nahi hai ke is saare factors ko aap manage kar paayein.</w:t>
      </w:r>
    </w:p>
    <w:p>
      <w:pPr>
        <w:jc w:val="right"/>
      </w:pPr>
      <w:r>
        <w:t>ڈیوائن سپورٹ کے بغیر آپ کوئی کام کر ہی نہیں سکتے۔ کیونکہ دیکھو لائف میں اتنے فیکٹرز ہوتے ہیں، فیکٹرز ہوتے ہیں کہ میرے اور آپ کے بس میں نہیں ہے کہ اس سارے فیکٹرز کو آپ مینج کر پائیں۔</w:t>
      </w:r>
    </w:p>
    <w:p>
      <w:r>
        <w:rPr>
          <w:b/>
        </w:rPr>
        <w:t xml:space="preserve">[14:15] </w:t>
      </w:r>
      <w:r>
        <w:t>kuch karein kuch chhoot jaye ga.</w:t>
      </w:r>
    </w:p>
    <w:p>
      <w:pPr>
        <w:jc w:val="right"/>
      </w:pPr>
      <w:r>
        <w:t>کچھ کریں کچھ چھوٹ جائے گا۔</w:t>
      </w:r>
    </w:p>
    <w:p>
      <w:r>
        <w:rPr>
          <w:b/>
        </w:rPr>
        <w:t xml:space="preserve">[14:18] </w:t>
      </w:r>
      <w:r>
        <w:t>to jo jo factors chhoot gaye un ko kon kare? woh Allah ki taraf se manage kiya jata hai. samjhe aap?</w:t>
      </w:r>
    </w:p>
    <w:p>
      <w:pPr>
        <w:jc w:val="right"/>
      </w:pPr>
      <w:r>
        <w:t>تو جو جو فیکٹرز چھوٹ گئے ان کو کون کرے؟ وہ اللہ کی طرف سے مینج کیا جاتا ہے۔ سمجھے آپ؟</w:t>
      </w:r>
    </w:p>
    <w:p>
      <w:r>
        <w:rPr>
          <w:b/>
        </w:rPr>
        <w:t xml:space="preserve">[14:30] </w:t>
      </w:r>
      <w:r>
        <w:t>meri to poori zindagi isi mein beeti hai. apna qissa batata hoon. Faizabad se related.</w:t>
      </w:r>
    </w:p>
    <w:p>
      <w:pPr>
        <w:jc w:val="right"/>
      </w:pPr>
      <w:r>
        <w:t>میری تو پوری زندگی اسی میں بیتی ہے۔ اپنا قصہ بتاتا ہوں۔ فیض آباد سے ریلیٹڈ۔</w:t>
      </w:r>
    </w:p>
    <w:p>
      <w:r>
        <w:rPr>
          <w:b/>
        </w:rPr>
        <w:t xml:space="preserve">[14:41] </w:t>
      </w:r>
      <w:r>
        <w:t>yeh baat hai jab main madrasay mein, ghaliban jab madrasay mein parhta tha ya chhor chuka tha to shayad 1942 ki baat hogi.</w:t>
      </w:r>
    </w:p>
    <w:p>
      <w:pPr>
        <w:jc w:val="right"/>
      </w:pPr>
      <w:r>
        <w:t>یہ بات ہے جب میں مدرسے میں، غالباً جب مدرسے میں پڑھتا تھا یا چھوڑ پڑھ چکا تھا تو شاید 1942 کی بات ہوگی۔</w:t>
      </w:r>
    </w:p>
    <w:p>
      <w:r>
        <w:rPr>
          <w:b/>
        </w:rPr>
        <w:t xml:space="preserve">[14:58] </w:t>
      </w:r>
      <w:r>
        <w:t>kitne saal ho gaye? 1942? 72 years. to us waqt main orphan tha, yateem tha.</w:t>
      </w:r>
    </w:p>
    <w:p>
      <w:pPr>
        <w:jc w:val="right"/>
      </w:pPr>
      <w:r>
        <w:t>کتنے سال ہو گئے؟ 1942؟ 72 ایئرز۔ تو اس وقت میں آرفن تھا، یتیم تھا۔</w:t>
      </w:r>
    </w:p>
    <w:p>
      <w:r>
        <w:rPr>
          <w:b/>
        </w:rPr>
        <w:t xml:space="preserve">[15:07] </w:t>
      </w:r>
      <w:r>
        <w:t>mere ghar par kuch bhi business nahi tha, na mujhe koi, mere paas koi job tha.</w:t>
      </w:r>
    </w:p>
    <w:p>
      <w:pPr>
        <w:jc w:val="right"/>
      </w:pPr>
      <w:r>
        <w:t>میرے گھر پر کچھ بھی بزنس نہیں تھا، نہ مجھے کوئی، میرے پاس کوئی جاب تھا۔</w:t>
      </w:r>
    </w:p>
    <w:p>
      <w:r>
        <w:rPr>
          <w:b/>
        </w:rPr>
        <w:t xml:space="preserve">[15:14] </w:t>
      </w:r>
      <w:r>
        <w:t>to main sochta tha ke idhar udhar hath paon maroon, shayad kahin mujhe bhi koi kaam mil jaye. to hamare madrasay ke saathi thay jo yahan ek gaon ya town hai, is ka naam Juganpur.</w:t>
      </w:r>
    </w:p>
    <w:p>
      <w:pPr>
        <w:jc w:val="right"/>
      </w:pPr>
      <w:r>
        <w:t>تو میں سوچتا تھا کہ ادھر ادھر ہاتھ پاؤں ماروں، شاید کہیں مجھے بھی کوئی کام مل جائے۔ تو ہمارے مدرسے کے ساتھی تھے جو یہاں ایک گاؤں یا ٹاؤن ہے، اس کا نام جگن پور۔</w:t>
      </w:r>
    </w:p>
    <w:p>
      <w:r>
        <w:rPr>
          <w:b/>
        </w:rPr>
        <w:t xml:space="preserve">[15:29] </w:t>
      </w:r>
      <w:r>
        <w:t>Faizabad district mein hai woh. Juganpur. to woh Juganpur ke thay woh. woh saathi hamare thay na, Juganpur ke thay.</w:t>
      </w:r>
    </w:p>
    <w:p>
      <w:pPr>
        <w:jc w:val="right"/>
      </w:pPr>
      <w:r>
        <w:t>فیض آباد ڈسٹرکٹ میں ہے وہ۔ جگن پور۔ تو وہ جگن پور کے تھے وہ۔ وہ ساتھی ہمارے تھے نا، جگن پور کے تھے۔</w:t>
      </w:r>
    </w:p>
    <w:p>
      <w:r>
        <w:rPr>
          <w:b/>
        </w:rPr>
        <w:t xml:space="preserve">[15:39] </w:t>
      </w:r>
      <w:r>
        <w:t>to wahan se ab hum se dosti thi un se.</w:t>
      </w:r>
    </w:p>
    <w:p>
      <w:pPr>
        <w:jc w:val="right"/>
      </w:pPr>
      <w:r>
        <w:t>تو وہاں سے اب ہم سے دوستی تھی ان سے۔</w:t>
      </w:r>
    </w:p>
    <w:p>
      <w:r>
        <w:rPr>
          <w:b/>
        </w:rPr>
        <w:t xml:space="preserve">[15:44] </w:t>
      </w:r>
      <w:r>
        <w:t>dosti thi. to main Adam ghar se chal kar aaya Faizabad. aur Faizabad train se aur station se utar kar maine jo akka hota hai, ghoda,</w:t>
      </w:r>
    </w:p>
    <w:p>
      <w:pPr>
        <w:jc w:val="right"/>
      </w:pPr>
      <w:r>
        <w:t>دوستی تھی۔ تو میں آدم گھر سے چل کر آیا فیض آباد۔ اور فیض آباد ٹرین سے اور اسٹیشن سے اتر کر میں نے جو اککا ہوتا ہے، گھوڑا،</w:t>
      </w:r>
    </w:p>
    <w:p>
      <w:r>
        <w:rPr>
          <w:b/>
        </w:rPr>
        <w:t xml:space="preserve">[15:58] </w:t>
      </w:r>
      <w:r>
        <w:t>us par baitha. woh shehar se zyada door shayad nahi hai. to akkay se chal kar wahan pohancha main. un ke ghar.</w:t>
      </w:r>
    </w:p>
    <w:p>
      <w:pPr>
        <w:jc w:val="right"/>
      </w:pPr>
      <w:r>
        <w:t>اس پر بیٹھا۔ وہ شہر سے زیادہ دور شاید نہیں ہے۔ تو اککے سے چل کر وہاں پہنچا میں۔ ان کے گھر۔</w:t>
      </w:r>
    </w:p>
    <w:p>
      <w:r>
        <w:rPr>
          <w:b/>
        </w:rPr>
        <w:t xml:space="preserve">[16:09] </w:t>
      </w:r>
      <w:r>
        <w:t>yani yahi yeh pagal pan ki baat thi, woh woh woh mere liye kya karte?</w:t>
      </w:r>
    </w:p>
    <w:p>
      <w:pPr>
        <w:jc w:val="right"/>
      </w:pPr>
      <w:r>
        <w:t>یعنی یہی یہ پاگل پن کی بات تھی، وہ وہ وہ میرے لیے کیا کرتے؟</w:t>
      </w:r>
    </w:p>
    <w:p>
      <w:r>
        <w:rPr>
          <w:b/>
        </w:rPr>
        <w:t xml:space="preserve">[16:14] </w:t>
      </w:r>
      <w:r>
        <w:t>woh koi bade aadmi the nahin. to aise hi maine un se kaha ke mujhe bombay jana hai, koi aap ke paas.</w:t>
      </w:r>
    </w:p>
    <w:p>
      <w:pPr>
        <w:jc w:val="right"/>
      </w:pPr>
      <w:r>
        <w:t>وہ کوئی بڑے آدمی تھے نہیں۔ تو ایسے ہی میں نے ان سے کہا کہ مجھے بمبئی جانا ہے، کوئی آپ کے پاس۔</w:t>
      </w:r>
    </w:p>
    <w:p>
      <w:r>
        <w:rPr>
          <w:b/>
        </w:rPr>
        <w:t xml:space="preserve">[16:25] </w:t>
      </w:r>
      <w:r>
        <w:t>to un ke haan ke ek aadmi the jo bombay mein kaam karte the, ek parsi ke haan. yani mamooli mulazim the, mamooli mulazim.</w:t>
      </w:r>
    </w:p>
    <w:p>
      <w:pPr>
        <w:jc w:val="right"/>
      </w:pPr>
      <w:r>
        <w:t>تو ان کے ہاں کے ایک آدمی تھے جو بمبئی میں کام کرتے تھے، ایک پارسی کے ہاں۔ یعنی معمولی ملازم تھے، معمولی ملازم۔</w:t>
      </w:r>
    </w:p>
    <w:p>
      <w:r>
        <w:rPr>
          <w:b/>
        </w:rPr>
        <w:t xml:space="preserve">[16:36] </w:t>
      </w:r>
      <w:r>
        <w:t>to maine kaha chalo isi ko pata de dijiye, main jata hoon, bombay jata hoon. woh parsi tha, kuch kon</w:t>
      </w:r>
    </w:p>
    <w:p>
      <w:pPr>
        <w:jc w:val="right"/>
      </w:pPr>
      <w:r>
        <w:t>تو میں نے کہا چلو اسی کو پتہ دے دیجیے، میں جاتا ہوں، بمبئی جاتا ہوں۔ وہ پارسی تھا، کچھ کون</w:t>
      </w:r>
    </w:p>
    <w:p>
      <w:r>
        <w:rPr>
          <w:b/>
        </w:rPr>
        <w:t xml:space="preserve">[16:43] </w:t>
      </w:r>
      <w:r>
        <w:t>waliya is ka naam tha, koi waliya. to unhon ne mujhe khat diya, un ka khat le kar ke main rawana ho gaya bombay.</w:t>
      </w:r>
    </w:p>
    <w:p>
      <w:pPr>
        <w:jc w:val="right"/>
      </w:pPr>
      <w:r>
        <w:t>والیا اس کا نام تھا، کوئی والیا۔ تو انہوں نے مجھے خط دیا، ان کا خط لے کر کہ میں روانہ ہو گیا بمبئی۔</w:t>
      </w:r>
    </w:p>
    <w:p>
      <w:r>
        <w:rPr>
          <w:b/>
        </w:rPr>
        <w:t xml:space="preserve">[16:52] </w:t>
      </w:r>
      <w:r>
        <w:t>yeh ek diwangi ki baat thi. diwangi ki baat thi. wahan pahuncha, woh waliya sahib ke bohat bara ghar tha, is mein woh mamooli mulazim ke taur par the.</w:t>
      </w:r>
    </w:p>
    <w:p>
      <w:pPr>
        <w:jc w:val="right"/>
      </w:pPr>
      <w:r>
        <w:t>یہ ایک دیوانگی کی بات تھی۔ دیوانگی کی بات تھی۔ وہاں پہنچا، وہ والیا صاحب کے بہت بڑا گھر تھا، اس میں وہ معمولی ملازم کے طور پر تھے۔</w:t>
      </w:r>
    </w:p>
    <w:p>
      <w:r>
        <w:rPr>
          <w:b/>
        </w:rPr>
        <w:t xml:space="preserve">[17:07] </w:t>
      </w:r>
      <w:r>
        <w:t>to maine woh khat dikhaya.</w:t>
      </w:r>
    </w:p>
    <w:p>
      <w:pPr>
        <w:jc w:val="right"/>
      </w:pPr>
      <w:r>
        <w:t>تو میں نے وہ خط دکھایا۔</w:t>
      </w:r>
    </w:p>
    <w:p>
      <w:r>
        <w:rPr>
          <w:b/>
        </w:rPr>
        <w:t xml:space="preserve">[17:10] </w:t>
      </w:r>
      <w:r>
        <w:t>to bechare ne mujhe apne haan thehra liya, halanke woh khud mamooli mulazim tha, thehra liya. achha is ke baad main nikla.</w:t>
      </w:r>
    </w:p>
    <w:p>
      <w:pPr>
        <w:jc w:val="right"/>
      </w:pPr>
      <w:r>
        <w:t>تو بیچارے نے مجھے اپنے ہاں ٹھہرا لیا، حالانکہ وہ خود معمولی ملازم تھا، ٹھہرا لیا۔ اچھا اس کے بعد میں نکلا۔</w:t>
      </w:r>
    </w:p>
    <w:p>
      <w:r>
        <w:rPr>
          <w:b/>
        </w:rPr>
        <w:t xml:space="preserve">[17:20] </w:t>
      </w:r>
      <w:r>
        <w:t>to main wahan gaya, woh jo chopati ka wahan coast hai na, coast. hain? kinara, woh shibli ke shehar ke kinare aab chopati, woh gulgasht apal ho raha hai.</w:t>
      </w:r>
    </w:p>
    <w:p>
      <w:pPr>
        <w:jc w:val="right"/>
      </w:pPr>
      <w:r>
        <w:t>تو میں وہاں گیا، وہ جو چوپاٹی کا وہاں کوسٹ ہے نا، کوسٹ۔ ہیں؟ کنار، وہ شبلی کے شہر کے کنارے آب چوپاٹی، وہ گلگشت اپال ہو رہا ہے۔</w:t>
      </w:r>
    </w:p>
    <w:p>
      <w:r>
        <w:rPr>
          <w:b/>
        </w:rPr>
        <w:t xml:space="preserve">[17:36] </w:t>
      </w:r>
      <w:r>
        <w:t>to wahan gaya to wahan main dekha ke ek aurat aayi hai,</w:t>
      </w:r>
    </w:p>
    <w:p>
      <w:pPr>
        <w:jc w:val="right"/>
      </w:pPr>
      <w:r>
        <w:t>تو وہاں گیا تو وہاں میں دیکھا کہ ایک عورت آئی ہے،</w:t>
      </w:r>
    </w:p>
    <w:p>
      <w:r>
        <w:rPr>
          <w:b/>
        </w:rPr>
        <w:t xml:space="preserve">[17:44] </w:t>
      </w:r>
      <w:r>
        <w:t>car car mein baith kar ke, is ke sath bachcha tha. to car ka khula darwaza, apne bachche ko le kar ke bahar aayi.</w:t>
      </w:r>
    </w:p>
    <w:p>
      <w:pPr>
        <w:jc w:val="right"/>
      </w:pPr>
      <w:r>
        <w:t>کار کار میں بیٹھ کر کے، اس کے ساتھ بچہ تھا۔ تو کار کا کھلا دروازہ، اپنے بچے کو لے کر کے باہر آئی۔</w:t>
      </w:r>
    </w:p>
    <w:p>
      <w:r>
        <w:rPr>
          <w:b/>
        </w:rPr>
        <w:t xml:space="preserve">[17:56] </w:t>
      </w:r>
      <w:r>
        <w:t>aur woh shayad woh tha jo gaadi hoti hai na, bachchon wali, choti si. urdu mein kehte hain is ko gudolna.</w:t>
      </w:r>
    </w:p>
    <w:p>
      <w:pPr>
        <w:jc w:val="right"/>
      </w:pPr>
      <w:r>
        <w:t>اور وہ شاید وہ تھا جو گاڑی ہوتی ہے نا، بچوں والی، چھوٹی سی۔ اردو میں کہتے ہیں اس کو گڈولنا۔</w:t>
      </w:r>
    </w:p>
    <w:p>
      <w:r>
        <w:rPr>
          <w:b/>
        </w:rPr>
        <w:t xml:space="preserve">[18:07] </w:t>
      </w:r>
      <w:r>
        <w:t>to wahi pram jo tha, nikal kar ke us ko ghumane lagi. to ab maine kaha, yeh maine kaha kitni khoobsurat hai, is ke paas gaadi hai, is ke paas pram</w:t>
      </w:r>
    </w:p>
    <w:p>
      <w:pPr>
        <w:jc w:val="right"/>
      </w:pPr>
      <w:r>
        <w:t>تو وہی پرائم جو تھا، نکال کر کے اس کو گھمانے لگی۔ تو اب میں نے کہا، یہ میں نے کہا کتنی خوبصورت ہے، اس کے پاس گاڑی ہے، اس کے پاس پرام</w:t>
      </w:r>
    </w:p>
    <w:p>
      <w:r>
        <w:rPr>
          <w:b/>
        </w:rPr>
        <w:t xml:space="preserve">[18:19] </w:t>
      </w:r>
      <w:r>
        <w:t>hai, aur wahan par sair kar rahi hai. bas samajhta tha ke ek koi aasman se koi aaya hai. to bas sochne lage ke mujhe bari jaldi mil jaye.</w:t>
      </w:r>
    </w:p>
    <w:p>
      <w:pPr>
        <w:jc w:val="right"/>
      </w:pPr>
      <w:r>
        <w:t>ہے، اور وہاں پر سیر کر رہی ہے۔ بس سمجھتا تھا کہ ایک کوئی آسمان سے کوئی آیا ہے۔ تو بس سوچنے لگے کہ مجھے بڑی جلدی مل جائے۔</w:t>
      </w:r>
    </w:p>
    <w:p>
      <w:r>
        <w:rPr>
          <w:b/>
        </w:rPr>
        <w:t xml:space="preserve">[18:31] </w:t>
      </w:r>
      <w:r>
        <w:t>lekin mujhe himmat nahin parti pari ke us ke paas jaon. mujh ko bohat bohat hi distance lagta tha is mein.</w:t>
      </w:r>
    </w:p>
    <w:p>
      <w:pPr>
        <w:jc w:val="right"/>
      </w:pPr>
      <w:r>
        <w:t>لیکن مجھے ہمت نہیں پڑتی پڑی کہ اس کے پاس جاؤں۔ مجھ کو بہت بہت ہی ڈسٹنس لگتا تھا اس میں۔</w:t>
      </w:r>
    </w:p>
    <w:p>
      <w:r>
        <w:rPr>
          <w:b/>
        </w:rPr>
        <w:t xml:space="preserve">[18:40] </w:t>
      </w:r>
      <w:r>
        <w:t>to jee mein aata tha ke ja ke poochon bhai aap kaun hain? aap ke paas income ke zariye kya kya karte</w:t>
      </w:r>
    </w:p>
    <w:p>
      <w:pPr>
        <w:jc w:val="right"/>
      </w:pPr>
      <w:r>
        <w:t>تو جی میں آتا تھا کہ جا کے پوچھوں بھئی آپ کون ہیں؟ آپ کے پاس انکم کے ذریعے کیا کیا کرتے</w:t>
      </w:r>
    </w:p>
    <w:p>
      <w:r>
        <w:rPr>
          <w:b/>
        </w:rPr>
        <w:t xml:space="preserve">[18:48] </w:t>
      </w:r>
      <w:r>
        <w:t>hain? lekin himmat nahin padti. to woh apna ghumati phirati rahi, us ke baad woh chali gayi. phir main wapas aa gaya.</w:t>
      </w:r>
    </w:p>
    <w:p>
      <w:pPr>
        <w:jc w:val="right"/>
      </w:pPr>
      <w:r>
        <w:t>ہیں؟ لیکن ہمت نہیں پڑتی۔ تو وہ اپنا گھماتی پھراتی رہی، اس کے بعد وہ چلی گئی۔ پھر میں واپس آ گیا۔</w:t>
      </w:r>
    </w:p>
    <w:p>
      <w:r>
        <w:rPr>
          <w:b/>
        </w:rPr>
        <w:t xml:space="preserve">[18:57] </w:t>
      </w:r>
      <w:r>
        <w:t>to yahi sab mein karta tha rozana. idhar bhagna, idhar bhagna. bohat dinon ke baad maine discover kiya apne aap ko.</w:t>
      </w:r>
    </w:p>
    <w:p>
      <w:pPr>
        <w:jc w:val="right"/>
      </w:pPr>
      <w:r>
        <w:t>تو یہی سب میں کرتا تھا روزانہ۔ ادھر بھاگنا، ادھر بھاگنا۔ بہت دنوں کے بعد میں نے ڈسکور کیا اپنے آپ کو۔</w:t>
      </w:r>
    </w:p>
    <w:p>
      <w:r>
        <w:rPr>
          <w:b/>
        </w:rPr>
        <w:t xml:space="preserve">[19:11] </w:t>
      </w:r>
      <w:r>
        <w:t>to. divine support</w:t>
      </w:r>
    </w:p>
    <w:p>
      <w:pPr>
        <w:jc w:val="right"/>
      </w:pPr>
      <w:r>
        <w:t>تو۔ ڈیوائن سپورٹ</w:t>
      </w:r>
    </w:p>
    <w:p>
      <w:r>
        <w:rPr>
          <w:b/>
        </w:rPr>
        <w:t xml:space="preserve">[19:13] </w:t>
      </w:r>
      <w:r>
        <w:t>. to main us waqt tak aadmi ka support dhoondhta tha ke woh aurat jo hai mujhe woh support de degi? ya waliya sahib ghar mein jo rehte hain woh support de denge? ya jigar pur jo rehte hain woh support de denge.</w:t>
      </w:r>
    </w:p>
    <w:p>
      <w:pPr>
        <w:jc w:val="right"/>
      </w:pPr>
      <w:r>
        <w:t>۔ تو میں اس وقت تک آدمی کا سپورٹ ڈھونڈتا تھا کہ وہ عورت جو ہے مجھے وہ سپورٹ دے دے گی۔ یا والیا صاحب گھر میں جو رہتے ہیں وہ سپورٹ دے دیں گے۔ یا جگر پور جو رہتے ہیں وہ سپورٹ دے دیں گے۔</w:t>
      </w:r>
    </w:p>
    <w:p>
      <w:r>
        <w:rPr>
          <w:b/>
        </w:rPr>
        <w:t xml:space="preserve">[19:24] </w:t>
      </w:r>
      <w:r>
        <w:t>is qisse mein gira, teen se supports aaye humein. jigar pur wale se, waliya kothi pe rehne wale se, aur woh aurat jo pram le kar aayi thi wahan par.</w:t>
      </w:r>
    </w:p>
    <w:p>
      <w:pPr>
        <w:jc w:val="right"/>
      </w:pPr>
      <w:r>
        <w:t>اس قصے میں گرا، تین سے سپورٹس آئے ہمیں۔ جگر پور والے سے، والیا کوٹھی پہ رہنے والے سے، اور وہ عورت جو پرام لے کر آئی تھی وہاں پر۔</w:t>
      </w:r>
    </w:p>
    <w:p>
      <w:r>
        <w:rPr>
          <w:b/>
        </w:rPr>
        <w:t xml:space="preserve">[19:36] </w:t>
      </w:r>
      <w:r>
        <w:t>aur wahan un se mujhe kuch mila nahin. kuch mila nahin.</w:t>
      </w:r>
    </w:p>
    <w:p>
      <w:pPr>
        <w:jc w:val="right"/>
      </w:pPr>
      <w:r>
        <w:t>اور وہاں ان سے مجھے کچھ ملا نہیں۔ کچھ ملا نہیں۔</w:t>
      </w:r>
    </w:p>
    <w:p>
      <w:r>
        <w:rPr>
          <w:b/>
        </w:rPr>
        <w:t xml:space="preserve">[19:42] </w:t>
      </w:r>
      <w:r>
        <w:t>is tarah ki lambi kahani meri hai. to behal main hote hote phir aisa hua ke Khuda se meri mulaqat ho gayi.</w:t>
      </w:r>
    </w:p>
    <w:p>
      <w:pPr>
        <w:jc w:val="right"/>
      </w:pPr>
      <w:r>
        <w:t>اس طرح کی لمبی کہانی میری ہے۔ تو بہرحال میں ہوتے ہوتے پھر ایسا ہوا کہ خدا سے میری ملاقات ہو گئی۔</w:t>
      </w:r>
    </w:p>
    <w:p>
      <w:r>
        <w:rPr>
          <w:b/>
        </w:rPr>
        <w:t xml:space="preserve">[19:58] </w:t>
      </w:r>
      <w:r>
        <w:t>samjhein aap log is ko mazak samjhenge, maliya samjhegi ya dada kuch ho gaya hai. hain? Khuda se mulaqat kaise ho jayegi?</w:t>
      </w:r>
    </w:p>
    <w:p>
      <w:pPr>
        <w:jc w:val="right"/>
      </w:pPr>
      <w:r>
        <w:t>سمجھیں آپ لوگ اس کو مذاق سمجھیں گے، مالیا سمجھے گی یا دادا کچھ ہو گیا ہے۔ ہیں؟ خدا سے ملاقات کیسے ہو جائے گی؟</w:t>
      </w:r>
    </w:p>
    <w:p>
      <w:r>
        <w:rPr>
          <w:b/>
        </w:rPr>
        <w:t xml:space="preserve">[20:11] </w:t>
      </w:r>
      <w:r>
        <w:t>hain?</w:t>
      </w:r>
    </w:p>
    <w:p>
      <w:pPr>
        <w:jc w:val="right"/>
      </w:pPr>
      <w:r>
        <w:t>ہیں؟</w:t>
      </w:r>
    </w:p>
    <w:p>
      <w:r>
        <w:rPr>
          <w:b/>
        </w:rPr>
        <w:t xml:space="preserve">[20:13] </w:t>
      </w:r>
      <w:r>
        <w:t>to mulaqat ho gai. to khuda ne mujhe adopt kar liya. samjhe? tab se meri zindagi mein naya daur shuru hua.</w:t>
      </w:r>
    </w:p>
    <w:p>
      <w:pPr>
        <w:jc w:val="right"/>
      </w:pPr>
      <w:r>
        <w:t>تو ملاقات ہو گئی۔ تو خدا نے مجھے اڈاپٹ کر لیا۔ سمجھے؟ تب سے میری زندگی میں نیا دور شروع ہوا۔</w:t>
      </w:r>
    </w:p>
    <w:p>
      <w:r>
        <w:rPr>
          <w:b/>
        </w:rPr>
        <w:t xml:space="preserve">[20:26] </w:t>
      </w:r>
      <w:r>
        <w:t>aur aaj tak woh daur chala ja raha hai. samjhe? ab kal batata hoon. kal jab hum airport se utre hain to.</w:t>
      </w:r>
    </w:p>
    <w:p>
      <w:pPr>
        <w:jc w:val="right"/>
      </w:pPr>
      <w:r>
        <w:t>اور آج تک وہ دور چلا جا رہا ہے۔ سمجھے؟ اب کل بتاتا ہوں۔ کل جب ہم ایئرپورٹ سے اترے ہیں تو۔</w:t>
      </w:r>
    </w:p>
    <w:p>
      <w:r>
        <w:rPr>
          <w:b/>
        </w:rPr>
        <w:t xml:space="preserve">[20:37] </w:t>
      </w:r>
      <w:r>
        <w:t>mere sath thay, panch gari.</w:t>
      </w:r>
    </w:p>
    <w:p>
      <w:pPr>
        <w:jc w:val="right"/>
      </w:pPr>
      <w:r>
        <w:t>میرے ساتھ تھے، پانچ گاڑی۔</w:t>
      </w:r>
    </w:p>
    <w:p>
      <w:r>
        <w:rPr>
          <w:b/>
        </w:rPr>
        <w:t xml:space="preserve">[20:40] </w:t>
      </w:r>
      <w:r>
        <w:t>to main ne socha ek waqt tha ke main yaani door door tak soch nahi sakta tha ke main hawa jahaz safar karoon.</w:t>
      </w:r>
    </w:p>
    <w:p>
      <w:pPr>
        <w:jc w:val="right"/>
      </w:pPr>
      <w:r>
        <w:t>تو میں نے سوچا ایک وقت تھا کہ میں یعنی دور دور تک سوچ نہیں سکتا تھا کہ میں ہوا جہاز سفر کروں۔</w:t>
      </w:r>
    </w:p>
    <w:p>
      <w:r>
        <w:rPr>
          <w:b/>
        </w:rPr>
        <w:t xml:space="preserve">[20:51] </w:t>
      </w:r>
      <w:r>
        <w:t>kyunke mere paas bicycle bhi hoti nahi thi. mere paas bicycle bhi nahi thi. mujhe yaad hai ke jab main madrasay mein parhta tha to mujhe jana parta tha ek doctor ke haan, aankh ke ilaj ke liye.</w:t>
      </w:r>
    </w:p>
    <w:p>
      <w:pPr>
        <w:jc w:val="right"/>
      </w:pPr>
      <w:r>
        <w:t>کیونکہ میرے پاس بائیسکل بھی ہوتی نہیں تھی۔ میرے پاس بائیسکل بھی نہیں تھی۔ مجھے یاد ہے کہ جب میں مدرسے میں پڑھتا تھا تو مجھے جانا پڑتا تھا ایک ڈاکٹر کے ہاں، آنکھ کے علاج کے لیے۔</w:t>
      </w:r>
    </w:p>
    <w:p>
      <w:r>
        <w:rPr>
          <w:b/>
        </w:rPr>
        <w:t xml:space="preserve">[21:04] </w:t>
      </w:r>
      <w:r>
        <w:t>to to ek sahib se main bicycle baro karta tha.</w:t>
      </w:r>
    </w:p>
    <w:p>
      <w:pPr>
        <w:jc w:val="right"/>
      </w:pPr>
      <w:r>
        <w:t>تو تو ایک صاحب سے میں بائیسکل بارہو کرتا تھا۔</w:t>
      </w:r>
    </w:p>
    <w:p>
      <w:r>
        <w:rPr>
          <w:b/>
        </w:rPr>
        <w:t xml:space="preserve">[21:11] </w:t>
      </w:r>
      <w:r>
        <w:t>to woh becharay de detay thay, us ki bicycle le kar ke main jata tha doctor ke haan. to kaha mere paas bicycle bhi nahi thi. to main ne socha ke dekho wohi insan aaj hawa jahaz safar kar ke aaya hai,</w:t>
      </w:r>
    </w:p>
    <w:p>
      <w:pPr>
        <w:jc w:val="right"/>
      </w:pPr>
      <w:r>
        <w:t>تو وہ بیچارے دے دیتے تھے، اس کی بائیسکل لے کر کے میں جاتا تھا ڈاکٹر کے ہاں۔ تو کہا میرے پاس بائیسکل بھی نہیں تھی۔ تو میں نے سوچا کہ دیکھو وہی انسان آج ہوا جہاز سفر کر کے آیا ہے،</w:t>
      </w:r>
    </w:p>
    <w:p>
      <w:r>
        <w:rPr>
          <w:b/>
        </w:rPr>
        <w:t xml:space="preserve">[21:26] </w:t>
      </w:r>
      <w:r>
        <w:t>airport pe itnay sare log maujood hain, aur itni sari gariyon ke sath gaye, ek ek ka motor keera hamare sath chala raha hai.</w:t>
      </w:r>
    </w:p>
    <w:p>
      <w:pPr>
        <w:jc w:val="right"/>
      </w:pPr>
      <w:r>
        <w:t>ایئرپورٹ پہ اتنے سارے لوگ موجود ہیں، اور اتنی ساری گاڑیوں کے ساتھ گئے، ایک ایک کا موٹر کیڑا ہمارے ساتھ چلا رہا ہے۔</w:t>
      </w:r>
    </w:p>
    <w:p>
      <w:r>
        <w:rPr>
          <w:b/>
        </w:rPr>
        <w:t xml:space="preserve">[21:36] </w:t>
      </w:r>
      <w:r>
        <w:t>bhai yeh bhi to motor keera hai. to kaise hua?</w:t>
      </w:r>
    </w:p>
    <w:p>
      <w:pPr>
        <w:jc w:val="right"/>
      </w:pPr>
      <w:r>
        <w:t>بھئی یہ بھی تو موٹر کیڑا ہے۔ تو کیسے ہوا؟</w:t>
      </w:r>
    </w:p>
    <w:p>
      <w:r>
        <w:rPr>
          <w:b/>
        </w:rPr>
        <w:t xml:space="preserve">[21:41] </w:t>
      </w:r>
      <w:r>
        <w:t>wohi jo khuda se meri mulaqat ho gai na. to khuda ne kaha ke tum fikr na karo, main tumhare sath hoon. to khuda se mulaqat sab ki ho sakti hai.</w:t>
      </w:r>
    </w:p>
    <w:p>
      <w:pPr>
        <w:jc w:val="right"/>
      </w:pPr>
      <w:r>
        <w:t>وہی جو خدا سے میری ملاقات ہو گئی نا۔ تو خدا نے کہا کہ تم فکر نہ کرو، میں تمہارے ساتھ ہوں۔ تو خدا سے ملاقات سب کی ہو سکتی ہے۔</w:t>
      </w:r>
    </w:p>
    <w:p>
      <w:r>
        <w:rPr>
          <w:b/>
        </w:rPr>
        <w:t xml:space="preserve">[21:53] </w:t>
      </w:r>
      <w:r>
        <w:t>lekin log kya karte hain? wohi cheez jo khud aap ko khuda se milaye, usi ko aap to baha letay hain. mard tension mein, aurat aansuon mein.</w:t>
      </w:r>
    </w:p>
    <w:p>
      <w:pPr>
        <w:jc w:val="right"/>
      </w:pPr>
      <w:r>
        <w:t>لیکن لوگ کیا کرتے ہیں؟ وہی چیز جو خود آپ کو خدا سے ملائے، اسی کو آپ تو بہا لیتے ہیں۔ مرد ٹینشن میں، عورت آنسوؤں میں۔</w:t>
      </w:r>
    </w:p>
    <w:p>
      <w:r>
        <w:rPr>
          <w:b/>
        </w:rPr>
        <w:t xml:space="preserve">[22:05] </w:t>
      </w:r>
      <w:r>
        <w:t>to kahan mile? hain?</w:t>
      </w:r>
    </w:p>
    <w:p>
      <w:pPr>
        <w:jc w:val="right"/>
      </w:pPr>
      <w:r>
        <w:t>تو کہاں ملے؟ ہیں؟</w:t>
      </w:r>
    </w:p>
    <w:p>
      <w:r>
        <w:rPr>
          <w:b/>
        </w:rPr>
        <w:t xml:space="preserve">[22:11] </w:t>
      </w:r>
      <w:r>
        <w:t>to hamara mission jo hai yaad rakho, yeh dawat yeh woh asal nahi hai. asal hai ke aap</w:t>
      </w:r>
    </w:p>
    <w:p>
      <w:pPr>
        <w:jc w:val="right"/>
      </w:pPr>
      <w:r>
        <w:t>تو ہمارا مشن جو ہے یاد رکھو، یہ دعوت یہ وہ اصل نہیں ہے۔ اصل ہے کہ آپ</w:t>
      </w:r>
    </w:p>
    <w:p>
      <w:r>
        <w:rPr>
          <w:b/>
        </w:rPr>
        <w:t xml:space="preserve">[22:25] </w:t>
      </w:r>
      <w:r>
        <w:t>aisa karen ke khuda se aap ki mulaqat ho jaye. wahan se zindagi shuru hogi. abhi to logon ki zindagi shuru nahi hoti, baghair zindagi shuru mar jatay hain.</w:t>
      </w:r>
    </w:p>
    <w:p>
      <w:pPr>
        <w:jc w:val="right"/>
      </w:pPr>
      <w:r>
        <w:t>ایسا کریں کہ خدا سے آپ کی ملاقات ہو جائے۔ وہاں سے زندگی شروع ہوگی۔ ابھی تو لوگوں کی زندگی شروع نہیں ہوتی، بغیر زندگی شروع مر جاتے ہیں۔</w:t>
      </w:r>
    </w:p>
    <w:p>
      <w:r>
        <w:rPr>
          <w:b/>
        </w:rPr>
        <w:t xml:space="preserve">[22:39] </w:t>
      </w:r>
      <w:r>
        <w:t>hain?</w:t>
      </w:r>
    </w:p>
    <w:p>
      <w:pPr>
        <w:jc w:val="right"/>
      </w:pPr>
      <w:r>
        <w:t>ہیں؟</w:t>
      </w:r>
    </w:p>
    <w:p>
      <w:r>
        <w:rPr>
          <w:b/>
        </w:rPr>
        <w:t xml:space="preserve">[22:41] </w:t>
      </w:r>
      <w:r>
        <w:t>kyunke. yeh baatein aap ko koi hawai maloom hoti hain? ab aap ko ek qissa sunata hoon main, bangalore ka.</w:t>
      </w:r>
    </w:p>
    <w:p>
      <w:pPr>
        <w:jc w:val="right"/>
      </w:pPr>
      <w:r>
        <w:t>کیونکہ۔ یہ باتیں آپ کو کوئی ہوائی معلوم ہوتی ہیں؟ اب آپ کو ایک قصہ سناتا ہوں میں، بنگلور کا۔</w:t>
      </w:r>
    </w:p>
    <w:p>
      <w:r>
        <w:rPr>
          <w:b/>
        </w:rPr>
        <w:t xml:space="preserve">[22:52] </w:t>
      </w:r>
      <w:r>
        <w:t>bangalore jab pohancha to teen din ka program tha poora. hain? to pohanchne ke baad foran jahan main baitha tha, aap mein se koi tha wahan?</w:t>
      </w:r>
    </w:p>
    <w:p>
      <w:pPr>
        <w:jc w:val="right"/>
      </w:pPr>
      <w:r>
        <w:t>بنگلور جب پہنچا تو تین دن کا پروگرام تھا پورا۔ ہیں؟ تو پہنچنے کے بعد فوراً جہاں میں بیٹھا تھا، آپ میں سے کوئی تھا وہاں؟</w:t>
      </w:r>
    </w:p>
    <w:p>
      <w:r>
        <w:rPr>
          <w:b/>
        </w:rPr>
        <w:t xml:space="preserve">[23:02] </w:t>
      </w:r>
      <w:r>
        <w:t>ke nahi tha? pohanchne ke baad foran.</w:t>
      </w:r>
    </w:p>
    <w:p>
      <w:pPr>
        <w:jc w:val="right"/>
      </w:pPr>
      <w:r>
        <w:t>کہ نہیں تھا؟ پہنچنے کے بعد فوراً۔</w:t>
      </w:r>
    </w:p>
    <w:p>
      <w:r>
        <w:rPr>
          <w:b/>
        </w:rPr>
        <w:t xml:space="preserve">[23:07] </w:t>
      </w:r>
      <w:r>
        <w:t>to dekhen is se bari jagah thi woh. to wahan main baitha, main kursi par baitha tha aur log neeche baith gaye thay.</w:t>
      </w:r>
    </w:p>
    <w:p>
      <w:pPr>
        <w:jc w:val="right"/>
      </w:pPr>
      <w:r>
        <w:t>تو دیکھیں اس سے بڑی جگہ تھی وہ۔ تو وہاں میں بیٹھا، میں کرسی پر بیٹھا تھا اور لوگ نیچے بیٹھ گئے تھے۔</w:t>
      </w:r>
    </w:p>
    <w:p>
      <w:r>
        <w:rPr>
          <w:b/>
        </w:rPr>
        <w:t xml:space="preserve">[23:19] </w:t>
      </w:r>
      <w:r>
        <w:t>to mujhe achaanak ek ehsas hua ke ek sab mujhe laga ke bohat hi strong log hain, educated log hain, learned log hain.</w:t>
      </w:r>
    </w:p>
    <w:p>
      <w:pPr>
        <w:jc w:val="right"/>
      </w:pPr>
      <w:r>
        <w:t>تو مجھے اچانک ایک احساس ہوا کہ ایک سب مجھے لگا کہ بہت ہی سٹرانگ لوگ ہیں، ایجوکیٹڈ لوگ ہیں، لرنڈ لوگ ہیں۔</w:t>
      </w:r>
    </w:p>
    <w:p>
      <w:r>
        <w:rPr>
          <w:b/>
        </w:rPr>
        <w:t xml:space="preserve">[23:30] </w:t>
      </w:r>
      <w:r>
        <w:t>mujh se zyada Islamic personality wale log hain. to main un ko address kiya karoon ga?</w:t>
      </w:r>
    </w:p>
    <w:p>
      <w:pPr>
        <w:jc w:val="right"/>
      </w:pPr>
      <w:r>
        <w:t>مجھ سے زیادہ اسلامک پرسنیلٹی والے لوگ ہیں۔ تو میں ان کو ایڈریس کیا کروں گا؟</w:t>
      </w:r>
    </w:p>
    <w:p>
      <w:r>
        <w:rPr>
          <w:b/>
        </w:rPr>
        <w:t xml:space="preserve">[23:37] </w:t>
      </w:r>
      <w:r>
        <w:t>to jo wahan par raha ho woh janta hai ke main der tak woh log mere paas baithe rahe aur main kuch bol nahi paya. literally main specialist tha us waqt.</w:t>
      </w:r>
    </w:p>
    <w:p>
      <w:pPr>
        <w:jc w:val="right"/>
      </w:pPr>
      <w:r>
        <w:t>تو جو وہاں پر رہا ہو وہ جانتا ہے کہ میں دیر تک وہ لوگ میرے پاس بیٹھے رہے اور میں کچھ بول نہیں پایا۔ لٹرلی میں اسپیشلسٹ تھا اس وقت۔</w:t>
      </w:r>
    </w:p>
    <w:p>
      <w:r>
        <w:rPr>
          <w:b/>
        </w:rPr>
        <w:t xml:space="preserve">[23:48] </w:t>
      </w:r>
      <w:r>
        <w:t>kya un ko kya kahoon? specialist ho raha tha na? tum us ki witness doge ke main specialist ho raha tha?</w:t>
      </w:r>
    </w:p>
    <w:p>
      <w:pPr>
        <w:jc w:val="right"/>
      </w:pPr>
      <w:r>
        <w:t>کیا ان کو کیا کہوں؟ اسپیشلسٹ ہو رہا تھا نا؟ تم اس کی وٹنس دو گے کہ میں اسپیشلسٹ ہو رہا تھا؟</w:t>
      </w:r>
    </w:p>
    <w:p>
      <w:r>
        <w:rPr>
          <w:b/>
        </w:rPr>
        <w:t xml:space="preserve">[23:57] </w:t>
      </w:r>
      <w:r>
        <w:t>tum us ki witness hoge nahi ho? dada aap ne kuch bola nahi tha. haan usi ko main kahoon ke main specialist ho</w:t>
      </w:r>
    </w:p>
    <w:p>
      <w:pPr>
        <w:jc w:val="right"/>
      </w:pPr>
      <w:r>
        <w:t>تم اس کی وٹنس ہو گے نہیں ہو؟ دادا آپ نے کچھ بولا نہیں تھا۔ ہاں اسی کو میں کہوں کہ میں اسپیشلسٹ ہو</w:t>
      </w:r>
    </w:p>
    <w:p>
      <w:r>
        <w:rPr>
          <w:b/>
        </w:rPr>
        <w:t xml:space="preserve">[24:05] </w:t>
      </w:r>
      <w:r>
        <w:t>raha tha. kyunke bolo bolo kya samajh mein aata tha? ke yeh sare log lagta tha mujh se zyada strong hain, mujh se zyada learned hain, mujh se zyada educated hain.</w:t>
      </w:r>
    </w:p>
    <w:p>
      <w:pPr>
        <w:jc w:val="right"/>
      </w:pPr>
      <w:r>
        <w:t>رہا تھا۔ کیونکہ بولو بولو کیا سمجھ میں آتا تھا؟ کہ یہ سارے لوگ لگتا تھا مجھ سے زیادہ سٹرانگ ہیں، مجھ سے زیادہ لرنڈ ہیں، مجھ سے زیادہ ایجوکیٹڈ ہیں۔</w:t>
      </w:r>
    </w:p>
    <w:p>
      <w:r>
        <w:rPr>
          <w:b/>
        </w:rPr>
        <w:t xml:space="preserve">[24:15] </w:t>
      </w:r>
      <w:r>
        <w:t>kya bolun? koi waqeatan mere bare mein kuch samajh mein to kya bolun?</w:t>
      </w:r>
    </w:p>
    <w:p>
      <w:pPr>
        <w:jc w:val="right"/>
      </w:pPr>
      <w:r>
        <w:t>کیا بولوں؟ کوئی واقعتا میرے بارے میں کچھ سمجھ میں تو کیا بولوں؟</w:t>
      </w:r>
    </w:p>
    <w:p>
      <w:r>
        <w:rPr>
          <w:b/>
        </w:rPr>
        <w:t xml:space="preserve">[24:22] </w:t>
      </w:r>
      <w:r>
        <w:t>to woh log bechare baithe baithe phir chale gae. phir raat ko main so gaya.</w:t>
      </w:r>
    </w:p>
    <w:p>
      <w:pPr>
        <w:jc w:val="right"/>
      </w:pPr>
      <w:r>
        <w:t>تو وہ لوگ بیچارے بیٹھے بیٹھے پھر چلے گئے۔ پھر رات کو میں سو گیا۔</w:t>
      </w:r>
    </w:p>
    <w:p>
      <w:r>
        <w:rPr>
          <w:b/>
        </w:rPr>
        <w:t xml:space="preserve">[24:32] </w:t>
      </w:r>
      <w:r>
        <w:t>to mera tareeqa yeh hai ke main har waqt dua karta rehta hoon. yaani dua mera daily woh hai. daily nahi, yaani har har minute second mein dua hi jeeta hoon.</w:t>
      </w:r>
    </w:p>
    <w:p>
      <w:pPr>
        <w:jc w:val="right"/>
      </w:pPr>
      <w:r>
        <w:t>تو میرا طریقہ یہ ہے کہ میں ہر وقت دعا کرتا رہتا ہوں۔ یعنی دعا میرا ڈیلی وہ ہے۔ ڈیلی نہیں، یعنی ہر ہر منٹ سیکنڈ میں دعا ہی جیتا ہوں۔</w:t>
      </w:r>
    </w:p>
    <w:p>
      <w:r>
        <w:rPr>
          <w:b/>
        </w:rPr>
        <w:t xml:space="preserve">[24:47] </w:t>
      </w:r>
      <w:r>
        <w:t>to main main ne socha ke main yahan aa gaya hoon aur yeh teen din ke program mein kya hoga? to koi aisi shakal ho ke program cancel ho jaye, kuch bhi.</w:t>
      </w:r>
    </w:p>
    <w:p>
      <w:pPr>
        <w:jc w:val="right"/>
      </w:pPr>
      <w:r>
        <w:t>تو میں میں نے سوچا کہ میں یہاں آ گیا ہوں اور یہ تین دن کے پروگرام میں کیا ہوگا؟ تو کوئی ایسی شکل ہو کہ پروگرام کینسل ہو جائے، کچھ بھی۔</w:t>
      </w:r>
    </w:p>
    <w:p>
      <w:r>
        <w:rPr>
          <w:b/>
        </w:rPr>
        <w:t xml:space="preserve">[24:59] </w:t>
      </w:r>
      <w:r>
        <w:t>khuda koi kar de, koi koi kaam kar de.</w:t>
      </w:r>
    </w:p>
    <w:p>
      <w:pPr>
        <w:jc w:val="right"/>
      </w:pPr>
      <w:r>
        <w:t>خدا کوئی کر دے، کوئی کوئی کام کر دے۔</w:t>
      </w:r>
    </w:p>
    <w:p>
      <w:r>
        <w:rPr>
          <w:b/>
        </w:rPr>
        <w:t xml:space="preserve">[25:04] </w:t>
      </w:r>
      <w:r>
        <w:t>is ke baad aap sab log jo wahan the woh batayein ke wahan ka program itna zabardast hua ke ab tak bari zindagi mein itna zyada program nahi hua.</w:t>
      </w:r>
    </w:p>
    <w:p>
      <w:pPr>
        <w:jc w:val="right"/>
      </w:pPr>
      <w:r>
        <w:t>اس کے بعد آپ سب لوگ جو وہاں تھے وہ بتائیں کہ وہاں کا پروگرام اتنا زبردست ہوا کہ اب تک بڑی زندگی میں اتنا زیادہ پروگرام نہیں ہوا۔</w:t>
      </w:r>
    </w:p>
    <w:p>
      <w:r>
        <w:rPr>
          <w:b/>
        </w:rPr>
        <w:t xml:space="preserve">[25:14] </w:t>
      </w:r>
      <w:r>
        <w:t>tum theek nahi the wahan? to kaisa tha program? beyond words program tha. aur jo prescribed item the us ke sawab bhi bar bar hota tha.</w:t>
      </w:r>
    </w:p>
    <w:p>
      <w:pPr>
        <w:jc w:val="right"/>
      </w:pPr>
      <w:r>
        <w:t>تم ٹھیک نہیں تھے وہاں؟ تو کیسا تھا پروگرام؟ بیونڈ ورڈز پروگرام تھا۔ اور جو پریسکرائبڈ آئٹم تھے اس کے ثواب بھی بار بار ہوتا تھا۔</w:t>
      </w:r>
    </w:p>
    <w:p>
      <w:r>
        <w:rPr>
          <w:b/>
        </w:rPr>
        <w:t xml:space="preserve">[25:30] </w:t>
      </w:r>
      <w:r>
        <w:t>jo hai haal mein</w:t>
      </w:r>
    </w:p>
    <w:p>
      <w:pPr>
        <w:jc w:val="right"/>
      </w:pPr>
      <w:r>
        <w:t>جو ہے حال میں</w:t>
      </w:r>
    </w:p>
    <w:p>
      <w:r>
        <w:rPr>
          <w:b/>
        </w:rPr>
        <w:t xml:space="preserve">[25:31] </w:t>
      </w:r>
      <w:r>
        <w:t>hota tha haal mein. is ka sawab main jahan baith gaya to woh aage, woh idhar baith gaya, woh aage, woh. to teen din guzara, continuous chalta raha. aur har mauqe par kuch nayi baat bolta tha.</w:t>
      </w:r>
    </w:p>
    <w:p>
      <w:pPr>
        <w:jc w:val="right"/>
      </w:pPr>
      <w:r>
        <w:t>ہوتا تھا حال میں۔ اس کا ثواب میں جہاں بیٹھ گیا تو وہ آگے، وہ ادھر بیٹھ گیا، وہ آگے، وہ۔ تو تین دن گزارا، کنٹینیوس چلتا رہا۔ اور ہر موقع پر کچھ نئی بات بولتا تھا۔</w:t>
      </w:r>
    </w:p>
    <w:p>
      <w:r>
        <w:rPr>
          <w:b/>
        </w:rPr>
        <w:t xml:space="preserve">[25:43] </w:t>
      </w:r>
      <w:r>
        <w:t>aisa tha ke nahi tha? aisa hi tha. to hua kya? pehli bar maine ek ek tajurba kiya. ek tajurba kiya jo pehli bar.</w:t>
      </w:r>
    </w:p>
    <w:p>
      <w:pPr>
        <w:jc w:val="right"/>
      </w:pPr>
      <w:r>
        <w:t>ایسا تھا کہ نہیں تھا؟ ایسا ہی تھا۔ تو ہوا کیا؟ پہلی بار میں نے ایک ایک تجربہ کیا۔ ایک تجربہ کیا جو پہلی بار۔</w:t>
      </w:r>
    </w:p>
    <w:p>
      <w:r>
        <w:rPr>
          <w:b/>
        </w:rPr>
        <w:t xml:space="preserve">[25:56] </w:t>
      </w:r>
      <w:r>
        <w:t>quran mein ek ayat hai ke Hazrat Masih ko koi saathi nahi reh gaya.</w:t>
      </w:r>
    </w:p>
    <w:p>
      <w:pPr>
        <w:jc w:val="right"/>
      </w:pPr>
      <w:r>
        <w:t>قرآن میں ایک آیت ہے کہ حضرت مسیح کو کوئی ساتھی نہیں رہ گیا۔</w:t>
      </w:r>
    </w:p>
    <w:p>
      <w:r>
        <w:rPr>
          <w:b/>
        </w:rPr>
        <w:t xml:space="preserve">[26:05] </w:t>
      </w:r>
      <w:r>
        <w:t>Hazrat Masih akele ho gae. Hazrat Masih ke saath nahi rehte kisi ne. bilkul helpless.</w:t>
      </w:r>
    </w:p>
    <w:p>
      <w:pPr>
        <w:jc w:val="right"/>
      </w:pPr>
      <w:r>
        <w:t>حضرت مسیح اکیلے ہو گئے۔ حضرت مسیح کے ساتھ نہیں رہتے کسی نے۔ بالکل ہیلپ لیس۔</w:t>
      </w:r>
    </w:p>
    <w:p>
      <w:r>
        <w:rPr>
          <w:b/>
        </w:rPr>
        <w:t xml:space="preserve">[26:15] </w:t>
      </w:r>
      <w:r>
        <w:t>to quran mein hai ke wa ayyadnaahu bi roohil qudus. wa ayyadnaahu bi roohil qudus</w:t>
      </w:r>
    </w:p>
    <w:p>
      <w:pPr>
        <w:jc w:val="right"/>
      </w:pPr>
      <w:r>
        <w:t>تو قرآن میں ہے کہ وَأَيَّدْنَاهُ بِرُوحِ الْقُدُسِ۔ وَأَيَّدْنَاهُ بِرُوحِ الْقُدُس</w:t>
      </w:r>
    </w:p>
    <w:p>
      <w:r>
        <w:rPr>
          <w:b/>
        </w:rPr>
        <w:t xml:space="preserve">[26:22] </w:t>
      </w:r>
      <w:r>
        <w:t>i. hum ne rooh al qudus se Masih ki madad ki. rooh al qudus kehte hain bara farishta.</w:t>
      </w:r>
    </w:p>
    <w:p>
      <w:pPr>
        <w:jc w:val="right"/>
      </w:pPr>
      <w:r>
        <w:t>ِ۔ ہم نے روح القدس سے مسیح کی مدد کی۔ روح القدس کہتے ہیں بڑا فرشتہ۔</w:t>
      </w:r>
    </w:p>
    <w:p>
      <w:r>
        <w:rPr>
          <w:b/>
        </w:rPr>
        <w:t xml:space="preserve">[26:32] </w:t>
      </w:r>
      <w:r>
        <w:t>to yaani us waqt jab ke woh helpless ho gae the to Allah ne bare farishte ke zariye un ki madad ki. hain? aam taur par samjha jata hai ke Jibraeel.</w:t>
      </w:r>
    </w:p>
    <w:p>
      <w:pPr>
        <w:jc w:val="right"/>
      </w:pPr>
      <w:r>
        <w:t>تو یعنی اس وقت جب کہ وہ ہیلپ لیس ہو گئے تھے تو اللہ نے بڑے فرشتے کے ذریعے ان کی مدد کی۔ ہیں؟ عام طور پر سمجھا جاتا ہے کہ جبرائیل۔</w:t>
      </w:r>
    </w:p>
    <w:p>
      <w:r>
        <w:rPr>
          <w:b/>
        </w:rPr>
        <w:t xml:space="preserve">[26:45] </w:t>
      </w:r>
      <w:r>
        <w:t>main kahunga koi bara farishta.</w:t>
      </w:r>
    </w:p>
    <w:p>
      <w:pPr>
        <w:jc w:val="right"/>
      </w:pPr>
      <w:r>
        <w:t>میں کہوں گا کوئی بڑا فرشتہ۔</w:t>
      </w:r>
    </w:p>
    <w:p>
      <w:r>
        <w:rPr>
          <w:b/>
        </w:rPr>
        <w:t xml:space="preserve">[26:48] </w:t>
      </w:r>
      <w:r>
        <w:t>to sare commentator yahi samajhte hain ke woh Masih ki ek baat hai. is mein koi general baat nahi hai. hain?</w:t>
      </w:r>
    </w:p>
    <w:p>
      <w:pPr>
        <w:jc w:val="right"/>
      </w:pPr>
      <w:r>
        <w:t>تو سارے کمنٹیٹر یہی سمجھتے ہیں کہ وہ مسیح کی ایک بات ہے۔ اس میں کوئی جنرل بات نہیں ہے۔ ہیں؟</w:t>
      </w:r>
    </w:p>
    <w:p>
      <w:r>
        <w:rPr>
          <w:b/>
        </w:rPr>
        <w:t xml:space="preserve">[26:59] </w:t>
      </w:r>
      <w:r>
        <w:t>main ne wahan discover kiya Bangalore ke tajurbe mein ke woh Masih ki baat hi nahi hai. woh woh Khuda ke blessing ki baat hai.</w:t>
      </w:r>
    </w:p>
    <w:p>
      <w:pPr>
        <w:jc w:val="right"/>
      </w:pPr>
      <w:r>
        <w:t>میں نے وہاں ڈسکور کیا بنگلور کے تجربے میں کہ وہ مسیح کی بات ہی نہیں ہے۔ وہ وہ خدا کے بلیسنگ کی بات ہے۔</w:t>
      </w:r>
    </w:p>
    <w:p>
      <w:r>
        <w:rPr>
          <w:b/>
        </w:rPr>
        <w:t xml:space="preserve">[27:09] </w:t>
      </w:r>
      <w:r>
        <w:t>aur blessing kab aati hai? helpless daai ke liye.</w:t>
      </w:r>
    </w:p>
    <w:p>
      <w:pPr>
        <w:jc w:val="right"/>
      </w:pPr>
      <w:r>
        <w:t>اور بلیسنگ کب آتی ہے؟ ہیلپ لیس داعی کے لیے۔</w:t>
      </w:r>
    </w:p>
    <w:p>
      <w:r>
        <w:rPr>
          <w:b/>
        </w:rPr>
        <w:t xml:space="preserve">[27:18] </w:t>
      </w:r>
      <w:r>
        <w:t>daai jo hai Masih kya the? daai the.</w:t>
      </w:r>
    </w:p>
    <w:p>
      <w:pPr>
        <w:jc w:val="right"/>
      </w:pPr>
      <w:r>
        <w:t>داعی جو ہے مسیح کیا تھے؟ داعی تھے۔</w:t>
      </w:r>
    </w:p>
    <w:p>
      <w:r>
        <w:rPr>
          <w:b/>
        </w:rPr>
        <w:t xml:space="preserve">[27:23] </w:t>
      </w:r>
      <w:r>
        <w:t>daai the. to daai ko jab woh had aa jaye, woh had aa jaye. yaani bilkul hi helpless ho jaye woh.</w:t>
      </w:r>
    </w:p>
    <w:p>
      <w:pPr>
        <w:jc w:val="right"/>
      </w:pPr>
      <w:r>
        <w:t>داعی تھے۔ تو داعی کو جب وہ حد آ جائے، وہ حد آ جائے۔ یعنی بالکل ہی ہیلپ لیس ہو جائے وہ۔</w:t>
      </w:r>
    </w:p>
    <w:p>
      <w:r>
        <w:rPr>
          <w:b/>
        </w:rPr>
        <w:t xml:space="preserve">[27:33] </w:t>
      </w:r>
      <w:r>
        <w:t>to Khuda ki taraf se rooh al qudus aate hain. koi bara, bohat bara farishta. to mujhe yaqeen hai ke us waqt rooh al qudus aaya mere upar.</w:t>
      </w:r>
    </w:p>
    <w:p>
      <w:pPr>
        <w:jc w:val="right"/>
      </w:pPr>
      <w:r>
        <w:t>تو خدا کی طرف سے روح القدس آتے ہیں۔ کوئی بڑا، بہت بڑا فرشتہ۔ تو مجھے یقین ہے کہ اس وقت روح القدس آیا میرے اوپر۔</w:t>
      </w:r>
    </w:p>
    <w:p>
      <w:r>
        <w:rPr>
          <w:b/>
        </w:rPr>
        <w:t xml:space="preserve">[27:44] </w:t>
      </w:r>
      <w:r>
        <w:t>warna ek specialist aadmi kaise teen din tak itna zyada bolta raha? itne creative andaaz mein? teen din tak jo kuch bhi bola tha woh sab creative andaaz mein tha.</w:t>
      </w:r>
    </w:p>
    <w:p>
      <w:pPr>
        <w:jc w:val="right"/>
      </w:pPr>
      <w:r>
        <w:t>ورنہ ایک اسپیشلسٹ آدمی کیسے تین دن تک اتنا زیادہ بولتا رہا؟ اتنے کریٹیو انداز میں؟ تین دن تک جو کچھ بھی بولا تھا وہ سب کریٹیو انداز میں تھا۔</w:t>
      </w:r>
    </w:p>
    <w:p>
      <w:r>
        <w:rPr>
          <w:b/>
        </w:rPr>
        <w:t xml:space="preserve">[27:57] </w:t>
      </w:r>
      <w:r>
        <w:t>woh haal mein jo bola tha main. wahan par. bohat hi top ki lady baithi hui thi. unhi ke khilaaf bola tha.</w:t>
      </w:r>
    </w:p>
    <w:p>
      <w:pPr>
        <w:jc w:val="right"/>
      </w:pPr>
      <w:r>
        <w:t>وہ حال میں جو بولا تھا میں۔ وہاں پر۔ بہت ہی ٹاپ کی لیڈی بیٹھی ہوئی تھی۔ انہی کے خلاف بولا تھا۔</w:t>
      </w:r>
    </w:p>
    <w:p>
      <w:r>
        <w:rPr>
          <w:b/>
        </w:rPr>
        <w:t xml:space="preserve">[28:07] </w:t>
      </w:r>
      <w:r>
        <w:t>is mein bola tha. Masih mein parman thaki hui thi. Masih mein parman thi. bilkul bare us ko.</w:t>
      </w:r>
    </w:p>
    <w:p>
      <w:pPr>
        <w:jc w:val="right"/>
      </w:pPr>
      <w:r>
        <w:t>اس میں بولا تھا۔ مسیح میں پرامن تھکی ہوئی تھی۔ مسیح میں پرامن تھی۔ بالکل بڑے اس کو۔</w:t>
      </w:r>
    </w:p>
    <w:p>
      <w:r>
        <w:rPr>
          <w:b/>
        </w:rPr>
        <w:t xml:space="preserve">[28:14] </w:t>
      </w:r>
      <w:r>
        <w:t>bahut zabardast main ne is ki gameaish kiya tha. gameaish ki thi. aur is ke baad woh bhagi nahin.</w:t>
      </w:r>
    </w:p>
    <w:p>
      <w:pPr>
        <w:jc w:val="right"/>
      </w:pPr>
      <w:r>
        <w:t>بہت زبردست میں نے اس کی گیمائش کیا تھا۔ گیمائش کی تھی۔ اور اس کے بعد وہ بھاگی نہیں۔</w:t>
      </w:r>
    </w:p>
    <w:p>
      <w:r>
        <w:rPr>
          <w:b/>
        </w:rPr>
        <w:t xml:space="preserve">[28:25] </w:t>
      </w:r>
      <w:r>
        <w:t>hum se milne ke liye aaein aur rahen barabar. to ab sawal yeh hai ke ek aadmi jo specialist raha tha woh kaise itne creative andaaz mein bol paaya?</w:t>
      </w:r>
    </w:p>
    <w:p>
      <w:pPr>
        <w:jc w:val="right"/>
      </w:pPr>
      <w:r>
        <w:t>ہم سے ملنے کے لیے آئیں اور رہیں برابر۔ تو اب سوال یہ ہے کہ ایک آدمی جو اسپیشلسٹ رہا تھا وہ کیسے اتنے کریٹیو انداز میں بول پایا؟</w:t>
      </w:r>
    </w:p>
    <w:p>
      <w:r>
        <w:rPr>
          <w:b/>
        </w:rPr>
        <w:t xml:space="preserve">[28:39] </w:t>
      </w:r>
      <w:r>
        <w:t>to is ka hota hai ke rooh ul quds ka aana. aur ek symbolic illustration is ka main batata hoon.</w:t>
      </w:r>
    </w:p>
    <w:p>
      <w:pPr>
        <w:jc w:val="right"/>
      </w:pPr>
      <w:r>
        <w:t>تو اس کا ہوتا ہے کہ روح القدس کا آنا۔ اور ایک سمبالک الیکسٹریشن اس کا میں بتاتا ہوں۔</w:t>
      </w:r>
    </w:p>
    <w:p>
      <w:r>
        <w:rPr>
          <w:b/>
        </w:rPr>
        <w:t xml:space="preserve">[28:50] </w:t>
      </w:r>
      <w:r>
        <w:t>wahan ka jo campus tha, bahut hi bara campus tha jante ho? hain? bahut bara campus tha. to wahan par ek billi hoti thi.</w:t>
      </w:r>
    </w:p>
    <w:p>
      <w:pPr>
        <w:jc w:val="right"/>
      </w:pPr>
      <w:r>
        <w:t>وہاں کا جو کیمپس تھا، بہت ہی بڑا کیمپس تھا جانتے ہو؟ ہیں؟ بہت بڑا کیمپس تھا۔ تو وہاں پر ایک بلی ہوتی تھی۔</w:t>
      </w:r>
    </w:p>
    <w:p>
      <w:r>
        <w:rPr>
          <w:b/>
        </w:rPr>
        <w:t xml:space="preserve">[28:59] </w:t>
      </w:r>
      <w:r>
        <w:t>sab ke qabron mein jati thi billi. aur log in ko khilate phirate the. use woh jo the haroon shaikh sahib</w:t>
      </w:r>
    </w:p>
    <w:p>
      <w:pPr>
        <w:jc w:val="right"/>
      </w:pPr>
      <w:r>
        <w:t>سب کے قبروں میں جاتی تھی بلی۔ اور لوگ ان کو کھلاتے پھراتے تھے۔ اسے وہ جو تھے ہارون شیخ صاحب</w:t>
      </w:r>
    </w:p>
    <w:p>
      <w:r>
        <w:rPr>
          <w:b/>
        </w:rPr>
        <w:t xml:space="preserve">[29:08] </w:t>
      </w:r>
      <w:r>
        <w:t>baqayda ek packet aaya tha is ke liye. khilate phirate the. ek din jab ke mere kamre mein haroon shaikh baithe hue the aur bibi ke aur bhi baithe hue the, woh billi aai mere kamre mein.</w:t>
      </w:r>
    </w:p>
    <w:p>
      <w:pPr>
        <w:jc w:val="right"/>
      </w:pPr>
      <w:r>
        <w:t>باقاعدہ ایک پیکٹ آیا تھا اس کے لیے۔ کھلاتے پھراتے تھے۔ ایک دن جب کہ میرے کمرے میں ہارون شیخ بیٹھے ہوئے تھے اور ببی کے اور بھی بیٹھے ہوئے تھے، وہ بلی آئی میرے کمرے میں۔</w:t>
      </w:r>
    </w:p>
    <w:p>
      <w:r>
        <w:rPr>
          <w:b/>
        </w:rPr>
        <w:t xml:space="preserve">[29:24] </w:t>
      </w:r>
      <w:r>
        <w:t>to woh log khilate phirate the, un ke paas nahin gayi. aur hua yeh ke main aise hi baitha tha kursi par to woh aa kar ke yahan mere god mein baith gayi.</w:t>
      </w:r>
    </w:p>
    <w:p>
      <w:pPr>
        <w:jc w:val="right"/>
      </w:pPr>
      <w:r>
        <w:t>تو وہ لوگ کھلاتے پھراتے تھے، ان کے پاس نہیں گئی۔ اور ہوا یہ کہ میں ایسے ہی بیٹھا تھا کرسی پر تو وہ آ کر کے یہاں میرے گود میں بیٹھ گئی۔</w:t>
      </w:r>
    </w:p>
    <w:p>
      <w:r>
        <w:rPr>
          <w:b/>
        </w:rPr>
        <w:t xml:space="preserve">[29:35] </w:t>
      </w:r>
      <w:r>
        <w:t>b</w:t>
      </w:r>
    </w:p>
    <w:p>
      <w:pPr>
        <w:jc w:val="right"/>
      </w:pPr>
      <w:r>
        <w:t>ب</w:t>
      </w:r>
    </w:p>
    <w:p>
      <w:r>
        <w:rPr>
          <w:b/>
        </w:rPr>
        <w:t xml:space="preserve">[29:36] </w:t>
      </w:r>
      <w:r>
        <w:t>illi. is ko aap ne photo liya is ko? to mera mere face ko dekhti rahi thi, miss ho gayi. yani baqayda so gayi.</w:t>
      </w:r>
    </w:p>
    <w:p>
      <w:pPr>
        <w:jc w:val="right"/>
      </w:pPr>
      <w:r>
        <w:t>لی۔ اس کو آپ نے فوٹو لیا اس کو؟ تو میرا میرے فیس کو دیکھتی رہی تھی، مس ہو گئی۔ یعنی باقاعدہ سو گئی۔</w:t>
      </w:r>
    </w:p>
    <w:p>
      <w:r>
        <w:rPr>
          <w:b/>
        </w:rPr>
        <w:t xml:space="preserve">[29:45] </w:t>
      </w:r>
      <w:r>
        <w:t>is ko itna peace mila hoga. ab aap ke paas photo is ka aayegi. bahut is tarah aaj so rahi hai. haalankeh sab ke kamre mein jati thi lekin kisi god mein na baithi na soyi.</w:t>
      </w:r>
    </w:p>
    <w:p>
      <w:pPr>
        <w:jc w:val="right"/>
      </w:pPr>
      <w:r>
        <w:t>اس کو اتنا پیس ملا ہوگا۔ اب آپ کے پاس فوٹو اس کا آئے گی۔ بہت اس طرح آج سو رہی ہے۔ حالانکہ سب کے کمرے میں جاتی تھی لیکن کسی گود میں نہ بیٹھی نہ سوئی۔</w:t>
      </w:r>
    </w:p>
    <w:p>
      <w:r>
        <w:rPr>
          <w:b/>
        </w:rPr>
        <w:t xml:space="preserve">[29:59] </w:t>
      </w:r>
      <w:r>
        <w:t>to us waqt Allah taala ki koi khaas cheez mere upar utri hui thi.</w:t>
      </w:r>
    </w:p>
    <w:p>
      <w:pPr>
        <w:jc w:val="right"/>
      </w:pPr>
      <w:r>
        <w:t>تو اس وقت اللہ تعالیٰ کی کوئی خاص چیز میرے اوپر اتری ہوئی تھی۔</w:t>
      </w:r>
    </w:p>
    <w:p>
      <w:r>
        <w:rPr>
          <w:b/>
        </w:rPr>
        <w:t xml:space="preserve">[30:02] </w:t>
      </w:r>
      <w:r>
        <w:t>to hadith wahan tak enable in baaton ko jaan lete hain jo insaan ke upar nahin jaate. yeh hadith hai. ke enable jo hain in baaton ko jaan lete hain jo insaan nahin jante.</w:t>
      </w:r>
    </w:p>
    <w:p>
      <w:pPr>
        <w:jc w:val="right"/>
      </w:pPr>
      <w:r>
        <w:t>تو حدیث وہاں تک انیبل ان باتوں کو جان لیتے ہیں جو انسان کے اوپر نہیں جاتے۔ یہ حدیث ہے۔ کہ انیبل جو ہیں ان باتوں کو جان لیتے ہیں جو انسان نہیں جانتے۔</w:t>
      </w:r>
    </w:p>
    <w:p>
      <w:r>
        <w:rPr>
          <w:b/>
        </w:rPr>
        <w:t xml:space="preserve">[30:13] </w:t>
      </w:r>
      <w:r>
        <w:t>us waqt jo mere upar rooh ul quds utra tha, is ko insaan to nahin jaan sakta. lekin enable ko pata ho gaya.</w:t>
      </w:r>
    </w:p>
    <w:p>
      <w:pPr>
        <w:jc w:val="right"/>
      </w:pPr>
      <w:r>
        <w:t>اس وقت جو میرے اوپر روح القدس اترا تھا، اس کو انسان تو نہیں جان سکتا۔ لیکن انیبل کو پتہ ہو گیا۔</w:t>
      </w:r>
    </w:p>
    <w:p>
      <w:r>
        <w:rPr>
          <w:b/>
        </w:rPr>
        <w:t xml:space="preserve">[30:25] </w:t>
      </w:r>
      <w:r>
        <w:t>is wajah se woh aag aai. is liye main nahin, main ne is ko log aise chhote hote</w:t>
      </w:r>
    </w:p>
    <w:p>
      <w:pPr>
        <w:jc w:val="right"/>
      </w:pPr>
      <w:r>
        <w:t>اس وجہ سے وہ آگ آئی۔ اس لیے میں نہیں، میں نے اس کو لوگ ایسے چھوتے ہوتے</w:t>
      </w:r>
    </w:p>
    <w:p>
      <w:r>
        <w:rPr>
          <w:b/>
        </w:rPr>
        <w:t xml:space="preserve">[30:31] </w:t>
      </w:r>
      <w:r>
        <w:t>the, kuch karte the, main ne koi bhi kuch nahin kiya. nahin khilaye pilaye. chhoone ka to sab hi karte the isi. is ka sir, sir, sir bas karte the.</w:t>
      </w:r>
    </w:p>
    <w:p>
      <w:pPr>
        <w:jc w:val="right"/>
      </w:pPr>
      <w:r>
        <w:t>تھے، کچھ کرتے تھے، میں نے کوئی بھی کچھ نہیں کیا۔ نہیں کھلائے پلائے۔ چھونے کا تو سب ہی کرتے تھے اسی۔ اس کا سر، سر، سر بس کرتے تھے۔</w:t>
      </w:r>
    </w:p>
    <w:p>
      <w:r>
        <w:rPr>
          <w:b/>
        </w:rPr>
        <w:t xml:space="preserve">[30:43] </w:t>
      </w:r>
      <w:r>
        <w:t>to meri in sab baaton ka khulasa kya hai?</w:t>
      </w:r>
    </w:p>
    <w:p>
      <w:pPr>
        <w:jc w:val="right"/>
      </w:pPr>
      <w:r>
        <w:t>تو میری ان سب باتوں کا خلاصہ کیا ہے؟</w:t>
      </w:r>
    </w:p>
    <w:p>
      <w:r>
        <w:rPr>
          <w:b/>
        </w:rPr>
        <w:t xml:space="preserve">[30:49] </w:t>
      </w:r>
      <w:r>
        <w:t>ke aap log mardon mein kahoon ga ke tension chhoden. headache chhoden.</w:t>
      </w:r>
    </w:p>
    <w:p>
      <w:pPr>
        <w:jc w:val="right"/>
      </w:pPr>
      <w:r>
        <w:t>کہ آپ لوگ مردوں میں کہوں گا کہ ٹینشن چھوڑیں۔ ہیڈیک چھوڑیں۔</w:t>
      </w:r>
    </w:p>
    <w:p>
      <w:r>
        <w:rPr>
          <w:b/>
        </w:rPr>
        <w:t xml:space="preserve">[30:59] </w:t>
      </w:r>
      <w:r>
        <w:t>aur auraton ko kahen ke rona chhoden. hain? jaise ke main ne kaha ke mardon ka tension jo hai un ke sir mein hota hai.</w:t>
      </w:r>
    </w:p>
    <w:p>
      <w:pPr>
        <w:jc w:val="right"/>
      </w:pPr>
      <w:r>
        <w:t>اور عورتوں کو کہیں کہ رونا چھوڑیں۔ ہیں؟ جیسے کہ میں نے کہا کہ مردوں کا ٹینشن جو ہے ان کے سر میں ہوتا ہے۔</w:t>
      </w:r>
    </w:p>
    <w:p>
      <w:r>
        <w:rPr>
          <w:b/>
        </w:rPr>
        <w:t xml:space="preserve">[31:08] </w:t>
      </w:r>
      <w:r>
        <w:t>auraton ka tension un ki aankh mein hota hai. agar chahte hain ke Allah ka un ko blessing mile, blessing.</w:t>
      </w:r>
    </w:p>
    <w:p>
      <w:pPr>
        <w:jc w:val="right"/>
      </w:pPr>
      <w:r>
        <w:t>عورتوں کا ٹینشن ان کی آنکھ میں ہوتا ہے۔ اگر چاہتے ہیں کہ اللہ کا ان کو بلیسنگ ملے، بلیسنگ۔</w:t>
      </w:r>
    </w:p>
    <w:p>
      <w:r>
        <w:rPr>
          <w:b/>
        </w:rPr>
        <w:t xml:space="preserve">[31:21] </w:t>
      </w:r>
      <w:r>
        <w:t>to dekhen hamara mission jo hai woh mission yeh hai insaan ko batane ke liye ke aap just like enable jeena chahte hain ya woh insaan ki tarah jisko Allah ne paida kiya hai aur Quran mein hai ke laqad khalaqnal insana fi ahsani taqweem.</w:t>
      </w:r>
    </w:p>
    <w:p>
      <w:pPr>
        <w:jc w:val="right"/>
      </w:pPr>
      <w:r>
        <w:t>تو دیکھیں ہمارا مشن جو ہے وہ مشن یہ ہے انسان کو بتانے کے لیے کہ آپ جسٹ لائک انیبل جینا چاہتے ہیں یا وہ انسان کی طرح جس کو اللہ نے پیدا کیا ہے اور قرآن میں ہے کہ لَقَدْ خَلَقْنَا الْإِنْسَانَ فِي حَسْنِ تَقْوِيمٍ۔</w:t>
      </w:r>
    </w:p>
    <w:p>
      <w:r>
        <w:rPr>
          <w:b/>
        </w:rPr>
        <w:t xml:space="preserve">[31:45] </w:t>
      </w:r>
      <w:r>
        <w:t>is insaan ki tarah.</w:t>
      </w:r>
    </w:p>
    <w:p>
      <w:pPr>
        <w:jc w:val="right"/>
      </w:pPr>
      <w:r>
        <w:t>اس انسان کی طرح۔</w:t>
      </w:r>
    </w:p>
    <w:p>
      <w:r>
        <w:rPr>
          <w:b/>
        </w:rPr>
        <w:t xml:space="preserve">[31:49] </w:t>
      </w:r>
      <w:r>
        <w:t>to jadd ki baat main ne dekhi yahi hai ke tension chhoden log. tension hota hai kyun? other than God ko apna concern banana.</w:t>
      </w:r>
    </w:p>
    <w:p>
      <w:pPr>
        <w:jc w:val="right"/>
      </w:pPr>
      <w:r>
        <w:t>تو جڑ کی بات میں نے دیکھی یہی ہے کہ ٹینشن چھوڑیں لوگ۔ ٹینشن ہوتا ہے کیوں؟ ادر دین گاڈ کو اپنا کنسرن بنانا۔</w:t>
      </w:r>
    </w:p>
    <w:p>
      <w:r>
        <w:rPr>
          <w:b/>
        </w:rPr>
        <w:t xml:space="preserve">[32:02] </w:t>
      </w:r>
      <w:r>
        <w:t>jab bhi kisi ko tension ho, chahe mard ko sir mein ho, aurat ko aankh mein ho, to hota hai is ka reason ke other than God ko aap par concern banate hain.</w:t>
      </w:r>
    </w:p>
    <w:p>
      <w:pPr>
        <w:jc w:val="right"/>
      </w:pPr>
      <w:r>
        <w:t>جب بھی کسی کو ٹینشن ہو، چاہے مرد کو سر میں ہو، عورت کو آنکھ میں ہو، تو ہوتا ہے اس کا ریزن کہ ادر دین گاڈ کو آپ پر کنسرن بناتے ہیں۔</w:t>
      </w:r>
    </w:p>
    <w:p>
      <w:r>
        <w:rPr>
          <w:b/>
        </w:rPr>
        <w:t xml:space="preserve">[32:15] </w:t>
      </w:r>
      <w:r>
        <w:t>ek single reason yahi hai, koi doosra reason nahin hota.</w:t>
      </w:r>
    </w:p>
    <w:p>
      <w:pPr>
        <w:jc w:val="right"/>
      </w:pPr>
      <w:r>
        <w:t>ایک سنگل ریزن یہی ہے، کوئی دوسرا ریزن نہیں ہوتا۔</w:t>
      </w:r>
    </w:p>
    <w:p>
      <w:r>
        <w:rPr>
          <w:b/>
        </w:rPr>
        <w:t xml:space="preserve">[32:20] </w:t>
      </w:r>
      <w:r>
        <w:t>other than God ko aap jab concern banayenge to tension aayega. mujhe Allah ko koi tension hi nahin. kyunke main other than God ko apna concern banata hi nahin.</w:t>
      </w:r>
    </w:p>
    <w:p>
      <w:pPr>
        <w:jc w:val="right"/>
      </w:pPr>
      <w:r>
        <w:t>ادر دین گاڈ کو آپ جب کنسرن بنائیں گے تو ٹینشن آئے گا۔ مجھے اللہ کو کوئی ٹینشن ہی نہیں۔ کیونکہ میں ادر دین گاڈ کو اپنا کنسرن بناتا ہی نہیں۔</w:t>
      </w:r>
    </w:p>
    <w:p>
      <w:r>
        <w:rPr>
          <w:b/>
        </w:rPr>
        <w:t xml:space="preserve">[32:33] </w:t>
      </w:r>
      <w:r>
        <w:t>aap jante hain Allah ki ek sifat Quran mein batai gayi hai, woh woh assalam. assalam means peace.</w:t>
      </w:r>
    </w:p>
    <w:p>
      <w:pPr>
        <w:jc w:val="right"/>
      </w:pPr>
      <w:r>
        <w:t>آپ جانتے ہیں اللہ کی ایک صفت قرآن میں بتائی گئی ہے، وہ وہ السلام۔ السلام مینز پیس۔</w:t>
      </w:r>
    </w:p>
    <w:p>
      <w:r>
        <w:rPr>
          <w:b/>
        </w:rPr>
        <w:t xml:space="preserve">[32:44] </w:t>
      </w:r>
      <w:r>
        <w:t>yani source of peace.</w:t>
      </w:r>
    </w:p>
    <w:p>
      <w:pPr>
        <w:jc w:val="right"/>
      </w:pPr>
      <w:r>
        <w:t>یعنی سورس آف پیس۔</w:t>
      </w:r>
    </w:p>
    <w:p>
      <w:r>
        <w:rPr>
          <w:b/>
        </w:rPr>
        <w:t xml:space="preserve">[32:47] </w:t>
      </w:r>
      <w:r>
        <w:t>assalam Khuda ka jis ko kehte hain, kehte hain asma, Khuda ke naam. to Khuda ke naam ka matlab to hai Khuda ka attribute, Khuda ki sifat.</w:t>
      </w:r>
    </w:p>
    <w:p>
      <w:pPr>
        <w:jc w:val="right"/>
      </w:pPr>
      <w:r>
        <w:t>السلام خدا کا جس کو کہتے ہیں، کہتے ہیں اسماء، خدا کے نام۔ تو خدا کے نام کا مطلب تو ہے خدا کا ایٹریبیوٹ، خدا کی صفت۔</w:t>
      </w:r>
    </w:p>
    <w:p>
      <w:r>
        <w:rPr>
          <w:b/>
        </w:rPr>
        <w:t xml:space="preserve">[33:00] </w:t>
      </w:r>
      <w:r>
        <w:t>assalam hai. assalam ka matlab nahi peace. to</w:t>
      </w:r>
    </w:p>
    <w:p>
      <w:pPr>
        <w:jc w:val="right"/>
      </w:pPr>
      <w:r>
        <w:t>السلام ہے۔ السلام کا مطلب نہیں پیس۔ تو</w:t>
      </w:r>
    </w:p>
    <w:p>
      <w:r>
        <w:rPr>
          <w:b/>
        </w:rPr>
        <w:t xml:space="preserve">[33:05] </w:t>
      </w:r>
      <w:r>
        <w:t>ek ek dua bhi hai Rasool Allah ki. Allahumma ati assalam wa bilk assalam. ilaik yajibu assalam.</w:t>
      </w:r>
    </w:p>
    <w:p>
      <w:pPr>
        <w:jc w:val="right"/>
      </w:pPr>
      <w:r>
        <w:t>ایک ایک دعا بھی ہے رسول اللہ کی۔ اللہم آت السلام وبالک السلام۔ الیک یجب السلام۔</w:t>
      </w:r>
    </w:p>
    <w:p>
      <w:r>
        <w:rPr>
          <w:b/>
        </w:rPr>
        <w:t xml:space="preserve">[33:15] </w:t>
      </w:r>
      <w:r>
        <w:t>hayna rabbana bil salam. wad khulna darak dar assalam. tabarak rabbana wa ta'ala ya dhuljalal wal ikram. yeh tarjuma yeh hai ke o God, you are peace.</w:t>
      </w:r>
    </w:p>
    <w:p>
      <w:pPr>
        <w:jc w:val="right"/>
      </w:pPr>
      <w:r>
        <w:t>حینا ربنا بالسلام۔ وادخلنا دارک دار السلام۔ تبارک ربنا و تعالی یا ذوالجلال والاکرام۔ یہ ترجمہ یہ ہے کہ او گاڈ، یو آر پیس۔</w:t>
      </w:r>
    </w:p>
    <w:p>
      <w:r>
        <w:rPr>
          <w:b/>
        </w:rPr>
        <w:t xml:space="preserve">[33:30] </w:t>
      </w:r>
      <w:r>
        <w:t>peace comes from you. peace return to you.</w:t>
      </w:r>
    </w:p>
    <w:p>
      <w:pPr>
        <w:jc w:val="right"/>
      </w:pPr>
      <w:r>
        <w:t>پیس کمز فرام یو۔ پیس ریٹرن ٹو یو۔</w:t>
      </w:r>
    </w:p>
    <w:p>
      <w:r>
        <w:rPr>
          <w:b/>
        </w:rPr>
        <w:t xml:space="preserve">[33:36] </w:t>
      </w:r>
      <w:r>
        <w:t>o God, bless me with peace.</w:t>
      </w:r>
    </w:p>
    <w:p>
      <w:pPr>
        <w:jc w:val="right"/>
      </w:pPr>
      <w:r>
        <w:t>او گاڈ، بلیس می ود پیس۔</w:t>
      </w:r>
    </w:p>
    <w:p>
      <w:r>
        <w:rPr>
          <w:b/>
        </w:rPr>
        <w:t xml:space="preserve">[33:43] </w:t>
      </w:r>
      <w:r>
        <w:t>sab peace hi peace hai, yas. a Khuda, tu peace hai. peace tujh se aati hai, peace tere tere lotati hai.</w:t>
      </w:r>
    </w:p>
    <w:p>
      <w:pPr>
        <w:jc w:val="right"/>
      </w:pPr>
      <w:r>
        <w:t>سب پیس ہی پیس ہے، یاس۔ اے خدا، تو پیس ہے۔ پیس تجھ سے آتی ہے، پیس تیرے تیرے لوٹتی ہے۔</w:t>
      </w:r>
    </w:p>
    <w:p>
      <w:r>
        <w:rPr>
          <w:b/>
        </w:rPr>
        <w:t xml:space="preserve">[33:55] </w:t>
      </w:r>
      <w:r>
        <w:t>a Khuda, adkhulna rabbak dar assalam. a Khuda, hum ko yani peace of human dakhil kar, wahan h</w:t>
      </w:r>
    </w:p>
    <w:p>
      <w:pPr>
        <w:jc w:val="right"/>
      </w:pPr>
      <w:r>
        <w:t>اے خدا، ادخلنا ربک دار السلام۔ اے خدا، ہم کو یعنی پیس آف ہیومن داخل کر، وہاں ہ</w:t>
      </w:r>
    </w:p>
    <w:p>
      <w:r>
        <w:rPr>
          <w:b/>
        </w:rPr>
        <w:t xml:space="preserve">[34:05] </w:t>
      </w:r>
      <w:r>
        <w:t>um ko jagah de. tab peace peace se hum aa jate hain. to aap jante hain ke tension peace ka ulta hai. jahan Khuda hai, wahan peace hai.</w:t>
      </w:r>
    </w:p>
    <w:p>
      <w:pPr>
        <w:jc w:val="right"/>
      </w:pPr>
      <w:r>
        <w:t>م کو جگہ دے۔ تب پیس پیس سے ہم آ جاتے ہیں۔ تو آپ جانتے ہیں کہ ٹینشن پیس کا الٹا ہے۔ جہاں خدا ہے، وہاں پیس ہے۔</w:t>
      </w:r>
    </w:p>
    <w:p>
      <w:r>
        <w:rPr>
          <w:b/>
        </w:rPr>
        <w:t xml:space="preserve">[34:14] </w:t>
      </w:r>
      <w:r>
        <w:t>jahan Khuda nahi, wahan tension hai. yeh jo maine kaha, jahan Khuda hai, wahan peace hai. jahan Khuda nahi hai, wahan tension hai.</w:t>
      </w:r>
    </w:p>
    <w:p>
      <w:pPr>
        <w:jc w:val="right"/>
      </w:pPr>
      <w:r>
        <w:t>جہاں خدا نہیں، وہاں ٹینشن ہے۔ یہ جو میں نے کہا، جہاں خدا ہے، وہاں پیس ہے۔ جہاں خدا نہیں ہے، وہاں ٹینشن ہے۔</w:t>
      </w:r>
    </w:p>
    <w:p>
      <w:r>
        <w:rPr>
          <w:b/>
        </w:rPr>
        <w:t xml:space="preserve">[34:25] </w:t>
      </w:r>
      <w:r>
        <w:t>simple bilkul formula hai.</w:t>
      </w:r>
    </w:p>
    <w:p>
      <w:pPr>
        <w:jc w:val="right"/>
      </w:pPr>
      <w:r>
        <w:t>سمپل بالکل فارمولا ہے۔</w:t>
      </w:r>
    </w:p>
    <w:p>
      <w:r>
        <w:rPr>
          <w:b/>
        </w:rPr>
        <w:t xml:space="preserve">[34:28] </w:t>
      </w:r>
      <w:r>
        <w:t>sab se important baat is mein jo hai woh yeh hai ke Khuda ki jo blessing hai, woh sirf prophet ke liye nahi hai. ke Masih ke liye hai to waris nahi hai.</w:t>
      </w:r>
    </w:p>
    <w:p>
      <w:pPr>
        <w:jc w:val="right"/>
      </w:pPr>
      <w:r>
        <w:t>سب سے امپورٹنٹ بات اس میں جو ہے وہ یہ ہے کہ خدا کی جو بلیسنگ ہے، وہ صرف پرافٹ کے لیے نہیں ہے۔ کہ مسیح کے لیے ہے تو وارث نہیں ہے۔</w:t>
      </w:r>
    </w:p>
    <w:p>
      <w:r>
        <w:rPr>
          <w:b/>
        </w:rPr>
        <w:t xml:space="preserve">[34:41] </w:t>
      </w:r>
      <w:r>
        <w:t>maine Quran o Hadees ko bohat padha hai, bohat padha hai, bohat padha hai. meri ek discovery yeh hai ke sirf ek cheez aisi hai jo sirf prophet ko milti hai, hum ko nahi milti.</w:t>
      </w:r>
    </w:p>
    <w:p>
      <w:pPr>
        <w:jc w:val="right"/>
      </w:pPr>
      <w:r>
        <w:t>میں نے قرآن و حدیث کو بہت پڑھا ہے، بہت پڑھا ہے، بہت پڑھا ہے۔ میری ایک ڈسکوری یہ ہے کہ صرف ایک چیز ایسی ہے جو صرف پرافٹ کو ملتی ہے، ہم کو نہیں ملتی۔</w:t>
      </w:r>
    </w:p>
    <w:p>
      <w:r>
        <w:rPr>
          <w:b/>
        </w:rPr>
        <w:t xml:space="preserve">[34:53] </w:t>
      </w:r>
      <w:r>
        <w:t>woh hai revelation, wahi.</w:t>
      </w:r>
    </w:p>
    <w:p>
      <w:pPr>
        <w:jc w:val="right"/>
      </w:pPr>
      <w:r>
        <w:t>وہ ہے ریولیشن، وحی۔</w:t>
      </w:r>
    </w:p>
    <w:p>
      <w:r>
        <w:rPr>
          <w:b/>
        </w:rPr>
        <w:t xml:space="preserve">[34:59] </w:t>
      </w:r>
      <w:r>
        <w:t>wahi, revelation. woh hamare paas wahi nahi ayegi. is ke siwa jitni cheezein hain, jis tarah prophet ke liye, hamare liye bhi.</w:t>
      </w:r>
    </w:p>
    <w:p>
      <w:pPr>
        <w:jc w:val="right"/>
      </w:pPr>
      <w:r>
        <w:t>وحی، ریولیشن۔ وہ ہمارے پاس وحی نہیں آئے گی۔ اس کے سوا جتنی چیزیں ہیں، جس طرح پرافٹ کے لیے، ہمارے لیے بھی۔</w:t>
      </w:r>
    </w:p>
    <w:p>
      <w:r>
        <w:rPr>
          <w:b/>
        </w:rPr>
        <w:t xml:space="preserve">[35:12] </w:t>
      </w:r>
      <w:r>
        <w:t>jaise misaal ke taur par Rasool Allah aur sab log bhooke the, to ek ek wahan par ek bakri thi, woh doodh is mein nahi tha, is</w:t>
      </w:r>
    </w:p>
    <w:p>
      <w:pPr>
        <w:jc w:val="right"/>
      </w:pPr>
      <w:r>
        <w:t>جیسے مثال کے طور پر رسول اللہ اور سب لوگ بھوکے تھے، تو ایک ایک وہاں پر ایک بکری تھی، وہ دودھ اس میں نہیں تھا، اس</w:t>
      </w:r>
    </w:p>
    <w:p>
      <w:r>
        <w:rPr>
          <w:b/>
        </w:rPr>
        <w:t xml:space="preserve">[35:22] </w:t>
      </w:r>
      <w:r>
        <w:t>ke thhan mein. to Rasool Allah ne us ko liya aur kuch duaen padhin aur us ko aise aise kiya to doodh nikalne laga. yeh hamare liye bhi hai. aisa nahi ke Rasool Allah ke liye tha.</w:t>
      </w:r>
    </w:p>
    <w:p>
      <w:pPr>
        <w:jc w:val="right"/>
      </w:pPr>
      <w:r>
        <w:t>کے تھن میں۔ تو رسول اللہ نے اس کو لیا اور کچھ دعاؤں پڑھیں اور اس کو ایسے ایسے کیا تو دودھ نکلنے لگا۔ یہ ہمارے لیے بھی ہے۔ ایسا نہیں کہ رسول اللہ کے لیے تھا۔</w:t>
      </w:r>
    </w:p>
    <w:p>
      <w:r>
        <w:rPr>
          <w:b/>
        </w:rPr>
        <w:t xml:space="preserve">[35:34] </w:t>
      </w:r>
      <w:r>
        <w:t>to siwa wahi, yani revelation ke, sab kuch jo hai hamare liye. hatta ke Rooh al Quds bhi hamare liye. yeh meri discovery hai ke ulma aisa nahi likh paaye, woh discover nahi kar pa</w:t>
      </w:r>
    </w:p>
    <w:p>
      <w:pPr>
        <w:jc w:val="right"/>
      </w:pPr>
      <w:r>
        <w:t>تو سوا وحی، یعنی ریولیشن کے، سب کچھ جو ہے ہمارے لیے۔ حتیٰ کہ روح القدس بھی ہمارے لیے۔ یہ میری ڈسکوری ہے کہ علماء ایسا نہیں لکھ پائے، وہ ڈسکور نہیں کر پ</w:t>
      </w:r>
    </w:p>
    <w:p>
      <w:r>
        <w:rPr>
          <w:b/>
        </w:rPr>
        <w:t xml:space="preserve">[35:48] </w:t>
      </w:r>
      <w:r>
        <w:t>aye. bas woh samajhte hain ke saare bare bare blessing jo Khuda ki hain na, woh sab nabiyon ko de rakha hai. ab hamare liye kya hai? hamare liye to kuch bhi nahi.</w:t>
      </w:r>
    </w:p>
    <w:p>
      <w:pPr>
        <w:jc w:val="right"/>
      </w:pPr>
      <w:r>
        <w:t>ائے۔ بس وہ سمجھتے ہیں کہ سارے بڑے بڑی بلیسنگ جو خدا کی ہیں نا، وہ سب نبیوں کو دے رکھا ہے۔ اب ہمارے لیے کیا ہے؟ ہمارے لیے تو کچھ بھی نہیں۔</w:t>
      </w:r>
    </w:p>
    <w:p>
      <w:r>
        <w:rPr>
          <w:b/>
        </w:rPr>
        <w:t xml:space="preserve">[35:58] </w:t>
      </w:r>
      <w:r>
        <w:t>farm wale namaz padhein, farm wale hajj karein, mar jayein. aur us ko kehte hain khasa'is Nabawi. kehte hain khasa'is, yani special blessing to prophet.</w:t>
      </w:r>
    </w:p>
    <w:p>
      <w:pPr>
        <w:jc w:val="right"/>
      </w:pPr>
      <w:r>
        <w:t>فارم والے نماز پڑھیں، فارم والے حج کریں، مر جائیں۔ اور اس کو کہتے ہیں خصائص نبوی۔ کہتے ہیں خصائص، یعنی اسپیشل بلیسنگ ٹو پرافٹ۔</w:t>
      </w:r>
    </w:p>
    <w:p>
      <w:r>
        <w:rPr>
          <w:b/>
        </w:rPr>
        <w:t xml:space="preserve">[36:11] </w:t>
      </w:r>
      <w:r>
        <w:t>kehte hain yeh bilkul galat hai. yeh</w:t>
      </w:r>
    </w:p>
    <w:p>
      <w:pPr>
        <w:jc w:val="right"/>
      </w:pPr>
      <w:r>
        <w:t>کہتے ہیں یہ بالکل غلط ہے۔ یہ</w:t>
      </w:r>
    </w:p>
    <w:p>
      <w:r>
        <w:rPr>
          <w:b/>
        </w:rPr>
        <w:t xml:space="preserve">[36:14] </w:t>
      </w:r>
      <w:r>
        <w:t>khasa'is Nabawi kahin Quran o Hadees mein nahi hain. sab kuch jo hai, jo peghambar ko aaya, woh hamare aap ke liye bhi hai, lekin hum apne aap ko is ka competent sabit karein tab to.</w:t>
      </w:r>
    </w:p>
    <w:p>
      <w:pPr>
        <w:jc w:val="right"/>
      </w:pPr>
      <w:r>
        <w:t>خصائص نبوی کہیں قرآن و حدیث میں نہیں ہیں۔ سب کچھ جو ہے، جو پیغمبر کو آیا، وہ ہمارے آپ کے لیے بھی ہے، لیکن ہم اپنے آپ کو اس کا کمپیٹنٹ ثابت کریں تب تو۔</w:t>
      </w:r>
    </w:p>
    <w:p>
      <w:r>
        <w:rPr>
          <w:b/>
        </w:rPr>
        <w:t xml:space="preserve">[36:32] </w:t>
      </w:r>
      <w:r>
        <w:t>apne aap ko is ka competent sabit karein tab to. aur competent sabit karne ka matlab yeh hai ke hum Khuda ko apna sole concern banayein.</w:t>
      </w:r>
    </w:p>
    <w:p>
      <w:pPr>
        <w:jc w:val="right"/>
      </w:pPr>
      <w:r>
        <w:t>اپنے آپ کو اس کا کمپیٹنٹ ثابت کریں تب تو۔ اور کمپیٹنٹ ثابت کرنے کا معنی یہ ہے کہ ہم خدا کو اپنا سول کنسرن بنائیں۔</w:t>
      </w:r>
    </w:p>
    <w:p>
      <w:r>
        <w:rPr>
          <w:b/>
        </w:rPr>
        <w:t xml:space="preserve">[36:40] </w:t>
      </w:r>
      <w:r>
        <w:t>jar ki baat yahi hai.</w:t>
      </w:r>
    </w:p>
    <w:p>
      <w:pPr>
        <w:jc w:val="right"/>
      </w:pPr>
      <w:r>
        <w:t>جڑ کی بات یہی ہے۔</w:t>
      </w:r>
    </w:p>
    <w:p>
      <w:r>
        <w:rPr>
          <w:b/>
        </w:rPr>
        <w:t xml:space="preserve">[36:43] </w:t>
      </w:r>
      <w:r>
        <w:t>jar ki baat yeh hai ke Khuda ko apna sole concern banaein.</w:t>
      </w:r>
    </w:p>
    <w:p>
      <w:pPr>
        <w:jc w:val="right"/>
      </w:pPr>
      <w:r>
        <w:t>جڑ کی بات یہ ہے کہ خدا کو اپنا سول کنسرن بنائیں۔</w:t>
      </w:r>
    </w:p>
    <w:p>
      <w:r>
        <w:rPr>
          <w:b/>
        </w:rPr>
        <w:t xml:space="preserve">[36:49] </w:t>
      </w:r>
      <w:r>
        <w:t>hamara mission jo hai, hamare paas kuch bhi nahin. hum to ek penniless aadmi hain. lekin is waqt yeh mission jo hai, duniya ka sab se bara mission hai.</w:t>
      </w:r>
    </w:p>
    <w:p>
      <w:pPr>
        <w:jc w:val="right"/>
      </w:pPr>
      <w:r>
        <w:t>ہمارا مشن جو ہے، ہمارے پاس کچھ بھی نہیں۔ ہم تو ایک پینیلس آدمی ہیں۔ لیکن اس وقت یہ مشن جو ہے، دنیا کا سب سے بڑا مشن ہے۔</w:t>
      </w:r>
    </w:p>
    <w:p>
      <w:r>
        <w:rPr>
          <w:b/>
        </w:rPr>
        <w:t xml:space="preserve">[37:00] </w:t>
      </w:r>
      <w:r>
        <w:t>sab se bara mission hai. jitne chal rahe hain, un sab se bara mission yeh hai. to kaise? Allah ki blessing se.</w:t>
      </w:r>
    </w:p>
    <w:p>
      <w:pPr>
        <w:jc w:val="right"/>
      </w:pPr>
      <w:r>
        <w:t>سب سے بڑا مشن ہے۔ جتنے چل رہے ہیں، ان سب سے بڑا مشن یہ ہے۔ تو کیسے؟ اللہ کی بلیسنگ سے۔</w:t>
      </w:r>
    </w:p>
    <w:p>
      <w:r>
        <w:rPr>
          <w:b/>
        </w:rPr>
        <w:t xml:space="preserve">[37:11] </w:t>
      </w:r>
      <w:r>
        <w:t>to behal is waqt ki baat cheet ka just yeh hai ke</w:t>
      </w:r>
    </w:p>
    <w:p>
      <w:pPr>
        <w:jc w:val="right"/>
      </w:pPr>
      <w:r>
        <w:t>تو بہرحال اس وقت کی بات چیت کا جست یہ ہے کہ</w:t>
      </w:r>
    </w:p>
    <w:p>
      <w:r>
        <w:rPr>
          <w:b/>
        </w:rPr>
        <w:t xml:space="preserve">[37:20] </w:t>
      </w:r>
      <w:r>
        <w:t>animal ki tarah jeena chhodie, insaan ki tarah jeena seekhie. aur woh yahi hai ke aap Allah Rabb-ul-Aalameen ko apna sole concern banaiye.</w:t>
      </w:r>
    </w:p>
    <w:p>
      <w:pPr>
        <w:jc w:val="right"/>
      </w:pPr>
      <w:r>
        <w:t>انیبل کی طرح جینا چھوڑیے، انسان کی طرح جینا سیکھیے۔ اور وہ یہی ہے کہ آپ اللہ رب العالمین کو اپنا سول کنسرن بنائیے۔</w:t>
      </w:r>
    </w:p>
    <w:p>
      <w:r>
        <w:rPr>
          <w:b/>
        </w:rPr>
        <w:t xml:space="preserve">[37:33] </w:t>
      </w:r>
      <w:r>
        <w:t>sole concern. is ke baad aap par woh saari blessing aayi jo paighambar ko aayi.</w:t>
      </w:r>
    </w:p>
    <w:p>
      <w:pPr>
        <w:jc w:val="right"/>
      </w:pPr>
      <w:r>
        <w:t>سول کنسرن۔ اس کے بعد آپ پر وہ ساری بلیسنگ آئی جو پیغمبر کو آئی۔</w:t>
      </w:r>
    </w:p>
    <w:p>
      <w:r>
        <w:rPr>
          <w:b/>
        </w:rPr>
        <w:t xml:space="preserve">[37:41] </w:t>
      </w:r>
      <w:r>
        <w:t>yeh to mission hamara hai. jaise mein ek misaal di aap ko ke mein is bles se so raha tha aur teen tak creative andaaz mein bolta raha. darasal special blessing from God.</w:t>
      </w:r>
    </w:p>
    <w:p>
      <w:pPr>
        <w:jc w:val="right"/>
      </w:pPr>
      <w:r>
        <w:t>یہ تو مشن ہمارا ہے۔ جیسے میں ایک مثال دی آپ کو کہ میں اس بلیس سے سو رہا تھا اور تین تک کریٹیو انداز میں بولتا رہا۔ دراصل اسپیشل بلیسنگ فرام گاڈ۔</w:t>
      </w:r>
    </w:p>
    <w:p>
      <w:r>
        <w:rPr>
          <w:b/>
        </w:rPr>
        <w:t xml:space="preserve">[37:53] </w:t>
      </w:r>
      <w:r>
        <w:t>due to divine blessing. jismein batao kya meri baat hai. dada, first of all, you told us, ah, that women generally cry a lot.</w:t>
      </w:r>
    </w:p>
    <w:p>
      <w:pPr>
        <w:jc w:val="right"/>
      </w:pPr>
      <w:r>
        <w:t>ڈیو ٹو ڈیوائن بلیسنگ۔ جس میں بتاؤ کیا میری بات ہے۔ دادا، فرسٹ آف آل، یو ٹولڈ اس، آہ، دیٹ وومن جنرلی کرائی ا لاٹ۔</w:t>
      </w:r>
    </w:p>
    <w:p>
      <w:r>
        <w:rPr>
          <w:b/>
        </w:rPr>
        <w:t xml:space="preserve">[38:10] </w:t>
      </w:r>
      <w:r>
        <w:t>you see that wherever you go, you see that women come to you and they start crying. so the first advice that you gave to women is that women should stop crying.</w:t>
      </w:r>
    </w:p>
    <w:p>
      <w:pPr>
        <w:jc w:val="right"/>
      </w:pPr>
      <w:r>
        <w:t>یو سی دیٹ ویر ایور یو گو، یو سی دیٹ وومن کم ٹو یو اینڈ دے سٹارٹ کرائنگ۔ سو دا فرسٹ ایڈوائس دیٹ یو گیو ٹو وومن از دیٹ وومن شوڈ سٹاپ کرائنگ۔</w:t>
      </w:r>
    </w:p>
    <w:p>
      <w:r>
        <w:rPr>
          <w:b/>
        </w:rPr>
        <w:t xml:space="preserve">[38:21] </w:t>
      </w:r>
      <w:r>
        <w:t>and you said that tears are meant for God. and you said tears are very precious commodity, are very precious thing, and they are meant only for God.</w:t>
      </w:r>
    </w:p>
    <w:p>
      <w:pPr>
        <w:jc w:val="right"/>
      </w:pPr>
      <w:r>
        <w:t>اینڈ یو سیڈ دیٹ ٹیئرز آر مینٹ فار گاڈ۔ اینڈ یو سیڈ ٹیئرز آر ویری پریشیس کموڈٹی، آر ویری پریشیس تھنگ، اینڈ دے آر مینٹ اونلی فار گاڈ۔</w:t>
      </w:r>
    </w:p>
    <w:p>
      <w:r>
        <w:rPr>
          <w:b/>
        </w:rPr>
        <w:t xml:space="preserve">[38:34] </w:t>
      </w:r>
      <w:r>
        <w:t>tears are the only things that we can give to God. we can not give any thing else t</w:t>
      </w:r>
    </w:p>
    <w:p>
      <w:pPr>
        <w:jc w:val="right"/>
      </w:pPr>
      <w:r>
        <w:t>ٹیئرز آر دا اونلی تھنگز دیٹ وی کین گیو ٹو گاڈ۔ وی کین ناٹ گیو اینی تھنگ ایلس ٹ</w:t>
      </w:r>
    </w:p>
    <w:p>
      <w:r>
        <w:rPr>
          <w:b/>
        </w:rPr>
        <w:t xml:space="preserve">[38:39] </w:t>
      </w:r>
      <w:r>
        <w:t>o God. God does not need food and water. God only needs our tears. and you are saying that what women do is that they they cry and they cry for worldly things.</w:t>
      </w:r>
    </w:p>
    <w:p>
      <w:pPr>
        <w:jc w:val="right"/>
      </w:pPr>
      <w:r>
        <w:t>و گاڈ۔ گاڈ ڈز ناٹ نیڈ فوڈ اینڈ واٹر۔ گاڈ اونلی نیڈز آر ٹیئرز۔ اینڈ یو آر سینگ دیٹ واٹ وومن ڈو از دیٹ دے دے کرائی اینڈ دے کرائی فار ورلڈلی تھنگز۔</w:t>
      </w:r>
    </w:p>
    <w:p>
      <w:r>
        <w:rPr>
          <w:b/>
        </w:rPr>
        <w:t xml:space="preserve">[38:51] </w:t>
      </w:r>
      <w:r>
        <w:t>they cry for their relations, they cry for their children, their family. so they waste their tears in worldly things. and therefore they can not develop any close relation with God.</w:t>
      </w:r>
    </w:p>
    <w:p>
      <w:pPr>
        <w:jc w:val="right"/>
      </w:pPr>
      <w:r>
        <w:t>دے کرائی فار دیر ریلیشنز، دے کرائی فار دیر چلڈرن، دیر فیملی۔ سو دے ویسٹ دیر ٹیئرز ان ورلڈلی تھنگز۔ اینڈ دیر فور دے کین ناٹ ڈیویلپ اینی کلوز ریلیشن ود گاڈ۔</w:t>
      </w:r>
    </w:p>
    <w:p>
      <w:r>
        <w:rPr>
          <w:b/>
        </w:rPr>
        <w:t xml:space="preserve">[39:03] </w:t>
      </w:r>
      <w:r>
        <w:t>tears help in associating us with God and they waste away their tears in crying for worldly things. so the first thing you told us that women should stop crying.</w:t>
      </w:r>
    </w:p>
    <w:p>
      <w:pPr>
        <w:jc w:val="right"/>
      </w:pPr>
      <w:r>
        <w:t>ٹیئرز ہیلپ ان ایسوسیٹنگ اس ود گاڈ اینڈ دے ویسٹ اوے دیر ٹیئرز ان کرائنگ فار ورلڈلی تھنگز۔ سو دا فرسٹ تھنگ یو ٹولڈ اس دیٹ وومن شوڈ سٹاپ کرائنگ۔</w:t>
      </w:r>
    </w:p>
    <w:p>
      <w:r>
        <w:rPr>
          <w:b/>
        </w:rPr>
        <w:t xml:space="preserve">[39:14] </w:t>
      </w:r>
      <w:r>
        <w:t>if they want to cry, they should cry for God or they should not cry at all. so this is the first thing that I learned.</w:t>
      </w:r>
    </w:p>
    <w:p>
      <w:pPr>
        <w:jc w:val="right"/>
      </w:pPr>
      <w:r>
        <w:t>اف دے وانٹ ٹو کرائی، دے شوڈ کرائی فار گاڈ اور دے شوڈ ناٹ کرائی ایٹ آل۔ سو دس از دا فرسٹ تھنگ دیٹ ائی لرنڈ۔</w:t>
      </w:r>
    </w:p>
    <w:p>
      <w:r>
        <w:rPr>
          <w:b/>
        </w:rPr>
        <w:t xml:space="preserve">[39:22] </w:t>
      </w:r>
      <w:r>
        <w:t>and the second thing was, dada, that are the main thing about the main mission, our main target of our mission is to come close to God.</w:t>
      </w:r>
    </w:p>
    <w:p>
      <w:pPr>
        <w:jc w:val="right"/>
      </w:pPr>
      <w:r>
        <w:t>اینڈ دا سیکنڈ تھنگ واز، دادا، دیٹ آر دا مین تھنگ اباؤٹ دا مین مشن، آر مین ٹارگٹ آف آور مشن از ٹو کم کلوز ٹو گاڈ۔</w:t>
      </w:r>
    </w:p>
    <w:p>
      <w:r>
        <w:rPr>
          <w:b/>
        </w:rPr>
        <w:t xml:space="preserve">[39:36] </w:t>
      </w:r>
      <w:r>
        <w:t>that is the main target of our mission. and then you said that the third thing that you said is that. yeh dawat kaam apparently it is for other.</w:t>
      </w:r>
    </w:p>
    <w:p>
      <w:pPr>
        <w:jc w:val="right"/>
      </w:pPr>
      <w:r>
        <w:t>دیٹ از دا مین ٹارگٹ آف آور مشن۔ اینڈ دین یو سیڈ دیٹ دا تھرڈ تھنگ دیٹ یو سیڈ از دیٹ۔ یہ دعوت کام اپرینٹلی اٹ از فار ادر۔</w:t>
      </w:r>
    </w:p>
    <w:p>
      <w:r>
        <w:rPr>
          <w:b/>
        </w:rPr>
        <w:t xml:space="preserve">[39:49] </w:t>
      </w:r>
      <w:r>
        <w:t>hmm, hum kya to apne liye hai? hmm, you said that dawah is we do dawah for other, b</w:t>
      </w:r>
    </w:p>
    <w:p>
      <w:pPr>
        <w:jc w:val="right"/>
      </w:pPr>
      <w:r>
        <w:t>ہمم، ہم کیا تو اپنے لیے ہے؟ ہمم، یو سیڈ دیٹ دعویٰ از وی ڈو دعویٰ فار ادر، ب</w:t>
      </w:r>
    </w:p>
    <w:p>
      <w:r>
        <w:rPr>
          <w:b/>
        </w:rPr>
        <w:t xml:space="preserve">[39:59] </w:t>
      </w:r>
      <w:r>
        <w:t>ut in fact dawah is meant for us to come close to God. and dada, the third thing that you said, also, which was very new for me, that you said that you have studied Quran and Hadith very deeply, and you have discovered this thing, that the only difference between prophets and other is that prophets got revelation.</w:t>
      </w:r>
    </w:p>
    <w:p>
      <w:pPr>
        <w:jc w:val="right"/>
      </w:pPr>
      <w:r>
        <w:t>ٹ ان فیکٹ دعویٰ از مینٹ فار اس ٹو کم کلوز ٹو گاڈ۔ اینڈ دادا، دا تھرڈ تھنگ دیٹ یو سیڈ، السو، وچ واز ویری نیو فار می، دیٹ یو سیڈ دیٹ یو ہیو سٹڈی قرآن اینڈ حدیث ویری ڈیپلی، اینڈ یو ہیو ڈسکورڈ دس تھنگ، دیٹ دا اونلی ڈیفرنس بٹوین پرافٹس اینڈ ادر از دیٹ پرافٹس گاٹ ریولیشن۔</w:t>
      </w:r>
    </w:p>
    <w:p>
      <w:r>
        <w:rPr>
          <w:b/>
        </w:rPr>
        <w:t xml:space="preserve">[40:23] </w:t>
      </w:r>
      <w:r>
        <w:t>we will not get revelation. every other blessing that prophets got, we will also get.</w:t>
      </w:r>
    </w:p>
    <w:p>
      <w:pPr>
        <w:jc w:val="right"/>
      </w:pPr>
      <w:r>
        <w:t>وی ویل ناٹ گیٹ ریولیشن۔ ایوری ادر بلیسنگ دیٹ پرافٹس گاٹ، وی ویل السو گیٹ۔</w:t>
      </w:r>
    </w:p>
    <w:p>
      <w:r>
        <w:rPr>
          <w:b/>
        </w:rPr>
        <w:t xml:space="preserve">[40:29] </w:t>
      </w:r>
      <w:r>
        <w:t>but for that, we have to make ourself competent, and we become competent by making God our sole concern.</w:t>
      </w:r>
    </w:p>
    <w:p>
      <w:pPr>
        <w:jc w:val="right"/>
      </w:pPr>
      <w:r>
        <w:t>بٹ فار دیٹ، وی ہیو ٹو میک اسیلف کمپیٹنٹ، اینڈ وی بیکم کمپیٹنٹ بائے میکنگ گاڈ اور سول کنسرن۔</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